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sdt>
      <w:sdtPr>
        <w:rPr>
          <w:rFonts w:ascii="Times New Roman" w:eastAsiaTheme="minorEastAsia" w:hAnsi="Times New Roman" w:cs="Times New Roman"/>
          <w:b w:val="0"/>
          <w:bCs w:val="0"/>
          <w:color w:val="auto"/>
          <w:kern w:val="2"/>
          <w:sz w:val="20"/>
          <w:szCs w:val="20"/>
          <w:lang w:val="zh-CN" w:eastAsia="zh-CN"/>
          <w14:ligatures w14:val="standardContextual"/>
        </w:rPr>
        <w:id w:val="-743574929"/>
        <w:docPartObj>
          <w:docPartGallery w:val="Table of Contents"/>
          <w:docPartUnique/>
        </w:docPartObj>
      </w:sdtPr>
      <w:sdtEndPr/>
      <w:sdtContent>
        <w:p w14:paraId="6F44F903" w14:textId="198A6710" w:rsidR="00970926" w:rsidRPr="001A2E38" w:rsidRDefault="00970926" w:rsidP="00970926">
          <w:pPr>
            <w:pStyle w:val="TOCHeading"/>
            <w:spacing w:line="240" w:lineRule="auto"/>
            <w:contextualSpacing/>
            <w:jc w:val="center"/>
            <w:rPr>
              <w:rFonts w:ascii="Times New Roman" w:hAnsi="Times New Roman" w:cs="Times New Roman"/>
              <w:b w:val="0"/>
              <w:sz w:val="20"/>
              <w:szCs w:val="20"/>
              <w:lang w:eastAsia="zh-CN"/>
            </w:rPr>
          </w:pPr>
          <w:r w:rsidRPr="001A2E38">
            <w:rPr>
              <w:rFonts w:ascii="Times New Roman" w:hAnsi="Times New Roman" w:cs="Times New Roman"/>
              <w:sz w:val="20"/>
              <w:szCs w:val="20"/>
            </w:rPr>
            <w:t>Supplementary Material</w:t>
          </w:r>
        </w:p>
        <w:p w14:paraId="339CEA83" w14:textId="61A1DF99" w:rsidR="0053210F" w:rsidRPr="001A2E38" w:rsidRDefault="00970926">
          <w:pPr>
            <w:pStyle w:val="TOC1"/>
            <w:tabs>
              <w:tab w:val="right" w:leader="dot" w:pos="10456"/>
            </w:tabs>
            <w:rPr>
              <w:rFonts w:asciiTheme="minorHAnsi" w:eastAsiaTheme="minorEastAsia" w:hAnsiTheme="minorHAnsi" w:cstheme="minorBidi"/>
              <w:b w:val="0"/>
              <w:bCs w:val="0"/>
              <w:noProof/>
              <w:sz w:val="18"/>
            </w:rPr>
          </w:pPr>
          <w:r w:rsidRPr="001A2E38">
            <w:rPr>
              <w:sz w:val="20"/>
            </w:rPr>
            <w:fldChar w:fldCharType="begin"/>
          </w:r>
          <w:r w:rsidRPr="001A2E38">
            <w:rPr>
              <w:sz w:val="20"/>
            </w:rPr>
            <w:instrText xml:space="preserve"> TOC \o "1-3" \h \z \u </w:instrText>
          </w:r>
          <w:r w:rsidRPr="001A2E38">
            <w:rPr>
              <w:sz w:val="20"/>
            </w:rPr>
            <w:fldChar w:fldCharType="separate"/>
          </w:r>
          <w:hyperlink w:anchor="_Toc236834791" w:history="1">
            <w:r w:rsidR="0053210F" w:rsidRPr="001A2E38">
              <w:rPr>
                <w:rStyle w:val="Hyperlink"/>
                <w:rFonts w:hint="eastAsia"/>
                <w:noProof/>
                <w:sz w:val="20"/>
                <w:szCs w:val="15"/>
              </w:rPr>
              <w:t>Table S1. Baseline characteristics of selected biomarkers.</w:t>
            </w:r>
            <w:bookmarkStart w:id="0" w:name="_GoBack"/>
            <w:bookmarkEnd w:id="0"/>
            <w:r w:rsidR="0053210F" w:rsidRPr="001A2E38">
              <w:rPr>
                <w:rFonts w:hint="eastAsia"/>
                <w:noProof/>
                <w:webHidden/>
                <w:sz w:val="20"/>
                <w:szCs w:val="15"/>
              </w:rPr>
              <w:tab/>
            </w:r>
            <w:r w:rsidR="0053210F" w:rsidRPr="001A2E38">
              <w:rPr>
                <w:rFonts w:hint="eastAsia"/>
                <w:noProof/>
                <w:webHidden/>
                <w:sz w:val="20"/>
                <w:szCs w:val="15"/>
              </w:rPr>
              <w:fldChar w:fldCharType="begin"/>
            </w:r>
            <w:r w:rsidR="0053210F" w:rsidRPr="001A2E38">
              <w:rPr>
                <w:rFonts w:hint="eastAsia"/>
                <w:noProof/>
                <w:webHidden/>
                <w:sz w:val="20"/>
                <w:szCs w:val="15"/>
              </w:rPr>
              <w:instrText xml:space="preserve"> </w:instrText>
            </w:r>
            <w:r w:rsidR="0053210F" w:rsidRPr="001A2E38">
              <w:rPr>
                <w:noProof/>
                <w:webHidden/>
                <w:sz w:val="20"/>
                <w:szCs w:val="15"/>
              </w:rPr>
              <w:instrText>PAGEREF _Toc236834791 \h</w:instrText>
            </w:r>
            <w:r w:rsidR="0053210F" w:rsidRPr="001A2E38">
              <w:rPr>
                <w:rFonts w:hint="eastAsia"/>
                <w:noProof/>
                <w:webHidden/>
                <w:sz w:val="20"/>
                <w:szCs w:val="15"/>
              </w:rPr>
              <w:instrText xml:space="preserve"> </w:instrText>
            </w:r>
            <w:r w:rsidR="0053210F" w:rsidRPr="001A2E38">
              <w:rPr>
                <w:rFonts w:hint="eastAsia"/>
                <w:noProof/>
                <w:webHidden/>
                <w:sz w:val="20"/>
                <w:szCs w:val="15"/>
              </w:rPr>
            </w:r>
            <w:r w:rsidR="0053210F" w:rsidRPr="001A2E38">
              <w:rPr>
                <w:rFonts w:hint="eastAsia"/>
                <w:noProof/>
                <w:webHidden/>
                <w:sz w:val="20"/>
                <w:szCs w:val="15"/>
              </w:rPr>
              <w:fldChar w:fldCharType="separate"/>
            </w:r>
            <w:r w:rsidR="0053210F" w:rsidRPr="001A2E38">
              <w:rPr>
                <w:noProof/>
                <w:webHidden/>
                <w:sz w:val="20"/>
                <w:szCs w:val="15"/>
              </w:rPr>
              <w:t>3</w:t>
            </w:r>
            <w:r w:rsidR="0053210F" w:rsidRPr="001A2E38">
              <w:rPr>
                <w:rFonts w:hint="eastAsia"/>
                <w:noProof/>
                <w:webHidden/>
                <w:sz w:val="20"/>
                <w:szCs w:val="15"/>
              </w:rPr>
              <w:fldChar w:fldCharType="end"/>
            </w:r>
          </w:hyperlink>
        </w:p>
        <w:p w14:paraId="25DD738A" w14:textId="53051006" w:rsidR="0053210F" w:rsidRPr="001A2E38" w:rsidRDefault="0013474C">
          <w:pPr>
            <w:pStyle w:val="TOC1"/>
            <w:tabs>
              <w:tab w:val="right" w:leader="dot" w:pos="10456"/>
            </w:tabs>
            <w:rPr>
              <w:rFonts w:asciiTheme="minorHAnsi" w:eastAsiaTheme="minorEastAsia" w:hAnsiTheme="minorHAnsi" w:cstheme="minorBidi"/>
              <w:b w:val="0"/>
              <w:bCs w:val="0"/>
              <w:noProof/>
              <w:sz w:val="18"/>
            </w:rPr>
          </w:pPr>
          <w:hyperlink w:anchor="_Toc236834792" w:history="1">
            <w:r w:rsidR="0053210F" w:rsidRPr="001A2E38">
              <w:rPr>
                <w:rStyle w:val="Hyperlink"/>
                <w:rFonts w:eastAsia="SimSun" w:hint="eastAsia"/>
                <w:noProof/>
                <w:sz w:val="20"/>
                <w:szCs w:val="15"/>
              </w:rPr>
              <w:t>Table S2. Description of the missing data.</w:t>
            </w:r>
            <w:r w:rsidR="0053210F" w:rsidRPr="001A2E38">
              <w:rPr>
                <w:rFonts w:hint="eastAsia"/>
                <w:noProof/>
                <w:webHidden/>
                <w:sz w:val="20"/>
                <w:szCs w:val="15"/>
              </w:rPr>
              <w:tab/>
            </w:r>
            <w:r w:rsidR="0053210F" w:rsidRPr="001A2E38">
              <w:rPr>
                <w:rFonts w:hint="eastAsia"/>
                <w:noProof/>
                <w:webHidden/>
                <w:sz w:val="20"/>
                <w:szCs w:val="15"/>
              </w:rPr>
              <w:fldChar w:fldCharType="begin"/>
            </w:r>
            <w:r w:rsidR="0053210F" w:rsidRPr="001A2E38">
              <w:rPr>
                <w:rFonts w:hint="eastAsia"/>
                <w:noProof/>
                <w:webHidden/>
                <w:sz w:val="20"/>
                <w:szCs w:val="15"/>
              </w:rPr>
              <w:instrText xml:space="preserve"> </w:instrText>
            </w:r>
            <w:r w:rsidR="0053210F" w:rsidRPr="001A2E38">
              <w:rPr>
                <w:noProof/>
                <w:webHidden/>
                <w:sz w:val="20"/>
                <w:szCs w:val="15"/>
              </w:rPr>
              <w:instrText>PAGEREF _Toc236834792 \h</w:instrText>
            </w:r>
            <w:r w:rsidR="0053210F" w:rsidRPr="001A2E38">
              <w:rPr>
                <w:rFonts w:hint="eastAsia"/>
                <w:noProof/>
                <w:webHidden/>
                <w:sz w:val="20"/>
                <w:szCs w:val="15"/>
              </w:rPr>
              <w:instrText xml:space="preserve"> </w:instrText>
            </w:r>
            <w:r w:rsidR="0053210F" w:rsidRPr="001A2E38">
              <w:rPr>
                <w:rFonts w:hint="eastAsia"/>
                <w:noProof/>
                <w:webHidden/>
                <w:sz w:val="20"/>
                <w:szCs w:val="15"/>
              </w:rPr>
            </w:r>
            <w:r w:rsidR="0053210F" w:rsidRPr="001A2E38">
              <w:rPr>
                <w:rFonts w:hint="eastAsia"/>
                <w:noProof/>
                <w:webHidden/>
                <w:sz w:val="20"/>
                <w:szCs w:val="15"/>
              </w:rPr>
              <w:fldChar w:fldCharType="separate"/>
            </w:r>
            <w:r w:rsidR="0053210F" w:rsidRPr="001A2E38">
              <w:rPr>
                <w:noProof/>
                <w:webHidden/>
                <w:sz w:val="20"/>
                <w:szCs w:val="15"/>
              </w:rPr>
              <w:t>5</w:t>
            </w:r>
            <w:r w:rsidR="0053210F" w:rsidRPr="001A2E38">
              <w:rPr>
                <w:rFonts w:hint="eastAsia"/>
                <w:noProof/>
                <w:webHidden/>
                <w:sz w:val="20"/>
                <w:szCs w:val="15"/>
              </w:rPr>
              <w:fldChar w:fldCharType="end"/>
            </w:r>
          </w:hyperlink>
        </w:p>
        <w:p w14:paraId="3BA647B4" w14:textId="57164D50" w:rsidR="0053210F" w:rsidRPr="001A2E38" w:rsidRDefault="0013474C">
          <w:pPr>
            <w:pStyle w:val="TOC1"/>
            <w:tabs>
              <w:tab w:val="right" w:leader="dot" w:pos="10456"/>
            </w:tabs>
            <w:rPr>
              <w:rFonts w:asciiTheme="minorHAnsi" w:eastAsiaTheme="minorEastAsia" w:hAnsiTheme="minorHAnsi" w:cstheme="minorBidi"/>
              <w:b w:val="0"/>
              <w:bCs w:val="0"/>
              <w:noProof/>
              <w:sz w:val="18"/>
            </w:rPr>
          </w:pPr>
          <w:hyperlink w:anchor="_Toc236834793" w:history="1">
            <w:r w:rsidR="0053210F" w:rsidRPr="001A2E38">
              <w:rPr>
                <w:rStyle w:val="Hyperlink"/>
                <w:rFonts w:hint="eastAsia"/>
                <w:noProof/>
                <w:sz w:val="20"/>
                <w:szCs w:val="15"/>
              </w:rPr>
              <w:t>Table S3. Description of covariates used in the present study.</w:t>
            </w:r>
            <w:r w:rsidR="0053210F" w:rsidRPr="001A2E38">
              <w:rPr>
                <w:rFonts w:hint="eastAsia"/>
                <w:noProof/>
                <w:webHidden/>
                <w:sz w:val="20"/>
                <w:szCs w:val="15"/>
              </w:rPr>
              <w:tab/>
            </w:r>
            <w:r w:rsidR="0053210F" w:rsidRPr="001A2E38">
              <w:rPr>
                <w:rFonts w:hint="eastAsia"/>
                <w:noProof/>
                <w:webHidden/>
                <w:sz w:val="20"/>
                <w:szCs w:val="15"/>
              </w:rPr>
              <w:fldChar w:fldCharType="begin"/>
            </w:r>
            <w:r w:rsidR="0053210F" w:rsidRPr="001A2E38">
              <w:rPr>
                <w:rFonts w:hint="eastAsia"/>
                <w:noProof/>
                <w:webHidden/>
                <w:sz w:val="20"/>
                <w:szCs w:val="15"/>
              </w:rPr>
              <w:instrText xml:space="preserve"> </w:instrText>
            </w:r>
            <w:r w:rsidR="0053210F" w:rsidRPr="001A2E38">
              <w:rPr>
                <w:noProof/>
                <w:webHidden/>
                <w:sz w:val="20"/>
                <w:szCs w:val="15"/>
              </w:rPr>
              <w:instrText>PAGEREF _Toc236834793 \h</w:instrText>
            </w:r>
            <w:r w:rsidR="0053210F" w:rsidRPr="001A2E38">
              <w:rPr>
                <w:rFonts w:hint="eastAsia"/>
                <w:noProof/>
                <w:webHidden/>
                <w:sz w:val="20"/>
                <w:szCs w:val="15"/>
              </w:rPr>
              <w:instrText xml:space="preserve"> </w:instrText>
            </w:r>
            <w:r w:rsidR="0053210F" w:rsidRPr="001A2E38">
              <w:rPr>
                <w:rFonts w:hint="eastAsia"/>
                <w:noProof/>
                <w:webHidden/>
                <w:sz w:val="20"/>
                <w:szCs w:val="15"/>
              </w:rPr>
            </w:r>
            <w:r w:rsidR="0053210F" w:rsidRPr="001A2E38">
              <w:rPr>
                <w:rFonts w:hint="eastAsia"/>
                <w:noProof/>
                <w:webHidden/>
                <w:sz w:val="20"/>
                <w:szCs w:val="15"/>
              </w:rPr>
              <w:fldChar w:fldCharType="separate"/>
            </w:r>
            <w:r w:rsidR="0053210F" w:rsidRPr="001A2E38">
              <w:rPr>
                <w:noProof/>
                <w:webHidden/>
                <w:sz w:val="20"/>
                <w:szCs w:val="15"/>
              </w:rPr>
              <w:t>6</w:t>
            </w:r>
            <w:r w:rsidR="0053210F" w:rsidRPr="001A2E38">
              <w:rPr>
                <w:rFonts w:hint="eastAsia"/>
                <w:noProof/>
                <w:webHidden/>
                <w:sz w:val="20"/>
                <w:szCs w:val="15"/>
              </w:rPr>
              <w:fldChar w:fldCharType="end"/>
            </w:r>
          </w:hyperlink>
        </w:p>
        <w:p w14:paraId="7519A4AC" w14:textId="6EA7D354" w:rsidR="0053210F" w:rsidRPr="001A2E38" w:rsidRDefault="0013474C">
          <w:pPr>
            <w:pStyle w:val="TOC1"/>
            <w:tabs>
              <w:tab w:val="right" w:leader="dot" w:pos="10456"/>
            </w:tabs>
            <w:rPr>
              <w:rFonts w:asciiTheme="minorHAnsi" w:eastAsiaTheme="minorEastAsia" w:hAnsiTheme="minorHAnsi" w:cstheme="minorBidi"/>
              <w:b w:val="0"/>
              <w:bCs w:val="0"/>
              <w:noProof/>
              <w:sz w:val="18"/>
            </w:rPr>
          </w:pPr>
          <w:hyperlink w:anchor="_Toc236834794" w:history="1">
            <w:r w:rsidR="0053210F" w:rsidRPr="001A2E38">
              <w:rPr>
                <w:rStyle w:val="Hyperlink"/>
                <w:rFonts w:hint="eastAsia"/>
                <w:noProof/>
                <w:sz w:val="20"/>
                <w:szCs w:val="15"/>
              </w:rPr>
              <w:t>Table S4. Baseline characteristics of study population according to baseline CHG quartiles.</w:t>
            </w:r>
            <w:r w:rsidR="0053210F" w:rsidRPr="001A2E38">
              <w:rPr>
                <w:rFonts w:hint="eastAsia"/>
                <w:noProof/>
                <w:webHidden/>
                <w:sz w:val="20"/>
                <w:szCs w:val="15"/>
              </w:rPr>
              <w:tab/>
            </w:r>
            <w:r w:rsidR="0053210F" w:rsidRPr="001A2E38">
              <w:rPr>
                <w:rFonts w:hint="eastAsia"/>
                <w:noProof/>
                <w:webHidden/>
                <w:sz w:val="20"/>
                <w:szCs w:val="15"/>
              </w:rPr>
              <w:fldChar w:fldCharType="begin"/>
            </w:r>
            <w:r w:rsidR="0053210F" w:rsidRPr="001A2E38">
              <w:rPr>
                <w:rFonts w:hint="eastAsia"/>
                <w:noProof/>
                <w:webHidden/>
                <w:sz w:val="20"/>
                <w:szCs w:val="15"/>
              </w:rPr>
              <w:instrText xml:space="preserve"> </w:instrText>
            </w:r>
            <w:r w:rsidR="0053210F" w:rsidRPr="001A2E38">
              <w:rPr>
                <w:noProof/>
                <w:webHidden/>
                <w:sz w:val="20"/>
                <w:szCs w:val="15"/>
              </w:rPr>
              <w:instrText>PAGEREF _Toc236834794 \h</w:instrText>
            </w:r>
            <w:r w:rsidR="0053210F" w:rsidRPr="001A2E38">
              <w:rPr>
                <w:rFonts w:hint="eastAsia"/>
                <w:noProof/>
                <w:webHidden/>
                <w:sz w:val="20"/>
                <w:szCs w:val="15"/>
              </w:rPr>
              <w:instrText xml:space="preserve"> </w:instrText>
            </w:r>
            <w:r w:rsidR="0053210F" w:rsidRPr="001A2E38">
              <w:rPr>
                <w:rFonts w:hint="eastAsia"/>
                <w:noProof/>
                <w:webHidden/>
                <w:sz w:val="20"/>
                <w:szCs w:val="15"/>
              </w:rPr>
            </w:r>
            <w:r w:rsidR="0053210F" w:rsidRPr="001A2E38">
              <w:rPr>
                <w:rFonts w:hint="eastAsia"/>
                <w:noProof/>
                <w:webHidden/>
                <w:sz w:val="20"/>
                <w:szCs w:val="15"/>
              </w:rPr>
              <w:fldChar w:fldCharType="separate"/>
            </w:r>
            <w:r w:rsidR="0053210F" w:rsidRPr="001A2E38">
              <w:rPr>
                <w:noProof/>
                <w:webHidden/>
                <w:sz w:val="20"/>
                <w:szCs w:val="15"/>
              </w:rPr>
              <w:t>9</w:t>
            </w:r>
            <w:r w:rsidR="0053210F" w:rsidRPr="001A2E38">
              <w:rPr>
                <w:rFonts w:hint="eastAsia"/>
                <w:noProof/>
                <w:webHidden/>
                <w:sz w:val="20"/>
                <w:szCs w:val="15"/>
              </w:rPr>
              <w:fldChar w:fldCharType="end"/>
            </w:r>
          </w:hyperlink>
        </w:p>
        <w:p w14:paraId="73CF43FB" w14:textId="714FBB1C" w:rsidR="0053210F" w:rsidRPr="001A2E38" w:rsidRDefault="0013474C">
          <w:pPr>
            <w:pStyle w:val="TOC1"/>
            <w:tabs>
              <w:tab w:val="right" w:leader="dot" w:pos="10456"/>
            </w:tabs>
            <w:rPr>
              <w:rFonts w:asciiTheme="minorHAnsi" w:eastAsiaTheme="minorEastAsia" w:hAnsiTheme="minorHAnsi" w:cstheme="minorBidi"/>
              <w:b w:val="0"/>
              <w:bCs w:val="0"/>
              <w:noProof/>
              <w:sz w:val="18"/>
            </w:rPr>
          </w:pPr>
          <w:hyperlink w:anchor="_Toc236834795" w:history="1">
            <w:r w:rsidR="0053210F" w:rsidRPr="001A2E38">
              <w:rPr>
                <w:rStyle w:val="Hyperlink"/>
                <w:rFonts w:hint="eastAsia"/>
                <w:noProof/>
                <w:sz w:val="20"/>
                <w:szCs w:val="15"/>
              </w:rPr>
              <w:t xml:space="preserve">Table S5. </w:t>
            </w:r>
            <w:r w:rsidR="0053210F" w:rsidRPr="001A2E38">
              <w:rPr>
                <w:rStyle w:val="Hyperlink"/>
                <w:rFonts w:eastAsia="Arial" w:hint="eastAsia"/>
                <w:noProof/>
                <w:sz w:val="20"/>
                <w:szCs w:val="15"/>
              </w:rPr>
              <w:t>Incremental predictive values of CHG</w:t>
            </w:r>
            <w:r w:rsidR="0053210F" w:rsidRPr="001A2E38">
              <w:rPr>
                <w:rStyle w:val="Hyperlink"/>
                <w:rFonts w:hint="eastAsia"/>
                <w:noProof/>
                <w:sz w:val="20"/>
                <w:szCs w:val="15"/>
              </w:rPr>
              <w:t xml:space="preserve">-related </w:t>
            </w:r>
            <w:r w:rsidR="0053210F" w:rsidRPr="001A2E38">
              <w:rPr>
                <w:rStyle w:val="Hyperlink"/>
                <w:rFonts w:eastAsia="Arial" w:hint="eastAsia"/>
                <w:noProof/>
                <w:sz w:val="20"/>
                <w:szCs w:val="15"/>
              </w:rPr>
              <w:t>indices for cardiometabolic multimorbidity</w:t>
            </w:r>
            <w:r w:rsidR="0053210F" w:rsidRPr="001A2E38">
              <w:rPr>
                <w:rStyle w:val="Hyperlink"/>
                <w:rFonts w:hint="eastAsia"/>
                <w:noProof/>
                <w:sz w:val="20"/>
                <w:szCs w:val="15"/>
              </w:rPr>
              <w:t xml:space="preserve"> using Framingham Cardiovascular Risk Score as base model.</w:t>
            </w:r>
            <w:r w:rsidR="0053210F" w:rsidRPr="001A2E38">
              <w:rPr>
                <w:rFonts w:hint="eastAsia"/>
                <w:noProof/>
                <w:webHidden/>
                <w:sz w:val="20"/>
                <w:szCs w:val="15"/>
              </w:rPr>
              <w:tab/>
            </w:r>
            <w:r w:rsidR="0053210F" w:rsidRPr="001A2E38">
              <w:rPr>
                <w:rFonts w:hint="eastAsia"/>
                <w:noProof/>
                <w:webHidden/>
                <w:sz w:val="20"/>
                <w:szCs w:val="15"/>
              </w:rPr>
              <w:fldChar w:fldCharType="begin"/>
            </w:r>
            <w:r w:rsidR="0053210F" w:rsidRPr="001A2E38">
              <w:rPr>
                <w:rFonts w:hint="eastAsia"/>
                <w:noProof/>
                <w:webHidden/>
                <w:sz w:val="20"/>
                <w:szCs w:val="15"/>
              </w:rPr>
              <w:instrText xml:space="preserve"> </w:instrText>
            </w:r>
            <w:r w:rsidR="0053210F" w:rsidRPr="001A2E38">
              <w:rPr>
                <w:noProof/>
                <w:webHidden/>
                <w:sz w:val="20"/>
                <w:szCs w:val="15"/>
              </w:rPr>
              <w:instrText>PAGEREF _Toc236834795 \h</w:instrText>
            </w:r>
            <w:r w:rsidR="0053210F" w:rsidRPr="001A2E38">
              <w:rPr>
                <w:rFonts w:hint="eastAsia"/>
                <w:noProof/>
                <w:webHidden/>
                <w:sz w:val="20"/>
                <w:szCs w:val="15"/>
              </w:rPr>
              <w:instrText xml:space="preserve"> </w:instrText>
            </w:r>
            <w:r w:rsidR="0053210F" w:rsidRPr="001A2E38">
              <w:rPr>
                <w:rFonts w:hint="eastAsia"/>
                <w:noProof/>
                <w:webHidden/>
                <w:sz w:val="20"/>
                <w:szCs w:val="15"/>
              </w:rPr>
            </w:r>
            <w:r w:rsidR="0053210F" w:rsidRPr="001A2E38">
              <w:rPr>
                <w:rFonts w:hint="eastAsia"/>
                <w:noProof/>
                <w:webHidden/>
                <w:sz w:val="20"/>
                <w:szCs w:val="15"/>
              </w:rPr>
              <w:fldChar w:fldCharType="separate"/>
            </w:r>
            <w:r w:rsidR="0053210F" w:rsidRPr="001A2E38">
              <w:rPr>
                <w:noProof/>
                <w:webHidden/>
                <w:sz w:val="20"/>
                <w:szCs w:val="15"/>
              </w:rPr>
              <w:t>11</w:t>
            </w:r>
            <w:r w:rsidR="0053210F" w:rsidRPr="001A2E38">
              <w:rPr>
                <w:rFonts w:hint="eastAsia"/>
                <w:noProof/>
                <w:webHidden/>
                <w:sz w:val="20"/>
                <w:szCs w:val="15"/>
              </w:rPr>
              <w:fldChar w:fldCharType="end"/>
            </w:r>
          </w:hyperlink>
        </w:p>
        <w:p w14:paraId="716FEACB" w14:textId="575552DC" w:rsidR="0053210F" w:rsidRPr="001A2E38" w:rsidRDefault="0013474C">
          <w:pPr>
            <w:pStyle w:val="TOC1"/>
            <w:tabs>
              <w:tab w:val="right" w:leader="dot" w:pos="10456"/>
            </w:tabs>
            <w:rPr>
              <w:rFonts w:asciiTheme="minorHAnsi" w:eastAsiaTheme="minorEastAsia" w:hAnsiTheme="minorHAnsi" w:cstheme="minorBidi"/>
              <w:b w:val="0"/>
              <w:bCs w:val="0"/>
              <w:noProof/>
              <w:sz w:val="18"/>
            </w:rPr>
          </w:pPr>
          <w:hyperlink w:anchor="_Toc236834796" w:history="1">
            <w:r w:rsidR="0053210F" w:rsidRPr="001A2E38">
              <w:rPr>
                <w:rStyle w:val="Hyperlink"/>
                <w:rFonts w:hint="eastAsia"/>
                <w:noProof/>
                <w:sz w:val="20"/>
                <w:szCs w:val="15"/>
              </w:rPr>
              <w:t xml:space="preserve">Table S6. </w:t>
            </w:r>
            <w:r w:rsidR="0053210F" w:rsidRPr="001A2E38">
              <w:rPr>
                <w:rStyle w:val="Hyperlink"/>
                <w:rFonts w:eastAsia="Arial" w:hint="eastAsia"/>
                <w:noProof/>
                <w:sz w:val="20"/>
                <w:szCs w:val="15"/>
              </w:rPr>
              <w:t>Incremental predictive values of CHG-related indices and the individual components for cardiometabolic multimorbidity</w:t>
            </w:r>
            <w:r w:rsidR="0053210F" w:rsidRPr="001A2E38">
              <w:rPr>
                <w:rStyle w:val="Hyperlink"/>
                <w:rFonts w:hint="eastAsia"/>
                <w:noProof/>
                <w:sz w:val="20"/>
                <w:szCs w:val="15"/>
              </w:rPr>
              <w:t>.</w:t>
            </w:r>
            <w:r w:rsidR="0053210F" w:rsidRPr="001A2E38">
              <w:rPr>
                <w:rFonts w:hint="eastAsia"/>
                <w:noProof/>
                <w:webHidden/>
                <w:sz w:val="20"/>
                <w:szCs w:val="15"/>
              </w:rPr>
              <w:tab/>
            </w:r>
            <w:r w:rsidR="0053210F" w:rsidRPr="001A2E38">
              <w:rPr>
                <w:rFonts w:hint="eastAsia"/>
                <w:noProof/>
                <w:webHidden/>
                <w:sz w:val="20"/>
                <w:szCs w:val="15"/>
              </w:rPr>
              <w:fldChar w:fldCharType="begin"/>
            </w:r>
            <w:r w:rsidR="0053210F" w:rsidRPr="001A2E38">
              <w:rPr>
                <w:rFonts w:hint="eastAsia"/>
                <w:noProof/>
                <w:webHidden/>
                <w:sz w:val="20"/>
                <w:szCs w:val="15"/>
              </w:rPr>
              <w:instrText xml:space="preserve"> </w:instrText>
            </w:r>
            <w:r w:rsidR="0053210F" w:rsidRPr="001A2E38">
              <w:rPr>
                <w:noProof/>
                <w:webHidden/>
                <w:sz w:val="20"/>
                <w:szCs w:val="15"/>
              </w:rPr>
              <w:instrText>PAGEREF _Toc236834796 \h</w:instrText>
            </w:r>
            <w:r w:rsidR="0053210F" w:rsidRPr="001A2E38">
              <w:rPr>
                <w:rFonts w:hint="eastAsia"/>
                <w:noProof/>
                <w:webHidden/>
                <w:sz w:val="20"/>
                <w:szCs w:val="15"/>
              </w:rPr>
              <w:instrText xml:space="preserve"> </w:instrText>
            </w:r>
            <w:r w:rsidR="0053210F" w:rsidRPr="001A2E38">
              <w:rPr>
                <w:rFonts w:hint="eastAsia"/>
                <w:noProof/>
                <w:webHidden/>
                <w:sz w:val="20"/>
                <w:szCs w:val="15"/>
              </w:rPr>
            </w:r>
            <w:r w:rsidR="0053210F" w:rsidRPr="001A2E38">
              <w:rPr>
                <w:rFonts w:hint="eastAsia"/>
                <w:noProof/>
                <w:webHidden/>
                <w:sz w:val="20"/>
                <w:szCs w:val="15"/>
              </w:rPr>
              <w:fldChar w:fldCharType="separate"/>
            </w:r>
            <w:r w:rsidR="0053210F" w:rsidRPr="001A2E38">
              <w:rPr>
                <w:noProof/>
                <w:webHidden/>
                <w:sz w:val="20"/>
                <w:szCs w:val="15"/>
              </w:rPr>
              <w:t>12</w:t>
            </w:r>
            <w:r w:rsidR="0053210F" w:rsidRPr="001A2E38">
              <w:rPr>
                <w:rFonts w:hint="eastAsia"/>
                <w:noProof/>
                <w:webHidden/>
                <w:sz w:val="20"/>
                <w:szCs w:val="15"/>
              </w:rPr>
              <w:fldChar w:fldCharType="end"/>
            </w:r>
          </w:hyperlink>
        </w:p>
        <w:p w14:paraId="6D8F5C43" w14:textId="0730E46F" w:rsidR="0053210F" w:rsidRPr="001A2E38" w:rsidRDefault="0013474C">
          <w:pPr>
            <w:pStyle w:val="TOC1"/>
            <w:tabs>
              <w:tab w:val="right" w:leader="dot" w:pos="10456"/>
            </w:tabs>
            <w:rPr>
              <w:rFonts w:asciiTheme="minorHAnsi" w:eastAsiaTheme="minorEastAsia" w:hAnsiTheme="minorHAnsi" w:cstheme="minorBidi"/>
              <w:b w:val="0"/>
              <w:bCs w:val="0"/>
              <w:noProof/>
              <w:sz w:val="18"/>
            </w:rPr>
          </w:pPr>
          <w:hyperlink w:anchor="_Toc236834797" w:history="1">
            <w:r w:rsidR="0053210F" w:rsidRPr="001A2E38">
              <w:rPr>
                <w:rStyle w:val="Hyperlink"/>
                <w:rFonts w:eastAsia="Arial" w:hint="eastAsia"/>
                <w:noProof/>
                <w:sz w:val="20"/>
                <w:szCs w:val="15"/>
              </w:rPr>
              <w:t xml:space="preserve">Table </w:t>
            </w:r>
            <w:r w:rsidR="0053210F" w:rsidRPr="001A2E38">
              <w:rPr>
                <w:rStyle w:val="Hyperlink"/>
                <w:rFonts w:hint="eastAsia"/>
                <w:noProof/>
                <w:sz w:val="20"/>
                <w:szCs w:val="15"/>
              </w:rPr>
              <w:t>S7</w:t>
            </w:r>
            <w:r w:rsidR="0053210F" w:rsidRPr="001A2E38">
              <w:rPr>
                <w:rStyle w:val="Hyperlink"/>
                <w:rFonts w:eastAsia="Arial" w:hint="eastAsia"/>
                <w:noProof/>
                <w:sz w:val="20"/>
                <w:szCs w:val="15"/>
              </w:rPr>
              <w:t>. Incremental predictive values of CHG</w:t>
            </w:r>
            <w:r w:rsidR="0053210F" w:rsidRPr="001A2E38">
              <w:rPr>
                <w:rStyle w:val="Hyperlink"/>
                <w:rFonts w:hint="eastAsia"/>
                <w:noProof/>
                <w:sz w:val="20"/>
                <w:szCs w:val="15"/>
              </w:rPr>
              <w:t xml:space="preserve">-related </w:t>
            </w:r>
            <w:r w:rsidR="0053210F" w:rsidRPr="001A2E38">
              <w:rPr>
                <w:rStyle w:val="Hyperlink"/>
                <w:rFonts w:eastAsia="Arial" w:hint="eastAsia"/>
                <w:noProof/>
                <w:sz w:val="20"/>
                <w:szCs w:val="15"/>
              </w:rPr>
              <w:t>indices</w:t>
            </w:r>
            <w:r w:rsidR="0053210F" w:rsidRPr="001A2E38">
              <w:rPr>
                <w:rStyle w:val="Hyperlink"/>
                <w:rFonts w:hint="eastAsia"/>
                <w:noProof/>
                <w:sz w:val="20"/>
                <w:szCs w:val="15"/>
              </w:rPr>
              <w:t xml:space="preserve"> and the individual components</w:t>
            </w:r>
            <w:r w:rsidR="0053210F" w:rsidRPr="001A2E38">
              <w:rPr>
                <w:rStyle w:val="Hyperlink"/>
                <w:rFonts w:eastAsia="Arial" w:hint="eastAsia"/>
                <w:noProof/>
                <w:sz w:val="20"/>
                <w:szCs w:val="15"/>
              </w:rPr>
              <w:t xml:space="preserve"> for cardiometabolic multimorbidity among males.</w:t>
            </w:r>
            <w:r w:rsidR="0053210F" w:rsidRPr="001A2E38">
              <w:rPr>
                <w:rFonts w:hint="eastAsia"/>
                <w:noProof/>
                <w:webHidden/>
                <w:sz w:val="20"/>
                <w:szCs w:val="15"/>
              </w:rPr>
              <w:tab/>
            </w:r>
            <w:r w:rsidR="0053210F" w:rsidRPr="001A2E38">
              <w:rPr>
                <w:rFonts w:hint="eastAsia"/>
                <w:noProof/>
                <w:webHidden/>
                <w:sz w:val="20"/>
                <w:szCs w:val="15"/>
              </w:rPr>
              <w:fldChar w:fldCharType="begin"/>
            </w:r>
            <w:r w:rsidR="0053210F" w:rsidRPr="001A2E38">
              <w:rPr>
                <w:rFonts w:hint="eastAsia"/>
                <w:noProof/>
                <w:webHidden/>
                <w:sz w:val="20"/>
                <w:szCs w:val="15"/>
              </w:rPr>
              <w:instrText xml:space="preserve"> </w:instrText>
            </w:r>
            <w:r w:rsidR="0053210F" w:rsidRPr="001A2E38">
              <w:rPr>
                <w:noProof/>
                <w:webHidden/>
                <w:sz w:val="20"/>
                <w:szCs w:val="15"/>
              </w:rPr>
              <w:instrText>PAGEREF _Toc236834797 \h</w:instrText>
            </w:r>
            <w:r w:rsidR="0053210F" w:rsidRPr="001A2E38">
              <w:rPr>
                <w:rFonts w:hint="eastAsia"/>
                <w:noProof/>
                <w:webHidden/>
                <w:sz w:val="20"/>
                <w:szCs w:val="15"/>
              </w:rPr>
              <w:instrText xml:space="preserve"> </w:instrText>
            </w:r>
            <w:r w:rsidR="0053210F" w:rsidRPr="001A2E38">
              <w:rPr>
                <w:rFonts w:hint="eastAsia"/>
                <w:noProof/>
                <w:webHidden/>
                <w:sz w:val="20"/>
                <w:szCs w:val="15"/>
              </w:rPr>
            </w:r>
            <w:r w:rsidR="0053210F" w:rsidRPr="001A2E38">
              <w:rPr>
                <w:rFonts w:hint="eastAsia"/>
                <w:noProof/>
                <w:webHidden/>
                <w:sz w:val="20"/>
                <w:szCs w:val="15"/>
              </w:rPr>
              <w:fldChar w:fldCharType="separate"/>
            </w:r>
            <w:r w:rsidR="0053210F" w:rsidRPr="001A2E38">
              <w:rPr>
                <w:noProof/>
                <w:webHidden/>
                <w:sz w:val="20"/>
                <w:szCs w:val="15"/>
              </w:rPr>
              <w:t>13</w:t>
            </w:r>
            <w:r w:rsidR="0053210F" w:rsidRPr="001A2E38">
              <w:rPr>
                <w:rFonts w:hint="eastAsia"/>
                <w:noProof/>
                <w:webHidden/>
                <w:sz w:val="20"/>
                <w:szCs w:val="15"/>
              </w:rPr>
              <w:fldChar w:fldCharType="end"/>
            </w:r>
          </w:hyperlink>
        </w:p>
        <w:p w14:paraId="2FD3738C" w14:textId="2BEB8F55" w:rsidR="0053210F" w:rsidRPr="001A2E38" w:rsidRDefault="0013474C">
          <w:pPr>
            <w:pStyle w:val="TOC1"/>
            <w:tabs>
              <w:tab w:val="right" w:leader="dot" w:pos="10456"/>
            </w:tabs>
            <w:rPr>
              <w:rFonts w:asciiTheme="minorHAnsi" w:eastAsiaTheme="minorEastAsia" w:hAnsiTheme="minorHAnsi" w:cstheme="minorBidi"/>
              <w:b w:val="0"/>
              <w:bCs w:val="0"/>
              <w:noProof/>
              <w:sz w:val="18"/>
            </w:rPr>
          </w:pPr>
          <w:hyperlink w:anchor="_Toc236834798" w:history="1">
            <w:r w:rsidR="0053210F" w:rsidRPr="001A2E38">
              <w:rPr>
                <w:rStyle w:val="Hyperlink"/>
                <w:rFonts w:eastAsia="Arial" w:hint="eastAsia"/>
                <w:noProof/>
                <w:sz w:val="20"/>
                <w:szCs w:val="15"/>
              </w:rPr>
              <w:t xml:space="preserve">Table </w:t>
            </w:r>
            <w:r w:rsidR="0053210F" w:rsidRPr="001A2E38">
              <w:rPr>
                <w:rStyle w:val="Hyperlink"/>
                <w:rFonts w:hint="eastAsia"/>
                <w:noProof/>
                <w:sz w:val="20"/>
                <w:szCs w:val="15"/>
              </w:rPr>
              <w:t>S8</w:t>
            </w:r>
            <w:r w:rsidR="0053210F" w:rsidRPr="001A2E38">
              <w:rPr>
                <w:rStyle w:val="Hyperlink"/>
                <w:rFonts w:eastAsia="Arial" w:hint="eastAsia"/>
                <w:noProof/>
                <w:sz w:val="20"/>
                <w:szCs w:val="15"/>
              </w:rPr>
              <w:t>. Incremental predictive values of CHG</w:t>
            </w:r>
            <w:r w:rsidR="0053210F" w:rsidRPr="001A2E38">
              <w:rPr>
                <w:rStyle w:val="Hyperlink"/>
                <w:rFonts w:hint="eastAsia"/>
                <w:noProof/>
                <w:sz w:val="20"/>
                <w:szCs w:val="15"/>
              </w:rPr>
              <w:t xml:space="preserve">-related </w:t>
            </w:r>
            <w:r w:rsidR="0053210F" w:rsidRPr="001A2E38">
              <w:rPr>
                <w:rStyle w:val="Hyperlink"/>
                <w:rFonts w:eastAsia="Arial" w:hint="eastAsia"/>
                <w:noProof/>
                <w:sz w:val="20"/>
                <w:szCs w:val="15"/>
              </w:rPr>
              <w:t>indices</w:t>
            </w:r>
            <w:r w:rsidR="0053210F" w:rsidRPr="001A2E38">
              <w:rPr>
                <w:rStyle w:val="Hyperlink"/>
                <w:rFonts w:hint="eastAsia"/>
                <w:noProof/>
                <w:sz w:val="20"/>
                <w:szCs w:val="15"/>
              </w:rPr>
              <w:t xml:space="preserve"> and the individual components</w:t>
            </w:r>
            <w:r w:rsidR="0053210F" w:rsidRPr="001A2E38">
              <w:rPr>
                <w:rStyle w:val="Hyperlink"/>
                <w:rFonts w:eastAsia="Arial" w:hint="eastAsia"/>
                <w:noProof/>
                <w:sz w:val="20"/>
                <w:szCs w:val="15"/>
              </w:rPr>
              <w:t xml:space="preserve"> for cardiometabolic multimorbidity among females.</w:t>
            </w:r>
            <w:r w:rsidR="0053210F" w:rsidRPr="001A2E38">
              <w:rPr>
                <w:rFonts w:hint="eastAsia"/>
                <w:noProof/>
                <w:webHidden/>
                <w:sz w:val="20"/>
                <w:szCs w:val="15"/>
              </w:rPr>
              <w:tab/>
            </w:r>
            <w:r w:rsidR="0053210F" w:rsidRPr="001A2E38">
              <w:rPr>
                <w:rFonts w:hint="eastAsia"/>
                <w:noProof/>
                <w:webHidden/>
                <w:sz w:val="20"/>
                <w:szCs w:val="15"/>
              </w:rPr>
              <w:fldChar w:fldCharType="begin"/>
            </w:r>
            <w:r w:rsidR="0053210F" w:rsidRPr="001A2E38">
              <w:rPr>
                <w:rFonts w:hint="eastAsia"/>
                <w:noProof/>
                <w:webHidden/>
                <w:sz w:val="20"/>
                <w:szCs w:val="15"/>
              </w:rPr>
              <w:instrText xml:space="preserve"> </w:instrText>
            </w:r>
            <w:r w:rsidR="0053210F" w:rsidRPr="001A2E38">
              <w:rPr>
                <w:noProof/>
                <w:webHidden/>
                <w:sz w:val="20"/>
                <w:szCs w:val="15"/>
              </w:rPr>
              <w:instrText>PAGEREF _Toc236834798 \h</w:instrText>
            </w:r>
            <w:r w:rsidR="0053210F" w:rsidRPr="001A2E38">
              <w:rPr>
                <w:rFonts w:hint="eastAsia"/>
                <w:noProof/>
                <w:webHidden/>
                <w:sz w:val="20"/>
                <w:szCs w:val="15"/>
              </w:rPr>
              <w:instrText xml:space="preserve"> </w:instrText>
            </w:r>
            <w:r w:rsidR="0053210F" w:rsidRPr="001A2E38">
              <w:rPr>
                <w:rFonts w:hint="eastAsia"/>
                <w:noProof/>
                <w:webHidden/>
                <w:sz w:val="20"/>
                <w:szCs w:val="15"/>
              </w:rPr>
            </w:r>
            <w:r w:rsidR="0053210F" w:rsidRPr="001A2E38">
              <w:rPr>
                <w:rFonts w:hint="eastAsia"/>
                <w:noProof/>
                <w:webHidden/>
                <w:sz w:val="20"/>
                <w:szCs w:val="15"/>
              </w:rPr>
              <w:fldChar w:fldCharType="separate"/>
            </w:r>
            <w:r w:rsidR="0053210F" w:rsidRPr="001A2E38">
              <w:rPr>
                <w:noProof/>
                <w:webHidden/>
                <w:sz w:val="20"/>
                <w:szCs w:val="15"/>
              </w:rPr>
              <w:t>14</w:t>
            </w:r>
            <w:r w:rsidR="0053210F" w:rsidRPr="001A2E38">
              <w:rPr>
                <w:rFonts w:hint="eastAsia"/>
                <w:noProof/>
                <w:webHidden/>
                <w:sz w:val="20"/>
                <w:szCs w:val="15"/>
              </w:rPr>
              <w:fldChar w:fldCharType="end"/>
            </w:r>
          </w:hyperlink>
        </w:p>
        <w:p w14:paraId="5E04896A" w14:textId="52BA467C" w:rsidR="0053210F" w:rsidRPr="001A2E38" w:rsidRDefault="0013474C">
          <w:pPr>
            <w:pStyle w:val="TOC1"/>
            <w:tabs>
              <w:tab w:val="right" w:leader="dot" w:pos="10456"/>
            </w:tabs>
            <w:rPr>
              <w:rFonts w:asciiTheme="minorHAnsi" w:eastAsiaTheme="minorEastAsia" w:hAnsiTheme="minorHAnsi" w:cstheme="minorBidi"/>
              <w:b w:val="0"/>
              <w:bCs w:val="0"/>
              <w:noProof/>
              <w:sz w:val="18"/>
            </w:rPr>
          </w:pPr>
          <w:hyperlink w:anchor="_Toc236834799" w:history="1">
            <w:r w:rsidR="0053210F" w:rsidRPr="001A2E38">
              <w:rPr>
                <w:rStyle w:val="Hyperlink"/>
                <w:rFonts w:hint="eastAsia"/>
                <w:noProof/>
                <w:sz w:val="20"/>
                <w:szCs w:val="15"/>
              </w:rPr>
              <w:t>Table S9. Associations between CHG-related indices and selected biomarkers.</w:t>
            </w:r>
            <w:r w:rsidR="0053210F" w:rsidRPr="001A2E38">
              <w:rPr>
                <w:rFonts w:hint="eastAsia"/>
                <w:noProof/>
                <w:webHidden/>
                <w:sz w:val="20"/>
                <w:szCs w:val="15"/>
              </w:rPr>
              <w:tab/>
            </w:r>
            <w:r w:rsidR="0053210F" w:rsidRPr="001A2E38">
              <w:rPr>
                <w:rFonts w:hint="eastAsia"/>
                <w:noProof/>
                <w:webHidden/>
                <w:sz w:val="20"/>
                <w:szCs w:val="15"/>
              </w:rPr>
              <w:fldChar w:fldCharType="begin"/>
            </w:r>
            <w:r w:rsidR="0053210F" w:rsidRPr="001A2E38">
              <w:rPr>
                <w:rFonts w:hint="eastAsia"/>
                <w:noProof/>
                <w:webHidden/>
                <w:sz w:val="20"/>
                <w:szCs w:val="15"/>
              </w:rPr>
              <w:instrText xml:space="preserve"> </w:instrText>
            </w:r>
            <w:r w:rsidR="0053210F" w:rsidRPr="001A2E38">
              <w:rPr>
                <w:noProof/>
                <w:webHidden/>
                <w:sz w:val="20"/>
                <w:szCs w:val="15"/>
              </w:rPr>
              <w:instrText>PAGEREF _Toc236834799 \h</w:instrText>
            </w:r>
            <w:r w:rsidR="0053210F" w:rsidRPr="001A2E38">
              <w:rPr>
                <w:rFonts w:hint="eastAsia"/>
                <w:noProof/>
                <w:webHidden/>
                <w:sz w:val="20"/>
                <w:szCs w:val="15"/>
              </w:rPr>
              <w:instrText xml:space="preserve"> </w:instrText>
            </w:r>
            <w:r w:rsidR="0053210F" w:rsidRPr="001A2E38">
              <w:rPr>
                <w:rFonts w:hint="eastAsia"/>
                <w:noProof/>
                <w:webHidden/>
                <w:sz w:val="20"/>
                <w:szCs w:val="15"/>
              </w:rPr>
            </w:r>
            <w:r w:rsidR="0053210F" w:rsidRPr="001A2E38">
              <w:rPr>
                <w:rFonts w:hint="eastAsia"/>
                <w:noProof/>
                <w:webHidden/>
                <w:sz w:val="20"/>
                <w:szCs w:val="15"/>
              </w:rPr>
              <w:fldChar w:fldCharType="separate"/>
            </w:r>
            <w:r w:rsidR="0053210F" w:rsidRPr="001A2E38">
              <w:rPr>
                <w:noProof/>
                <w:webHidden/>
                <w:sz w:val="20"/>
                <w:szCs w:val="15"/>
              </w:rPr>
              <w:t>15</w:t>
            </w:r>
            <w:r w:rsidR="0053210F" w:rsidRPr="001A2E38">
              <w:rPr>
                <w:rFonts w:hint="eastAsia"/>
                <w:noProof/>
                <w:webHidden/>
                <w:sz w:val="20"/>
                <w:szCs w:val="15"/>
              </w:rPr>
              <w:fldChar w:fldCharType="end"/>
            </w:r>
          </w:hyperlink>
        </w:p>
        <w:p w14:paraId="6F189341" w14:textId="54277EC6" w:rsidR="0053210F" w:rsidRPr="001A2E38" w:rsidRDefault="0013474C">
          <w:pPr>
            <w:pStyle w:val="TOC1"/>
            <w:tabs>
              <w:tab w:val="right" w:leader="dot" w:pos="10456"/>
            </w:tabs>
            <w:rPr>
              <w:rFonts w:asciiTheme="minorHAnsi" w:eastAsiaTheme="minorEastAsia" w:hAnsiTheme="minorHAnsi" w:cstheme="minorBidi"/>
              <w:b w:val="0"/>
              <w:bCs w:val="0"/>
              <w:noProof/>
              <w:sz w:val="18"/>
            </w:rPr>
          </w:pPr>
          <w:hyperlink w:anchor="_Toc236834800" w:history="1">
            <w:r w:rsidR="0053210F" w:rsidRPr="001A2E38">
              <w:rPr>
                <w:rStyle w:val="Hyperlink"/>
                <w:rFonts w:hint="eastAsia"/>
                <w:noProof/>
                <w:sz w:val="20"/>
                <w:szCs w:val="15"/>
              </w:rPr>
              <w:t>Table S10. Association between selected biomarkers and risk of cardiometabolic multimorbidity.</w:t>
            </w:r>
            <w:r w:rsidR="0053210F" w:rsidRPr="001A2E38">
              <w:rPr>
                <w:rFonts w:hint="eastAsia"/>
                <w:noProof/>
                <w:webHidden/>
                <w:sz w:val="20"/>
                <w:szCs w:val="15"/>
              </w:rPr>
              <w:tab/>
            </w:r>
            <w:r w:rsidR="0053210F" w:rsidRPr="001A2E38">
              <w:rPr>
                <w:rFonts w:hint="eastAsia"/>
                <w:noProof/>
                <w:webHidden/>
                <w:sz w:val="20"/>
                <w:szCs w:val="15"/>
              </w:rPr>
              <w:fldChar w:fldCharType="begin"/>
            </w:r>
            <w:r w:rsidR="0053210F" w:rsidRPr="001A2E38">
              <w:rPr>
                <w:rFonts w:hint="eastAsia"/>
                <w:noProof/>
                <w:webHidden/>
                <w:sz w:val="20"/>
                <w:szCs w:val="15"/>
              </w:rPr>
              <w:instrText xml:space="preserve"> </w:instrText>
            </w:r>
            <w:r w:rsidR="0053210F" w:rsidRPr="001A2E38">
              <w:rPr>
                <w:noProof/>
                <w:webHidden/>
                <w:sz w:val="20"/>
                <w:szCs w:val="15"/>
              </w:rPr>
              <w:instrText>PAGEREF _Toc236834800 \h</w:instrText>
            </w:r>
            <w:r w:rsidR="0053210F" w:rsidRPr="001A2E38">
              <w:rPr>
                <w:rFonts w:hint="eastAsia"/>
                <w:noProof/>
                <w:webHidden/>
                <w:sz w:val="20"/>
                <w:szCs w:val="15"/>
              </w:rPr>
              <w:instrText xml:space="preserve"> </w:instrText>
            </w:r>
            <w:r w:rsidR="0053210F" w:rsidRPr="001A2E38">
              <w:rPr>
                <w:rFonts w:hint="eastAsia"/>
                <w:noProof/>
                <w:webHidden/>
                <w:sz w:val="20"/>
                <w:szCs w:val="15"/>
              </w:rPr>
            </w:r>
            <w:r w:rsidR="0053210F" w:rsidRPr="001A2E38">
              <w:rPr>
                <w:rFonts w:hint="eastAsia"/>
                <w:noProof/>
                <w:webHidden/>
                <w:sz w:val="20"/>
                <w:szCs w:val="15"/>
              </w:rPr>
              <w:fldChar w:fldCharType="separate"/>
            </w:r>
            <w:r w:rsidR="0053210F" w:rsidRPr="001A2E38">
              <w:rPr>
                <w:noProof/>
                <w:webHidden/>
                <w:sz w:val="20"/>
                <w:szCs w:val="15"/>
              </w:rPr>
              <w:t>26</w:t>
            </w:r>
            <w:r w:rsidR="0053210F" w:rsidRPr="001A2E38">
              <w:rPr>
                <w:rFonts w:hint="eastAsia"/>
                <w:noProof/>
                <w:webHidden/>
                <w:sz w:val="20"/>
                <w:szCs w:val="15"/>
              </w:rPr>
              <w:fldChar w:fldCharType="end"/>
            </w:r>
          </w:hyperlink>
        </w:p>
        <w:p w14:paraId="1CD60619" w14:textId="0782094F" w:rsidR="0053210F" w:rsidRPr="001A2E38" w:rsidRDefault="0013474C">
          <w:pPr>
            <w:pStyle w:val="TOC1"/>
            <w:tabs>
              <w:tab w:val="right" w:leader="dot" w:pos="10456"/>
            </w:tabs>
            <w:rPr>
              <w:rFonts w:asciiTheme="minorHAnsi" w:eastAsiaTheme="minorEastAsia" w:hAnsiTheme="minorHAnsi" w:cstheme="minorBidi"/>
              <w:b w:val="0"/>
              <w:bCs w:val="0"/>
              <w:noProof/>
              <w:sz w:val="18"/>
            </w:rPr>
          </w:pPr>
          <w:hyperlink w:anchor="_Toc236834801" w:history="1">
            <w:r w:rsidR="0053210F" w:rsidRPr="001A2E38">
              <w:rPr>
                <w:rStyle w:val="Hyperlink"/>
                <w:rFonts w:hint="eastAsia"/>
                <w:noProof/>
                <w:sz w:val="20"/>
                <w:szCs w:val="15"/>
              </w:rPr>
              <w:t>Table S11. Exploratory mediation analysis of screened biomarkers in the association between CHG-related indices and risk of cardiometabolic multimorbidity.</w:t>
            </w:r>
            <w:r w:rsidR="0053210F" w:rsidRPr="001A2E38">
              <w:rPr>
                <w:rFonts w:hint="eastAsia"/>
                <w:noProof/>
                <w:webHidden/>
                <w:sz w:val="20"/>
                <w:szCs w:val="15"/>
              </w:rPr>
              <w:tab/>
            </w:r>
            <w:r w:rsidR="0053210F" w:rsidRPr="001A2E38">
              <w:rPr>
                <w:rFonts w:hint="eastAsia"/>
                <w:noProof/>
                <w:webHidden/>
                <w:sz w:val="20"/>
                <w:szCs w:val="15"/>
              </w:rPr>
              <w:fldChar w:fldCharType="begin"/>
            </w:r>
            <w:r w:rsidR="0053210F" w:rsidRPr="001A2E38">
              <w:rPr>
                <w:rFonts w:hint="eastAsia"/>
                <w:noProof/>
                <w:webHidden/>
                <w:sz w:val="20"/>
                <w:szCs w:val="15"/>
              </w:rPr>
              <w:instrText xml:space="preserve"> </w:instrText>
            </w:r>
            <w:r w:rsidR="0053210F" w:rsidRPr="001A2E38">
              <w:rPr>
                <w:noProof/>
                <w:webHidden/>
                <w:sz w:val="20"/>
                <w:szCs w:val="15"/>
              </w:rPr>
              <w:instrText>PAGEREF _Toc236834801 \h</w:instrText>
            </w:r>
            <w:r w:rsidR="0053210F" w:rsidRPr="001A2E38">
              <w:rPr>
                <w:rFonts w:hint="eastAsia"/>
                <w:noProof/>
                <w:webHidden/>
                <w:sz w:val="20"/>
                <w:szCs w:val="15"/>
              </w:rPr>
              <w:instrText xml:space="preserve"> </w:instrText>
            </w:r>
            <w:r w:rsidR="0053210F" w:rsidRPr="001A2E38">
              <w:rPr>
                <w:rFonts w:hint="eastAsia"/>
                <w:noProof/>
                <w:webHidden/>
                <w:sz w:val="20"/>
                <w:szCs w:val="15"/>
              </w:rPr>
            </w:r>
            <w:r w:rsidR="0053210F" w:rsidRPr="001A2E38">
              <w:rPr>
                <w:rFonts w:hint="eastAsia"/>
                <w:noProof/>
                <w:webHidden/>
                <w:sz w:val="20"/>
                <w:szCs w:val="15"/>
              </w:rPr>
              <w:fldChar w:fldCharType="separate"/>
            </w:r>
            <w:r w:rsidR="0053210F" w:rsidRPr="001A2E38">
              <w:rPr>
                <w:noProof/>
                <w:webHidden/>
                <w:sz w:val="20"/>
                <w:szCs w:val="15"/>
              </w:rPr>
              <w:t>28</w:t>
            </w:r>
            <w:r w:rsidR="0053210F" w:rsidRPr="001A2E38">
              <w:rPr>
                <w:rFonts w:hint="eastAsia"/>
                <w:noProof/>
                <w:webHidden/>
                <w:sz w:val="20"/>
                <w:szCs w:val="15"/>
              </w:rPr>
              <w:fldChar w:fldCharType="end"/>
            </w:r>
          </w:hyperlink>
        </w:p>
        <w:p w14:paraId="59B4ACB2" w14:textId="35A1F2BA" w:rsidR="0053210F" w:rsidRPr="001A2E38" w:rsidRDefault="0013474C">
          <w:pPr>
            <w:pStyle w:val="TOC1"/>
            <w:tabs>
              <w:tab w:val="right" w:leader="dot" w:pos="10456"/>
            </w:tabs>
            <w:rPr>
              <w:rFonts w:asciiTheme="minorHAnsi" w:eastAsiaTheme="minorEastAsia" w:hAnsiTheme="minorHAnsi" w:cstheme="minorBidi"/>
              <w:b w:val="0"/>
              <w:bCs w:val="0"/>
              <w:noProof/>
              <w:sz w:val="18"/>
            </w:rPr>
          </w:pPr>
          <w:hyperlink w:anchor="_Toc236834802" w:history="1">
            <w:r w:rsidR="0053210F" w:rsidRPr="001A2E38">
              <w:rPr>
                <w:rStyle w:val="Hyperlink"/>
                <w:rFonts w:hint="eastAsia"/>
                <w:noProof/>
                <w:sz w:val="20"/>
                <w:szCs w:val="15"/>
              </w:rPr>
              <w:t>Table S12. Multiplicative interactions of CHG and its derived indices with candidate biomarkers in relation to incident cardiometabolic multimorbidity.</w:t>
            </w:r>
            <w:r w:rsidR="0053210F" w:rsidRPr="001A2E38">
              <w:rPr>
                <w:rFonts w:hint="eastAsia"/>
                <w:noProof/>
                <w:webHidden/>
                <w:sz w:val="20"/>
                <w:szCs w:val="15"/>
              </w:rPr>
              <w:tab/>
            </w:r>
            <w:r w:rsidR="0053210F" w:rsidRPr="001A2E38">
              <w:rPr>
                <w:rFonts w:hint="eastAsia"/>
                <w:noProof/>
                <w:webHidden/>
                <w:sz w:val="20"/>
                <w:szCs w:val="15"/>
              </w:rPr>
              <w:fldChar w:fldCharType="begin"/>
            </w:r>
            <w:r w:rsidR="0053210F" w:rsidRPr="001A2E38">
              <w:rPr>
                <w:rFonts w:hint="eastAsia"/>
                <w:noProof/>
                <w:webHidden/>
                <w:sz w:val="20"/>
                <w:szCs w:val="15"/>
              </w:rPr>
              <w:instrText xml:space="preserve"> </w:instrText>
            </w:r>
            <w:r w:rsidR="0053210F" w:rsidRPr="001A2E38">
              <w:rPr>
                <w:noProof/>
                <w:webHidden/>
                <w:sz w:val="20"/>
                <w:szCs w:val="15"/>
              </w:rPr>
              <w:instrText>PAGEREF _Toc236834802 \h</w:instrText>
            </w:r>
            <w:r w:rsidR="0053210F" w:rsidRPr="001A2E38">
              <w:rPr>
                <w:rFonts w:hint="eastAsia"/>
                <w:noProof/>
                <w:webHidden/>
                <w:sz w:val="20"/>
                <w:szCs w:val="15"/>
              </w:rPr>
              <w:instrText xml:space="preserve"> </w:instrText>
            </w:r>
            <w:r w:rsidR="0053210F" w:rsidRPr="001A2E38">
              <w:rPr>
                <w:rFonts w:hint="eastAsia"/>
                <w:noProof/>
                <w:webHidden/>
                <w:sz w:val="20"/>
                <w:szCs w:val="15"/>
              </w:rPr>
            </w:r>
            <w:r w:rsidR="0053210F" w:rsidRPr="001A2E38">
              <w:rPr>
                <w:rFonts w:hint="eastAsia"/>
                <w:noProof/>
                <w:webHidden/>
                <w:sz w:val="20"/>
                <w:szCs w:val="15"/>
              </w:rPr>
              <w:fldChar w:fldCharType="separate"/>
            </w:r>
            <w:r w:rsidR="0053210F" w:rsidRPr="001A2E38">
              <w:rPr>
                <w:noProof/>
                <w:webHidden/>
                <w:sz w:val="20"/>
                <w:szCs w:val="15"/>
              </w:rPr>
              <w:t>38</w:t>
            </w:r>
            <w:r w:rsidR="0053210F" w:rsidRPr="001A2E38">
              <w:rPr>
                <w:rFonts w:hint="eastAsia"/>
                <w:noProof/>
                <w:webHidden/>
                <w:sz w:val="20"/>
                <w:szCs w:val="15"/>
              </w:rPr>
              <w:fldChar w:fldCharType="end"/>
            </w:r>
          </w:hyperlink>
        </w:p>
        <w:p w14:paraId="03520AAD" w14:textId="3B09E907" w:rsidR="0053210F" w:rsidRPr="001A2E38" w:rsidRDefault="0013474C">
          <w:pPr>
            <w:pStyle w:val="TOC1"/>
            <w:tabs>
              <w:tab w:val="right" w:leader="dot" w:pos="10456"/>
            </w:tabs>
            <w:rPr>
              <w:rFonts w:asciiTheme="minorHAnsi" w:eastAsiaTheme="minorEastAsia" w:hAnsiTheme="minorHAnsi" w:cstheme="minorBidi"/>
              <w:b w:val="0"/>
              <w:bCs w:val="0"/>
              <w:noProof/>
              <w:sz w:val="18"/>
            </w:rPr>
          </w:pPr>
          <w:hyperlink w:anchor="_Toc236834803" w:history="1">
            <w:r w:rsidR="0053210F" w:rsidRPr="001A2E38">
              <w:rPr>
                <w:rStyle w:val="Hyperlink"/>
                <w:rFonts w:hint="eastAsia"/>
                <w:noProof/>
                <w:sz w:val="20"/>
                <w:szCs w:val="15"/>
              </w:rPr>
              <w:t>Table S13. Sensitivity analysis for the associations between CHG-related indices and cardiometabolic multimorbidity risk after excluding events within the first 5 years of follow-up.</w:t>
            </w:r>
            <w:r w:rsidR="0053210F" w:rsidRPr="001A2E38">
              <w:rPr>
                <w:rFonts w:hint="eastAsia"/>
                <w:noProof/>
                <w:webHidden/>
                <w:sz w:val="20"/>
                <w:szCs w:val="15"/>
              </w:rPr>
              <w:tab/>
            </w:r>
            <w:r w:rsidR="0053210F" w:rsidRPr="001A2E38">
              <w:rPr>
                <w:rFonts w:hint="eastAsia"/>
                <w:noProof/>
                <w:webHidden/>
                <w:sz w:val="20"/>
                <w:szCs w:val="15"/>
              </w:rPr>
              <w:fldChar w:fldCharType="begin"/>
            </w:r>
            <w:r w:rsidR="0053210F" w:rsidRPr="001A2E38">
              <w:rPr>
                <w:rFonts w:hint="eastAsia"/>
                <w:noProof/>
                <w:webHidden/>
                <w:sz w:val="20"/>
                <w:szCs w:val="15"/>
              </w:rPr>
              <w:instrText xml:space="preserve"> </w:instrText>
            </w:r>
            <w:r w:rsidR="0053210F" w:rsidRPr="001A2E38">
              <w:rPr>
                <w:noProof/>
                <w:webHidden/>
                <w:sz w:val="20"/>
                <w:szCs w:val="15"/>
              </w:rPr>
              <w:instrText>PAGEREF _Toc236834803 \h</w:instrText>
            </w:r>
            <w:r w:rsidR="0053210F" w:rsidRPr="001A2E38">
              <w:rPr>
                <w:rFonts w:hint="eastAsia"/>
                <w:noProof/>
                <w:webHidden/>
                <w:sz w:val="20"/>
                <w:szCs w:val="15"/>
              </w:rPr>
              <w:instrText xml:space="preserve"> </w:instrText>
            </w:r>
            <w:r w:rsidR="0053210F" w:rsidRPr="001A2E38">
              <w:rPr>
                <w:rFonts w:hint="eastAsia"/>
                <w:noProof/>
                <w:webHidden/>
                <w:sz w:val="20"/>
                <w:szCs w:val="15"/>
              </w:rPr>
            </w:r>
            <w:r w:rsidR="0053210F" w:rsidRPr="001A2E38">
              <w:rPr>
                <w:rFonts w:hint="eastAsia"/>
                <w:noProof/>
                <w:webHidden/>
                <w:sz w:val="20"/>
                <w:szCs w:val="15"/>
              </w:rPr>
              <w:fldChar w:fldCharType="separate"/>
            </w:r>
            <w:r w:rsidR="0053210F" w:rsidRPr="001A2E38">
              <w:rPr>
                <w:noProof/>
                <w:webHidden/>
                <w:sz w:val="20"/>
                <w:szCs w:val="15"/>
              </w:rPr>
              <w:t>40</w:t>
            </w:r>
            <w:r w:rsidR="0053210F" w:rsidRPr="001A2E38">
              <w:rPr>
                <w:rFonts w:hint="eastAsia"/>
                <w:noProof/>
                <w:webHidden/>
                <w:sz w:val="20"/>
                <w:szCs w:val="15"/>
              </w:rPr>
              <w:fldChar w:fldCharType="end"/>
            </w:r>
          </w:hyperlink>
        </w:p>
        <w:p w14:paraId="7D70326F" w14:textId="027ABBE1" w:rsidR="0053210F" w:rsidRPr="001A2E38" w:rsidRDefault="0013474C">
          <w:pPr>
            <w:pStyle w:val="TOC1"/>
            <w:tabs>
              <w:tab w:val="right" w:leader="dot" w:pos="10456"/>
            </w:tabs>
            <w:rPr>
              <w:rFonts w:asciiTheme="minorHAnsi" w:eastAsiaTheme="minorEastAsia" w:hAnsiTheme="minorHAnsi" w:cstheme="minorBidi"/>
              <w:b w:val="0"/>
              <w:bCs w:val="0"/>
              <w:noProof/>
              <w:sz w:val="18"/>
            </w:rPr>
          </w:pPr>
          <w:hyperlink w:anchor="_Toc236834804" w:history="1">
            <w:r w:rsidR="0053210F" w:rsidRPr="001A2E38">
              <w:rPr>
                <w:rStyle w:val="Hyperlink"/>
                <w:rFonts w:hint="eastAsia"/>
                <w:noProof/>
                <w:sz w:val="20"/>
                <w:szCs w:val="15"/>
              </w:rPr>
              <w:t>Table S14. Sensitivity analysis for the associations between CHG-related indices and cardiometabolic multimorbidity risk using multiple imputation for missing covariates.</w:t>
            </w:r>
            <w:r w:rsidR="0053210F" w:rsidRPr="001A2E38">
              <w:rPr>
                <w:rFonts w:hint="eastAsia"/>
                <w:noProof/>
                <w:webHidden/>
                <w:sz w:val="20"/>
                <w:szCs w:val="15"/>
              </w:rPr>
              <w:tab/>
            </w:r>
            <w:r w:rsidR="0053210F" w:rsidRPr="001A2E38">
              <w:rPr>
                <w:rFonts w:hint="eastAsia"/>
                <w:noProof/>
                <w:webHidden/>
                <w:sz w:val="20"/>
                <w:szCs w:val="15"/>
              </w:rPr>
              <w:fldChar w:fldCharType="begin"/>
            </w:r>
            <w:r w:rsidR="0053210F" w:rsidRPr="001A2E38">
              <w:rPr>
                <w:rFonts w:hint="eastAsia"/>
                <w:noProof/>
                <w:webHidden/>
                <w:sz w:val="20"/>
                <w:szCs w:val="15"/>
              </w:rPr>
              <w:instrText xml:space="preserve"> </w:instrText>
            </w:r>
            <w:r w:rsidR="0053210F" w:rsidRPr="001A2E38">
              <w:rPr>
                <w:noProof/>
                <w:webHidden/>
                <w:sz w:val="20"/>
                <w:szCs w:val="15"/>
              </w:rPr>
              <w:instrText>PAGEREF _Toc236834804 \h</w:instrText>
            </w:r>
            <w:r w:rsidR="0053210F" w:rsidRPr="001A2E38">
              <w:rPr>
                <w:rFonts w:hint="eastAsia"/>
                <w:noProof/>
                <w:webHidden/>
                <w:sz w:val="20"/>
                <w:szCs w:val="15"/>
              </w:rPr>
              <w:instrText xml:space="preserve"> </w:instrText>
            </w:r>
            <w:r w:rsidR="0053210F" w:rsidRPr="001A2E38">
              <w:rPr>
                <w:rFonts w:hint="eastAsia"/>
                <w:noProof/>
                <w:webHidden/>
                <w:sz w:val="20"/>
                <w:szCs w:val="15"/>
              </w:rPr>
            </w:r>
            <w:r w:rsidR="0053210F" w:rsidRPr="001A2E38">
              <w:rPr>
                <w:rFonts w:hint="eastAsia"/>
                <w:noProof/>
                <w:webHidden/>
                <w:sz w:val="20"/>
                <w:szCs w:val="15"/>
              </w:rPr>
              <w:fldChar w:fldCharType="separate"/>
            </w:r>
            <w:r w:rsidR="0053210F" w:rsidRPr="001A2E38">
              <w:rPr>
                <w:noProof/>
                <w:webHidden/>
                <w:sz w:val="20"/>
                <w:szCs w:val="15"/>
              </w:rPr>
              <w:t>44</w:t>
            </w:r>
            <w:r w:rsidR="0053210F" w:rsidRPr="001A2E38">
              <w:rPr>
                <w:rFonts w:hint="eastAsia"/>
                <w:noProof/>
                <w:webHidden/>
                <w:sz w:val="20"/>
                <w:szCs w:val="15"/>
              </w:rPr>
              <w:fldChar w:fldCharType="end"/>
            </w:r>
          </w:hyperlink>
        </w:p>
        <w:p w14:paraId="544BD73E" w14:textId="742E2B68" w:rsidR="0053210F" w:rsidRPr="001A2E38" w:rsidRDefault="0013474C">
          <w:pPr>
            <w:pStyle w:val="TOC1"/>
            <w:tabs>
              <w:tab w:val="right" w:leader="dot" w:pos="10456"/>
            </w:tabs>
            <w:rPr>
              <w:rFonts w:asciiTheme="minorHAnsi" w:eastAsiaTheme="minorEastAsia" w:hAnsiTheme="minorHAnsi" w:cstheme="minorBidi"/>
              <w:b w:val="0"/>
              <w:bCs w:val="0"/>
              <w:noProof/>
              <w:sz w:val="18"/>
            </w:rPr>
          </w:pPr>
          <w:hyperlink w:anchor="_Toc236834805" w:history="1">
            <w:r w:rsidR="0053210F" w:rsidRPr="001A2E38">
              <w:rPr>
                <w:rStyle w:val="Hyperlink"/>
                <w:rFonts w:hint="eastAsia"/>
                <w:noProof/>
                <w:sz w:val="20"/>
                <w:szCs w:val="15"/>
              </w:rPr>
              <w:t>Table S15. Sensitivity analysis for the associations between CHG-related indices and cardiometabolic multimorbidity risk considering the competing risk of death from other causes.</w:t>
            </w:r>
            <w:r w:rsidR="0053210F" w:rsidRPr="001A2E38">
              <w:rPr>
                <w:rFonts w:hint="eastAsia"/>
                <w:noProof/>
                <w:webHidden/>
                <w:sz w:val="20"/>
                <w:szCs w:val="15"/>
              </w:rPr>
              <w:tab/>
            </w:r>
            <w:r w:rsidR="0053210F" w:rsidRPr="001A2E38">
              <w:rPr>
                <w:rFonts w:hint="eastAsia"/>
                <w:noProof/>
                <w:webHidden/>
                <w:sz w:val="20"/>
                <w:szCs w:val="15"/>
              </w:rPr>
              <w:fldChar w:fldCharType="begin"/>
            </w:r>
            <w:r w:rsidR="0053210F" w:rsidRPr="001A2E38">
              <w:rPr>
                <w:rFonts w:hint="eastAsia"/>
                <w:noProof/>
                <w:webHidden/>
                <w:sz w:val="20"/>
                <w:szCs w:val="15"/>
              </w:rPr>
              <w:instrText xml:space="preserve"> </w:instrText>
            </w:r>
            <w:r w:rsidR="0053210F" w:rsidRPr="001A2E38">
              <w:rPr>
                <w:noProof/>
                <w:webHidden/>
                <w:sz w:val="20"/>
                <w:szCs w:val="15"/>
              </w:rPr>
              <w:instrText>PAGEREF _Toc236834805 \h</w:instrText>
            </w:r>
            <w:r w:rsidR="0053210F" w:rsidRPr="001A2E38">
              <w:rPr>
                <w:rFonts w:hint="eastAsia"/>
                <w:noProof/>
                <w:webHidden/>
                <w:sz w:val="20"/>
                <w:szCs w:val="15"/>
              </w:rPr>
              <w:instrText xml:space="preserve"> </w:instrText>
            </w:r>
            <w:r w:rsidR="0053210F" w:rsidRPr="001A2E38">
              <w:rPr>
                <w:rFonts w:hint="eastAsia"/>
                <w:noProof/>
                <w:webHidden/>
                <w:sz w:val="20"/>
                <w:szCs w:val="15"/>
              </w:rPr>
            </w:r>
            <w:r w:rsidR="0053210F" w:rsidRPr="001A2E38">
              <w:rPr>
                <w:rFonts w:hint="eastAsia"/>
                <w:noProof/>
                <w:webHidden/>
                <w:sz w:val="20"/>
                <w:szCs w:val="15"/>
              </w:rPr>
              <w:fldChar w:fldCharType="separate"/>
            </w:r>
            <w:r w:rsidR="0053210F" w:rsidRPr="001A2E38">
              <w:rPr>
                <w:noProof/>
                <w:webHidden/>
                <w:sz w:val="20"/>
                <w:szCs w:val="15"/>
              </w:rPr>
              <w:t>48</w:t>
            </w:r>
            <w:r w:rsidR="0053210F" w:rsidRPr="001A2E38">
              <w:rPr>
                <w:rFonts w:hint="eastAsia"/>
                <w:noProof/>
                <w:webHidden/>
                <w:sz w:val="20"/>
                <w:szCs w:val="15"/>
              </w:rPr>
              <w:fldChar w:fldCharType="end"/>
            </w:r>
          </w:hyperlink>
        </w:p>
        <w:p w14:paraId="7C8D4D4C" w14:textId="165551DA" w:rsidR="0053210F" w:rsidRPr="001A2E38" w:rsidRDefault="0013474C">
          <w:pPr>
            <w:pStyle w:val="TOC1"/>
            <w:tabs>
              <w:tab w:val="right" w:leader="dot" w:pos="10456"/>
            </w:tabs>
            <w:rPr>
              <w:rFonts w:asciiTheme="minorHAnsi" w:eastAsiaTheme="minorEastAsia" w:hAnsiTheme="minorHAnsi" w:cstheme="minorBidi"/>
              <w:b w:val="0"/>
              <w:bCs w:val="0"/>
              <w:noProof/>
              <w:sz w:val="18"/>
            </w:rPr>
          </w:pPr>
          <w:hyperlink w:anchor="_Toc236834806" w:history="1">
            <w:r w:rsidR="0053210F" w:rsidRPr="001A2E38">
              <w:rPr>
                <w:rStyle w:val="Hyperlink"/>
                <w:rFonts w:hint="eastAsia"/>
                <w:noProof/>
                <w:sz w:val="20"/>
                <w:szCs w:val="15"/>
              </w:rPr>
              <w:t>Table S16. Sensitivity analysis of association of CHG-related indices with incident cardiometabolic multimorbidity using the overlap-reduced MASLD definition.</w:t>
            </w:r>
            <w:r w:rsidR="0053210F" w:rsidRPr="001A2E38">
              <w:rPr>
                <w:rFonts w:hint="eastAsia"/>
                <w:noProof/>
                <w:webHidden/>
                <w:sz w:val="20"/>
                <w:szCs w:val="15"/>
              </w:rPr>
              <w:tab/>
            </w:r>
            <w:r w:rsidR="0053210F" w:rsidRPr="001A2E38">
              <w:rPr>
                <w:rFonts w:hint="eastAsia"/>
                <w:noProof/>
                <w:webHidden/>
                <w:sz w:val="20"/>
                <w:szCs w:val="15"/>
              </w:rPr>
              <w:fldChar w:fldCharType="begin"/>
            </w:r>
            <w:r w:rsidR="0053210F" w:rsidRPr="001A2E38">
              <w:rPr>
                <w:rFonts w:hint="eastAsia"/>
                <w:noProof/>
                <w:webHidden/>
                <w:sz w:val="20"/>
                <w:szCs w:val="15"/>
              </w:rPr>
              <w:instrText xml:space="preserve"> </w:instrText>
            </w:r>
            <w:r w:rsidR="0053210F" w:rsidRPr="001A2E38">
              <w:rPr>
                <w:noProof/>
                <w:webHidden/>
                <w:sz w:val="20"/>
                <w:szCs w:val="15"/>
              </w:rPr>
              <w:instrText>PAGEREF _Toc236834806 \h</w:instrText>
            </w:r>
            <w:r w:rsidR="0053210F" w:rsidRPr="001A2E38">
              <w:rPr>
                <w:rFonts w:hint="eastAsia"/>
                <w:noProof/>
                <w:webHidden/>
                <w:sz w:val="20"/>
                <w:szCs w:val="15"/>
              </w:rPr>
              <w:instrText xml:space="preserve"> </w:instrText>
            </w:r>
            <w:r w:rsidR="0053210F" w:rsidRPr="001A2E38">
              <w:rPr>
                <w:rFonts w:hint="eastAsia"/>
                <w:noProof/>
                <w:webHidden/>
                <w:sz w:val="20"/>
                <w:szCs w:val="15"/>
              </w:rPr>
            </w:r>
            <w:r w:rsidR="0053210F" w:rsidRPr="001A2E38">
              <w:rPr>
                <w:rFonts w:hint="eastAsia"/>
                <w:noProof/>
                <w:webHidden/>
                <w:sz w:val="20"/>
                <w:szCs w:val="15"/>
              </w:rPr>
              <w:fldChar w:fldCharType="separate"/>
            </w:r>
            <w:r w:rsidR="0053210F" w:rsidRPr="001A2E38">
              <w:rPr>
                <w:noProof/>
                <w:webHidden/>
                <w:sz w:val="20"/>
                <w:szCs w:val="15"/>
              </w:rPr>
              <w:t>52</w:t>
            </w:r>
            <w:r w:rsidR="0053210F" w:rsidRPr="001A2E38">
              <w:rPr>
                <w:rFonts w:hint="eastAsia"/>
                <w:noProof/>
                <w:webHidden/>
                <w:sz w:val="20"/>
                <w:szCs w:val="15"/>
              </w:rPr>
              <w:fldChar w:fldCharType="end"/>
            </w:r>
          </w:hyperlink>
        </w:p>
        <w:p w14:paraId="53DB4C67" w14:textId="2A990015" w:rsidR="0053210F" w:rsidRPr="001A2E38" w:rsidRDefault="0013474C">
          <w:pPr>
            <w:pStyle w:val="TOC1"/>
            <w:tabs>
              <w:tab w:val="right" w:leader="dot" w:pos="10456"/>
            </w:tabs>
            <w:rPr>
              <w:rFonts w:asciiTheme="minorHAnsi" w:eastAsiaTheme="minorEastAsia" w:hAnsiTheme="minorHAnsi" w:cstheme="minorBidi"/>
              <w:b w:val="0"/>
              <w:bCs w:val="0"/>
              <w:noProof/>
              <w:sz w:val="18"/>
            </w:rPr>
          </w:pPr>
          <w:hyperlink w:anchor="_Toc236834807" w:history="1">
            <w:r w:rsidR="0053210F" w:rsidRPr="001A2E38">
              <w:rPr>
                <w:rStyle w:val="Hyperlink"/>
                <w:rFonts w:hint="eastAsia"/>
                <w:noProof/>
                <w:sz w:val="20"/>
                <w:szCs w:val="15"/>
              </w:rPr>
              <w:t>Table S17. Sensitivity analysis of association of CHG and its modified indices with incident cardiometabolic multimorbidity after additional adjustment for baseline HbA1c.</w:t>
            </w:r>
            <w:r w:rsidR="0053210F" w:rsidRPr="001A2E38">
              <w:rPr>
                <w:rFonts w:hint="eastAsia"/>
                <w:noProof/>
                <w:webHidden/>
                <w:sz w:val="20"/>
                <w:szCs w:val="15"/>
              </w:rPr>
              <w:tab/>
            </w:r>
            <w:r w:rsidR="0053210F" w:rsidRPr="001A2E38">
              <w:rPr>
                <w:rFonts w:hint="eastAsia"/>
                <w:noProof/>
                <w:webHidden/>
                <w:sz w:val="20"/>
                <w:szCs w:val="15"/>
              </w:rPr>
              <w:fldChar w:fldCharType="begin"/>
            </w:r>
            <w:r w:rsidR="0053210F" w:rsidRPr="001A2E38">
              <w:rPr>
                <w:rFonts w:hint="eastAsia"/>
                <w:noProof/>
                <w:webHidden/>
                <w:sz w:val="20"/>
                <w:szCs w:val="15"/>
              </w:rPr>
              <w:instrText xml:space="preserve"> </w:instrText>
            </w:r>
            <w:r w:rsidR="0053210F" w:rsidRPr="001A2E38">
              <w:rPr>
                <w:noProof/>
                <w:webHidden/>
                <w:sz w:val="20"/>
                <w:szCs w:val="15"/>
              </w:rPr>
              <w:instrText>PAGEREF _Toc236834807 \h</w:instrText>
            </w:r>
            <w:r w:rsidR="0053210F" w:rsidRPr="001A2E38">
              <w:rPr>
                <w:rFonts w:hint="eastAsia"/>
                <w:noProof/>
                <w:webHidden/>
                <w:sz w:val="20"/>
                <w:szCs w:val="15"/>
              </w:rPr>
              <w:instrText xml:space="preserve"> </w:instrText>
            </w:r>
            <w:r w:rsidR="0053210F" w:rsidRPr="001A2E38">
              <w:rPr>
                <w:rFonts w:hint="eastAsia"/>
                <w:noProof/>
                <w:webHidden/>
                <w:sz w:val="20"/>
                <w:szCs w:val="15"/>
              </w:rPr>
            </w:r>
            <w:r w:rsidR="0053210F" w:rsidRPr="001A2E38">
              <w:rPr>
                <w:rFonts w:hint="eastAsia"/>
                <w:noProof/>
                <w:webHidden/>
                <w:sz w:val="20"/>
                <w:szCs w:val="15"/>
              </w:rPr>
              <w:fldChar w:fldCharType="separate"/>
            </w:r>
            <w:r w:rsidR="0053210F" w:rsidRPr="001A2E38">
              <w:rPr>
                <w:noProof/>
                <w:webHidden/>
                <w:sz w:val="20"/>
                <w:szCs w:val="15"/>
              </w:rPr>
              <w:t>54</w:t>
            </w:r>
            <w:r w:rsidR="0053210F" w:rsidRPr="001A2E38">
              <w:rPr>
                <w:rFonts w:hint="eastAsia"/>
                <w:noProof/>
                <w:webHidden/>
                <w:sz w:val="20"/>
                <w:szCs w:val="15"/>
              </w:rPr>
              <w:fldChar w:fldCharType="end"/>
            </w:r>
          </w:hyperlink>
        </w:p>
        <w:p w14:paraId="1F0EE58F" w14:textId="3376F7F8" w:rsidR="0053210F" w:rsidRPr="001A2E38" w:rsidRDefault="0013474C">
          <w:pPr>
            <w:pStyle w:val="TOC1"/>
            <w:tabs>
              <w:tab w:val="right" w:leader="dot" w:pos="10456"/>
            </w:tabs>
            <w:rPr>
              <w:rFonts w:asciiTheme="minorHAnsi" w:eastAsiaTheme="minorEastAsia" w:hAnsiTheme="minorHAnsi" w:cstheme="minorBidi"/>
              <w:b w:val="0"/>
              <w:bCs w:val="0"/>
              <w:noProof/>
              <w:sz w:val="18"/>
            </w:rPr>
          </w:pPr>
          <w:hyperlink w:anchor="_Toc236834808" w:history="1">
            <w:r w:rsidR="0053210F" w:rsidRPr="001A2E38">
              <w:rPr>
                <w:rStyle w:val="Hyperlink"/>
                <w:rFonts w:hint="eastAsia"/>
                <w:noProof/>
                <w:sz w:val="20"/>
                <w:szCs w:val="15"/>
              </w:rPr>
              <w:t>Table S18. Sensitivity analysis of association of CHG and its modified indices with incident cardiometabolic multimorbidity after excluding participants with prediabetes.</w:t>
            </w:r>
            <w:r w:rsidR="0053210F" w:rsidRPr="001A2E38">
              <w:rPr>
                <w:rFonts w:hint="eastAsia"/>
                <w:noProof/>
                <w:webHidden/>
                <w:sz w:val="20"/>
                <w:szCs w:val="15"/>
              </w:rPr>
              <w:tab/>
            </w:r>
            <w:r w:rsidR="0053210F" w:rsidRPr="001A2E38">
              <w:rPr>
                <w:rFonts w:hint="eastAsia"/>
                <w:noProof/>
                <w:webHidden/>
                <w:sz w:val="20"/>
                <w:szCs w:val="15"/>
              </w:rPr>
              <w:fldChar w:fldCharType="begin"/>
            </w:r>
            <w:r w:rsidR="0053210F" w:rsidRPr="001A2E38">
              <w:rPr>
                <w:rFonts w:hint="eastAsia"/>
                <w:noProof/>
                <w:webHidden/>
                <w:sz w:val="20"/>
                <w:szCs w:val="15"/>
              </w:rPr>
              <w:instrText xml:space="preserve"> </w:instrText>
            </w:r>
            <w:r w:rsidR="0053210F" w:rsidRPr="001A2E38">
              <w:rPr>
                <w:noProof/>
                <w:webHidden/>
                <w:sz w:val="20"/>
                <w:szCs w:val="15"/>
              </w:rPr>
              <w:instrText>PAGEREF _Toc236834808 \h</w:instrText>
            </w:r>
            <w:r w:rsidR="0053210F" w:rsidRPr="001A2E38">
              <w:rPr>
                <w:rFonts w:hint="eastAsia"/>
                <w:noProof/>
                <w:webHidden/>
                <w:sz w:val="20"/>
                <w:szCs w:val="15"/>
              </w:rPr>
              <w:instrText xml:space="preserve"> </w:instrText>
            </w:r>
            <w:r w:rsidR="0053210F" w:rsidRPr="001A2E38">
              <w:rPr>
                <w:rFonts w:hint="eastAsia"/>
                <w:noProof/>
                <w:webHidden/>
                <w:sz w:val="20"/>
                <w:szCs w:val="15"/>
              </w:rPr>
            </w:r>
            <w:r w:rsidR="0053210F" w:rsidRPr="001A2E38">
              <w:rPr>
                <w:rFonts w:hint="eastAsia"/>
                <w:noProof/>
                <w:webHidden/>
                <w:sz w:val="20"/>
                <w:szCs w:val="15"/>
              </w:rPr>
              <w:fldChar w:fldCharType="separate"/>
            </w:r>
            <w:r w:rsidR="0053210F" w:rsidRPr="001A2E38">
              <w:rPr>
                <w:noProof/>
                <w:webHidden/>
                <w:sz w:val="20"/>
                <w:szCs w:val="15"/>
              </w:rPr>
              <w:t>56</w:t>
            </w:r>
            <w:r w:rsidR="0053210F" w:rsidRPr="001A2E38">
              <w:rPr>
                <w:rFonts w:hint="eastAsia"/>
                <w:noProof/>
                <w:webHidden/>
                <w:sz w:val="20"/>
                <w:szCs w:val="15"/>
              </w:rPr>
              <w:fldChar w:fldCharType="end"/>
            </w:r>
          </w:hyperlink>
        </w:p>
        <w:p w14:paraId="19896622" w14:textId="6E5FCAB1" w:rsidR="0053210F" w:rsidRPr="001A2E38" w:rsidRDefault="0013474C">
          <w:pPr>
            <w:pStyle w:val="TOC1"/>
            <w:tabs>
              <w:tab w:val="right" w:leader="dot" w:pos="10456"/>
            </w:tabs>
            <w:rPr>
              <w:rFonts w:asciiTheme="minorHAnsi" w:eastAsiaTheme="minorEastAsia" w:hAnsiTheme="minorHAnsi" w:cstheme="minorBidi"/>
              <w:b w:val="0"/>
              <w:bCs w:val="0"/>
              <w:noProof/>
              <w:sz w:val="18"/>
            </w:rPr>
          </w:pPr>
          <w:hyperlink w:anchor="_Toc236834809" w:history="1">
            <w:r w:rsidR="0053210F" w:rsidRPr="001A2E38">
              <w:rPr>
                <w:rStyle w:val="Hyperlink"/>
                <w:rFonts w:hint="eastAsia"/>
                <w:noProof/>
                <w:sz w:val="20"/>
                <w:szCs w:val="15"/>
              </w:rPr>
              <w:t>Table S19. Associations between CHG-related indices and risk of cardiometabolic multimorbidity stratified by age.</w:t>
            </w:r>
            <w:r w:rsidR="0053210F" w:rsidRPr="001A2E38">
              <w:rPr>
                <w:rFonts w:hint="eastAsia"/>
                <w:noProof/>
                <w:webHidden/>
                <w:sz w:val="20"/>
                <w:szCs w:val="15"/>
              </w:rPr>
              <w:tab/>
            </w:r>
            <w:r w:rsidR="0053210F" w:rsidRPr="001A2E38">
              <w:rPr>
                <w:rFonts w:hint="eastAsia"/>
                <w:noProof/>
                <w:webHidden/>
                <w:sz w:val="20"/>
                <w:szCs w:val="15"/>
              </w:rPr>
              <w:fldChar w:fldCharType="begin"/>
            </w:r>
            <w:r w:rsidR="0053210F" w:rsidRPr="001A2E38">
              <w:rPr>
                <w:rFonts w:hint="eastAsia"/>
                <w:noProof/>
                <w:webHidden/>
                <w:sz w:val="20"/>
                <w:szCs w:val="15"/>
              </w:rPr>
              <w:instrText xml:space="preserve"> </w:instrText>
            </w:r>
            <w:r w:rsidR="0053210F" w:rsidRPr="001A2E38">
              <w:rPr>
                <w:noProof/>
                <w:webHidden/>
                <w:sz w:val="20"/>
                <w:szCs w:val="15"/>
              </w:rPr>
              <w:instrText>PAGEREF _Toc236834809 \h</w:instrText>
            </w:r>
            <w:r w:rsidR="0053210F" w:rsidRPr="001A2E38">
              <w:rPr>
                <w:rFonts w:hint="eastAsia"/>
                <w:noProof/>
                <w:webHidden/>
                <w:sz w:val="20"/>
                <w:szCs w:val="15"/>
              </w:rPr>
              <w:instrText xml:space="preserve"> </w:instrText>
            </w:r>
            <w:r w:rsidR="0053210F" w:rsidRPr="001A2E38">
              <w:rPr>
                <w:rFonts w:hint="eastAsia"/>
                <w:noProof/>
                <w:webHidden/>
                <w:sz w:val="20"/>
                <w:szCs w:val="15"/>
              </w:rPr>
            </w:r>
            <w:r w:rsidR="0053210F" w:rsidRPr="001A2E38">
              <w:rPr>
                <w:rFonts w:hint="eastAsia"/>
                <w:noProof/>
                <w:webHidden/>
                <w:sz w:val="20"/>
                <w:szCs w:val="15"/>
              </w:rPr>
              <w:fldChar w:fldCharType="separate"/>
            </w:r>
            <w:r w:rsidR="0053210F" w:rsidRPr="001A2E38">
              <w:rPr>
                <w:noProof/>
                <w:webHidden/>
                <w:sz w:val="20"/>
                <w:szCs w:val="15"/>
              </w:rPr>
              <w:t>58</w:t>
            </w:r>
            <w:r w:rsidR="0053210F" w:rsidRPr="001A2E38">
              <w:rPr>
                <w:rFonts w:hint="eastAsia"/>
                <w:noProof/>
                <w:webHidden/>
                <w:sz w:val="20"/>
                <w:szCs w:val="15"/>
              </w:rPr>
              <w:fldChar w:fldCharType="end"/>
            </w:r>
          </w:hyperlink>
        </w:p>
        <w:p w14:paraId="471FEF42" w14:textId="6CA93AC4" w:rsidR="0053210F" w:rsidRPr="001A2E38" w:rsidRDefault="0013474C">
          <w:pPr>
            <w:pStyle w:val="TOC1"/>
            <w:tabs>
              <w:tab w:val="right" w:leader="dot" w:pos="10456"/>
            </w:tabs>
            <w:rPr>
              <w:rFonts w:asciiTheme="minorHAnsi" w:eastAsiaTheme="minorEastAsia" w:hAnsiTheme="minorHAnsi" w:cstheme="minorBidi"/>
              <w:b w:val="0"/>
              <w:bCs w:val="0"/>
              <w:noProof/>
              <w:sz w:val="18"/>
            </w:rPr>
          </w:pPr>
          <w:hyperlink w:anchor="_Toc236834810" w:history="1">
            <w:r w:rsidR="0053210F" w:rsidRPr="001A2E38">
              <w:rPr>
                <w:rStyle w:val="Hyperlink"/>
                <w:rFonts w:hint="eastAsia"/>
                <w:noProof/>
                <w:sz w:val="20"/>
                <w:szCs w:val="15"/>
              </w:rPr>
              <w:t>Table S20. Associations between CHG-related indices and risk of cardiometabolic multimorbidity stratified by sex.</w:t>
            </w:r>
            <w:r w:rsidR="0053210F" w:rsidRPr="001A2E38">
              <w:rPr>
                <w:rFonts w:hint="eastAsia"/>
                <w:noProof/>
                <w:webHidden/>
                <w:sz w:val="20"/>
                <w:szCs w:val="15"/>
              </w:rPr>
              <w:tab/>
            </w:r>
            <w:r w:rsidR="0053210F" w:rsidRPr="001A2E38">
              <w:rPr>
                <w:rFonts w:hint="eastAsia"/>
                <w:noProof/>
                <w:webHidden/>
                <w:sz w:val="20"/>
                <w:szCs w:val="15"/>
              </w:rPr>
              <w:fldChar w:fldCharType="begin"/>
            </w:r>
            <w:r w:rsidR="0053210F" w:rsidRPr="001A2E38">
              <w:rPr>
                <w:rFonts w:hint="eastAsia"/>
                <w:noProof/>
                <w:webHidden/>
                <w:sz w:val="20"/>
                <w:szCs w:val="15"/>
              </w:rPr>
              <w:instrText xml:space="preserve"> </w:instrText>
            </w:r>
            <w:r w:rsidR="0053210F" w:rsidRPr="001A2E38">
              <w:rPr>
                <w:noProof/>
                <w:webHidden/>
                <w:sz w:val="20"/>
                <w:szCs w:val="15"/>
              </w:rPr>
              <w:instrText>PAGEREF _Toc236834810 \h</w:instrText>
            </w:r>
            <w:r w:rsidR="0053210F" w:rsidRPr="001A2E38">
              <w:rPr>
                <w:rFonts w:hint="eastAsia"/>
                <w:noProof/>
                <w:webHidden/>
                <w:sz w:val="20"/>
                <w:szCs w:val="15"/>
              </w:rPr>
              <w:instrText xml:space="preserve"> </w:instrText>
            </w:r>
            <w:r w:rsidR="0053210F" w:rsidRPr="001A2E38">
              <w:rPr>
                <w:rFonts w:hint="eastAsia"/>
                <w:noProof/>
                <w:webHidden/>
                <w:sz w:val="20"/>
                <w:szCs w:val="15"/>
              </w:rPr>
            </w:r>
            <w:r w:rsidR="0053210F" w:rsidRPr="001A2E38">
              <w:rPr>
                <w:rFonts w:hint="eastAsia"/>
                <w:noProof/>
                <w:webHidden/>
                <w:sz w:val="20"/>
                <w:szCs w:val="15"/>
              </w:rPr>
              <w:fldChar w:fldCharType="separate"/>
            </w:r>
            <w:r w:rsidR="0053210F" w:rsidRPr="001A2E38">
              <w:rPr>
                <w:noProof/>
                <w:webHidden/>
                <w:sz w:val="20"/>
                <w:szCs w:val="15"/>
              </w:rPr>
              <w:t>59</w:t>
            </w:r>
            <w:r w:rsidR="0053210F" w:rsidRPr="001A2E38">
              <w:rPr>
                <w:rFonts w:hint="eastAsia"/>
                <w:noProof/>
                <w:webHidden/>
                <w:sz w:val="20"/>
                <w:szCs w:val="15"/>
              </w:rPr>
              <w:fldChar w:fldCharType="end"/>
            </w:r>
          </w:hyperlink>
        </w:p>
        <w:p w14:paraId="2F2A86B4" w14:textId="461864E5" w:rsidR="0053210F" w:rsidRPr="001A2E38" w:rsidRDefault="0013474C">
          <w:pPr>
            <w:pStyle w:val="TOC1"/>
            <w:tabs>
              <w:tab w:val="right" w:leader="dot" w:pos="10456"/>
            </w:tabs>
            <w:rPr>
              <w:rFonts w:asciiTheme="minorHAnsi" w:eastAsiaTheme="minorEastAsia" w:hAnsiTheme="minorHAnsi" w:cstheme="minorBidi"/>
              <w:b w:val="0"/>
              <w:bCs w:val="0"/>
              <w:noProof/>
              <w:sz w:val="18"/>
            </w:rPr>
          </w:pPr>
          <w:hyperlink w:anchor="_Toc236834811" w:history="1">
            <w:r w:rsidR="0053210F" w:rsidRPr="001A2E38">
              <w:rPr>
                <w:rStyle w:val="Hyperlink"/>
                <w:rFonts w:hint="eastAsia"/>
                <w:noProof/>
                <w:sz w:val="20"/>
                <w:szCs w:val="15"/>
              </w:rPr>
              <w:t>Figure S1. Pairwise correlation analyses among CHG-related indices and their individual components</w:t>
            </w:r>
            <w:r w:rsidR="0053210F" w:rsidRPr="001A2E38">
              <w:rPr>
                <w:rFonts w:hint="eastAsia"/>
                <w:noProof/>
                <w:webHidden/>
                <w:sz w:val="20"/>
                <w:szCs w:val="15"/>
              </w:rPr>
              <w:tab/>
            </w:r>
            <w:r w:rsidR="0053210F" w:rsidRPr="001A2E38">
              <w:rPr>
                <w:rFonts w:hint="eastAsia"/>
                <w:noProof/>
                <w:webHidden/>
                <w:sz w:val="20"/>
                <w:szCs w:val="15"/>
              </w:rPr>
              <w:fldChar w:fldCharType="begin"/>
            </w:r>
            <w:r w:rsidR="0053210F" w:rsidRPr="001A2E38">
              <w:rPr>
                <w:rFonts w:hint="eastAsia"/>
                <w:noProof/>
                <w:webHidden/>
                <w:sz w:val="20"/>
                <w:szCs w:val="15"/>
              </w:rPr>
              <w:instrText xml:space="preserve"> </w:instrText>
            </w:r>
            <w:r w:rsidR="0053210F" w:rsidRPr="001A2E38">
              <w:rPr>
                <w:noProof/>
                <w:webHidden/>
                <w:sz w:val="20"/>
                <w:szCs w:val="15"/>
              </w:rPr>
              <w:instrText>PAGEREF _Toc236834811 \h</w:instrText>
            </w:r>
            <w:r w:rsidR="0053210F" w:rsidRPr="001A2E38">
              <w:rPr>
                <w:rFonts w:hint="eastAsia"/>
                <w:noProof/>
                <w:webHidden/>
                <w:sz w:val="20"/>
                <w:szCs w:val="15"/>
              </w:rPr>
              <w:instrText xml:space="preserve"> </w:instrText>
            </w:r>
            <w:r w:rsidR="0053210F" w:rsidRPr="001A2E38">
              <w:rPr>
                <w:rFonts w:hint="eastAsia"/>
                <w:noProof/>
                <w:webHidden/>
                <w:sz w:val="20"/>
                <w:szCs w:val="15"/>
              </w:rPr>
            </w:r>
            <w:r w:rsidR="0053210F" w:rsidRPr="001A2E38">
              <w:rPr>
                <w:rFonts w:hint="eastAsia"/>
                <w:noProof/>
                <w:webHidden/>
                <w:sz w:val="20"/>
                <w:szCs w:val="15"/>
              </w:rPr>
              <w:fldChar w:fldCharType="separate"/>
            </w:r>
            <w:r w:rsidR="0053210F" w:rsidRPr="001A2E38">
              <w:rPr>
                <w:noProof/>
                <w:webHidden/>
                <w:sz w:val="20"/>
                <w:szCs w:val="15"/>
              </w:rPr>
              <w:t>60</w:t>
            </w:r>
            <w:r w:rsidR="0053210F" w:rsidRPr="001A2E38">
              <w:rPr>
                <w:rFonts w:hint="eastAsia"/>
                <w:noProof/>
                <w:webHidden/>
                <w:sz w:val="20"/>
                <w:szCs w:val="15"/>
              </w:rPr>
              <w:fldChar w:fldCharType="end"/>
            </w:r>
          </w:hyperlink>
        </w:p>
        <w:p w14:paraId="0D7E650F" w14:textId="2489F0B0" w:rsidR="0053210F" w:rsidRPr="001A2E38" w:rsidRDefault="0013474C">
          <w:pPr>
            <w:pStyle w:val="TOC1"/>
            <w:tabs>
              <w:tab w:val="right" w:leader="dot" w:pos="10456"/>
            </w:tabs>
            <w:rPr>
              <w:rFonts w:asciiTheme="minorHAnsi" w:eastAsiaTheme="minorEastAsia" w:hAnsiTheme="minorHAnsi" w:cstheme="minorBidi"/>
              <w:b w:val="0"/>
              <w:bCs w:val="0"/>
              <w:noProof/>
              <w:sz w:val="18"/>
            </w:rPr>
          </w:pPr>
          <w:hyperlink w:anchor="_Toc236834812" w:history="1">
            <w:r w:rsidR="0053210F" w:rsidRPr="001A2E38">
              <w:rPr>
                <w:rStyle w:val="Hyperlink"/>
                <w:rFonts w:hint="eastAsia"/>
                <w:noProof/>
                <w:sz w:val="20"/>
                <w:szCs w:val="15"/>
              </w:rPr>
              <w:t>Figure S2. Calibration plots for predicted risk of incident cardiometabolic multimorbidity.</w:t>
            </w:r>
            <w:r w:rsidR="0053210F" w:rsidRPr="001A2E38">
              <w:rPr>
                <w:rFonts w:hint="eastAsia"/>
                <w:noProof/>
                <w:webHidden/>
                <w:sz w:val="20"/>
                <w:szCs w:val="15"/>
              </w:rPr>
              <w:tab/>
            </w:r>
            <w:r w:rsidR="0053210F" w:rsidRPr="001A2E38">
              <w:rPr>
                <w:rFonts w:hint="eastAsia"/>
                <w:noProof/>
                <w:webHidden/>
                <w:sz w:val="20"/>
                <w:szCs w:val="15"/>
              </w:rPr>
              <w:fldChar w:fldCharType="begin"/>
            </w:r>
            <w:r w:rsidR="0053210F" w:rsidRPr="001A2E38">
              <w:rPr>
                <w:rFonts w:hint="eastAsia"/>
                <w:noProof/>
                <w:webHidden/>
                <w:sz w:val="20"/>
                <w:szCs w:val="15"/>
              </w:rPr>
              <w:instrText xml:space="preserve"> </w:instrText>
            </w:r>
            <w:r w:rsidR="0053210F" w:rsidRPr="001A2E38">
              <w:rPr>
                <w:noProof/>
                <w:webHidden/>
                <w:sz w:val="20"/>
                <w:szCs w:val="15"/>
              </w:rPr>
              <w:instrText>PAGEREF _Toc236834812 \h</w:instrText>
            </w:r>
            <w:r w:rsidR="0053210F" w:rsidRPr="001A2E38">
              <w:rPr>
                <w:rFonts w:hint="eastAsia"/>
                <w:noProof/>
                <w:webHidden/>
                <w:sz w:val="20"/>
                <w:szCs w:val="15"/>
              </w:rPr>
              <w:instrText xml:space="preserve"> </w:instrText>
            </w:r>
            <w:r w:rsidR="0053210F" w:rsidRPr="001A2E38">
              <w:rPr>
                <w:rFonts w:hint="eastAsia"/>
                <w:noProof/>
                <w:webHidden/>
                <w:sz w:val="20"/>
                <w:szCs w:val="15"/>
              </w:rPr>
            </w:r>
            <w:r w:rsidR="0053210F" w:rsidRPr="001A2E38">
              <w:rPr>
                <w:rFonts w:hint="eastAsia"/>
                <w:noProof/>
                <w:webHidden/>
                <w:sz w:val="20"/>
                <w:szCs w:val="15"/>
              </w:rPr>
              <w:fldChar w:fldCharType="separate"/>
            </w:r>
            <w:r w:rsidR="0053210F" w:rsidRPr="001A2E38">
              <w:rPr>
                <w:noProof/>
                <w:webHidden/>
                <w:sz w:val="20"/>
                <w:szCs w:val="15"/>
              </w:rPr>
              <w:t>61</w:t>
            </w:r>
            <w:r w:rsidR="0053210F" w:rsidRPr="001A2E38">
              <w:rPr>
                <w:rFonts w:hint="eastAsia"/>
                <w:noProof/>
                <w:webHidden/>
                <w:sz w:val="20"/>
                <w:szCs w:val="15"/>
              </w:rPr>
              <w:fldChar w:fldCharType="end"/>
            </w:r>
          </w:hyperlink>
        </w:p>
        <w:p w14:paraId="44F7B6BB" w14:textId="61386AA5" w:rsidR="0053210F" w:rsidRPr="001A2E38" w:rsidRDefault="0013474C">
          <w:pPr>
            <w:pStyle w:val="TOC1"/>
            <w:tabs>
              <w:tab w:val="right" w:leader="dot" w:pos="10456"/>
            </w:tabs>
            <w:rPr>
              <w:rFonts w:asciiTheme="minorHAnsi" w:eastAsiaTheme="minorEastAsia" w:hAnsiTheme="minorHAnsi" w:cstheme="minorBidi"/>
              <w:b w:val="0"/>
              <w:bCs w:val="0"/>
              <w:noProof/>
              <w:sz w:val="18"/>
            </w:rPr>
          </w:pPr>
          <w:hyperlink w:anchor="_Toc236834813" w:history="1">
            <w:r w:rsidR="0053210F" w:rsidRPr="001A2E38">
              <w:rPr>
                <w:rStyle w:val="Hyperlink"/>
                <w:rFonts w:hint="eastAsia"/>
                <w:noProof/>
                <w:sz w:val="20"/>
                <w:szCs w:val="15"/>
              </w:rPr>
              <w:t>Figure S3. Decision curve analysis of prediction models for incident cardiometabolic multimorbidity.</w:t>
            </w:r>
            <w:r w:rsidR="0053210F" w:rsidRPr="001A2E38">
              <w:rPr>
                <w:rFonts w:hint="eastAsia"/>
                <w:noProof/>
                <w:webHidden/>
                <w:sz w:val="20"/>
                <w:szCs w:val="15"/>
              </w:rPr>
              <w:tab/>
            </w:r>
            <w:r w:rsidR="0053210F" w:rsidRPr="001A2E38">
              <w:rPr>
                <w:rFonts w:hint="eastAsia"/>
                <w:noProof/>
                <w:webHidden/>
                <w:sz w:val="20"/>
                <w:szCs w:val="15"/>
              </w:rPr>
              <w:fldChar w:fldCharType="begin"/>
            </w:r>
            <w:r w:rsidR="0053210F" w:rsidRPr="001A2E38">
              <w:rPr>
                <w:rFonts w:hint="eastAsia"/>
                <w:noProof/>
                <w:webHidden/>
                <w:sz w:val="20"/>
                <w:szCs w:val="15"/>
              </w:rPr>
              <w:instrText xml:space="preserve"> </w:instrText>
            </w:r>
            <w:r w:rsidR="0053210F" w:rsidRPr="001A2E38">
              <w:rPr>
                <w:noProof/>
                <w:webHidden/>
                <w:sz w:val="20"/>
                <w:szCs w:val="15"/>
              </w:rPr>
              <w:instrText>PAGEREF _Toc236834813 \h</w:instrText>
            </w:r>
            <w:r w:rsidR="0053210F" w:rsidRPr="001A2E38">
              <w:rPr>
                <w:rFonts w:hint="eastAsia"/>
                <w:noProof/>
                <w:webHidden/>
                <w:sz w:val="20"/>
                <w:szCs w:val="15"/>
              </w:rPr>
              <w:instrText xml:space="preserve"> </w:instrText>
            </w:r>
            <w:r w:rsidR="0053210F" w:rsidRPr="001A2E38">
              <w:rPr>
                <w:rFonts w:hint="eastAsia"/>
                <w:noProof/>
                <w:webHidden/>
                <w:sz w:val="20"/>
                <w:szCs w:val="15"/>
              </w:rPr>
            </w:r>
            <w:r w:rsidR="0053210F" w:rsidRPr="001A2E38">
              <w:rPr>
                <w:rFonts w:hint="eastAsia"/>
                <w:noProof/>
                <w:webHidden/>
                <w:sz w:val="20"/>
                <w:szCs w:val="15"/>
              </w:rPr>
              <w:fldChar w:fldCharType="separate"/>
            </w:r>
            <w:r w:rsidR="0053210F" w:rsidRPr="001A2E38">
              <w:rPr>
                <w:noProof/>
                <w:webHidden/>
                <w:sz w:val="20"/>
                <w:szCs w:val="15"/>
              </w:rPr>
              <w:t>62</w:t>
            </w:r>
            <w:r w:rsidR="0053210F" w:rsidRPr="001A2E38">
              <w:rPr>
                <w:rFonts w:hint="eastAsia"/>
                <w:noProof/>
                <w:webHidden/>
                <w:sz w:val="20"/>
                <w:szCs w:val="15"/>
              </w:rPr>
              <w:fldChar w:fldCharType="end"/>
            </w:r>
          </w:hyperlink>
        </w:p>
        <w:p w14:paraId="4411D3FD" w14:textId="6E2A0C4E" w:rsidR="00970926" w:rsidRPr="001A2E38" w:rsidRDefault="00970926">
          <w:pPr>
            <w:rPr>
              <w:rFonts w:ascii="Times New Roman" w:hAnsi="Times New Roman" w:cs="Times New Roman"/>
              <w:sz w:val="20"/>
              <w:szCs w:val="20"/>
            </w:rPr>
          </w:pPr>
          <w:r w:rsidRPr="001A2E38">
            <w:rPr>
              <w:rFonts w:ascii="Times New Roman" w:hAnsi="Times New Roman" w:cs="Times New Roman"/>
              <w:b/>
              <w:bCs/>
              <w:sz w:val="20"/>
              <w:szCs w:val="20"/>
              <w:lang w:val="zh-CN"/>
            </w:rPr>
            <w:fldChar w:fldCharType="end"/>
          </w:r>
        </w:p>
      </w:sdtContent>
    </w:sdt>
    <w:p w14:paraId="18AD2F7A" w14:textId="4A0F80F7" w:rsidR="00970926" w:rsidRPr="001A2E38" w:rsidRDefault="003E1AFC" w:rsidP="00970926">
      <w:pPr>
        <w:pStyle w:val="TOC1"/>
        <w:tabs>
          <w:tab w:val="right" w:leader="dot" w:pos="10456"/>
        </w:tabs>
        <w:rPr>
          <w:rFonts w:eastAsiaTheme="minorEastAsia"/>
          <w:b w:val="0"/>
          <w:bCs w:val="0"/>
          <w:noProof/>
          <w:sz w:val="20"/>
        </w:rPr>
      </w:pPr>
      <w:r w:rsidRPr="001A2E38">
        <w:rPr>
          <w:rFonts w:eastAsia="SimSun"/>
          <w:b w:val="0"/>
          <w:bCs w:val="0"/>
          <w:color w:val="000000"/>
          <w:kern w:val="0"/>
          <w:sz w:val="20"/>
        </w:rPr>
        <w:fldChar w:fldCharType="begin"/>
      </w:r>
      <w:r w:rsidRPr="001A2E38">
        <w:rPr>
          <w:rFonts w:eastAsia="SimSun"/>
          <w:b w:val="0"/>
          <w:bCs w:val="0"/>
          <w:color w:val="000000"/>
          <w:kern w:val="0"/>
          <w:sz w:val="20"/>
        </w:rPr>
        <w:instrText xml:space="preserve"> TOC \o "1-3" \h \z \u </w:instrText>
      </w:r>
      <w:r w:rsidRPr="001A2E38">
        <w:rPr>
          <w:rFonts w:eastAsia="SimSun"/>
          <w:b w:val="0"/>
          <w:bCs w:val="0"/>
          <w:color w:val="000000"/>
          <w:kern w:val="0"/>
          <w:sz w:val="20"/>
        </w:rPr>
        <w:fldChar w:fldCharType="separate"/>
      </w:r>
    </w:p>
    <w:p w14:paraId="12A36641" w14:textId="75B9437A" w:rsidR="001026AD" w:rsidRPr="001A2E38" w:rsidRDefault="001026AD">
      <w:pPr>
        <w:pStyle w:val="TOC1"/>
        <w:tabs>
          <w:tab w:val="right" w:leader="dot" w:pos="10456"/>
        </w:tabs>
        <w:rPr>
          <w:rFonts w:eastAsiaTheme="minorEastAsia"/>
          <w:b w:val="0"/>
          <w:bCs w:val="0"/>
          <w:noProof/>
          <w:sz w:val="20"/>
        </w:rPr>
      </w:pPr>
    </w:p>
    <w:p w14:paraId="795BD0E0" w14:textId="21968396" w:rsidR="00E249A2" w:rsidRPr="001A2E38" w:rsidRDefault="003E1AFC" w:rsidP="005E1D6F">
      <w:pPr>
        <w:spacing w:line="240" w:lineRule="auto"/>
        <w:contextualSpacing/>
        <w:rPr>
          <w:rFonts w:ascii="Times New Roman" w:hAnsi="Times New Roman" w:cs="Times New Roman"/>
          <w:sz w:val="20"/>
          <w:szCs w:val="20"/>
        </w:rPr>
      </w:pPr>
      <w:r w:rsidRPr="001A2E38">
        <w:rPr>
          <w:rFonts w:ascii="Times New Roman" w:eastAsia="SimSun" w:hAnsi="Times New Roman" w:cs="Times New Roman"/>
          <w:b/>
          <w:bCs/>
          <w:color w:val="000000"/>
          <w:kern w:val="0"/>
          <w:sz w:val="20"/>
          <w:szCs w:val="20"/>
        </w:rPr>
        <w:fldChar w:fldCharType="end"/>
      </w:r>
    </w:p>
    <w:p w14:paraId="211A0171" w14:textId="77777777" w:rsidR="007E359F" w:rsidRPr="001A2E38" w:rsidRDefault="007E359F" w:rsidP="005E1D6F">
      <w:pPr>
        <w:spacing w:line="240" w:lineRule="auto"/>
        <w:contextualSpacing/>
        <w:rPr>
          <w:rFonts w:ascii="Times New Roman" w:hAnsi="Times New Roman" w:cs="Times New Roman"/>
          <w:sz w:val="20"/>
          <w:szCs w:val="20"/>
        </w:rPr>
      </w:pPr>
    </w:p>
    <w:p w14:paraId="3CEE0074" w14:textId="77777777" w:rsidR="007968AC" w:rsidRPr="001A2E38" w:rsidRDefault="007968AC" w:rsidP="005E1D6F">
      <w:pPr>
        <w:spacing w:line="240" w:lineRule="auto"/>
        <w:contextualSpacing/>
        <w:rPr>
          <w:rFonts w:ascii="Times New Roman" w:eastAsia="SimSun" w:hAnsi="Times New Roman" w:cs="Times New Roman"/>
          <w:color w:val="000000"/>
          <w:kern w:val="0"/>
          <w:sz w:val="20"/>
          <w:szCs w:val="20"/>
        </w:rPr>
      </w:pPr>
    </w:p>
    <w:p w14:paraId="1D94D122" w14:textId="77777777" w:rsidR="00E30995" w:rsidRPr="001A2E38" w:rsidRDefault="00E30995" w:rsidP="005E1D6F">
      <w:pPr>
        <w:spacing w:line="240" w:lineRule="auto"/>
        <w:contextualSpacing/>
        <w:rPr>
          <w:rFonts w:ascii="Times New Roman" w:eastAsia="SimSun" w:hAnsi="Times New Roman" w:cs="Times New Roman"/>
          <w:b/>
          <w:bCs/>
          <w:color w:val="000000"/>
          <w:kern w:val="0"/>
          <w:sz w:val="20"/>
          <w:szCs w:val="20"/>
        </w:rPr>
        <w:sectPr w:rsidR="00E30995" w:rsidRPr="001A2E38" w:rsidSect="00FF37AF">
          <w:pgSz w:w="11906" w:h="16838"/>
          <w:pgMar w:top="720" w:right="720" w:bottom="720" w:left="720" w:header="851" w:footer="992" w:gutter="0"/>
          <w:cols w:space="425"/>
          <w:docGrid w:type="lines" w:linePitch="312"/>
        </w:sectPr>
      </w:pPr>
    </w:p>
    <w:p w14:paraId="70DA4D90" w14:textId="66397F54" w:rsidR="00FF37AF" w:rsidRPr="001A2E38" w:rsidRDefault="00FF37AF" w:rsidP="0065294A">
      <w:pPr>
        <w:pStyle w:val="a"/>
        <w:rPr>
          <w:rStyle w:val="1"/>
          <w:b/>
          <w:bCs/>
          <w:color w:val="auto"/>
          <w:kern w:val="2"/>
          <w:sz w:val="20"/>
          <w:szCs w:val="20"/>
        </w:rPr>
      </w:pPr>
      <w:bookmarkStart w:id="1" w:name="_Toc232530165"/>
      <w:bookmarkStart w:id="2" w:name="_Toc236834791"/>
      <w:r w:rsidRPr="001A2E38">
        <w:rPr>
          <w:rStyle w:val="1"/>
          <w:b/>
          <w:bCs/>
          <w:color w:val="auto"/>
          <w:kern w:val="2"/>
          <w:sz w:val="20"/>
          <w:szCs w:val="20"/>
        </w:rPr>
        <w:lastRenderedPageBreak/>
        <w:t>Table S1. Baseline characteristics of selected biomarkers</w:t>
      </w:r>
      <w:r w:rsidR="00AD6B8C" w:rsidRPr="001A2E38">
        <w:rPr>
          <w:rStyle w:val="1"/>
          <w:b/>
          <w:bCs/>
          <w:color w:val="auto"/>
          <w:kern w:val="2"/>
          <w:sz w:val="20"/>
          <w:szCs w:val="20"/>
        </w:rPr>
        <w:t>.</w:t>
      </w:r>
      <w:bookmarkEnd w:id="1"/>
      <w:bookmarkEnd w:id="2"/>
    </w:p>
    <w:tbl>
      <w:tblPr>
        <w:tblW w:w="13464" w:type="dxa"/>
        <w:jc w:val="center"/>
        <w:tblLayout w:type="fixed"/>
        <w:tblLook w:val="04A0" w:firstRow="1" w:lastRow="0" w:firstColumn="1" w:lastColumn="0" w:noHBand="0" w:noVBand="1"/>
      </w:tblPr>
      <w:tblGrid>
        <w:gridCol w:w="1801"/>
        <w:gridCol w:w="4392"/>
        <w:gridCol w:w="1007"/>
        <w:gridCol w:w="1296"/>
        <w:gridCol w:w="1080"/>
        <w:gridCol w:w="936"/>
        <w:gridCol w:w="1080"/>
        <w:gridCol w:w="936"/>
        <w:gridCol w:w="936"/>
      </w:tblGrid>
      <w:tr w:rsidR="00F4562C" w:rsidRPr="001A2E38" w14:paraId="7269DB65" w14:textId="77777777" w:rsidTr="00CA44B4">
        <w:trPr>
          <w:jc w:val="center"/>
        </w:trPr>
        <w:tc>
          <w:tcPr>
            <w:tcW w:w="1801" w:type="dxa"/>
            <w:tcBorders>
              <w:top w:val="single" w:sz="12" w:space="0" w:color="000000"/>
              <w:left w:val="nil"/>
              <w:bottom w:val="single" w:sz="8" w:space="0" w:color="000000"/>
              <w:right w:val="nil"/>
            </w:tcBorders>
            <w:tcMar>
              <w:top w:w="20" w:type="dxa"/>
              <w:left w:w="35" w:type="dxa"/>
              <w:bottom w:w="20" w:type="dxa"/>
              <w:right w:w="35" w:type="dxa"/>
            </w:tcMar>
            <w:vAlign w:val="center"/>
          </w:tcPr>
          <w:p w14:paraId="7DD9983A" w14:textId="77777777" w:rsidR="00F4562C" w:rsidRPr="001A2E38" w:rsidRDefault="00F4562C" w:rsidP="005E1D6F">
            <w:pPr>
              <w:spacing w:after="0" w:line="240" w:lineRule="auto"/>
              <w:contextualSpacing/>
              <w:jc w:val="center"/>
              <w:rPr>
                <w:rFonts w:ascii="Times New Roman" w:hAnsi="Times New Roman" w:cs="Times New Roman"/>
                <w:sz w:val="20"/>
                <w:szCs w:val="20"/>
              </w:rPr>
            </w:pPr>
            <w:r w:rsidRPr="001A2E38">
              <w:rPr>
                <w:rFonts w:ascii="Times New Roman" w:eastAsia="Times New Roman" w:hAnsi="Times New Roman" w:cs="Times New Roman"/>
                <w:b/>
                <w:sz w:val="20"/>
                <w:szCs w:val="20"/>
              </w:rPr>
              <w:t>Broad category</w:t>
            </w:r>
          </w:p>
        </w:tc>
        <w:tc>
          <w:tcPr>
            <w:tcW w:w="4392" w:type="dxa"/>
            <w:tcBorders>
              <w:top w:val="single" w:sz="12" w:space="0" w:color="000000"/>
              <w:left w:val="nil"/>
              <w:bottom w:val="single" w:sz="8" w:space="0" w:color="000000"/>
              <w:right w:val="nil"/>
            </w:tcBorders>
            <w:tcMar>
              <w:top w:w="20" w:type="dxa"/>
              <w:left w:w="35" w:type="dxa"/>
              <w:bottom w:w="20" w:type="dxa"/>
              <w:right w:w="35" w:type="dxa"/>
            </w:tcMar>
            <w:vAlign w:val="center"/>
          </w:tcPr>
          <w:p w14:paraId="1FB1E17B" w14:textId="77777777" w:rsidR="00F4562C" w:rsidRPr="001A2E38" w:rsidRDefault="00F4562C" w:rsidP="005E1D6F">
            <w:pPr>
              <w:spacing w:after="0" w:line="240" w:lineRule="auto"/>
              <w:contextualSpacing/>
              <w:jc w:val="center"/>
              <w:rPr>
                <w:rFonts w:ascii="Times New Roman" w:hAnsi="Times New Roman" w:cs="Times New Roman"/>
                <w:sz w:val="20"/>
                <w:szCs w:val="20"/>
              </w:rPr>
            </w:pPr>
            <w:r w:rsidRPr="001A2E38">
              <w:rPr>
                <w:rFonts w:ascii="Times New Roman" w:eastAsia="Times New Roman" w:hAnsi="Times New Roman" w:cs="Times New Roman"/>
                <w:b/>
                <w:sz w:val="20"/>
                <w:szCs w:val="20"/>
              </w:rPr>
              <w:t>Biomarker</w:t>
            </w:r>
          </w:p>
        </w:tc>
        <w:tc>
          <w:tcPr>
            <w:tcW w:w="1007" w:type="dxa"/>
            <w:tcBorders>
              <w:top w:val="single" w:sz="12" w:space="0" w:color="000000"/>
              <w:left w:val="nil"/>
              <w:bottom w:val="single" w:sz="8" w:space="0" w:color="000000"/>
              <w:right w:val="nil"/>
            </w:tcBorders>
            <w:tcMar>
              <w:top w:w="20" w:type="dxa"/>
              <w:left w:w="35" w:type="dxa"/>
              <w:bottom w:w="20" w:type="dxa"/>
              <w:right w:w="35" w:type="dxa"/>
            </w:tcMar>
            <w:vAlign w:val="center"/>
          </w:tcPr>
          <w:p w14:paraId="062401A1" w14:textId="77777777" w:rsidR="00F4562C" w:rsidRPr="001A2E38" w:rsidRDefault="00F4562C" w:rsidP="005E1D6F">
            <w:pPr>
              <w:spacing w:after="0" w:line="240" w:lineRule="auto"/>
              <w:contextualSpacing/>
              <w:jc w:val="center"/>
              <w:rPr>
                <w:rFonts w:ascii="Times New Roman" w:hAnsi="Times New Roman" w:cs="Times New Roman"/>
                <w:sz w:val="20"/>
                <w:szCs w:val="20"/>
              </w:rPr>
            </w:pPr>
            <w:r w:rsidRPr="001A2E38">
              <w:rPr>
                <w:rFonts w:ascii="Times New Roman" w:eastAsia="Times New Roman" w:hAnsi="Times New Roman" w:cs="Times New Roman"/>
                <w:b/>
                <w:sz w:val="20"/>
                <w:szCs w:val="20"/>
              </w:rPr>
              <w:t>Field ID</w:t>
            </w:r>
          </w:p>
        </w:tc>
        <w:tc>
          <w:tcPr>
            <w:tcW w:w="1296" w:type="dxa"/>
            <w:tcBorders>
              <w:top w:val="single" w:sz="12" w:space="0" w:color="000000"/>
              <w:left w:val="nil"/>
              <w:bottom w:val="single" w:sz="8" w:space="0" w:color="000000"/>
              <w:right w:val="nil"/>
            </w:tcBorders>
            <w:tcMar>
              <w:top w:w="20" w:type="dxa"/>
              <w:left w:w="35" w:type="dxa"/>
              <w:bottom w:w="20" w:type="dxa"/>
              <w:right w:w="35" w:type="dxa"/>
            </w:tcMar>
            <w:vAlign w:val="center"/>
          </w:tcPr>
          <w:p w14:paraId="2E5F3E14" w14:textId="77777777" w:rsidR="00F4562C" w:rsidRPr="001A2E38" w:rsidRDefault="00F4562C" w:rsidP="005E1D6F">
            <w:pPr>
              <w:spacing w:after="0" w:line="240" w:lineRule="auto"/>
              <w:contextualSpacing/>
              <w:jc w:val="center"/>
              <w:rPr>
                <w:rFonts w:ascii="Times New Roman" w:hAnsi="Times New Roman" w:cs="Times New Roman"/>
                <w:sz w:val="20"/>
                <w:szCs w:val="20"/>
              </w:rPr>
            </w:pPr>
            <w:r w:rsidRPr="001A2E38">
              <w:rPr>
                <w:rFonts w:ascii="Times New Roman" w:eastAsia="Times New Roman" w:hAnsi="Times New Roman" w:cs="Times New Roman"/>
                <w:b/>
                <w:sz w:val="20"/>
                <w:szCs w:val="20"/>
              </w:rPr>
              <w:t>N</w:t>
            </w:r>
          </w:p>
        </w:tc>
        <w:tc>
          <w:tcPr>
            <w:tcW w:w="1080" w:type="dxa"/>
            <w:tcBorders>
              <w:top w:val="single" w:sz="12" w:space="0" w:color="000000"/>
              <w:left w:val="nil"/>
              <w:bottom w:val="single" w:sz="8" w:space="0" w:color="000000"/>
              <w:right w:val="nil"/>
            </w:tcBorders>
            <w:tcMar>
              <w:top w:w="20" w:type="dxa"/>
              <w:left w:w="35" w:type="dxa"/>
              <w:bottom w:w="20" w:type="dxa"/>
              <w:right w:w="35" w:type="dxa"/>
            </w:tcMar>
            <w:vAlign w:val="center"/>
          </w:tcPr>
          <w:p w14:paraId="16DD4EC6" w14:textId="77777777" w:rsidR="00F4562C" w:rsidRPr="001A2E38" w:rsidRDefault="00F4562C" w:rsidP="005E1D6F">
            <w:pPr>
              <w:spacing w:after="0" w:line="240" w:lineRule="auto"/>
              <w:contextualSpacing/>
              <w:jc w:val="center"/>
              <w:rPr>
                <w:rFonts w:ascii="Times New Roman" w:hAnsi="Times New Roman" w:cs="Times New Roman"/>
                <w:sz w:val="20"/>
                <w:szCs w:val="20"/>
              </w:rPr>
            </w:pPr>
            <w:r w:rsidRPr="001A2E38">
              <w:rPr>
                <w:rFonts w:ascii="Times New Roman" w:eastAsia="Times New Roman" w:hAnsi="Times New Roman" w:cs="Times New Roman"/>
                <w:b/>
                <w:sz w:val="20"/>
                <w:szCs w:val="20"/>
              </w:rPr>
              <w:t>Mean</w:t>
            </w:r>
          </w:p>
        </w:tc>
        <w:tc>
          <w:tcPr>
            <w:tcW w:w="936" w:type="dxa"/>
            <w:tcBorders>
              <w:top w:val="single" w:sz="12" w:space="0" w:color="000000"/>
              <w:left w:val="nil"/>
              <w:bottom w:val="single" w:sz="8" w:space="0" w:color="000000"/>
              <w:right w:val="nil"/>
            </w:tcBorders>
            <w:tcMar>
              <w:top w:w="20" w:type="dxa"/>
              <w:left w:w="35" w:type="dxa"/>
              <w:bottom w:w="20" w:type="dxa"/>
              <w:right w:w="35" w:type="dxa"/>
            </w:tcMar>
            <w:vAlign w:val="center"/>
          </w:tcPr>
          <w:p w14:paraId="4323BCAC" w14:textId="77777777" w:rsidR="00F4562C" w:rsidRPr="001A2E38" w:rsidRDefault="00F4562C" w:rsidP="005E1D6F">
            <w:pPr>
              <w:spacing w:after="0" w:line="240" w:lineRule="auto"/>
              <w:contextualSpacing/>
              <w:jc w:val="center"/>
              <w:rPr>
                <w:rFonts w:ascii="Times New Roman" w:hAnsi="Times New Roman" w:cs="Times New Roman"/>
                <w:sz w:val="20"/>
                <w:szCs w:val="20"/>
              </w:rPr>
            </w:pPr>
            <w:r w:rsidRPr="001A2E38">
              <w:rPr>
                <w:rFonts w:ascii="Times New Roman" w:eastAsia="Times New Roman" w:hAnsi="Times New Roman" w:cs="Times New Roman"/>
                <w:b/>
                <w:sz w:val="20"/>
                <w:szCs w:val="20"/>
              </w:rPr>
              <w:t>SD</w:t>
            </w:r>
          </w:p>
        </w:tc>
        <w:tc>
          <w:tcPr>
            <w:tcW w:w="1080" w:type="dxa"/>
            <w:tcBorders>
              <w:top w:val="single" w:sz="12" w:space="0" w:color="000000"/>
              <w:left w:val="nil"/>
              <w:bottom w:val="single" w:sz="8" w:space="0" w:color="000000"/>
              <w:right w:val="nil"/>
            </w:tcBorders>
            <w:tcMar>
              <w:top w:w="20" w:type="dxa"/>
              <w:left w:w="35" w:type="dxa"/>
              <w:bottom w:w="20" w:type="dxa"/>
              <w:right w:w="35" w:type="dxa"/>
            </w:tcMar>
            <w:vAlign w:val="center"/>
          </w:tcPr>
          <w:p w14:paraId="4D09FBE8" w14:textId="77777777" w:rsidR="00F4562C" w:rsidRPr="001A2E38" w:rsidRDefault="00F4562C" w:rsidP="005E1D6F">
            <w:pPr>
              <w:spacing w:after="0" w:line="240" w:lineRule="auto"/>
              <w:contextualSpacing/>
              <w:jc w:val="center"/>
              <w:rPr>
                <w:rFonts w:ascii="Times New Roman" w:hAnsi="Times New Roman" w:cs="Times New Roman"/>
                <w:sz w:val="20"/>
                <w:szCs w:val="20"/>
              </w:rPr>
            </w:pPr>
            <w:r w:rsidRPr="001A2E38">
              <w:rPr>
                <w:rFonts w:ascii="Times New Roman" w:eastAsia="Times New Roman" w:hAnsi="Times New Roman" w:cs="Times New Roman"/>
                <w:b/>
                <w:sz w:val="20"/>
                <w:szCs w:val="20"/>
              </w:rPr>
              <w:t>Median</w:t>
            </w:r>
          </w:p>
        </w:tc>
        <w:tc>
          <w:tcPr>
            <w:tcW w:w="936" w:type="dxa"/>
            <w:tcBorders>
              <w:top w:val="single" w:sz="12" w:space="0" w:color="000000"/>
              <w:left w:val="nil"/>
              <w:bottom w:val="single" w:sz="8" w:space="0" w:color="000000"/>
              <w:right w:val="nil"/>
            </w:tcBorders>
            <w:tcMar>
              <w:top w:w="20" w:type="dxa"/>
              <w:left w:w="35" w:type="dxa"/>
              <w:bottom w:w="20" w:type="dxa"/>
              <w:right w:w="35" w:type="dxa"/>
            </w:tcMar>
            <w:vAlign w:val="center"/>
          </w:tcPr>
          <w:p w14:paraId="1311E2ED" w14:textId="77777777" w:rsidR="00F4562C" w:rsidRPr="001A2E38" w:rsidRDefault="00F4562C" w:rsidP="005E1D6F">
            <w:pPr>
              <w:spacing w:after="0" w:line="240" w:lineRule="auto"/>
              <w:contextualSpacing/>
              <w:jc w:val="center"/>
              <w:rPr>
                <w:rFonts w:ascii="Times New Roman" w:hAnsi="Times New Roman" w:cs="Times New Roman"/>
                <w:sz w:val="20"/>
                <w:szCs w:val="20"/>
              </w:rPr>
            </w:pPr>
            <w:r w:rsidRPr="001A2E38">
              <w:rPr>
                <w:rFonts w:ascii="Times New Roman" w:eastAsia="Times New Roman" w:hAnsi="Times New Roman" w:cs="Times New Roman"/>
                <w:b/>
                <w:sz w:val="20"/>
                <w:szCs w:val="20"/>
              </w:rPr>
              <w:t>Q1</w:t>
            </w:r>
          </w:p>
        </w:tc>
        <w:tc>
          <w:tcPr>
            <w:tcW w:w="936" w:type="dxa"/>
            <w:tcBorders>
              <w:top w:val="single" w:sz="12" w:space="0" w:color="000000"/>
              <w:left w:val="nil"/>
              <w:bottom w:val="single" w:sz="8" w:space="0" w:color="000000"/>
              <w:right w:val="nil"/>
            </w:tcBorders>
            <w:tcMar>
              <w:top w:w="20" w:type="dxa"/>
              <w:left w:w="35" w:type="dxa"/>
              <w:bottom w:w="20" w:type="dxa"/>
              <w:right w:w="35" w:type="dxa"/>
            </w:tcMar>
            <w:vAlign w:val="center"/>
          </w:tcPr>
          <w:p w14:paraId="303B6A4D" w14:textId="77777777" w:rsidR="00F4562C" w:rsidRPr="001A2E38" w:rsidRDefault="00F4562C" w:rsidP="005E1D6F">
            <w:pPr>
              <w:spacing w:after="0" w:line="240" w:lineRule="auto"/>
              <w:contextualSpacing/>
              <w:jc w:val="center"/>
              <w:rPr>
                <w:rFonts w:ascii="Times New Roman" w:hAnsi="Times New Roman" w:cs="Times New Roman"/>
                <w:sz w:val="20"/>
                <w:szCs w:val="20"/>
              </w:rPr>
            </w:pPr>
            <w:r w:rsidRPr="001A2E38">
              <w:rPr>
                <w:rFonts w:ascii="Times New Roman" w:eastAsia="Times New Roman" w:hAnsi="Times New Roman" w:cs="Times New Roman"/>
                <w:b/>
                <w:sz w:val="20"/>
                <w:szCs w:val="20"/>
              </w:rPr>
              <w:t>Q3</w:t>
            </w:r>
          </w:p>
        </w:tc>
      </w:tr>
      <w:tr w:rsidR="00F4562C" w:rsidRPr="001A2E38" w14:paraId="42328F18" w14:textId="77777777" w:rsidTr="00CA44B4">
        <w:trPr>
          <w:jc w:val="center"/>
        </w:trPr>
        <w:tc>
          <w:tcPr>
            <w:tcW w:w="1801" w:type="dxa"/>
            <w:tcBorders>
              <w:top w:val="nil"/>
              <w:left w:val="nil"/>
              <w:bottom w:val="nil"/>
              <w:right w:val="nil"/>
            </w:tcBorders>
            <w:tcMar>
              <w:top w:w="20" w:type="dxa"/>
              <w:left w:w="35" w:type="dxa"/>
              <w:bottom w:w="20" w:type="dxa"/>
              <w:right w:w="35" w:type="dxa"/>
            </w:tcMar>
            <w:vAlign w:val="center"/>
          </w:tcPr>
          <w:p w14:paraId="6212A035" w14:textId="77777777" w:rsidR="00F4562C" w:rsidRPr="001A2E38" w:rsidRDefault="00F4562C" w:rsidP="005E1D6F">
            <w:pPr>
              <w:spacing w:after="0" w:line="240" w:lineRule="auto"/>
              <w:contextualSpacing/>
              <w:rPr>
                <w:rFonts w:ascii="Times New Roman" w:hAnsi="Times New Roman" w:cs="Times New Roman"/>
                <w:sz w:val="20"/>
                <w:szCs w:val="20"/>
              </w:rPr>
            </w:pPr>
            <w:r w:rsidRPr="001A2E38">
              <w:rPr>
                <w:rFonts w:ascii="Times New Roman" w:eastAsia="Times New Roman" w:hAnsi="Times New Roman" w:cs="Times New Roman"/>
                <w:b/>
                <w:sz w:val="20"/>
                <w:szCs w:val="20"/>
              </w:rPr>
              <w:t>Liver function</w:t>
            </w:r>
          </w:p>
        </w:tc>
        <w:tc>
          <w:tcPr>
            <w:tcW w:w="4392" w:type="dxa"/>
            <w:tcBorders>
              <w:top w:val="nil"/>
              <w:left w:val="nil"/>
              <w:bottom w:val="nil"/>
              <w:right w:val="nil"/>
            </w:tcBorders>
            <w:tcMar>
              <w:top w:w="20" w:type="dxa"/>
              <w:left w:w="35" w:type="dxa"/>
              <w:bottom w:w="20" w:type="dxa"/>
              <w:right w:w="35" w:type="dxa"/>
            </w:tcMar>
            <w:vAlign w:val="center"/>
          </w:tcPr>
          <w:p w14:paraId="7F990E75" w14:textId="77777777" w:rsidR="00F4562C" w:rsidRPr="001A2E38" w:rsidRDefault="00F4562C" w:rsidP="005E1D6F">
            <w:pPr>
              <w:spacing w:after="0" w:line="240" w:lineRule="auto"/>
              <w:contextualSpacing/>
              <w:rPr>
                <w:rFonts w:ascii="Times New Roman" w:hAnsi="Times New Roman" w:cs="Times New Roman"/>
                <w:sz w:val="20"/>
                <w:szCs w:val="20"/>
              </w:rPr>
            </w:pPr>
            <w:r w:rsidRPr="001A2E38">
              <w:rPr>
                <w:rFonts w:ascii="Times New Roman" w:eastAsia="Times New Roman" w:hAnsi="Times New Roman" w:cs="Times New Roman"/>
                <w:sz w:val="20"/>
                <w:szCs w:val="20"/>
              </w:rPr>
              <w:t>Albumin (g/L)</w:t>
            </w:r>
          </w:p>
        </w:tc>
        <w:tc>
          <w:tcPr>
            <w:tcW w:w="1007" w:type="dxa"/>
            <w:tcBorders>
              <w:top w:val="nil"/>
              <w:left w:val="nil"/>
              <w:bottom w:val="nil"/>
              <w:right w:val="nil"/>
            </w:tcBorders>
            <w:tcMar>
              <w:top w:w="20" w:type="dxa"/>
              <w:left w:w="35" w:type="dxa"/>
              <w:bottom w:w="20" w:type="dxa"/>
              <w:right w:w="35" w:type="dxa"/>
            </w:tcMar>
            <w:vAlign w:val="center"/>
          </w:tcPr>
          <w:p w14:paraId="2DCC8C5A" w14:textId="77777777" w:rsidR="00F4562C" w:rsidRPr="001A2E38" w:rsidRDefault="00F4562C" w:rsidP="005E1D6F">
            <w:pPr>
              <w:spacing w:after="0" w:line="240" w:lineRule="auto"/>
              <w:contextualSpacing/>
              <w:jc w:val="center"/>
              <w:rPr>
                <w:rFonts w:ascii="Times New Roman" w:hAnsi="Times New Roman" w:cs="Times New Roman"/>
                <w:sz w:val="20"/>
                <w:szCs w:val="20"/>
              </w:rPr>
            </w:pPr>
            <w:r w:rsidRPr="001A2E38">
              <w:rPr>
                <w:rFonts w:ascii="Times New Roman" w:eastAsia="Times New Roman" w:hAnsi="Times New Roman" w:cs="Times New Roman"/>
                <w:sz w:val="20"/>
                <w:szCs w:val="20"/>
              </w:rPr>
              <w:t>30600</w:t>
            </w:r>
          </w:p>
        </w:tc>
        <w:tc>
          <w:tcPr>
            <w:tcW w:w="1296" w:type="dxa"/>
            <w:tcBorders>
              <w:top w:val="nil"/>
              <w:left w:val="nil"/>
              <w:bottom w:val="nil"/>
              <w:right w:val="nil"/>
            </w:tcBorders>
            <w:tcMar>
              <w:top w:w="20" w:type="dxa"/>
              <w:left w:w="35" w:type="dxa"/>
              <w:bottom w:w="20" w:type="dxa"/>
              <w:right w:w="35" w:type="dxa"/>
            </w:tcMar>
            <w:vAlign w:val="center"/>
          </w:tcPr>
          <w:p w14:paraId="1B31171D" w14:textId="77777777" w:rsidR="00F4562C" w:rsidRPr="001A2E38" w:rsidRDefault="00F4562C" w:rsidP="005E1D6F">
            <w:pPr>
              <w:spacing w:after="0" w:line="240" w:lineRule="auto"/>
              <w:contextualSpacing/>
              <w:jc w:val="center"/>
              <w:rPr>
                <w:rFonts w:ascii="Times New Roman" w:hAnsi="Times New Roman" w:cs="Times New Roman"/>
                <w:sz w:val="20"/>
                <w:szCs w:val="20"/>
              </w:rPr>
            </w:pPr>
            <w:r w:rsidRPr="001A2E38">
              <w:rPr>
                <w:rFonts w:ascii="Times New Roman" w:eastAsia="Times New Roman" w:hAnsi="Times New Roman" w:cs="Times New Roman"/>
                <w:sz w:val="20"/>
                <w:szCs w:val="20"/>
              </w:rPr>
              <w:t>109,408</w:t>
            </w:r>
          </w:p>
        </w:tc>
        <w:tc>
          <w:tcPr>
            <w:tcW w:w="1080" w:type="dxa"/>
            <w:tcBorders>
              <w:top w:val="nil"/>
              <w:left w:val="nil"/>
              <w:bottom w:val="nil"/>
              <w:right w:val="nil"/>
            </w:tcBorders>
            <w:tcMar>
              <w:top w:w="20" w:type="dxa"/>
              <w:left w:w="35" w:type="dxa"/>
              <w:bottom w:w="20" w:type="dxa"/>
              <w:right w:w="35" w:type="dxa"/>
            </w:tcMar>
            <w:vAlign w:val="center"/>
          </w:tcPr>
          <w:p w14:paraId="455072C6" w14:textId="77777777" w:rsidR="00F4562C" w:rsidRPr="001A2E38" w:rsidRDefault="00F4562C" w:rsidP="005E1D6F">
            <w:pPr>
              <w:spacing w:after="0" w:line="240" w:lineRule="auto"/>
              <w:contextualSpacing/>
              <w:jc w:val="center"/>
              <w:rPr>
                <w:rFonts w:ascii="Times New Roman" w:hAnsi="Times New Roman" w:cs="Times New Roman"/>
                <w:sz w:val="20"/>
                <w:szCs w:val="20"/>
              </w:rPr>
            </w:pPr>
            <w:r w:rsidRPr="001A2E38">
              <w:rPr>
                <w:rFonts w:ascii="Times New Roman" w:eastAsia="Times New Roman" w:hAnsi="Times New Roman" w:cs="Times New Roman"/>
                <w:sz w:val="20"/>
                <w:szCs w:val="20"/>
              </w:rPr>
              <w:t>45.14</w:t>
            </w:r>
          </w:p>
        </w:tc>
        <w:tc>
          <w:tcPr>
            <w:tcW w:w="936" w:type="dxa"/>
            <w:tcBorders>
              <w:top w:val="nil"/>
              <w:left w:val="nil"/>
              <w:bottom w:val="nil"/>
              <w:right w:val="nil"/>
            </w:tcBorders>
            <w:tcMar>
              <w:top w:w="20" w:type="dxa"/>
              <w:left w:w="35" w:type="dxa"/>
              <w:bottom w:w="20" w:type="dxa"/>
              <w:right w:w="35" w:type="dxa"/>
            </w:tcMar>
            <w:vAlign w:val="center"/>
          </w:tcPr>
          <w:p w14:paraId="3A4FFB75" w14:textId="77777777" w:rsidR="00F4562C" w:rsidRPr="001A2E38" w:rsidRDefault="00F4562C" w:rsidP="005E1D6F">
            <w:pPr>
              <w:spacing w:after="0" w:line="240" w:lineRule="auto"/>
              <w:contextualSpacing/>
              <w:jc w:val="center"/>
              <w:rPr>
                <w:rFonts w:ascii="Times New Roman" w:hAnsi="Times New Roman" w:cs="Times New Roman"/>
                <w:sz w:val="20"/>
                <w:szCs w:val="20"/>
              </w:rPr>
            </w:pPr>
            <w:r w:rsidRPr="001A2E38">
              <w:rPr>
                <w:rFonts w:ascii="Times New Roman" w:eastAsia="Times New Roman" w:hAnsi="Times New Roman" w:cs="Times New Roman"/>
                <w:sz w:val="20"/>
                <w:szCs w:val="20"/>
              </w:rPr>
              <w:t>2.62</w:t>
            </w:r>
          </w:p>
        </w:tc>
        <w:tc>
          <w:tcPr>
            <w:tcW w:w="1080" w:type="dxa"/>
            <w:tcBorders>
              <w:top w:val="nil"/>
              <w:left w:val="nil"/>
              <w:bottom w:val="nil"/>
              <w:right w:val="nil"/>
            </w:tcBorders>
            <w:tcMar>
              <w:top w:w="20" w:type="dxa"/>
              <w:left w:w="35" w:type="dxa"/>
              <w:bottom w:w="20" w:type="dxa"/>
              <w:right w:w="35" w:type="dxa"/>
            </w:tcMar>
            <w:vAlign w:val="center"/>
          </w:tcPr>
          <w:p w14:paraId="296E9611" w14:textId="77777777" w:rsidR="00F4562C" w:rsidRPr="001A2E38" w:rsidRDefault="00F4562C" w:rsidP="005E1D6F">
            <w:pPr>
              <w:spacing w:after="0" w:line="240" w:lineRule="auto"/>
              <w:contextualSpacing/>
              <w:jc w:val="center"/>
              <w:rPr>
                <w:rFonts w:ascii="Times New Roman" w:hAnsi="Times New Roman" w:cs="Times New Roman"/>
                <w:sz w:val="20"/>
                <w:szCs w:val="20"/>
              </w:rPr>
            </w:pPr>
            <w:r w:rsidRPr="001A2E38">
              <w:rPr>
                <w:rFonts w:ascii="Times New Roman" w:eastAsia="Times New Roman" w:hAnsi="Times New Roman" w:cs="Times New Roman"/>
                <w:sz w:val="20"/>
                <w:szCs w:val="20"/>
              </w:rPr>
              <w:t>45.13</w:t>
            </w:r>
          </w:p>
        </w:tc>
        <w:tc>
          <w:tcPr>
            <w:tcW w:w="936" w:type="dxa"/>
            <w:tcBorders>
              <w:top w:val="nil"/>
              <w:left w:val="nil"/>
              <w:bottom w:val="nil"/>
              <w:right w:val="nil"/>
            </w:tcBorders>
            <w:tcMar>
              <w:top w:w="20" w:type="dxa"/>
              <w:left w:w="35" w:type="dxa"/>
              <w:bottom w:w="20" w:type="dxa"/>
              <w:right w:w="35" w:type="dxa"/>
            </w:tcMar>
            <w:vAlign w:val="center"/>
          </w:tcPr>
          <w:p w14:paraId="127FC67F" w14:textId="77777777" w:rsidR="00F4562C" w:rsidRPr="001A2E38" w:rsidRDefault="00F4562C" w:rsidP="005E1D6F">
            <w:pPr>
              <w:spacing w:after="0" w:line="240" w:lineRule="auto"/>
              <w:contextualSpacing/>
              <w:jc w:val="center"/>
              <w:rPr>
                <w:rFonts w:ascii="Times New Roman" w:hAnsi="Times New Roman" w:cs="Times New Roman"/>
                <w:sz w:val="20"/>
                <w:szCs w:val="20"/>
              </w:rPr>
            </w:pPr>
            <w:r w:rsidRPr="001A2E38">
              <w:rPr>
                <w:rFonts w:ascii="Times New Roman" w:eastAsia="Times New Roman" w:hAnsi="Times New Roman" w:cs="Times New Roman"/>
                <w:sz w:val="20"/>
                <w:szCs w:val="20"/>
              </w:rPr>
              <w:t>43.40</w:t>
            </w:r>
          </w:p>
        </w:tc>
        <w:tc>
          <w:tcPr>
            <w:tcW w:w="936" w:type="dxa"/>
            <w:tcBorders>
              <w:top w:val="nil"/>
              <w:left w:val="nil"/>
              <w:bottom w:val="nil"/>
              <w:right w:val="nil"/>
            </w:tcBorders>
            <w:tcMar>
              <w:top w:w="20" w:type="dxa"/>
              <w:left w:w="35" w:type="dxa"/>
              <w:bottom w:w="20" w:type="dxa"/>
              <w:right w:w="35" w:type="dxa"/>
            </w:tcMar>
            <w:vAlign w:val="center"/>
          </w:tcPr>
          <w:p w14:paraId="4AEEB214" w14:textId="77777777" w:rsidR="00F4562C" w:rsidRPr="001A2E38" w:rsidRDefault="00F4562C" w:rsidP="005E1D6F">
            <w:pPr>
              <w:spacing w:after="0" w:line="240" w:lineRule="auto"/>
              <w:contextualSpacing/>
              <w:jc w:val="center"/>
              <w:rPr>
                <w:rFonts w:ascii="Times New Roman" w:hAnsi="Times New Roman" w:cs="Times New Roman"/>
                <w:sz w:val="20"/>
                <w:szCs w:val="20"/>
              </w:rPr>
            </w:pPr>
            <w:r w:rsidRPr="001A2E38">
              <w:rPr>
                <w:rFonts w:ascii="Times New Roman" w:eastAsia="Times New Roman" w:hAnsi="Times New Roman" w:cs="Times New Roman"/>
                <w:sz w:val="20"/>
                <w:szCs w:val="20"/>
              </w:rPr>
              <w:t>46.86</w:t>
            </w:r>
          </w:p>
        </w:tc>
      </w:tr>
      <w:tr w:rsidR="00F4562C" w:rsidRPr="001A2E38" w14:paraId="635395CC" w14:textId="77777777" w:rsidTr="00CA44B4">
        <w:trPr>
          <w:jc w:val="center"/>
        </w:trPr>
        <w:tc>
          <w:tcPr>
            <w:tcW w:w="1801" w:type="dxa"/>
            <w:tcBorders>
              <w:top w:val="nil"/>
              <w:left w:val="nil"/>
              <w:bottom w:val="nil"/>
              <w:right w:val="nil"/>
            </w:tcBorders>
            <w:tcMar>
              <w:top w:w="20" w:type="dxa"/>
              <w:left w:w="35" w:type="dxa"/>
              <w:bottom w:w="20" w:type="dxa"/>
              <w:right w:w="35" w:type="dxa"/>
            </w:tcMar>
            <w:vAlign w:val="center"/>
          </w:tcPr>
          <w:p w14:paraId="28A85FCA" w14:textId="77777777" w:rsidR="00F4562C" w:rsidRPr="001A2E38" w:rsidRDefault="00F4562C" w:rsidP="005E1D6F">
            <w:pPr>
              <w:spacing w:after="0" w:line="240" w:lineRule="auto"/>
              <w:contextualSpacing/>
              <w:rPr>
                <w:rFonts w:ascii="Times New Roman" w:hAnsi="Times New Roman" w:cs="Times New Roman"/>
                <w:sz w:val="20"/>
                <w:szCs w:val="20"/>
              </w:rPr>
            </w:pPr>
          </w:p>
        </w:tc>
        <w:tc>
          <w:tcPr>
            <w:tcW w:w="4392" w:type="dxa"/>
            <w:tcBorders>
              <w:top w:val="nil"/>
              <w:left w:val="nil"/>
              <w:bottom w:val="nil"/>
              <w:right w:val="nil"/>
            </w:tcBorders>
            <w:tcMar>
              <w:top w:w="20" w:type="dxa"/>
              <w:left w:w="35" w:type="dxa"/>
              <w:bottom w:w="20" w:type="dxa"/>
              <w:right w:w="35" w:type="dxa"/>
            </w:tcMar>
            <w:vAlign w:val="center"/>
          </w:tcPr>
          <w:p w14:paraId="5E6F9A94" w14:textId="77777777" w:rsidR="00F4562C" w:rsidRPr="001A2E38" w:rsidRDefault="00F4562C" w:rsidP="005E1D6F">
            <w:pPr>
              <w:spacing w:after="0" w:line="240" w:lineRule="auto"/>
              <w:contextualSpacing/>
              <w:rPr>
                <w:rFonts w:ascii="Times New Roman" w:hAnsi="Times New Roman" w:cs="Times New Roman"/>
                <w:sz w:val="20"/>
                <w:szCs w:val="20"/>
              </w:rPr>
            </w:pPr>
            <w:r w:rsidRPr="001A2E38">
              <w:rPr>
                <w:rFonts w:ascii="Times New Roman" w:eastAsia="Times New Roman" w:hAnsi="Times New Roman" w:cs="Times New Roman"/>
                <w:sz w:val="20"/>
                <w:szCs w:val="20"/>
              </w:rPr>
              <w:t>ALP (U/L)</w:t>
            </w:r>
          </w:p>
        </w:tc>
        <w:tc>
          <w:tcPr>
            <w:tcW w:w="1007" w:type="dxa"/>
            <w:tcBorders>
              <w:top w:val="nil"/>
              <w:left w:val="nil"/>
              <w:bottom w:val="nil"/>
              <w:right w:val="nil"/>
            </w:tcBorders>
            <w:tcMar>
              <w:top w:w="20" w:type="dxa"/>
              <w:left w:w="35" w:type="dxa"/>
              <w:bottom w:w="20" w:type="dxa"/>
              <w:right w:w="35" w:type="dxa"/>
            </w:tcMar>
            <w:vAlign w:val="center"/>
          </w:tcPr>
          <w:p w14:paraId="7A8A0391" w14:textId="77777777" w:rsidR="00F4562C" w:rsidRPr="001A2E38" w:rsidRDefault="00F4562C" w:rsidP="005E1D6F">
            <w:pPr>
              <w:spacing w:after="0" w:line="240" w:lineRule="auto"/>
              <w:contextualSpacing/>
              <w:jc w:val="center"/>
              <w:rPr>
                <w:rFonts w:ascii="Times New Roman" w:hAnsi="Times New Roman" w:cs="Times New Roman"/>
                <w:sz w:val="20"/>
                <w:szCs w:val="20"/>
              </w:rPr>
            </w:pPr>
            <w:r w:rsidRPr="001A2E38">
              <w:rPr>
                <w:rFonts w:ascii="Times New Roman" w:eastAsia="Times New Roman" w:hAnsi="Times New Roman" w:cs="Times New Roman"/>
                <w:sz w:val="20"/>
                <w:szCs w:val="20"/>
              </w:rPr>
              <w:t>30610</w:t>
            </w:r>
          </w:p>
        </w:tc>
        <w:tc>
          <w:tcPr>
            <w:tcW w:w="1296" w:type="dxa"/>
            <w:tcBorders>
              <w:top w:val="nil"/>
              <w:left w:val="nil"/>
              <w:bottom w:val="nil"/>
              <w:right w:val="nil"/>
            </w:tcBorders>
            <w:tcMar>
              <w:top w:w="20" w:type="dxa"/>
              <w:left w:w="35" w:type="dxa"/>
              <w:bottom w:w="20" w:type="dxa"/>
              <w:right w:w="35" w:type="dxa"/>
            </w:tcMar>
            <w:vAlign w:val="center"/>
          </w:tcPr>
          <w:p w14:paraId="1BB7CFC8" w14:textId="77777777" w:rsidR="00F4562C" w:rsidRPr="001A2E38" w:rsidRDefault="00F4562C" w:rsidP="005E1D6F">
            <w:pPr>
              <w:spacing w:after="0" w:line="240" w:lineRule="auto"/>
              <w:contextualSpacing/>
              <w:jc w:val="center"/>
              <w:rPr>
                <w:rFonts w:ascii="Times New Roman" w:hAnsi="Times New Roman" w:cs="Times New Roman"/>
                <w:sz w:val="20"/>
                <w:szCs w:val="20"/>
              </w:rPr>
            </w:pPr>
            <w:r w:rsidRPr="001A2E38">
              <w:rPr>
                <w:rFonts w:ascii="Times New Roman" w:eastAsia="Times New Roman" w:hAnsi="Times New Roman" w:cs="Times New Roman"/>
                <w:sz w:val="20"/>
                <w:szCs w:val="20"/>
              </w:rPr>
              <w:t>109,418</w:t>
            </w:r>
          </w:p>
        </w:tc>
        <w:tc>
          <w:tcPr>
            <w:tcW w:w="1080" w:type="dxa"/>
            <w:tcBorders>
              <w:top w:val="nil"/>
              <w:left w:val="nil"/>
              <w:bottom w:val="nil"/>
              <w:right w:val="nil"/>
            </w:tcBorders>
            <w:tcMar>
              <w:top w:w="20" w:type="dxa"/>
              <w:left w:w="35" w:type="dxa"/>
              <w:bottom w:w="20" w:type="dxa"/>
              <w:right w:w="35" w:type="dxa"/>
            </w:tcMar>
            <w:vAlign w:val="center"/>
          </w:tcPr>
          <w:p w14:paraId="75AAFA1A" w14:textId="77777777" w:rsidR="00F4562C" w:rsidRPr="001A2E38" w:rsidRDefault="00F4562C" w:rsidP="005E1D6F">
            <w:pPr>
              <w:spacing w:after="0" w:line="240" w:lineRule="auto"/>
              <w:contextualSpacing/>
              <w:jc w:val="center"/>
              <w:rPr>
                <w:rFonts w:ascii="Times New Roman" w:hAnsi="Times New Roman" w:cs="Times New Roman"/>
                <w:sz w:val="20"/>
                <w:szCs w:val="20"/>
              </w:rPr>
            </w:pPr>
            <w:r w:rsidRPr="001A2E38">
              <w:rPr>
                <w:rFonts w:ascii="Times New Roman" w:eastAsia="Times New Roman" w:hAnsi="Times New Roman" w:cs="Times New Roman"/>
                <w:sz w:val="20"/>
                <w:szCs w:val="20"/>
              </w:rPr>
              <w:t>88.47</w:t>
            </w:r>
          </w:p>
        </w:tc>
        <w:tc>
          <w:tcPr>
            <w:tcW w:w="936" w:type="dxa"/>
            <w:tcBorders>
              <w:top w:val="nil"/>
              <w:left w:val="nil"/>
              <w:bottom w:val="nil"/>
              <w:right w:val="nil"/>
            </w:tcBorders>
            <w:tcMar>
              <w:top w:w="20" w:type="dxa"/>
              <w:left w:w="35" w:type="dxa"/>
              <w:bottom w:w="20" w:type="dxa"/>
              <w:right w:w="35" w:type="dxa"/>
            </w:tcMar>
            <w:vAlign w:val="center"/>
          </w:tcPr>
          <w:p w14:paraId="3B49BE77" w14:textId="77777777" w:rsidR="00F4562C" w:rsidRPr="001A2E38" w:rsidRDefault="00F4562C" w:rsidP="005E1D6F">
            <w:pPr>
              <w:spacing w:after="0" w:line="240" w:lineRule="auto"/>
              <w:contextualSpacing/>
              <w:jc w:val="center"/>
              <w:rPr>
                <w:rFonts w:ascii="Times New Roman" w:hAnsi="Times New Roman" w:cs="Times New Roman"/>
                <w:sz w:val="20"/>
                <w:szCs w:val="20"/>
              </w:rPr>
            </w:pPr>
            <w:r w:rsidRPr="001A2E38">
              <w:rPr>
                <w:rFonts w:ascii="Times New Roman" w:eastAsia="Times New Roman" w:hAnsi="Times New Roman" w:cs="Times New Roman"/>
                <w:sz w:val="20"/>
                <w:szCs w:val="20"/>
              </w:rPr>
              <w:t>26.94</w:t>
            </w:r>
          </w:p>
        </w:tc>
        <w:tc>
          <w:tcPr>
            <w:tcW w:w="1080" w:type="dxa"/>
            <w:tcBorders>
              <w:top w:val="nil"/>
              <w:left w:val="nil"/>
              <w:bottom w:val="nil"/>
              <w:right w:val="nil"/>
            </w:tcBorders>
            <w:tcMar>
              <w:top w:w="20" w:type="dxa"/>
              <w:left w:w="35" w:type="dxa"/>
              <w:bottom w:w="20" w:type="dxa"/>
              <w:right w:w="35" w:type="dxa"/>
            </w:tcMar>
            <w:vAlign w:val="center"/>
          </w:tcPr>
          <w:p w14:paraId="171CC136" w14:textId="77777777" w:rsidR="00F4562C" w:rsidRPr="001A2E38" w:rsidRDefault="00F4562C" w:rsidP="005E1D6F">
            <w:pPr>
              <w:spacing w:after="0" w:line="240" w:lineRule="auto"/>
              <w:contextualSpacing/>
              <w:jc w:val="center"/>
              <w:rPr>
                <w:rFonts w:ascii="Times New Roman" w:hAnsi="Times New Roman" w:cs="Times New Roman"/>
                <w:sz w:val="20"/>
                <w:szCs w:val="20"/>
              </w:rPr>
            </w:pPr>
            <w:r w:rsidRPr="001A2E38">
              <w:rPr>
                <w:rFonts w:ascii="Times New Roman" w:eastAsia="Times New Roman" w:hAnsi="Times New Roman" w:cs="Times New Roman"/>
                <w:sz w:val="20"/>
                <w:szCs w:val="20"/>
              </w:rPr>
              <w:t>85.10</w:t>
            </w:r>
          </w:p>
        </w:tc>
        <w:tc>
          <w:tcPr>
            <w:tcW w:w="936" w:type="dxa"/>
            <w:tcBorders>
              <w:top w:val="nil"/>
              <w:left w:val="nil"/>
              <w:bottom w:val="nil"/>
              <w:right w:val="nil"/>
            </w:tcBorders>
            <w:tcMar>
              <w:top w:w="20" w:type="dxa"/>
              <w:left w:w="35" w:type="dxa"/>
              <w:bottom w:w="20" w:type="dxa"/>
              <w:right w:w="35" w:type="dxa"/>
            </w:tcMar>
            <w:vAlign w:val="center"/>
          </w:tcPr>
          <w:p w14:paraId="452CF043" w14:textId="77777777" w:rsidR="00F4562C" w:rsidRPr="001A2E38" w:rsidRDefault="00F4562C" w:rsidP="005E1D6F">
            <w:pPr>
              <w:spacing w:after="0" w:line="240" w:lineRule="auto"/>
              <w:contextualSpacing/>
              <w:jc w:val="center"/>
              <w:rPr>
                <w:rFonts w:ascii="Times New Roman" w:hAnsi="Times New Roman" w:cs="Times New Roman"/>
                <w:sz w:val="20"/>
                <w:szCs w:val="20"/>
              </w:rPr>
            </w:pPr>
            <w:r w:rsidRPr="001A2E38">
              <w:rPr>
                <w:rFonts w:ascii="Times New Roman" w:eastAsia="Times New Roman" w:hAnsi="Times New Roman" w:cs="Times New Roman"/>
                <w:sz w:val="20"/>
                <w:szCs w:val="20"/>
              </w:rPr>
              <w:t>71.90</w:t>
            </w:r>
          </w:p>
        </w:tc>
        <w:tc>
          <w:tcPr>
            <w:tcW w:w="936" w:type="dxa"/>
            <w:tcBorders>
              <w:top w:val="nil"/>
              <w:left w:val="nil"/>
              <w:bottom w:val="nil"/>
              <w:right w:val="nil"/>
            </w:tcBorders>
            <w:tcMar>
              <w:top w:w="20" w:type="dxa"/>
              <w:left w:w="35" w:type="dxa"/>
              <w:bottom w:w="20" w:type="dxa"/>
              <w:right w:w="35" w:type="dxa"/>
            </w:tcMar>
            <w:vAlign w:val="center"/>
          </w:tcPr>
          <w:p w14:paraId="680A044B" w14:textId="77777777" w:rsidR="00F4562C" w:rsidRPr="001A2E38" w:rsidRDefault="00F4562C" w:rsidP="005E1D6F">
            <w:pPr>
              <w:spacing w:after="0" w:line="240" w:lineRule="auto"/>
              <w:contextualSpacing/>
              <w:jc w:val="center"/>
              <w:rPr>
                <w:rFonts w:ascii="Times New Roman" w:hAnsi="Times New Roman" w:cs="Times New Roman"/>
                <w:sz w:val="20"/>
                <w:szCs w:val="20"/>
              </w:rPr>
            </w:pPr>
            <w:r w:rsidRPr="001A2E38">
              <w:rPr>
                <w:rFonts w:ascii="Times New Roman" w:eastAsia="Times New Roman" w:hAnsi="Times New Roman" w:cs="Times New Roman"/>
                <w:sz w:val="20"/>
                <w:szCs w:val="20"/>
              </w:rPr>
              <w:t>100.60</w:t>
            </w:r>
          </w:p>
        </w:tc>
      </w:tr>
      <w:tr w:rsidR="00F4562C" w:rsidRPr="001A2E38" w14:paraId="1BABF0BE" w14:textId="77777777" w:rsidTr="00CA44B4">
        <w:trPr>
          <w:jc w:val="center"/>
        </w:trPr>
        <w:tc>
          <w:tcPr>
            <w:tcW w:w="1801" w:type="dxa"/>
            <w:tcBorders>
              <w:top w:val="nil"/>
              <w:left w:val="nil"/>
              <w:bottom w:val="nil"/>
              <w:right w:val="nil"/>
            </w:tcBorders>
            <w:tcMar>
              <w:top w:w="20" w:type="dxa"/>
              <w:left w:w="35" w:type="dxa"/>
              <w:bottom w:w="20" w:type="dxa"/>
              <w:right w:w="35" w:type="dxa"/>
            </w:tcMar>
            <w:vAlign w:val="center"/>
          </w:tcPr>
          <w:p w14:paraId="18A6AA2C" w14:textId="77777777" w:rsidR="00F4562C" w:rsidRPr="001A2E38" w:rsidRDefault="00F4562C" w:rsidP="005E1D6F">
            <w:pPr>
              <w:spacing w:after="0" w:line="240" w:lineRule="auto"/>
              <w:contextualSpacing/>
              <w:rPr>
                <w:rFonts w:ascii="Times New Roman" w:hAnsi="Times New Roman" w:cs="Times New Roman"/>
                <w:sz w:val="20"/>
                <w:szCs w:val="20"/>
              </w:rPr>
            </w:pPr>
          </w:p>
        </w:tc>
        <w:tc>
          <w:tcPr>
            <w:tcW w:w="4392" w:type="dxa"/>
            <w:tcBorders>
              <w:top w:val="nil"/>
              <w:left w:val="nil"/>
              <w:bottom w:val="nil"/>
              <w:right w:val="nil"/>
            </w:tcBorders>
            <w:tcMar>
              <w:top w:w="20" w:type="dxa"/>
              <w:left w:w="35" w:type="dxa"/>
              <w:bottom w:w="20" w:type="dxa"/>
              <w:right w:w="35" w:type="dxa"/>
            </w:tcMar>
            <w:vAlign w:val="center"/>
          </w:tcPr>
          <w:p w14:paraId="4CDB2583" w14:textId="77777777" w:rsidR="00F4562C" w:rsidRPr="001A2E38" w:rsidRDefault="00F4562C" w:rsidP="005E1D6F">
            <w:pPr>
              <w:spacing w:after="0" w:line="240" w:lineRule="auto"/>
              <w:contextualSpacing/>
              <w:rPr>
                <w:rFonts w:ascii="Times New Roman" w:hAnsi="Times New Roman" w:cs="Times New Roman"/>
                <w:sz w:val="20"/>
                <w:szCs w:val="20"/>
              </w:rPr>
            </w:pPr>
            <w:r w:rsidRPr="001A2E38">
              <w:rPr>
                <w:rFonts w:ascii="Times New Roman" w:eastAsia="Times New Roman" w:hAnsi="Times New Roman" w:cs="Times New Roman"/>
                <w:sz w:val="20"/>
                <w:szCs w:val="20"/>
              </w:rPr>
              <w:t>ALT (U/L)</w:t>
            </w:r>
          </w:p>
        </w:tc>
        <w:tc>
          <w:tcPr>
            <w:tcW w:w="1007" w:type="dxa"/>
            <w:tcBorders>
              <w:top w:val="nil"/>
              <w:left w:val="nil"/>
              <w:bottom w:val="nil"/>
              <w:right w:val="nil"/>
            </w:tcBorders>
            <w:tcMar>
              <w:top w:w="20" w:type="dxa"/>
              <w:left w:w="35" w:type="dxa"/>
              <w:bottom w:w="20" w:type="dxa"/>
              <w:right w:w="35" w:type="dxa"/>
            </w:tcMar>
            <w:vAlign w:val="center"/>
          </w:tcPr>
          <w:p w14:paraId="0E3AF007" w14:textId="77777777" w:rsidR="00F4562C" w:rsidRPr="001A2E38" w:rsidRDefault="00F4562C" w:rsidP="005E1D6F">
            <w:pPr>
              <w:spacing w:after="0" w:line="240" w:lineRule="auto"/>
              <w:contextualSpacing/>
              <w:jc w:val="center"/>
              <w:rPr>
                <w:rFonts w:ascii="Times New Roman" w:hAnsi="Times New Roman" w:cs="Times New Roman"/>
                <w:sz w:val="20"/>
                <w:szCs w:val="20"/>
              </w:rPr>
            </w:pPr>
            <w:r w:rsidRPr="001A2E38">
              <w:rPr>
                <w:rFonts w:ascii="Times New Roman" w:eastAsia="Times New Roman" w:hAnsi="Times New Roman" w:cs="Times New Roman"/>
                <w:sz w:val="20"/>
                <w:szCs w:val="20"/>
              </w:rPr>
              <w:t>30620</w:t>
            </w:r>
          </w:p>
        </w:tc>
        <w:tc>
          <w:tcPr>
            <w:tcW w:w="1296" w:type="dxa"/>
            <w:tcBorders>
              <w:top w:val="nil"/>
              <w:left w:val="nil"/>
              <w:bottom w:val="nil"/>
              <w:right w:val="nil"/>
            </w:tcBorders>
            <w:tcMar>
              <w:top w:w="20" w:type="dxa"/>
              <w:left w:w="35" w:type="dxa"/>
              <w:bottom w:w="20" w:type="dxa"/>
              <w:right w:w="35" w:type="dxa"/>
            </w:tcMar>
            <w:vAlign w:val="center"/>
          </w:tcPr>
          <w:p w14:paraId="0617036E" w14:textId="77777777" w:rsidR="00F4562C" w:rsidRPr="001A2E38" w:rsidRDefault="00F4562C" w:rsidP="005E1D6F">
            <w:pPr>
              <w:spacing w:after="0" w:line="240" w:lineRule="auto"/>
              <w:contextualSpacing/>
              <w:jc w:val="center"/>
              <w:rPr>
                <w:rFonts w:ascii="Times New Roman" w:hAnsi="Times New Roman" w:cs="Times New Roman"/>
                <w:sz w:val="20"/>
                <w:szCs w:val="20"/>
              </w:rPr>
            </w:pPr>
            <w:r w:rsidRPr="001A2E38">
              <w:rPr>
                <w:rFonts w:ascii="Times New Roman" w:eastAsia="Times New Roman" w:hAnsi="Times New Roman" w:cs="Times New Roman"/>
                <w:sz w:val="20"/>
                <w:szCs w:val="20"/>
              </w:rPr>
              <w:t>109,313</w:t>
            </w:r>
          </w:p>
        </w:tc>
        <w:tc>
          <w:tcPr>
            <w:tcW w:w="1080" w:type="dxa"/>
            <w:tcBorders>
              <w:top w:val="nil"/>
              <w:left w:val="nil"/>
              <w:bottom w:val="nil"/>
              <w:right w:val="nil"/>
            </w:tcBorders>
            <w:tcMar>
              <w:top w:w="20" w:type="dxa"/>
              <w:left w:w="35" w:type="dxa"/>
              <w:bottom w:w="20" w:type="dxa"/>
              <w:right w:w="35" w:type="dxa"/>
            </w:tcMar>
            <w:vAlign w:val="center"/>
          </w:tcPr>
          <w:p w14:paraId="3BEB3FFE" w14:textId="77777777" w:rsidR="00F4562C" w:rsidRPr="001A2E38" w:rsidRDefault="00F4562C" w:rsidP="005E1D6F">
            <w:pPr>
              <w:spacing w:after="0" w:line="240" w:lineRule="auto"/>
              <w:contextualSpacing/>
              <w:jc w:val="center"/>
              <w:rPr>
                <w:rFonts w:ascii="Times New Roman" w:hAnsi="Times New Roman" w:cs="Times New Roman"/>
                <w:sz w:val="20"/>
                <w:szCs w:val="20"/>
              </w:rPr>
            </w:pPr>
            <w:r w:rsidRPr="001A2E38">
              <w:rPr>
                <w:rFonts w:ascii="Times New Roman" w:eastAsia="Times New Roman" w:hAnsi="Times New Roman" w:cs="Times New Roman"/>
                <w:sz w:val="20"/>
                <w:szCs w:val="20"/>
              </w:rPr>
              <w:t>29.48</w:t>
            </w:r>
          </w:p>
        </w:tc>
        <w:tc>
          <w:tcPr>
            <w:tcW w:w="936" w:type="dxa"/>
            <w:tcBorders>
              <w:top w:val="nil"/>
              <w:left w:val="nil"/>
              <w:bottom w:val="nil"/>
              <w:right w:val="nil"/>
            </w:tcBorders>
            <w:tcMar>
              <w:top w:w="20" w:type="dxa"/>
              <w:left w:w="35" w:type="dxa"/>
              <w:bottom w:w="20" w:type="dxa"/>
              <w:right w:w="35" w:type="dxa"/>
            </w:tcMar>
            <w:vAlign w:val="center"/>
          </w:tcPr>
          <w:p w14:paraId="4B02D37B" w14:textId="77777777" w:rsidR="00F4562C" w:rsidRPr="001A2E38" w:rsidRDefault="00F4562C" w:rsidP="005E1D6F">
            <w:pPr>
              <w:spacing w:after="0" w:line="240" w:lineRule="auto"/>
              <w:contextualSpacing/>
              <w:jc w:val="center"/>
              <w:rPr>
                <w:rFonts w:ascii="Times New Roman" w:hAnsi="Times New Roman" w:cs="Times New Roman"/>
                <w:sz w:val="20"/>
                <w:szCs w:val="20"/>
              </w:rPr>
            </w:pPr>
            <w:r w:rsidRPr="001A2E38">
              <w:rPr>
                <w:rFonts w:ascii="Times New Roman" w:eastAsia="Times New Roman" w:hAnsi="Times New Roman" w:cs="Times New Roman"/>
                <w:sz w:val="20"/>
                <w:szCs w:val="20"/>
              </w:rPr>
              <w:t>16.49</w:t>
            </w:r>
          </w:p>
        </w:tc>
        <w:tc>
          <w:tcPr>
            <w:tcW w:w="1080" w:type="dxa"/>
            <w:tcBorders>
              <w:top w:val="nil"/>
              <w:left w:val="nil"/>
              <w:bottom w:val="nil"/>
              <w:right w:val="nil"/>
            </w:tcBorders>
            <w:tcMar>
              <w:top w:w="20" w:type="dxa"/>
              <w:left w:w="35" w:type="dxa"/>
              <w:bottom w:w="20" w:type="dxa"/>
              <w:right w:w="35" w:type="dxa"/>
            </w:tcMar>
            <w:vAlign w:val="center"/>
          </w:tcPr>
          <w:p w14:paraId="4677F837" w14:textId="77777777" w:rsidR="00F4562C" w:rsidRPr="001A2E38" w:rsidRDefault="00F4562C" w:rsidP="005E1D6F">
            <w:pPr>
              <w:spacing w:after="0" w:line="240" w:lineRule="auto"/>
              <w:contextualSpacing/>
              <w:jc w:val="center"/>
              <w:rPr>
                <w:rFonts w:ascii="Times New Roman" w:hAnsi="Times New Roman" w:cs="Times New Roman"/>
                <w:sz w:val="20"/>
                <w:szCs w:val="20"/>
              </w:rPr>
            </w:pPr>
            <w:r w:rsidRPr="001A2E38">
              <w:rPr>
                <w:rFonts w:ascii="Times New Roman" w:eastAsia="Times New Roman" w:hAnsi="Times New Roman" w:cs="Times New Roman"/>
                <w:sz w:val="20"/>
                <w:szCs w:val="20"/>
              </w:rPr>
              <w:t>25.71</w:t>
            </w:r>
          </w:p>
        </w:tc>
        <w:tc>
          <w:tcPr>
            <w:tcW w:w="936" w:type="dxa"/>
            <w:tcBorders>
              <w:top w:val="nil"/>
              <w:left w:val="nil"/>
              <w:bottom w:val="nil"/>
              <w:right w:val="nil"/>
            </w:tcBorders>
            <w:tcMar>
              <w:top w:w="20" w:type="dxa"/>
              <w:left w:w="35" w:type="dxa"/>
              <w:bottom w:w="20" w:type="dxa"/>
              <w:right w:w="35" w:type="dxa"/>
            </w:tcMar>
            <w:vAlign w:val="center"/>
          </w:tcPr>
          <w:p w14:paraId="037A2A5B" w14:textId="77777777" w:rsidR="00F4562C" w:rsidRPr="001A2E38" w:rsidRDefault="00F4562C" w:rsidP="005E1D6F">
            <w:pPr>
              <w:spacing w:after="0" w:line="240" w:lineRule="auto"/>
              <w:contextualSpacing/>
              <w:jc w:val="center"/>
              <w:rPr>
                <w:rFonts w:ascii="Times New Roman" w:hAnsi="Times New Roman" w:cs="Times New Roman"/>
                <w:sz w:val="20"/>
                <w:szCs w:val="20"/>
              </w:rPr>
            </w:pPr>
            <w:r w:rsidRPr="001A2E38">
              <w:rPr>
                <w:rFonts w:ascii="Times New Roman" w:eastAsia="Times New Roman" w:hAnsi="Times New Roman" w:cs="Times New Roman"/>
                <w:sz w:val="20"/>
                <w:szCs w:val="20"/>
              </w:rPr>
              <w:t>19.65</w:t>
            </w:r>
          </w:p>
        </w:tc>
        <w:tc>
          <w:tcPr>
            <w:tcW w:w="936" w:type="dxa"/>
            <w:tcBorders>
              <w:top w:val="nil"/>
              <w:left w:val="nil"/>
              <w:bottom w:val="nil"/>
              <w:right w:val="nil"/>
            </w:tcBorders>
            <w:tcMar>
              <w:top w:w="20" w:type="dxa"/>
              <w:left w:w="35" w:type="dxa"/>
              <w:bottom w:w="20" w:type="dxa"/>
              <w:right w:w="35" w:type="dxa"/>
            </w:tcMar>
            <w:vAlign w:val="center"/>
          </w:tcPr>
          <w:p w14:paraId="00B78668" w14:textId="77777777" w:rsidR="00F4562C" w:rsidRPr="001A2E38" w:rsidRDefault="00F4562C" w:rsidP="005E1D6F">
            <w:pPr>
              <w:spacing w:after="0" w:line="240" w:lineRule="auto"/>
              <w:contextualSpacing/>
              <w:jc w:val="center"/>
              <w:rPr>
                <w:rFonts w:ascii="Times New Roman" w:hAnsi="Times New Roman" w:cs="Times New Roman"/>
                <w:sz w:val="20"/>
                <w:szCs w:val="20"/>
              </w:rPr>
            </w:pPr>
            <w:r w:rsidRPr="001A2E38">
              <w:rPr>
                <w:rFonts w:ascii="Times New Roman" w:eastAsia="Times New Roman" w:hAnsi="Times New Roman" w:cs="Times New Roman"/>
                <w:sz w:val="20"/>
                <w:szCs w:val="20"/>
              </w:rPr>
              <w:t>34.57</w:t>
            </w:r>
          </w:p>
        </w:tc>
      </w:tr>
      <w:tr w:rsidR="00F4562C" w:rsidRPr="001A2E38" w14:paraId="5B725749" w14:textId="77777777" w:rsidTr="00CA44B4">
        <w:trPr>
          <w:jc w:val="center"/>
        </w:trPr>
        <w:tc>
          <w:tcPr>
            <w:tcW w:w="1801" w:type="dxa"/>
            <w:tcBorders>
              <w:top w:val="nil"/>
              <w:left w:val="nil"/>
              <w:bottom w:val="nil"/>
              <w:right w:val="nil"/>
            </w:tcBorders>
            <w:tcMar>
              <w:top w:w="20" w:type="dxa"/>
              <w:left w:w="35" w:type="dxa"/>
              <w:bottom w:w="20" w:type="dxa"/>
              <w:right w:w="35" w:type="dxa"/>
            </w:tcMar>
            <w:vAlign w:val="center"/>
          </w:tcPr>
          <w:p w14:paraId="2E3F5BE7" w14:textId="77777777" w:rsidR="00F4562C" w:rsidRPr="001A2E38" w:rsidRDefault="00F4562C" w:rsidP="005E1D6F">
            <w:pPr>
              <w:spacing w:after="0" w:line="240" w:lineRule="auto"/>
              <w:contextualSpacing/>
              <w:rPr>
                <w:rFonts w:ascii="Times New Roman" w:hAnsi="Times New Roman" w:cs="Times New Roman"/>
                <w:sz w:val="20"/>
                <w:szCs w:val="20"/>
              </w:rPr>
            </w:pPr>
          </w:p>
        </w:tc>
        <w:tc>
          <w:tcPr>
            <w:tcW w:w="4392" w:type="dxa"/>
            <w:tcBorders>
              <w:top w:val="nil"/>
              <w:left w:val="nil"/>
              <w:bottom w:val="nil"/>
              <w:right w:val="nil"/>
            </w:tcBorders>
            <w:tcMar>
              <w:top w:w="20" w:type="dxa"/>
              <w:left w:w="35" w:type="dxa"/>
              <w:bottom w:w="20" w:type="dxa"/>
              <w:right w:w="35" w:type="dxa"/>
            </w:tcMar>
            <w:vAlign w:val="center"/>
          </w:tcPr>
          <w:p w14:paraId="4FB578B5" w14:textId="77777777" w:rsidR="00F4562C" w:rsidRPr="001A2E38" w:rsidRDefault="00F4562C" w:rsidP="005E1D6F">
            <w:pPr>
              <w:spacing w:after="0" w:line="240" w:lineRule="auto"/>
              <w:contextualSpacing/>
              <w:rPr>
                <w:rFonts w:ascii="Times New Roman" w:hAnsi="Times New Roman" w:cs="Times New Roman"/>
                <w:sz w:val="20"/>
                <w:szCs w:val="20"/>
              </w:rPr>
            </w:pPr>
            <w:r w:rsidRPr="001A2E38">
              <w:rPr>
                <w:rFonts w:ascii="Times New Roman" w:eastAsia="Times New Roman" w:hAnsi="Times New Roman" w:cs="Times New Roman"/>
                <w:sz w:val="20"/>
                <w:szCs w:val="20"/>
              </w:rPr>
              <w:t>AST (U/L)</w:t>
            </w:r>
          </w:p>
        </w:tc>
        <w:tc>
          <w:tcPr>
            <w:tcW w:w="1007" w:type="dxa"/>
            <w:tcBorders>
              <w:top w:val="nil"/>
              <w:left w:val="nil"/>
              <w:bottom w:val="nil"/>
              <w:right w:val="nil"/>
            </w:tcBorders>
            <w:tcMar>
              <w:top w:w="20" w:type="dxa"/>
              <w:left w:w="35" w:type="dxa"/>
              <w:bottom w:w="20" w:type="dxa"/>
              <w:right w:w="35" w:type="dxa"/>
            </w:tcMar>
            <w:vAlign w:val="center"/>
          </w:tcPr>
          <w:p w14:paraId="7FE49A65" w14:textId="77777777" w:rsidR="00F4562C" w:rsidRPr="001A2E38" w:rsidRDefault="00F4562C" w:rsidP="005E1D6F">
            <w:pPr>
              <w:spacing w:after="0" w:line="240" w:lineRule="auto"/>
              <w:contextualSpacing/>
              <w:jc w:val="center"/>
              <w:rPr>
                <w:rFonts w:ascii="Times New Roman" w:hAnsi="Times New Roman" w:cs="Times New Roman"/>
                <w:sz w:val="20"/>
                <w:szCs w:val="20"/>
              </w:rPr>
            </w:pPr>
            <w:r w:rsidRPr="001A2E38">
              <w:rPr>
                <w:rFonts w:ascii="Times New Roman" w:eastAsia="Times New Roman" w:hAnsi="Times New Roman" w:cs="Times New Roman"/>
                <w:sz w:val="20"/>
                <w:szCs w:val="20"/>
              </w:rPr>
              <w:t>30650</w:t>
            </w:r>
          </w:p>
        </w:tc>
        <w:tc>
          <w:tcPr>
            <w:tcW w:w="1296" w:type="dxa"/>
            <w:tcBorders>
              <w:top w:val="nil"/>
              <w:left w:val="nil"/>
              <w:bottom w:val="nil"/>
              <w:right w:val="nil"/>
            </w:tcBorders>
            <w:tcMar>
              <w:top w:w="20" w:type="dxa"/>
              <w:left w:w="35" w:type="dxa"/>
              <w:bottom w:w="20" w:type="dxa"/>
              <w:right w:w="35" w:type="dxa"/>
            </w:tcMar>
            <w:vAlign w:val="center"/>
          </w:tcPr>
          <w:p w14:paraId="000406BD" w14:textId="77777777" w:rsidR="00F4562C" w:rsidRPr="001A2E38" w:rsidRDefault="00F4562C" w:rsidP="005E1D6F">
            <w:pPr>
              <w:spacing w:after="0" w:line="240" w:lineRule="auto"/>
              <w:contextualSpacing/>
              <w:jc w:val="center"/>
              <w:rPr>
                <w:rFonts w:ascii="Times New Roman" w:hAnsi="Times New Roman" w:cs="Times New Roman"/>
                <w:sz w:val="20"/>
                <w:szCs w:val="20"/>
              </w:rPr>
            </w:pPr>
            <w:r w:rsidRPr="001A2E38">
              <w:rPr>
                <w:rFonts w:ascii="Times New Roman" w:eastAsia="Times New Roman" w:hAnsi="Times New Roman" w:cs="Times New Roman"/>
                <w:sz w:val="20"/>
                <w:szCs w:val="20"/>
              </w:rPr>
              <w:t>108,906</w:t>
            </w:r>
          </w:p>
        </w:tc>
        <w:tc>
          <w:tcPr>
            <w:tcW w:w="1080" w:type="dxa"/>
            <w:tcBorders>
              <w:top w:val="nil"/>
              <w:left w:val="nil"/>
              <w:bottom w:val="nil"/>
              <w:right w:val="nil"/>
            </w:tcBorders>
            <w:tcMar>
              <w:top w:w="20" w:type="dxa"/>
              <w:left w:w="35" w:type="dxa"/>
              <w:bottom w:w="20" w:type="dxa"/>
              <w:right w:w="35" w:type="dxa"/>
            </w:tcMar>
            <w:vAlign w:val="center"/>
          </w:tcPr>
          <w:p w14:paraId="35831F4F" w14:textId="77777777" w:rsidR="00F4562C" w:rsidRPr="001A2E38" w:rsidRDefault="00F4562C" w:rsidP="005E1D6F">
            <w:pPr>
              <w:spacing w:after="0" w:line="240" w:lineRule="auto"/>
              <w:contextualSpacing/>
              <w:jc w:val="center"/>
              <w:rPr>
                <w:rFonts w:ascii="Times New Roman" w:hAnsi="Times New Roman" w:cs="Times New Roman"/>
                <w:sz w:val="20"/>
                <w:szCs w:val="20"/>
              </w:rPr>
            </w:pPr>
            <w:r w:rsidRPr="001A2E38">
              <w:rPr>
                <w:rFonts w:ascii="Times New Roman" w:eastAsia="Times New Roman" w:hAnsi="Times New Roman" w:cs="Times New Roman"/>
                <w:sz w:val="20"/>
                <w:szCs w:val="20"/>
              </w:rPr>
              <w:t>27.98</w:t>
            </w:r>
          </w:p>
        </w:tc>
        <w:tc>
          <w:tcPr>
            <w:tcW w:w="936" w:type="dxa"/>
            <w:tcBorders>
              <w:top w:val="nil"/>
              <w:left w:val="nil"/>
              <w:bottom w:val="nil"/>
              <w:right w:val="nil"/>
            </w:tcBorders>
            <w:tcMar>
              <w:top w:w="20" w:type="dxa"/>
              <w:left w:w="35" w:type="dxa"/>
              <w:bottom w:w="20" w:type="dxa"/>
              <w:right w:w="35" w:type="dxa"/>
            </w:tcMar>
            <w:vAlign w:val="center"/>
          </w:tcPr>
          <w:p w14:paraId="0254D858" w14:textId="77777777" w:rsidR="00F4562C" w:rsidRPr="001A2E38" w:rsidRDefault="00F4562C" w:rsidP="005E1D6F">
            <w:pPr>
              <w:spacing w:after="0" w:line="240" w:lineRule="auto"/>
              <w:contextualSpacing/>
              <w:jc w:val="center"/>
              <w:rPr>
                <w:rFonts w:ascii="Times New Roman" w:hAnsi="Times New Roman" w:cs="Times New Roman"/>
                <w:sz w:val="20"/>
                <w:szCs w:val="20"/>
              </w:rPr>
            </w:pPr>
            <w:r w:rsidRPr="001A2E38">
              <w:rPr>
                <w:rFonts w:ascii="Times New Roman" w:eastAsia="Times New Roman" w:hAnsi="Times New Roman" w:cs="Times New Roman"/>
                <w:sz w:val="20"/>
                <w:szCs w:val="20"/>
              </w:rPr>
              <w:t>10.87</w:t>
            </w:r>
          </w:p>
        </w:tc>
        <w:tc>
          <w:tcPr>
            <w:tcW w:w="1080" w:type="dxa"/>
            <w:tcBorders>
              <w:top w:val="nil"/>
              <w:left w:val="nil"/>
              <w:bottom w:val="nil"/>
              <w:right w:val="nil"/>
            </w:tcBorders>
            <w:tcMar>
              <w:top w:w="20" w:type="dxa"/>
              <w:left w:w="35" w:type="dxa"/>
              <w:bottom w:w="20" w:type="dxa"/>
              <w:right w:w="35" w:type="dxa"/>
            </w:tcMar>
            <w:vAlign w:val="center"/>
          </w:tcPr>
          <w:p w14:paraId="0BFC639D" w14:textId="77777777" w:rsidR="00F4562C" w:rsidRPr="001A2E38" w:rsidRDefault="00F4562C" w:rsidP="005E1D6F">
            <w:pPr>
              <w:spacing w:after="0" w:line="240" w:lineRule="auto"/>
              <w:contextualSpacing/>
              <w:jc w:val="center"/>
              <w:rPr>
                <w:rFonts w:ascii="Times New Roman" w:hAnsi="Times New Roman" w:cs="Times New Roman"/>
                <w:sz w:val="20"/>
                <w:szCs w:val="20"/>
              </w:rPr>
            </w:pPr>
            <w:r w:rsidRPr="001A2E38">
              <w:rPr>
                <w:rFonts w:ascii="Times New Roman" w:eastAsia="Times New Roman" w:hAnsi="Times New Roman" w:cs="Times New Roman"/>
                <w:sz w:val="20"/>
                <w:szCs w:val="20"/>
              </w:rPr>
              <w:t>26.00</w:t>
            </w:r>
          </w:p>
        </w:tc>
        <w:tc>
          <w:tcPr>
            <w:tcW w:w="936" w:type="dxa"/>
            <w:tcBorders>
              <w:top w:val="nil"/>
              <w:left w:val="nil"/>
              <w:bottom w:val="nil"/>
              <w:right w:val="nil"/>
            </w:tcBorders>
            <w:tcMar>
              <w:top w:w="20" w:type="dxa"/>
              <w:left w:w="35" w:type="dxa"/>
              <w:bottom w:w="20" w:type="dxa"/>
              <w:right w:w="35" w:type="dxa"/>
            </w:tcMar>
            <w:vAlign w:val="center"/>
          </w:tcPr>
          <w:p w14:paraId="6C8647FD" w14:textId="77777777" w:rsidR="00F4562C" w:rsidRPr="001A2E38" w:rsidRDefault="00F4562C" w:rsidP="005E1D6F">
            <w:pPr>
              <w:spacing w:after="0" w:line="240" w:lineRule="auto"/>
              <w:contextualSpacing/>
              <w:jc w:val="center"/>
              <w:rPr>
                <w:rFonts w:ascii="Times New Roman" w:hAnsi="Times New Roman" w:cs="Times New Roman"/>
                <w:sz w:val="20"/>
                <w:szCs w:val="20"/>
              </w:rPr>
            </w:pPr>
            <w:r w:rsidRPr="001A2E38">
              <w:rPr>
                <w:rFonts w:ascii="Times New Roman" w:eastAsia="Times New Roman" w:hAnsi="Times New Roman" w:cs="Times New Roman"/>
                <w:sz w:val="20"/>
                <w:szCs w:val="20"/>
              </w:rPr>
              <w:t>22.20</w:t>
            </w:r>
          </w:p>
        </w:tc>
        <w:tc>
          <w:tcPr>
            <w:tcW w:w="936" w:type="dxa"/>
            <w:tcBorders>
              <w:top w:val="nil"/>
              <w:left w:val="nil"/>
              <w:bottom w:val="nil"/>
              <w:right w:val="nil"/>
            </w:tcBorders>
            <w:tcMar>
              <w:top w:w="20" w:type="dxa"/>
              <w:left w:w="35" w:type="dxa"/>
              <w:bottom w:w="20" w:type="dxa"/>
              <w:right w:w="35" w:type="dxa"/>
            </w:tcMar>
            <w:vAlign w:val="center"/>
          </w:tcPr>
          <w:p w14:paraId="7684B074" w14:textId="77777777" w:rsidR="00F4562C" w:rsidRPr="001A2E38" w:rsidRDefault="00F4562C" w:rsidP="005E1D6F">
            <w:pPr>
              <w:spacing w:after="0" w:line="240" w:lineRule="auto"/>
              <w:contextualSpacing/>
              <w:jc w:val="center"/>
              <w:rPr>
                <w:rFonts w:ascii="Times New Roman" w:hAnsi="Times New Roman" w:cs="Times New Roman"/>
                <w:sz w:val="20"/>
                <w:szCs w:val="20"/>
              </w:rPr>
            </w:pPr>
            <w:r w:rsidRPr="001A2E38">
              <w:rPr>
                <w:rFonts w:ascii="Times New Roman" w:eastAsia="Times New Roman" w:hAnsi="Times New Roman" w:cs="Times New Roman"/>
                <w:sz w:val="20"/>
                <w:szCs w:val="20"/>
              </w:rPr>
              <w:t>30.90</w:t>
            </w:r>
          </w:p>
        </w:tc>
      </w:tr>
      <w:tr w:rsidR="00F4562C" w:rsidRPr="001A2E38" w14:paraId="6E0957CF" w14:textId="77777777" w:rsidTr="00CA44B4">
        <w:trPr>
          <w:jc w:val="center"/>
        </w:trPr>
        <w:tc>
          <w:tcPr>
            <w:tcW w:w="1801" w:type="dxa"/>
            <w:tcBorders>
              <w:top w:val="nil"/>
              <w:left w:val="nil"/>
              <w:bottom w:val="nil"/>
              <w:right w:val="nil"/>
            </w:tcBorders>
            <w:tcMar>
              <w:top w:w="20" w:type="dxa"/>
              <w:left w:w="35" w:type="dxa"/>
              <w:bottom w:w="20" w:type="dxa"/>
              <w:right w:w="35" w:type="dxa"/>
            </w:tcMar>
            <w:vAlign w:val="center"/>
          </w:tcPr>
          <w:p w14:paraId="4C8B832E" w14:textId="77777777" w:rsidR="00F4562C" w:rsidRPr="001A2E38" w:rsidRDefault="00F4562C" w:rsidP="005E1D6F">
            <w:pPr>
              <w:spacing w:after="0" w:line="240" w:lineRule="auto"/>
              <w:contextualSpacing/>
              <w:rPr>
                <w:rFonts w:ascii="Times New Roman" w:hAnsi="Times New Roman" w:cs="Times New Roman"/>
                <w:sz w:val="20"/>
                <w:szCs w:val="20"/>
              </w:rPr>
            </w:pPr>
          </w:p>
        </w:tc>
        <w:tc>
          <w:tcPr>
            <w:tcW w:w="4392" w:type="dxa"/>
            <w:tcBorders>
              <w:top w:val="nil"/>
              <w:left w:val="nil"/>
              <w:bottom w:val="nil"/>
              <w:right w:val="nil"/>
            </w:tcBorders>
            <w:tcMar>
              <w:top w:w="20" w:type="dxa"/>
              <w:left w:w="35" w:type="dxa"/>
              <w:bottom w:w="20" w:type="dxa"/>
              <w:right w:w="35" w:type="dxa"/>
            </w:tcMar>
            <w:vAlign w:val="center"/>
          </w:tcPr>
          <w:p w14:paraId="1F3458A0" w14:textId="77777777" w:rsidR="00F4562C" w:rsidRPr="001A2E38" w:rsidRDefault="00F4562C" w:rsidP="005E1D6F">
            <w:pPr>
              <w:spacing w:after="0" w:line="240" w:lineRule="auto"/>
              <w:contextualSpacing/>
              <w:rPr>
                <w:rFonts w:ascii="Times New Roman" w:hAnsi="Times New Roman" w:cs="Times New Roman"/>
                <w:sz w:val="20"/>
                <w:szCs w:val="20"/>
              </w:rPr>
            </w:pPr>
            <w:r w:rsidRPr="001A2E38">
              <w:rPr>
                <w:rFonts w:ascii="Times New Roman" w:eastAsia="Times New Roman" w:hAnsi="Times New Roman" w:cs="Times New Roman"/>
                <w:sz w:val="20"/>
                <w:szCs w:val="20"/>
              </w:rPr>
              <w:t>GGT (U/L)</w:t>
            </w:r>
          </w:p>
        </w:tc>
        <w:tc>
          <w:tcPr>
            <w:tcW w:w="1007" w:type="dxa"/>
            <w:tcBorders>
              <w:top w:val="nil"/>
              <w:left w:val="nil"/>
              <w:bottom w:val="nil"/>
              <w:right w:val="nil"/>
            </w:tcBorders>
            <w:tcMar>
              <w:top w:w="20" w:type="dxa"/>
              <w:left w:w="35" w:type="dxa"/>
              <w:bottom w:w="20" w:type="dxa"/>
              <w:right w:w="35" w:type="dxa"/>
            </w:tcMar>
            <w:vAlign w:val="center"/>
          </w:tcPr>
          <w:p w14:paraId="3638AE98" w14:textId="77777777" w:rsidR="00F4562C" w:rsidRPr="001A2E38" w:rsidRDefault="00F4562C" w:rsidP="005E1D6F">
            <w:pPr>
              <w:spacing w:after="0" w:line="240" w:lineRule="auto"/>
              <w:contextualSpacing/>
              <w:jc w:val="center"/>
              <w:rPr>
                <w:rFonts w:ascii="Times New Roman" w:hAnsi="Times New Roman" w:cs="Times New Roman"/>
                <w:sz w:val="20"/>
                <w:szCs w:val="20"/>
              </w:rPr>
            </w:pPr>
            <w:r w:rsidRPr="001A2E38">
              <w:rPr>
                <w:rFonts w:ascii="Times New Roman" w:eastAsia="Times New Roman" w:hAnsi="Times New Roman" w:cs="Times New Roman"/>
                <w:sz w:val="20"/>
                <w:szCs w:val="20"/>
              </w:rPr>
              <w:t>30730</w:t>
            </w:r>
          </w:p>
        </w:tc>
        <w:tc>
          <w:tcPr>
            <w:tcW w:w="1296" w:type="dxa"/>
            <w:tcBorders>
              <w:top w:val="nil"/>
              <w:left w:val="nil"/>
              <w:bottom w:val="nil"/>
              <w:right w:val="nil"/>
            </w:tcBorders>
            <w:tcMar>
              <w:top w:w="20" w:type="dxa"/>
              <w:left w:w="35" w:type="dxa"/>
              <w:bottom w:w="20" w:type="dxa"/>
              <w:right w:w="35" w:type="dxa"/>
            </w:tcMar>
            <w:vAlign w:val="center"/>
          </w:tcPr>
          <w:p w14:paraId="378EC719" w14:textId="77777777" w:rsidR="00F4562C" w:rsidRPr="001A2E38" w:rsidRDefault="00F4562C" w:rsidP="005E1D6F">
            <w:pPr>
              <w:spacing w:after="0" w:line="240" w:lineRule="auto"/>
              <w:contextualSpacing/>
              <w:jc w:val="center"/>
              <w:rPr>
                <w:rFonts w:ascii="Times New Roman" w:hAnsi="Times New Roman" w:cs="Times New Roman"/>
                <w:sz w:val="20"/>
                <w:szCs w:val="20"/>
              </w:rPr>
            </w:pPr>
            <w:r w:rsidRPr="001A2E38">
              <w:rPr>
                <w:rFonts w:ascii="Times New Roman" w:eastAsia="Times New Roman" w:hAnsi="Times New Roman" w:cs="Times New Roman"/>
                <w:sz w:val="20"/>
                <w:szCs w:val="20"/>
              </w:rPr>
              <w:t>109,434</w:t>
            </w:r>
          </w:p>
        </w:tc>
        <w:tc>
          <w:tcPr>
            <w:tcW w:w="1080" w:type="dxa"/>
            <w:tcBorders>
              <w:top w:val="nil"/>
              <w:left w:val="nil"/>
              <w:bottom w:val="nil"/>
              <w:right w:val="nil"/>
            </w:tcBorders>
            <w:tcMar>
              <w:top w:w="20" w:type="dxa"/>
              <w:left w:w="35" w:type="dxa"/>
              <w:bottom w:w="20" w:type="dxa"/>
              <w:right w:w="35" w:type="dxa"/>
            </w:tcMar>
            <w:vAlign w:val="center"/>
          </w:tcPr>
          <w:p w14:paraId="7B78E7AA" w14:textId="77777777" w:rsidR="00F4562C" w:rsidRPr="001A2E38" w:rsidRDefault="00F4562C" w:rsidP="005E1D6F">
            <w:pPr>
              <w:spacing w:after="0" w:line="240" w:lineRule="auto"/>
              <w:contextualSpacing/>
              <w:jc w:val="center"/>
              <w:rPr>
                <w:rFonts w:ascii="Times New Roman" w:hAnsi="Times New Roman" w:cs="Times New Roman"/>
                <w:sz w:val="20"/>
                <w:szCs w:val="20"/>
              </w:rPr>
            </w:pPr>
            <w:r w:rsidRPr="001A2E38">
              <w:rPr>
                <w:rFonts w:ascii="Times New Roman" w:eastAsia="Times New Roman" w:hAnsi="Times New Roman" w:cs="Times New Roman"/>
                <w:sz w:val="20"/>
                <w:szCs w:val="20"/>
              </w:rPr>
              <w:t>49.50</w:t>
            </w:r>
          </w:p>
        </w:tc>
        <w:tc>
          <w:tcPr>
            <w:tcW w:w="936" w:type="dxa"/>
            <w:tcBorders>
              <w:top w:val="nil"/>
              <w:left w:val="nil"/>
              <w:bottom w:val="nil"/>
              <w:right w:val="nil"/>
            </w:tcBorders>
            <w:tcMar>
              <w:top w:w="20" w:type="dxa"/>
              <w:left w:w="35" w:type="dxa"/>
              <w:bottom w:w="20" w:type="dxa"/>
              <w:right w:w="35" w:type="dxa"/>
            </w:tcMar>
            <w:vAlign w:val="center"/>
          </w:tcPr>
          <w:p w14:paraId="685C5FF0" w14:textId="77777777" w:rsidR="00F4562C" w:rsidRPr="001A2E38" w:rsidRDefault="00F4562C" w:rsidP="005E1D6F">
            <w:pPr>
              <w:spacing w:after="0" w:line="240" w:lineRule="auto"/>
              <w:contextualSpacing/>
              <w:jc w:val="center"/>
              <w:rPr>
                <w:rFonts w:ascii="Times New Roman" w:hAnsi="Times New Roman" w:cs="Times New Roman"/>
                <w:sz w:val="20"/>
                <w:szCs w:val="20"/>
              </w:rPr>
            </w:pPr>
            <w:r w:rsidRPr="001A2E38">
              <w:rPr>
                <w:rFonts w:ascii="Times New Roman" w:eastAsia="Times New Roman" w:hAnsi="Times New Roman" w:cs="Times New Roman"/>
                <w:sz w:val="20"/>
                <w:szCs w:val="20"/>
              </w:rPr>
              <w:t>46.60</w:t>
            </w:r>
          </w:p>
        </w:tc>
        <w:tc>
          <w:tcPr>
            <w:tcW w:w="1080" w:type="dxa"/>
            <w:tcBorders>
              <w:top w:val="nil"/>
              <w:left w:val="nil"/>
              <w:bottom w:val="nil"/>
              <w:right w:val="nil"/>
            </w:tcBorders>
            <w:tcMar>
              <w:top w:w="20" w:type="dxa"/>
              <w:left w:w="35" w:type="dxa"/>
              <w:bottom w:w="20" w:type="dxa"/>
              <w:right w:w="35" w:type="dxa"/>
            </w:tcMar>
            <w:vAlign w:val="center"/>
          </w:tcPr>
          <w:p w14:paraId="3AD96BB4" w14:textId="77777777" w:rsidR="00F4562C" w:rsidRPr="001A2E38" w:rsidRDefault="00F4562C" w:rsidP="005E1D6F">
            <w:pPr>
              <w:spacing w:after="0" w:line="240" w:lineRule="auto"/>
              <w:contextualSpacing/>
              <w:jc w:val="center"/>
              <w:rPr>
                <w:rFonts w:ascii="Times New Roman" w:hAnsi="Times New Roman" w:cs="Times New Roman"/>
                <w:sz w:val="20"/>
                <w:szCs w:val="20"/>
              </w:rPr>
            </w:pPr>
            <w:r w:rsidRPr="001A2E38">
              <w:rPr>
                <w:rFonts w:ascii="Times New Roman" w:eastAsia="Times New Roman" w:hAnsi="Times New Roman" w:cs="Times New Roman"/>
                <w:sz w:val="20"/>
                <w:szCs w:val="20"/>
              </w:rPr>
              <w:t>37.00</w:t>
            </w:r>
          </w:p>
        </w:tc>
        <w:tc>
          <w:tcPr>
            <w:tcW w:w="936" w:type="dxa"/>
            <w:tcBorders>
              <w:top w:val="nil"/>
              <w:left w:val="nil"/>
              <w:bottom w:val="nil"/>
              <w:right w:val="nil"/>
            </w:tcBorders>
            <w:tcMar>
              <w:top w:w="20" w:type="dxa"/>
              <w:left w:w="35" w:type="dxa"/>
              <w:bottom w:w="20" w:type="dxa"/>
              <w:right w:w="35" w:type="dxa"/>
            </w:tcMar>
            <w:vAlign w:val="center"/>
          </w:tcPr>
          <w:p w14:paraId="4205B959" w14:textId="77777777" w:rsidR="00F4562C" w:rsidRPr="001A2E38" w:rsidRDefault="00F4562C" w:rsidP="005E1D6F">
            <w:pPr>
              <w:spacing w:after="0" w:line="240" w:lineRule="auto"/>
              <w:contextualSpacing/>
              <w:jc w:val="center"/>
              <w:rPr>
                <w:rFonts w:ascii="Times New Roman" w:hAnsi="Times New Roman" w:cs="Times New Roman"/>
                <w:sz w:val="20"/>
                <w:szCs w:val="20"/>
              </w:rPr>
            </w:pPr>
            <w:r w:rsidRPr="001A2E38">
              <w:rPr>
                <w:rFonts w:ascii="Times New Roman" w:eastAsia="Times New Roman" w:hAnsi="Times New Roman" w:cs="Times New Roman"/>
                <w:sz w:val="20"/>
                <w:szCs w:val="20"/>
              </w:rPr>
              <w:t>26.70</w:t>
            </w:r>
          </w:p>
        </w:tc>
        <w:tc>
          <w:tcPr>
            <w:tcW w:w="936" w:type="dxa"/>
            <w:tcBorders>
              <w:top w:val="nil"/>
              <w:left w:val="nil"/>
              <w:bottom w:val="nil"/>
              <w:right w:val="nil"/>
            </w:tcBorders>
            <w:tcMar>
              <w:top w:w="20" w:type="dxa"/>
              <w:left w:w="35" w:type="dxa"/>
              <w:bottom w:w="20" w:type="dxa"/>
              <w:right w:w="35" w:type="dxa"/>
            </w:tcMar>
            <w:vAlign w:val="center"/>
          </w:tcPr>
          <w:p w14:paraId="70A466D1" w14:textId="77777777" w:rsidR="00F4562C" w:rsidRPr="001A2E38" w:rsidRDefault="00F4562C" w:rsidP="005E1D6F">
            <w:pPr>
              <w:spacing w:after="0" w:line="240" w:lineRule="auto"/>
              <w:contextualSpacing/>
              <w:jc w:val="center"/>
              <w:rPr>
                <w:rFonts w:ascii="Times New Roman" w:hAnsi="Times New Roman" w:cs="Times New Roman"/>
                <w:sz w:val="20"/>
                <w:szCs w:val="20"/>
              </w:rPr>
            </w:pPr>
            <w:r w:rsidRPr="001A2E38">
              <w:rPr>
                <w:rFonts w:ascii="Times New Roman" w:eastAsia="Times New Roman" w:hAnsi="Times New Roman" w:cs="Times New Roman"/>
                <w:sz w:val="20"/>
                <w:szCs w:val="20"/>
              </w:rPr>
              <w:t>55.20</w:t>
            </w:r>
          </w:p>
        </w:tc>
      </w:tr>
      <w:tr w:rsidR="00F4562C" w:rsidRPr="001A2E38" w14:paraId="7A1CDDC7" w14:textId="77777777" w:rsidTr="00CA44B4">
        <w:trPr>
          <w:jc w:val="center"/>
        </w:trPr>
        <w:tc>
          <w:tcPr>
            <w:tcW w:w="1801" w:type="dxa"/>
            <w:tcBorders>
              <w:top w:val="nil"/>
              <w:left w:val="nil"/>
              <w:bottom w:val="nil"/>
              <w:right w:val="nil"/>
            </w:tcBorders>
            <w:tcMar>
              <w:top w:w="20" w:type="dxa"/>
              <w:left w:w="35" w:type="dxa"/>
              <w:bottom w:w="20" w:type="dxa"/>
              <w:right w:w="35" w:type="dxa"/>
            </w:tcMar>
            <w:vAlign w:val="center"/>
          </w:tcPr>
          <w:p w14:paraId="777A9203" w14:textId="77777777" w:rsidR="00F4562C" w:rsidRPr="001A2E38" w:rsidRDefault="00F4562C" w:rsidP="005E1D6F">
            <w:pPr>
              <w:spacing w:after="0" w:line="240" w:lineRule="auto"/>
              <w:contextualSpacing/>
              <w:rPr>
                <w:rFonts w:ascii="Times New Roman" w:hAnsi="Times New Roman" w:cs="Times New Roman"/>
                <w:sz w:val="20"/>
                <w:szCs w:val="20"/>
              </w:rPr>
            </w:pPr>
          </w:p>
        </w:tc>
        <w:tc>
          <w:tcPr>
            <w:tcW w:w="4392" w:type="dxa"/>
            <w:tcBorders>
              <w:top w:val="nil"/>
              <w:left w:val="nil"/>
              <w:bottom w:val="nil"/>
              <w:right w:val="nil"/>
            </w:tcBorders>
            <w:tcMar>
              <w:top w:w="20" w:type="dxa"/>
              <w:left w:w="35" w:type="dxa"/>
              <w:bottom w:w="20" w:type="dxa"/>
              <w:right w:w="35" w:type="dxa"/>
            </w:tcMar>
            <w:vAlign w:val="center"/>
          </w:tcPr>
          <w:p w14:paraId="344079FF" w14:textId="77777777" w:rsidR="00F4562C" w:rsidRPr="001A2E38" w:rsidRDefault="00F4562C" w:rsidP="005E1D6F">
            <w:pPr>
              <w:spacing w:after="0" w:line="240" w:lineRule="auto"/>
              <w:contextualSpacing/>
              <w:rPr>
                <w:rFonts w:ascii="Times New Roman" w:hAnsi="Times New Roman" w:cs="Times New Roman"/>
                <w:sz w:val="20"/>
                <w:szCs w:val="20"/>
              </w:rPr>
            </w:pPr>
            <w:r w:rsidRPr="001A2E38">
              <w:rPr>
                <w:rFonts w:ascii="Times New Roman" w:eastAsia="Times New Roman" w:hAnsi="Times New Roman" w:cs="Times New Roman"/>
                <w:sz w:val="20"/>
                <w:szCs w:val="20"/>
              </w:rPr>
              <w:t>TBIL (µmol/L)</w:t>
            </w:r>
          </w:p>
        </w:tc>
        <w:tc>
          <w:tcPr>
            <w:tcW w:w="1007" w:type="dxa"/>
            <w:tcBorders>
              <w:top w:val="nil"/>
              <w:left w:val="nil"/>
              <w:bottom w:val="nil"/>
              <w:right w:val="nil"/>
            </w:tcBorders>
            <w:tcMar>
              <w:top w:w="20" w:type="dxa"/>
              <w:left w:w="35" w:type="dxa"/>
              <w:bottom w:w="20" w:type="dxa"/>
              <w:right w:w="35" w:type="dxa"/>
            </w:tcMar>
            <w:vAlign w:val="center"/>
          </w:tcPr>
          <w:p w14:paraId="2894FDAF" w14:textId="77777777" w:rsidR="00F4562C" w:rsidRPr="001A2E38" w:rsidRDefault="00F4562C" w:rsidP="005E1D6F">
            <w:pPr>
              <w:spacing w:after="0" w:line="240" w:lineRule="auto"/>
              <w:contextualSpacing/>
              <w:jc w:val="center"/>
              <w:rPr>
                <w:rFonts w:ascii="Times New Roman" w:hAnsi="Times New Roman" w:cs="Times New Roman"/>
                <w:sz w:val="20"/>
                <w:szCs w:val="20"/>
              </w:rPr>
            </w:pPr>
            <w:r w:rsidRPr="001A2E38">
              <w:rPr>
                <w:rFonts w:ascii="Times New Roman" w:eastAsia="Times New Roman" w:hAnsi="Times New Roman" w:cs="Times New Roman"/>
                <w:sz w:val="20"/>
                <w:szCs w:val="20"/>
              </w:rPr>
              <w:t>30840</w:t>
            </w:r>
          </w:p>
        </w:tc>
        <w:tc>
          <w:tcPr>
            <w:tcW w:w="1296" w:type="dxa"/>
            <w:tcBorders>
              <w:top w:val="nil"/>
              <w:left w:val="nil"/>
              <w:bottom w:val="nil"/>
              <w:right w:val="nil"/>
            </w:tcBorders>
            <w:tcMar>
              <w:top w:w="20" w:type="dxa"/>
              <w:left w:w="35" w:type="dxa"/>
              <w:bottom w:w="20" w:type="dxa"/>
              <w:right w:w="35" w:type="dxa"/>
            </w:tcMar>
            <w:vAlign w:val="center"/>
          </w:tcPr>
          <w:p w14:paraId="76D4F870" w14:textId="77777777" w:rsidR="00F4562C" w:rsidRPr="001A2E38" w:rsidRDefault="00F4562C" w:rsidP="005E1D6F">
            <w:pPr>
              <w:spacing w:after="0" w:line="240" w:lineRule="auto"/>
              <w:contextualSpacing/>
              <w:jc w:val="center"/>
              <w:rPr>
                <w:rFonts w:ascii="Times New Roman" w:hAnsi="Times New Roman" w:cs="Times New Roman"/>
                <w:sz w:val="20"/>
                <w:szCs w:val="20"/>
              </w:rPr>
            </w:pPr>
            <w:r w:rsidRPr="001A2E38">
              <w:rPr>
                <w:rFonts w:ascii="Times New Roman" w:eastAsia="Times New Roman" w:hAnsi="Times New Roman" w:cs="Times New Roman"/>
                <w:sz w:val="20"/>
                <w:szCs w:val="20"/>
              </w:rPr>
              <w:t>108,966</w:t>
            </w:r>
          </w:p>
        </w:tc>
        <w:tc>
          <w:tcPr>
            <w:tcW w:w="1080" w:type="dxa"/>
            <w:tcBorders>
              <w:top w:val="nil"/>
              <w:left w:val="nil"/>
              <w:bottom w:val="nil"/>
              <w:right w:val="nil"/>
            </w:tcBorders>
            <w:tcMar>
              <w:top w:w="20" w:type="dxa"/>
              <w:left w:w="35" w:type="dxa"/>
              <w:bottom w:w="20" w:type="dxa"/>
              <w:right w:w="35" w:type="dxa"/>
            </w:tcMar>
            <w:vAlign w:val="center"/>
          </w:tcPr>
          <w:p w14:paraId="634BE708" w14:textId="77777777" w:rsidR="00F4562C" w:rsidRPr="001A2E38" w:rsidRDefault="00F4562C" w:rsidP="005E1D6F">
            <w:pPr>
              <w:spacing w:after="0" w:line="240" w:lineRule="auto"/>
              <w:contextualSpacing/>
              <w:jc w:val="center"/>
              <w:rPr>
                <w:rFonts w:ascii="Times New Roman" w:hAnsi="Times New Roman" w:cs="Times New Roman"/>
                <w:sz w:val="20"/>
                <w:szCs w:val="20"/>
              </w:rPr>
            </w:pPr>
            <w:r w:rsidRPr="001A2E38">
              <w:rPr>
                <w:rFonts w:ascii="Times New Roman" w:eastAsia="Times New Roman" w:hAnsi="Times New Roman" w:cs="Times New Roman"/>
                <w:sz w:val="20"/>
                <w:szCs w:val="20"/>
              </w:rPr>
              <w:t>8.94</w:t>
            </w:r>
          </w:p>
        </w:tc>
        <w:tc>
          <w:tcPr>
            <w:tcW w:w="936" w:type="dxa"/>
            <w:tcBorders>
              <w:top w:val="nil"/>
              <w:left w:val="nil"/>
              <w:bottom w:val="nil"/>
              <w:right w:val="nil"/>
            </w:tcBorders>
            <w:tcMar>
              <w:top w:w="20" w:type="dxa"/>
              <w:left w:w="35" w:type="dxa"/>
              <w:bottom w:w="20" w:type="dxa"/>
              <w:right w:w="35" w:type="dxa"/>
            </w:tcMar>
            <w:vAlign w:val="center"/>
          </w:tcPr>
          <w:p w14:paraId="71EB11F8" w14:textId="77777777" w:rsidR="00F4562C" w:rsidRPr="001A2E38" w:rsidRDefault="00F4562C" w:rsidP="005E1D6F">
            <w:pPr>
              <w:spacing w:after="0" w:line="240" w:lineRule="auto"/>
              <w:contextualSpacing/>
              <w:jc w:val="center"/>
              <w:rPr>
                <w:rFonts w:ascii="Times New Roman" w:hAnsi="Times New Roman" w:cs="Times New Roman"/>
                <w:sz w:val="20"/>
                <w:szCs w:val="20"/>
              </w:rPr>
            </w:pPr>
            <w:r w:rsidRPr="001A2E38">
              <w:rPr>
                <w:rFonts w:ascii="Times New Roman" w:eastAsia="Times New Roman" w:hAnsi="Times New Roman" w:cs="Times New Roman"/>
                <w:sz w:val="20"/>
                <w:szCs w:val="20"/>
              </w:rPr>
              <w:t>4.18</w:t>
            </w:r>
          </w:p>
        </w:tc>
        <w:tc>
          <w:tcPr>
            <w:tcW w:w="1080" w:type="dxa"/>
            <w:tcBorders>
              <w:top w:val="nil"/>
              <w:left w:val="nil"/>
              <w:bottom w:val="nil"/>
              <w:right w:val="nil"/>
            </w:tcBorders>
            <w:tcMar>
              <w:top w:w="20" w:type="dxa"/>
              <w:left w:w="35" w:type="dxa"/>
              <w:bottom w:w="20" w:type="dxa"/>
              <w:right w:w="35" w:type="dxa"/>
            </w:tcMar>
            <w:vAlign w:val="center"/>
          </w:tcPr>
          <w:p w14:paraId="621D3ECB" w14:textId="77777777" w:rsidR="00F4562C" w:rsidRPr="001A2E38" w:rsidRDefault="00F4562C" w:rsidP="005E1D6F">
            <w:pPr>
              <w:spacing w:after="0" w:line="240" w:lineRule="auto"/>
              <w:contextualSpacing/>
              <w:jc w:val="center"/>
              <w:rPr>
                <w:rFonts w:ascii="Times New Roman" w:hAnsi="Times New Roman" w:cs="Times New Roman"/>
                <w:sz w:val="20"/>
                <w:szCs w:val="20"/>
              </w:rPr>
            </w:pPr>
            <w:r w:rsidRPr="001A2E38">
              <w:rPr>
                <w:rFonts w:ascii="Times New Roman" w:eastAsia="Times New Roman" w:hAnsi="Times New Roman" w:cs="Times New Roman"/>
                <w:sz w:val="20"/>
                <w:szCs w:val="20"/>
              </w:rPr>
              <w:t>7.95</w:t>
            </w:r>
          </w:p>
        </w:tc>
        <w:tc>
          <w:tcPr>
            <w:tcW w:w="936" w:type="dxa"/>
            <w:tcBorders>
              <w:top w:val="nil"/>
              <w:left w:val="nil"/>
              <w:bottom w:val="nil"/>
              <w:right w:val="nil"/>
            </w:tcBorders>
            <w:tcMar>
              <w:top w:w="20" w:type="dxa"/>
              <w:left w:w="35" w:type="dxa"/>
              <w:bottom w:w="20" w:type="dxa"/>
              <w:right w:w="35" w:type="dxa"/>
            </w:tcMar>
            <w:vAlign w:val="center"/>
          </w:tcPr>
          <w:p w14:paraId="16FEDA93" w14:textId="77777777" w:rsidR="00F4562C" w:rsidRPr="001A2E38" w:rsidRDefault="00F4562C" w:rsidP="005E1D6F">
            <w:pPr>
              <w:spacing w:after="0" w:line="240" w:lineRule="auto"/>
              <w:contextualSpacing/>
              <w:jc w:val="center"/>
              <w:rPr>
                <w:rFonts w:ascii="Times New Roman" w:hAnsi="Times New Roman" w:cs="Times New Roman"/>
                <w:sz w:val="20"/>
                <w:szCs w:val="20"/>
              </w:rPr>
            </w:pPr>
            <w:r w:rsidRPr="001A2E38">
              <w:rPr>
                <w:rFonts w:ascii="Times New Roman" w:eastAsia="Times New Roman" w:hAnsi="Times New Roman" w:cs="Times New Roman"/>
                <w:sz w:val="20"/>
                <w:szCs w:val="20"/>
              </w:rPr>
              <w:t>6.32</w:t>
            </w:r>
          </w:p>
        </w:tc>
        <w:tc>
          <w:tcPr>
            <w:tcW w:w="936" w:type="dxa"/>
            <w:tcBorders>
              <w:top w:val="nil"/>
              <w:left w:val="nil"/>
              <w:bottom w:val="nil"/>
              <w:right w:val="nil"/>
            </w:tcBorders>
            <w:tcMar>
              <w:top w:w="20" w:type="dxa"/>
              <w:left w:w="35" w:type="dxa"/>
              <w:bottom w:w="20" w:type="dxa"/>
              <w:right w:w="35" w:type="dxa"/>
            </w:tcMar>
            <w:vAlign w:val="center"/>
          </w:tcPr>
          <w:p w14:paraId="4A13F14C" w14:textId="77777777" w:rsidR="00F4562C" w:rsidRPr="001A2E38" w:rsidRDefault="00F4562C" w:rsidP="005E1D6F">
            <w:pPr>
              <w:spacing w:after="0" w:line="240" w:lineRule="auto"/>
              <w:contextualSpacing/>
              <w:jc w:val="center"/>
              <w:rPr>
                <w:rFonts w:ascii="Times New Roman" w:hAnsi="Times New Roman" w:cs="Times New Roman"/>
                <w:sz w:val="20"/>
                <w:szCs w:val="20"/>
              </w:rPr>
            </w:pPr>
            <w:r w:rsidRPr="001A2E38">
              <w:rPr>
                <w:rFonts w:ascii="Times New Roman" w:eastAsia="Times New Roman" w:hAnsi="Times New Roman" w:cs="Times New Roman"/>
                <w:sz w:val="20"/>
                <w:szCs w:val="20"/>
              </w:rPr>
              <w:t>10.28</w:t>
            </w:r>
          </w:p>
        </w:tc>
      </w:tr>
      <w:tr w:rsidR="00F4562C" w:rsidRPr="001A2E38" w14:paraId="31A53097" w14:textId="77777777" w:rsidTr="00CA44B4">
        <w:trPr>
          <w:jc w:val="center"/>
        </w:trPr>
        <w:tc>
          <w:tcPr>
            <w:tcW w:w="1801" w:type="dxa"/>
            <w:tcBorders>
              <w:top w:val="nil"/>
              <w:left w:val="nil"/>
              <w:bottom w:val="nil"/>
              <w:right w:val="nil"/>
            </w:tcBorders>
            <w:tcMar>
              <w:top w:w="20" w:type="dxa"/>
              <w:left w:w="35" w:type="dxa"/>
              <w:bottom w:w="20" w:type="dxa"/>
              <w:right w:w="35" w:type="dxa"/>
            </w:tcMar>
            <w:vAlign w:val="center"/>
          </w:tcPr>
          <w:p w14:paraId="40750E15" w14:textId="77777777" w:rsidR="00F4562C" w:rsidRPr="001A2E38" w:rsidRDefault="00F4562C" w:rsidP="005E1D6F">
            <w:pPr>
              <w:spacing w:after="0" w:line="240" w:lineRule="auto"/>
              <w:contextualSpacing/>
              <w:rPr>
                <w:rFonts w:ascii="Times New Roman" w:hAnsi="Times New Roman" w:cs="Times New Roman"/>
                <w:sz w:val="20"/>
                <w:szCs w:val="20"/>
              </w:rPr>
            </w:pPr>
          </w:p>
        </w:tc>
        <w:tc>
          <w:tcPr>
            <w:tcW w:w="4392" w:type="dxa"/>
            <w:tcBorders>
              <w:top w:val="nil"/>
              <w:left w:val="nil"/>
              <w:bottom w:val="nil"/>
              <w:right w:val="nil"/>
            </w:tcBorders>
            <w:tcMar>
              <w:top w:w="20" w:type="dxa"/>
              <w:left w:w="35" w:type="dxa"/>
              <w:bottom w:w="20" w:type="dxa"/>
              <w:right w:w="35" w:type="dxa"/>
            </w:tcMar>
            <w:vAlign w:val="center"/>
          </w:tcPr>
          <w:p w14:paraId="65AA1FF5" w14:textId="77777777" w:rsidR="00F4562C" w:rsidRPr="001A2E38" w:rsidRDefault="00F4562C" w:rsidP="005E1D6F">
            <w:pPr>
              <w:spacing w:after="0" w:line="240" w:lineRule="auto"/>
              <w:contextualSpacing/>
              <w:rPr>
                <w:rFonts w:ascii="Times New Roman" w:hAnsi="Times New Roman" w:cs="Times New Roman"/>
                <w:sz w:val="20"/>
                <w:szCs w:val="20"/>
              </w:rPr>
            </w:pPr>
            <w:r w:rsidRPr="001A2E38">
              <w:rPr>
                <w:rFonts w:ascii="Times New Roman" w:eastAsia="Times New Roman" w:hAnsi="Times New Roman" w:cs="Times New Roman"/>
                <w:sz w:val="20"/>
                <w:szCs w:val="20"/>
              </w:rPr>
              <w:t>TP (g/L)</w:t>
            </w:r>
          </w:p>
        </w:tc>
        <w:tc>
          <w:tcPr>
            <w:tcW w:w="1007" w:type="dxa"/>
            <w:tcBorders>
              <w:top w:val="nil"/>
              <w:left w:val="nil"/>
              <w:bottom w:val="nil"/>
              <w:right w:val="nil"/>
            </w:tcBorders>
            <w:tcMar>
              <w:top w:w="20" w:type="dxa"/>
              <w:left w:w="35" w:type="dxa"/>
              <w:bottom w:w="20" w:type="dxa"/>
              <w:right w:w="35" w:type="dxa"/>
            </w:tcMar>
            <w:vAlign w:val="center"/>
          </w:tcPr>
          <w:p w14:paraId="4A98DC29" w14:textId="77777777" w:rsidR="00F4562C" w:rsidRPr="001A2E38" w:rsidRDefault="00F4562C" w:rsidP="005E1D6F">
            <w:pPr>
              <w:spacing w:after="0" w:line="240" w:lineRule="auto"/>
              <w:contextualSpacing/>
              <w:jc w:val="center"/>
              <w:rPr>
                <w:rFonts w:ascii="Times New Roman" w:hAnsi="Times New Roman" w:cs="Times New Roman"/>
                <w:sz w:val="20"/>
                <w:szCs w:val="20"/>
              </w:rPr>
            </w:pPr>
            <w:r w:rsidRPr="001A2E38">
              <w:rPr>
                <w:rFonts w:ascii="Times New Roman" w:eastAsia="Times New Roman" w:hAnsi="Times New Roman" w:cs="Times New Roman"/>
                <w:sz w:val="20"/>
                <w:szCs w:val="20"/>
              </w:rPr>
              <w:t>30860</w:t>
            </w:r>
          </w:p>
        </w:tc>
        <w:tc>
          <w:tcPr>
            <w:tcW w:w="1296" w:type="dxa"/>
            <w:tcBorders>
              <w:top w:val="nil"/>
              <w:left w:val="nil"/>
              <w:bottom w:val="nil"/>
              <w:right w:val="nil"/>
            </w:tcBorders>
            <w:tcMar>
              <w:top w:w="20" w:type="dxa"/>
              <w:left w:w="35" w:type="dxa"/>
              <w:bottom w:w="20" w:type="dxa"/>
              <w:right w:w="35" w:type="dxa"/>
            </w:tcMar>
            <w:vAlign w:val="center"/>
          </w:tcPr>
          <w:p w14:paraId="6542E8C9" w14:textId="77777777" w:rsidR="00F4562C" w:rsidRPr="001A2E38" w:rsidRDefault="00F4562C" w:rsidP="005E1D6F">
            <w:pPr>
              <w:spacing w:after="0" w:line="240" w:lineRule="auto"/>
              <w:contextualSpacing/>
              <w:jc w:val="center"/>
              <w:rPr>
                <w:rFonts w:ascii="Times New Roman" w:hAnsi="Times New Roman" w:cs="Times New Roman"/>
                <w:sz w:val="20"/>
                <w:szCs w:val="20"/>
              </w:rPr>
            </w:pPr>
            <w:r w:rsidRPr="001A2E38">
              <w:rPr>
                <w:rFonts w:ascii="Times New Roman" w:eastAsia="Times New Roman" w:hAnsi="Times New Roman" w:cs="Times New Roman"/>
                <w:sz w:val="20"/>
                <w:szCs w:val="20"/>
              </w:rPr>
              <w:t>109,283</w:t>
            </w:r>
          </w:p>
        </w:tc>
        <w:tc>
          <w:tcPr>
            <w:tcW w:w="1080" w:type="dxa"/>
            <w:tcBorders>
              <w:top w:val="nil"/>
              <w:left w:val="nil"/>
              <w:bottom w:val="nil"/>
              <w:right w:val="nil"/>
            </w:tcBorders>
            <w:tcMar>
              <w:top w:w="20" w:type="dxa"/>
              <w:left w:w="35" w:type="dxa"/>
              <w:bottom w:w="20" w:type="dxa"/>
              <w:right w:w="35" w:type="dxa"/>
            </w:tcMar>
            <w:vAlign w:val="center"/>
          </w:tcPr>
          <w:p w14:paraId="52E94355" w14:textId="77777777" w:rsidR="00F4562C" w:rsidRPr="001A2E38" w:rsidRDefault="00F4562C" w:rsidP="005E1D6F">
            <w:pPr>
              <w:spacing w:after="0" w:line="240" w:lineRule="auto"/>
              <w:contextualSpacing/>
              <w:jc w:val="center"/>
              <w:rPr>
                <w:rFonts w:ascii="Times New Roman" w:hAnsi="Times New Roman" w:cs="Times New Roman"/>
                <w:sz w:val="20"/>
                <w:szCs w:val="20"/>
              </w:rPr>
            </w:pPr>
            <w:r w:rsidRPr="001A2E38">
              <w:rPr>
                <w:rFonts w:ascii="Times New Roman" w:eastAsia="Times New Roman" w:hAnsi="Times New Roman" w:cs="Times New Roman"/>
                <w:sz w:val="20"/>
                <w:szCs w:val="20"/>
              </w:rPr>
              <w:t>72.78</w:t>
            </w:r>
          </w:p>
        </w:tc>
        <w:tc>
          <w:tcPr>
            <w:tcW w:w="936" w:type="dxa"/>
            <w:tcBorders>
              <w:top w:val="nil"/>
              <w:left w:val="nil"/>
              <w:bottom w:val="nil"/>
              <w:right w:val="nil"/>
            </w:tcBorders>
            <w:tcMar>
              <w:top w:w="20" w:type="dxa"/>
              <w:left w:w="35" w:type="dxa"/>
              <w:bottom w:w="20" w:type="dxa"/>
              <w:right w:w="35" w:type="dxa"/>
            </w:tcMar>
            <w:vAlign w:val="center"/>
          </w:tcPr>
          <w:p w14:paraId="59C8E553" w14:textId="77777777" w:rsidR="00F4562C" w:rsidRPr="001A2E38" w:rsidRDefault="00F4562C" w:rsidP="005E1D6F">
            <w:pPr>
              <w:spacing w:after="0" w:line="240" w:lineRule="auto"/>
              <w:contextualSpacing/>
              <w:jc w:val="center"/>
              <w:rPr>
                <w:rFonts w:ascii="Times New Roman" w:hAnsi="Times New Roman" w:cs="Times New Roman"/>
                <w:sz w:val="20"/>
                <w:szCs w:val="20"/>
              </w:rPr>
            </w:pPr>
            <w:r w:rsidRPr="001A2E38">
              <w:rPr>
                <w:rFonts w:ascii="Times New Roman" w:eastAsia="Times New Roman" w:hAnsi="Times New Roman" w:cs="Times New Roman"/>
                <w:sz w:val="20"/>
                <w:szCs w:val="20"/>
              </w:rPr>
              <w:t>4.01</w:t>
            </w:r>
          </w:p>
        </w:tc>
        <w:tc>
          <w:tcPr>
            <w:tcW w:w="1080" w:type="dxa"/>
            <w:tcBorders>
              <w:top w:val="nil"/>
              <w:left w:val="nil"/>
              <w:bottom w:val="nil"/>
              <w:right w:val="nil"/>
            </w:tcBorders>
            <w:tcMar>
              <w:top w:w="20" w:type="dxa"/>
              <w:left w:w="35" w:type="dxa"/>
              <w:bottom w:w="20" w:type="dxa"/>
              <w:right w:w="35" w:type="dxa"/>
            </w:tcMar>
            <w:vAlign w:val="center"/>
          </w:tcPr>
          <w:p w14:paraId="0B128C01" w14:textId="77777777" w:rsidR="00F4562C" w:rsidRPr="001A2E38" w:rsidRDefault="00F4562C" w:rsidP="005E1D6F">
            <w:pPr>
              <w:spacing w:after="0" w:line="240" w:lineRule="auto"/>
              <w:contextualSpacing/>
              <w:jc w:val="center"/>
              <w:rPr>
                <w:rFonts w:ascii="Times New Roman" w:hAnsi="Times New Roman" w:cs="Times New Roman"/>
                <w:sz w:val="20"/>
                <w:szCs w:val="20"/>
              </w:rPr>
            </w:pPr>
            <w:r w:rsidRPr="001A2E38">
              <w:rPr>
                <w:rFonts w:ascii="Times New Roman" w:eastAsia="Times New Roman" w:hAnsi="Times New Roman" w:cs="Times New Roman"/>
                <w:sz w:val="20"/>
                <w:szCs w:val="20"/>
              </w:rPr>
              <w:t>72.60</w:t>
            </w:r>
          </w:p>
        </w:tc>
        <w:tc>
          <w:tcPr>
            <w:tcW w:w="936" w:type="dxa"/>
            <w:tcBorders>
              <w:top w:val="nil"/>
              <w:left w:val="nil"/>
              <w:bottom w:val="nil"/>
              <w:right w:val="nil"/>
            </w:tcBorders>
            <w:tcMar>
              <w:top w:w="20" w:type="dxa"/>
              <w:left w:w="35" w:type="dxa"/>
              <w:bottom w:w="20" w:type="dxa"/>
              <w:right w:w="35" w:type="dxa"/>
            </w:tcMar>
            <w:vAlign w:val="center"/>
          </w:tcPr>
          <w:p w14:paraId="6191B696" w14:textId="77777777" w:rsidR="00F4562C" w:rsidRPr="001A2E38" w:rsidRDefault="00F4562C" w:rsidP="005E1D6F">
            <w:pPr>
              <w:spacing w:after="0" w:line="240" w:lineRule="auto"/>
              <w:contextualSpacing/>
              <w:jc w:val="center"/>
              <w:rPr>
                <w:rFonts w:ascii="Times New Roman" w:hAnsi="Times New Roman" w:cs="Times New Roman"/>
                <w:sz w:val="20"/>
                <w:szCs w:val="20"/>
              </w:rPr>
            </w:pPr>
            <w:r w:rsidRPr="001A2E38">
              <w:rPr>
                <w:rFonts w:ascii="Times New Roman" w:eastAsia="Times New Roman" w:hAnsi="Times New Roman" w:cs="Times New Roman"/>
                <w:sz w:val="20"/>
                <w:szCs w:val="20"/>
              </w:rPr>
              <w:t>70.09</w:t>
            </w:r>
          </w:p>
        </w:tc>
        <w:tc>
          <w:tcPr>
            <w:tcW w:w="936" w:type="dxa"/>
            <w:tcBorders>
              <w:top w:val="nil"/>
              <w:left w:val="nil"/>
              <w:bottom w:val="nil"/>
              <w:right w:val="nil"/>
            </w:tcBorders>
            <w:tcMar>
              <w:top w:w="20" w:type="dxa"/>
              <w:left w:w="35" w:type="dxa"/>
              <w:bottom w:w="20" w:type="dxa"/>
              <w:right w:w="35" w:type="dxa"/>
            </w:tcMar>
            <w:vAlign w:val="center"/>
          </w:tcPr>
          <w:p w14:paraId="2E16897C" w14:textId="77777777" w:rsidR="00F4562C" w:rsidRPr="001A2E38" w:rsidRDefault="00F4562C" w:rsidP="005E1D6F">
            <w:pPr>
              <w:spacing w:after="0" w:line="240" w:lineRule="auto"/>
              <w:contextualSpacing/>
              <w:jc w:val="center"/>
              <w:rPr>
                <w:rFonts w:ascii="Times New Roman" w:hAnsi="Times New Roman" w:cs="Times New Roman"/>
                <w:sz w:val="20"/>
                <w:szCs w:val="20"/>
              </w:rPr>
            </w:pPr>
            <w:r w:rsidRPr="001A2E38">
              <w:rPr>
                <w:rFonts w:ascii="Times New Roman" w:eastAsia="Times New Roman" w:hAnsi="Times New Roman" w:cs="Times New Roman"/>
                <w:sz w:val="20"/>
                <w:szCs w:val="20"/>
              </w:rPr>
              <w:t>75.28</w:t>
            </w:r>
          </w:p>
        </w:tc>
      </w:tr>
      <w:tr w:rsidR="00F4562C" w:rsidRPr="001A2E38" w14:paraId="609ABFAC" w14:textId="77777777" w:rsidTr="00CA44B4">
        <w:trPr>
          <w:jc w:val="center"/>
        </w:trPr>
        <w:tc>
          <w:tcPr>
            <w:tcW w:w="1801" w:type="dxa"/>
            <w:tcBorders>
              <w:top w:val="nil"/>
              <w:left w:val="nil"/>
              <w:bottom w:val="nil"/>
              <w:right w:val="nil"/>
            </w:tcBorders>
            <w:tcMar>
              <w:top w:w="20" w:type="dxa"/>
              <w:left w:w="35" w:type="dxa"/>
              <w:bottom w:w="20" w:type="dxa"/>
              <w:right w:w="35" w:type="dxa"/>
            </w:tcMar>
            <w:vAlign w:val="center"/>
          </w:tcPr>
          <w:p w14:paraId="2945E2D4" w14:textId="77777777" w:rsidR="00F4562C" w:rsidRPr="001A2E38" w:rsidRDefault="00F4562C" w:rsidP="005E1D6F">
            <w:pPr>
              <w:spacing w:after="0" w:line="240" w:lineRule="auto"/>
              <w:contextualSpacing/>
              <w:rPr>
                <w:rFonts w:ascii="Times New Roman" w:hAnsi="Times New Roman" w:cs="Times New Roman"/>
                <w:sz w:val="20"/>
                <w:szCs w:val="20"/>
              </w:rPr>
            </w:pPr>
            <w:r w:rsidRPr="001A2E38">
              <w:rPr>
                <w:rFonts w:ascii="Times New Roman" w:eastAsia="Times New Roman" w:hAnsi="Times New Roman" w:cs="Times New Roman"/>
                <w:b/>
                <w:sz w:val="20"/>
                <w:szCs w:val="20"/>
              </w:rPr>
              <w:t>Kidney function</w:t>
            </w:r>
          </w:p>
        </w:tc>
        <w:tc>
          <w:tcPr>
            <w:tcW w:w="4392" w:type="dxa"/>
            <w:tcBorders>
              <w:top w:val="nil"/>
              <w:left w:val="nil"/>
              <w:bottom w:val="nil"/>
              <w:right w:val="nil"/>
            </w:tcBorders>
            <w:tcMar>
              <w:top w:w="20" w:type="dxa"/>
              <w:left w:w="35" w:type="dxa"/>
              <w:bottom w:w="20" w:type="dxa"/>
              <w:right w:w="35" w:type="dxa"/>
            </w:tcMar>
            <w:vAlign w:val="center"/>
          </w:tcPr>
          <w:p w14:paraId="791BADE9" w14:textId="77777777" w:rsidR="00F4562C" w:rsidRPr="001A2E38" w:rsidRDefault="00F4562C" w:rsidP="005E1D6F">
            <w:pPr>
              <w:spacing w:after="0" w:line="240" w:lineRule="auto"/>
              <w:contextualSpacing/>
              <w:rPr>
                <w:rFonts w:ascii="Times New Roman" w:hAnsi="Times New Roman" w:cs="Times New Roman"/>
                <w:sz w:val="20"/>
                <w:szCs w:val="20"/>
              </w:rPr>
            </w:pPr>
            <w:r w:rsidRPr="001A2E38">
              <w:rPr>
                <w:rFonts w:ascii="Times New Roman" w:eastAsia="Times New Roman" w:hAnsi="Times New Roman" w:cs="Times New Roman"/>
                <w:sz w:val="20"/>
                <w:szCs w:val="20"/>
              </w:rPr>
              <w:t>Urea (mmol/L)</w:t>
            </w:r>
          </w:p>
        </w:tc>
        <w:tc>
          <w:tcPr>
            <w:tcW w:w="1007" w:type="dxa"/>
            <w:tcBorders>
              <w:top w:val="nil"/>
              <w:left w:val="nil"/>
              <w:bottom w:val="nil"/>
              <w:right w:val="nil"/>
            </w:tcBorders>
            <w:tcMar>
              <w:top w:w="20" w:type="dxa"/>
              <w:left w:w="35" w:type="dxa"/>
              <w:bottom w:w="20" w:type="dxa"/>
              <w:right w:w="35" w:type="dxa"/>
            </w:tcMar>
            <w:vAlign w:val="center"/>
          </w:tcPr>
          <w:p w14:paraId="35EBCE1D" w14:textId="77777777" w:rsidR="00F4562C" w:rsidRPr="001A2E38" w:rsidRDefault="00F4562C" w:rsidP="005E1D6F">
            <w:pPr>
              <w:spacing w:after="0" w:line="240" w:lineRule="auto"/>
              <w:contextualSpacing/>
              <w:jc w:val="center"/>
              <w:rPr>
                <w:rFonts w:ascii="Times New Roman" w:hAnsi="Times New Roman" w:cs="Times New Roman"/>
                <w:sz w:val="20"/>
                <w:szCs w:val="20"/>
              </w:rPr>
            </w:pPr>
            <w:r w:rsidRPr="001A2E38">
              <w:rPr>
                <w:rFonts w:ascii="Times New Roman" w:eastAsia="Times New Roman" w:hAnsi="Times New Roman" w:cs="Times New Roman"/>
                <w:sz w:val="20"/>
                <w:szCs w:val="20"/>
              </w:rPr>
              <w:t>30670</w:t>
            </w:r>
          </w:p>
        </w:tc>
        <w:tc>
          <w:tcPr>
            <w:tcW w:w="1296" w:type="dxa"/>
            <w:tcBorders>
              <w:top w:val="nil"/>
              <w:left w:val="nil"/>
              <w:bottom w:val="nil"/>
              <w:right w:val="nil"/>
            </w:tcBorders>
            <w:tcMar>
              <w:top w:w="20" w:type="dxa"/>
              <w:left w:w="35" w:type="dxa"/>
              <w:bottom w:w="20" w:type="dxa"/>
              <w:right w:w="35" w:type="dxa"/>
            </w:tcMar>
            <w:vAlign w:val="center"/>
          </w:tcPr>
          <w:p w14:paraId="324EFBCA" w14:textId="77777777" w:rsidR="00F4562C" w:rsidRPr="001A2E38" w:rsidRDefault="00F4562C" w:rsidP="005E1D6F">
            <w:pPr>
              <w:spacing w:after="0" w:line="240" w:lineRule="auto"/>
              <w:contextualSpacing/>
              <w:jc w:val="center"/>
              <w:rPr>
                <w:rFonts w:ascii="Times New Roman" w:hAnsi="Times New Roman" w:cs="Times New Roman"/>
                <w:sz w:val="20"/>
                <w:szCs w:val="20"/>
              </w:rPr>
            </w:pPr>
            <w:r w:rsidRPr="001A2E38">
              <w:rPr>
                <w:rFonts w:ascii="Times New Roman" w:eastAsia="Times New Roman" w:hAnsi="Times New Roman" w:cs="Times New Roman"/>
                <w:sz w:val="20"/>
                <w:szCs w:val="20"/>
              </w:rPr>
              <w:t>109,407</w:t>
            </w:r>
          </w:p>
        </w:tc>
        <w:tc>
          <w:tcPr>
            <w:tcW w:w="1080" w:type="dxa"/>
            <w:tcBorders>
              <w:top w:val="nil"/>
              <w:left w:val="nil"/>
              <w:bottom w:val="nil"/>
              <w:right w:val="nil"/>
            </w:tcBorders>
            <w:tcMar>
              <w:top w:w="20" w:type="dxa"/>
              <w:left w:w="35" w:type="dxa"/>
              <w:bottom w:w="20" w:type="dxa"/>
              <w:right w:w="35" w:type="dxa"/>
            </w:tcMar>
            <w:vAlign w:val="center"/>
          </w:tcPr>
          <w:p w14:paraId="1B1E3247" w14:textId="77777777" w:rsidR="00F4562C" w:rsidRPr="001A2E38" w:rsidRDefault="00F4562C" w:rsidP="005E1D6F">
            <w:pPr>
              <w:spacing w:after="0" w:line="240" w:lineRule="auto"/>
              <w:contextualSpacing/>
              <w:jc w:val="center"/>
              <w:rPr>
                <w:rFonts w:ascii="Times New Roman" w:hAnsi="Times New Roman" w:cs="Times New Roman"/>
                <w:sz w:val="20"/>
                <w:szCs w:val="20"/>
              </w:rPr>
            </w:pPr>
            <w:r w:rsidRPr="001A2E38">
              <w:rPr>
                <w:rFonts w:ascii="Times New Roman" w:eastAsia="Times New Roman" w:hAnsi="Times New Roman" w:cs="Times New Roman"/>
                <w:sz w:val="20"/>
                <w:szCs w:val="20"/>
              </w:rPr>
              <w:t>5.55</w:t>
            </w:r>
          </w:p>
        </w:tc>
        <w:tc>
          <w:tcPr>
            <w:tcW w:w="936" w:type="dxa"/>
            <w:tcBorders>
              <w:top w:val="nil"/>
              <w:left w:val="nil"/>
              <w:bottom w:val="nil"/>
              <w:right w:val="nil"/>
            </w:tcBorders>
            <w:tcMar>
              <w:top w:w="20" w:type="dxa"/>
              <w:left w:w="35" w:type="dxa"/>
              <w:bottom w:w="20" w:type="dxa"/>
              <w:right w:w="35" w:type="dxa"/>
            </w:tcMar>
            <w:vAlign w:val="center"/>
          </w:tcPr>
          <w:p w14:paraId="707B829D" w14:textId="77777777" w:rsidR="00F4562C" w:rsidRPr="001A2E38" w:rsidRDefault="00F4562C" w:rsidP="005E1D6F">
            <w:pPr>
              <w:spacing w:after="0" w:line="240" w:lineRule="auto"/>
              <w:contextualSpacing/>
              <w:jc w:val="center"/>
              <w:rPr>
                <w:rFonts w:ascii="Times New Roman" w:hAnsi="Times New Roman" w:cs="Times New Roman"/>
                <w:sz w:val="20"/>
                <w:szCs w:val="20"/>
              </w:rPr>
            </w:pPr>
            <w:r w:rsidRPr="001A2E38">
              <w:rPr>
                <w:rFonts w:ascii="Times New Roman" w:eastAsia="Times New Roman" w:hAnsi="Times New Roman" w:cs="Times New Roman"/>
                <w:sz w:val="20"/>
                <w:szCs w:val="20"/>
              </w:rPr>
              <w:t>1.36</w:t>
            </w:r>
          </w:p>
        </w:tc>
        <w:tc>
          <w:tcPr>
            <w:tcW w:w="1080" w:type="dxa"/>
            <w:tcBorders>
              <w:top w:val="nil"/>
              <w:left w:val="nil"/>
              <w:bottom w:val="nil"/>
              <w:right w:val="nil"/>
            </w:tcBorders>
            <w:tcMar>
              <w:top w:w="20" w:type="dxa"/>
              <w:left w:w="35" w:type="dxa"/>
              <w:bottom w:w="20" w:type="dxa"/>
              <w:right w:w="35" w:type="dxa"/>
            </w:tcMar>
            <w:vAlign w:val="center"/>
          </w:tcPr>
          <w:p w14:paraId="4D4EC369" w14:textId="77777777" w:rsidR="00F4562C" w:rsidRPr="001A2E38" w:rsidRDefault="00F4562C" w:rsidP="005E1D6F">
            <w:pPr>
              <w:spacing w:after="0" w:line="240" w:lineRule="auto"/>
              <w:contextualSpacing/>
              <w:jc w:val="center"/>
              <w:rPr>
                <w:rFonts w:ascii="Times New Roman" w:hAnsi="Times New Roman" w:cs="Times New Roman"/>
                <w:sz w:val="20"/>
                <w:szCs w:val="20"/>
              </w:rPr>
            </w:pPr>
            <w:r w:rsidRPr="001A2E38">
              <w:rPr>
                <w:rFonts w:ascii="Times New Roman" w:eastAsia="Times New Roman" w:hAnsi="Times New Roman" w:cs="Times New Roman"/>
                <w:sz w:val="20"/>
                <w:szCs w:val="20"/>
              </w:rPr>
              <w:t>5.41</w:t>
            </w:r>
          </w:p>
        </w:tc>
        <w:tc>
          <w:tcPr>
            <w:tcW w:w="936" w:type="dxa"/>
            <w:tcBorders>
              <w:top w:val="nil"/>
              <w:left w:val="nil"/>
              <w:bottom w:val="nil"/>
              <w:right w:val="nil"/>
            </w:tcBorders>
            <w:tcMar>
              <w:top w:w="20" w:type="dxa"/>
              <w:left w:w="35" w:type="dxa"/>
              <w:bottom w:w="20" w:type="dxa"/>
              <w:right w:w="35" w:type="dxa"/>
            </w:tcMar>
            <w:vAlign w:val="center"/>
          </w:tcPr>
          <w:p w14:paraId="61AB6F14" w14:textId="77777777" w:rsidR="00F4562C" w:rsidRPr="001A2E38" w:rsidRDefault="00F4562C" w:rsidP="005E1D6F">
            <w:pPr>
              <w:spacing w:after="0" w:line="240" w:lineRule="auto"/>
              <w:contextualSpacing/>
              <w:jc w:val="center"/>
              <w:rPr>
                <w:rFonts w:ascii="Times New Roman" w:hAnsi="Times New Roman" w:cs="Times New Roman"/>
                <w:sz w:val="20"/>
                <w:szCs w:val="20"/>
              </w:rPr>
            </w:pPr>
            <w:r w:rsidRPr="001A2E38">
              <w:rPr>
                <w:rFonts w:ascii="Times New Roman" w:eastAsia="Times New Roman" w:hAnsi="Times New Roman" w:cs="Times New Roman"/>
                <w:sz w:val="20"/>
                <w:szCs w:val="20"/>
              </w:rPr>
              <w:t>4.64</w:t>
            </w:r>
          </w:p>
        </w:tc>
        <w:tc>
          <w:tcPr>
            <w:tcW w:w="936" w:type="dxa"/>
            <w:tcBorders>
              <w:top w:val="nil"/>
              <w:left w:val="nil"/>
              <w:bottom w:val="nil"/>
              <w:right w:val="nil"/>
            </w:tcBorders>
            <w:tcMar>
              <w:top w:w="20" w:type="dxa"/>
              <w:left w:w="35" w:type="dxa"/>
              <w:bottom w:w="20" w:type="dxa"/>
              <w:right w:w="35" w:type="dxa"/>
            </w:tcMar>
            <w:vAlign w:val="center"/>
          </w:tcPr>
          <w:p w14:paraId="08D14D9A" w14:textId="77777777" w:rsidR="00F4562C" w:rsidRPr="001A2E38" w:rsidRDefault="00F4562C" w:rsidP="005E1D6F">
            <w:pPr>
              <w:spacing w:after="0" w:line="240" w:lineRule="auto"/>
              <w:contextualSpacing/>
              <w:jc w:val="center"/>
              <w:rPr>
                <w:rFonts w:ascii="Times New Roman" w:hAnsi="Times New Roman" w:cs="Times New Roman"/>
                <w:sz w:val="20"/>
                <w:szCs w:val="20"/>
              </w:rPr>
            </w:pPr>
            <w:r w:rsidRPr="001A2E38">
              <w:rPr>
                <w:rFonts w:ascii="Times New Roman" w:eastAsia="Times New Roman" w:hAnsi="Times New Roman" w:cs="Times New Roman"/>
                <w:sz w:val="20"/>
                <w:szCs w:val="20"/>
              </w:rPr>
              <w:t>6.28</w:t>
            </w:r>
          </w:p>
        </w:tc>
      </w:tr>
      <w:tr w:rsidR="00F4562C" w:rsidRPr="001A2E38" w14:paraId="4CE14112" w14:textId="77777777" w:rsidTr="00CA44B4">
        <w:trPr>
          <w:jc w:val="center"/>
        </w:trPr>
        <w:tc>
          <w:tcPr>
            <w:tcW w:w="1801" w:type="dxa"/>
            <w:tcBorders>
              <w:top w:val="nil"/>
              <w:left w:val="nil"/>
              <w:bottom w:val="nil"/>
              <w:right w:val="nil"/>
            </w:tcBorders>
            <w:tcMar>
              <w:top w:w="20" w:type="dxa"/>
              <w:left w:w="35" w:type="dxa"/>
              <w:bottom w:w="20" w:type="dxa"/>
              <w:right w:w="35" w:type="dxa"/>
            </w:tcMar>
            <w:vAlign w:val="center"/>
          </w:tcPr>
          <w:p w14:paraId="2BB80233" w14:textId="77777777" w:rsidR="00F4562C" w:rsidRPr="001A2E38" w:rsidRDefault="00F4562C" w:rsidP="005E1D6F">
            <w:pPr>
              <w:spacing w:after="0" w:line="240" w:lineRule="auto"/>
              <w:contextualSpacing/>
              <w:rPr>
                <w:rFonts w:ascii="Times New Roman" w:hAnsi="Times New Roman" w:cs="Times New Roman"/>
                <w:sz w:val="20"/>
                <w:szCs w:val="20"/>
              </w:rPr>
            </w:pPr>
          </w:p>
        </w:tc>
        <w:tc>
          <w:tcPr>
            <w:tcW w:w="4392" w:type="dxa"/>
            <w:tcBorders>
              <w:top w:val="nil"/>
              <w:left w:val="nil"/>
              <w:bottom w:val="nil"/>
              <w:right w:val="nil"/>
            </w:tcBorders>
            <w:tcMar>
              <w:top w:w="20" w:type="dxa"/>
              <w:left w:w="35" w:type="dxa"/>
              <w:bottom w:w="20" w:type="dxa"/>
              <w:right w:w="35" w:type="dxa"/>
            </w:tcMar>
            <w:vAlign w:val="center"/>
          </w:tcPr>
          <w:p w14:paraId="4D393AC3" w14:textId="77777777" w:rsidR="00F4562C" w:rsidRPr="001A2E38" w:rsidRDefault="00F4562C" w:rsidP="005E1D6F">
            <w:pPr>
              <w:spacing w:after="0" w:line="240" w:lineRule="auto"/>
              <w:contextualSpacing/>
              <w:rPr>
                <w:rFonts w:ascii="Times New Roman" w:hAnsi="Times New Roman" w:cs="Times New Roman"/>
                <w:sz w:val="20"/>
                <w:szCs w:val="20"/>
              </w:rPr>
            </w:pPr>
            <w:r w:rsidRPr="001A2E38">
              <w:rPr>
                <w:rFonts w:ascii="Times New Roman" w:eastAsia="Times New Roman" w:hAnsi="Times New Roman" w:cs="Times New Roman"/>
                <w:sz w:val="20"/>
                <w:szCs w:val="20"/>
              </w:rPr>
              <w:t>Creatinine (µmol/L)</w:t>
            </w:r>
          </w:p>
        </w:tc>
        <w:tc>
          <w:tcPr>
            <w:tcW w:w="1007" w:type="dxa"/>
            <w:tcBorders>
              <w:top w:val="nil"/>
              <w:left w:val="nil"/>
              <w:bottom w:val="nil"/>
              <w:right w:val="nil"/>
            </w:tcBorders>
            <w:tcMar>
              <w:top w:w="20" w:type="dxa"/>
              <w:left w:w="35" w:type="dxa"/>
              <w:bottom w:w="20" w:type="dxa"/>
              <w:right w:w="35" w:type="dxa"/>
            </w:tcMar>
            <w:vAlign w:val="center"/>
          </w:tcPr>
          <w:p w14:paraId="27903BAF" w14:textId="77777777" w:rsidR="00F4562C" w:rsidRPr="001A2E38" w:rsidRDefault="00F4562C" w:rsidP="005E1D6F">
            <w:pPr>
              <w:spacing w:after="0" w:line="240" w:lineRule="auto"/>
              <w:contextualSpacing/>
              <w:jc w:val="center"/>
              <w:rPr>
                <w:rFonts w:ascii="Times New Roman" w:hAnsi="Times New Roman" w:cs="Times New Roman"/>
                <w:sz w:val="20"/>
                <w:szCs w:val="20"/>
              </w:rPr>
            </w:pPr>
            <w:r w:rsidRPr="001A2E38">
              <w:rPr>
                <w:rFonts w:ascii="Times New Roman" w:eastAsia="Times New Roman" w:hAnsi="Times New Roman" w:cs="Times New Roman"/>
                <w:sz w:val="20"/>
                <w:szCs w:val="20"/>
              </w:rPr>
              <w:t>30700</w:t>
            </w:r>
          </w:p>
        </w:tc>
        <w:tc>
          <w:tcPr>
            <w:tcW w:w="1296" w:type="dxa"/>
            <w:tcBorders>
              <w:top w:val="nil"/>
              <w:left w:val="nil"/>
              <w:bottom w:val="nil"/>
              <w:right w:val="nil"/>
            </w:tcBorders>
            <w:tcMar>
              <w:top w:w="20" w:type="dxa"/>
              <w:left w:w="35" w:type="dxa"/>
              <w:bottom w:w="20" w:type="dxa"/>
              <w:right w:w="35" w:type="dxa"/>
            </w:tcMar>
            <w:vAlign w:val="center"/>
          </w:tcPr>
          <w:p w14:paraId="634E712E" w14:textId="77777777" w:rsidR="00F4562C" w:rsidRPr="001A2E38" w:rsidRDefault="00F4562C" w:rsidP="005E1D6F">
            <w:pPr>
              <w:spacing w:after="0" w:line="240" w:lineRule="auto"/>
              <w:contextualSpacing/>
              <w:jc w:val="center"/>
              <w:rPr>
                <w:rFonts w:ascii="Times New Roman" w:hAnsi="Times New Roman" w:cs="Times New Roman"/>
                <w:sz w:val="20"/>
                <w:szCs w:val="20"/>
              </w:rPr>
            </w:pPr>
            <w:r w:rsidRPr="001A2E38">
              <w:rPr>
                <w:rFonts w:ascii="Times New Roman" w:eastAsia="Times New Roman" w:hAnsi="Times New Roman" w:cs="Times New Roman"/>
                <w:sz w:val="20"/>
                <w:szCs w:val="20"/>
              </w:rPr>
              <w:t>109,425</w:t>
            </w:r>
          </w:p>
        </w:tc>
        <w:tc>
          <w:tcPr>
            <w:tcW w:w="1080" w:type="dxa"/>
            <w:tcBorders>
              <w:top w:val="nil"/>
              <w:left w:val="nil"/>
              <w:bottom w:val="nil"/>
              <w:right w:val="nil"/>
            </w:tcBorders>
            <w:tcMar>
              <w:top w:w="20" w:type="dxa"/>
              <w:left w:w="35" w:type="dxa"/>
              <w:bottom w:w="20" w:type="dxa"/>
              <w:right w:w="35" w:type="dxa"/>
            </w:tcMar>
            <w:vAlign w:val="center"/>
          </w:tcPr>
          <w:p w14:paraId="5358CBEC" w14:textId="77777777" w:rsidR="00F4562C" w:rsidRPr="001A2E38" w:rsidRDefault="00F4562C" w:rsidP="005E1D6F">
            <w:pPr>
              <w:spacing w:after="0" w:line="240" w:lineRule="auto"/>
              <w:contextualSpacing/>
              <w:jc w:val="center"/>
              <w:rPr>
                <w:rFonts w:ascii="Times New Roman" w:hAnsi="Times New Roman" w:cs="Times New Roman"/>
                <w:sz w:val="20"/>
                <w:szCs w:val="20"/>
              </w:rPr>
            </w:pPr>
            <w:r w:rsidRPr="001A2E38">
              <w:rPr>
                <w:rFonts w:ascii="Times New Roman" w:eastAsia="Times New Roman" w:hAnsi="Times New Roman" w:cs="Times New Roman"/>
                <w:sz w:val="20"/>
                <w:szCs w:val="20"/>
              </w:rPr>
              <w:t>75.58</w:t>
            </w:r>
          </w:p>
        </w:tc>
        <w:tc>
          <w:tcPr>
            <w:tcW w:w="936" w:type="dxa"/>
            <w:tcBorders>
              <w:top w:val="nil"/>
              <w:left w:val="nil"/>
              <w:bottom w:val="nil"/>
              <w:right w:val="nil"/>
            </w:tcBorders>
            <w:tcMar>
              <w:top w:w="20" w:type="dxa"/>
              <w:left w:w="35" w:type="dxa"/>
              <w:bottom w:w="20" w:type="dxa"/>
              <w:right w:w="35" w:type="dxa"/>
            </w:tcMar>
            <w:vAlign w:val="center"/>
          </w:tcPr>
          <w:p w14:paraId="10941140" w14:textId="77777777" w:rsidR="00F4562C" w:rsidRPr="001A2E38" w:rsidRDefault="00F4562C" w:rsidP="005E1D6F">
            <w:pPr>
              <w:spacing w:after="0" w:line="240" w:lineRule="auto"/>
              <w:contextualSpacing/>
              <w:jc w:val="center"/>
              <w:rPr>
                <w:rFonts w:ascii="Times New Roman" w:hAnsi="Times New Roman" w:cs="Times New Roman"/>
                <w:sz w:val="20"/>
                <w:szCs w:val="20"/>
              </w:rPr>
            </w:pPr>
            <w:r w:rsidRPr="001A2E38">
              <w:rPr>
                <w:rFonts w:ascii="Times New Roman" w:eastAsia="Times New Roman" w:hAnsi="Times New Roman" w:cs="Times New Roman"/>
                <w:sz w:val="20"/>
                <w:szCs w:val="20"/>
              </w:rPr>
              <w:t>18.09</w:t>
            </w:r>
          </w:p>
        </w:tc>
        <w:tc>
          <w:tcPr>
            <w:tcW w:w="1080" w:type="dxa"/>
            <w:tcBorders>
              <w:top w:val="nil"/>
              <w:left w:val="nil"/>
              <w:bottom w:val="nil"/>
              <w:right w:val="nil"/>
            </w:tcBorders>
            <w:tcMar>
              <w:top w:w="20" w:type="dxa"/>
              <w:left w:w="35" w:type="dxa"/>
              <w:bottom w:w="20" w:type="dxa"/>
              <w:right w:w="35" w:type="dxa"/>
            </w:tcMar>
            <w:vAlign w:val="center"/>
          </w:tcPr>
          <w:p w14:paraId="1B668909" w14:textId="77777777" w:rsidR="00F4562C" w:rsidRPr="001A2E38" w:rsidRDefault="00F4562C" w:rsidP="005E1D6F">
            <w:pPr>
              <w:spacing w:after="0" w:line="240" w:lineRule="auto"/>
              <w:contextualSpacing/>
              <w:jc w:val="center"/>
              <w:rPr>
                <w:rFonts w:ascii="Times New Roman" w:hAnsi="Times New Roman" w:cs="Times New Roman"/>
                <w:sz w:val="20"/>
                <w:szCs w:val="20"/>
              </w:rPr>
            </w:pPr>
            <w:r w:rsidRPr="001A2E38">
              <w:rPr>
                <w:rFonts w:ascii="Times New Roman" w:eastAsia="Times New Roman" w:hAnsi="Times New Roman" w:cs="Times New Roman"/>
                <w:sz w:val="20"/>
                <w:szCs w:val="20"/>
              </w:rPr>
              <w:t>74.50</w:t>
            </w:r>
          </w:p>
        </w:tc>
        <w:tc>
          <w:tcPr>
            <w:tcW w:w="936" w:type="dxa"/>
            <w:tcBorders>
              <w:top w:val="nil"/>
              <w:left w:val="nil"/>
              <w:bottom w:val="nil"/>
              <w:right w:val="nil"/>
            </w:tcBorders>
            <w:tcMar>
              <w:top w:w="20" w:type="dxa"/>
              <w:left w:w="35" w:type="dxa"/>
              <w:bottom w:w="20" w:type="dxa"/>
              <w:right w:w="35" w:type="dxa"/>
            </w:tcMar>
            <w:vAlign w:val="center"/>
          </w:tcPr>
          <w:p w14:paraId="47A3EE5E" w14:textId="77777777" w:rsidR="00F4562C" w:rsidRPr="001A2E38" w:rsidRDefault="00F4562C" w:rsidP="005E1D6F">
            <w:pPr>
              <w:spacing w:after="0" w:line="240" w:lineRule="auto"/>
              <w:contextualSpacing/>
              <w:jc w:val="center"/>
              <w:rPr>
                <w:rFonts w:ascii="Times New Roman" w:hAnsi="Times New Roman" w:cs="Times New Roman"/>
                <w:sz w:val="20"/>
                <w:szCs w:val="20"/>
              </w:rPr>
            </w:pPr>
            <w:r w:rsidRPr="001A2E38">
              <w:rPr>
                <w:rFonts w:ascii="Times New Roman" w:eastAsia="Times New Roman" w:hAnsi="Times New Roman" w:cs="Times New Roman"/>
                <w:sz w:val="20"/>
                <w:szCs w:val="20"/>
              </w:rPr>
              <w:t>64.70</w:t>
            </w:r>
          </w:p>
        </w:tc>
        <w:tc>
          <w:tcPr>
            <w:tcW w:w="936" w:type="dxa"/>
            <w:tcBorders>
              <w:top w:val="nil"/>
              <w:left w:val="nil"/>
              <w:bottom w:val="nil"/>
              <w:right w:val="nil"/>
            </w:tcBorders>
            <w:tcMar>
              <w:top w:w="20" w:type="dxa"/>
              <w:left w:w="35" w:type="dxa"/>
              <w:bottom w:w="20" w:type="dxa"/>
              <w:right w:w="35" w:type="dxa"/>
            </w:tcMar>
            <w:vAlign w:val="center"/>
          </w:tcPr>
          <w:p w14:paraId="76FC6CA7" w14:textId="77777777" w:rsidR="00F4562C" w:rsidRPr="001A2E38" w:rsidRDefault="00F4562C" w:rsidP="005E1D6F">
            <w:pPr>
              <w:spacing w:after="0" w:line="240" w:lineRule="auto"/>
              <w:contextualSpacing/>
              <w:jc w:val="center"/>
              <w:rPr>
                <w:rFonts w:ascii="Times New Roman" w:hAnsi="Times New Roman" w:cs="Times New Roman"/>
                <w:sz w:val="20"/>
                <w:szCs w:val="20"/>
              </w:rPr>
            </w:pPr>
            <w:r w:rsidRPr="001A2E38">
              <w:rPr>
                <w:rFonts w:ascii="Times New Roman" w:eastAsia="Times New Roman" w:hAnsi="Times New Roman" w:cs="Times New Roman"/>
                <w:sz w:val="20"/>
                <w:szCs w:val="20"/>
              </w:rPr>
              <w:t>84.50</w:t>
            </w:r>
          </w:p>
        </w:tc>
      </w:tr>
      <w:tr w:rsidR="00F4562C" w:rsidRPr="001A2E38" w14:paraId="4BF4D9A1" w14:textId="77777777" w:rsidTr="00CA44B4">
        <w:trPr>
          <w:jc w:val="center"/>
        </w:trPr>
        <w:tc>
          <w:tcPr>
            <w:tcW w:w="1801" w:type="dxa"/>
            <w:tcBorders>
              <w:top w:val="nil"/>
              <w:left w:val="nil"/>
              <w:bottom w:val="nil"/>
              <w:right w:val="nil"/>
            </w:tcBorders>
            <w:tcMar>
              <w:top w:w="20" w:type="dxa"/>
              <w:left w:w="35" w:type="dxa"/>
              <w:bottom w:w="20" w:type="dxa"/>
              <w:right w:w="35" w:type="dxa"/>
            </w:tcMar>
            <w:vAlign w:val="center"/>
          </w:tcPr>
          <w:p w14:paraId="788A39DC" w14:textId="77777777" w:rsidR="00F4562C" w:rsidRPr="001A2E38" w:rsidRDefault="00F4562C" w:rsidP="005E1D6F">
            <w:pPr>
              <w:spacing w:after="0" w:line="240" w:lineRule="auto"/>
              <w:contextualSpacing/>
              <w:rPr>
                <w:rFonts w:ascii="Times New Roman" w:hAnsi="Times New Roman" w:cs="Times New Roman"/>
                <w:sz w:val="20"/>
                <w:szCs w:val="20"/>
              </w:rPr>
            </w:pPr>
          </w:p>
        </w:tc>
        <w:tc>
          <w:tcPr>
            <w:tcW w:w="4392" w:type="dxa"/>
            <w:tcBorders>
              <w:top w:val="nil"/>
              <w:left w:val="nil"/>
              <w:bottom w:val="nil"/>
              <w:right w:val="nil"/>
            </w:tcBorders>
            <w:tcMar>
              <w:top w:w="20" w:type="dxa"/>
              <w:left w:w="35" w:type="dxa"/>
              <w:bottom w:w="20" w:type="dxa"/>
              <w:right w:w="35" w:type="dxa"/>
            </w:tcMar>
            <w:vAlign w:val="center"/>
          </w:tcPr>
          <w:p w14:paraId="69DAA375" w14:textId="77777777" w:rsidR="00F4562C" w:rsidRPr="001A2E38" w:rsidRDefault="00F4562C" w:rsidP="005E1D6F">
            <w:pPr>
              <w:spacing w:after="0" w:line="240" w:lineRule="auto"/>
              <w:contextualSpacing/>
              <w:rPr>
                <w:rFonts w:ascii="Times New Roman" w:hAnsi="Times New Roman" w:cs="Times New Roman"/>
                <w:sz w:val="20"/>
                <w:szCs w:val="20"/>
              </w:rPr>
            </w:pPr>
            <w:r w:rsidRPr="001A2E38">
              <w:rPr>
                <w:rFonts w:ascii="Times New Roman" w:eastAsia="Times New Roman" w:hAnsi="Times New Roman" w:cs="Times New Roman"/>
                <w:sz w:val="20"/>
                <w:szCs w:val="20"/>
              </w:rPr>
              <w:t>Cystatin C (mg/L)</w:t>
            </w:r>
          </w:p>
        </w:tc>
        <w:tc>
          <w:tcPr>
            <w:tcW w:w="1007" w:type="dxa"/>
            <w:tcBorders>
              <w:top w:val="nil"/>
              <w:left w:val="nil"/>
              <w:bottom w:val="nil"/>
              <w:right w:val="nil"/>
            </w:tcBorders>
            <w:tcMar>
              <w:top w:w="20" w:type="dxa"/>
              <w:left w:w="35" w:type="dxa"/>
              <w:bottom w:w="20" w:type="dxa"/>
              <w:right w:w="35" w:type="dxa"/>
            </w:tcMar>
            <w:vAlign w:val="center"/>
          </w:tcPr>
          <w:p w14:paraId="03BDA6FC" w14:textId="77777777" w:rsidR="00F4562C" w:rsidRPr="001A2E38" w:rsidRDefault="00F4562C" w:rsidP="005E1D6F">
            <w:pPr>
              <w:spacing w:after="0" w:line="240" w:lineRule="auto"/>
              <w:contextualSpacing/>
              <w:jc w:val="center"/>
              <w:rPr>
                <w:rFonts w:ascii="Times New Roman" w:hAnsi="Times New Roman" w:cs="Times New Roman"/>
                <w:sz w:val="20"/>
                <w:szCs w:val="20"/>
              </w:rPr>
            </w:pPr>
            <w:r w:rsidRPr="001A2E38">
              <w:rPr>
                <w:rFonts w:ascii="Times New Roman" w:eastAsia="Times New Roman" w:hAnsi="Times New Roman" w:cs="Times New Roman"/>
                <w:sz w:val="20"/>
                <w:szCs w:val="20"/>
              </w:rPr>
              <w:t>30720</w:t>
            </w:r>
          </w:p>
        </w:tc>
        <w:tc>
          <w:tcPr>
            <w:tcW w:w="1296" w:type="dxa"/>
            <w:tcBorders>
              <w:top w:val="nil"/>
              <w:left w:val="nil"/>
              <w:bottom w:val="nil"/>
              <w:right w:val="nil"/>
            </w:tcBorders>
            <w:tcMar>
              <w:top w:w="20" w:type="dxa"/>
              <w:left w:w="35" w:type="dxa"/>
              <w:bottom w:w="20" w:type="dxa"/>
              <w:right w:w="35" w:type="dxa"/>
            </w:tcMar>
            <w:vAlign w:val="center"/>
          </w:tcPr>
          <w:p w14:paraId="1DBBBF1B" w14:textId="77777777" w:rsidR="00F4562C" w:rsidRPr="001A2E38" w:rsidRDefault="00F4562C" w:rsidP="005E1D6F">
            <w:pPr>
              <w:spacing w:after="0" w:line="240" w:lineRule="auto"/>
              <w:contextualSpacing/>
              <w:jc w:val="center"/>
              <w:rPr>
                <w:rFonts w:ascii="Times New Roman" w:hAnsi="Times New Roman" w:cs="Times New Roman"/>
                <w:sz w:val="20"/>
                <w:szCs w:val="20"/>
              </w:rPr>
            </w:pPr>
            <w:r w:rsidRPr="001A2E38">
              <w:rPr>
                <w:rFonts w:ascii="Times New Roman" w:eastAsia="Times New Roman" w:hAnsi="Times New Roman" w:cs="Times New Roman"/>
                <w:sz w:val="20"/>
                <w:szCs w:val="20"/>
              </w:rPr>
              <w:t>109,363</w:t>
            </w:r>
          </w:p>
        </w:tc>
        <w:tc>
          <w:tcPr>
            <w:tcW w:w="1080" w:type="dxa"/>
            <w:tcBorders>
              <w:top w:val="nil"/>
              <w:left w:val="nil"/>
              <w:bottom w:val="nil"/>
              <w:right w:val="nil"/>
            </w:tcBorders>
            <w:tcMar>
              <w:top w:w="20" w:type="dxa"/>
              <w:left w:w="35" w:type="dxa"/>
              <w:bottom w:w="20" w:type="dxa"/>
              <w:right w:w="35" w:type="dxa"/>
            </w:tcMar>
            <w:vAlign w:val="center"/>
          </w:tcPr>
          <w:p w14:paraId="469F3311" w14:textId="77777777" w:rsidR="00F4562C" w:rsidRPr="001A2E38" w:rsidRDefault="00F4562C" w:rsidP="005E1D6F">
            <w:pPr>
              <w:spacing w:after="0" w:line="240" w:lineRule="auto"/>
              <w:contextualSpacing/>
              <w:jc w:val="center"/>
              <w:rPr>
                <w:rFonts w:ascii="Times New Roman" w:hAnsi="Times New Roman" w:cs="Times New Roman"/>
                <w:sz w:val="20"/>
                <w:szCs w:val="20"/>
              </w:rPr>
            </w:pPr>
            <w:r w:rsidRPr="001A2E38">
              <w:rPr>
                <w:rFonts w:ascii="Times New Roman" w:eastAsia="Times New Roman" w:hAnsi="Times New Roman" w:cs="Times New Roman"/>
                <w:sz w:val="20"/>
                <w:szCs w:val="20"/>
              </w:rPr>
              <w:t>0.96</w:t>
            </w:r>
          </w:p>
        </w:tc>
        <w:tc>
          <w:tcPr>
            <w:tcW w:w="936" w:type="dxa"/>
            <w:tcBorders>
              <w:top w:val="nil"/>
              <w:left w:val="nil"/>
              <w:bottom w:val="nil"/>
              <w:right w:val="nil"/>
            </w:tcBorders>
            <w:tcMar>
              <w:top w:w="20" w:type="dxa"/>
              <w:left w:w="35" w:type="dxa"/>
              <w:bottom w:w="20" w:type="dxa"/>
              <w:right w:w="35" w:type="dxa"/>
            </w:tcMar>
            <w:vAlign w:val="center"/>
          </w:tcPr>
          <w:p w14:paraId="6476FF38" w14:textId="77777777" w:rsidR="00F4562C" w:rsidRPr="001A2E38" w:rsidRDefault="00F4562C" w:rsidP="005E1D6F">
            <w:pPr>
              <w:spacing w:after="0" w:line="240" w:lineRule="auto"/>
              <w:contextualSpacing/>
              <w:jc w:val="center"/>
              <w:rPr>
                <w:rFonts w:ascii="Times New Roman" w:hAnsi="Times New Roman" w:cs="Times New Roman"/>
                <w:sz w:val="20"/>
                <w:szCs w:val="20"/>
              </w:rPr>
            </w:pPr>
            <w:r w:rsidRPr="001A2E38">
              <w:rPr>
                <w:rFonts w:ascii="Times New Roman" w:eastAsia="Times New Roman" w:hAnsi="Times New Roman" w:cs="Times New Roman"/>
                <w:sz w:val="20"/>
                <w:szCs w:val="20"/>
              </w:rPr>
              <w:t>0.16</w:t>
            </w:r>
          </w:p>
        </w:tc>
        <w:tc>
          <w:tcPr>
            <w:tcW w:w="1080" w:type="dxa"/>
            <w:tcBorders>
              <w:top w:val="nil"/>
              <w:left w:val="nil"/>
              <w:bottom w:val="nil"/>
              <w:right w:val="nil"/>
            </w:tcBorders>
            <w:tcMar>
              <w:top w:w="20" w:type="dxa"/>
              <w:left w:w="35" w:type="dxa"/>
              <w:bottom w:w="20" w:type="dxa"/>
              <w:right w:w="35" w:type="dxa"/>
            </w:tcMar>
            <w:vAlign w:val="center"/>
          </w:tcPr>
          <w:p w14:paraId="442A04B3" w14:textId="77777777" w:rsidR="00F4562C" w:rsidRPr="001A2E38" w:rsidRDefault="00F4562C" w:rsidP="005E1D6F">
            <w:pPr>
              <w:spacing w:after="0" w:line="240" w:lineRule="auto"/>
              <w:contextualSpacing/>
              <w:jc w:val="center"/>
              <w:rPr>
                <w:rFonts w:ascii="Times New Roman" w:hAnsi="Times New Roman" w:cs="Times New Roman"/>
                <w:sz w:val="20"/>
                <w:szCs w:val="20"/>
              </w:rPr>
            </w:pPr>
            <w:r w:rsidRPr="001A2E38">
              <w:rPr>
                <w:rFonts w:ascii="Times New Roman" w:eastAsia="Times New Roman" w:hAnsi="Times New Roman" w:cs="Times New Roman"/>
                <w:sz w:val="20"/>
                <w:szCs w:val="20"/>
              </w:rPr>
              <w:t>0.94</w:t>
            </w:r>
          </w:p>
        </w:tc>
        <w:tc>
          <w:tcPr>
            <w:tcW w:w="936" w:type="dxa"/>
            <w:tcBorders>
              <w:top w:val="nil"/>
              <w:left w:val="nil"/>
              <w:bottom w:val="nil"/>
              <w:right w:val="nil"/>
            </w:tcBorders>
            <w:tcMar>
              <w:top w:w="20" w:type="dxa"/>
              <w:left w:w="35" w:type="dxa"/>
              <w:bottom w:w="20" w:type="dxa"/>
              <w:right w:w="35" w:type="dxa"/>
            </w:tcMar>
            <w:vAlign w:val="center"/>
          </w:tcPr>
          <w:p w14:paraId="1B031C73" w14:textId="77777777" w:rsidR="00F4562C" w:rsidRPr="001A2E38" w:rsidRDefault="00F4562C" w:rsidP="005E1D6F">
            <w:pPr>
              <w:spacing w:after="0" w:line="240" w:lineRule="auto"/>
              <w:contextualSpacing/>
              <w:jc w:val="center"/>
              <w:rPr>
                <w:rFonts w:ascii="Times New Roman" w:hAnsi="Times New Roman" w:cs="Times New Roman"/>
                <w:sz w:val="20"/>
                <w:szCs w:val="20"/>
              </w:rPr>
            </w:pPr>
            <w:r w:rsidRPr="001A2E38">
              <w:rPr>
                <w:rFonts w:ascii="Times New Roman" w:eastAsia="Times New Roman" w:hAnsi="Times New Roman" w:cs="Times New Roman"/>
                <w:sz w:val="20"/>
                <w:szCs w:val="20"/>
              </w:rPr>
              <w:t>0.86</w:t>
            </w:r>
          </w:p>
        </w:tc>
        <w:tc>
          <w:tcPr>
            <w:tcW w:w="936" w:type="dxa"/>
            <w:tcBorders>
              <w:top w:val="nil"/>
              <w:left w:val="nil"/>
              <w:bottom w:val="nil"/>
              <w:right w:val="nil"/>
            </w:tcBorders>
            <w:tcMar>
              <w:top w:w="20" w:type="dxa"/>
              <w:left w:w="35" w:type="dxa"/>
              <w:bottom w:w="20" w:type="dxa"/>
              <w:right w:w="35" w:type="dxa"/>
            </w:tcMar>
            <w:vAlign w:val="center"/>
          </w:tcPr>
          <w:p w14:paraId="61671DF3" w14:textId="77777777" w:rsidR="00F4562C" w:rsidRPr="001A2E38" w:rsidRDefault="00F4562C" w:rsidP="005E1D6F">
            <w:pPr>
              <w:spacing w:after="0" w:line="240" w:lineRule="auto"/>
              <w:contextualSpacing/>
              <w:jc w:val="center"/>
              <w:rPr>
                <w:rFonts w:ascii="Times New Roman" w:hAnsi="Times New Roman" w:cs="Times New Roman"/>
                <w:sz w:val="20"/>
                <w:szCs w:val="20"/>
              </w:rPr>
            </w:pPr>
            <w:r w:rsidRPr="001A2E38">
              <w:rPr>
                <w:rFonts w:ascii="Times New Roman" w:eastAsia="Times New Roman" w:hAnsi="Times New Roman" w:cs="Times New Roman"/>
                <w:sz w:val="20"/>
                <w:szCs w:val="20"/>
              </w:rPr>
              <w:t>1.03</w:t>
            </w:r>
          </w:p>
        </w:tc>
      </w:tr>
      <w:tr w:rsidR="00F4562C" w:rsidRPr="001A2E38" w14:paraId="37B1AD68" w14:textId="77777777" w:rsidTr="00CA44B4">
        <w:trPr>
          <w:jc w:val="center"/>
        </w:trPr>
        <w:tc>
          <w:tcPr>
            <w:tcW w:w="1801" w:type="dxa"/>
            <w:tcBorders>
              <w:top w:val="nil"/>
              <w:left w:val="nil"/>
              <w:bottom w:val="nil"/>
              <w:right w:val="nil"/>
            </w:tcBorders>
            <w:tcMar>
              <w:top w:w="20" w:type="dxa"/>
              <w:left w:w="35" w:type="dxa"/>
              <w:bottom w:w="20" w:type="dxa"/>
              <w:right w:w="35" w:type="dxa"/>
            </w:tcMar>
            <w:vAlign w:val="center"/>
          </w:tcPr>
          <w:p w14:paraId="0B4DD3FA" w14:textId="77777777" w:rsidR="00F4562C" w:rsidRPr="001A2E38" w:rsidRDefault="00F4562C" w:rsidP="005E1D6F">
            <w:pPr>
              <w:spacing w:after="0" w:line="240" w:lineRule="auto"/>
              <w:contextualSpacing/>
              <w:rPr>
                <w:rFonts w:ascii="Times New Roman" w:hAnsi="Times New Roman" w:cs="Times New Roman"/>
                <w:sz w:val="20"/>
                <w:szCs w:val="20"/>
              </w:rPr>
            </w:pPr>
          </w:p>
        </w:tc>
        <w:tc>
          <w:tcPr>
            <w:tcW w:w="4392" w:type="dxa"/>
            <w:tcBorders>
              <w:top w:val="nil"/>
              <w:left w:val="nil"/>
              <w:bottom w:val="nil"/>
              <w:right w:val="nil"/>
            </w:tcBorders>
            <w:tcMar>
              <w:top w:w="20" w:type="dxa"/>
              <w:left w:w="35" w:type="dxa"/>
              <w:bottom w:w="20" w:type="dxa"/>
              <w:right w:w="35" w:type="dxa"/>
            </w:tcMar>
            <w:vAlign w:val="center"/>
          </w:tcPr>
          <w:p w14:paraId="43C9D32B" w14:textId="77777777" w:rsidR="00F4562C" w:rsidRPr="001A2E38" w:rsidRDefault="00F4562C" w:rsidP="005E1D6F">
            <w:pPr>
              <w:spacing w:after="0" w:line="240" w:lineRule="auto"/>
              <w:contextualSpacing/>
              <w:rPr>
                <w:rFonts w:ascii="Times New Roman" w:hAnsi="Times New Roman" w:cs="Times New Roman"/>
                <w:sz w:val="20"/>
                <w:szCs w:val="20"/>
              </w:rPr>
            </w:pPr>
            <w:r w:rsidRPr="001A2E38">
              <w:rPr>
                <w:rFonts w:ascii="Times New Roman" w:eastAsia="Times New Roman" w:hAnsi="Times New Roman" w:cs="Times New Roman"/>
                <w:sz w:val="20"/>
                <w:szCs w:val="20"/>
              </w:rPr>
              <w:t>Urate (µmol/L)</w:t>
            </w:r>
          </w:p>
        </w:tc>
        <w:tc>
          <w:tcPr>
            <w:tcW w:w="1007" w:type="dxa"/>
            <w:tcBorders>
              <w:top w:val="nil"/>
              <w:left w:val="nil"/>
              <w:bottom w:val="nil"/>
              <w:right w:val="nil"/>
            </w:tcBorders>
            <w:tcMar>
              <w:top w:w="20" w:type="dxa"/>
              <w:left w:w="35" w:type="dxa"/>
              <w:bottom w:w="20" w:type="dxa"/>
              <w:right w:w="35" w:type="dxa"/>
            </w:tcMar>
            <w:vAlign w:val="center"/>
          </w:tcPr>
          <w:p w14:paraId="30B6FF0D" w14:textId="77777777" w:rsidR="00F4562C" w:rsidRPr="001A2E38" w:rsidRDefault="00F4562C" w:rsidP="005E1D6F">
            <w:pPr>
              <w:spacing w:after="0" w:line="240" w:lineRule="auto"/>
              <w:contextualSpacing/>
              <w:jc w:val="center"/>
              <w:rPr>
                <w:rFonts w:ascii="Times New Roman" w:hAnsi="Times New Roman" w:cs="Times New Roman"/>
                <w:sz w:val="20"/>
                <w:szCs w:val="20"/>
              </w:rPr>
            </w:pPr>
            <w:r w:rsidRPr="001A2E38">
              <w:rPr>
                <w:rFonts w:ascii="Times New Roman" w:eastAsia="Times New Roman" w:hAnsi="Times New Roman" w:cs="Times New Roman"/>
                <w:sz w:val="20"/>
                <w:szCs w:val="20"/>
              </w:rPr>
              <w:t>30880</w:t>
            </w:r>
          </w:p>
        </w:tc>
        <w:tc>
          <w:tcPr>
            <w:tcW w:w="1296" w:type="dxa"/>
            <w:tcBorders>
              <w:top w:val="nil"/>
              <w:left w:val="nil"/>
              <w:bottom w:val="nil"/>
              <w:right w:val="nil"/>
            </w:tcBorders>
            <w:tcMar>
              <w:top w:w="20" w:type="dxa"/>
              <w:left w:w="35" w:type="dxa"/>
              <w:bottom w:w="20" w:type="dxa"/>
              <w:right w:w="35" w:type="dxa"/>
            </w:tcMar>
            <w:vAlign w:val="center"/>
          </w:tcPr>
          <w:p w14:paraId="776354CF" w14:textId="77777777" w:rsidR="00F4562C" w:rsidRPr="001A2E38" w:rsidRDefault="00F4562C" w:rsidP="005E1D6F">
            <w:pPr>
              <w:spacing w:after="0" w:line="240" w:lineRule="auto"/>
              <w:contextualSpacing/>
              <w:jc w:val="center"/>
              <w:rPr>
                <w:rFonts w:ascii="Times New Roman" w:hAnsi="Times New Roman" w:cs="Times New Roman"/>
                <w:sz w:val="20"/>
                <w:szCs w:val="20"/>
              </w:rPr>
            </w:pPr>
            <w:r w:rsidRPr="001A2E38">
              <w:rPr>
                <w:rFonts w:ascii="Times New Roman" w:eastAsia="Times New Roman" w:hAnsi="Times New Roman" w:cs="Times New Roman"/>
                <w:sz w:val="20"/>
                <w:szCs w:val="20"/>
              </w:rPr>
              <w:t>109,348</w:t>
            </w:r>
          </w:p>
        </w:tc>
        <w:tc>
          <w:tcPr>
            <w:tcW w:w="1080" w:type="dxa"/>
            <w:tcBorders>
              <w:top w:val="nil"/>
              <w:left w:val="nil"/>
              <w:bottom w:val="nil"/>
              <w:right w:val="nil"/>
            </w:tcBorders>
            <w:tcMar>
              <w:top w:w="20" w:type="dxa"/>
              <w:left w:w="35" w:type="dxa"/>
              <w:bottom w:w="20" w:type="dxa"/>
              <w:right w:w="35" w:type="dxa"/>
            </w:tcMar>
            <w:vAlign w:val="center"/>
          </w:tcPr>
          <w:p w14:paraId="38B98728" w14:textId="77777777" w:rsidR="00F4562C" w:rsidRPr="001A2E38" w:rsidRDefault="00F4562C" w:rsidP="005E1D6F">
            <w:pPr>
              <w:spacing w:after="0" w:line="240" w:lineRule="auto"/>
              <w:contextualSpacing/>
              <w:jc w:val="center"/>
              <w:rPr>
                <w:rFonts w:ascii="Times New Roman" w:hAnsi="Times New Roman" w:cs="Times New Roman"/>
                <w:sz w:val="20"/>
                <w:szCs w:val="20"/>
              </w:rPr>
            </w:pPr>
            <w:r w:rsidRPr="001A2E38">
              <w:rPr>
                <w:rFonts w:ascii="Times New Roman" w:eastAsia="Times New Roman" w:hAnsi="Times New Roman" w:cs="Times New Roman"/>
                <w:sz w:val="20"/>
                <w:szCs w:val="20"/>
              </w:rPr>
              <w:t>347.03</w:t>
            </w:r>
          </w:p>
        </w:tc>
        <w:tc>
          <w:tcPr>
            <w:tcW w:w="936" w:type="dxa"/>
            <w:tcBorders>
              <w:top w:val="nil"/>
              <w:left w:val="nil"/>
              <w:bottom w:val="nil"/>
              <w:right w:val="nil"/>
            </w:tcBorders>
            <w:tcMar>
              <w:top w:w="20" w:type="dxa"/>
              <w:left w:w="35" w:type="dxa"/>
              <w:bottom w:w="20" w:type="dxa"/>
              <w:right w:w="35" w:type="dxa"/>
            </w:tcMar>
            <w:vAlign w:val="center"/>
          </w:tcPr>
          <w:p w14:paraId="4082CA0B" w14:textId="77777777" w:rsidR="00F4562C" w:rsidRPr="001A2E38" w:rsidRDefault="00F4562C" w:rsidP="005E1D6F">
            <w:pPr>
              <w:spacing w:after="0" w:line="240" w:lineRule="auto"/>
              <w:contextualSpacing/>
              <w:jc w:val="center"/>
              <w:rPr>
                <w:rFonts w:ascii="Times New Roman" w:hAnsi="Times New Roman" w:cs="Times New Roman"/>
                <w:sz w:val="20"/>
                <w:szCs w:val="20"/>
              </w:rPr>
            </w:pPr>
            <w:r w:rsidRPr="001A2E38">
              <w:rPr>
                <w:rFonts w:ascii="Times New Roman" w:eastAsia="Times New Roman" w:hAnsi="Times New Roman" w:cs="Times New Roman"/>
                <w:sz w:val="20"/>
                <w:szCs w:val="20"/>
              </w:rPr>
              <w:t>73.35</w:t>
            </w:r>
          </w:p>
        </w:tc>
        <w:tc>
          <w:tcPr>
            <w:tcW w:w="1080" w:type="dxa"/>
            <w:tcBorders>
              <w:top w:val="nil"/>
              <w:left w:val="nil"/>
              <w:bottom w:val="nil"/>
              <w:right w:val="nil"/>
            </w:tcBorders>
            <w:tcMar>
              <w:top w:w="20" w:type="dxa"/>
              <w:left w:w="35" w:type="dxa"/>
              <w:bottom w:w="20" w:type="dxa"/>
              <w:right w:w="35" w:type="dxa"/>
            </w:tcMar>
            <w:vAlign w:val="center"/>
          </w:tcPr>
          <w:p w14:paraId="748DF0E5" w14:textId="77777777" w:rsidR="00F4562C" w:rsidRPr="001A2E38" w:rsidRDefault="00F4562C" w:rsidP="005E1D6F">
            <w:pPr>
              <w:spacing w:after="0" w:line="240" w:lineRule="auto"/>
              <w:contextualSpacing/>
              <w:jc w:val="center"/>
              <w:rPr>
                <w:rFonts w:ascii="Times New Roman" w:hAnsi="Times New Roman" w:cs="Times New Roman"/>
                <w:sz w:val="20"/>
                <w:szCs w:val="20"/>
              </w:rPr>
            </w:pPr>
            <w:r w:rsidRPr="001A2E38">
              <w:rPr>
                <w:rFonts w:ascii="Times New Roman" w:eastAsia="Times New Roman" w:hAnsi="Times New Roman" w:cs="Times New Roman"/>
                <w:sz w:val="20"/>
                <w:szCs w:val="20"/>
              </w:rPr>
              <w:t>343.80</w:t>
            </w:r>
          </w:p>
        </w:tc>
        <w:tc>
          <w:tcPr>
            <w:tcW w:w="936" w:type="dxa"/>
            <w:tcBorders>
              <w:top w:val="nil"/>
              <w:left w:val="nil"/>
              <w:bottom w:val="nil"/>
              <w:right w:val="nil"/>
            </w:tcBorders>
            <w:tcMar>
              <w:top w:w="20" w:type="dxa"/>
              <w:left w:w="35" w:type="dxa"/>
              <w:bottom w:w="20" w:type="dxa"/>
              <w:right w:w="35" w:type="dxa"/>
            </w:tcMar>
            <w:vAlign w:val="center"/>
          </w:tcPr>
          <w:p w14:paraId="045F666C" w14:textId="77777777" w:rsidR="00F4562C" w:rsidRPr="001A2E38" w:rsidRDefault="00F4562C" w:rsidP="005E1D6F">
            <w:pPr>
              <w:spacing w:after="0" w:line="240" w:lineRule="auto"/>
              <w:contextualSpacing/>
              <w:jc w:val="center"/>
              <w:rPr>
                <w:rFonts w:ascii="Times New Roman" w:hAnsi="Times New Roman" w:cs="Times New Roman"/>
                <w:sz w:val="20"/>
                <w:szCs w:val="20"/>
              </w:rPr>
            </w:pPr>
            <w:r w:rsidRPr="001A2E38">
              <w:rPr>
                <w:rFonts w:ascii="Times New Roman" w:eastAsia="Times New Roman" w:hAnsi="Times New Roman" w:cs="Times New Roman"/>
                <w:sz w:val="20"/>
                <w:szCs w:val="20"/>
              </w:rPr>
              <w:t>296.70</w:t>
            </w:r>
          </w:p>
        </w:tc>
        <w:tc>
          <w:tcPr>
            <w:tcW w:w="936" w:type="dxa"/>
            <w:tcBorders>
              <w:top w:val="nil"/>
              <w:left w:val="nil"/>
              <w:bottom w:val="nil"/>
              <w:right w:val="nil"/>
            </w:tcBorders>
            <w:tcMar>
              <w:top w:w="20" w:type="dxa"/>
              <w:left w:w="35" w:type="dxa"/>
              <w:bottom w:w="20" w:type="dxa"/>
              <w:right w:w="35" w:type="dxa"/>
            </w:tcMar>
            <w:vAlign w:val="center"/>
          </w:tcPr>
          <w:p w14:paraId="5AE8FFFF" w14:textId="77777777" w:rsidR="00F4562C" w:rsidRPr="001A2E38" w:rsidRDefault="00F4562C" w:rsidP="005E1D6F">
            <w:pPr>
              <w:spacing w:after="0" w:line="240" w:lineRule="auto"/>
              <w:contextualSpacing/>
              <w:jc w:val="center"/>
              <w:rPr>
                <w:rFonts w:ascii="Times New Roman" w:hAnsi="Times New Roman" w:cs="Times New Roman"/>
                <w:sz w:val="20"/>
                <w:szCs w:val="20"/>
              </w:rPr>
            </w:pPr>
            <w:r w:rsidRPr="001A2E38">
              <w:rPr>
                <w:rFonts w:ascii="Times New Roman" w:eastAsia="Times New Roman" w:hAnsi="Times New Roman" w:cs="Times New Roman"/>
                <w:sz w:val="20"/>
                <w:szCs w:val="20"/>
              </w:rPr>
              <w:t>393.70</w:t>
            </w:r>
          </w:p>
        </w:tc>
      </w:tr>
      <w:tr w:rsidR="00F4562C" w:rsidRPr="001A2E38" w14:paraId="448604AD" w14:textId="77777777" w:rsidTr="00CA44B4">
        <w:trPr>
          <w:jc w:val="center"/>
        </w:trPr>
        <w:tc>
          <w:tcPr>
            <w:tcW w:w="1801" w:type="dxa"/>
            <w:tcBorders>
              <w:top w:val="nil"/>
              <w:left w:val="nil"/>
              <w:bottom w:val="nil"/>
              <w:right w:val="nil"/>
            </w:tcBorders>
            <w:tcMar>
              <w:top w:w="20" w:type="dxa"/>
              <w:left w:w="35" w:type="dxa"/>
              <w:bottom w:w="20" w:type="dxa"/>
              <w:right w:w="35" w:type="dxa"/>
            </w:tcMar>
            <w:vAlign w:val="center"/>
          </w:tcPr>
          <w:p w14:paraId="36564B78" w14:textId="77777777" w:rsidR="00F4562C" w:rsidRPr="001A2E38" w:rsidRDefault="00F4562C" w:rsidP="005E1D6F">
            <w:pPr>
              <w:spacing w:after="0" w:line="240" w:lineRule="auto"/>
              <w:contextualSpacing/>
              <w:rPr>
                <w:rFonts w:ascii="Times New Roman" w:hAnsi="Times New Roman" w:cs="Times New Roman"/>
                <w:sz w:val="20"/>
                <w:szCs w:val="20"/>
              </w:rPr>
            </w:pPr>
            <w:r w:rsidRPr="001A2E38">
              <w:rPr>
                <w:rFonts w:ascii="Times New Roman" w:eastAsia="Times New Roman" w:hAnsi="Times New Roman" w:cs="Times New Roman"/>
                <w:b/>
                <w:sz w:val="20"/>
                <w:szCs w:val="20"/>
              </w:rPr>
              <w:t>Inflammatory</w:t>
            </w:r>
          </w:p>
        </w:tc>
        <w:tc>
          <w:tcPr>
            <w:tcW w:w="4392" w:type="dxa"/>
            <w:tcBorders>
              <w:top w:val="nil"/>
              <w:left w:val="nil"/>
              <w:bottom w:val="nil"/>
              <w:right w:val="nil"/>
            </w:tcBorders>
            <w:tcMar>
              <w:top w:w="20" w:type="dxa"/>
              <w:left w:w="35" w:type="dxa"/>
              <w:bottom w:w="20" w:type="dxa"/>
              <w:right w:w="35" w:type="dxa"/>
            </w:tcMar>
            <w:vAlign w:val="center"/>
          </w:tcPr>
          <w:p w14:paraId="279A0885" w14:textId="77777777" w:rsidR="00F4562C" w:rsidRPr="001A2E38" w:rsidRDefault="00F4562C" w:rsidP="005E1D6F">
            <w:pPr>
              <w:spacing w:after="0" w:line="240" w:lineRule="auto"/>
              <w:contextualSpacing/>
              <w:rPr>
                <w:rFonts w:ascii="Times New Roman" w:hAnsi="Times New Roman" w:cs="Times New Roman"/>
                <w:sz w:val="20"/>
                <w:szCs w:val="20"/>
              </w:rPr>
            </w:pPr>
            <w:r w:rsidRPr="001A2E38">
              <w:rPr>
                <w:rFonts w:ascii="Times New Roman" w:eastAsia="Times New Roman" w:hAnsi="Times New Roman" w:cs="Times New Roman"/>
                <w:sz w:val="20"/>
                <w:szCs w:val="20"/>
              </w:rPr>
              <w:t>CRP (mg/L)</w:t>
            </w:r>
          </w:p>
        </w:tc>
        <w:tc>
          <w:tcPr>
            <w:tcW w:w="1007" w:type="dxa"/>
            <w:tcBorders>
              <w:top w:val="nil"/>
              <w:left w:val="nil"/>
              <w:bottom w:val="nil"/>
              <w:right w:val="nil"/>
            </w:tcBorders>
            <w:tcMar>
              <w:top w:w="20" w:type="dxa"/>
              <w:left w:w="35" w:type="dxa"/>
              <w:bottom w:w="20" w:type="dxa"/>
              <w:right w:w="35" w:type="dxa"/>
            </w:tcMar>
            <w:vAlign w:val="center"/>
          </w:tcPr>
          <w:p w14:paraId="5B45AC8F" w14:textId="77777777" w:rsidR="00F4562C" w:rsidRPr="001A2E38" w:rsidRDefault="00F4562C" w:rsidP="005E1D6F">
            <w:pPr>
              <w:spacing w:after="0" w:line="240" w:lineRule="auto"/>
              <w:contextualSpacing/>
              <w:jc w:val="center"/>
              <w:rPr>
                <w:rFonts w:ascii="Times New Roman" w:hAnsi="Times New Roman" w:cs="Times New Roman"/>
                <w:sz w:val="20"/>
                <w:szCs w:val="20"/>
              </w:rPr>
            </w:pPr>
            <w:r w:rsidRPr="001A2E38">
              <w:rPr>
                <w:rFonts w:ascii="Times New Roman" w:eastAsia="Times New Roman" w:hAnsi="Times New Roman" w:cs="Times New Roman"/>
                <w:sz w:val="20"/>
                <w:szCs w:val="20"/>
              </w:rPr>
              <w:t>30710</w:t>
            </w:r>
          </w:p>
        </w:tc>
        <w:tc>
          <w:tcPr>
            <w:tcW w:w="1296" w:type="dxa"/>
            <w:tcBorders>
              <w:top w:val="nil"/>
              <w:left w:val="nil"/>
              <w:bottom w:val="nil"/>
              <w:right w:val="nil"/>
            </w:tcBorders>
            <w:tcMar>
              <w:top w:w="20" w:type="dxa"/>
              <w:left w:w="35" w:type="dxa"/>
              <w:bottom w:w="20" w:type="dxa"/>
              <w:right w:w="35" w:type="dxa"/>
            </w:tcMar>
            <w:vAlign w:val="center"/>
          </w:tcPr>
          <w:p w14:paraId="1AF9C66A" w14:textId="77777777" w:rsidR="00F4562C" w:rsidRPr="001A2E38" w:rsidRDefault="00F4562C" w:rsidP="005E1D6F">
            <w:pPr>
              <w:spacing w:after="0" w:line="240" w:lineRule="auto"/>
              <w:contextualSpacing/>
              <w:jc w:val="center"/>
              <w:rPr>
                <w:rFonts w:ascii="Times New Roman" w:hAnsi="Times New Roman" w:cs="Times New Roman"/>
                <w:sz w:val="20"/>
                <w:szCs w:val="20"/>
              </w:rPr>
            </w:pPr>
            <w:r w:rsidRPr="001A2E38">
              <w:rPr>
                <w:rFonts w:ascii="Times New Roman" w:eastAsia="Times New Roman" w:hAnsi="Times New Roman" w:cs="Times New Roman"/>
                <w:sz w:val="20"/>
                <w:szCs w:val="20"/>
              </w:rPr>
              <w:t>109,164</w:t>
            </w:r>
          </w:p>
        </w:tc>
        <w:tc>
          <w:tcPr>
            <w:tcW w:w="1080" w:type="dxa"/>
            <w:tcBorders>
              <w:top w:val="nil"/>
              <w:left w:val="nil"/>
              <w:bottom w:val="nil"/>
              <w:right w:val="nil"/>
            </w:tcBorders>
            <w:tcMar>
              <w:top w:w="20" w:type="dxa"/>
              <w:left w:w="35" w:type="dxa"/>
              <w:bottom w:w="20" w:type="dxa"/>
              <w:right w:w="35" w:type="dxa"/>
            </w:tcMar>
            <w:vAlign w:val="center"/>
          </w:tcPr>
          <w:p w14:paraId="7B3D8986" w14:textId="77777777" w:rsidR="00F4562C" w:rsidRPr="001A2E38" w:rsidRDefault="00F4562C" w:rsidP="005E1D6F">
            <w:pPr>
              <w:spacing w:after="0" w:line="240" w:lineRule="auto"/>
              <w:contextualSpacing/>
              <w:jc w:val="center"/>
              <w:rPr>
                <w:rFonts w:ascii="Times New Roman" w:hAnsi="Times New Roman" w:cs="Times New Roman"/>
                <w:sz w:val="20"/>
                <w:szCs w:val="20"/>
              </w:rPr>
            </w:pPr>
            <w:r w:rsidRPr="001A2E38">
              <w:rPr>
                <w:rFonts w:ascii="Times New Roman" w:eastAsia="Times New Roman" w:hAnsi="Times New Roman" w:cs="Times New Roman"/>
                <w:sz w:val="20"/>
                <w:szCs w:val="20"/>
              </w:rPr>
              <w:t>3.59</w:t>
            </w:r>
          </w:p>
        </w:tc>
        <w:tc>
          <w:tcPr>
            <w:tcW w:w="936" w:type="dxa"/>
            <w:tcBorders>
              <w:top w:val="nil"/>
              <w:left w:val="nil"/>
              <w:bottom w:val="nil"/>
              <w:right w:val="nil"/>
            </w:tcBorders>
            <w:tcMar>
              <w:top w:w="20" w:type="dxa"/>
              <w:left w:w="35" w:type="dxa"/>
              <w:bottom w:w="20" w:type="dxa"/>
              <w:right w:w="35" w:type="dxa"/>
            </w:tcMar>
            <w:vAlign w:val="center"/>
          </w:tcPr>
          <w:p w14:paraId="02D1E2A7" w14:textId="77777777" w:rsidR="00F4562C" w:rsidRPr="001A2E38" w:rsidRDefault="00F4562C" w:rsidP="005E1D6F">
            <w:pPr>
              <w:spacing w:after="0" w:line="240" w:lineRule="auto"/>
              <w:contextualSpacing/>
              <w:jc w:val="center"/>
              <w:rPr>
                <w:rFonts w:ascii="Times New Roman" w:hAnsi="Times New Roman" w:cs="Times New Roman"/>
                <w:sz w:val="20"/>
                <w:szCs w:val="20"/>
              </w:rPr>
            </w:pPr>
            <w:r w:rsidRPr="001A2E38">
              <w:rPr>
                <w:rFonts w:ascii="Times New Roman" w:eastAsia="Times New Roman" w:hAnsi="Times New Roman" w:cs="Times New Roman"/>
                <w:sz w:val="20"/>
                <w:szCs w:val="20"/>
              </w:rPr>
              <w:t>4.71</w:t>
            </w:r>
          </w:p>
        </w:tc>
        <w:tc>
          <w:tcPr>
            <w:tcW w:w="1080" w:type="dxa"/>
            <w:tcBorders>
              <w:top w:val="nil"/>
              <w:left w:val="nil"/>
              <w:bottom w:val="nil"/>
              <w:right w:val="nil"/>
            </w:tcBorders>
            <w:tcMar>
              <w:top w:w="20" w:type="dxa"/>
              <w:left w:w="35" w:type="dxa"/>
              <w:bottom w:w="20" w:type="dxa"/>
              <w:right w:w="35" w:type="dxa"/>
            </w:tcMar>
            <w:vAlign w:val="center"/>
          </w:tcPr>
          <w:p w14:paraId="48F0D5A4" w14:textId="77777777" w:rsidR="00F4562C" w:rsidRPr="001A2E38" w:rsidRDefault="00F4562C" w:rsidP="005E1D6F">
            <w:pPr>
              <w:spacing w:after="0" w:line="240" w:lineRule="auto"/>
              <w:contextualSpacing/>
              <w:jc w:val="center"/>
              <w:rPr>
                <w:rFonts w:ascii="Times New Roman" w:hAnsi="Times New Roman" w:cs="Times New Roman"/>
                <w:sz w:val="20"/>
                <w:szCs w:val="20"/>
              </w:rPr>
            </w:pPr>
            <w:r w:rsidRPr="001A2E38">
              <w:rPr>
                <w:rFonts w:ascii="Times New Roman" w:eastAsia="Times New Roman" w:hAnsi="Times New Roman" w:cs="Times New Roman"/>
                <w:sz w:val="20"/>
                <w:szCs w:val="20"/>
              </w:rPr>
              <w:t>2.16</w:t>
            </w:r>
          </w:p>
        </w:tc>
        <w:tc>
          <w:tcPr>
            <w:tcW w:w="936" w:type="dxa"/>
            <w:tcBorders>
              <w:top w:val="nil"/>
              <w:left w:val="nil"/>
              <w:bottom w:val="nil"/>
              <w:right w:val="nil"/>
            </w:tcBorders>
            <w:tcMar>
              <w:top w:w="20" w:type="dxa"/>
              <w:left w:w="35" w:type="dxa"/>
              <w:bottom w:w="20" w:type="dxa"/>
              <w:right w:w="35" w:type="dxa"/>
            </w:tcMar>
            <w:vAlign w:val="center"/>
          </w:tcPr>
          <w:p w14:paraId="5A40DE87" w14:textId="77777777" w:rsidR="00F4562C" w:rsidRPr="001A2E38" w:rsidRDefault="00F4562C" w:rsidP="005E1D6F">
            <w:pPr>
              <w:spacing w:after="0" w:line="240" w:lineRule="auto"/>
              <w:contextualSpacing/>
              <w:jc w:val="center"/>
              <w:rPr>
                <w:rFonts w:ascii="Times New Roman" w:hAnsi="Times New Roman" w:cs="Times New Roman"/>
                <w:sz w:val="20"/>
                <w:szCs w:val="20"/>
              </w:rPr>
            </w:pPr>
            <w:r w:rsidRPr="001A2E38">
              <w:rPr>
                <w:rFonts w:ascii="Times New Roman" w:eastAsia="Times New Roman" w:hAnsi="Times New Roman" w:cs="Times New Roman"/>
                <w:sz w:val="20"/>
                <w:szCs w:val="20"/>
              </w:rPr>
              <w:t>1.16</w:t>
            </w:r>
          </w:p>
        </w:tc>
        <w:tc>
          <w:tcPr>
            <w:tcW w:w="936" w:type="dxa"/>
            <w:tcBorders>
              <w:top w:val="nil"/>
              <w:left w:val="nil"/>
              <w:bottom w:val="nil"/>
              <w:right w:val="nil"/>
            </w:tcBorders>
            <w:tcMar>
              <w:top w:w="20" w:type="dxa"/>
              <w:left w:w="35" w:type="dxa"/>
              <w:bottom w:w="20" w:type="dxa"/>
              <w:right w:w="35" w:type="dxa"/>
            </w:tcMar>
            <w:vAlign w:val="center"/>
          </w:tcPr>
          <w:p w14:paraId="05A5CBBF" w14:textId="77777777" w:rsidR="00F4562C" w:rsidRPr="001A2E38" w:rsidRDefault="00F4562C" w:rsidP="005E1D6F">
            <w:pPr>
              <w:spacing w:after="0" w:line="240" w:lineRule="auto"/>
              <w:contextualSpacing/>
              <w:jc w:val="center"/>
              <w:rPr>
                <w:rFonts w:ascii="Times New Roman" w:hAnsi="Times New Roman" w:cs="Times New Roman"/>
                <w:sz w:val="20"/>
                <w:szCs w:val="20"/>
              </w:rPr>
            </w:pPr>
            <w:r w:rsidRPr="001A2E38">
              <w:rPr>
                <w:rFonts w:ascii="Times New Roman" w:eastAsia="Times New Roman" w:hAnsi="Times New Roman" w:cs="Times New Roman"/>
                <w:sz w:val="20"/>
                <w:szCs w:val="20"/>
              </w:rPr>
              <w:t>4.11</w:t>
            </w:r>
          </w:p>
        </w:tc>
      </w:tr>
      <w:tr w:rsidR="00F4562C" w:rsidRPr="001A2E38" w14:paraId="5D803466" w14:textId="77777777" w:rsidTr="00CA44B4">
        <w:trPr>
          <w:jc w:val="center"/>
        </w:trPr>
        <w:tc>
          <w:tcPr>
            <w:tcW w:w="1801" w:type="dxa"/>
            <w:tcBorders>
              <w:top w:val="nil"/>
              <w:left w:val="nil"/>
              <w:bottom w:val="nil"/>
              <w:right w:val="nil"/>
            </w:tcBorders>
            <w:tcMar>
              <w:top w:w="20" w:type="dxa"/>
              <w:left w:w="35" w:type="dxa"/>
              <w:bottom w:w="20" w:type="dxa"/>
              <w:right w:w="35" w:type="dxa"/>
            </w:tcMar>
            <w:vAlign w:val="center"/>
          </w:tcPr>
          <w:p w14:paraId="646E33B7" w14:textId="77777777" w:rsidR="00F4562C" w:rsidRPr="001A2E38" w:rsidRDefault="00F4562C" w:rsidP="005E1D6F">
            <w:pPr>
              <w:spacing w:after="0" w:line="240" w:lineRule="auto"/>
              <w:contextualSpacing/>
              <w:rPr>
                <w:rFonts w:ascii="Times New Roman" w:hAnsi="Times New Roman" w:cs="Times New Roman"/>
                <w:sz w:val="20"/>
                <w:szCs w:val="20"/>
              </w:rPr>
            </w:pPr>
          </w:p>
        </w:tc>
        <w:tc>
          <w:tcPr>
            <w:tcW w:w="4392" w:type="dxa"/>
            <w:tcBorders>
              <w:top w:val="nil"/>
              <w:left w:val="nil"/>
              <w:bottom w:val="nil"/>
              <w:right w:val="nil"/>
            </w:tcBorders>
            <w:tcMar>
              <w:top w:w="20" w:type="dxa"/>
              <w:left w:w="35" w:type="dxa"/>
              <w:bottom w:w="20" w:type="dxa"/>
              <w:right w:w="35" w:type="dxa"/>
            </w:tcMar>
            <w:vAlign w:val="center"/>
          </w:tcPr>
          <w:p w14:paraId="72C2EFA2" w14:textId="7D813A33" w:rsidR="00F4562C" w:rsidRPr="001A2E38" w:rsidRDefault="00F4562C" w:rsidP="005E1D6F">
            <w:pPr>
              <w:spacing w:after="0" w:line="240" w:lineRule="auto"/>
              <w:contextualSpacing/>
              <w:rPr>
                <w:rFonts w:ascii="Times New Roman" w:hAnsi="Times New Roman" w:cs="Times New Roman"/>
                <w:sz w:val="20"/>
                <w:szCs w:val="20"/>
              </w:rPr>
            </w:pPr>
            <w:r w:rsidRPr="001A2E38">
              <w:rPr>
                <w:rFonts w:ascii="Times New Roman" w:eastAsia="Times New Roman" w:hAnsi="Times New Roman" w:cs="Times New Roman"/>
                <w:sz w:val="20"/>
                <w:szCs w:val="20"/>
              </w:rPr>
              <w:t>WBC (10</w:t>
            </w:r>
            <w:r w:rsidRPr="001A2E38">
              <w:rPr>
                <w:rFonts w:ascii="Times New Roman" w:eastAsia="Times New Roman" w:hAnsi="Times New Roman" w:cs="Times New Roman"/>
                <w:sz w:val="20"/>
                <w:szCs w:val="20"/>
                <w:vertAlign w:val="superscript"/>
              </w:rPr>
              <w:t>9</w:t>
            </w:r>
            <w:r w:rsidRPr="001A2E38">
              <w:rPr>
                <w:rFonts w:ascii="Times New Roman" w:eastAsia="Times New Roman" w:hAnsi="Times New Roman" w:cs="Times New Roman"/>
                <w:sz w:val="20"/>
                <w:szCs w:val="20"/>
              </w:rPr>
              <w:t xml:space="preserve"> cells/</w:t>
            </w:r>
            <w:r w:rsidR="003479B3" w:rsidRPr="001A2E38">
              <w:rPr>
                <w:rFonts w:ascii="Times New Roman" w:eastAsia="Times New Roman" w:hAnsi="Times New Roman" w:cs="Times New Roman"/>
                <w:sz w:val="20"/>
                <w:szCs w:val="20"/>
              </w:rPr>
              <w:t>Liter</w:t>
            </w:r>
            <w:r w:rsidRPr="001A2E38">
              <w:rPr>
                <w:rFonts w:ascii="Times New Roman" w:eastAsia="Times New Roman" w:hAnsi="Times New Roman" w:cs="Times New Roman"/>
                <w:sz w:val="20"/>
                <w:szCs w:val="20"/>
              </w:rPr>
              <w:t>)</w:t>
            </w:r>
          </w:p>
        </w:tc>
        <w:tc>
          <w:tcPr>
            <w:tcW w:w="1007" w:type="dxa"/>
            <w:tcBorders>
              <w:top w:val="nil"/>
              <w:left w:val="nil"/>
              <w:bottom w:val="nil"/>
              <w:right w:val="nil"/>
            </w:tcBorders>
            <w:tcMar>
              <w:top w:w="20" w:type="dxa"/>
              <w:left w:w="35" w:type="dxa"/>
              <w:bottom w:w="20" w:type="dxa"/>
              <w:right w:w="35" w:type="dxa"/>
            </w:tcMar>
            <w:vAlign w:val="center"/>
          </w:tcPr>
          <w:p w14:paraId="3B70193B" w14:textId="77777777" w:rsidR="00F4562C" w:rsidRPr="001A2E38" w:rsidRDefault="00F4562C" w:rsidP="005E1D6F">
            <w:pPr>
              <w:spacing w:after="0" w:line="240" w:lineRule="auto"/>
              <w:contextualSpacing/>
              <w:jc w:val="center"/>
              <w:rPr>
                <w:rFonts w:ascii="Times New Roman" w:hAnsi="Times New Roman" w:cs="Times New Roman"/>
                <w:sz w:val="20"/>
                <w:szCs w:val="20"/>
              </w:rPr>
            </w:pPr>
            <w:r w:rsidRPr="001A2E38">
              <w:rPr>
                <w:rFonts w:ascii="Times New Roman" w:eastAsia="Times New Roman" w:hAnsi="Times New Roman" w:cs="Times New Roman"/>
                <w:sz w:val="20"/>
                <w:szCs w:val="20"/>
              </w:rPr>
              <w:t>30000</w:t>
            </w:r>
          </w:p>
        </w:tc>
        <w:tc>
          <w:tcPr>
            <w:tcW w:w="1296" w:type="dxa"/>
            <w:tcBorders>
              <w:top w:val="nil"/>
              <w:left w:val="nil"/>
              <w:bottom w:val="nil"/>
              <w:right w:val="nil"/>
            </w:tcBorders>
            <w:tcMar>
              <w:top w:w="20" w:type="dxa"/>
              <w:left w:w="35" w:type="dxa"/>
              <w:bottom w:w="20" w:type="dxa"/>
              <w:right w:w="35" w:type="dxa"/>
            </w:tcMar>
            <w:vAlign w:val="center"/>
          </w:tcPr>
          <w:p w14:paraId="5684BE2E" w14:textId="77777777" w:rsidR="00F4562C" w:rsidRPr="001A2E38" w:rsidRDefault="00F4562C" w:rsidP="005E1D6F">
            <w:pPr>
              <w:spacing w:after="0" w:line="240" w:lineRule="auto"/>
              <w:contextualSpacing/>
              <w:jc w:val="center"/>
              <w:rPr>
                <w:rFonts w:ascii="Times New Roman" w:hAnsi="Times New Roman" w:cs="Times New Roman"/>
                <w:sz w:val="20"/>
                <w:szCs w:val="20"/>
              </w:rPr>
            </w:pPr>
            <w:r w:rsidRPr="001A2E38">
              <w:rPr>
                <w:rFonts w:ascii="Times New Roman" w:eastAsia="Times New Roman" w:hAnsi="Times New Roman" w:cs="Times New Roman"/>
                <w:sz w:val="20"/>
                <w:szCs w:val="20"/>
              </w:rPr>
              <w:t>106,573</w:t>
            </w:r>
          </w:p>
        </w:tc>
        <w:tc>
          <w:tcPr>
            <w:tcW w:w="1080" w:type="dxa"/>
            <w:tcBorders>
              <w:top w:val="nil"/>
              <w:left w:val="nil"/>
              <w:bottom w:val="nil"/>
              <w:right w:val="nil"/>
            </w:tcBorders>
            <w:tcMar>
              <w:top w:w="20" w:type="dxa"/>
              <w:left w:w="35" w:type="dxa"/>
              <w:bottom w:w="20" w:type="dxa"/>
              <w:right w:w="35" w:type="dxa"/>
            </w:tcMar>
            <w:vAlign w:val="center"/>
          </w:tcPr>
          <w:p w14:paraId="3D80CB12" w14:textId="77777777" w:rsidR="00F4562C" w:rsidRPr="001A2E38" w:rsidRDefault="00F4562C" w:rsidP="005E1D6F">
            <w:pPr>
              <w:spacing w:after="0" w:line="240" w:lineRule="auto"/>
              <w:contextualSpacing/>
              <w:jc w:val="center"/>
              <w:rPr>
                <w:rFonts w:ascii="Times New Roman" w:hAnsi="Times New Roman" w:cs="Times New Roman"/>
                <w:sz w:val="20"/>
                <w:szCs w:val="20"/>
              </w:rPr>
            </w:pPr>
            <w:r w:rsidRPr="001A2E38">
              <w:rPr>
                <w:rFonts w:ascii="Times New Roman" w:eastAsia="Times New Roman" w:hAnsi="Times New Roman" w:cs="Times New Roman"/>
                <w:sz w:val="20"/>
                <w:szCs w:val="20"/>
              </w:rPr>
              <w:t>7.24</w:t>
            </w:r>
          </w:p>
        </w:tc>
        <w:tc>
          <w:tcPr>
            <w:tcW w:w="936" w:type="dxa"/>
            <w:tcBorders>
              <w:top w:val="nil"/>
              <w:left w:val="nil"/>
              <w:bottom w:val="nil"/>
              <w:right w:val="nil"/>
            </w:tcBorders>
            <w:tcMar>
              <w:top w:w="20" w:type="dxa"/>
              <w:left w:w="35" w:type="dxa"/>
              <w:bottom w:w="20" w:type="dxa"/>
              <w:right w:w="35" w:type="dxa"/>
            </w:tcMar>
            <w:vAlign w:val="center"/>
          </w:tcPr>
          <w:p w14:paraId="10FB3BA5" w14:textId="77777777" w:rsidR="00F4562C" w:rsidRPr="001A2E38" w:rsidRDefault="00F4562C" w:rsidP="005E1D6F">
            <w:pPr>
              <w:spacing w:after="0" w:line="240" w:lineRule="auto"/>
              <w:contextualSpacing/>
              <w:jc w:val="center"/>
              <w:rPr>
                <w:rFonts w:ascii="Times New Roman" w:hAnsi="Times New Roman" w:cs="Times New Roman"/>
                <w:sz w:val="20"/>
                <w:szCs w:val="20"/>
              </w:rPr>
            </w:pPr>
            <w:r w:rsidRPr="001A2E38">
              <w:rPr>
                <w:rFonts w:ascii="Times New Roman" w:eastAsia="Times New Roman" w:hAnsi="Times New Roman" w:cs="Times New Roman"/>
                <w:sz w:val="20"/>
                <w:szCs w:val="20"/>
              </w:rPr>
              <w:t>2.02</w:t>
            </w:r>
          </w:p>
        </w:tc>
        <w:tc>
          <w:tcPr>
            <w:tcW w:w="1080" w:type="dxa"/>
            <w:tcBorders>
              <w:top w:val="nil"/>
              <w:left w:val="nil"/>
              <w:bottom w:val="nil"/>
              <w:right w:val="nil"/>
            </w:tcBorders>
            <w:tcMar>
              <w:top w:w="20" w:type="dxa"/>
              <w:left w:w="35" w:type="dxa"/>
              <w:bottom w:w="20" w:type="dxa"/>
              <w:right w:w="35" w:type="dxa"/>
            </w:tcMar>
            <w:vAlign w:val="center"/>
          </w:tcPr>
          <w:p w14:paraId="112BF512" w14:textId="77777777" w:rsidR="00F4562C" w:rsidRPr="001A2E38" w:rsidRDefault="00F4562C" w:rsidP="005E1D6F">
            <w:pPr>
              <w:spacing w:after="0" w:line="240" w:lineRule="auto"/>
              <w:contextualSpacing/>
              <w:jc w:val="center"/>
              <w:rPr>
                <w:rFonts w:ascii="Times New Roman" w:hAnsi="Times New Roman" w:cs="Times New Roman"/>
                <w:sz w:val="20"/>
                <w:szCs w:val="20"/>
              </w:rPr>
            </w:pPr>
            <w:r w:rsidRPr="001A2E38">
              <w:rPr>
                <w:rFonts w:ascii="Times New Roman" w:eastAsia="Times New Roman" w:hAnsi="Times New Roman" w:cs="Times New Roman"/>
                <w:sz w:val="20"/>
                <w:szCs w:val="20"/>
              </w:rPr>
              <w:t>7.01</w:t>
            </w:r>
          </w:p>
        </w:tc>
        <w:tc>
          <w:tcPr>
            <w:tcW w:w="936" w:type="dxa"/>
            <w:tcBorders>
              <w:top w:val="nil"/>
              <w:left w:val="nil"/>
              <w:bottom w:val="nil"/>
              <w:right w:val="nil"/>
            </w:tcBorders>
            <w:tcMar>
              <w:top w:w="20" w:type="dxa"/>
              <w:left w:w="35" w:type="dxa"/>
              <w:bottom w:w="20" w:type="dxa"/>
              <w:right w:w="35" w:type="dxa"/>
            </w:tcMar>
            <w:vAlign w:val="center"/>
          </w:tcPr>
          <w:p w14:paraId="5E657BFE" w14:textId="77777777" w:rsidR="00F4562C" w:rsidRPr="001A2E38" w:rsidRDefault="00F4562C" w:rsidP="005E1D6F">
            <w:pPr>
              <w:spacing w:after="0" w:line="240" w:lineRule="auto"/>
              <w:contextualSpacing/>
              <w:jc w:val="center"/>
              <w:rPr>
                <w:rFonts w:ascii="Times New Roman" w:hAnsi="Times New Roman" w:cs="Times New Roman"/>
                <w:sz w:val="20"/>
                <w:szCs w:val="20"/>
              </w:rPr>
            </w:pPr>
            <w:r w:rsidRPr="001A2E38">
              <w:rPr>
                <w:rFonts w:ascii="Times New Roman" w:eastAsia="Times New Roman" w:hAnsi="Times New Roman" w:cs="Times New Roman"/>
                <w:sz w:val="20"/>
                <w:szCs w:val="20"/>
              </w:rPr>
              <w:t>6.00</w:t>
            </w:r>
          </w:p>
        </w:tc>
        <w:tc>
          <w:tcPr>
            <w:tcW w:w="936" w:type="dxa"/>
            <w:tcBorders>
              <w:top w:val="nil"/>
              <w:left w:val="nil"/>
              <w:bottom w:val="nil"/>
              <w:right w:val="nil"/>
            </w:tcBorders>
            <w:tcMar>
              <w:top w:w="20" w:type="dxa"/>
              <w:left w:w="35" w:type="dxa"/>
              <w:bottom w:w="20" w:type="dxa"/>
              <w:right w:w="35" w:type="dxa"/>
            </w:tcMar>
            <w:vAlign w:val="center"/>
          </w:tcPr>
          <w:p w14:paraId="7652B1E9" w14:textId="77777777" w:rsidR="00F4562C" w:rsidRPr="001A2E38" w:rsidRDefault="00F4562C" w:rsidP="005E1D6F">
            <w:pPr>
              <w:spacing w:after="0" w:line="240" w:lineRule="auto"/>
              <w:contextualSpacing/>
              <w:jc w:val="center"/>
              <w:rPr>
                <w:rFonts w:ascii="Times New Roman" w:hAnsi="Times New Roman" w:cs="Times New Roman"/>
                <w:sz w:val="20"/>
                <w:szCs w:val="20"/>
              </w:rPr>
            </w:pPr>
            <w:r w:rsidRPr="001A2E38">
              <w:rPr>
                <w:rFonts w:ascii="Times New Roman" w:eastAsia="Times New Roman" w:hAnsi="Times New Roman" w:cs="Times New Roman"/>
                <w:sz w:val="20"/>
                <w:szCs w:val="20"/>
              </w:rPr>
              <w:t>8.20</w:t>
            </w:r>
          </w:p>
        </w:tc>
      </w:tr>
      <w:tr w:rsidR="00F4562C" w:rsidRPr="001A2E38" w14:paraId="46CBBC30" w14:textId="77777777" w:rsidTr="00CA44B4">
        <w:trPr>
          <w:jc w:val="center"/>
        </w:trPr>
        <w:tc>
          <w:tcPr>
            <w:tcW w:w="1801" w:type="dxa"/>
            <w:tcBorders>
              <w:top w:val="nil"/>
              <w:left w:val="nil"/>
              <w:bottom w:val="nil"/>
              <w:right w:val="nil"/>
            </w:tcBorders>
            <w:tcMar>
              <w:top w:w="20" w:type="dxa"/>
              <w:left w:w="35" w:type="dxa"/>
              <w:bottom w:w="20" w:type="dxa"/>
              <w:right w:w="35" w:type="dxa"/>
            </w:tcMar>
            <w:vAlign w:val="center"/>
          </w:tcPr>
          <w:p w14:paraId="1A671788" w14:textId="77777777" w:rsidR="00F4562C" w:rsidRPr="001A2E38" w:rsidRDefault="00F4562C" w:rsidP="005E1D6F">
            <w:pPr>
              <w:spacing w:after="0" w:line="240" w:lineRule="auto"/>
              <w:contextualSpacing/>
              <w:rPr>
                <w:rFonts w:ascii="Times New Roman" w:hAnsi="Times New Roman" w:cs="Times New Roman"/>
                <w:sz w:val="20"/>
                <w:szCs w:val="20"/>
              </w:rPr>
            </w:pPr>
          </w:p>
        </w:tc>
        <w:tc>
          <w:tcPr>
            <w:tcW w:w="4392" w:type="dxa"/>
            <w:tcBorders>
              <w:top w:val="nil"/>
              <w:left w:val="nil"/>
              <w:bottom w:val="nil"/>
              <w:right w:val="nil"/>
            </w:tcBorders>
            <w:tcMar>
              <w:top w:w="20" w:type="dxa"/>
              <w:left w:w="35" w:type="dxa"/>
              <w:bottom w:w="20" w:type="dxa"/>
              <w:right w:w="35" w:type="dxa"/>
            </w:tcMar>
            <w:vAlign w:val="center"/>
          </w:tcPr>
          <w:p w14:paraId="7FFE7426" w14:textId="37B9932B" w:rsidR="00F4562C" w:rsidRPr="001A2E38" w:rsidRDefault="00F4562C" w:rsidP="005E1D6F">
            <w:pPr>
              <w:spacing w:after="0" w:line="240" w:lineRule="auto"/>
              <w:contextualSpacing/>
              <w:rPr>
                <w:rFonts w:ascii="Times New Roman" w:hAnsi="Times New Roman" w:cs="Times New Roman"/>
                <w:sz w:val="20"/>
                <w:szCs w:val="20"/>
              </w:rPr>
            </w:pPr>
            <w:r w:rsidRPr="001A2E38">
              <w:rPr>
                <w:rFonts w:ascii="Times New Roman" w:eastAsia="Times New Roman" w:hAnsi="Times New Roman" w:cs="Times New Roman"/>
                <w:sz w:val="20"/>
                <w:szCs w:val="20"/>
              </w:rPr>
              <w:t>PLT (10</w:t>
            </w:r>
            <w:r w:rsidRPr="001A2E38">
              <w:rPr>
                <w:rFonts w:ascii="Times New Roman" w:eastAsia="Times New Roman" w:hAnsi="Times New Roman" w:cs="Times New Roman"/>
                <w:sz w:val="20"/>
                <w:szCs w:val="20"/>
                <w:vertAlign w:val="superscript"/>
              </w:rPr>
              <w:t>9</w:t>
            </w:r>
            <w:r w:rsidRPr="001A2E38">
              <w:rPr>
                <w:rFonts w:ascii="Times New Roman" w:eastAsia="Times New Roman" w:hAnsi="Times New Roman" w:cs="Times New Roman"/>
                <w:sz w:val="20"/>
                <w:szCs w:val="20"/>
              </w:rPr>
              <w:t xml:space="preserve"> cells/</w:t>
            </w:r>
            <w:r w:rsidR="003479B3" w:rsidRPr="001A2E38">
              <w:rPr>
                <w:rFonts w:ascii="Times New Roman" w:eastAsia="Times New Roman" w:hAnsi="Times New Roman" w:cs="Times New Roman"/>
                <w:sz w:val="20"/>
                <w:szCs w:val="20"/>
              </w:rPr>
              <w:t>Liter</w:t>
            </w:r>
            <w:r w:rsidRPr="001A2E38">
              <w:rPr>
                <w:rFonts w:ascii="Times New Roman" w:eastAsia="Times New Roman" w:hAnsi="Times New Roman" w:cs="Times New Roman"/>
                <w:sz w:val="20"/>
                <w:szCs w:val="20"/>
              </w:rPr>
              <w:t>)</w:t>
            </w:r>
          </w:p>
        </w:tc>
        <w:tc>
          <w:tcPr>
            <w:tcW w:w="1007" w:type="dxa"/>
            <w:tcBorders>
              <w:top w:val="nil"/>
              <w:left w:val="nil"/>
              <w:bottom w:val="nil"/>
              <w:right w:val="nil"/>
            </w:tcBorders>
            <w:tcMar>
              <w:top w:w="20" w:type="dxa"/>
              <w:left w:w="35" w:type="dxa"/>
              <w:bottom w:w="20" w:type="dxa"/>
              <w:right w:w="35" w:type="dxa"/>
            </w:tcMar>
            <w:vAlign w:val="center"/>
          </w:tcPr>
          <w:p w14:paraId="5FBADB66" w14:textId="77777777" w:rsidR="00F4562C" w:rsidRPr="001A2E38" w:rsidRDefault="00F4562C" w:rsidP="005E1D6F">
            <w:pPr>
              <w:spacing w:after="0" w:line="240" w:lineRule="auto"/>
              <w:contextualSpacing/>
              <w:jc w:val="center"/>
              <w:rPr>
                <w:rFonts w:ascii="Times New Roman" w:hAnsi="Times New Roman" w:cs="Times New Roman"/>
                <w:sz w:val="20"/>
                <w:szCs w:val="20"/>
              </w:rPr>
            </w:pPr>
            <w:r w:rsidRPr="001A2E38">
              <w:rPr>
                <w:rFonts w:ascii="Times New Roman" w:eastAsia="Times New Roman" w:hAnsi="Times New Roman" w:cs="Times New Roman"/>
                <w:sz w:val="20"/>
                <w:szCs w:val="20"/>
              </w:rPr>
              <w:t>30080</w:t>
            </w:r>
          </w:p>
        </w:tc>
        <w:tc>
          <w:tcPr>
            <w:tcW w:w="1296" w:type="dxa"/>
            <w:tcBorders>
              <w:top w:val="nil"/>
              <w:left w:val="nil"/>
              <w:bottom w:val="nil"/>
              <w:right w:val="nil"/>
            </w:tcBorders>
            <w:tcMar>
              <w:top w:w="20" w:type="dxa"/>
              <w:left w:w="35" w:type="dxa"/>
              <w:bottom w:w="20" w:type="dxa"/>
              <w:right w:w="35" w:type="dxa"/>
            </w:tcMar>
            <w:vAlign w:val="center"/>
          </w:tcPr>
          <w:p w14:paraId="1E7FD32A" w14:textId="77777777" w:rsidR="00F4562C" w:rsidRPr="001A2E38" w:rsidRDefault="00F4562C" w:rsidP="005E1D6F">
            <w:pPr>
              <w:spacing w:after="0" w:line="240" w:lineRule="auto"/>
              <w:contextualSpacing/>
              <w:jc w:val="center"/>
              <w:rPr>
                <w:rFonts w:ascii="Times New Roman" w:hAnsi="Times New Roman" w:cs="Times New Roman"/>
                <w:sz w:val="20"/>
                <w:szCs w:val="20"/>
              </w:rPr>
            </w:pPr>
            <w:r w:rsidRPr="001A2E38">
              <w:rPr>
                <w:rFonts w:ascii="Times New Roman" w:eastAsia="Times New Roman" w:hAnsi="Times New Roman" w:cs="Times New Roman"/>
                <w:sz w:val="20"/>
                <w:szCs w:val="20"/>
              </w:rPr>
              <w:t>106,577</w:t>
            </w:r>
          </w:p>
        </w:tc>
        <w:tc>
          <w:tcPr>
            <w:tcW w:w="1080" w:type="dxa"/>
            <w:tcBorders>
              <w:top w:val="nil"/>
              <w:left w:val="nil"/>
              <w:bottom w:val="nil"/>
              <w:right w:val="nil"/>
            </w:tcBorders>
            <w:tcMar>
              <w:top w:w="20" w:type="dxa"/>
              <w:left w:w="35" w:type="dxa"/>
              <w:bottom w:w="20" w:type="dxa"/>
              <w:right w:w="35" w:type="dxa"/>
            </w:tcMar>
            <w:vAlign w:val="center"/>
          </w:tcPr>
          <w:p w14:paraId="28D4B672" w14:textId="77777777" w:rsidR="00F4562C" w:rsidRPr="001A2E38" w:rsidRDefault="00F4562C" w:rsidP="005E1D6F">
            <w:pPr>
              <w:spacing w:after="0" w:line="240" w:lineRule="auto"/>
              <w:contextualSpacing/>
              <w:jc w:val="center"/>
              <w:rPr>
                <w:rFonts w:ascii="Times New Roman" w:hAnsi="Times New Roman" w:cs="Times New Roman"/>
                <w:sz w:val="20"/>
                <w:szCs w:val="20"/>
              </w:rPr>
            </w:pPr>
            <w:r w:rsidRPr="001A2E38">
              <w:rPr>
                <w:rFonts w:ascii="Times New Roman" w:eastAsia="Times New Roman" w:hAnsi="Times New Roman" w:cs="Times New Roman"/>
                <w:sz w:val="20"/>
                <w:szCs w:val="20"/>
              </w:rPr>
              <w:t>254.52</w:t>
            </w:r>
          </w:p>
        </w:tc>
        <w:tc>
          <w:tcPr>
            <w:tcW w:w="936" w:type="dxa"/>
            <w:tcBorders>
              <w:top w:val="nil"/>
              <w:left w:val="nil"/>
              <w:bottom w:val="nil"/>
              <w:right w:val="nil"/>
            </w:tcBorders>
            <w:tcMar>
              <w:top w:w="20" w:type="dxa"/>
              <w:left w:w="35" w:type="dxa"/>
              <w:bottom w:w="20" w:type="dxa"/>
              <w:right w:w="35" w:type="dxa"/>
            </w:tcMar>
            <w:vAlign w:val="center"/>
          </w:tcPr>
          <w:p w14:paraId="0367F222" w14:textId="77777777" w:rsidR="00F4562C" w:rsidRPr="001A2E38" w:rsidRDefault="00F4562C" w:rsidP="005E1D6F">
            <w:pPr>
              <w:spacing w:after="0" w:line="240" w:lineRule="auto"/>
              <w:contextualSpacing/>
              <w:jc w:val="center"/>
              <w:rPr>
                <w:rFonts w:ascii="Times New Roman" w:hAnsi="Times New Roman" w:cs="Times New Roman"/>
                <w:sz w:val="20"/>
                <w:szCs w:val="20"/>
              </w:rPr>
            </w:pPr>
            <w:r w:rsidRPr="001A2E38">
              <w:rPr>
                <w:rFonts w:ascii="Times New Roman" w:eastAsia="Times New Roman" w:hAnsi="Times New Roman" w:cs="Times New Roman"/>
                <w:sz w:val="20"/>
                <w:szCs w:val="20"/>
              </w:rPr>
              <w:t>60.57</w:t>
            </w:r>
          </w:p>
        </w:tc>
        <w:tc>
          <w:tcPr>
            <w:tcW w:w="1080" w:type="dxa"/>
            <w:tcBorders>
              <w:top w:val="nil"/>
              <w:left w:val="nil"/>
              <w:bottom w:val="nil"/>
              <w:right w:val="nil"/>
            </w:tcBorders>
            <w:tcMar>
              <w:top w:w="20" w:type="dxa"/>
              <w:left w:w="35" w:type="dxa"/>
              <w:bottom w:w="20" w:type="dxa"/>
              <w:right w:w="35" w:type="dxa"/>
            </w:tcMar>
            <w:vAlign w:val="center"/>
          </w:tcPr>
          <w:p w14:paraId="45C0B71A" w14:textId="77777777" w:rsidR="00F4562C" w:rsidRPr="001A2E38" w:rsidRDefault="00F4562C" w:rsidP="005E1D6F">
            <w:pPr>
              <w:spacing w:after="0" w:line="240" w:lineRule="auto"/>
              <w:contextualSpacing/>
              <w:jc w:val="center"/>
              <w:rPr>
                <w:rFonts w:ascii="Times New Roman" w:hAnsi="Times New Roman" w:cs="Times New Roman"/>
                <w:sz w:val="20"/>
                <w:szCs w:val="20"/>
              </w:rPr>
            </w:pPr>
            <w:r w:rsidRPr="001A2E38">
              <w:rPr>
                <w:rFonts w:ascii="Times New Roman" w:eastAsia="Times New Roman" w:hAnsi="Times New Roman" w:cs="Times New Roman"/>
                <w:sz w:val="20"/>
                <w:szCs w:val="20"/>
              </w:rPr>
              <w:t>249.10</w:t>
            </w:r>
          </w:p>
        </w:tc>
        <w:tc>
          <w:tcPr>
            <w:tcW w:w="936" w:type="dxa"/>
            <w:tcBorders>
              <w:top w:val="nil"/>
              <w:left w:val="nil"/>
              <w:bottom w:val="nil"/>
              <w:right w:val="nil"/>
            </w:tcBorders>
            <w:tcMar>
              <w:top w:w="20" w:type="dxa"/>
              <w:left w:w="35" w:type="dxa"/>
              <w:bottom w:w="20" w:type="dxa"/>
              <w:right w:w="35" w:type="dxa"/>
            </w:tcMar>
            <w:vAlign w:val="center"/>
          </w:tcPr>
          <w:p w14:paraId="0D3D357E" w14:textId="77777777" w:rsidR="00F4562C" w:rsidRPr="001A2E38" w:rsidRDefault="00F4562C" w:rsidP="005E1D6F">
            <w:pPr>
              <w:spacing w:after="0" w:line="240" w:lineRule="auto"/>
              <w:contextualSpacing/>
              <w:jc w:val="center"/>
              <w:rPr>
                <w:rFonts w:ascii="Times New Roman" w:hAnsi="Times New Roman" w:cs="Times New Roman"/>
                <w:sz w:val="20"/>
                <w:szCs w:val="20"/>
              </w:rPr>
            </w:pPr>
            <w:r w:rsidRPr="001A2E38">
              <w:rPr>
                <w:rFonts w:ascii="Times New Roman" w:eastAsia="Times New Roman" w:hAnsi="Times New Roman" w:cs="Times New Roman"/>
                <w:sz w:val="20"/>
                <w:szCs w:val="20"/>
              </w:rPr>
              <w:t>214.20</w:t>
            </w:r>
          </w:p>
        </w:tc>
        <w:tc>
          <w:tcPr>
            <w:tcW w:w="936" w:type="dxa"/>
            <w:tcBorders>
              <w:top w:val="nil"/>
              <w:left w:val="nil"/>
              <w:bottom w:val="nil"/>
              <w:right w:val="nil"/>
            </w:tcBorders>
            <w:tcMar>
              <w:top w:w="20" w:type="dxa"/>
              <w:left w:w="35" w:type="dxa"/>
              <w:bottom w:w="20" w:type="dxa"/>
              <w:right w:w="35" w:type="dxa"/>
            </w:tcMar>
            <w:vAlign w:val="center"/>
          </w:tcPr>
          <w:p w14:paraId="0039DC79" w14:textId="77777777" w:rsidR="00F4562C" w:rsidRPr="001A2E38" w:rsidRDefault="00F4562C" w:rsidP="005E1D6F">
            <w:pPr>
              <w:spacing w:after="0" w:line="240" w:lineRule="auto"/>
              <w:contextualSpacing/>
              <w:jc w:val="center"/>
              <w:rPr>
                <w:rFonts w:ascii="Times New Roman" w:hAnsi="Times New Roman" w:cs="Times New Roman"/>
                <w:sz w:val="20"/>
                <w:szCs w:val="20"/>
              </w:rPr>
            </w:pPr>
            <w:r w:rsidRPr="001A2E38">
              <w:rPr>
                <w:rFonts w:ascii="Times New Roman" w:eastAsia="Times New Roman" w:hAnsi="Times New Roman" w:cs="Times New Roman"/>
                <w:sz w:val="20"/>
                <w:szCs w:val="20"/>
              </w:rPr>
              <w:t>289.00</w:t>
            </w:r>
          </w:p>
        </w:tc>
      </w:tr>
      <w:tr w:rsidR="00F4562C" w:rsidRPr="001A2E38" w14:paraId="0F5C011F" w14:textId="77777777" w:rsidTr="00CA44B4">
        <w:trPr>
          <w:jc w:val="center"/>
        </w:trPr>
        <w:tc>
          <w:tcPr>
            <w:tcW w:w="1801" w:type="dxa"/>
            <w:tcBorders>
              <w:top w:val="nil"/>
              <w:left w:val="nil"/>
              <w:bottom w:val="nil"/>
              <w:right w:val="nil"/>
            </w:tcBorders>
            <w:tcMar>
              <w:top w:w="20" w:type="dxa"/>
              <w:left w:w="35" w:type="dxa"/>
              <w:bottom w:w="20" w:type="dxa"/>
              <w:right w:w="35" w:type="dxa"/>
            </w:tcMar>
            <w:vAlign w:val="center"/>
          </w:tcPr>
          <w:p w14:paraId="10FF5A0E" w14:textId="77777777" w:rsidR="00F4562C" w:rsidRPr="001A2E38" w:rsidRDefault="00F4562C" w:rsidP="005E1D6F">
            <w:pPr>
              <w:spacing w:after="0" w:line="240" w:lineRule="auto"/>
              <w:contextualSpacing/>
              <w:rPr>
                <w:rFonts w:ascii="Times New Roman" w:hAnsi="Times New Roman" w:cs="Times New Roman"/>
                <w:sz w:val="20"/>
                <w:szCs w:val="20"/>
              </w:rPr>
            </w:pPr>
          </w:p>
        </w:tc>
        <w:tc>
          <w:tcPr>
            <w:tcW w:w="4392" w:type="dxa"/>
            <w:tcBorders>
              <w:top w:val="nil"/>
              <w:left w:val="nil"/>
              <w:bottom w:val="nil"/>
              <w:right w:val="nil"/>
            </w:tcBorders>
            <w:tcMar>
              <w:top w:w="20" w:type="dxa"/>
              <w:left w:w="35" w:type="dxa"/>
              <w:bottom w:w="20" w:type="dxa"/>
              <w:right w:w="35" w:type="dxa"/>
            </w:tcMar>
            <w:vAlign w:val="center"/>
          </w:tcPr>
          <w:p w14:paraId="2F2E7A11" w14:textId="3B8CE0EA" w:rsidR="00F4562C" w:rsidRPr="001A2E38" w:rsidRDefault="00F4562C" w:rsidP="005E1D6F">
            <w:pPr>
              <w:spacing w:after="0" w:line="240" w:lineRule="auto"/>
              <w:contextualSpacing/>
              <w:rPr>
                <w:rFonts w:ascii="Times New Roman" w:hAnsi="Times New Roman" w:cs="Times New Roman"/>
                <w:sz w:val="20"/>
                <w:szCs w:val="20"/>
              </w:rPr>
            </w:pPr>
            <w:r w:rsidRPr="001A2E38">
              <w:rPr>
                <w:rFonts w:ascii="Times New Roman" w:eastAsia="Times New Roman" w:hAnsi="Times New Roman" w:cs="Times New Roman"/>
                <w:sz w:val="20"/>
                <w:szCs w:val="20"/>
              </w:rPr>
              <w:t>Lymphocyte (10</w:t>
            </w:r>
            <w:r w:rsidRPr="001A2E38">
              <w:rPr>
                <w:rFonts w:ascii="Times New Roman" w:eastAsia="Times New Roman" w:hAnsi="Times New Roman" w:cs="Times New Roman"/>
                <w:sz w:val="20"/>
                <w:szCs w:val="20"/>
                <w:vertAlign w:val="superscript"/>
              </w:rPr>
              <w:t>9</w:t>
            </w:r>
            <w:r w:rsidRPr="001A2E38">
              <w:rPr>
                <w:rFonts w:ascii="Times New Roman" w:eastAsia="Times New Roman" w:hAnsi="Times New Roman" w:cs="Times New Roman"/>
                <w:sz w:val="20"/>
                <w:szCs w:val="20"/>
              </w:rPr>
              <w:t xml:space="preserve"> cells/</w:t>
            </w:r>
            <w:r w:rsidR="003479B3" w:rsidRPr="001A2E38">
              <w:rPr>
                <w:rFonts w:ascii="Times New Roman" w:eastAsia="Times New Roman" w:hAnsi="Times New Roman" w:cs="Times New Roman"/>
                <w:sz w:val="20"/>
                <w:szCs w:val="20"/>
              </w:rPr>
              <w:t>Liter</w:t>
            </w:r>
            <w:r w:rsidRPr="001A2E38">
              <w:rPr>
                <w:rFonts w:ascii="Times New Roman" w:eastAsia="Times New Roman" w:hAnsi="Times New Roman" w:cs="Times New Roman"/>
                <w:sz w:val="20"/>
                <w:szCs w:val="20"/>
              </w:rPr>
              <w:t>)</w:t>
            </w:r>
          </w:p>
        </w:tc>
        <w:tc>
          <w:tcPr>
            <w:tcW w:w="1007" w:type="dxa"/>
            <w:tcBorders>
              <w:top w:val="nil"/>
              <w:left w:val="nil"/>
              <w:bottom w:val="nil"/>
              <w:right w:val="nil"/>
            </w:tcBorders>
            <w:tcMar>
              <w:top w:w="20" w:type="dxa"/>
              <w:left w:w="35" w:type="dxa"/>
              <w:bottom w:w="20" w:type="dxa"/>
              <w:right w:w="35" w:type="dxa"/>
            </w:tcMar>
            <w:vAlign w:val="center"/>
          </w:tcPr>
          <w:p w14:paraId="250DB3BF" w14:textId="77777777" w:rsidR="00F4562C" w:rsidRPr="001A2E38" w:rsidRDefault="00F4562C" w:rsidP="005E1D6F">
            <w:pPr>
              <w:spacing w:after="0" w:line="240" w:lineRule="auto"/>
              <w:contextualSpacing/>
              <w:jc w:val="center"/>
              <w:rPr>
                <w:rFonts w:ascii="Times New Roman" w:hAnsi="Times New Roman" w:cs="Times New Roman"/>
                <w:sz w:val="20"/>
                <w:szCs w:val="20"/>
              </w:rPr>
            </w:pPr>
            <w:r w:rsidRPr="001A2E38">
              <w:rPr>
                <w:rFonts w:ascii="Times New Roman" w:eastAsia="Times New Roman" w:hAnsi="Times New Roman" w:cs="Times New Roman"/>
                <w:sz w:val="20"/>
                <w:szCs w:val="20"/>
              </w:rPr>
              <w:t>30120</w:t>
            </w:r>
          </w:p>
        </w:tc>
        <w:tc>
          <w:tcPr>
            <w:tcW w:w="1296" w:type="dxa"/>
            <w:tcBorders>
              <w:top w:val="nil"/>
              <w:left w:val="nil"/>
              <w:bottom w:val="nil"/>
              <w:right w:val="nil"/>
            </w:tcBorders>
            <w:tcMar>
              <w:top w:w="20" w:type="dxa"/>
              <w:left w:w="35" w:type="dxa"/>
              <w:bottom w:w="20" w:type="dxa"/>
              <w:right w:w="35" w:type="dxa"/>
            </w:tcMar>
            <w:vAlign w:val="center"/>
          </w:tcPr>
          <w:p w14:paraId="19B56A80" w14:textId="77777777" w:rsidR="00F4562C" w:rsidRPr="001A2E38" w:rsidRDefault="00F4562C" w:rsidP="005E1D6F">
            <w:pPr>
              <w:spacing w:after="0" w:line="240" w:lineRule="auto"/>
              <w:contextualSpacing/>
              <w:jc w:val="center"/>
              <w:rPr>
                <w:rFonts w:ascii="Times New Roman" w:hAnsi="Times New Roman" w:cs="Times New Roman"/>
                <w:sz w:val="20"/>
                <w:szCs w:val="20"/>
              </w:rPr>
            </w:pPr>
            <w:r w:rsidRPr="001A2E38">
              <w:rPr>
                <w:rFonts w:ascii="Times New Roman" w:eastAsia="Times New Roman" w:hAnsi="Times New Roman" w:cs="Times New Roman"/>
                <w:sz w:val="20"/>
                <w:szCs w:val="20"/>
              </w:rPr>
              <w:t>106,380</w:t>
            </w:r>
          </w:p>
        </w:tc>
        <w:tc>
          <w:tcPr>
            <w:tcW w:w="1080" w:type="dxa"/>
            <w:tcBorders>
              <w:top w:val="nil"/>
              <w:left w:val="nil"/>
              <w:bottom w:val="nil"/>
              <w:right w:val="nil"/>
            </w:tcBorders>
            <w:tcMar>
              <w:top w:w="20" w:type="dxa"/>
              <w:left w:w="35" w:type="dxa"/>
              <w:bottom w:w="20" w:type="dxa"/>
              <w:right w:w="35" w:type="dxa"/>
            </w:tcMar>
            <w:vAlign w:val="center"/>
          </w:tcPr>
          <w:p w14:paraId="5FC3683F" w14:textId="77777777" w:rsidR="00F4562C" w:rsidRPr="001A2E38" w:rsidRDefault="00F4562C" w:rsidP="005E1D6F">
            <w:pPr>
              <w:spacing w:after="0" w:line="240" w:lineRule="auto"/>
              <w:contextualSpacing/>
              <w:jc w:val="center"/>
              <w:rPr>
                <w:rFonts w:ascii="Times New Roman" w:hAnsi="Times New Roman" w:cs="Times New Roman"/>
                <w:sz w:val="20"/>
                <w:szCs w:val="20"/>
              </w:rPr>
            </w:pPr>
            <w:r w:rsidRPr="001A2E38">
              <w:rPr>
                <w:rFonts w:ascii="Times New Roman" w:eastAsia="Times New Roman" w:hAnsi="Times New Roman" w:cs="Times New Roman"/>
                <w:sz w:val="20"/>
                <w:szCs w:val="20"/>
              </w:rPr>
              <w:t>2.08</w:t>
            </w:r>
          </w:p>
        </w:tc>
        <w:tc>
          <w:tcPr>
            <w:tcW w:w="936" w:type="dxa"/>
            <w:tcBorders>
              <w:top w:val="nil"/>
              <w:left w:val="nil"/>
              <w:bottom w:val="nil"/>
              <w:right w:val="nil"/>
            </w:tcBorders>
            <w:tcMar>
              <w:top w:w="20" w:type="dxa"/>
              <w:left w:w="35" w:type="dxa"/>
              <w:bottom w:w="20" w:type="dxa"/>
              <w:right w:w="35" w:type="dxa"/>
            </w:tcMar>
            <w:vAlign w:val="center"/>
          </w:tcPr>
          <w:p w14:paraId="6683181E" w14:textId="77777777" w:rsidR="00F4562C" w:rsidRPr="001A2E38" w:rsidRDefault="00F4562C" w:rsidP="005E1D6F">
            <w:pPr>
              <w:spacing w:after="0" w:line="240" w:lineRule="auto"/>
              <w:contextualSpacing/>
              <w:jc w:val="center"/>
              <w:rPr>
                <w:rFonts w:ascii="Times New Roman" w:hAnsi="Times New Roman" w:cs="Times New Roman"/>
                <w:sz w:val="20"/>
                <w:szCs w:val="20"/>
              </w:rPr>
            </w:pPr>
            <w:r w:rsidRPr="001A2E38">
              <w:rPr>
                <w:rFonts w:ascii="Times New Roman" w:eastAsia="Times New Roman" w:hAnsi="Times New Roman" w:cs="Times New Roman"/>
                <w:sz w:val="20"/>
                <w:szCs w:val="20"/>
              </w:rPr>
              <w:t>1.09</w:t>
            </w:r>
          </w:p>
        </w:tc>
        <w:tc>
          <w:tcPr>
            <w:tcW w:w="1080" w:type="dxa"/>
            <w:tcBorders>
              <w:top w:val="nil"/>
              <w:left w:val="nil"/>
              <w:bottom w:val="nil"/>
              <w:right w:val="nil"/>
            </w:tcBorders>
            <w:tcMar>
              <w:top w:w="20" w:type="dxa"/>
              <w:left w:w="35" w:type="dxa"/>
              <w:bottom w:w="20" w:type="dxa"/>
              <w:right w:w="35" w:type="dxa"/>
            </w:tcMar>
            <w:vAlign w:val="center"/>
          </w:tcPr>
          <w:p w14:paraId="4E4131EE" w14:textId="77777777" w:rsidR="00F4562C" w:rsidRPr="001A2E38" w:rsidRDefault="00F4562C" w:rsidP="005E1D6F">
            <w:pPr>
              <w:spacing w:after="0" w:line="240" w:lineRule="auto"/>
              <w:contextualSpacing/>
              <w:jc w:val="center"/>
              <w:rPr>
                <w:rFonts w:ascii="Times New Roman" w:hAnsi="Times New Roman" w:cs="Times New Roman"/>
                <w:sz w:val="20"/>
                <w:szCs w:val="20"/>
              </w:rPr>
            </w:pPr>
            <w:r w:rsidRPr="001A2E38">
              <w:rPr>
                <w:rFonts w:ascii="Times New Roman" w:eastAsia="Times New Roman" w:hAnsi="Times New Roman" w:cs="Times New Roman"/>
                <w:sz w:val="20"/>
                <w:szCs w:val="20"/>
              </w:rPr>
              <w:t>2.00</w:t>
            </w:r>
          </w:p>
        </w:tc>
        <w:tc>
          <w:tcPr>
            <w:tcW w:w="936" w:type="dxa"/>
            <w:tcBorders>
              <w:top w:val="nil"/>
              <w:left w:val="nil"/>
              <w:bottom w:val="nil"/>
              <w:right w:val="nil"/>
            </w:tcBorders>
            <w:tcMar>
              <w:top w:w="20" w:type="dxa"/>
              <w:left w:w="35" w:type="dxa"/>
              <w:bottom w:w="20" w:type="dxa"/>
              <w:right w:w="35" w:type="dxa"/>
            </w:tcMar>
            <w:vAlign w:val="center"/>
          </w:tcPr>
          <w:p w14:paraId="36255B0B" w14:textId="77777777" w:rsidR="00F4562C" w:rsidRPr="001A2E38" w:rsidRDefault="00F4562C" w:rsidP="005E1D6F">
            <w:pPr>
              <w:spacing w:after="0" w:line="240" w:lineRule="auto"/>
              <w:contextualSpacing/>
              <w:jc w:val="center"/>
              <w:rPr>
                <w:rFonts w:ascii="Times New Roman" w:hAnsi="Times New Roman" w:cs="Times New Roman"/>
                <w:sz w:val="20"/>
                <w:szCs w:val="20"/>
              </w:rPr>
            </w:pPr>
            <w:r w:rsidRPr="001A2E38">
              <w:rPr>
                <w:rFonts w:ascii="Times New Roman" w:eastAsia="Times New Roman" w:hAnsi="Times New Roman" w:cs="Times New Roman"/>
                <w:sz w:val="20"/>
                <w:szCs w:val="20"/>
              </w:rPr>
              <w:t>1.61</w:t>
            </w:r>
          </w:p>
        </w:tc>
        <w:tc>
          <w:tcPr>
            <w:tcW w:w="936" w:type="dxa"/>
            <w:tcBorders>
              <w:top w:val="nil"/>
              <w:left w:val="nil"/>
              <w:bottom w:val="nil"/>
              <w:right w:val="nil"/>
            </w:tcBorders>
            <w:tcMar>
              <w:top w:w="20" w:type="dxa"/>
              <w:left w:w="35" w:type="dxa"/>
              <w:bottom w:w="20" w:type="dxa"/>
              <w:right w:w="35" w:type="dxa"/>
            </w:tcMar>
            <w:vAlign w:val="center"/>
          </w:tcPr>
          <w:p w14:paraId="522277D5" w14:textId="77777777" w:rsidR="00F4562C" w:rsidRPr="001A2E38" w:rsidRDefault="00F4562C" w:rsidP="005E1D6F">
            <w:pPr>
              <w:spacing w:after="0" w:line="240" w:lineRule="auto"/>
              <w:contextualSpacing/>
              <w:jc w:val="center"/>
              <w:rPr>
                <w:rFonts w:ascii="Times New Roman" w:hAnsi="Times New Roman" w:cs="Times New Roman"/>
                <w:sz w:val="20"/>
                <w:szCs w:val="20"/>
              </w:rPr>
            </w:pPr>
            <w:r w:rsidRPr="001A2E38">
              <w:rPr>
                <w:rFonts w:ascii="Times New Roman" w:eastAsia="Times New Roman" w:hAnsi="Times New Roman" w:cs="Times New Roman"/>
                <w:sz w:val="20"/>
                <w:szCs w:val="20"/>
              </w:rPr>
              <w:t>2.40</w:t>
            </w:r>
          </w:p>
        </w:tc>
      </w:tr>
      <w:tr w:rsidR="00F4562C" w:rsidRPr="001A2E38" w14:paraId="33E962AD" w14:textId="77777777" w:rsidTr="00CA44B4">
        <w:trPr>
          <w:jc w:val="center"/>
        </w:trPr>
        <w:tc>
          <w:tcPr>
            <w:tcW w:w="1801" w:type="dxa"/>
            <w:tcBorders>
              <w:top w:val="nil"/>
              <w:left w:val="nil"/>
              <w:bottom w:val="nil"/>
              <w:right w:val="nil"/>
            </w:tcBorders>
            <w:tcMar>
              <w:top w:w="20" w:type="dxa"/>
              <w:left w:w="35" w:type="dxa"/>
              <w:bottom w:w="20" w:type="dxa"/>
              <w:right w:w="35" w:type="dxa"/>
            </w:tcMar>
            <w:vAlign w:val="center"/>
          </w:tcPr>
          <w:p w14:paraId="57A3B476" w14:textId="77777777" w:rsidR="00F4562C" w:rsidRPr="001A2E38" w:rsidRDefault="00F4562C" w:rsidP="005E1D6F">
            <w:pPr>
              <w:spacing w:after="0" w:line="240" w:lineRule="auto"/>
              <w:contextualSpacing/>
              <w:rPr>
                <w:rFonts w:ascii="Times New Roman" w:hAnsi="Times New Roman" w:cs="Times New Roman"/>
                <w:sz w:val="20"/>
                <w:szCs w:val="20"/>
              </w:rPr>
            </w:pPr>
          </w:p>
        </w:tc>
        <w:tc>
          <w:tcPr>
            <w:tcW w:w="4392" w:type="dxa"/>
            <w:tcBorders>
              <w:top w:val="nil"/>
              <w:left w:val="nil"/>
              <w:bottom w:val="nil"/>
              <w:right w:val="nil"/>
            </w:tcBorders>
            <w:tcMar>
              <w:top w:w="20" w:type="dxa"/>
              <w:left w:w="35" w:type="dxa"/>
              <w:bottom w:w="20" w:type="dxa"/>
              <w:right w:w="35" w:type="dxa"/>
            </w:tcMar>
            <w:vAlign w:val="center"/>
          </w:tcPr>
          <w:p w14:paraId="3E4F0788" w14:textId="78D7B4D3" w:rsidR="00F4562C" w:rsidRPr="001A2E38" w:rsidRDefault="00F4562C" w:rsidP="005E1D6F">
            <w:pPr>
              <w:spacing w:after="0" w:line="240" w:lineRule="auto"/>
              <w:contextualSpacing/>
              <w:rPr>
                <w:rFonts w:ascii="Times New Roman" w:hAnsi="Times New Roman" w:cs="Times New Roman"/>
                <w:sz w:val="20"/>
                <w:szCs w:val="20"/>
              </w:rPr>
            </w:pPr>
            <w:r w:rsidRPr="001A2E38">
              <w:rPr>
                <w:rFonts w:ascii="Times New Roman" w:eastAsia="Times New Roman" w:hAnsi="Times New Roman" w:cs="Times New Roman"/>
                <w:sz w:val="20"/>
                <w:szCs w:val="20"/>
              </w:rPr>
              <w:t>Monocyte (10</w:t>
            </w:r>
            <w:r w:rsidRPr="001A2E38">
              <w:rPr>
                <w:rFonts w:ascii="Times New Roman" w:eastAsia="Times New Roman" w:hAnsi="Times New Roman" w:cs="Times New Roman"/>
                <w:sz w:val="20"/>
                <w:szCs w:val="20"/>
                <w:vertAlign w:val="superscript"/>
              </w:rPr>
              <w:t>9</w:t>
            </w:r>
            <w:r w:rsidRPr="001A2E38">
              <w:rPr>
                <w:rFonts w:ascii="Times New Roman" w:eastAsia="Times New Roman" w:hAnsi="Times New Roman" w:cs="Times New Roman"/>
                <w:sz w:val="20"/>
                <w:szCs w:val="20"/>
              </w:rPr>
              <w:t xml:space="preserve"> cells/</w:t>
            </w:r>
            <w:r w:rsidR="003479B3" w:rsidRPr="001A2E38">
              <w:rPr>
                <w:rFonts w:ascii="Times New Roman" w:eastAsia="Times New Roman" w:hAnsi="Times New Roman" w:cs="Times New Roman"/>
                <w:sz w:val="20"/>
                <w:szCs w:val="20"/>
              </w:rPr>
              <w:t>Liter</w:t>
            </w:r>
            <w:r w:rsidRPr="001A2E38">
              <w:rPr>
                <w:rFonts w:ascii="Times New Roman" w:eastAsia="Times New Roman" w:hAnsi="Times New Roman" w:cs="Times New Roman"/>
                <w:sz w:val="20"/>
                <w:szCs w:val="20"/>
              </w:rPr>
              <w:t>)</w:t>
            </w:r>
          </w:p>
        </w:tc>
        <w:tc>
          <w:tcPr>
            <w:tcW w:w="1007" w:type="dxa"/>
            <w:tcBorders>
              <w:top w:val="nil"/>
              <w:left w:val="nil"/>
              <w:bottom w:val="nil"/>
              <w:right w:val="nil"/>
            </w:tcBorders>
            <w:tcMar>
              <w:top w:w="20" w:type="dxa"/>
              <w:left w:w="35" w:type="dxa"/>
              <w:bottom w:w="20" w:type="dxa"/>
              <w:right w:w="35" w:type="dxa"/>
            </w:tcMar>
            <w:vAlign w:val="center"/>
          </w:tcPr>
          <w:p w14:paraId="78E0BF20" w14:textId="77777777" w:rsidR="00F4562C" w:rsidRPr="001A2E38" w:rsidRDefault="00F4562C" w:rsidP="005E1D6F">
            <w:pPr>
              <w:spacing w:after="0" w:line="240" w:lineRule="auto"/>
              <w:contextualSpacing/>
              <w:jc w:val="center"/>
              <w:rPr>
                <w:rFonts w:ascii="Times New Roman" w:hAnsi="Times New Roman" w:cs="Times New Roman"/>
                <w:sz w:val="20"/>
                <w:szCs w:val="20"/>
              </w:rPr>
            </w:pPr>
            <w:r w:rsidRPr="001A2E38">
              <w:rPr>
                <w:rFonts w:ascii="Times New Roman" w:eastAsia="Times New Roman" w:hAnsi="Times New Roman" w:cs="Times New Roman"/>
                <w:sz w:val="20"/>
                <w:szCs w:val="20"/>
              </w:rPr>
              <w:t>30130</w:t>
            </w:r>
          </w:p>
        </w:tc>
        <w:tc>
          <w:tcPr>
            <w:tcW w:w="1296" w:type="dxa"/>
            <w:tcBorders>
              <w:top w:val="nil"/>
              <w:left w:val="nil"/>
              <w:bottom w:val="nil"/>
              <w:right w:val="nil"/>
            </w:tcBorders>
            <w:tcMar>
              <w:top w:w="20" w:type="dxa"/>
              <w:left w:w="35" w:type="dxa"/>
              <w:bottom w:w="20" w:type="dxa"/>
              <w:right w:w="35" w:type="dxa"/>
            </w:tcMar>
            <w:vAlign w:val="center"/>
          </w:tcPr>
          <w:p w14:paraId="61111CD8" w14:textId="77777777" w:rsidR="00F4562C" w:rsidRPr="001A2E38" w:rsidRDefault="00F4562C" w:rsidP="005E1D6F">
            <w:pPr>
              <w:spacing w:after="0" w:line="240" w:lineRule="auto"/>
              <w:contextualSpacing/>
              <w:jc w:val="center"/>
              <w:rPr>
                <w:rFonts w:ascii="Times New Roman" w:hAnsi="Times New Roman" w:cs="Times New Roman"/>
                <w:sz w:val="20"/>
                <w:szCs w:val="20"/>
              </w:rPr>
            </w:pPr>
            <w:r w:rsidRPr="001A2E38">
              <w:rPr>
                <w:rFonts w:ascii="Times New Roman" w:eastAsia="Times New Roman" w:hAnsi="Times New Roman" w:cs="Times New Roman"/>
                <w:sz w:val="20"/>
                <w:szCs w:val="20"/>
              </w:rPr>
              <w:t>106,380</w:t>
            </w:r>
          </w:p>
        </w:tc>
        <w:tc>
          <w:tcPr>
            <w:tcW w:w="1080" w:type="dxa"/>
            <w:tcBorders>
              <w:top w:val="nil"/>
              <w:left w:val="nil"/>
              <w:bottom w:val="nil"/>
              <w:right w:val="nil"/>
            </w:tcBorders>
            <w:tcMar>
              <w:top w:w="20" w:type="dxa"/>
              <w:left w:w="35" w:type="dxa"/>
              <w:bottom w:w="20" w:type="dxa"/>
              <w:right w:w="35" w:type="dxa"/>
            </w:tcMar>
            <w:vAlign w:val="center"/>
          </w:tcPr>
          <w:p w14:paraId="688C6BCC" w14:textId="77777777" w:rsidR="00F4562C" w:rsidRPr="001A2E38" w:rsidRDefault="00F4562C" w:rsidP="005E1D6F">
            <w:pPr>
              <w:spacing w:after="0" w:line="240" w:lineRule="auto"/>
              <w:contextualSpacing/>
              <w:jc w:val="center"/>
              <w:rPr>
                <w:rFonts w:ascii="Times New Roman" w:hAnsi="Times New Roman" w:cs="Times New Roman"/>
                <w:sz w:val="20"/>
                <w:szCs w:val="20"/>
              </w:rPr>
            </w:pPr>
            <w:r w:rsidRPr="001A2E38">
              <w:rPr>
                <w:rFonts w:ascii="Times New Roman" w:eastAsia="Times New Roman" w:hAnsi="Times New Roman" w:cs="Times New Roman"/>
                <w:sz w:val="20"/>
                <w:szCs w:val="20"/>
              </w:rPr>
              <w:t>0.51</w:t>
            </w:r>
          </w:p>
        </w:tc>
        <w:tc>
          <w:tcPr>
            <w:tcW w:w="936" w:type="dxa"/>
            <w:tcBorders>
              <w:top w:val="nil"/>
              <w:left w:val="nil"/>
              <w:bottom w:val="nil"/>
              <w:right w:val="nil"/>
            </w:tcBorders>
            <w:tcMar>
              <w:top w:w="20" w:type="dxa"/>
              <w:left w:w="35" w:type="dxa"/>
              <w:bottom w:w="20" w:type="dxa"/>
              <w:right w:w="35" w:type="dxa"/>
            </w:tcMar>
            <w:vAlign w:val="center"/>
          </w:tcPr>
          <w:p w14:paraId="6E106F70" w14:textId="77777777" w:rsidR="00F4562C" w:rsidRPr="001A2E38" w:rsidRDefault="00F4562C" w:rsidP="005E1D6F">
            <w:pPr>
              <w:spacing w:after="0" w:line="240" w:lineRule="auto"/>
              <w:contextualSpacing/>
              <w:jc w:val="center"/>
              <w:rPr>
                <w:rFonts w:ascii="Times New Roman" w:hAnsi="Times New Roman" w:cs="Times New Roman"/>
                <w:sz w:val="20"/>
                <w:szCs w:val="20"/>
              </w:rPr>
            </w:pPr>
            <w:r w:rsidRPr="001A2E38">
              <w:rPr>
                <w:rFonts w:ascii="Times New Roman" w:eastAsia="Times New Roman" w:hAnsi="Times New Roman" w:cs="Times New Roman"/>
                <w:sz w:val="20"/>
                <w:szCs w:val="20"/>
              </w:rPr>
              <w:t>0.22</w:t>
            </w:r>
          </w:p>
        </w:tc>
        <w:tc>
          <w:tcPr>
            <w:tcW w:w="1080" w:type="dxa"/>
            <w:tcBorders>
              <w:top w:val="nil"/>
              <w:left w:val="nil"/>
              <w:bottom w:val="nil"/>
              <w:right w:val="nil"/>
            </w:tcBorders>
            <w:tcMar>
              <w:top w:w="20" w:type="dxa"/>
              <w:left w:w="35" w:type="dxa"/>
              <w:bottom w:w="20" w:type="dxa"/>
              <w:right w:w="35" w:type="dxa"/>
            </w:tcMar>
            <w:vAlign w:val="center"/>
          </w:tcPr>
          <w:p w14:paraId="078FFEF9" w14:textId="77777777" w:rsidR="00F4562C" w:rsidRPr="001A2E38" w:rsidRDefault="00F4562C" w:rsidP="005E1D6F">
            <w:pPr>
              <w:spacing w:after="0" w:line="240" w:lineRule="auto"/>
              <w:contextualSpacing/>
              <w:jc w:val="center"/>
              <w:rPr>
                <w:rFonts w:ascii="Times New Roman" w:hAnsi="Times New Roman" w:cs="Times New Roman"/>
                <w:sz w:val="20"/>
                <w:szCs w:val="20"/>
              </w:rPr>
            </w:pPr>
            <w:r w:rsidRPr="001A2E38">
              <w:rPr>
                <w:rFonts w:ascii="Times New Roman" w:eastAsia="Times New Roman" w:hAnsi="Times New Roman" w:cs="Times New Roman"/>
                <w:sz w:val="20"/>
                <w:szCs w:val="20"/>
              </w:rPr>
              <w:t>0.50</w:t>
            </w:r>
          </w:p>
        </w:tc>
        <w:tc>
          <w:tcPr>
            <w:tcW w:w="936" w:type="dxa"/>
            <w:tcBorders>
              <w:top w:val="nil"/>
              <w:left w:val="nil"/>
              <w:bottom w:val="nil"/>
              <w:right w:val="nil"/>
            </w:tcBorders>
            <w:tcMar>
              <w:top w:w="20" w:type="dxa"/>
              <w:left w:w="35" w:type="dxa"/>
              <w:bottom w:w="20" w:type="dxa"/>
              <w:right w:w="35" w:type="dxa"/>
            </w:tcMar>
            <w:vAlign w:val="center"/>
          </w:tcPr>
          <w:p w14:paraId="3A353D7F" w14:textId="77777777" w:rsidR="00F4562C" w:rsidRPr="001A2E38" w:rsidRDefault="00F4562C" w:rsidP="005E1D6F">
            <w:pPr>
              <w:spacing w:after="0" w:line="240" w:lineRule="auto"/>
              <w:contextualSpacing/>
              <w:jc w:val="center"/>
              <w:rPr>
                <w:rFonts w:ascii="Times New Roman" w:hAnsi="Times New Roman" w:cs="Times New Roman"/>
                <w:sz w:val="20"/>
                <w:szCs w:val="20"/>
              </w:rPr>
            </w:pPr>
            <w:r w:rsidRPr="001A2E38">
              <w:rPr>
                <w:rFonts w:ascii="Times New Roman" w:eastAsia="Times New Roman" w:hAnsi="Times New Roman" w:cs="Times New Roman"/>
                <w:sz w:val="20"/>
                <w:szCs w:val="20"/>
              </w:rPr>
              <w:t>0.40</w:t>
            </w:r>
          </w:p>
        </w:tc>
        <w:tc>
          <w:tcPr>
            <w:tcW w:w="936" w:type="dxa"/>
            <w:tcBorders>
              <w:top w:val="nil"/>
              <w:left w:val="nil"/>
              <w:bottom w:val="nil"/>
              <w:right w:val="nil"/>
            </w:tcBorders>
            <w:tcMar>
              <w:top w:w="20" w:type="dxa"/>
              <w:left w:w="35" w:type="dxa"/>
              <w:bottom w:w="20" w:type="dxa"/>
              <w:right w:w="35" w:type="dxa"/>
            </w:tcMar>
            <w:vAlign w:val="center"/>
          </w:tcPr>
          <w:p w14:paraId="2784FCF7" w14:textId="77777777" w:rsidR="00F4562C" w:rsidRPr="001A2E38" w:rsidRDefault="00F4562C" w:rsidP="005E1D6F">
            <w:pPr>
              <w:spacing w:after="0" w:line="240" w:lineRule="auto"/>
              <w:contextualSpacing/>
              <w:jc w:val="center"/>
              <w:rPr>
                <w:rFonts w:ascii="Times New Roman" w:hAnsi="Times New Roman" w:cs="Times New Roman"/>
                <w:sz w:val="20"/>
                <w:szCs w:val="20"/>
              </w:rPr>
            </w:pPr>
            <w:r w:rsidRPr="001A2E38">
              <w:rPr>
                <w:rFonts w:ascii="Times New Roman" w:eastAsia="Times New Roman" w:hAnsi="Times New Roman" w:cs="Times New Roman"/>
                <w:sz w:val="20"/>
                <w:szCs w:val="20"/>
              </w:rPr>
              <w:t>0.60</w:t>
            </w:r>
          </w:p>
        </w:tc>
      </w:tr>
      <w:tr w:rsidR="00F4562C" w:rsidRPr="001A2E38" w14:paraId="2CD13128" w14:textId="77777777" w:rsidTr="00CA44B4">
        <w:trPr>
          <w:jc w:val="center"/>
        </w:trPr>
        <w:tc>
          <w:tcPr>
            <w:tcW w:w="1801" w:type="dxa"/>
            <w:tcBorders>
              <w:top w:val="nil"/>
              <w:left w:val="nil"/>
              <w:bottom w:val="nil"/>
              <w:right w:val="nil"/>
            </w:tcBorders>
            <w:tcMar>
              <w:top w:w="20" w:type="dxa"/>
              <w:left w:w="35" w:type="dxa"/>
              <w:bottom w:w="20" w:type="dxa"/>
              <w:right w:w="35" w:type="dxa"/>
            </w:tcMar>
            <w:vAlign w:val="center"/>
          </w:tcPr>
          <w:p w14:paraId="1B7B639D" w14:textId="77777777" w:rsidR="00F4562C" w:rsidRPr="001A2E38" w:rsidRDefault="00F4562C" w:rsidP="005E1D6F">
            <w:pPr>
              <w:spacing w:after="0" w:line="240" w:lineRule="auto"/>
              <w:contextualSpacing/>
              <w:rPr>
                <w:rFonts w:ascii="Times New Roman" w:hAnsi="Times New Roman" w:cs="Times New Roman"/>
                <w:sz w:val="20"/>
                <w:szCs w:val="20"/>
              </w:rPr>
            </w:pPr>
          </w:p>
        </w:tc>
        <w:tc>
          <w:tcPr>
            <w:tcW w:w="4392" w:type="dxa"/>
            <w:tcBorders>
              <w:top w:val="nil"/>
              <w:left w:val="nil"/>
              <w:bottom w:val="nil"/>
              <w:right w:val="nil"/>
            </w:tcBorders>
            <w:tcMar>
              <w:top w:w="20" w:type="dxa"/>
              <w:left w:w="35" w:type="dxa"/>
              <w:bottom w:w="20" w:type="dxa"/>
              <w:right w:w="35" w:type="dxa"/>
            </w:tcMar>
            <w:vAlign w:val="center"/>
          </w:tcPr>
          <w:p w14:paraId="67A92C90" w14:textId="044B9D70" w:rsidR="00F4562C" w:rsidRPr="001A2E38" w:rsidRDefault="00F4562C" w:rsidP="005E1D6F">
            <w:pPr>
              <w:spacing w:after="0" w:line="240" w:lineRule="auto"/>
              <w:contextualSpacing/>
              <w:rPr>
                <w:rFonts w:ascii="Times New Roman" w:hAnsi="Times New Roman" w:cs="Times New Roman"/>
                <w:sz w:val="20"/>
                <w:szCs w:val="20"/>
              </w:rPr>
            </w:pPr>
            <w:r w:rsidRPr="001A2E38">
              <w:rPr>
                <w:rFonts w:ascii="Times New Roman" w:eastAsia="Times New Roman" w:hAnsi="Times New Roman" w:cs="Times New Roman"/>
                <w:sz w:val="20"/>
                <w:szCs w:val="20"/>
              </w:rPr>
              <w:t>Neutrophil (10</w:t>
            </w:r>
            <w:r w:rsidRPr="001A2E38">
              <w:rPr>
                <w:rFonts w:ascii="Times New Roman" w:eastAsia="Times New Roman" w:hAnsi="Times New Roman" w:cs="Times New Roman"/>
                <w:sz w:val="20"/>
                <w:szCs w:val="20"/>
                <w:vertAlign w:val="superscript"/>
              </w:rPr>
              <w:t>9</w:t>
            </w:r>
            <w:r w:rsidRPr="001A2E38">
              <w:rPr>
                <w:rFonts w:ascii="Times New Roman" w:eastAsia="Times New Roman" w:hAnsi="Times New Roman" w:cs="Times New Roman"/>
                <w:sz w:val="20"/>
                <w:szCs w:val="20"/>
              </w:rPr>
              <w:t xml:space="preserve"> cells/</w:t>
            </w:r>
            <w:r w:rsidR="003479B3" w:rsidRPr="001A2E38">
              <w:rPr>
                <w:rFonts w:ascii="Times New Roman" w:eastAsia="Times New Roman" w:hAnsi="Times New Roman" w:cs="Times New Roman"/>
                <w:sz w:val="20"/>
                <w:szCs w:val="20"/>
              </w:rPr>
              <w:t>Liter</w:t>
            </w:r>
            <w:r w:rsidRPr="001A2E38">
              <w:rPr>
                <w:rFonts w:ascii="Times New Roman" w:eastAsia="Times New Roman" w:hAnsi="Times New Roman" w:cs="Times New Roman"/>
                <w:sz w:val="20"/>
                <w:szCs w:val="20"/>
              </w:rPr>
              <w:t>)</w:t>
            </w:r>
          </w:p>
        </w:tc>
        <w:tc>
          <w:tcPr>
            <w:tcW w:w="1007" w:type="dxa"/>
            <w:tcBorders>
              <w:top w:val="nil"/>
              <w:left w:val="nil"/>
              <w:bottom w:val="nil"/>
              <w:right w:val="nil"/>
            </w:tcBorders>
            <w:tcMar>
              <w:top w:w="20" w:type="dxa"/>
              <w:left w:w="35" w:type="dxa"/>
              <w:bottom w:w="20" w:type="dxa"/>
              <w:right w:w="35" w:type="dxa"/>
            </w:tcMar>
            <w:vAlign w:val="center"/>
          </w:tcPr>
          <w:p w14:paraId="601F88CC" w14:textId="77777777" w:rsidR="00F4562C" w:rsidRPr="001A2E38" w:rsidRDefault="00F4562C" w:rsidP="005E1D6F">
            <w:pPr>
              <w:spacing w:after="0" w:line="240" w:lineRule="auto"/>
              <w:contextualSpacing/>
              <w:jc w:val="center"/>
              <w:rPr>
                <w:rFonts w:ascii="Times New Roman" w:hAnsi="Times New Roman" w:cs="Times New Roman"/>
                <w:sz w:val="20"/>
                <w:szCs w:val="20"/>
              </w:rPr>
            </w:pPr>
            <w:r w:rsidRPr="001A2E38">
              <w:rPr>
                <w:rFonts w:ascii="Times New Roman" w:eastAsia="Times New Roman" w:hAnsi="Times New Roman" w:cs="Times New Roman"/>
                <w:sz w:val="20"/>
                <w:szCs w:val="20"/>
              </w:rPr>
              <w:t>30140</w:t>
            </w:r>
          </w:p>
        </w:tc>
        <w:tc>
          <w:tcPr>
            <w:tcW w:w="1296" w:type="dxa"/>
            <w:tcBorders>
              <w:top w:val="nil"/>
              <w:left w:val="nil"/>
              <w:bottom w:val="nil"/>
              <w:right w:val="nil"/>
            </w:tcBorders>
            <w:tcMar>
              <w:top w:w="20" w:type="dxa"/>
              <w:left w:w="35" w:type="dxa"/>
              <w:bottom w:w="20" w:type="dxa"/>
              <w:right w:w="35" w:type="dxa"/>
            </w:tcMar>
            <w:vAlign w:val="center"/>
          </w:tcPr>
          <w:p w14:paraId="34CFD6F2" w14:textId="77777777" w:rsidR="00F4562C" w:rsidRPr="001A2E38" w:rsidRDefault="00F4562C" w:rsidP="005E1D6F">
            <w:pPr>
              <w:spacing w:after="0" w:line="240" w:lineRule="auto"/>
              <w:contextualSpacing/>
              <w:jc w:val="center"/>
              <w:rPr>
                <w:rFonts w:ascii="Times New Roman" w:hAnsi="Times New Roman" w:cs="Times New Roman"/>
                <w:sz w:val="20"/>
                <w:szCs w:val="20"/>
              </w:rPr>
            </w:pPr>
            <w:r w:rsidRPr="001A2E38">
              <w:rPr>
                <w:rFonts w:ascii="Times New Roman" w:eastAsia="Times New Roman" w:hAnsi="Times New Roman" w:cs="Times New Roman"/>
                <w:sz w:val="20"/>
                <w:szCs w:val="20"/>
              </w:rPr>
              <w:t>106,380</w:t>
            </w:r>
          </w:p>
        </w:tc>
        <w:tc>
          <w:tcPr>
            <w:tcW w:w="1080" w:type="dxa"/>
            <w:tcBorders>
              <w:top w:val="nil"/>
              <w:left w:val="nil"/>
              <w:bottom w:val="nil"/>
              <w:right w:val="nil"/>
            </w:tcBorders>
            <w:tcMar>
              <w:top w:w="20" w:type="dxa"/>
              <w:left w:w="35" w:type="dxa"/>
              <w:bottom w:w="20" w:type="dxa"/>
              <w:right w:w="35" w:type="dxa"/>
            </w:tcMar>
            <w:vAlign w:val="center"/>
          </w:tcPr>
          <w:p w14:paraId="2475DDC7" w14:textId="77777777" w:rsidR="00F4562C" w:rsidRPr="001A2E38" w:rsidRDefault="00F4562C" w:rsidP="005E1D6F">
            <w:pPr>
              <w:spacing w:after="0" w:line="240" w:lineRule="auto"/>
              <w:contextualSpacing/>
              <w:jc w:val="center"/>
              <w:rPr>
                <w:rFonts w:ascii="Times New Roman" w:hAnsi="Times New Roman" w:cs="Times New Roman"/>
                <w:sz w:val="20"/>
                <w:szCs w:val="20"/>
              </w:rPr>
            </w:pPr>
            <w:r w:rsidRPr="001A2E38">
              <w:rPr>
                <w:rFonts w:ascii="Times New Roman" w:eastAsia="Times New Roman" w:hAnsi="Times New Roman" w:cs="Times New Roman"/>
                <w:sz w:val="20"/>
                <w:szCs w:val="20"/>
              </w:rPr>
              <w:t>4.42</w:t>
            </w:r>
          </w:p>
        </w:tc>
        <w:tc>
          <w:tcPr>
            <w:tcW w:w="936" w:type="dxa"/>
            <w:tcBorders>
              <w:top w:val="nil"/>
              <w:left w:val="nil"/>
              <w:bottom w:val="nil"/>
              <w:right w:val="nil"/>
            </w:tcBorders>
            <w:tcMar>
              <w:top w:w="20" w:type="dxa"/>
              <w:left w:w="35" w:type="dxa"/>
              <w:bottom w:w="20" w:type="dxa"/>
              <w:right w:w="35" w:type="dxa"/>
            </w:tcMar>
            <w:vAlign w:val="center"/>
          </w:tcPr>
          <w:p w14:paraId="58C9E94B" w14:textId="77777777" w:rsidR="00F4562C" w:rsidRPr="001A2E38" w:rsidRDefault="00F4562C" w:rsidP="005E1D6F">
            <w:pPr>
              <w:spacing w:after="0" w:line="240" w:lineRule="auto"/>
              <w:contextualSpacing/>
              <w:jc w:val="center"/>
              <w:rPr>
                <w:rFonts w:ascii="Times New Roman" w:hAnsi="Times New Roman" w:cs="Times New Roman"/>
                <w:sz w:val="20"/>
                <w:szCs w:val="20"/>
              </w:rPr>
            </w:pPr>
            <w:r w:rsidRPr="001A2E38">
              <w:rPr>
                <w:rFonts w:ascii="Times New Roman" w:eastAsia="Times New Roman" w:hAnsi="Times New Roman" w:cs="Times New Roman"/>
                <w:sz w:val="20"/>
                <w:szCs w:val="20"/>
              </w:rPr>
              <w:t>1.41</w:t>
            </w:r>
          </w:p>
        </w:tc>
        <w:tc>
          <w:tcPr>
            <w:tcW w:w="1080" w:type="dxa"/>
            <w:tcBorders>
              <w:top w:val="nil"/>
              <w:left w:val="nil"/>
              <w:bottom w:val="nil"/>
              <w:right w:val="nil"/>
            </w:tcBorders>
            <w:tcMar>
              <w:top w:w="20" w:type="dxa"/>
              <w:left w:w="35" w:type="dxa"/>
              <w:bottom w:w="20" w:type="dxa"/>
              <w:right w:w="35" w:type="dxa"/>
            </w:tcMar>
            <w:vAlign w:val="center"/>
          </w:tcPr>
          <w:p w14:paraId="5507BF75" w14:textId="77777777" w:rsidR="00F4562C" w:rsidRPr="001A2E38" w:rsidRDefault="00F4562C" w:rsidP="005E1D6F">
            <w:pPr>
              <w:spacing w:after="0" w:line="240" w:lineRule="auto"/>
              <w:contextualSpacing/>
              <w:jc w:val="center"/>
              <w:rPr>
                <w:rFonts w:ascii="Times New Roman" w:hAnsi="Times New Roman" w:cs="Times New Roman"/>
                <w:sz w:val="20"/>
                <w:szCs w:val="20"/>
              </w:rPr>
            </w:pPr>
            <w:r w:rsidRPr="001A2E38">
              <w:rPr>
                <w:rFonts w:ascii="Times New Roman" w:eastAsia="Times New Roman" w:hAnsi="Times New Roman" w:cs="Times New Roman"/>
                <w:sz w:val="20"/>
                <w:szCs w:val="20"/>
              </w:rPr>
              <w:t>4.23</w:t>
            </w:r>
          </w:p>
        </w:tc>
        <w:tc>
          <w:tcPr>
            <w:tcW w:w="936" w:type="dxa"/>
            <w:tcBorders>
              <w:top w:val="nil"/>
              <w:left w:val="nil"/>
              <w:bottom w:val="nil"/>
              <w:right w:val="nil"/>
            </w:tcBorders>
            <w:tcMar>
              <w:top w:w="20" w:type="dxa"/>
              <w:left w:w="35" w:type="dxa"/>
              <w:bottom w:w="20" w:type="dxa"/>
              <w:right w:w="35" w:type="dxa"/>
            </w:tcMar>
            <w:vAlign w:val="center"/>
          </w:tcPr>
          <w:p w14:paraId="2548C3D9" w14:textId="77777777" w:rsidR="00F4562C" w:rsidRPr="001A2E38" w:rsidRDefault="00F4562C" w:rsidP="005E1D6F">
            <w:pPr>
              <w:spacing w:after="0" w:line="240" w:lineRule="auto"/>
              <w:contextualSpacing/>
              <w:jc w:val="center"/>
              <w:rPr>
                <w:rFonts w:ascii="Times New Roman" w:hAnsi="Times New Roman" w:cs="Times New Roman"/>
                <w:sz w:val="20"/>
                <w:szCs w:val="20"/>
              </w:rPr>
            </w:pPr>
            <w:r w:rsidRPr="001A2E38">
              <w:rPr>
                <w:rFonts w:ascii="Times New Roman" w:eastAsia="Times New Roman" w:hAnsi="Times New Roman" w:cs="Times New Roman"/>
                <w:sz w:val="20"/>
                <w:szCs w:val="20"/>
              </w:rPr>
              <w:t>3.47</w:t>
            </w:r>
          </w:p>
        </w:tc>
        <w:tc>
          <w:tcPr>
            <w:tcW w:w="936" w:type="dxa"/>
            <w:tcBorders>
              <w:top w:val="nil"/>
              <w:left w:val="nil"/>
              <w:bottom w:val="nil"/>
              <w:right w:val="nil"/>
            </w:tcBorders>
            <w:tcMar>
              <w:top w:w="20" w:type="dxa"/>
              <w:left w:w="35" w:type="dxa"/>
              <w:bottom w:w="20" w:type="dxa"/>
              <w:right w:w="35" w:type="dxa"/>
            </w:tcMar>
            <w:vAlign w:val="center"/>
          </w:tcPr>
          <w:p w14:paraId="738E1539" w14:textId="77777777" w:rsidR="00F4562C" w:rsidRPr="001A2E38" w:rsidRDefault="00F4562C" w:rsidP="005E1D6F">
            <w:pPr>
              <w:spacing w:after="0" w:line="240" w:lineRule="auto"/>
              <w:contextualSpacing/>
              <w:jc w:val="center"/>
              <w:rPr>
                <w:rFonts w:ascii="Times New Roman" w:hAnsi="Times New Roman" w:cs="Times New Roman"/>
                <w:sz w:val="20"/>
                <w:szCs w:val="20"/>
              </w:rPr>
            </w:pPr>
            <w:r w:rsidRPr="001A2E38">
              <w:rPr>
                <w:rFonts w:ascii="Times New Roman" w:eastAsia="Times New Roman" w:hAnsi="Times New Roman" w:cs="Times New Roman"/>
                <w:sz w:val="20"/>
                <w:szCs w:val="20"/>
              </w:rPr>
              <w:t>5.16</w:t>
            </w:r>
          </w:p>
        </w:tc>
      </w:tr>
      <w:tr w:rsidR="00F4562C" w:rsidRPr="001A2E38" w14:paraId="4EFB72AD" w14:textId="77777777" w:rsidTr="00CA44B4">
        <w:trPr>
          <w:jc w:val="center"/>
        </w:trPr>
        <w:tc>
          <w:tcPr>
            <w:tcW w:w="1801" w:type="dxa"/>
            <w:tcBorders>
              <w:top w:val="nil"/>
              <w:left w:val="nil"/>
              <w:bottom w:val="nil"/>
              <w:right w:val="nil"/>
            </w:tcBorders>
            <w:tcMar>
              <w:top w:w="20" w:type="dxa"/>
              <w:left w:w="35" w:type="dxa"/>
              <w:bottom w:w="20" w:type="dxa"/>
              <w:right w:w="35" w:type="dxa"/>
            </w:tcMar>
            <w:vAlign w:val="center"/>
          </w:tcPr>
          <w:p w14:paraId="70579256" w14:textId="77777777" w:rsidR="00F4562C" w:rsidRPr="001A2E38" w:rsidRDefault="00F4562C" w:rsidP="005E1D6F">
            <w:pPr>
              <w:spacing w:after="0" w:line="240" w:lineRule="auto"/>
              <w:contextualSpacing/>
              <w:rPr>
                <w:rFonts w:ascii="Times New Roman" w:hAnsi="Times New Roman" w:cs="Times New Roman"/>
                <w:sz w:val="20"/>
                <w:szCs w:val="20"/>
              </w:rPr>
            </w:pPr>
          </w:p>
        </w:tc>
        <w:tc>
          <w:tcPr>
            <w:tcW w:w="4392" w:type="dxa"/>
            <w:tcBorders>
              <w:top w:val="nil"/>
              <w:left w:val="nil"/>
              <w:bottom w:val="nil"/>
              <w:right w:val="nil"/>
            </w:tcBorders>
            <w:tcMar>
              <w:top w:w="20" w:type="dxa"/>
              <w:left w:w="35" w:type="dxa"/>
              <w:bottom w:w="20" w:type="dxa"/>
              <w:right w:w="35" w:type="dxa"/>
            </w:tcMar>
            <w:vAlign w:val="center"/>
          </w:tcPr>
          <w:p w14:paraId="6A95E008" w14:textId="28F45F64" w:rsidR="00F4562C" w:rsidRPr="001A2E38" w:rsidRDefault="00F4562C" w:rsidP="005E1D6F">
            <w:pPr>
              <w:spacing w:after="0" w:line="240" w:lineRule="auto"/>
              <w:contextualSpacing/>
              <w:rPr>
                <w:rFonts w:ascii="Times New Roman" w:hAnsi="Times New Roman" w:cs="Times New Roman"/>
                <w:sz w:val="20"/>
                <w:szCs w:val="20"/>
              </w:rPr>
            </w:pPr>
            <w:r w:rsidRPr="001A2E38">
              <w:rPr>
                <w:rFonts w:ascii="Times New Roman" w:eastAsia="Times New Roman" w:hAnsi="Times New Roman" w:cs="Times New Roman"/>
                <w:sz w:val="20"/>
                <w:szCs w:val="20"/>
              </w:rPr>
              <w:t>Eosinophil (10</w:t>
            </w:r>
            <w:r w:rsidRPr="001A2E38">
              <w:rPr>
                <w:rFonts w:ascii="Times New Roman" w:eastAsia="Times New Roman" w:hAnsi="Times New Roman" w:cs="Times New Roman"/>
                <w:sz w:val="20"/>
                <w:szCs w:val="20"/>
                <w:vertAlign w:val="superscript"/>
              </w:rPr>
              <w:t>9</w:t>
            </w:r>
            <w:r w:rsidRPr="001A2E38">
              <w:rPr>
                <w:rFonts w:ascii="Times New Roman" w:eastAsia="Times New Roman" w:hAnsi="Times New Roman" w:cs="Times New Roman"/>
                <w:sz w:val="20"/>
                <w:szCs w:val="20"/>
              </w:rPr>
              <w:t xml:space="preserve"> cells/</w:t>
            </w:r>
            <w:r w:rsidR="003479B3" w:rsidRPr="001A2E38">
              <w:rPr>
                <w:rFonts w:ascii="Times New Roman" w:eastAsia="Times New Roman" w:hAnsi="Times New Roman" w:cs="Times New Roman"/>
                <w:sz w:val="20"/>
                <w:szCs w:val="20"/>
              </w:rPr>
              <w:t>Liter</w:t>
            </w:r>
            <w:r w:rsidRPr="001A2E38">
              <w:rPr>
                <w:rFonts w:ascii="Times New Roman" w:eastAsia="Times New Roman" w:hAnsi="Times New Roman" w:cs="Times New Roman"/>
                <w:sz w:val="20"/>
                <w:szCs w:val="20"/>
              </w:rPr>
              <w:t>)</w:t>
            </w:r>
          </w:p>
        </w:tc>
        <w:tc>
          <w:tcPr>
            <w:tcW w:w="1007" w:type="dxa"/>
            <w:tcBorders>
              <w:top w:val="nil"/>
              <w:left w:val="nil"/>
              <w:bottom w:val="nil"/>
              <w:right w:val="nil"/>
            </w:tcBorders>
            <w:tcMar>
              <w:top w:w="20" w:type="dxa"/>
              <w:left w:w="35" w:type="dxa"/>
              <w:bottom w:w="20" w:type="dxa"/>
              <w:right w:w="35" w:type="dxa"/>
            </w:tcMar>
            <w:vAlign w:val="center"/>
          </w:tcPr>
          <w:p w14:paraId="12C0773D" w14:textId="77777777" w:rsidR="00F4562C" w:rsidRPr="001A2E38" w:rsidRDefault="00F4562C" w:rsidP="005E1D6F">
            <w:pPr>
              <w:spacing w:after="0" w:line="240" w:lineRule="auto"/>
              <w:contextualSpacing/>
              <w:jc w:val="center"/>
              <w:rPr>
                <w:rFonts w:ascii="Times New Roman" w:hAnsi="Times New Roman" w:cs="Times New Roman"/>
                <w:sz w:val="20"/>
                <w:szCs w:val="20"/>
              </w:rPr>
            </w:pPr>
            <w:r w:rsidRPr="001A2E38">
              <w:rPr>
                <w:rFonts w:ascii="Times New Roman" w:eastAsia="Times New Roman" w:hAnsi="Times New Roman" w:cs="Times New Roman"/>
                <w:sz w:val="20"/>
                <w:szCs w:val="20"/>
              </w:rPr>
              <w:t>30150</w:t>
            </w:r>
          </w:p>
        </w:tc>
        <w:tc>
          <w:tcPr>
            <w:tcW w:w="1296" w:type="dxa"/>
            <w:tcBorders>
              <w:top w:val="nil"/>
              <w:left w:val="nil"/>
              <w:bottom w:val="nil"/>
              <w:right w:val="nil"/>
            </w:tcBorders>
            <w:tcMar>
              <w:top w:w="20" w:type="dxa"/>
              <w:left w:w="35" w:type="dxa"/>
              <w:bottom w:w="20" w:type="dxa"/>
              <w:right w:w="35" w:type="dxa"/>
            </w:tcMar>
            <w:vAlign w:val="center"/>
          </w:tcPr>
          <w:p w14:paraId="7CAB1AF3" w14:textId="77777777" w:rsidR="00F4562C" w:rsidRPr="001A2E38" w:rsidRDefault="00F4562C" w:rsidP="005E1D6F">
            <w:pPr>
              <w:spacing w:after="0" w:line="240" w:lineRule="auto"/>
              <w:contextualSpacing/>
              <w:jc w:val="center"/>
              <w:rPr>
                <w:rFonts w:ascii="Times New Roman" w:hAnsi="Times New Roman" w:cs="Times New Roman"/>
                <w:sz w:val="20"/>
                <w:szCs w:val="20"/>
              </w:rPr>
            </w:pPr>
            <w:r w:rsidRPr="001A2E38">
              <w:rPr>
                <w:rFonts w:ascii="Times New Roman" w:eastAsia="Times New Roman" w:hAnsi="Times New Roman" w:cs="Times New Roman"/>
                <w:sz w:val="20"/>
                <w:szCs w:val="20"/>
              </w:rPr>
              <w:t>106,380</w:t>
            </w:r>
          </w:p>
        </w:tc>
        <w:tc>
          <w:tcPr>
            <w:tcW w:w="1080" w:type="dxa"/>
            <w:tcBorders>
              <w:top w:val="nil"/>
              <w:left w:val="nil"/>
              <w:bottom w:val="nil"/>
              <w:right w:val="nil"/>
            </w:tcBorders>
            <w:tcMar>
              <w:top w:w="20" w:type="dxa"/>
              <w:left w:w="35" w:type="dxa"/>
              <w:bottom w:w="20" w:type="dxa"/>
              <w:right w:w="35" w:type="dxa"/>
            </w:tcMar>
            <w:vAlign w:val="center"/>
          </w:tcPr>
          <w:p w14:paraId="4B35DA88" w14:textId="77777777" w:rsidR="00F4562C" w:rsidRPr="001A2E38" w:rsidRDefault="00F4562C" w:rsidP="005E1D6F">
            <w:pPr>
              <w:spacing w:after="0" w:line="240" w:lineRule="auto"/>
              <w:contextualSpacing/>
              <w:jc w:val="center"/>
              <w:rPr>
                <w:rFonts w:ascii="Times New Roman" w:hAnsi="Times New Roman" w:cs="Times New Roman"/>
                <w:sz w:val="20"/>
                <w:szCs w:val="20"/>
              </w:rPr>
            </w:pPr>
            <w:r w:rsidRPr="001A2E38">
              <w:rPr>
                <w:rFonts w:ascii="Times New Roman" w:eastAsia="Times New Roman" w:hAnsi="Times New Roman" w:cs="Times New Roman"/>
                <w:sz w:val="20"/>
                <w:szCs w:val="20"/>
              </w:rPr>
              <w:t>0.19</w:t>
            </w:r>
          </w:p>
        </w:tc>
        <w:tc>
          <w:tcPr>
            <w:tcW w:w="936" w:type="dxa"/>
            <w:tcBorders>
              <w:top w:val="nil"/>
              <w:left w:val="nil"/>
              <w:bottom w:val="nil"/>
              <w:right w:val="nil"/>
            </w:tcBorders>
            <w:tcMar>
              <w:top w:w="20" w:type="dxa"/>
              <w:left w:w="35" w:type="dxa"/>
              <w:bottom w:w="20" w:type="dxa"/>
              <w:right w:w="35" w:type="dxa"/>
            </w:tcMar>
            <w:vAlign w:val="center"/>
          </w:tcPr>
          <w:p w14:paraId="6C0D6FCA" w14:textId="77777777" w:rsidR="00F4562C" w:rsidRPr="001A2E38" w:rsidRDefault="00F4562C" w:rsidP="005E1D6F">
            <w:pPr>
              <w:spacing w:after="0" w:line="240" w:lineRule="auto"/>
              <w:contextualSpacing/>
              <w:jc w:val="center"/>
              <w:rPr>
                <w:rFonts w:ascii="Times New Roman" w:hAnsi="Times New Roman" w:cs="Times New Roman"/>
                <w:sz w:val="20"/>
                <w:szCs w:val="20"/>
              </w:rPr>
            </w:pPr>
            <w:r w:rsidRPr="001A2E38">
              <w:rPr>
                <w:rFonts w:ascii="Times New Roman" w:eastAsia="Times New Roman" w:hAnsi="Times New Roman" w:cs="Times New Roman"/>
                <w:sz w:val="20"/>
                <w:szCs w:val="20"/>
              </w:rPr>
              <w:t>0.14</w:t>
            </w:r>
          </w:p>
        </w:tc>
        <w:tc>
          <w:tcPr>
            <w:tcW w:w="1080" w:type="dxa"/>
            <w:tcBorders>
              <w:top w:val="nil"/>
              <w:left w:val="nil"/>
              <w:bottom w:val="nil"/>
              <w:right w:val="nil"/>
            </w:tcBorders>
            <w:tcMar>
              <w:top w:w="20" w:type="dxa"/>
              <w:left w:w="35" w:type="dxa"/>
              <w:bottom w:w="20" w:type="dxa"/>
              <w:right w:w="35" w:type="dxa"/>
            </w:tcMar>
            <w:vAlign w:val="center"/>
          </w:tcPr>
          <w:p w14:paraId="5A869729" w14:textId="77777777" w:rsidR="00F4562C" w:rsidRPr="001A2E38" w:rsidRDefault="00F4562C" w:rsidP="005E1D6F">
            <w:pPr>
              <w:spacing w:after="0" w:line="240" w:lineRule="auto"/>
              <w:contextualSpacing/>
              <w:jc w:val="center"/>
              <w:rPr>
                <w:rFonts w:ascii="Times New Roman" w:hAnsi="Times New Roman" w:cs="Times New Roman"/>
                <w:sz w:val="20"/>
                <w:szCs w:val="20"/>
              </w:rPr>
            </w:pPr>
            <w:r w:rsidRPr="001A2E38">
              <w:rPr>
                <w:rFonts w:ascii="Times New Roman" w:eastAsia="Times New Roman" w:hAnsi="Times New Roman" w:cs="Times New Roman"/>
                <w:sz w:val="20"/>
                <w:szCs w:val="20"/>
              </w:rPr>
              <w:t>0.16</w:t>
            </w:r>
          </w:p>
        </w:tc>
        <w:tc>
          <w:tcPr>
            <w:tcW w:w="936" w:type="dxa"/>
            <w:tcBorders>
              <w:top w:val="nil"/>
              <w:left w:val="nil"/>
              <w:bottom w:val="nil"/>
              <w:right w:val="nil"/>
            </w:tcBorders>
            <w:tcMar>
              <w:top w:w="20" w:type="dxa"/>
              <w:left w:w="35" w:type="dxa"/>
              <w:bottom w:w="20" w:type="dxa"/>
              <w:right w:w="35" w:type="dxa"/>
            </w:tcMar>
            <w:vAlign w:val="center"/>
          </w:tcPr>
          <w:p w14:paraId="7861E69E" w14:textId="77777777" w:rsidR="00F4562C" w:rsidRPr="001A2E38" w:rsidRDefault="00F4562C" w:rsidP="005E1D6F">
            <w:pPr>
              <w:spacing w:after="0" w:line="240" w:lineRule="auto"/>
              <w:contextualSpacing/>
              <w:jc w:val="center"/>
              <w:rPr>
                <w:rFonts w:ascii="Times New Roman" w:hAnsi="Times New Roman" w:cs="Times New Roman"/>
                <w:sz w:val="20"/>
                <w:szCs w:val="20"/>
              </w:rPr>
            </w:pPr>
            <w:r w:rsidRPr="001A2E38">
              <w:rPr>
                <w:rFonts w:ascii="Times New Roman" w:eastAsia="Times New Roman" w:hAnsi="Times New Roman" w:cs="Times New Roman"/>
                <w:sz w:val="20"/>
                <w:szCs w:val="20"/>
              </w:rPr>
              <w:t>0.10</w:t>
            </w:r>
          </w:p>
        </w:tc>
        <w:tc>
          <w:tcPr>
            <w:tcW w:w="936" w:type="dxa"/>
            <w:tcBorders>
              <w:top w:val="nil"/>
              <w:left w:val="nil"/>
              <w:bottom w:val="nil"/>
              <w:right w:val="nil"/>
            </w:tcBorders>
            <w:tcMar>
              <w:top w:w="20" w:type="dxa"/>
              <w:left w:w="35" w:type="dxa"/>
              <w:bottom w:w="20" w:type="dxa"/>
              <w:right w:w="35" w:type="dxa"/>
            </w:tcMar>
            <w:vAlign w:val="center"/>
          </w:tcPr>
          <w:p w14:paraId="5ED93CB9" w14:textId="77777777" w:rsidR="00F4562C" w:rsidRPr="001A2E38" w:rsidRDefault="00F4562C" w:rsidP="005E1D6F">
            <w:pPr>
              <w:spacing w:after="0" w:line="240" w:lineRule="auto"/>
              <w:contextualSpacing/>
              <w:jc w:val="center"/>
              <w:rPr>
                <w:rFonts w:ascii="Times New Roman" w:hAnsi="Times New Roman" w:cs="Times New Roman"/>
                <w:sz w:val="20"/>
                <w:szCs w:val="20"/>
              </w:rPr>
            </w:pPr>
            <w:r w:rsidRPr="001A2E38">
              <w:rPr>
                <w:rFonts w:ascii="Times New Roman" w:eastAsia="Times New Roman" w:hAnsi="Times New Roman" w:cs="Times New Roman"/>
                <w:sz w:val="20"/>
                <w:szCs w:val="20"/>
              </w:rPr>
              <w:t>0.23</w:t>
            </w:r>
          </w:p>
        </w:tc>
      </w:tr>
      <w:tr w:rsidR="00F4562C" w:rsidRPr="001A2E38" w14:paraId="7EA2C25D" w14:textId="77777777" w:rsidTr="00CA44B4">
        <w:trPr>
          <w:jc w:val="center"/>
        </w:trPr>
        <w:tc>
          <w:tcPr>
            <w:tcW w:w="1801" w:type="dxa"/>
            <w:tcBorders>
              <w:top w:val="nil"/>
              <w:left w:val="nil"/>
              <w:bottom w:val="nil"/>
              <w:right w:val="nil"/>
            </w:tcBorders>
            <w:tcMar>
              <w:top w:w="20" w:type="dxa"/>
              <w:left w:w="35" w:type="dxa"/>
              <w:bottom w:w="20" w:type="dxa"/>
              <w:right w:w="35" w:type="dxa"/>
            </w:tcMar>
            <w:vAlign w:val="center"/>
          </w:tcPr>
          <w:p w14:paraId="1F6B3F26" w14:textId="77777777" w:rsidR="00F4562C" w:rsidRPr="001A2E38" w:rsidRDefault="00F4562C" w:rsidP="005E1D6F">
            <w:pPr>
              <w:spacing w:after="0" w:line="240" w:lineRule="auto"/>
              <w:contextualSpacing/>
              <w:rPr>
                <w:rFonts w:ascii="Times New Roman" w:hAnsi="Times New Roman" w:cs="Times New Roman"/>
                <w:sz w:val="20"/>
                <w:szCs w:val="20"/>
              </w:rPr>
            </w:pPr>
          </w:p>
        </w:tc>
        <w:tc>
          <w:tcPr>
            <w:tcW w:w="4392" w:type="dxa"/>
            <w:tcBorders>
              <w:top w:val="nil"/>
              <w:left w:val="nil"/>
              <w:bottom w:val="nil"/>
              <w:right w:val="nil"/>
            </w:tcBorders>
            <w:tcMar>
              <w:top w:w="20" w:type="dxa"/>
              <w:left w:w="35" w:type="dxa"/>
              <w:bottom w:w="20" w:type="dxa"/>
              <w:right w:w="35" w:type="dxa"/>
            </w:tcMar>
            <w:vAlign w:val="center"/>
          </w:tcPr>
          <w:p w14:paraId="706268A6" w14:textId="06075A0D" w:rsidR="00F4562C" w:rsidRPr="001A2E38" w:rsidRDefault="00F4562C" w:rsidP="005E1D6F">
            <w:pPr>
              <w:spacing w:after="0" w:line="240" w:lineRule="auto"/>
              <w:contextualSpacing/>
              <w:rPr>
                <w:rFonts w:ascii="Times New Roman" w:hAnsi="Times New Roman" w:cs="Times New Roman"/>
                <w:sz w:val="20"/>
                <w:szCs w:val="20"/>
              </w:rPr>
            </w:pPr>
            <w:r w:rsidRPr="001A2E38">
              <w:rPr>
                <w:rFonts w:ascii="Times New Roman" w:eastAsia="Times New Roman" w:hAnsi="Times New Roman" w:cs="Times New Roman"/>
                <w:sz w:val="20"/>
                <w:szCs w:val="20"/>
              </w:rPr>
              <w:t>Basophil (10</w:t>
            </w:r>
            <w:r w:rsidRPr="001A2E38">
              <w:rPr>
                <w:rFonts w:ascii="Times New Roman" w:eastAsia="Times New Roman" w:hAnsi="Times New Roman" w:cs="Times New Roman"/>
                <w:sz w:val="20"/>
                <w:szCs w:val="20"/>
                <w:vertAlign w:val="superscript"/>
              </w:rPr>
              <w:t>9</w:t>
            </w:r>
            <w:r w:rsidRPr="001A2E38">
              <w:rPr>
                <w:rFonts w:ascii="Times New Roman" w:eastAsia="Times New Roman" w:hAnsi="Times New Roman" w:cs="Times New Roman"/>
                <w:sz w:val="20"/>
                <w:szCs w:val="20"/>
              </w:rPr>
              <w:t xml:space="preserve"> cells/</w:t>
            </w:r>
            <w:r w:rsidR="003479B3" w:rsidRPr="001A2E38">
              <w:rPr>
                <w:rFonts w:ascii="Times New Roman" w:eastAsia="Times New Roman" w:hAnsi="Times New Roman" w:cs="Times New Roman"/>
                <w:sz w:val="20"/>
                <w:szCs w:val="20"/>
              </w:rPr>
              <w:t>Liter</w:t>
            </w:r>
            <w:r w:rsidRPr="001A2E38">
              <w:rPr>
                <w:rFonts w:ascii="Times New Roman" w:eastAsia="Times New Roman" w:hAnsi="Times New Roman" w:cs="Times New Roman"/>
                <w:sz w:val="20"/>
                <w:szCs w:val="20"/>
              </w:rPr>
              <w:t>)</w:t>
            </w:r>
          </w:p>
        </w:tc>
        <w:tc>
          <w:tcPr>
            <w:tcW w:w="1007" w:type="dxa"/>
            <w:tcBorders>
              <w:top w:val="nil"/>
              <w:left w:val="nil"/>
              <w:bottom w:val="nil"/>
              <w:right w:val="nil"/>
            </w:tcBorders>
            <w:tcMar>
              <w:top w:w="20" w:type="dxa"/>
              <w:left w:w="35" w:type="dxa"/>
              <w:bottom w:w="20" w:type="dxa"/>
              <w:right w:w="35" w:type="dxa"/>
            </w:tcMar>
            <w:vAlign w:val="center"/>
          </w:tcPr>
          <w:p w14:paraId="0A558BF7" w14:textId="77777777" w:rsidR="00F4562C" w:rsidRPr="001A2E38" w:rsidRDefault="00F4562C" w:rsidP="005E1D6F">
            <w:pPr>
              <w:spacing w:after="0" w:line="240" w:lineRule="auto"/>
              <w:contextualSpacing/>
              <w:jc w:val="center"/>
              <w:rPr>
                <w:rFonts w:ascii="Times New Roman" w:hAnsi="Times New Roman" w:cs="Times New Roman"/>
                <w:sz w:val="20"/>
                <w:szCs w:val="20"/>
              </w:rPr>
            </w:pPr>
            <w:r w:rsidRPr="001A2E38">
              <w:rPr>
                <w:rFonts w:ascii="Times New Roman" w:eastAsia="Times New Roman" w:hAnsi="Times New Roman" w:cs="Times New Roman"/>
                <w:sz w:val="20"/>
                <w:szCs w:val="20"/>
              </w:rPr>
              <w:t>30160</w:t>
            </w:r>
          </w:p>
        </w:tc>
        <w:tc>
          <w:tcPr>
            <w:tcW w:w="1296" w:type="dxa"/>
            <w:tcBorders>
              <w:top w:val="nil"/>
              <w:left w:val="nil"/>
              <w:bottom w:val="nil"/>
              <w:right w:val="nil"/>
            </w:tcBorders>
            <w:tcMar>
              <w:top w:w="20" w:type="dxa"/>
              <w:left w:w="35" w:type="dxa"/>
              <w:bottom w:w="20" w:type="dxa"/>
              <w:right w:w="35" w:type="dxa"/>
            </w:tcMar>
            <w:vAlign w:val="center"/>
          </w:tcPr>
          <w:p w14:paraId="0EE7262D" w14:textId="77777777" w:rsidR="00F4562C" w:rsidRPr="001A2E38" w:rsidRDefault="00F4562C" w:rsidP="005E1D6F">
            <w:pPr>
              <w:spacing w:after="0" w:line="240" w:lineRule="auto"/>
              <w:contextualSpacing/>
              <w:jc w:val="center"/>
              <w:rPr>
                <w:rFonts w:ascii="Times New Roman" w:hAnsi="Times New Roman" w:cs="Times New Roman"/>
                <w:sz w:val="20"/>
                <w:szCs w:val="20"/>
              </w:rPr>
            </w:pPr>
            <w:r w:rsidRPr="001A2E38">
              <w:rPr>
                <w:rFonts w:ascii="Times New Roman" w:eastAsia="Times New Roman" w:hAnsi="Times New Roman" w:cs="Times New Roman"/>
                <w:sz w:val="20"/>
                <w:szCs w:val="20"/>
              </w:rPr>
              <w:t>106,380</w:t>
            </w:r>
          </w:p>
        </w:tc>
        <w:tc>
          <w:tcPr>
            <w:tcW w:w="1080" w:type="dxa"/>
            <w:tcBorders>
              <w:top w:val="nil"/>
              <w:left w:val="nil"/>
              <w:bottom w:val="nil"/>
              <w:right w:val="nil"/>
            </w:tcBorders>
            <w:tcMar>
              <w:top w:w="20" w:type="dxa"/>
              <w:left w:w="35" w:type="dxa"/>
              <w:bottom w:w="20" w:type="dxa"/>
              <w:right w:w="35" w:type="dxa"/>
            </w:tcMar>
            <w:vAlign w:val="center"/>
          </w:tcPr>
          <w:p w14:paraId="54B03C9A" w14:textId="77777777" w:rsidR="00F4562C" w:rsidRPr="001A2E38" w:rsidRDefault="00F4562C" w:rsidP="005E1D6F">
            <w:pPr>
              <w:spacing w:after="0" w:line="240" w:lineRule="auto"/>
              <w:contextualSpacing/>
              <w:jc w:val="center"/>
              <w:rPr>
                <w:rFonts w:ascii="Times New Roman" w:hAnsi="Times New Roman" w:cs="Times New Roman"/>
                <w:sz w:val="20"/>
                <w:szCs w:val="20"/>
              </w:rPr>
            </w:pPr>
            <w:r w:rsidRPr="001A2E38">
              <w:rPr>
                <w:rFonts w:ascii="Times New Roman" w:eastAsia="Times New Roman" w:hAnsi="Times New Roman" w:cs="Times New Roman"/>
                <w:sz w:val="20"/>
                <w:szCs w:val="20"/>
              </w:rPr>
              <w:t>0.04</w:t>
            </w:r>
          </w:p>
        </w:tc>
        <w:tc>
          <w:tcPr>
            <w:tcW w:w="936" w:type="dxa"/>
            <w:tcBorders>
              <w:top w:val="nil"/>
              <w:left w:val="nil"/>
              <w:bottom w:val="nil"/>
              <w:right w:val="nil"/>
            </w:tcBorders>
            <w:tcMar>
              <w:top w:w="20" w:type="dxa"/>
              <w:left w:w="35" w:type="dxa"/>
              <w:bottom w:w="20" w:type="dxa"/>
              <w:right w:w="35" w:type="dxa"/>
            </w:tcMar>
            <w:vAlign w:val="center"/>
          </w:tcPr>
          <w:p w14:paraId="0811B8E4" w14:textId="77777777" w:rsidR="00F4562C" w:rsidRPr="001A2E38" w:rsidRDefault="00F4562C" w:rsidP="005E1D6F">
            <w:pPr>
              <w:spacing w:after="0" w:line="240" w:lineRule="auto"/>
              <w:contextualSpacing/>
              <w:jc w:val="center"/>
              <w:rPr>
                <w:rFonts w:ascii="Times New Roman" w:hAnsi="Times New Roman" w:cs="Times New Roman"/>
                <w:sz w:val="20"/>
                <w:szCs w:val="20"/>
              </w:rPr>
            </w:pPr>
            <w:r w:rsidRPr="001A2E38">
              <w:rPr>
                <w:rFonts w:ascii="Times New Roman" w:eastAsia="Times New Roman" w:hAnsi="Times New Roman" w:cs="Times New Roman"/>
                <w:sz w:val="20"/>
                <w:szCs w:val="20"/>
              </w:rPr>
              <w:t>0.05</w:t>
            </w:r>
          </w:p>
        </w:tc>
        <w:tc>
          <w:tcPr>
            <w:tcW w:w="1080" w:type="dxa"/>
            <w:tcBorders>
              <w:top w:val="nil"/>
              <w:left w:val="nil"/>
              <w:bottom w:val="nil"/>
              <w:right w:val="nil"/>
            </w:tcBorders>
            <w:tcMar>
              <w:top w:w="20" w:type="dxa"/>
              <w:left w:w="35" w:type="dxa"/>
              <w:bottom w:w="20" w:type="dxa"/>
              <w:right w:w="35" w:type="dxa"/>
            </w:tcMar>
            <w:vAlign w:val="center"/>
          </w:tcPr>
          <w:p w14:paraId="2AEEA73F" w14:textId="77777777" w:rsidR="00F4562C" w:rsidRPr="001A2E38" w:rsidRDefault="00F4562C" w:rsidP="005E1D6F">
            <w:pPr>
              <w:spacing w:after="0" w:line="240" w:lineRule="auto"/>
              <w:contextualSpacing/>
              <w:jc w:val="center"/>
              <w:rPr>
                <w:rFonts w:ascii="Times New Roman" w:hAnsi="Times New Roman" w:cs="Times New Roman"/>
                <w:sz w:val="20"/>
                <w:szCs w:val="20"/>
              </w:rPr>
            </w:pPr>
            <w:r w:rsidRPr="001A2E38">
              <w:rPr>
                <w:rFonts w:ascii="Times New Roman" w:eastAsia="Times New Roman" w:hAnsi="Times New Roman" w:cs="Times New Roman"/>
                <w:sz w:val="20"/>
                <w:szCs w:val="20"/>
              </w:rPr>
              <w:t>0.02</w:t>
            </w:r>
          </w:p>
        </w:tc>
        <w:tc>
          <w:tcPr>
            <w:tcW w:w="936" w:type="dxa"/>
            <w:tcBorders>
              <w:top w:val="nil"/>
              <w:left w:val="nil"/>
              <w:bottom w:val="nil"/>
              <w:right w:val="nil"/>
            </w:tcBorders>
            <w:tcMar>
              <w:top w:w="20" w:type="dxa"/>
              <w:left w:w="35" w:type="dxa"/>
              <w:bottom w:w="20" w:type="dxa"/>
              <w:right w:w="35" w:type="dxa"/>
            </w:tcMar>
            <w:vAlign w:val="center"/>
          </w:tcPr>
          <w:p w14:paraId="2092DA01" w14:textId="77777777" w:rsidR="00F4562C" w:rsidRPr="001A2E38" w:rsidRDefault="00F4562C" w:rsidP="005E1D6F">
            <w:pPr>
              <w:spacing w:after="0" w:line="240" w:lineRule="auto"/>
              <w:contextualSpacing/>
              <w:jc w:val="center"/>
              <w:rPr>
                <w:rFonts w:ascii="Times New Roman" w:hAnsi="Times New Roman" w:cs="Times New Roman"/>
                <w:sz w:val="20"/>
                <w:szCs w:val="20"/>
              </w:rPr>
            </w:pPr>
            <w:r w:rsidRPr="001A2E38">
              <w:rPr>
                <w:rFonts w:ascii="Times New Roman" w:eastAsia="Times New Roman" w:hAnsi="Times New Roman" w:cs="Times New Roman"/>
                <w:sz w:val="20"/>
                <w:szCs w:val="20"/>
              </w:rPr>
              <w:t>0.00</w:t>
            </w:r>
          </w:p>
        </w:tc>
        <w:tc>
          <w:tcPr>
            <w:tcW w:w="936" w:type="dxa"/>
            <w:tcBorders>
              <w:top w:val="nil"/>
              <w:left w:val="nil"/>
              <w:bottom w:val="nil"/>
              <w:right w:val="nil"/>
            </w:tcBorders>
            <w:tcMar>
              <w:top w:w="20" w:type="dxa"/>
              <w:left w:w="35" w:type="dxa"/>
              <w:bottom w:w="20" w:type="dxa"/>
              <w:right w:w="35" w:type="dxa"/>
            </w:tcMar>
            <w:vAlign w:val="center"/>
          </w:tcPr>
          <w:p w14:paraId="3CC22218" w14:textId="77777777" w:rsidR="00F4562C" w:rsidRPr="001A2E38" w:rsidRDefault="00F4562C" w:rsidP="005E1D6F">
            <w:pPr>
              <w:spacing w:after="0" w:line="240" w:lineRule="auto"/>
              <w:contextualSpacing/>
              <w:jc w:val="center"/>
              <w:rPr>
                <w:rFonts w:ascii="Times New Roman" w:hAnsi="Times New Roman" w:cs="Times New Roman"/>
                <w:sz w:val="20"/>
                <w:szCs w:val="20"/>
              </w:rPr>
            </w:pPr>
            <w:r w:rsidRPr="001A2E38">
              <w:rPr>
                <w:rFonts w:ascii="Times New Roman" w:eastAsia="Times New Roman" w:hAnsi="Times New Roman" w:cs="Times New Roman"/>
                <w:sz w:val="20"/>
                <w:szCs w:val="20"/>
              </w:rPr>
              <w:t>0.05</w:t>
            </w:r>
          </w:p>
        </w:tc>
      </w:tr>
      <w:tr w:rsidR="00F4562C" w:rsidRPr="001A2E38" w14:paraId="3035A5A8" w14:textId="77777777" w:rsidTr="00CA44B4">
        <w:trPr>
          <w:jc w:val="center"/>
        </w:trPr>
        <w:tc>
          <w:tcPr>
            <w:tcW w:w="1801" w:type="dxa"/>
            <w:tcBorders>
              <w:top w:val="nil"/>
              <w:left w:val="nil"/>
              <w:bottom w:val="nil"/>
              <w:right w:val="nil"/>
            </w:tcBorders>
            <w:tcMar>
              <w:top w:w="20" w:type="dxa"/>
              <w:left w:w="35" w:type="dxa"/>
              <w:bottom w:w="20" w:type="dxa"/>
              <w:right w:w="35" w:type="dxa"/>
            </w:tcMar>
            <w:vAlign w:val="center"/>
          </w:tcPr>
          <w:p w14:paraId="45076D36" w14:textId="77777777" w:rsidR="00F4562C" w:rsidRPr="001A2E38" w:rsidRDefault="00F4562C" w:rsidP="005E1D6F">
            <w:pPr>
              <w:spacing w:after="0" w:line="240" w:lineRule="auto"/>
              <w:contextualSpacing/>
              <w:rPr>
                <w:rFonts w:ascii="Times New Roman" w:hAnsi="Times New Roman" w:cs="Times New Roman"/>
                <w:sz w:val="20"/>
                <w:szCs w:val="20"/>
              </w:rPr>
            </w:pPr>
            <w:r w:rsidRPr="001A2E38">
              <w:rPr>
                <w:rFonts w:ascii="Times New Roman" w:eastAsia="Times New Roman" w:hAnsi="Times New Roman" w:cs="Times New Roman"/>
                <w:b/>
                <w:sz w:val="20"/>
                <w:szCs w:val="20"/>
              </w:rPr>
              <w:t>Metabolic</w:t>
            </w:r>
          </w:p>
        </w:tc>
        <w:tc>
          <w:tcPr>
            <w:tcW w:w="4392" w:type="dxa"/>
            <w:tcBorders>
              <w:top w:val="nil"/>
              <w:left w:val="nil"/>
              <w:bottom w:val="nil"/>
              <w:right w:val="nil"/>
            </w:tcBorders>
            <w:tcMar>
              <w:top w:w="20" w:type="dxa"/>
              <w:left w:w="35" w:type="dxa"/>
              <w:bottom w:w="20" w:type="dxa"/>
              <w:right w:w="35" w:type="dxa"/>
            </w:tcMar>
            <w:vAlign w:val="center"/>
          </w:tcPr>
          <w:p w14:paraId="48F57B05" w14:textId="77777777" w:rsidR="00F4562C" w:rsidRPr="001A2E38" w:rsidRDefault="00F4562C" w:rsidP="005E1D6F">
            <w:pPr>
              <w:spacing w:after="0" w:line="240" w:lineRule="auto"/>
              <w:contextualSpacing/>
              <w:rPr>
                <w:rFonts w:ascii="Times New Roman" w:hAnsi="Times New Roman" w:cs="Times New Roman"/>
                <w:sz w:val="20"/>
                <w:szCs w:val="20"/>
              </w:rPr>
            </w:pPr>
            <w:r w:rsidRPr="001A2E38">
              <w:rPr>
                <w:rFonts w:ascii="Times New Roman" w:eastAsia="Times New Roman" w:hAnsi="Times New Roman" w:cs="Times New Roman"/>
                <w:sz w:val="20"/>
                <w:szCs w:val="20"/>
              </w:rPr>
              <w:t>ApoA (g/L)</w:t>
            </w:r>
          </w:p>
        </w:tc>
        <w:tc>
          <w:tcPr>
            <w:tcW w:w="1007" w:type="dxa"/>
            <w:tcBorders>
              <w:top w:val="nil"/>
              <w:left w:val="nil"/>
              <w:bottom w:val="nil"/>
              <w:right w:val="nil"/>
            </w:tcBorders>
            <w:tcMar>
              <w:top w:w="20" w:type="dxa"/>
              <w:left w:w="35" w:type="dxa"/>
              <w:bottom w:w="20" w:type="dxa"/>
              <w:right w:w="35" w:type="dxa"/>
            </w:tcMar>
            <w:vAlign w:val="center"/>
          </w:tcPr>
          <w:p w14:paraId="0C7D56D2" w14:textId="77777777" w:rsidR="00F4562C" w:rsidRPr="001A2E38" w:rsidRDefault="00F4562C" w:rsidP="005E1D6F">
            <w:pPr>
              <w:spacing w:after="0" w:line="240" w:lineRule="auto"/>
              <w:contextualSpacing/>
              <w:jc w:val="center"/>
              <w:rPr>
                <w:rFonts w:ascii="Times New Roman" w:hAnsi="Times New Roman" w:cs="Times New Roman"/>
                <w:sz w:val="20"/>
                <w:szCs w:val="20"/>
              </w:rPr>
            </w:pPr>
            <w:r w:rsidRPr="001A2E38">
              <w:rPr>
                <w:rFonts w:ascii="Times New Roman" w:eastAsia="Times New Roman" w:hAnsi="Times New Roman" w:cs="Times New Roman"/>
                <w:sz w:val="20"/>
                <w:szCs w:val="20"/>
              </w:rPr>
              <w:t>30630</w:t>
            </w:r>
          </w:p>
        </w:tc>
        <w:tc>
          <w:tcPr>
            <w:tcW w:w="1296" w:type="dxa"/>
            <w:tcBorders>
              <w:top w:val="nil"/>
              <w:left w:val="nil"/>
              <w:bottom w:val="nil"/>
              <w:right w:val="nil"/>
            </w:tcBorders>
            <w:tcMar>
              <w:top w:w="20" w:type="dxa"/>
              <w:left w:w="35" w:type="dxa"/>
              <w:bottom w:w="20" w:type="dxa"/>
              <w:right w:w="35" w:type="dxa"/>
            </w:tcMar>
            <w:vAlign w:val="center"/>
          </w:tcPr>
          <w:p w14:paraId="3F786E43" w14:textId="77777777" w:rsidR="00F4562C" w:rsidRPr="001A2E38" w:rsidRDefault="00F4562C" w:rsidP="005E1D6F">
            <w:pPr>
              <w:spacing w:after="0" w:line="240" w:lineRule="auto"/>
              <w:contextualSpacing/>
              <w:jc w:val="center"/>
              <w:rPr>
                <w:rFonts w:ascii="Times New Roman" w:hAnsi="Times New Roman" w:cs="Times New Roman"/>
                <w:sz w:val="20"/>
                <w:szCs w:val="20"/>
              </w:rPr>
            </w:pPr>
            <w:r w:rsidRPr="001A2E38">
              <w:rPr>
                <w:rFonts w:ascii="Times New Roman" w:eastAsia="Times New Roman" w:hAnsi="Times New Roman" w:cs="Times New Roman"/>
                <w:sz w:val="20"/>
                <w:szCs w:val="20"/>
              </w:rPr>
              <w:t>109,235</w:t>
            </w:r>
          </w:p>
        </w:tc>
        <w:tc>
          <w:tcPr>
            <w:tcW w:w="1080" w:type="dxa"/>
            <w:tcBorders>
              <w:top w:val="nil"/>
              <w:left w:val="nil"/>
              <w:bottom w:val="nil"/>
              <w:right w:val="nil"/>
            </w:tcBorders>
            <w:tcMar>
              <w:top w:w="20" w:type="dxa"/>
              <w:left w:w="35" w:type="dxa"/>
              <w:bottom w:w="20" w:type="dxa"/>
              <w:right w:w="35" w:type="dxa"/>
            </w:tcMar>
            <w:vAlign w:val="center"/>
          </w:tcPr>
          <w:p w14:paraId="0A2ACE1E" w14:textId="77777777" w:rsidR="00F4562C" w:rsidRPr="001A2E38" w:rsidRDefault="00F4562C" w:rsidP="005E1D6F">
            <w:pPr>
              <w:spacing w:after="0" w:line="240" w:lineRule="auto"/>
              <w:contextualSpacing/>
              <w:jc w:val="center"/>
              <w:rPr>
                <w:rFonts w:ascii="Times New Roman" w:hAnsi="Times New Roman" w:cs="Times New Roman"/>
                <w:sz w:val="20"/>
                <w:szCs w:val="20"/>
              </w:rPr>
            </w:pPr>
            <w:r w:rsidRPr="001A2E38">
              <w:rPr>
                <w:rFonts w:ascii="Times New Roman" w:eastAsia="Times New Roman" w:hAnsi="Times New Roman" w:cs="Times New Roman"/>
                <w:sz w:val="20"/>
                <w:szCs w:val="20"/>
              </w:rPr>
              <w:t>1.43</w:t>
            </w:r>
          </w:p>
        </w:tc>
        <w:tc>
          <w:tcPr>
            <w:tcW w:w="936" w:type="dxa"/>
            <w:tcBorders>
              <w:top w:val="nil"/>
              <w:left w:val="nil"/>
              <w:bottom w:val="nil"/>
              <w:right w:val="nil"/>
            </w:tcBorders>
            <w:tcMar>
              <w:top w:w="20" w:type="dxa"/>
              <w:left w:w="35" w:type="dxa"/>
              <w:bottom w:w="20" w:type="dxa"/>
              <w:right w:w="35" w:type="dxa"/>
            </w:tcMar>
            <w:vAlign w:val="center"/>
          </w:tcPr>
          <w:p w14:paraId="27321D35" w14:textId="77777777" w:rsidR="00F4562C" w:rsidRPr="001A2E38" w:rsidRDefault="00F4562C" w:rsidP="005E1D6F">
            <w:pPr>
              <w:spacing w:after="0" w:line="240" w:lineRule="auto"/>
              <w:contextualSpacing/>
              <w:jc w:val="center"/>
              <w:rPr>
                <w:rFonts w:ascii="Times New Roman" w:hAnsi="Times New Roman" w:cs="Times New Roman"/>
                <w:sz w:val="20"/>
                <w:szCs w:val="20"/>
              </w:rPr>
            </w:pPr>
            <w:r w:rsidRPr="001A2E38">
              <w:rPr>
                <w:rFonts w:ascii="Times New Roman" w:eastAsia="Times New Roman" w:hAnsi="Times New Roman" w:cs="Times New Roman"/>
                <w:sz w:val="20"/>
                <w:szCs w:val="20"/>
              </w:rPr>
              <w:t>0.23</w:t>
            </w:r>
          </w:p>
        </w:tc>
        <w:tc>
          <w:tcPr>
            <w:tcW w:w="1080" w:type="dxa"/>
            <w:tcBorders>
              <w:top w:val="nil"/>
              <w:left w:val="nil"/>
              <w:bottom w:val="nil"/>
              <w:right w:val="nil"/>
            </w:tcBorders>
            <w:tcMar>
              <w:top w:w="20" w:type="dxa"/>
              <w:left w:w="35" w:type="dxa"/>
              <w:bottom w:w="20" w:type="dxa"/>
              <w:right w:w="35" w:type="dxa"/>
            </w:tcMar>
            <w:vAlign w:val="center"/>
          </w:tcPr>
          <w:p w14:paraId="48973898" w14:textId="77777777" w:rsidR="00F4562C" w:rsidRPr="001A2E38" w:rsidRDefault="00F4562C" w:rsidP="005E1D6F">
            <w:pPr>
              <w:spacing w:after="0" w:line="240" w:lineRule="auto"/>
              <w:contextualSpacing/>
              <w:jc w:val="center"/>
              <w:rPr>
                <w:rFonts w:ascii="Times New Roman" w:hAnsi="Times New Roman" w:cs="Times New Roman"/>
                <w:sz w:val="20"/>
                <w:szCs w:val="20"/>
              </w:rPr>
            </w:pPr>
            <w:r w:rsidRPr="001A2E38">
              <w:rPr>
                <w:rFonts w:ascii="Times New Roman" w:eastAsia="Times New Roman" w:hAnsi="Times New Roman" w:cs="Times New Roman"/>
                <w:sz w:val="20"/>
                <w:szCs w:val="20"/>
              </w:rPr>
              <w:t>1.40</w:t>
            </w:r>
          </w:p>
        </w:tc>
        <w:tc>
          <w:tcPr>
            <w:tcW w:w="936" w:type="dxa"/>
            <w:tcBorders>
              <w:top w:val="nil"/>
              <w:left w:val="nil"/>
              <w:bottom w:val="nil"/>
              <w:right w:val="nil"/>
            </w:tcBorders>
            <w:tcMar>
              <w:top w:w="20" w:type="dxa"/>
              <w:left w:w="35" w:type="dxa"/>
              <w:bottom w:w="20" w:type="dxa"/>
              <w:right w:w="35" w:type="dxa"/>
            </w:tcMar>
            <w:vAlign w:val="center"/>
          </w:tcPr>
          <w:p w14:paraId="6C62FDDA" w14:textId="77777777" w:rsidR="00F4562C" w:rsidRPr="001A2E38" w:rsidRDefault="00F4562C" w:rsidP="005E1D6F">
            <w:pPr>
              <w:spacing w:after="0" w:line="240" w:lineRule="auto"/>
              <w:contextualSpacing/>
              <w:jc w:val="center"/>
              <w:rPr>
                <w:rFonts w:ascii="Times New Roman" w:hAnsi="Times New Roman" w:cs="Times New Roman"/>
                <w:sz w:val="20"/>
                <w:szCs w:val="20"/>
              </w:rPr>
            </w:pPr>
            <w:r w:rsidRPr="001A2E38">
              <w:rPr>
                <w:rFonts w:ascii="Times New Roman" w:eastAsia="Times New Roman" w:hAnsi="Times New Roman" w:cs="Times New Roman"/>
                <w:sz w:val="20"/>
                <w:szCs w:val="20"/>
              </w:rPr>
              <w:t>1.27</w:t>
            </w:r>
          </w:p>
        </w:tc>
        <w:tc>
          <w:tcPr>
            <w:tcW w:w="936" w:type="dxa"/>
            <w:tcBorders>
              <w:top w:val="nil"/>
              <w:left w:val="nil"/>
              <w:bottom w:val="nil"/>
              <w:right w:val="nil"/>
            </w:tcBorders>
            <w:tcMar>
              <w:top w:w="20" w:type="dxa"/>
              <w:left w:w="35" w:type="dxa"/>
              <w:bottom w:w="20" w:type="dxa"/>
              <w:right w:w="35" w:type="dxa"/>
            </w:tcMar>
            <w:vAlign w:val="center"/>
          </w:tcPr>
          <w:p w14:paraId="2CB17DD9" w14:textId="77777777" w:rsidR="00F4562C" w:rsidRPr="001A2E38" w:rsidRDefault="00F4562C" w:rsidP="005E1D6F">
            <w:pPr>
              <w:spacing w:after="0" w:line="240" w:lineRule="auto"/>
              <w:contextualSpacing/>
              <w:jc w:val="center"/>
              <w:rPr>
                <w:rFonts w:ascii="Times New Roman" w:hAnsi="Times New Roman" w:cs="Times New Roman"/>
                <w:sz w:val="20"/>
                <w:szCs w:val="20"/>
              </w:rPr>
            </w:pPr>
            <w:r w:rsidRPr="001A2E38">
              <w:rPr>
                <w:rFonts w:ascii="Times New Roman" w:eastAsia="Times New Roman" w:hAnsi="Times New Roman" w:cs="Times New Roman"/>
                <w:sz w:val="20"/>
                <w:szCs w:val="20"/>
              </w:rPr>
              <w:t>1.56</w:t>
            </w:r>
          </w:p>
        </w:tc>
      </w:tr>
      <w:tr w:rsidR="00F4562C" w:rsidRPr="001A2E38" w14:paraId="2F96EBCD" w14:textId="77777777" w:rsidTr="00CA44B4">
        <w:trPr>
          <w:jc w:val="center"/>
        </w:trPr>
        <w:tc>
          <w:tcPr>
            <w:tcW w:w="1801" w:type="dxa"/>
            <w:tcBorders>
              <w:top w:val="nil"/>
              <w:left w:val="nil"/>
              <w:bottom w:val="nil"/>
              <w:right w:val="nil"/>
            </w:tcBorders>
            <w:tcMar>
              <w:top w:w="20" w:type="dxa"/>
              <w:left w:w="35" w:type="dxa"/>
              <w:bottom w:w="20" w:type="dxa"/>
              <w:right w:w="35" w:type="dxa"/>
            </w:tcMar>
            <w:vAlign w:val="center"/>
          </w:tcPr>
          <w:p w14:paraId="1520DDE0" w14:textId="77777777" w:rsidR="00F4562C" w:rsidRPr="001A2E38" w:rsidRDefault="00F4562C" w:rsidP="005E1D6F">
            <w:pPr>
              <w:spacing w:after="0" w:line="240" w:lineRule="auto"/>
              <w:contextualSpacing/>
              <w:rPr>
                <w:rFonts w:ascii="Times New Roman" w:hAnsi="Times New Roman" w:cs="Times New Roman"/>
                <w:sz w:val="20"/>
                <w:szCs w:val="20"/>
              </w:rPr>
            </w:pPr>
          </w:p>
        </w:tc>
        <w:tc>
          <w:tcPr>
            <w:tcW w:w="4392" w:type="dxa"/>
            <w:tcBorders>
              <w:top w:val="nil"/>
              <w:left w:val="nil"/>
              <w:bottom w:val="nil"/>
              <w:right w:val="nil"/>
            </w:tcBorders>
            <w:tcMar>
              <w:top w:w="20" w:type="dxa"/>
              <w:left w:w="35" w:type="dxa"/>
              <w:bottom w:w="20" w:type="dxa"/>
              <w:right w:w="35" w:type="dxa"/>
            </w:tcMar>
            <w:vAlign w:val="center"/>
          </w:tcPr>
          <w:p w14:paraId="28EC8490" w14:textId="77777777" w:rsidR="00F4562C" w:rsidRPr="001A2E38" w:rsidRDefault="00F4562C" w:rsidP="005E1D6F">
            <w:pPr>
              <w:spacing w:after="0" w:line="240" w:lineRule="auto"/>
              <w:contextualSpacing/>
              <w:rPr>
                <w:rFonts w:ascii="Times New Roman" w:hAnsi="Times New Roman" w:cs="Times New Roman"/>
                <w:sz w:val="20"/>
                <w:szCs w:val="20"/>
              </w:rPr>
            </w:pPr>
            <w:r w:rsidRPr="001A2E38">
              <w:rPr>
                <w:rFonts w:ascii="Times New Roman" w:eastAsia="Times New Roman" w:hAnsi="Times New Roman" w:cs="Times New Roman"/>
                <w:sz w:val="20"/>
                <w:szCs w:val="20"/>
              </w:rPr>
              <w:t>ApoB (g/L)</w:t>
            </w:r>
          </w:p>
        </w:tc>
        <w:tc>
          <w:tcPr>
            <w:tcW w:w="1007" w:type="dxa"/>
            <w:tcBorders>
              <w:top w:val="nil"/>
              <w:left w:val="nil"/>
              <w:bottom w:val="nil"/>
              <w:right w:val="nil"/>
            </w:tcBorders>
            <w:tcMar>
              <w:top w:w="20" w:type="dxa"/>
              <w:left w:w="35" w:type="dxa"/>
              <w:bottom w:w="20" w:type="dxa"/>
              <w:right w:w="35" w:type="dxa"/>
            </w:tcMar>
            <w:vAlign w:val="center"/>
          </w:tcPr>
          <w:p w14:paraId="14A645E8" w14:textId="77777777" w:rsidR="00F4562C" w:rsidRPr="001A2E38" w:rsidRDefault="00F4562C" w:rsidP="005E1D6F">
            <w:pPr>
              <w:spacing w:after="0" w:line="240" w:lineRule="auto"/>
              <w:contextualSpacing/>
              <w:jc w:val="center"/>
              <w:rPr>
                <w:rFonts w:ascii="Times New Roman" w:hAnsi="Times New Roman" w:cs="Times New Roman"/>
                <w:sz w:val="20"/>
                <w:szCs w:val="20"/>
              </w:rPr>
            </w:pPr>
            <w:r w:rsidRPr="001A2E38">
              <w:rPr>
                <w:rFonts w:ascii="Times New Roman" w:eastAsia="Times New Roman" w:hAnsi="Times New Roman" w:cs="Times New Roman"/>
                <w:sz w:val="20"/>
                <w:szCs w:val="20"/>
              </w:rPr>
              <w:t>30640</w:t>
            </w:r>
          </w:p>
        </w:tc>
        <w:tc>
          <w:tcPr>
            <w:tcW w:w="1296" w:type="dxa"/>
            <w:tcBorders>
              <w:top w:val="nil"/>
              <w:left w:val="nil"/>
              <w:bottom w:val="nil"/>
              <w:right w:val="nil"/>
            </w:tcBorders>
            <w:tcMar>
              <w:top w:w="20" w:type="dxa"/>
              <w:left w:w="35" w:type="dxa"/>
              <w:bottom w:w="20" w:type="dxa"/>
              <w:right w:w="35" w:type="dxa"/>
            </w:tcMar>
            <w:vAlign w:val="center"/>
          </w:tcPr>
          <w:p w14:paraId="49D49498" w14:textId="77777777" w:rsidR="00F4562C" w:rsidRPr="001A2E38" w:rsidRDefault="00F4562C" w:rsidP="005E1D6F">
            <w:pPr>
              <w:spacing w:after="0" w:line="240" w:lineRule="auto"/>
              <w:contextualSpacing/>
              <w:jc w:val="center"/>
              <w:rPr>
                <w:rFonts w:ascii="Times New Roman" w:hAnsi="Times New Roman" w:cs="Times New Roman"/>
                <w:sz w:val="20"/>
                <w:szCs w:val="20"/>
              </w:rPr>
            </w:pPr>
            <w:r w:rsidRPr="001A2E38">
              <w:rPr>
                <w:rFonts w:ascii="Times New Roman" w:eastAsia="Times New Roman" w:hAnsi="Times New Roman" w:cs="Times New Roman"/>
                <w:sz w:val="20"/>
                <w:szCs w:val="20"/>
              </w:rPr>
              <w:t>108,550</w:t>
            </w:r>
          </w:p>
        </w:tc>
        <w:tc>
          <w:tcPr>
            <w:tcW w:w="1080" w:type="dxa"/>
            <w:tcBorders>
              <w:top w:val="nil"/>
              <w:left w:val="nil"/>
              <w:bottom w:val="nil"/>
              <w:right w:val="nil"/>
            </w:tcBorders>
            <w:tcMar>
              <w:top w:w="20" w:type="dxa"/>
              <w:left w:w="35" w:type="dxa"/>
              <w:bottom w:w="20" w:type="dxa"/>
              <w:right w:w="35" w:type="dxa"/>
            </w:tcMar>
            <w:vAlign w:val="center"/>
          </w:tcPr>
          <w:p w14:paraId="7B5577B6" w14:textId="77777777" w:rsidR="00F4562C" w:rsidRPr="001A2E38" w:rsidRDefault="00F4562C" w:rsidP="005E1D6F">
            <w:pPr>
              <w:spacing w:after="0" w:line="240" w:lineRule="auto"/>
              <w:contextualSpacing/>
              <w:jc w:val="center"/>
              <w:rPr>
                <w:rFonts w:ascii="Times New Roman" w:hAnsi="Times New Roman" w:cs="Times New Roman"/>
                <w:sz w:val="20"/>
                <w:szCs w:val="20"/>
              </w:rPr>
            </w:pPr>
            <w:r w:rsidRPr="001A2E38">
              <w:rPr>
                <w:rFonts w:ascii="Times New Roman" w:eastAsia="Times New Roman" w:hAnsi="Times New Roman" w:cs="Times New Roman"/>
                <w:sz w:val="20"/>
                <w:szCs w:val="20"/>
              </w:rPr>
              <w:t>1.10</w:t>
            </w:r>
          </w:p>
        </w:tc>
        <w:tc>
          <w:tcPr>
            <w:tcW w:w="936" w:type="dxa"/>
            <w:tcBorders>
              <w:top w:val="nil"/>
              <w:left w:val="nil"/>
              <w:bottom w:val="nil"/>
              <w:right w:val="nil"/>
            </w:tcBorders>
            <w:tcMar>
              <w:top w:w="20" w:type="dxa"/>
              <w:left w:w="35" w:type="dxa"/>
              <w:bottom w:w="20" w:type="dxa"/>
              <w:right w:w="35" w:type="dxa"/>
            </w:tcMar>
            <w:vAlign w:val="center"/>
          </w:tcPr>
          <w:p w14:paraId="18DE81EC" w14:textId="77777777" w:rsidR="00F4562C" w:rsidRPr="001A2E38" w:rsidRDefault="00F4562C" w:rsidP="005E1D6F">
            <w:pPr>
              <w:spacing w:after="0" w:line="240" w:lineRule="auto"/>
              <w:contextualSpacing/>
              <w:jc w:val="center"/>
              <w:rPr>
                <w:rFonts w:ascii="Times New Roman" w:hAnsi="Times New Roman" w:cs="Times New Roman"/>
                <w:sz w:val="20"/>
                <w:szCs w:val="20"/>
              </w:rPr>
            </w:pPr>
            <w:r w:rsidRPr="001A2E38">
              <w:rPr>
                <w:rFonts w:ascii="Times New Roman" w:eastAsia="Times New Roman" w:hAnsi="Times New Roman" w:cs="Times New Roman"/>
                <w:sz w:val="20"/>
                <w:szCs w:val="20"/>
              </w:rPr>
              <w:t>0.24</w:t>
            </w:r>
          </w:p>
        </w:tc>
        <w:tc>
          <w:tcPr>
            <w:tcW w:w="1080" w:type="dxa"/>
            <w:tcBorders>
              <w:top w:val="nil"/>
              <w:left w:val="nil"/>
              <w:bottom w:val="nil"/>
              <w:right w:val="nil"/>
            </w:tcBorders>
            <w:tcMar>
              <w:top w:w="20" w:type="dxa"/>
              <w:left w:w="35" w:type="dxa"/>
              <w:bottom w:w="20" w:type="dxa"/>
              <w:right w:w="35" w:type="dxa"/>
            </w:tcMar>
            <w:vAlign w:val="center"/>
          </w:tcPr>
          <w:p w14:paraId="2B2AF781" w14:textId="77777777" w:rsidR="00F4562C" w:rsidRPr="001A2E38" w:rsidRDefault="00F4562C" w:rsidP="005E1D6F">
            <w:pPr>
              <w:spacing w:after="0" w:line="240" w:lineRule="auto"/>
              <w:contextualSpacing/>
              <w:jc w:val="center"/>
              <w:rPr>
                <w:rFonts w:ascii="Times New Roman" w:hAnsi="Times New Roman" w:cs="Times New Roman"/>
                <w:sz w:val="20"/>
                <w:szCs w:val="20"/>
              </w:rPr>
            </w:pPr>
            <w:r w:rsidRPr="001A2E38">
              <w:rPr>
                <w:rFonts w:ascii="Times New Roman" w:eastAsia="Times New Roman" w:hAnsi="Times New Roman" w:cs="Times New Roman"/>
                <w:sz w:val="20"/>
                <w:szCs w:val="20"/>
              </w:rPr>
              <w:t>1.09</w:t>
            </w:r>
          </w:p>
        </w:tc>
        <w:tc>
          <w:tcPr>
            <w:tcW w:w="936" w:type="dxa"/>
            <w:tcBorders>
              <w:top w:val="nil"/>
              <w:left w:val="nil"/>
              <w:bottom w:val="nil"/>
              <w:right w:val="nil"/>
            </w:tcBorders>
            <w:tcMar>
              <w:top w:w="20" w:type="dxa"/>
              <w:left w:w="35" w:type="dxa"/>
              <w:bottom w:w="20" w:type="dxa"/>
              <w:right w:w="35" w:type="dxa"/>
            </w:tcMar>
            <w:vAlign w:val="center"/>
          </w:tcPr>
          <w:p w14:paraId="2A65CF41" w14:textId="77777777" w:rsidR="00F4562C" w:rsidRPr="001A2E38" w:rsidRDefault="00F4562C" w:rsidP="005E1D6F">
            <w:pPr>
              <w:spacing w:after="0" w:line="240" w:lineRule="auto"/>
              <w:contextualSpacing/>
              <w:jc w:val="center"/>
              <w:rPr>
                <w:rFonts w:ascii="Times New Roman" w:hAnsi="Times New Roman" w:cs="Times New Roman"/>
                <w:sz w:val="20"/>
                <w:szCs w:val="20"/>
              </w:rPr>
            </w:pPr>
            <w:r w:rsidRPr="001A2E38">
              <w:rPr>
                <w:rFonts w:ascii="Times New Roman" w:eastAsia="Times New Roman" w:hAnsi="Times New Roman" w:cs="Times New Roman"/>
                <w:sz w:val="20"/>
                <w:szCs w:val="20"/>
              </w:rPr>
              <w:t>0.93</w:t>
            </w:r>
          </w:p>
        </w:tc>
        <w:tc>
          <w:tcPr>
            <w:tcW w:w="936" w:type="dxa"/>
            <w:tcBorders>
              <w:top w:val="nil"/>
              <w:left w:val="nil"/>
              <w:bottom w:val="nil"/>
              <w:right w:val="nil"/>
            </w:tcBorders>
            <w:tcMar>
              <w:top w:w="20" w:type="dxa"/>
              <w:left w:w="35" w:type="dxa"/>
              <w:bottom w:w="20" w:type="dxa"/>
              <w:right w:w="35" w:type="dxa"/>
            </w:tcMar>
            <w:vAlign w:val="center"/>
          </w:tcPr>
          <w:p w14:paraId="1ECCBDB8" w14:textId="77777777" w:rsidR="00F4562C" w:rsidRPr="001A2E38" w:rsidRDefault="00F4562C" w:rsidP="005E1D6F">
            <w:pPr>
              <w:spacing w:after="0" w:line="240" w:lineRule="auto"/>
              <w:contextualSpacing/>
              <w:jc w:val="center"/>
              <w:rPr>
                <w:rFonts w:ascii="Times New Roman" w:hAnsi="Times New Roman" w:cs="Times New Roman"/>
                <w:sz w:val="20"/>
                <w:szCs w:val="20"/>
              </w:rPr>
            </w:pPr>
            <w:r w:rsidRPr="001A2E38">
              <w:rPr>
                <w:rFonts w:ascii="Times New Roman" w:eastAsia="Times New Roman" w:hAnsi="Times New Roman" w:cs="Times New Roman"/>
                <w:sz w:val="20"/>
                <w:szCs w:val="20"/>
              </w:rPr>
              <w:t>1.26</w:t>
            </w:r>
          </w:p>
        </w:tc>
      </w:tr>
      <w:tr w:rsidR="00F4562C" w:rsidRPr="001A2E38" w14:paraId="2AF8F22F" w14:textId="77777777" w:rsidTr="00CA44B4">
        <w:trPr>
          <w:jc w:val="center"/>
        </w:trPr>
        <w:tc>
          <w:tcPr>
            <w:tcW w:w="1801" w:type="dxa"/>
            <w:tcBorders>
              <w:top w:val="nil"/>
              <w:left w:val="nil"/>
              <w:bottom w:val="nil"/>
              <w:right w:val="nil"/>
            </w:tcBorders>
            <w:tcMar>
              <w:top w:w="20" w:type="dxa"/>
              <w:left w:w="35" w:type="dxa"/>
              <w:bottom w:w="20" w:type="dxa"/>
              <w:right w:w="35" w:type="dxa"/>
            </w:tcMar>
            <w:vAlign w:val="center"/>
          </w:tcPr>
          <w:p w14:paraId="4BE0D48A" w14:textId="77777777" w:rsidR="00F4562C" w:rsidRPr="001A2E38" w:rsidRDefault="00F4562C" w:rsidP="005E1D6F">
            <w:pPr>
              <w:spacing w:after="0" w:line="240" w:lineRule="auto"/>
              <w:contextualSpacing/>
              <w:rPr>
                <w:rFonts w:ascii="Times New Roman" w:hAnsi="Times New Roman" w:cs="Times New Roman"/>
                <w:sz w:val="20"/>
                <w:szCs w:val="20"/>
              </w:rPr>
            </w:pPr>
          </w:p>
        </w:tc>
        <w:tc>
          <w:tcPr>
            <w:tcW w:w="4392" w:type="dxa"/>
            <w:tcBorders>
              <w:top w:val="nil"/>
              <w:left w:val="nil"/>
              <w:bottom w:val="nil"/>
              <w:right w:val="nil"/>
            </w:tcBorders>
            <w:tcMar>
              <w:top w:w="20" w:type="dxa"/>
              <w:left w:w="35" w:type="dxa"/>
              <w:bottom w:w="20" w:type="dxa"/>
              <w:right w:w="35" w:type="dxa"/>
            </w:tcMar>
            <w:vAlign w:val="center"/>
          </w:tcPr>
          <w:p w14:paraId="0B468D66" w14:textId="77777777" w:rsidR="00F4562C" w:rsidRPr="001A2E38" w:rsidRDefault="00F4562C" w:rsidP="005E1D6F">
            <w:pPr>
              <w:spacing w:after="0" w:line="240" w:lineRule="auto"/>
              <w:contextualSpacing/>
              <w:rPr>
                <w:rFonts w:ascii="Times New Roman" w:hAnsi="Times New Roman" w:cs="Times New Roman"/>
                <w:sz w:val="20"/>
                <w:szCs w:val="20"/>
              </w:rPr>
            </w:pPr>
            <w:r w:rsidRPr="001A2E38">
              <w:rPr>
                <w:rFonts w:ascii="Times New Roman" w:eastAsia="Times New Roman" w:hAnsi="Times New Roman" w:cs="Times New Roman"/>
                <w:sz w:val="20"/>
                <w:szCs w:val="20"/>
              </w:rPr>
              <w:t>HbA1c (mmol/mol)</w:t>
            </w:r>
          </w:p>
        </w:tc>
        <w:tc>
          <w:tcPr>
            <w:tcW w:w="1007" w:type="dxa"/>
            <w:tcBorders>
              <w:top w:val="nil"/>
              <w:left w:val="nil"/>
              <w:bottom w:val="nil"/>
              <w:right w:val="nil"/>
            </w:tcBorders>
            <w:tcMar>
              <w:top w:w="20" w:type="dxa"/>
              <w:left w:w="35" w:type="dxa"/>
              <w:bottom w:w="20" w:type="dxa"/>
              <w:right w:w="35" w:type="dxa"/>
            </w:tcMar>
            <w:vAlign w:val="center"/>
          </w:tcPr>
          <w:p w14:paraId="2CAB3EAC" w14:textId="77777777" w:rsidR="00F4562C" w:rsidRPr="001A2E38" w:rsidRDefault="00F4562C" w:rsidP="005E1D6F">
            <w:pPr>
              <w:spacing w:after="0" w:line="240" w:lineRule="auto"/>
              <w:contextualSpacing/>
              <w:jc w:val="center"/>
              <w:rPr>
                <w:rFonts w:ascii="Times New Roman" w:hAnsi="Times New Roman" w:cs="Times New Roman"/>
                <w:sz w:val="20"/>
                <w:szCs w:val="20"/>
              </w:rPr>
            </w:pPr>
            <w:r w:rsidRPr="001A2E38">
              <w:rPr>
                <w:rFonts w:ascii="Times New Roman" w:eastAsia="Times New Roman" w:hAnsi="Times New Roman" w:cs="Times New Roman"/>
                <w:sz w:val="20"/>
                <w:szCs w:val="20"/>
              </w:rPr>
              <w:t>30750</w:t>
            </w:r>
          </w:p>
        </w:tc>
        <w:tc>
          <w:tcPr>
            <w:tcW w:w="1296" w:type="dxa"/>
            <w:tcBorders>
              <w:top w:val="nil"/>
              <w:left w:val="nil"/>
              <w:bottom w:val="nil"/>
              <w:right w:val="nil"/>
            </w:tcBorders>
            <w:tcMar>
              <w:top w:w="20" w:type="dxa"/>
              <w:left w:w="35" w:type="dxa"/>
              <w:bottom w:w="20" w:type="dxa"/>
              <w:right w:w="35" w:type="dxa"/>
            </w:tcMar>
            <w:vAlign w:val="center"/>
          </w:tcPr>
          <w:p w14:paraId="4090244D" w14:textId="77777777" w:rsidR="00F4562C" w:rsidRPr="001A2E38" w:rsidRDefault="00F4562C" w:rsidP="005E1D6F">
            <w:pPr>
              <w:spacing w:after="0" w:line="240" w:lineRule="auto"/>
              <w:contextualSpacing/>
              <w:jc w:val="center"/>
              <w:rPr>
                <w:rFonts w:ascii="Times New Roman" w:hAnsi="Times New Roman" w:cs="Times New Roman"/>
                <w:sz w:val="20"/>
                <w:szCs w:val="20"/>
              </w:rPr>
            </w:pPr>
            <w:r w:rsidRPr="001A2E38">
              <w:rPr>
                <w:rFonts w:ascii="Times New Roman" w:eastAsia="Times New Roman" w:hAnsi="Times New Roman" w:cs="Times New Roman"/>
                <w:sz w:val="20"/>
                <w:szCs w:val="20"/>
              </w:rPr>
              <w:t>103,911</w:t>
            </w:r>
          </w:p>
        </w:tc>
        <w:tc>
          <w:tcPr>
            <w:tcW w:w="1080" w:type="dxa"/>
            <w:tcBorders>
              <w:top w:val="nil"/>
              <w:left w:val="nil"/>
              <w:bottom w:val="nil"/>
              <w:right w:val="nil"/>
            </w:tcBorders>
            <w:tcMar>
              <w:top w:w="20" w:type="dxa"/>
              <w:left w:w="35" w:type="dxa"/>
              <w:bottom w:w="20" w:type="dxa"/>
              <w:right w:w="35" w:type="dxa"/>
            </w:tcMar>
            <w:vAlign w:val="center"/>
          </w:tcPr>
          <w:p w14:paraId="74CD7350" w14:textId="77777777" w:rsidR="00F4562C" w:rsidRPr="001A2E38" w:rsidRDefault="00F4562C" w:rsidP="005E1D6F">
            <w:pPr>
              <w:spacing w:after="0" w:line="240" w:lineRule="auto"/>
              <w:contextualSpacing/>
              <w:jc w:val="center"/>
              <w:rPr>
                <w:rFonts w:ascii="Times New Roman" w:hAnsi="Times New Roman" w:cs="Times New Roman"/>
                <w:sz w:val="20"/>
                <w:szCs w:val="20"/>
              </w:rPr>
            </w:pPr>
            <w:r w:rsidRPr="001A2E38">
              <w:rPr>
                <w:rFonts w:ascii="Times New Roman" w:eastAsia="Times New Roman" w:hAnsi="Times New Roman" w:cs="Times New Roman"/>
                <w:sz w:val="20"/>
                <w:szCs w:val="20"/>
              </w:rPr>
              <w:t>36.95</w:t>
            </w:r>
          </w:p>
        </w:tc>
        <w:tc>
          <w:tcPr>
            <w:tcW w:w="936" w:type="dxa"/>
            <w:tcBorders>
              <w:top w:val="nil"/>
              <w:left w:val="nil"/>
              <w:bottom w:val="nil"/>
              <w:right w:val="nil"/>
            </w:tcBorders>
            <w:tcMar>
              <w:top w:w="20" w:type="dxa"/>
              <w:left w:w="35" w:type="dxa"/>
              <w:bottom w:w="20" w:type="dxa"/>
              <w:right w:w="35" w:type="dxa"/>
            </w:tcMar>
            <w:vAlign w:val="center"/>
          </w:tcPr>
          <w:p w14:paraId="08CDBFFF" w14:textId="77777777" w:rsidR="00F4562C" w:rsidRPr="001A2E38" w:rsidRDefault="00F4562C" w:rsidP="005E1D6F">
            <w:pPr>
              <w:spacing w:after="0" w:line="240" w:lineRule="auto"/>
              <w:contextualSpacing/>
              <w:jc w:val="center"/>
              <w:rPr>
                <w:rFonts w:ascii="Times New Roman" w:hAnsi="Times New Roman" w:cs="Times New Roman"/>
                <w:sz w:val="20"/>
                <w:szCs w:val="20"/>
              </w:rPr>
            </w:pPr>
            <w:r w:rsidRPr="001A2E38">
              <w:rPr>
                <w:rFonts w:ascii="Times New Roman" w:eastAsia="Times New Roman" w:hAnsi="Times New Roman" w:cs="Times New Roman"/>
                <w:sz w:val="20"/>
                <w:szCs w:val="20"/>
              </w:rPr>
              <w:t>6.82</w:t>
            </w:r>
          </w:p>
        </w:tc>
        <w:tc>
          <w:tcPr>
            <w:tcW w:w="1080" w:type="dxa"/>
            <w:tcBorders>
              <w:top w:val="nil"/>
              <w:left w:val="nil"/>
              <w:bottom w:val="nil"/>
              <w:right w:val="nil"/>
            </w:tcBorders>
            <w:tcMar>
              <w:top w:w="20" w:type="dxa"/>
              <w:left w:w="35" w:type="dxa"/>
              <w:bottom w:w="20" w:type="dxa"/>
              <w:right w:w="35" w:type="dxa"/>
            </w:tcMar>
            <w:vAlign w:val="center"/>
          </w:tcPr>
          <w:p w14:paraId="584B5DBF" w14:textId="77777777" w:rsidR="00F4562C" w:rsidRPr="001A2E38" w:rsidRDefault="00F4562C" w:rsidP="005E1D6F">
            <w:pPr>
              <w:spacing w:after="0" w:line="240" w:lineRule="auto"/>
              <w:contextualSpacing/>
              <w:jc w:val="center"/>
              <w:rPr>
                <w:rFonts w:ascii="Times New Roman" w:hAnsi="Times New Roman" w:cs="Times New Roman"/>
                <w:sz w:val="20"/>
                <w:szCs w:val="20"/>
              </w:rPr>
            </w:pPr>
            <w:r w:rsidRPr="001A2E38">
              <w:rPr>
                <w:rFonts w:ascii="Times New Roman" w:eastAsia="Times New Roman" w:hAnsi="Times New Roman" w:cs="Times New Roman"/>
                <w:sz w:val="20"/>
                <w:szCs w:val="20"/>
              </w:rPr>
              <w:t>36.10</w:t>
            </w:r>
          </w:p>
        </w:tc>
        <w:tc>
          <w:tcPr>
            <w:tcW w:w="936" w:type="dxa"/>
            <w:tcBorders>
              <w:top w:val="nil"/>
              <w:left w:val="nil"/>
              <w:bottom w:val="nil"/>
              <w:right w:val="nil"/>
            </w:tcBorders>
            <w:tcMar>
              <w:top w:w="20" w:type="dxa"/>
              <w:left w:w="35" w:type="dxa"/>
              <w:bottom w:w="20" w:type="dxa"/>
              <w:right w:w="35" w:type="dxa"/>
            </w:tcMar>
            <w:vAlign w:val="center"/>
          </w:tcPr>
          <w:p w14:paraId="5E58467F" w14:textId="77777777" w:rsidR="00F4562C" w:rsidRPr="001A2E38" w:rsidRDefault="00F4562C" w:rsidP="005E1D6F">
            <w:pPr>
              <w:spacing w:after="0" w:line="240" w:lineRule="auto"/>
              <w:contextualSpacing/>
              <w:jc w:val="center"/>
              <w:rPr>
                <w:rFonts w:ascii="Times New Roman" w:hAnsi="Times New Roman" w:cs="Times New Roman"/>
                <w:sz w:val="20"/>
                <w:szCs w:val="20"/>
              </w:rPr>
            </w:pPr>
            <w:r w:rsidRPr="001A2E38">
              <w:rPr>
                <w:rFonts w:ascii="Times New Roman" w:eastAsia="Times New Roman" w:hAnsi="Times New Roman" w:cs="Times New Roman"/>
                <w:sz w:val="20"/>
                <w:szCs w:val="20"/>
              </w:rPr>
              <w:t>33.50</w:t>
            </w:r>
          </w:p>
        </w:tc>
        <w:tc>
          <w:tcPr>
            <w:tcW w:w="936" w:type="dxa"/>
            <w:tcBorders>
              <w:top w:val="nil"/>
              <w:left w:val="nil"/>
              <w:bottom w:val="nil"/>
              <w:right w:val="nil"/>
            </w:tcBorders>
            <w:tcMar>
              <w:top w:w="20" w:type="dxa"/>
              <w:left w:w="35" w:type="dxa"/>
              <w:bottom w:w="20" w:type="dxa"/>
              <w:right w:w="35" w:type="dxa"/>
            </w:tcMar>
            <w:vAlign w:val="center"/>
          </w:tcPr>
          <w:p w14:paraId="7B95555E" w14:textId="77777777" w:rsidR="00F4562C" w:rsidRPr="001A2E38" w:rsidRDefault="00F4562C" w:rsidP="005E1D6F">
            <w:pPr>
              <w:spacing w:after="0" w:line="240" w:lineRule="auto"/>
              <w:contextualSpacing/>
              <w:jc w:val="center"/>
              <w:rPr>
                <w:rFonts w:ascii="Times New Roman" w:hAnsi="Times New Roman" w:cs="Times New Roman"/>
                <w:sz w:val="20"/>
                <w:szCs w:val="20"/>
              </w:rPr>
            </w:pPr>
            <w:r w:rsidRPr="001A2E38">
              <w:rPr>
                <w:rFonts w:ascii="Times New Roman" w:eastAsia="Times New Roman" w:hAnsi="Times New Roman" w:cs="Times New Roman"/>
                <w:sz w:val="20"/>
                <w:szCs w:val="20"/>
              </w:rPr>
              <w:t>38.80</w:t>
            </w:r>
          </w:p>
        </w:tc>
      </w:tr>
      <w:tr w:rsidR="00F4562C" w:rsidRPr="001A2E38" w14:paraId="70853FAE" w14:textId="77777777" w:rsidTr="00CA44B4">
        <w:trPr>
          <w:jc w:val="center"/>
        </w:trPr>
        <w:tc>
          <w:tcPr>
            <w:tcW w:w="1801" w:type="dxa"/>
            <w:tcBorders>
              <w:top w:val="nil"/>
              <w:left w:val="nil"/>
              <w:bottom w:val="nil"/>
              <w:right w:val="nil"/>
            </w:tcBorders>
            <w:tcMar>
              <w:top w:w="20" w:type="dxa"/>
              <w:left w:w="35" w:type="dxa"/>
              <w:bottom w:w="20" w:type="dxa"/>
              <w:right w:w="35" w:type="dxa"/>
            </w:tcMar>
            <w:vAlign w:val="center"/>
          </w:tcPr>
          <w:p w14:paraId="2B6FB24B" w14:textId="77777777" w:rsidR="00F4562C" w:rsidRPr="001A2E38" w:rsidRDefault="00F4562C" w:rsidP="005E1D6F">
            <w:pPr>
              <w:spacing w:after="0" w:line="240" w:lineRule="auto"/>
              <w:contextualSpacing/>
              <w:rPr>
                <w:rFonts w:ascii="Times New Roman" w:hAnsi="Times New Roman" w:cs="Times New Roman"/>
                <w:sz w:val="20"/>
                <w:szCs w:val="20"/>
              </w:rPr>
            </w:pPr>
          </w:p>
        </w:tc>
        <w:tc>
          <w:tcPr>
            <w:tcW w:w="4392" w:type="dxa"/>
            <w:tcBorders>
              <w:top w:val="nil"/>
              <w:left w:val="nil"/>
              <w:bottom w:val="nil"/>
              <w:right w:val="nil"/>
            </w:tcBorders>
            <w:tcMar>
              <w:top w:w="20" w:type="dxa"/>
              <w:left w:w="35" w:type="dxa"/>
              <w:bottom w:w="20" w:type="dxa"/>
              <w:right w:w="35" w:type="dxa"/>
            </w:tcMar>
            <w:vAlign w:val="center"/>
          </w:tcPr>
          <w:p w14:paraId="7717AA14" w14:textId="77777777" w:rsidR="00F4562C" w:rsidRPr="001A2E38" w:rsidRDefault="00F4562C" w:rsidP="005E1D6F">
            <w:pPr>
              <w:spacing w:after="0" w:line="240" w:lineRule="auto"/>
              <w:contextualSpacing/>
              <w:rPr>
                <w:rFonts w:ascii="Times New Roman" w:hAnsi="Times New Roman" w:cs="Times New Roman"/>
                <w:sz w:val="20"/>
                <w:szCs w:val="20"/>
              </w:rPr>
            </w:pPr>
            <w:r w:rsidRPr="001A2E38">
              <w:rPr>
                <w:rFonts w:ascii="Times New Roman" w:eastAsia="Times New Roman" w:hAnsi="Times New Roman" w:cs="Times New Roman"/>
                <w:sz w:val="20"/>
                <w:szCs w:val="20"/>
              </w:rPr>
              <w:t>LDL-C (mmol/L)</w:t>
            </w:r>
          </w:p>
        </w:tc>
        <w:tc>
          <w:tcPr>
            <w:tcW w:w="1007" w:type="dxa"/>
            <w:tcBorders>
              <w:top w:val="nil"/>
              <w:left w:val="nil"/>
              <w:bottom w:val="nil"/>
              <w:right w:val="nil"/>
            </w:tcBorders>
            <w:tcMar>
              <w:top w:w="20" w:type="dxa"/>
              <w:left w:w="35" w:type="dxa"/>
              <w:bottom w:w="20" w:type="dxa"/>
              <w:right w:w="35" w:type="dxa"/>
            </w:tcMar>
            <w:vAlign w:val="center"/>
          </w:tcPr>
          <w:p w14:paraId="61E4C25E" w14:textId="77777777" w:rsidR="00F4562C" w:rsidRPr="001A2E38" w:rsidRDefault="00F4562C" w:rsidP="005E1D6F">
            <w:pPr>
              <w:spacing w:after="0" w:line="240" w:lineRule="auto"/>
              <w:contextualSpacing/>
              <w:jc w:val="center"/>
              <w:rPr>
                <w:rFonts w:ascii="Times New Roman" w:hAnsi="Times New Roman" w:cs="Times New Roman"/>
                <w:sz w:val="20"/>
                <w:szCs w:val="20"/>
              </w:rPr>
            </w:pPr>
            <w:r w:rsidRPr="001A2E38">
              <w:rPr>
                <w:rFonts w:ascii="Times New Roman" w:eastAsia="Times New Roman" w:hAnsi="Times New Roman" w:cs="Times New Roman"/>
                <w:sz w:val="20"/>
                <w:szCs w:val="20"/>
              </w:rPr>
              <w:t>30780</w:t>
            </w:r>
          </w:p>
        </w:tc>
        <w:tc>
          <w:tcPr>
            <w:tcW w:w="1296" w:type="dxa"/>
            <w:tcBorders>
              <w:top w:val="nil"/>
              <w:left w:val="nil"/>
              <w:bottom w:val="nil"/>
              <w:right w:val="nil"/>
            </w:tcBorders>
            <w:tcMar>
              <w:top w:w="20" w:type="dxa"/>
              <w:left w:w="35" w:type="dxa"/>
              <w:bottom w:w="20" w:type="dxa"/>
              <w:right w:w="35" w:type="dxa"/>
            </w:tcMar>
            <w:vAlign w:val="center"/>
          </w:tcPr>
          <w:p w14:paraId="200168CA" w14:textId="77777777" w:rsidR="00F4562C" w:rsidRPr="001A2E38" w:rsidRDefault="00F4562C" w:rsidP="005E1D6F">
            <w:pPr>
              <w:spacing w:after="0" w:line="240" w:lineRule="auto"/>
              <w:contextualSpacing/>
              <w:jc w:val="center"/>
              <w:rPr>
                <w:rFonts w:ascii="Times New Roman" w:hAnsi="Times New Roman" w:cs="Times New Roman"/>
                <w:sz w:val="20"/>
                <w:szCs w:val="20"/>
              </w:rPr>
            </w:pPr>
            <w:r w:rsidRPr="001A2E38">
              <w:rPr>
                <w:rFonts w:ascii="Times New Roman" w:eastAsia="Times New Roman" w:hAnsi="Times New Roman" w:cs="Times New Roman"/>
                <w:sz w:val="20"/>
                <w:szCs w:val="20"/>
              </w:rPr>
              <w:t>109,278</w:t>
            </w:r>
          </w:p>
        </w:tc>
        <w:tc>
          <w:tcPr>
            <w:tcW w:w="1080" w:type="dxa"/>
            <w:tcBorders>
              <w:top w:val="nil"/>
              <w:left w:val="nil"/>
              <w:bottom w:val="nil"/>
              <w:right w:val="nil"/>
            </w:tcBorders>
            <w:tcMar>
              <w:top w:w="20" w:type="dxa"/>
              <w:left w:w="35" w:type="dxa"/>
              <w:bottom w:w="20" w:type="dxa"/>
              <w:right w:w="35" w:type="dxa"/>
            </w:tcMar>
            <w:vAlign w:val="center"/>
          </w:tcPr>
          <w:p w14:paraId="711DE2A6" w14:textId="77777777" w:rsidR="00F4562C" w:rsidRPr="001A2E38" w:rsidRDefault="00F4562C" w:rsidP="005E1D6F">
            <w:pPr>
              <w:spacing w:after="0" w:line="240" w:lineRule="auto"/>
              <w:contextualSpacing/>
              <w:jc w:val="center"/>
              <w:rPr>
                <w:rFonts w:ascii="Times New Roman" w:hAnsi="Times New Roman" w:cs="Times New Roman"/>
                <w:sz w:val="20"/>
                <w:szCs w:val="20"/>
              </w:rPr>
            </w:pPr>
            <w:r w:rsidRPr="001A2E38">
              <w:rPr>
                <w:rFonts w:ascii="Times New Roman" w:eastAsia="Times New Roman" w:hAnsi="Times New Roman" w:cs="Times New Roman"/>
                <w:sz w:val="20"/>
                <w:szCs w:val="20"/>
              </w:rPr>
              <w:t>3.76</w:t>
            </w:r>
          </w:p>
        </w:tc>
        <w:tc>
          <w:tcPr>
            <w:tcW w:w="936" w:type="dxa"/>
            <w:tcBorders>
              <w:top w:val="nil"/>
              <w:left w:val="nil"/>
              <w:bottom w:val="nil"/>
              <w:right w:val="nil"/>
            </w:tcBorders>
            <w:tcMar>
              <w:top w:w="20" w:type="dxa"/>
              <w:left w:w="35" w:type="dxa"/>
              <w:bottom w:w="20" w:type="dxa"/>
              <w:right w:w="35" w:type="dxa"/>
            </w:tcMar>
            <w:vAlign w:val="center"/>
          </w:tcPr>
          <w:p w14:paraId="228CEF45" w14:textId="77777777" w:rsidR="00F4562C" w:rsidRPr="001A2E38" w:rsidRDefault="00F4562C" w:rsidP="005E1D6F">
            <w:pPr>
              <w:spacing w:after="0" w:line="240" w:lineRule="auto"/>
              <w:contextualSpacing/>
              <w:jc w:val="center"/>
              <w:rPr>
                <w:rFonts w:ascii="Times New Roman" w:hAnsi="Times New Roman" w:cs="Times New Roman"/>
                <w:sz w:val="20"/>
                <w:szCs w:val="20"/>
              </w:rPr>
            </w:pPr>
            <w:r w:rsidRPr="001A2E38">
              <w:rPr>
                <w:rFonts w:ascii="Times New Roman" w:eastAsia="Times New Roman" w:hAnsi="Times New Roman" w:cs="Times New Roman"/>
                <w:sz w:val="20"/>
                <w:szCs w:val="20"/>
              </w:rPr>
              <w:t>0.87</w:t>
            </w:r>
          </w:p>
        </w:tc>
        <w:tc>
          <w:tcPr>
            <w:tcW w:w="1080" w:type="dxa"/>
            <w:tcBorders>
              <w:top w:val="nil"/>
              <w:left w:val="nil"/>
              <w:bottom w:val="nil"/>
              <w:right w:val="nil"/>
            </w:tcBorders>
            <w:tcMar>
              <w:top w:w="20" w:type="dxa"/>
              <w:left w:w="35" w:type="dxa"/>
              <w:bottom w:w="20" w:type="dxa"/>
              <w:right w:w="35" w:type="dxa"/>
            </w:tcMar>
            <w:vAlign w:val="center"/>
          </w:tcPr>
          <w:p w14:paraId="13C3F260" w14:textId="77777777" w:rsidR="00F4562C" w:rsidRPr="001A2E38" w:rsidRDefault="00F4562C" w:rsidP="005E1D6F">
            <w:pPr>
              <w:spacing w:after="0" w:line="240" w:lineRule="auto"/>
              <w:contextualSpacing/>
              <w:jc w:val="center"/>
              <w:rPr>
                <w:rFonts w:ascii="Times New Roman" w:hAnsi="Times New Roman" w:cs="Times New Roman"/>
                <w:sz w:val="20"/>
                <w:szCs w:val="20"/>
              </w:rPr>
            </w:pPr>
            <w:r w:rsidRPr="001A2E38">
              <w:rPr>
                <w:rFonts w:ascii="Times New Roman" w:eastAsia="Times New Roman" w:hAnsi="Times New Roman" w:cs="Times New Roman"/>
                <w:sz w:val="20"/>
                <w:szCs w:val="20"/>
              </w:rPr>
              <w:t>3.74</w:t>
            </w:r>
          </w:p>
        </w:tc>
        <w:tc>
          <w:tcPr>
            <w:tcW w:w="936" w:type="dxa"/>
            <w:tcBorders>
              <w:top w:val="nil"/>
              <w:left w:val="nil"/>
              <w:bottom w:val="nil"/>
              <w:right w:val="nil"/>
            </w:tcBorders>
            <w:tcMar>
              <w:top w:w="20" w:type="dxa"/>
              <w:left w:w="35" w:type="dxa"/>
              <w:bottom w:w="20" w:type="dxa"/>
              <w:right w:w="35" w:type="dxa"/>
            </w:tcMar>
            <w:vAlign w:val="center"/>
          </w:tcPr>
          <w:p w14:paraId="5F360B37" w14:textId="77777777" w:rsidR="00F4562C" w:rsidRPr="001A2E38" w:rsidRDefault="00F4562C" w:rsidP="005E1D6F">
            <w:pPr>
              <w:spacing w:after="0" w:line="240" w:lineRule="auto"/>
              <w:contextualSpacing/>
              <w:jc w:val="center"/>
              <w:rPr>
                <w:rFonts w:ascii="Times New Roman" w:hAnsi="Times New Roman" w:cs="Times New Roman"/>
                <w:sz w:val="20"/>
                <w:szCs w:val="20"/>
              </w:rPr>
            </w:pPr>
            <w:r w:rsidRPr="001A2E38">
              <w:rPr>
                <w:rFonts w:ascii="Times New Roman" w:eastAsia="Times New Roman" w:hAnsi="Times New Roman" w:cs="Times New Roman"/>
                <w:sz w:val="20"/>
                <w:szCs w:val="20"/>
              </w:rPr>
              <w:t>3.16</w:t>
            </w:r>
          </w:p>
        </w:tc>
        <w:tc>
          <w:tcPr>
            <w:tcW w:w="936" w:type="dxa"/>
            <w:tcBorders>
              <w:top w:val="nil"/>
              <w:left w:val="nil"/>
              <w:bottom w:val="nil"/>
              <w:right w:val="nil"/>
            </w:tcBorders>
            <w:tcMar>
              <w:top w:w="20" w:type="dxa"/>
              <w:left w:w="35" w:type="dxa"/>
              <w:bottom w:w="20" w:type="dxa"/>
              <w:right w:w="35" w:type="dxa"/>
            </w:tcMar>
            <w:vAlign w:val="center"/>
          </w:tcPr>
          <w:p w14:paraId="37591B9E" w14:textId="77777777" w:rsidR="00F4562C" w:rsidRPr="001A2E38" w:rsidRDefault="00F4562C" w:rsidP="005E1D6F">
            <w:pPr>
              <w:spacing w:after="0" w:line="240" w:lineRule="auto"/>
              <w:contextualSpacing/>
              <w:jc w:val="center"/>
              <w:rPr>
                <w:rFonts w:ascii="Times New Roman" w:hAnsi="Times New Roman" w:cs="Times New Roman"/>
                <w:sz w:val="20"/>
                <w:szCs w:val="20"/>
              </w:rPr>
            </w:pPr>
            <w:r w:rsidRPr="001A2E38">
              <w:rPr>
                <w:rFonts w:ascii="Times New Roman" w:eastAsia="Times New Roman" w:hAnsi="Times New Roman" w:cs="Times New Roman"/>
                <w:sz w:val="20"/>
                <w:szCs w:val="20"/>
              </w:rPr>
              <w:t>4.33</w:t>
            </w:r>
          </w:p>
        </w:tc>
      </w:tr>
      <w:tr w:rsidR="00F4562C" w:rsidRPr="001A2E38" w14:paraId="67B12002" w14:textId="77777777" w:rsidTr="00CA44B4">
        <w:trPr>
          <w:jc w:val="center"/>
        </w:trPr>
        <w:tc>
          <w:tcPr>
            <w:tcW w:w="1801" w:type="dxa"/>
            <w:tcBorders>
              <w:top w:val="nil"/>
              <w:left w:val="nil"/>
              <w:bottom w:val="nil"/>
              <w:right w:val="nil"/>
            </w:tcBorders>
            <w:tcMar>
              <w:top w:w="20" w:type="dxa"/>
              <w:left w:w="35" w:type="dxa"/>
              <w:bottom w:w="20" w:type="dxa"/>
              <w:right w:w="35" w:type="dxa"/>
            </w:tcMar>
            <w:vAlign w:val="center"/>
          </w:tcPr>
          <w:p w14:paraId="42E8FAC2" w14:textId="77777777" w:rsidR="00F4562C" w:rsidRPr="001A2E38" w:rsidRDefault="00F4562C" w:rsidP="005E1D6F">
            <w:pPr>
              <w:spacing w:after="0" w:line="240" w:lineRule="auto"/>
              <w:contextualSpacing/>
              <w:rPr>
                <w:rFonts w:ascii="Times New Roman" w:hAnsi="Times New Roman" w:cs="Times New Roman"/>
                <w:sz w:val="20"/>
                <w:szCs w:val="20"/>
              </w:rPr>
            </w:pPr>
          </w:p>
        </w:tc>
        <w:tc>
          <w:tcPr>
            <w:tcW w:w="4392" w:type="dxa"/>
            <w:tcBorders>
              <w:top w:val="nil"/>
              <w:left w:val="nil"/>
              <w:bottom w:val="nil"/>
              <w:right w:val="nil"/>
            </w:tcBorders>
            <w:tcMar>
              <w:top w:w="20" w:type="dxa"/>
              <w:left w:w="35" w:type="dxa"/>
              <w:bottom w:w="20" w:type="dxa"/>
              <w:right w:w="35" w:type="dxa"/>
            </w:tcMar>
            <w:vAlign w:val="center"/>
          </w:tcPr>
          <w:p w14:paraId="7EE8CAC0" w14:textId="77777777" w:rsidR="00F4562C" w:rsidRPr="001A2E38" w:rsidRDefault="00F4562C" w:rsidP="005E1D6F">
            <w:pPr>
              <w:spacing w:after="0" w:line="240" w:lineRule="auto"/>
              <w:contextualSpacing/>
              <w:rPr>
                <w:rFonts w:ascii="Times New Roman" w:hAnsi="Times New Roman" w:cs="Times New Roman"/>
                <w:sz w:val="20"/>
                <w:szCs w:val="20"/>
              </w:rPr>
            </w:pPr>
            <w:r w:rsidRPr="001A2E38">
              <w:rPr>
                <w:rFonts w:ascii="Times New Roman" w:eastAsia="Times New Roman" w:hAnsi="Times New Roman" w:cs="Times New Roman"/>
                <w:sz w:val="20"/>
                <w:szCs w:val="20"/>
              </w:rPr>
              <w:t>IGF-1 (nmol/L)</w:t>
            </w:r>
          </w:p>
        </w:tc>
        <w:tc>
          <w:tcPr>
            <w:tcW w:w="1007" w:type="dxa"/>
            <w:tcBorders>
              <w:top w:val="nil"/>
              <w:left w:val="nil"/>
              <w:bottom w:val="nil"/>
              <w:right w:val="nil"/>
            </w:tcBorders>
            <w:tcMar>
              <w:top w:w="20" w:type="dxa"/>
              <w:left w:w="35" w:type="dxa"/>
              <w:bottom w:w="20" w:type="dxa"/>
              <w:right w:w="35" w:type="dxa"/>
            </w:tcMar>
            <w:vAlign w:val="center"/>
          </w:tcPr>
          <w:p w14:paraId="43B725A1" w14:textId="77777777" w:rsidR="00F4562C" w:rsidRPr="001A2E38" w:rsidRDefault="00F4562C" w:rsidP="005E1D6F">
            <w:pPr>
              <w:spacing w:after="0" w:line="240" w:lineRule="auto"/>
              <w:contextualSpacing/>
              <w:jc w:val="center"/>
              <w:rPr>
                <w:rFonts w:ascii="Times New Roman" w:hAnsi="Times New Roman" w:cs="Times New Roman"/>
                <w:sz w:val="20"/>
                <w:szCs w:val="20"/>
              </w:rPr>
            </w:pPr>
            <w:r w:rsidRPr="001A2E38">
              <w:rPr>
                <w:rFonts w:ascii="Times New Roman" w:eastAsia="Times New Roman" w:hAnsi="Times New Roman" w:cs="Times New Roman"/>
                <w:sz w:val="20"/>
                <w:szCs w:val="20"/>
              </w:rPr>
              <w:t>30770</w:t>
            </w:r>
          </w:p>
        </w:tc>
        <w:tc>
          <w:tcPr>
            <w:tcW w:w="1296" w:type="dxa"/>
            <w:tcBorders>
              <w:top w:val="nil"/>
              <w:left w:val="nil"/>
              <w:bottom w:val="nil"/>
              <w:right w:val="nil"/>
            </w:tcBorders>
            <w:tcMar>
              <w:top w:w="20" w:type="dxa"/>
              <w:left w:w="35" w:type="dxa"/>
              <w:bottom w:w="20" w:type="dxa"/>
              <w:right w:w="35" w:type="dxa"/>
            </w:tcMar>
            <w:vAlign w:val="center"/>
          </w:tcPr>
          <w:p w14:paraId="642B7152" w14:textId="77777777" w:rsidR="00F4562C" w:rsidRPr="001A2E38" w:rsidRDefault="00F4562C" w:rsidP="005E1D6F">
            <w:pPr>
              <w:spacing w:after="0" w:line="240" w:lineRule="auto"/>
              <w:contextualSpacing/>
              <w:jc w:val="center"/>
              <w:rPr>
                <w:rFonts w:ascii="Times New Roman" w:hAnsi="Times New Roman" w:cs="Times New Roman"/>
                <w:sz w:val="20"/>
                <w:szCs w:val="20"/>
              </w:rPr>
            </w:pPr>
            <w:r w:rsidRPr="001A2E38">
              <w:rPr>
                <w:rFonts w:ascii="Times New Roman" w:eastAsia="Times New Roman" w:hAnsi="Times New Roman" w:cs="Times New Roman"/>
                <w:sz w:val="20"/>
                <w:szCs w:val="20"/>
              </w:rPr>
              <w:t>108,710</w:t>
            </w:r>
          </w:p>
        </w:tc>
        <w:tc>
          <w:tcPr>
            <w:tcW w:w="1080" w:type="dxa"/>
            <w:tcBorders>
              <w:top w:val="nil"/>
              <w:left w:val="nil"/>
              <w:bottom w:val="nil"/>
              <w:right w:val="nil"/>
            </w:tcBorders>
            <w:tcMar>
              <w:top w:w="20" w:type="dxa"/>
              <w:left w:w="35" w:type="dxa"/>
              <w:bottom w:w="20" w:type="dxa"/>
              <w:right w:w="35" w:type="dxa"/>
            </w:tcMar>
            <w:vAlign w:val="center"/>
          </w:tcPr>
          <w:p w14:paraId="71A73CD7" w14:textId="77777777" w:rsidR="00F4562C" w:rsidRPr="001A2E38" w:rsidRDefault="00F4562C" w:rsidP="005E1D6F">
            <w:pPr>
              <w:spacing w:after="0" w:line="240" w:lineRule="auto"/>
              <w:contextualSpacing/>
              <w:jc w:val="center"/>
              <w:rPr>
                <w:rFonts w:ascii="Times New Roman" w:hAnsi="Times New Roman" w:cs="Times New Roman"/>
                <w:sz w:val="20"/>
                <w:szCs w:val="20"/>
              </w:rPr>
            </w:pPr>
            <w:r w:rsidRPr="001A2E38">
              <w:rPr>
                <w:rFonts w:ascii="Times New Roman" w:eastAsia="Times New Roman" w:hAnsi="Times New Roman" w:cs="Times New Roman"/>
                <w:sz w:val="20"/>
                <w:szCs w:val="20"/>
              </w:rPr>
              <w:t>21.10</w:t>
            </w:r>
          </w:p>
        </w:tc>
        <w:tc>
          <w:tcPr>
            <w:tcW w:w="936" w:type="dxa"/>
            <w:tcBorders>
              <w:top w:val="nil"/>
              <w:left w:val="nil"/>
              <w:bottom w:val="nil"/>
              <w:right w:val="nil"/>
            </w:tcBorders>
            <w:tcMar>
              <w:top w:w="20" w:type="dxa"/>
              <w:left w:w="35" w:type="dxa"/>
              <w:bottom w:w="20" w:type="dxa"/>
              <w:right w:w="35" w:type="dxa"/>
            </w:tcMar>
            <w:vAlign w:val="center"/>
          </w:tcPr>
          <w:p w14:paraId="37D5ED15" w14:textId="77777777" w:rsidR="00F4562C" w:rsidRPr="001A2E38" w:rsidRDefault="00F4562C" w:rsidP="005E1D6F">
            <w:pPr>
              <w:spacing w:after="0" w:line="240" w:lineRule="auto"/>
              <w:contextualSpacing/>
              <w:jc w:val="center"/>
              <w:rPr>
                <w:rFonts w:ascii="Times New Roman" w:hAnsi="Times New Roman" w:cs="Times New Roman"/>
                <w:sz w:val="20"/>
                <w:szCs w:val="20"/>
              </w:rPr>
            </w:pPr>
            <w:r w:rsidRPr="001A2E38">
              <w:rPr>
                <w:rFonts w:ascii="Times New Roman" w:eastAsia="Times New Roman" w:hAnsi="Times New Roman" w:cs="Times New Roman"/>
                <w:sz w:val="20"/>
                <w:szCs w:val="20"/>
              </w:rPr>
              <w:t>5.74</w:t>
            </w:r>
          </w:p>
        </w:tc>
        <w:tc>
          <w:tcPr>
            <w:tcW w:w="1080" w:type="dxa"/>
            <w:tcBorders>
              <w:top w:val="nil"/>
              <w:left w:val="nil"/>
              <w:bottom w:val="nil"/>
              <w:right w:val="nil"/>
            </w:tcBorders>
            <w:tcMar>
              <w:top w:w="20" w:type="dxa"/>
              <w:left w:w="35" w:type="dxa"/>
              <w:bottom w:w="20" w:type="dxa"/>
              <w:right w:w="35" w:type="dxa"/>
            </w:tcMar>
            <w:vAlign w:val="center"/>
          </w:tcPr>
          <w:p w14:paraId="24F5048A" w14:textId="77777777" w:rsidR="00F4562C" w:rsidRPr="001A2E38" w:rsidRDefault="00F4562C" w:rsidP="005E1D6F">
            <w:pPr>
              <w:spacing w:after="0" w:line="240" w:lineRule="auto"/>
              <w:contextualSpacing/>
              <w:jc w:val="center"/>
              <w:rPr>
                <w:rFonts w:ascii="Times New Roman" w:hAnsi="Times New Roman" w:cs="Times New Roman"/>
                <w:sz w:val="20"/>
                <w:szCs w:val="20"/>
              </w:rPr>
            </w:pPr>
            <w:r w:rsidRPr="001A2E38">
              <w:rPr>
                <w:rFonts w:ascii="Times New Roman" w:eastAsia="Times New Roman" w:hAnsi="Times New Roman" w:cs="Times New Roman"/>
                <w:sz w:val="20"/>
                <w:szCs w:val="20"/>
              </w:rPr>
              <w:t>20.98</w:t>
            </w:r>
          </w:p>
        </w:tc>
        <w:tc>
          <w:tcPr>
            <w:tcW w:w="936" w:type="dxa"/>
            <w:tcBorders>
              <w:top w:val="nil"/>
              <w:left w:val="nil"/>
              <w:bottom w:val="nil"/>
              <w:right w:val="nil"/>
            </w:tcBorders>
            <w:tcMar>
              <w:top w:w="20" w:type="dxa"/>
              <w:left w:w="35" w:type="dxa"/>
              <w:bottom w:w="20" w:type="dxa"/>
              <w:right w:w="35" w:type="dxa"/>
            </w:tcMar>
            <w:vAlign w:val="center"/>
          </w:tcPr>
          <w:p w14:paraId="66BBE7AA" w14:textId="77777777" w:rsidR="00F4562C" w:rsidRPr="001A2E38" w:rsidRDefault="00F4562C" w:rsidP="005E1D6F">
            <w:pPr>
              <w:spacing w:after="0" w:line="240" w:lineRule="auto"/>
              <w:contextualSpacing/>
              <w:jc w:val="center"/>
              <w:rPr>
                <w:rFonts w:ascii="Times New Roman" w:hAnsi="Times New Roman" w:cs="Times New Roman"/>
                <w:sz w:val="20"/>
                <w:szCs w:val="20"/>
              </w:rPr>
            </w:pPr>
            <w:r w:rsidRPr="001A2E38">
              <w:rPr>
                <w:rFonts w:ascii="Times New Roman" w:eastAsia="Times New Roman" w:hAnsi="Times New Roman" w:cs="Times New Roman"/>
                <w:sz w:val="20"/>
                <w:szCs w:val="20"/>
              </w:rPr>
              <w:t>17.18</w:t>
            </w:r>
          </w:p>
        </w:tc>
        <w:tc>
          <w:tcPr>
            <w:tcW w:w="936" w:type="dxa"/>
            <w:tcBorders>
              <w:top w:val="nil"/>
              <w:left w:val="nil"/>
              <w:bottom w:val="nil"/>
              <w:right w:val="nil"/>
            </w:tcBorders>
            <w:tcMar>
              <w:top w:w="20" w:type="dxa"/>
              <w:left w:w="35" w:type="dxa"/>
              <w:bottom w:w="20" w:type="dxa"/>
              <w:right w:w="35" w:type="dxa"/>
            </w:tcMar>
            <w:vAlign w:val="center"/>
          </w:tcPr>
          <w:p w14:paraId="51B3542D" w14:textId="77777777" w:rsidR="00F4562C" w:rsidRPr="001A2E38" w:rsidRDefault="00F4562C" w:rsidP="005E1D6F">
            <w:pPr>
              <w:spacing w:after="0" w:line="240" w:lineRule="auto"/>
              <w:contextualSpacing/>
              <w:jc w:val="center"/>
              <w:rPr>
                <w:rFonts w:ascii="Times New Roman" w:hAnsi="Times New Roman" w:cs="Times New Roman"/>
                <w:sz w:val="20"/>
                <w:szCs w:val="20"/>
              </w:rPr>
            </w:pPr>
            <w:r w:rsidRPr="001A2E38">
              <w:rPr>
                <w:rFonts w:ascii="Times New Roman" w:eastAsia="Times New Roman" w:hAnsi="Times New Roman" w:cs="Times New Roman"/>
                <w:sz w:val="20"/>
                <w:szCs w:val="20"/>
              </w:rPr>
              <w:t>24.57</w:t>
            </w:r>
          </w:p>
        </w:tc>
      </w:tr>
      <w:tr w:rsidR="00F4562C" w:rsidRPr="001A2E38" w14:paraId="58D8E5FE" w14:textId="77777777" w:rsidTr="00CA44B4">
        <w:trPr>
          <w:jc w:val="center"/>
        </w:trPr>
        <w:tc>
          <w:tcPr>
            <w:tcW w:w="1801" w:type="dxa"/>
            <w:tcBorders>
              <w:top w:val="nil"/>
              <w:left w:val="nil"/>
              <w:bottom w:val="nil"/>
              <w:right w:val="nil"/>
            </w:tcBorders>
            <w:tcMar>
              <w:top w:w="20" w:type="dxa"/>
              <w:left w:w="35" w:type="dxa"/>
              <w:bottom w:w="20" w:type="dxa"/>
              <w:right w:w="35" w:type="dxa"/>
            </w:tcMar>
            <w:vAlign w:val="center"/>
          </w:tcPr>
          <w:p w14:paraId="1125C884" w14:textId="77777777" w:rsidR="00F4562C" w:rsidRPr="001A2E38" w:rsidRDefault="00F4562C" w:rsidP="005E1D6F">
            <w:pPr>
              <w:spacing w:after="0" w:line="240" w:lineRule="auto"/>
              <w:contextualSpacing/>
              <w:rPr>
                <w:rFonts w:ascii="Times New Roman" w:hAnsi="Times New Roman" w:cs="Times New Roman"/>
                <w:sz w:val="20"/>
                <w:szCs w:val="20"/>
              </w:rPr>
            </w:pPr>
          </w:p>
        </w:tc>
        <w:tc>
          <w:tcPr>
            <w:tcW w:w="4392" w:type="dxa"/>
            <w:tcBorders>
              <w:top w:val="nil"/>
              <w:left w:val="nil"/>
              <w:bottom w:val="nil"/>
              <w:right w:val="nil"/>
            </w:tcBorders>
            <w:tcMar>
              <w:top w:w="20" w:type="dxa"/>
              <w:left w:w="35" w:type="dxa"/>
              <w:bottom w:w="20" w:type="dxa"/>
              <w:right w:w="35" w:type="dxa"/>
            </w:tcMar>
            <w:vAlign w:val="center"/>
          </w:tcPr>
          <w:p w14:paraId="718A36FC" w14:textId="77777777" w:rsidR="00F4562C" w:rsidRPr="001A2E38" w:rsidRDefault="00F4562C" w:rsidP="005E1D6F">
            <w:pPr>
              <w:spacing w:after="0" w:line="240" w:lineRule="auto"/>
              <w:contextualSpacing/>
              <w:rPr>
                <w:rFonts w:ascii="Times New Roman" w:hAnsi="Times New Roman" w:cs="Times New Roman"/>
                <w:sz w:val="20"/>
                <w:szCs w:val="20"/>
              </w:rPr>
            </w:pPr>
            <w:r w:rsidRPr="001A2E38">
              <w:rPr>
                <w:rFonts w:ascii="Times New Roman" w:eastAsia="Times New Roman" w:hAnsi="Times New Roman" w:cs="Times New Roman"/>
                <w:sz w:val="20"/>
                <w:szCs w:val="20"/>
              </w:rPr>
              <w:t>Lp(a) (nmol/L)</w:t>
            </w:r>
          </w:p>
        </w:tc>
        <w:tc>
          <w:tcPr>
            <w:tcW w:w="1007" w:type="dxa"/>
            <w:tcBorders>
              <w:top w:val="nil"/>
              <w:left w:val="nil"/>
              <w:bottom w:val="nil"/>
              <w:right w:val="nil"/>
            </w:tcBorders>
            <w:tcMar>
              <w:top w:w="20" w:type="dxa"/>
              <w:left w:w="35" w:type="dxa"/>
              <w:bottom w:w="20" w:type="dxa"/>
              <w:right w:w="35" w:type="dxa"/>
            </w:tcMar>
            <w:vAlign w:val="center"/>
          </w:tcPr>
          <w:p w14:paraId="5E6C42E1" w14:textId="77777777" w:rsidR="00F4562C" w:rsidRPr="001A2E38" w:rsidRDefault="00F4562C" w:rsidP="005E1D6F">
            <w:pPr>
              <w:spacing w:after="0" w:line="240" w:lineRule="auto"/>
              <w:contextualSpacing/>
              <w:jc w:val="center"/>
              <w:rPr>
                <w:rFonts w:ascii="Times New Roman" w:hAnsi="Times New Roman" w:cs="Times New Roman"/>
                <w:sz w:val="20"/>
                <w:szCs w:val="20"/>
              </w:rPr>
            </w:pPr>
            <w:r w:rsidRPr="001A2E38">
              <w:rPr>
                <w:rFonts w:ascii="Times New Roman" w:eastAsia="Times New Roman" w:hAnsi="Times New Roman" w:cs="Times New Roman"/>
                <w:sz w:val="20"/>
                <w:szCs w:val="20"/>
              </w:rPr>
              <w:t>30790</w:t>
            </w:r>
          </w:p>
        </w:tc>
        <w:tc>
          <w:tcPr>
            <w:tcW w:w="1296" w:type="dxa"/>
            <w:tcBorders>
              <w:top w:val="nil"/>
              <w:left w:val="nil"/>
              <w:bottom w:val="nil"/>
              <w:right w:val="nil"/>
            </w:tcBorders>
            <w:tcMar>
              <w:top w:w="20" w:type="dxa"/>
              <w:left w:w="35" w:type="dxa"/>
              <w:bottom w:w="20" w:type="dxa"/>
              <w:right w:w="35" w:type="dxa"/>
            </w:tcMar>
            <w:vAlign w:val="center"/>
          </w:tcPr>
          <w:p w14:paraId="7A4E89C7" w14:textId="77777777" w:rsidR="00F4562C" w:rsidRPr="001A2E38" w:rsidRDefault="00F4562C" w:rsidP="005E1D6F">
            <w:pPr>
              <w:spacing w:after="0" w:line="240" w:lineRule="auto"/>
              <w:contextualSpacing/>
              <w:jc w:val="center"/>
              <w:rPr>
                <w:rFonts w:ascii="Times New Roman" w:hAnsi="Times New Roman" w:cs="Times New Roman"/>
                <w:sz w:val="20"/>
                <w:szCs w:val="20"/>
              </w:rPr>
            </w:pPr>
            <w:r w:rsidRPr="001A2E38">
              <w:rPr>
                <w:rFonts w:ascii="Times New Roman" w:eastAsia="Times New Roman" w:hAnsi="Times New Roman" w:cs="Times New Roman"/>
                <w:sz w:val="20"/>
                <w:szCs w:val="20"/>
              </w:rPr>
              <w:t>87,279</w:t>
            </w:r>
          </w:p>
        </w:tc>
        <w:tc>
          <w:tcPr>
            <w:tcW w:w="1080" w:type="dxa"/>
            <w:tcBorders>
              <w:top w:val="nil"/>
              <w:left w:val="nil"/>
              <w:bottom w:val="nil"/>
              <w:right w:val="nil"/>
            </w:tcBorders>
            <w:tcMar>
              <w:top w:w="20" w:type="dxa"/>
              <w:left w:w="35" w:type="dxa"/>
              <w:bottom w:w="20" w:type="dxa"/>
              <w:right w:w="35" w:type="dxa"/>
            </w:tcMar>
            <w:vAlign w:val="center"/>
          </w:tcPr>
          <w:p w14:paraId="3208818B" w14:textId="77777777" w:rsidR="00F4562C" w:rsidRPr="001A2E38" w:rsidRDefault="00F4562C" w:rsidP="005E1D6F">
            <w:pPr>
              <w:spacing w:after="0" w:line="240" w:lineRule="auto"/>
              <w:contextualSpacing/>
              <w:jc w:val="center"/>
              <w:rPr>
                <w:rFonts w:ascii="Times New Roman" w:hAnsi="Times New Roman" w:cs="Times New Roman"/>
                <w:sz w:val="20"/>
                <w:szCs w:val="20"/>
              </w:rPr>
            </w:pPr>
            <w:r w:rsidRPr="001A2E38">
              <w:rPr>
                <w:rFonts w:ascii="Times New Roman" w:eastAsia="Times New Roman" w:hAnsi="Times New Roman" w:cs="Times New Roman"/>
                <w:sz w:val="20"/>
                <w:szCs w:val="20"/>
              </w:rPr>
              <w:t>43.45</w:t>
            </w:r>
          </w:p>
        </w:tc>
        <w:tc>
          <w:tcPr>
            <w:tcW w:w="936" w:type="dxa"/>
            <w:tcBorders>
              <w:top w:val="nil"/>
              <w:left w:val="nil"/>
              <w:bottom w:val="nil"/>
              <w:right w:val="nil"/>
            </w:tcBorders>
            <w:tcMar>
              <w:top w:w="20" w:type="dxa"/>
              <w:left w:w="35" w:type="dxa"/>
              <w:bottom w:w="20" w:type="dxa"/>
              <w:right w:w="35" w:type="dxa"/>
            </w:tcMar>
            <w:vAlign w:val="center"/>
          </w:tcPr>
          <w:p w14:paraId="0B5E7AB4" w14:textId="77777777" w:rsidR="00F4562C" w:rsidRPr="001A2E38" w:rsidRDefault="00F4562C" w:rsidP="005E1D6F">
            <w:pPr>
              <w:spacing w:after="0" w:line="240" w:lineRule="auto"/>
              <w:contextualSpacing/>
              <w:jc w:val="center"/>
              <w:rPr>
                <w:rFonts w:ascii="Times New Roman" w:hAnsi="Times New Roman" w:cs="Times New Roman"/>
                <w:sz w:val="20"/>
                <w:szCs w:val="20"/>
              </w:rPr>
            </w:pPr>
            <w:r w:rsidRPr="001A2E38">
              <w:rPr>
                <w:rFonts w:ascii="Times New Roman" w:eastAsia="Times New Roman" w:hAnsi="Times New Roman" w:cs="Times New Roman"/>
                <w:sz w:val="20"/>
                <w:szCs w:val="20"/>
              </w:rPr>
              <w:t>48.43</w:t>
            </w:r>
          </w:p>
        </w:tc>
        <w:tc>
          <w:tcPr>
            <w:tcW w:w="1080" w:type="dxa"/>
            <w:tcBorders>
              <w:top w:val="nil"/>
              <w:left w:val="nil"/>
              <w:bottom w:val="nil"/>
              <w:right w:val="nil"/>
            </w:tcBorders>
            <w:tcMar>
              <w:top w:w="20" w:type="dxa"/>
              <w:left w:w="35" w:type="dxa"/>
              <w:bottom w:w="20" w:type="dxa"/>
              <w:right w:w="35" w:type="dxa"/>
            </w:tcMar>
            <w:vAlign w:val="center"/>
          </w:tcPr>
          <w:p w14:paraId="429610A0" w14:textId="77777777" w:rsidR="00F4562C" w:rsidRPr="001A2E38" w:rsidRDefault="00F4562C" w:rsidP="005E1D6F">
            <w:pPr>
              <w:spacing w:after="0" w:line="240" w:lineRule="auto"/>
              <w:contextualSpacing/>
              <w:jc w:val="center"/>
              <w:rPr>
                <w:rFonts w:ascii="Times New Roman" w:hAnsi="Times New Roman" w:cs="Times New Roman"/>
                <w:sz w:val="20"/>
                <w:szCs w:val="20"/>
              </w:rPr>
            </w:pPr>
            <w:r w:rsidRPr="001A2E38">
              <w:rPr>
                <w:rFonts w:ascii="Times New Roman" w:eastAsia="Times New Roman" w:hAnsi="Times New Roman" w:cs="Times New Roman"/>
                <w:sz w:val="20"/>
                <w:szCs w:val="20"/>
              </w:rPr>
              <w:t>20.08</w:t>
            </w:r>
          </w:p>
        </w:tc>
        <w:tc>
          <w:tcPr>
            <w:tcW w:w="936" w:type="dxa"/>
            <w:tcBorders>
              <w:top w:val="nil"/>
              <w:left w:val="nil"/>
              <w:bottom w:val="nil"/>
              <w:right w:val="nil"/>
            </w:tcBorders>
            <w:tcMar>
              <w:top w:w="20" w:type="dxa"/>
              <w:left w:w="35" w:type="dxa"/>
              <w:bottom w:w="20" w:type="dxa"/>
              <w:right w:w="35" w:type="dxa"/>
            </w:tcMar>
            <w:vAlign w:val="center"/>
          </w:tcPr>
          <w:p w14:paraId="12089DAC" w14:textId="77777777" w:rsidR="00F4562C" w:rsidRPr="001A2E38" w:rsidRDefault="00F4562C" w:rsidP="005E1D6F">
            <w:pPr>
              <w:spacing w:after="0" w:line="240" w:lineRule="auto"/>
              <w:contextualSpacing/>
              <w:jc w:val="center"/>
              <w:rPr>
                <w:rFonts w:ascii="Times New Roman" w:hAnsi="Times New Roman" w:cs="Times New Roman"/>
                <w:sz w:val="20"/>
                <w:szCs w:val="20"/>
              </w:rPr>
            </w:pPr>
            <w:r w:rsidRPr="001A2E38">
              <w:rPr>
                <w:rFonts w:ascii="Times New Roman" w:eastAsia="Times New Roman" w:hAnsi="Times New Roman" w:cs="Times New Roman"/>
                <w:sz w:val="20"/>
                <w:szCs w:val="20"/>
              </w:rPr>
              <w:t>9.20</w:t>
            </w:r>
          </w:p>
        </w:tc>
        <w:tc>
          <w:tcPr>
            <w:tcW w:w="936" w:type="dxa"/>
            <w:tcBorders>
              <w:top w:val="nil"/>
              <w:left w:val="nil"/>
              <w:bottom w:val="nil"/>
              <w:right w:val="nil"/>
            </w:tcBorders>
            <w:tcMar>
              <w:top w:w="20" w:type="dxa"/>
              <w:left w:w="35" w:type="dxa"/>
              <w:bottom w:w="20" w:type="dxa"/>
              <w:right w:w="35" w:type="dxa"/>
            </w:tcMar>
            <w:vAlign w:val="center"/>
          </w:tcPr>
          <w:p w14:paraId="6F959743" w14:textId="77777777" w:rsidR="00F4562C" w:rsidRPr="001A2E38" w:rsidRDefault="00F4562C" w:rsidP="005E1D6F">
            <w:pPr>
              <w:spacing w:after="0" w:line="240" w:lineRule="auto"/>
              <w:contextualSpacing/>
              <w:jc w:val="center"/>
              <w:rPr>
                <w:rFonts w:ascii="Times New Roman" w:hAnsi="Times New Roman" w:cs="Times New Roman"/>
                <w:sz w:val="20"/>
                <w:szCs w:val="20"/>
              </w:rPr>
            </w:pPr>
            <w:r w:rsidRPr="001A2E38">
              <w:rPr>
                <w:rFonts w:ascii="Times New Roman" w:eastAsia="Times New Roman" w:hAnsi="Times New Roman" w:cs="Times New Roman"/>
                <w:sz w:val="20"/>
                <w:szCs w:val="20"/>
              </w:rPr>
              <w:t>60.30</w:t>
            </w:r>
          </w:p>
        </w:tc>
      </w:tr>
      <w:tr w:rsidR="00F4562C" w:rsidRPr="001A2E38" w14:paraId="6614445C" w14:textId="77777777" w:rsidTr="00CA44B4">
        <w:trPr>
          <w:jc w:val="center"/>
        </w:trPr>
        <w:tc>
          <w:tcPr>
            <w:tcW w:w="1801" w:type="dxa"/>
            <w:tcBorders>
              <w:top w:val="nil"/>
              <w:left w:val="nil"/>
              <w:bottom w:val="nil"/>
              <w:right w:val="nil"/>
            </w:tcBorders>
            <w:tcMar>
              <w:top w:w="20" w:type="dxa"/>
              <w:left w:w="35" w:type="dxa"/>
              <w:bottom w:w="20" w:type="dxa"/>
              <w:right w:w="35" w:type="dxa"/>
            </w:tcMar>
            <w:vAlign w:val="center"/>
          </w:tcPr>
          <w:p w14:paraId="13FC1678" w14:textId="77777777" w:rsidR="00F4562C" w:rsidRPr="001A2E38" w:rsidRDefault="00F4562C" w:rsidP="005E1D6F">
            <w:pPr>
              <w:spacing w:after="0" w:line="240" w:lineRule="auto"/>
              <w:contextualSpacing/>
              <w:rPr>
                <w:rFonts w:ascii="Times New Roman" w:hAnsi="Times New Roman" w:cs="Times New Roman"/>
                <w:sz w:val="20"/>
                <w:szCs w:val="20"/>
              </w:rPr>
            </w:pPr>
          </w:p>
        </w:tc>
        <w:tc>
          <w:tcPr>
            <w:tcW w:w="4392" w:type="dxa"/>
            <w:tcBorders>
              <w:top w:val="nil"/>
              <w:left w:val="nil"/>
              <w:bottom w:val="nil"/>
              <w:right w:val="nil"/>
            </w:tcBorders>
            <w:tcMar>
              <w:top w:w="20" w:type="dxa"/>
              <w:left w:w="35" w:type="dxa"/>
              <w:bottom w:w="20" w:type="dxa"/>
              <w:right w:w="35" w:type="dxa"/>
            </w:tcMar>
            <w:vAlign w:val="center"/>
          </w:tcPr>
          <w:p w14:paraId="48F6C13A" w14:textId="77777777" w:rsidR="00F4562C" w:rsidRPr="001A2E38" w:rsidRDefault="00F4562C" w:rsidP="005E1D6F">
            <w:pPr>
              <w:spacing w:after="0" w:line="240" w:lineRule="auto"/>
              <w:contextualSpacing/>
              <w:rPr>
                <w:rFonts w:ascii="Times New Roman" w:hAnsi="Times New Roman" w:cs="Times New Roman"/>
                <w:sz w:val="20"/>
                <w:szCs w:val="20"/>
              </w:rPr>
            </w:pPr>
            <w:r w:rsidRPr="001A2E38">
              <w:rPr>
                <w:rFonts w:ascii="Times New Roman" w:eastAsia="Times New Roman" w:hAnsi="Times New Roman" w:cs="Times New Roman"/>
                <w:sz w:val="20"/>
                <w:szCs w:val="20"/>
              </w:rPr>
              <w:t>SBP (mmHg)</w:t>
            </w:r>
          </w:p>
        </w:tc>
        <w:tc>
          <w:tcPr>
            <w:tcW w:w="1007" w:type="dxa"/>
            <w:tcBorders>
              <w:top w:val="nil"/>
              <w:left w:val="nil"/>
              <w:bottom w:val="nil"/>
              <w:right w:val="nil"/>
            </w:tcBorders>
            <w:tcMar>
              <w:top w:w="20" w:type="dxa"/>
              <w:left w:w="35" w:type="dxa"/>
              <w:bottom w:w="20" w:type="dxa"/>
              <w:right w:w="35" w:type="dxa"/>
            </w:tcMar>
            <w:vAlign w:val="center"/>
          </w:tcPr>
          <w:p w14:paraId="3D5F9A6C" w14:textId="77777777" w:rsidR="00F4562C" w:rsidRPr="001A2E38" w:rsidRDefault="00F4562C" w:rsidP="005E1D6F">
            <w:pPr>
              <w:spacing w:after="0" w:line="240" w:lineRule="auto"/>
              <w:contextualSpacing/>
              <w:jc w:val="center"/>
              <w:rPr>
                <w:rFonts w:ascii="Times New Roman" w:hAnsi="Times New Roman" w:cs="Times New Roman"/>
                <w:sz w:val="20"/>
                <w:szCs w:val="20"/>
              </w:rPr>
            </w:pPr>
            <w:r w:rsidRPr="001A2E38">
              <w:rPr>
                <w:rFonts w:ascii="Times New Roman" w:eastAsia="Times New Roman" w:hAnsi="Times New Roman" w:cs="Times New Roman"/>
                <w:sz w:val="20"/>
                <w:szCs w:val="20"/>
              </w:rPr>
              <w:t>4080</w:t>
            </w:r>
          </w:p>
        </w:tc>
        <w:tc>
          <w:tcPr>
            <w:tcW w:w="1296" w:type="dxa"/>
            <w:tcBorders>
              <w:top w:val="nil"/>
              <w:left w:val="nil"/>
              <w:bottom w:val="nil"/>
              <w:right w:val="nil"/>
            </w:tcBorders>
            <w:tcMar>
              <w:top w:w="20" w:type="dxa"/>
              <w:left w:w="35" w:type="dxa"/>
              <w:bottom w:w="20" w:type="dxa"/>
              <w:right w:w="35" w:type="dxa"/>
            </w:tcMar>
            <w:vAlign w:val="center"/>
          </w:tcPr>
          <w:p w14:paraId="17B3FE99" w14:textId="77777777" w:rsidR="00F4562C" w:rsidRPr="001A2E38" w:rsidRDefault="00F4562C" w:rsidP="005E1D6F">
            <w:pPr>
              <w:spacing w:after="0" w:line="240" w:lineRule="auto"/>
              <w:contextualSpacing/>
              <w:jc w:val="center"/>
              <w:rPr>
                <w:rFonts w:ascii="Times New Roman" w:hAnsi="Times New Roman" w:cs="Times New Roman"/>
                <w:sz w:val="20"/>
                <w:szCs w:val="20"/>
              </w:rPr>
            </w:pPr>
            <w:r w:rsidRPr="001A2E38">
              <w:rPr>
                <w:rFonts w:ascii="Times New Roman" w:eastAsia="Times New Roman" w:hAnsi="Times New Roman" w:cs="Times New Roman"/>
                <w:sz w:val="20"/>
                <w:szCs w:val="20"/>
              </w:rPr>
              <w:t>102,505</w:t>
            </w:r>
          </w:p>
        </w:tc>
        <w:tc>
          <w:tcPr>
            <w:tcW w:w="1080" w:type="dxa"/>
            <w:tcBorders>
              <w:top w:val="nil"/>
              <w:left w:val="nil"/>
              <w:bottom w:val="nil"/>
              <w:right w:val="nil"/>
            </w:tcBorders>
            <w:tcMar>
              <w:top w:w="20" w:type="dxa"/>
              <w:left w:w="35" w:type="dxa"/>
              <w:bottom w:w="20" w:type="dxa"/>
              <w:right w:w="35" w:type="dxa"/>
            </w:tcMar>
            <w:vAlign w:val="center"/>
          </w:tcPr>
          <w:p w14:paraId="6F3AF37E" w14:textId="77777777" w:rsidR="00F4562C" w:rsidRPr="001A2E38" w:rsidRDefault="00F4562C" w:rsidP="005E1D6F">
            <w:pPr>
              <w:spacing w:after="0" w:line="240" w:lineRule="auto"/>
              <w:contextualSpacing/>
              <w:jc w:val="center"/>
              <w:rPr>
                <w:rFonts w:ascii="Times New Roman" w:hAnsi="Times New Roman" w:cs="Times New Roman"/>
                <w:sz w:val="20"/>
                <w:szCs w:val="20"/>
              </w:rPr>
            </w:pPr>
            <w:r w:rsidRPr="001A2E38">
              <w:rPr>
                <w:rFonts w:ascii="Times New Roman" w:eastAsia="Times New Roman" w:hAnsi="Times New Roman" w:cs="Times New Roman"/>
                <w:sz w:val="20"/>
                <w:szCs w:val="20"/>
              </w:rPr>
              <w:t>144.11</w:t>
            </w:r>
          </w:p>
        </w:tc>
        <w:tc>
          <w:tcPr>
            <w:tcW w:w="936" w:type="dxa"/>
            <w:tcBorders>
              <w:top w:val="nil"/>
              <w:left w:val="nil"/>
              <w:bottom w:val="nil"/>
              <w:right w:val="nil"/>
            </w:tcBorders>
            <w:tcMar>
              <w:top w:w="20" w:type="dxa"/>
              <w:left w:w="35" w:type="dxa"/>
              <w:bottom w:w="20" w:type="dxa"/>
              <w:right w:w="35" w:type="dxa"/>
            </w:tcMar>
            <w:vAlign w:val="center"/>
          </w:tcPr>
          <w:p w14:paraId="439C26A7" w14:textId="77777777" w:rsidR="00F4562C" w:rsidRPr="001A2E38" w:rsidRDefault="00F4562C" w:rsidP="005E1D6F">
            <w:pPr>
              <w:spacing w:after="0" w:line="240" w:lineRule="auto"/>
              <w:contextualSpacing/>
              <w:jc w:val="center"/>
              <w:rPr>
                <w:rFonts w:ascii="Times New Roman" w:hAnsi="Times New Roman" w:cs="Times New Roman"/>
                <w:sz w:val="20"/>
                <w:szCs w:val="20"/>
              </w:rPr>
            </w:pPr>
            <w:r w:rsidRPr="001A2E38">
              <w:rPr>
                <w:rFonts w:ascii="Times New Roman" w:eastAsia="Times New Roman" w:hAnsi="Times New Roman" w:cs="Times New Roman"/>
                <w:sz w:val="20"/>
                <w:szCs w:val="20"/>
              </w:rPr>
              <w:t>18.37</w:t>
            </w:r>
          </w:p>
        </w:tc>
        <w:tc>
          <w:tcPr>
            <w:tcW w:w="1080" w:type="dxa"/>
            <w:tcBorders>
              <w:top w:val="nil"/>
              <w:left w:val="nil"/>
              <w:bottom w:val="nil"/>
              <w:right w:val="nil"/>
            </w:tcBorders>
            <w:tcMar>
              <w:top w:w="20" w:type="dxa"/>
              <w:left w:w="35" w:type="dxa"/>
              <w:bottom w:w="20" w:type="dxa"/>
              <w:right w:w="35" w:type="dxa"/>
            </w:tcMar>
            <w:vAlign w:val="center"/>
          </w:tcPr>
          <w:p w14:paraId="5883B480" w14:textId="77777777" w:rsidR="00F4562C" w:rsidRPr="001A2E38" w:rsidRDefault="00F4562C" w:rsidP="005E1D6F">
            <w:pPr>
              <w:spacing w:after="0" w:line="240" w:lineRule="auto"/>
              <w:contextualSpacing/>
              <w:jc w:val="center"/>
              <w:rPr>
                <w:rFonts w:ascii="Times New Roman" w:hAnsi="Times New Roman" w:cs="Times New Roman"/>
                <w:sz w:val="20"/>
                <w:szCs w:val="20"/>
              </w:rPr>
            </w:pPr>
            <w:r w:rsidRPr="001A2E38">
              <w:rPr>
                <w:rFonts w:ascii="Times New Roman" w:eastAsia="Times New Roman" w:hAnsi="Times New Roman" w:cs="Times New Roman"/>
                <w:sz w:val="20"/>
                <w:szCs w:val="20"/>
              </w:rPr>
              <w:t>143.00</w:t>
            </w:r>
          </w:p>
        </w:tc>
        <w:tc>
          <w:tcPr>
            <w:tcW w:w="936" w:type="dxa"/>
            <w:tcBorders>
              <w:top w:val="nil"/>
              <w:left w:val="nil"/>
              <w:bottom w:val="nil"/>
              <w:right w:val="nil"/>
            </w:tcBorders>
            <w:tcMar>
              <w:top w:w="20" w:type="dxa"/>
              <w:left w:w="35" w:type="dxa"/>
              <w:bottom w:w="20" w:type="dxa"/>
              <w:right w:w="35" w:type="dxa"/>
            </w:tcMar>
            <w:vAlign w:val="center"/>
          </w:tcPr>
          <w:p w14:paraId="4FB0788D" w14:textId="77777777" w:rsidR="00F4562C" w:rsidRPr="001A2E38" w:rsidRDefault="00F4562C" w:rsidP="005E1D6F">
            <w:pPr>
              <w:spacing w:after="0" w:line="240" w:lineRule="auto"/>
              <w:contextualSpacing/>
              <w:jc w:val="center"/>
              <w:rPr>
                <w:rFonts w:ascii="Times New Roman" w:hAnsi="Times New Roman" w:cs="Times New Roman"/>
                <w:sz w:val="20"/>
                <w:szCs w:val="20"/>
              </w:rPr>
            </w:pPr>
            <w:r w:rsidRPr="001A2E38">
              <w:rPr>
                <w:rFonts w:ascii="Times New Roman" w:eastAsia="Times New Roman" w:hAnsi="Times New Roman" w:cs="Times New Roman"/>
                <w:sz w:val="20"/>
                <w:szCs w:val="20"/>
              </w:rPr>
              <w:t>131.00</w:t>
            </w:r>
          </w:p>
        </w:tc>
        <w:tc>
          <w:tcPr>
            <w:tcW w:w="936" w:type="dxa"/>
            <w:tcBorders>
              <w:top w:val="nil"/>
              <w:left w:val="nil"/>
              <w:bottom w:val="nil"/>
              <w:right w:val="nil"/>
            </w:tcBorders>
            <w:tcMar>
              <w:top w:w="20" w:type="dxa"/>
              <w:left w:w="35" w:type="dxa"/>
              <w:bottom w:w="20" w:type="dxa"/>
              <w:right w:w="35" w:type="dxa"/>
            </w:tcMar>
            <w:vAlign w:val="center"/>
          </w:tcPr>
          <w:p w14:paraId="400DA233" w14:textId="77777777" w:rsidR="00F4562C" w:rsidRPr="001A2E38" w:rsidRDefault="00F4562C" w:rsidP="005E1D6F">
            <w:pPr>
              <w:spacing w:after="0" w:line="240" w:lineRule="auto"/>
              <w:contextualSpacing/>
              <w:jc w:val="center"/>
              <w:rPr>
                <w:rFonts w:ascii="Times New Roman" w:hAnsi="Times New Roman" w:cs="Times New Roman"/>
                <w:sz w:val="20"/>
                <w:szCs w:val="20"/>
              </w:rPr>
            </w:pPr>
            <w:r w:rsidRPr="001A2E38">
              <w:rPr>
                <w:rFonts w:ascii="Times New Roman" w:eastAsia="Times New Roman" w:hAnsi="Times New Roman" w:cs="Times New Roman"/>
                <w:sz w:val="20"/>
                <w:szCs w:val="20"/>
              </w:rPr>
              <w:t>155.00</w:t>
            </w:r>
          </w:p>
        </w:tc>
      </w:tr>
      <w:tr w:rsidR="00F4562C" w:rsidRPr="001A2E38" w14:paraId="521EEED3" w14:textId="77777777" w:rsidTr="00CA44B4">
        <w:trPr>
          <w:jc w:val="center"/>
        </w:trPr>
        <w:tc>
          <w:tcPr>
            <w:tcW w:w="1801" w:type="dxa"/>
            <w:tcBorders>
              <w:top w:val="nil"/>
              <w:left w:val="nil"/>
              <w:bottom w:val="single" w:sz="12" w:space="0" w:color="000000"/>
              <w:right w:val="nil"/>
            </w:tcBorders>
            <w:tcMar>
              <w:top w:w="20" w:type="dxa"/>
              <w:left w:w="35" w:type="dxa"/>
              <w:bottom w:w="20" w:type="dxa"/>
              <w:right w:w="35" w:type="dxa"/>
            </w:tcMar>
            <w:vAlign w:val="center"/>
          </w:tcPr>
          <w:p w14:paraId="328F625A" w14:textId="77777777" w:rsidR="00F4562C" w:rsidRPr="001A2E38" w:rsidRDefault="00F4562C" w:rsidP="005E1D6F">
            <w:pPr>
              <w:spacing w:after="0" w:line="240" w:lineRule="auto"/>
              <w:contextualSpacing/>
              <w:rPr>
                <w:rFonts w:ascii="Times New Roman" w:hAnsi="Times New Roman" w:cs="Times New Roman"/>
                <w:sz w:val="20"/>
                <w:szCs w:val="20"/>
              </w:rPr>
            </w:pPr>
          </w:p>
        </w:tc>
        <w:tc>
          <w:tcPr>
            <w:tcW w:w="4392" w:type="dxa"/>
            <w:tcBorders>
              <w:top w:val="nil"/>
              <w:left w:val="nil"/>
              <w:bottom w:val="single" w:sz="12" w:space="0" w:color="000000"/>
              <w:right w:val="nil"/>
            </w:tcBorders>
            <w:tcMar>
              <w:top w:w="20" w:type="dxa"/>
              <w:left w:w="35" w:type="dxa"/>
              <w:bottom w:w="20" w:type="dxa"/>
              <w:right w:w="35" w:type="dxa"/>
            </w:tcMar>
            <w:vAlign w:val="center"/>
          </w:tcPr>
          <w:p w14:paraId="41BCE3DF" w14:textId="77777777" w:rsidR="00F4562C" w:rsidRPr="001A2E38" w:rsidRDefault="00F4562C" w:rsidP="005E1D6F">
            <w:pPr>
              <w:spacing w:after="0" w:line="240" w:lineRule="auto"/>
              <w:contextualSpacing/>
              <w:rPr>
                <w:rFonts w:ascii="Times New Roman" w:hAnsi="Times New Roman" w:cs="Times New Roman"/>
                <w:sz w:val="20"/>
                <w:szCs w:val="20"/>
              </w:rPr>
            </w:pPr>
            <w:r w:rsidRPr="001A2E38">
              <w:rPr>
                <w:rFonts w:ascii="Times New Roman" w:eastAsia="Times New Roman" w:hAnsi="Times New Roman" w:cs="Times New Roman"/>
                <w:sz w:val="20"/>
                <w:szCs w:val="20"/>
              </w:rPr>
              <w:t>DBP (mmHg)</w:t>
            </w:r>
          </w:p>
        </w:tc>
        <w:tc>
          <w:tcPr>
            <w:tcW w:w="1007" w:type="dxa"/>
            <w:tcBorders>
              <w:top w:val="nil"/>
              <w:left w:val="nil"/>
              <w:bottom w:val="single" w:sz="12" w:space="0" w:color="000000"/>
              <w:right w:val="nil"/>
            </w:tcBorders>
            <w:tcMar>
              <w:top w:w="20" w:type="dxa"/>
              <w:left w:w="35" w:type="dxa"/>
              <w:bottom w:w="20" w:type="dxa"/>
              <w:right w:w="35" w:type="dxa"/>
            </w:tcMar>
            <w:vAlign w:val="center"/>
          </w:tcPr>
          <w:p w14:paraId="067EBF4D" w14:textId="77777777" w:rsidR="00F4562C" w:rsidRPr="001A2E38" w:rsidRDefault="00F4562C" w:rsidP="005E1D6F">
            <w:pPr>
              <w:spacing w:after="0" w:line="240" w:lineRule="auto"/>
              <w:contextualSpacing/>
              <w:jc w:val="center"/>
              <w:rPr>
                <w:rFonts w:ascii="Times New Roman" w:hAnsi="Times New Roman" w:cs="Times New Roman"/>
                <w:sz w:val="20"/>
                <w:szCs w:val="20"/>
              </w:rPr>
            </w:pPr>
            <w:r w:rsidRPr="001A2E38">
              <w:rPr>
                <w:rFonts w:ascii="Times New Roman" w:eastAsia="Times New Roman" w:hAnsi="Times New Roman" w:cs="Times New Roman"/>
                <w:sz w:val="20"/>
                <w:szCs w:val="20"/>
              </w:rPr>
              <w:t>4079</w:t>
            </w:r>
          </w:p>
        </w:tc>
        <w:tc>
          <w:tcPr>
            <w:tcW w:w="1296" w:type="dxa"/>
            <w:tcBorders>
              <w:top w:val="nil"/>
              <w:left w:val="nil"/>
              <w:bottom w:val="single" w:sz="12" w:space="0" w:color="000000"/>
              <w:right w:val="nil"/>
            </w:tcBorders>
            <w:tcMar>
              <w:top w:w="20" w:type="dxa"/>
              <w:left w:w="35" w:type="dxa"/>
              <w:bottom w:w="20" w:type="dxa"/>
              <w:right w:w="35" w:type="dxa"/>
            </w:tcMar>
            <w:vAlign w:val="center"/>
          </w:tcPr>
          <w:p w14:paraId="477DA5EB" w14:textId="77777777" w:rsidR="00F4562C" w:rsidRPr="001A2E38" w:rsidRDefault="00F4562C" w:rsidP="005E1D6F">
            <w:pPr>
              <w:spacing w:after="0" w:line="240" w:lineRule="auto"/>
              <w:contextualSpacing/>
              <w:jc w:val="center"/>
              <w:rPr>
                <w:rFonts w:ascii="Times New Roman" w:hAnsi="Times New Roman" w:cs="Times New Roman"/>
                <w:sz w:val="20"/>
                <w:szCs w:val="20"/>
              </w:rPr>
            </w:pPr>
            <w:r w:rsidRPr="001A2E38">
              <w:rPr>
                <w:rFonts w:ascii="Times New Roman" w:eastAsia="Times New Roman" w:hAnsi="Times New Roman" w:cs="Times New Roman"/>
                <w:sz w:val="20"/>
                <w:szCs w:val="20"/>
              </w:rPr>
              <w:t>102,508</w:t>
            </w:r>
          </w:p>
        </w:tc>
        <w:tc>
          <w:tcPr>
            <w:tcW w:w="1080" w:type="dxa"/>
            <w:tcBorders>
              <w:top w:val="nil"/>
              <w:left w:val="nil"/>
              <w:bottom w:val="single" w:sz="12" w:space="0" w:color="000000"/>
              <w:right w:val="nil"/>
            </w:tcBorders>
            <w:tcMar>
              <w:top w:w="20" w:type="dxa"/>
              <w:left w:w="35" w:type="dxa"/>
              <w:bottom w:w="20" w:type="dxa"/>
              <w:right w:w="35" w:type="dxa"/>
            </w:tcMar>
            <w:vAlign w:val="center"/>
          </w:tcPr>
          <w:p w14:paraId="3A530402" w14:textId="77777777" w:rsidR="00F4562C" w:rsidRPr="001A2E38" w:rsidRDefault="00F4562C" w:rsidP="005E1D6F">
            <w:pPr>
              <w:spacing w:after="0" w:line="240" w:lineRule="auto"/>
              <w:contextualSpacing/>
              <w:jc w:val="center"/>
              <w:rPr>
                <w:rFonts w:ascii="Times New Roman" w:hAnsi="Times New Roman" w:cs="Times New Roman"/>
                <w:sz w:val="20"/>
                <w:szCs w:val="20"/>
              </w:rPr>
            </w:pPr>
            <w:r w:rsidRPr="001A2E38">
              <w:rPr>
                <w:rFonts w:ascii="Times New Roman" w:eastAsia="Times New Roman" w:hAnsi="Times New Roman" w:cs="Times New Roman"/>
                <w:sz w:val="20"/>
                <w:szCs w:val="20"/>
              </w:rPr>
              <w:t>85.99</w:t>
            </w:r>
          </w:p>
        </w:tc>
        <w:tc>
          <w:tcPr>
            <w:tcW w:w="936" w:type="dxa"/>
            <w:tcBorders>
              <w:top w:val="nil"/>
              <w:left w:val="nil"/>
              <w:bottom w:val="single" w:sz="12" w:space="0" w:color="000000"/>
              <w:right w:val="nil"/>
            </w:tcBorders>
            <w:tcMar>
              <w:top w:w="20" w:type="dxa"/>
              <w:left w:w="35" w:type="dxa"/>
              <w:bottom w:w="20" w:type="dxa"/>
              <w:right w:w="35" w:type="dxa"/>
            </w:tcMar>
            <w:vAlign w:val="center"/>
          </w:tcPr>
          <w:p w14:paraId="1DCDA030" w14:textId="77777777" w:rsidR="00F4562C" w:rsidRPr="001A2E38" w:rsidRDefault="00F4562C" w:rsidP="005E1D6F">
            <w:pPr>
              <w:spacing w:after="0" w:line="240" w:lineRule="auto"/>
              <w:contextualSpacing/>
              <w:jc w:val="center"/>
              <w:rPr>
                <w:rFonts w:ascii="Times New Roman" w:hAnsi="Times New Roman" w:cs="Times New Roman"/>
                <w:sz w:val="20"/>
                <w:szCs w:val="20"/>
              </w:rPr>
            </w:pPr>
            <w:r w:rsidRPr="001A2E38">
              <w:rPr>
                <w:rFonts w:ascii="Times New Roman" w:eastAsia="Times New Roman" w:hAnsi="Times New Roman" w:cs="Times New Roman"/>
                <w:sz w:val="20"/>
                <w:szCs w:val="20"/>
              </w:rPr>
              <w:t>10.06</w:t>
            </w:r>
          </w:p>
        </w:tc>
        <w:tc>
          <w:tcPr>
            <w:tcW w:w="1080" w:type="dxa"/>
            <w:tcBorders>
              <w:top w:val="nil"/>
              <w:left w:val="nil"/>
              <w:bottom w:val="single" w:sz="12" w:space="0" w:color="000000"/>
              <w:right w:val="nil"/>
            </w:tcBorders>
            <w:tcMar>
              <w:top w:w="20" w:type="dxa"/>
              <w:left w:w="35" w:type="dxa"/>
              <w:bottom w:w="20" w:type="dxa"/>
              <w:right w:w="35" w:type="dxa"/>
            </w:tcMar>
            <w:vAlign w:val="center"/>
          </w:tcPr>
          <w:p w14:paraId="748714A5" w14:textId="77777777" w:rsidR="00F4562C" w:rsidRPr="001A2E38" w:rsidRDefault="00F4562C" w:rsidP="005E1D6F">
            <w:pPr>
              <w:spacing w:after="0" w:line="240" w:lineRule="auto"/>
              <w:contextualSpacing/>
              <w:jc w:val="center"/>
              <w:rPr>
                <w:rFonts w:ascii="Times New Roman" w:hAnsi="Times New Roman" w:cs="Times New Roman"/>
                <w:sz w:val="20"/>
                <w:szCs w:val="20"/>
              </w:rPr>
            </w:pPr>
            <w:r w:rsidRPr="001A2E38">
              <w:rPr>
                <w:rFonts w:ascii="Times New Roman" w:eastAsia="Times New Roman" w:hAnsi="Times New Roman" w:cs="Times New Roman"/>
                <w:sz w:val="20"/>
                <w:szCs w:val="20"/>
              </w:rPr>
              <w:t>86.00</w:t>
            </w:r>
          </w:p>
        </w:tc>
        <w:tc>
          <w:tcPr>
            <w:tcW w:w="936" w:type="dxa"/>
            <w:tcBorders>
              <w:top w:val="nil"/>
              <w:left w:val="nil"/>
              <w:bottom w:val="single" w:sz="12" w:space="0" w:color="000000"/>
              <w:right w:val="nil"/>
            </w:tcBorders>
            <w:tcMar>
              <w:top w:w="20" w:type="dxa"/>
              <w:left w:w="35" w:type="dxa"/>
              <w:bottom w:w="20" w:type="dxa"/>
              <w:right w:w="35" w:type="dxa"/>
            </w:tcMar>
            <w:vAlign w:val="center"/>
          </w:tcPr>
          <w:p w14:paraId="7D2FFB85" w14:textId="77777777" w:rsidR="00F4562C" w:rsidRPr="001A2E38" w:rsidRDefault="00F4562C" w:rsidP="005E1D6F">
            <w:pPr>
              <w:spacing w:after="0" w:line="240" w:lineRule="auto"/>
              <w:contextualSpacing/>
              <w:jc w:val="center"/>
              <w:rPr>
                <w:rFonts w:ascii="Times New Roman" w:hAnsi="Times New Roman" w:cs="Times New Roman"/>
                <w:sz w:val="20"/>
                <w:szCs w:val="20"/>
              </w:rPr>
            </w:pPr>
            <w:r w:rsidRPr="001A2E38">
              <w:rPr>
                <w:rFonts w:ascii="Times New Roman" w:eastAsia="Times New Roman" w:hAnsi="Times New Roman" w:cs="Times New Roman"/>
                <w:sz w:val="20"/>
                <w:szCs w:val="20"/>
              </w:rPr>
              <w:t>79.00</w:t>
            </w:r>
          </w:p>
        </w:tc>
        <w:tc>
          <w:tcPr>
            <w:tcW w:w="936" w:type="dxa"/>
            <w:tcBorders>
              <w:top w:val="nil"/>
              <w:left w:val="nil"/>
              <w:bottom w:val="single" w:sz="12" w:space="0" w:color="000000"/>
              <w:right w:val="nil"/>
            </w:tcBorders>
            <w:tcMar>
              <w:top w:w="20" w:type="dxa"/>
              <w:left w:w="35" w:type="dxa"/>
              <w:bottom w:w="20" w:type="dxa"/>
              <w:right w:w="35" w:type="dxa"/>
            </w:tcMar>
            <w:vAlign w:val="center"/>
          </w:tcPr>
          <w:p w14:paraId="34D107A4" w14:textId="77777777" w:rsidR="00F4562C" w:rsidRPr="001A2E38" w:rsidRDefault="00F4562C" w:rsidP="005E1D6F">
            <w:pPr>
              <w:spacing w:after="0" w:line="240" w:lineRule="auto"/>
              <w:contextualSpacing/>
              <w:jc w:val="center"/>
              <w:rPr>
                <w:rFonts w:ascii="Times New Roman" w:hAnsi="Times New Roman" w:cs="Times New Roman"/>
                <w:sz w:val="20"/>
                <w:szCs w:val="20"/>
              </w:rPr>
            </w:pPr>
            <w:r w:rsidRPr="001A2E38">
              <w:rPr>
                <w:rFonts w:ascii="Times New Roman" w:eastAsia="Times New Roman" w:hAnsi="Times New Roman" w:cs="Times New Roman"/>
                <w:sz w:val="20"/>
                <w:szCs w:val="20"/>
              </w:rPr>
              <w:t>92.00</w:t>
            </w:r>
          </w:p>
        </w:tc>
      </w:tr>
    </w:tbl>
    <w:p w14:paraId="21AF394E" w14:textId="6AE2C4AF" w:rsidR="00CA44B4" w:rsidRPr="001A2E38" w:rsidRDefault="00CA44B4" w:rsidP="005E1D6F">
      <w:pPr>
        <w:spacing w:line="240" w:lineRule="auto"/>
        <w:contextualSpacing/>
        <w:rPr>
          <w:rFonts w:ascii="Times New Roman" w:hAnsi="Times New Roman" w:cs="Times New Roman"/>
          <w:sz w:val="20"/>
          <w:szCs w:val="20"/>
        </w:rPr>
        <w:sectPr w:rsidR="00CA44B4" w:rsidRPr="001A2E38" w:rsidSect="00CA44B4">
          <w:pgSz w:w="16838" w:h="11906" w:orient="landscape"/>
          <w:pgMar w:top="1800" w:right="1440" w:bottom="1800" w:left="1440" w:header="851" w:footer="992" w:gutter="0"/>
          <w:cols w:space="425"/>
          <w:docGrid w:type="lines" w:linePitch="312"/>
        </w:sectPr>
      </w:pPr>
      <w:r w:rsidRPr="001A2E38">
        <w:rPr>
          <w:rFonts w:ascii="Times New Roman" w:hAnsi="Times New Roman" w:cs="Times New Roman"/>
          <w:i/>
          <w:iCs/>
          <w:sz w:val="20"/>
          <w:szCs w:val="20"/>
        </w:rPr>
        <w:t>Abbreviations:</w:t>
      </w:r>
      <w:r w:rsidRPr="001A2E38">
        <w:rPr>
          <w:rFonts w:ascii="Times New Roman" w:hAnsi="Times New Roman" w:cs="Times New Roman"/>
          <w:sz w:val="20"/>
          <w:szCs w:val="20"/>
        </w:rPr>
        <w:t xml:space="preserve"> ALP, alkaline phosphatase; ALT, alanine aminotransferase; AST, aspartate aminotransferase; GGT, gamma-glutamyltransferase; TBIL, total bilirubin; TP, total protein; CRP, C-reactive protein; WBC, white blood cell count; PLT, platelet count; ApoA, apolipoprotein A; ApoB, apolipoprotein B; HbA1c, glycated hemoglobin; LDL-C, low-density lipoprotein cholesterol; IGF-1, insulin-like growth factor 1; Lp(a), lipoprotein(a); SBP, systolic blood pressure; DBP, diastolic blood pressure; SD, standard deviation; Q1, first quartile; Q3, third quartile; HR, hazard ratio; CI, confidence interval; FDR, false discovery rate.</w:t>
      </w:r>
    </w:p>
    <w:p w14:paraId="06638CAF" w14:textId="517F74C3" w:rsidR="007E2CD3" w:rsidRPr="001A2E38" w:rsidRDefault="007E2CD3" w:rsidP="0065294A">
      <w:pPr>
        <w:pStyle w:val="a"/>
        <w:rPr>
          <w:rFonts w:eastAsia="SimSun"/>
        </w:rPr>
      </w:pPr>
      <w:bookmarkStart w:id="3" w:name="_Toc232530166"/>
      <w:bookmarkStart w:id="4" w:name="_Toc236834792"/>
      <w:r w:rsidRPr="001A2E38">
        <w:rPr>
          <w:rFonts w:eastAsia="SimSun"/>
        </w:rPr>
        <w:lastRenderedPageBreak/>
        <w:t>Table S</w:t>
      </w:r>
      <w:r w:rsidR="00116169" w:rsidRPr="001A2E38">
        <w:rPr>
          <w:rFonts w:eastAsia="SimSun"/>
        </w:rPr>
        <w:t>2</w:t>
      </w:r>
      <w:r w:rsidRPr="001A2E38">
        <w:rPr>
          <w:rFonts w:eastAsia="SimSun"/>
        </w:rPr>
        <w:t>. Description of the missing data</w:t>
      </w:r>
      <w:r w:rsidR="001A34BF" w:rsidRPr="001A2E38">
        <w:rPr>
          <w:rFonts w:eastAsia="SimSun"/>
        </w:rPr>
        <w:t>.</w:t>
      </w:r>
      <w:bookmarkEnd w:id="3"/>
      <w:bookmarkEnd w:id="4"/>
    </w:p>
    <w:tbl>
      <w:tblPr>
        <w:tblStyle w:val="TableGrid"/>
        <w:tblW w:w="5000" w:type="pct"/>
        <w:jc w:val="center"/>
        <w:tblBorders>
          <w:left w:val="none" w:sz="0" w:space="0" w:color="auto"/>
          <w:right w:val="none" w:sz="0" w:space="0" w:color="auto"/>
          <w:insideV w:val="none" w:sz="0" w:space="0" w:color="auto"/>
        </w:tblBorders>
        <w:tblLook w:val="04A0" w:firstRow="1" w:lastRow="0" w:firstColumn="1" w:lastColumn="0" w:noHBand="0" w:noVBand="1"/>
      </w:tblPr>
      <w:tblGrid>
        <w:gridCol w:w="3843"/>
        <w:gridCol w:w="1548"/>
        <w:gridCol w:w="2915"/>
      </w:tblGrid>
      <w:tr w:rsidR="00276C46" w:rsidRPr="001A2E38" w14:paraId="0543E9E4" w14:textId="77777777" w:rsidTr="00A948D0">
        <w:trPr>
          <w:trHeight w:val="521"/>
          <w:jc w:val="center"/>
        </w:trPr>
        <w:tc>
          <w:tcPr>
            <w:tcW w:w="2313" w:type="pct"/>
            <w:tcBorders>
              <w:top w:val="single" w:sz="4" w:space="0" w:color="auto"/>
              <w:left w:val="nil"/>
              <w:bottom w:val="single" w:sz="4" w:space="0" w:color="auto"/>
              <w:right w:val="nil"/>
            </w:tcBorders>
            <w:vAlign w:val="center"/>
          </w:tcPr>
          <w:p w14:paraId="3418C1DC" w14:textId="77777777" w:rsidR="00276C46" w:rsidRPr="001A2E38" w:rsidRDefault="00276C46" w:rsidP="005E1D6F">
            <w:pPr>
              <w:spacing w:after="160"/>
              <w:contextualSpacing/>
              <w:rPr>
                <w:rFonts w:ascii="Times New Roman" w:eastAsia="SimSun" w:hAnsi="Times New Roman" w:cs="Times New Roman"/>
                <w:color w:val="000000"/>
                <w:kern w:val="0"/>
                <w:sz w:val="20"/>
                <w:szCs w:val="20"/>
              </w:rPr>
            </w:pPr>
          </w:p>
        </w:tc>
        <w:tc>
          <w:tcPr>
            <w:tcW w:w="932" w:type="pct"/>
            <w:tcBorders>
              <w:top w:val="single" w:sz="4" w:space="0" w:color="auto"/>
              <w:left w:val="nil"/>
              <w:bottom w:val="single" w:sz="4" w:space="0" w:color="auto"/>
              <w:right w:val="nil"/>
            </w:tcBorders>
            <w:vAlign w:val="center"/>
          </w:tcPr>
          <w:p w14:paraId="34D1D5D0" w14:textId="77777777" w:rsidR="00276C46" w:rsidRPr="001A2E38" w:rsidRDefault="00276C46" w:rsidP="005E1D6F">
            <w:pPr>
              <w:spacing w:after="160"/>
              <w:contextualSpacing/>
              <w:jc w:val="center"/>
              <w:rPr>
                <w:rFonts w:ascii="Times New Roman" w:eastAsia="SimSun" w:hAnsi="Times New Roman" w:cs="Times New Roman"/>
                <w:color w:val="000000"/>
                <w:kern w:val="0"/>
                <w:sz w:val="20"/>
                <w:szCs w:val="20"/>
              </w:rPr>
            </w:pPr>
            <w:r w:rsidRPr="001A2E38">
              <w:rPr>
                <w:rFonts w:ascii="Times New Roman" w:eastAsia="SimSun" w:hAnsi="Times New Roman" w:cs="Times New Roman"/>
                <w:color w:val="000000"/>
                <w:kern w:val="0"/>
                <w:sz w:val="20"/>
                <w:szCs w:val="20"/>
              </w:rPr>
              <w:t>Missing values</w:t>
            </w:r>
          </w:p>
        </w:tc>
        <w:tc>
          <w:tcPr>
            <w:tcW w:w="1755" w:type="pct"/>
            <w:tcBorders>
              <w:top w:val="single" w:sz="4" w:space="0" w:color="auto"/>
              <w:left w:val="nil"/>
              <w:bottom w:val="single" w:sz="4" w:space="0" w:color="auto"/>
              <w:right w:val="nil"/>
            </w:tcBorders>
            <w:vAlign w:val="center"/>
          </w:tcPr>
          <w:p w14:paraId="4CD43D63" w14:textId="77777777" w:rsidR="00276C46" w:rsidRPr="001A2E38" w:rsidRDefault="00276C46" w:rsidP="005E1D6F">
            <w:pPr>
              <w:spacing w:after="160"/>
              <w:contextualSpacing/>
              <w:jc w:val="center"/>
              <w:rPr>
                <w:rFonts w:ascii="Times New Roman" w:eastAsia="SimSun" w:hAnsi="Times New Roman" w:cs="Times New Roman"/>
                <w:color w:val="000000"/>
                <w:kern w:val="0"/>
                <w:sz w:val="20"/>
                <w:szCs w:val="20"/>
              </w:rPr>
            </w:pPr>
            <w:r w:rsidRPr="001A2E38">
              <w:rPr>
                <w:rFonts w:ascii="Times New Roman" w:eastAsia="SimSun" w:hAnsi="Times New Roman" w:cs="Times New Roman"/>
                <w:color w:val="000000"/>
                <w:kern w:val="0"/>
                <w:sz w:val="20"/>
                <w:szCs w:val="20"/>
              </w:rPr>
              <w:t>Percentage of missingness (%)</w:t>
            </w:r>
          </w:p>
        </w:tc>
      </w:tr>
      <w:tr w:rsidR="00276C46" w:rsidRPr="001A2E38" w14:paraId="357A8A63" w14:textId="77777777" w:rsidTr="00A948D0">
        <w:trPr>
          <w:trHeight w:val="521"/>
          <w:jc w:val="center"/>
        </w:trPr>
        <w:tc>
          <w:tcPr>
            <w:tcW w:w="2313" w:type="pct"/>
            <w:tcBorders>
              <w:left w:val="nil"/>
              <w:bottom w:val="nil"/>
              <w:right w:val="nil"/>
            </w:tcBorders>
            <w:vAlign w:val="center"/>
          </w:tcPr>
          <w:p w14:paraId="19708B06" w14:textId="77777777" w:rsidR="00276C46" w:rsidRPr="001A2E38" w:rsidRDefault="00276C46" w:rsidP="005E1D6F">
            <w:pPr>
              <w:spacing w:after="160"/>
              <w:contextualSpacing/>
              <w:rPr>
                <w:rFonts w:ascii="Times New Roman" w:eastAsia="SimSun" w:hAnsi="Times New Roman" w:cs="Times New Roman"/>
                <w:color w:val="000000"/>
                <w:kern w:val="0"/>
                <w:sz w:val="20"/>
                <w:szCs w:val="20"/>
              </w:rPr>
            </w:pPr>
            <w:r w:rsidRPr="001A2E38">
              <w:rPr>
                <w:rFonts w:ascii="Times New Roman" w:eastAsia="SimSun" w:hAnsi="Times New Roman" w:cs="Times New Roman"/>
                <w:color w:val="000000"/>
                <w:kern w:val="0"/>
                <w:sz w:val="20"/>
                <w:szCs w:val="20"/>
              </w:rPr>
              <w:t>Sex (%)</w:t>
            </w:r>
          </w:p>
        </w:tc>
        <w:tc>
          <w:tcPr>
            <w:tcW w:w="932" w:type="pct"/>
            <w:tcBorders>
              <w:left w:val="nil"/>
              <w:bottom w:val="nil"/>
              <w:right w:val="nil"/>
            </w:tcBorders>
            <w:vAlign w:val="center"/>
          </w:tcPr>
          <w:p w14:paraId="0D922BB1" w14:textId="77777777" w:rsidR="00276C46" w:rsidRPr="001A2E38" w:rsidRDefault="00276C46" w:rsidP="005E1D6F">
            <w:pPr>
              <w:spacing w:after="160"/>
              <w:contextualSpacing/>
              <w:jc w:val="center"/>
              <w:rPr>
                <w:rFonts w:ascii="Times New Roman" w:eastAsia="SimSun" w:hAnsi="Times New Roman" w:cs="Times New Roman"/>
                <w:color w:val="000000"/>
                <w:kern w:val="0"/>
                <w:sz w:val="20"/>
                <w:szCs w:val="20"/>
              </w:rPr>
            </w:pPr>
            <w:r w:rsidRPr="001A2E38">
              <w:rPr>
                <w:rFonts w:ascii="Times New Roman" w:eastAsia="SimSun" w:hAnsi="Times New Roman" w:cs="Times New Roman"/>
                <w:color w:val="000000"/>
                <w:kern w:val="0"/>
                <w:sz w:val="20"/>
                <w:szCs w:val="20"/>
              </w:rPr>
              <w:t>0</w:t>
            </w:r>
          </w:p>
        </w:tc>
        <w:tc>
          <w:tcPr>
            <w:tcW w:w="1755" w:type="pct"/>
            <w:tcBorders>
              <w:left w:val="nil"/>
              <w:bottom w:val="nil"/>
              <w:right w:val="nil"/>
            </w:tcBorders>
            <w:vAlign w:val="center"/>
          </w:tcPr>
          <w:p w14:paraId="70F30101" w14:textId="77777777" w:rsidR="00276C46" w:rsidRPr="001A2E38" w:rsidRDefault="00276C46" w:rsidP="005E1D6F">
            <w:pPr>
              <w:spacing w:after="160"/>
              <w:contextualSpacing/>
              <w:jc w:val="center"/>
              <w:rPr>
                <w:rFonts w:ascii="Times New Roman" w:eastAsia="SimSun" w:hAnsi="Times New Roman" w:cs="Times New Roman"/>
                <w:color w:val="000000"/>
                <w:kern w:val="0"/>
                <w:sz w:val="20"/>
                <w:szCs w:val="20"/>
              </w:rPr>
            </w:pPr>
            <w:r w:rsidRPr="001A2E38">
              <w:rPr>
                <w:rFonts w:ascii="Times New Roman" w:eastAsia="SimSun" w:hAnsi="Times New Roman" w:cs="Times New Roman"/>
                <w:color w:val="000000"/>
                <w:kern w:val="0"/>
                <w:sz w:val="20"/>
                <w:szCs w:val="20"/>
              </w:rPr>
              <w:t>0</w:t>
            </w:r>
          </w:p>
        </w:tc>
      </w:tr>
      <w:tr w:rsidR="00276C46" w:rsidRPr="001A2E38" w14:paraId="5F929556" w14:textId="77777777" w:rsidTr="00A948D0">
        <w:trPr>
          <w:trHeight w:val="522"/>
          <w:jc w:val="center"/>
        </w:trPr>
        <w:tc>
          <w:tcPr>
            <w:tcW w:w="2313" w:type="pct"/>
            <w:tcBorders>
              <w:top w:val="nil"/>
              <w:left w:val="nil"/>
              <w:bottom w:val="nil"/>
              <w:right w:val="nil"/>
            </w:tcBorders>
            <w:vAlign w:val="center"/>
          </w:tcPr>
          <w:p w14:paraId="391BB7BB" w14:textId="77777777" w:rsidR="00276C46" w:rsidRPr="001A2E38" w:rsidRDefault="00276C46" w:rsidP="005E1D6F">
            <w:pPr>
              <w:spacing w:after="160"/>
              <w:contextualSpacing/>
              <w:rPr>
                <w:rFonts w:ascii="Times New Roman" w:eastAsia="SimSun" w:hAnsi="Times New Roman" w:cs="Times New Roman"/>
                <w:color w:val="000000"/>
                <w:kern w:val="0"/>
                <w:sz w:val="20"/>
                <w:szCs w:val="20"/>
              </w:rPr>
            </w:pPr>
            <w:r w:rsidRPr="001A2E38">
              <w:rPr>
                <w:rFonts w:ascii="Times New Roman" w:eastAsia="SimSun" w:hAnsi="Times New Roman" w:cs="Times New Roman"/>
                <w:color w:val="000000"/>
                <w:kern w:val="0"/>
                <w:sz w:val="20"/>
                <w:szCs w:val="20"/>
              </w:rPr>
              <w:t>Age (years)</w:t>
            </w:r>
          </w:p>
        </w:tc>
        <w:tc>
          <w:tcPr>
            <w:tcW w:w="932" w:type="pct"/>
            <w:tcBorders>
              <w:top w:val="nil"/>
              <w:left w:val="nil"/>
              <w:bottom w:val="nil"/>
              <w:right w:val="nil"/>
            </w:tcBorders>
            <w:vAlign w:val="center"/>
          </w:tcPr>
          <w:p w14:paraId="77644A83" w14:textId="77777777" w:rsidR="00276C46" w:rsidRPr="001A2E38" w:rsidRDefault="00276C46" w:rsidP="005E1D6F">
            <w:pPr>
              <w:spacing w:after="160"/>
              <w:contextualSpacing/>
              <w:jc w:val="center"/>
              <w:rPr>
                <w:rFonts w:ascii="Times New Roman" w:eastAsia="SimSun" w:hAnsi="Times New Roman" w:cs="Times New Roman"/>
                <w:color w:val="000000"/>
                <w:kern w:val="0"/>
                <w:sz w:val="20"/>
                <w:szCs w:val="20"/>
              </w:rPr>
            </w:pPr>
            <w:r w:rsidRPr="001A2E38">
              <w:rPr>
                <w:rFonts w:ascii="Times New Roman" w:eastAsia="SimSun" w:hAnsi="Times New Roman" w:cs="Times New Roman"/>
                <w:color w:val="000000"/>
                <w:kern w:val="0"/>
                <w:sz w:val="20"/>
                <w:szCs w:val="20"/>
              </w:rPr>
              <w:t>0</w:t>
            </w:r>
          </w:p>
        </w:tc>
        <w:tc>
          <w:tcPr>
            <w:tcW w:w="1755" w:type="pct"/>
            <w:tcBorders>
              <w:top w:val="nil"/>
              <w:left w:val="nil"/>
              <w:bottom w:val="nil"/>
              <w:right w:val="nil"/>
            </w:tcBorders>
            <w:vAlign w:val="center"/>
          </w:tcPr>
          <w:p w14:paraId="48AE3E23" w14:textId="77777777" w:rsidR="00276C46" w:rsidRPr="001A2E38" w:rsidRDefault="00276C46" w:rsidP="005E1D6F">
            <w:pPr>
              <w:spacing w:after="160"/>
              <w:contextualSpacing/>
              <w:jc w:val="center"/>
              <w:rPr>
                <w:rFonts w:ascii="Times New Roman" w:eastAsia="SimSun" w:hAnsi="Times New Roman" w:cs="Times New Roman"/>
                <w:color w:val="000000"/>
                <w:kern w:val="0"/>
                <w:sz w:val="20"/>
                <w:szCs w:val="20"/>
              </w:rPr>
            </w:pPr>
            <w:r w:rsidRPr="001A2E38">
              <w:rPr>
                <w:rFonts w:ascii="Times New Roman" w:eastAsia="SimSun" w:hAnsi="Times New Roman" w:cs="Times New Roman"/>
                <w:color w:val="000000"/>
                <w:kern w:val="0"/>
                <w:sz w:val="20"/>
                <w:szCs w:val="20"/>
              </w:rPr>
              <w:t>0</w:t>
            </w:r>
          </w:p>
        </w:tc>
      </w:tr>
      <w:tr w:rsidR="000C2F73" w:rsidRPr="001A2E38" w14:paraId="0DEAE0FA" w14:textId="77777777" w:rsidTr="002148C1">
        <w:trPr>
          <w:trHeight w:val="521"/>
          <w:jc w:val="center"/>
        </w:trPr>
        <w:tc>
          <w:tcPr>
            <w:tcW w:w="2313" w:type="pct"/>
            <w:tcBorders>
              <w:top w:val="nil"/>
              <w:left w:val="nil"/>
              <w:bottom w:val="nil"/>
              <w:right w:val="nil"/>
            </w:tcBorders>
            <w:vAlign w:val="center"/>
          </w:tcPr>
          <w:p w14:paraId="1577EF2B" w14:textId="342F548F" w:rsidR="000C2F73" w:rsidRPr="001A2E38" w:rsidRDefault="000C2F73" w:rsidP="005E1D6F">
            <w:pPr>
              <w:spacing w:after="160"/>
              <w:contextualSpacing/>
              <w:rPr>
                <w:rFonts w:ascii="Times New Roman" w:eastAsia="SimSun" w:hAnsi="Times New Roman" w:cs="Times New Roman"/>
                <w:color w:val="000000"/>
                <w:kern w:val="0"/>
                <w:sz w:val="20"/>
                <w:szCs w:val="20"/>
              </w:rPr>
            </w:pPr>
            <w:r w:rsidRPr="001A2E38">
              <w:rPr>
                <w:rFonts w:ascii="Times New Roman" w:eastAsia="SimSun" w:hAnsi="Times New Roman" w:cs="Times New Roman"/>
                <w:color w:val="000000"/>
                <w:kern w:val="0"/>
                <w:sz w:val="20"/>
                <w:szCs w:val="20"/>
              </w:rPr>
              <w:t>Ethnicity (%)</w:t>
            </w:r>
          </w:p>
        </w:tc>
        <w:tc>
          <w:tcPr>
            <w:tcW w:w="932" w:type="pct"/>
            <w:tcBorders>
              <w:top w:val="nil"/>
              <w:left w:val="nil"/>
              <w:bottom w:val="nil"/>
              <w:right w:val="nil"/>
            </w:tcBorders>
            <w:vAlign w:val="center"/>
          </w:tcPr>
          <w:p w14:paraId="351EFFD1" w14:textId="05EBC237" w:rsidR="000C2F73" w:rsidRPr="001A2E38" w:rsidRDefault="000C2F73" w:rsidP="005E1D6F">
            <w:pPr>
              <w:spacing w:after="160"/>
              <w:contextualSpacing/>
              <w:jc w:val="center"/>
              <w:rPr>
                <w:rFonts w:ascii="Times New Roman" w:eastAsia="SimSun" w:hAnsi="Times New Roman" w:cs="Times New Roman"/>
                <w:color w:val="000000"/>
                <w:kern w:val="0"/>
                <w:sz w:val="20"/>
                <w:szCs w:val="20"/>
              </w:rPr>
            </w:pPr>
            <w:r w:rsidRPr="001A2E38">
              <w:rPr>
                <w:rFonts w:ascii="Times New Roman" w:eastAsia="Arial" w:hAnsi="Times New Roman" w:cs="Times New Roman"/>
                <w:color w:val="000000"/>
                <w:sz w:val="20"/>
                <w:szCs w:val="20"/>
              </w:rPr>
              <w:t>481</w:t>
            </w:r>
          </w:p>
        </w:tc>
        <w:tc>
          <w:tcPr>
            <w:tcW w:w="1755" w:type="pct"/>
            <w:tcBorders>
              <w:top w:val="nil"/>
              <w:left w:val="nil"/>
              <w:bottom w:val="nil"/>
              <w:right w:val="nil"/>
            </w:tcBorders>
            <w:vAlign w:val="center"/>
          </w:tcPr>
          <w:p w14:paraId="5E4B683D" w14:textId="017046B0" w:rsidR="000C2F73" w:rsidRPr="001A2E38" w:rsidRDefault="000C2F73" w:rsidP="005E1D6F">
            <w:pPr>
              <w:spacing w:after="160"/>
              <w:contextualSpacing/>
              <w:jc w:val="center"/>
              <w:rPr>
                <w:rFonts w:ascii="Times New Roman" w:eastAsia="SimSun" w:hAnsi="Times New Roman" w:cs="Times New Roman"/>
                <w:color w:val="000000"/>
                <w:kern w:val="0"/>
                <w:sz w:val="20"/>
                <w:szCs w:val="20"/>
              </w:rPr>
            </w:pPr>
            <w:r w:rsidRPr="001A2E38">
              <w:rPr>
                <w:rFonts w:ascii="Times New Roman" w:eastAsia="Arial" w:hAnsi="Times New Roman" w:cs="Times New Roman"/>
                <w:color w:val="000000"/>
                <w:sz w:val="20"/>
                <w:szCs w:val="20"/>
              </w:rPr>
              <w:t>0.41</w:t>
            </w:r>
          </w:p>
        </w:tc>
      </w:tr>
      <w:tr w:rsidR="002F11CF" w:rsidRPr="001A2E38" w14:paraId="1493A4D7" w14:textId="77777777" w:rsidTr="00D94458">
        <w:trPr>
          <w:trHeight w:val="521"/>
          <w:jc w:val="center"/>
        </w:trPr>
        <w:tc>
          <w:tcPr>
            <w:tcW w:w="2313" w:type="pct"/>
            <w:tcBorders>
              <w:top w:val="nil"/>
              <w:left w:val="nil"/>
              <w:bottom w:val="nil"/>
              <w:right w:val="nil"/>
            </w:tcBorders>
            <w:vAlign w:val="center"/>
          </w:tcPr>
          <w:p w14:paraId="2BB26707" w14:textId="745C6586" w:rsidR="002F11CF" w:rsidRPr="001A2E38" w:rsidRDefault="002F11CF" w:rsidP="005E1D6F">
            <w:pPr>
              <w:contextualSpacing/>
              <w:rPr>
                <w:rFonts w:ascii="Times New Roman" w:eastAsia="SimSun" w:hAnsi="Times New Roman" w:cs="Times New Roman"/>
                <w:color w:val="000000"/>
                <w:kern w:val="0"/>
                <w:sz w:val="20"/>
                <w:szCs w:val="20"/>
              </w:rPr>
            </w:pPr>
            <w:r w:rsidRPr="001A2E38">
              <w:rPr>
                <w:rFonts w:ascii="Times New Roman" w:eastAsia="SimSun" w:hAnsi="Times New Roman" w:cs="Times New Roman"/>
                <w:color w:val="000000"/>
                <w:kern w:val="0"/>
                <w:sz w:val="20"/>
                <w:szCs w:val="20"/>
              </w:rPr>
              <w:t>Educational levels (%)</w:t>
            </w:r>
          </w:p>
        </w:tc>
        <w:tc>
          <w:tcPr>
            <w:tcW w:w="932" w:type="pct"/>
            <w:tcBorders>
              <w:top w:val="nil"/>
              <w:left w:val="nil"/>
              <w:bottom w:val="nil"/>
              <w:right w:val="nil"/>
            </w:tcBorders>
            <w:vAlign w:val="center"/>
          </w:tcPr>
          <w:p w14:paraId="76272EC3" w14:textId="15901223" w:rsidR="002F11CF" w:rsidRPr="001A2E38" w:rsidRDefault="002F11CF" w:rsidP="005E1D6F">
            <w:pPr>
              <w:spacing w:after="160"/>
              <w:contextualSpacing/>
              <w:jc w:val="center"/>
              <w:rPr>
                <w:rFonts w:ascii="Times New Roman" w:eastAsia="SimSun" w:hAnsi="Times New Roman" w:cs="Times New Roman"/>
                <w:color w:val="000000"/>
                <w:kern w:val="0"/>
                <w:sz w:val="20"/>
                <w:szCs w:val="20"/>
              </w:rPr>
            </w:pPr>
            <w:r w:rsidRPr="001A2E38">
              <w:rPr>
                <w:rFonts w:ascii="Times New Roman" w:eastAsia="Arial" w:hAnsi="Times New Roman" w:cs="Times New Roman"/>
                <w:color w:val="000000"/>
                <w:sz w:val="20"/>
                <w:szCs w:val="20"/>
              </w:rPr>
              <w:t>1,652</w:t>
            </w:r>
          </w:p>
        </w:tc>
        <w:tc>
          <w:tcPr>
            <w:tcW w:w="1755" w:type="pct"/>
            <w:tcBorders>
              <w:top w:val="nil"/>
              <w:left w:val="nil"/>
              <w:bottom w:val="nil"/>
              <w:right w:val="nil"/>
            </w:tcBorders>
            <w:vAlign w:val="center"/>
          </w:tcPr>
          <w:p w14:paraId="40D3B355" w14:textId="543DB1DA" w:rsidR="002F11CF" w:rsidRPr="001A2E38" w:rsidRDefault="002F11CF" w:rsidP="005E1D6F">
            <w:pPr>
              <w:spacing w:after="160"/>
              <w:contextualSpacing/>
              <w:jc w:val="center"/>
              <w:rPr>
                <w:rFonts w:ascii="Times New Roman" w:eastAsia="SimSun" w:hAnsi="Times New Roman" w:cs="Times New Roman"/>
                <w:color w:val="000000"/>
                <w:kern w:val="0"/>
                <w:sz w:val="20"/>
                <w:szCs w:val="20"/>
              </w:rPr>
            </w:pPr>
            <w:r w:rsidRPr="001A2E38">
              <w:rPr>
                <w:rFonts w:ascii="Times New Roman" w:eastAsia="Arial" w:hAnsi="Times New Roman" w:cs="Times New Roman"/>
                <w:color w:val="000000"/>
                <w:sz w:val="20"/>
                <w:szCs w:val="20"/>
              </w:rPr>
              <w:t>1.42</w:t>
            </w:r>
          </w:p>
        </w:tc>
      </w:tr>
      <w:tr w:rsidR="007B62EB" w:rsidRPr="001A2E38" w14:paraId="132D0D29" w14:textId="77777777" w:rsidTr="0080377E">
        <w:trPr>
          <w:trHeight w:val="521"/>
          <w:jc w:val="center"/>
        </w:trPr>
        <w:tc>
          <w:tcPr>
            <w:tcW w:w="2313" w:type="pct"/>
            <w:tcBorders>
              <w:top w:val="nil"/>
              <w:left w:val="nil"/>
              <w:bottom w:val="nil"/>
              <w:right w:val="nil"/>
            </w:tcBorders>
            <w:vAlign w:val="center"/>
          </w:tcPr>
          <w:p w14:paraId="1836C902" w14:textId="1BB336AA" w:rsidR="007B62EB" w:rsidRPr="001A2E38" w:rsidRDefault="007B62EB" w:rsidP="005E1D6F">
            <w:pPr>
              <w:contextualSpacing/>
              <w:rPr>
                <w:rFonts w:ascii="Times New Roman" w:eastAsia="SimSun" w:hAnsi="Times New Roman" w:cs="Times New Roman"/>
                <w:color w:val="000000"/>
                <w:kern w:val="0"/>
                <w:sz w:val="20"/>
                <w:szCs w:val="20"/>
              </w:rPr>
            </w:pPr>
            <w:r w:rsidRPr="001A2E38">
              <w:rPr>
                <w:rFonts w:ascii="Times New Roman" w:eastAsia="SimSun" w:hAnsi="Times New Roman" w:cs="Times New Roman"/>
                <w:color w:val="000000"/>
                <w:kern w:val="0"/>
                <w:sz w:val="20"/>
                <w:szCs w:val="20"/>
              </w:rPr>
              <w:t>Townsend deprivation index (%)</w:t>
            </w:r>
          </w:p>
        </w:tc>
        <w:tc>
          <w:tcPr>
            <w:tcW w:w="932" w:type="pct"/>
            <w:tcBorders>
              <w:top w:val="nil"/>
              <w:left w:val="nil"/>
              <w:bottom w:val="nil"/>
              <w:right w:val="nil"/>
            </w:tcBorders>
            <w:vAlign w:val="center"/>
          </w:tcPr>
          <w:p w14:paraId="08CA13D1" w14:textId="5A51B5F4" w:rsidR="007B62EB" w:rsidRPr="001A2E38" w:rsidRDefault="007B62EB" w:rsidP="005E1D6F">
            <w:pPr>
              <w:spacing w:after="160"/>
              <w:contextualSpacing/>
              <w:jc w:val="center"/>
              <w:rPr>
                <w:rFonts w:ascii="Times New Roman" w:eastAsia="SimSun" w:hAnsi="Times New Roman" w:cs="Times New Roman"/>
                <w:color w:val="000000"/>
                <w:kern w:val="0"/>
                <w:sz w:val="20"/>
                <w:szCs w:val="20"/>
              </w:rPr>
            </w:pPr>
            <w:r w:rsidRPr="001A2E38">
              <w:rPr>
                <w:rFonts w:ascii="Times New Roman" w:eastAsia="Arial" w:hAnsi="Times New Roman" w:cs="Times New Roman"/>
                <w:color w:val="000000"/>
                <w:sz w:val="20"/>
                <w:szCs w:val="20"/>
              </w:rPr>
              <w:t>157</w:t>
            </w:r>
          </w:p>
        </w:tc>
        <w:tc>
          <w:tcPr>
            <w:tcW w:w="1755" w:type="pct"/>
            <w:tcBorders>
              <w:top w:val="nil"/>
              <w:left w:val="nil"/>
              <w:bottom w:val="nil"/>
              <w:right w:val="nil"/>
            </w:tcBorders>
            <w:vAlign w:val="center"/>
          </w:tcPr>
          <w:p w14:paraId="47B8AF62" w14:textId="1E45896E" w:rsidR="007B62EB" w:rsidRPr="001A2E38" w:rsidRDefault="007B62EB" w:rsidP="005E1D6F">
            <w:pPr>
              <w:spacing w:after="160"/>
              <w:contextualSpacing/>
              <w:jc w:val="center"/>
              <w:rPr>
                <w:rFonts w:ascii="Times New Roman" w:eastAsia="SimSun" w:hAnsi="Times New Roman" w:cs="Times New Roman"/>
                <w:color w:val="000000"/>
                <w:kern w:val="0"/>
                <w:sz w:val="20"/>
                <w:szCs w:val="20"/>
              </w:rPr>
            </w:pPr>
            <w:r w:rsidRPr="001A2E38">
              <w:rPr>
                <w:rFonts w:ascii="Times New Roman" w:eastAsia="Arial" w:hAnsi="Times New Roman" w:cs="Times New Roman"/>
                <w:color w:val="000000"/>
                <w:sz w:val="20"/>
                <w:szCs w:val="20"/>
              </w:rPr>
              <w:t>0.13</w:t>
            </w:r>
          </w:p>
        </w:tc>
      </w:tr>
      <w:tr w:rsidR="00B01A5E" w:rsidRPr="001A2E38" w14:paraId="030C10C9" w14:textId="77777777" w:rsidTr="00DF2986">
        <w:trPr>
          <w:trHeight w:val="522"/>
          <w:jc w:val="center"/>
        </w:trPr>
        <w:tc>
          <w:tcPr>
            <w:tcW w:w="2313" w:type="pct"/>
            <w:tcBorders>
              <w:top w:val="nil"/>
              <w:left w:val="nil"/>
              <w:bottom w:val="nil"/>
              <w:right w:val="nil"/>
            </w:tcBorders>
            <w:vAlign w:val="center"/>
          </w:tcPr>
          <w:p w14:paraId="06C59C95" w14:textId="677A567B" w:rsidR="00B01A5E" w:rsidRPr="001A2E38" w:rsidRDefault="00B01A5E" w:rsidP="005E1D6F">
            <w:pPr>
              <w:spacing w:after="160"/>
              <w:contextualSpacing/>
              <w:rPr>
                <w:rFonts w:ascii="Times New Roman" w:eastAsia="SimSun" w:hAnsi="Times New Roman" w:cs="Times New Roman"/>
                <w:color w:val="000000"/>
                <w:kern w:val="0"/>
                <w:sz w:val="20"/>
                <w:szCs w:val="20"/>
              </w:rPr>
            </w:pPr>
            <w:r w:rsidRPr="001A2E38">
              <w:rPr>
                <w:rFonts w:ascii="Times New Roman" w:eastAsia="SimSun" w:hAnsi="Times New Roman" w:cs="Times New Roman"/>
                <w:color w:val="000000"/>
                <w:kern w:val="0"/>
                <w:sz w:val="20"/>
                <w:szCs w:val="20"/>
              </w:rPr>
              <w:t>Physical activity (%)</w:t>
            </w:r>
          </w:p>
        </w:tc>
        <w:tc>
          <w:tcPr>
            <w:tcW w:w="932" w:type="pct"/>
            <w:tcBorders>
              <w:top w:val="nil"/>
              <w:left w:val="nil"/>
              <w:bottom w:val="nil"/>
              <w:right w:val="nil"/>
            </w:tcBorders>
          </w:tcPr>
          <w:p w14:paraId="6614B7B9" w14:textId="25F6E4C9" w:rsidR="00B01A5E" w:rsidRPr="001A2E38" w:rsidRDefault="00B01A5E" w:rsidP="005E1D6F">
            <w:pPr>
              <w:spacing w:after="160"/>
              <w:contextualSpacing/>
              <w:jc w:val="center"/>
              <w:rPr>
                <w:rFonts w:ascii="Times New Roman" w:eastAsia="SimSun" w:hAnsi="Times New Roman" w:cs="Times New Roman"/>
                <w:color w:val="000000"/>
                <w:kern w:val="0"/>
                <w:sz w:val="20"/>
                <w:szCs w:val="20"/>
              </w:rPr>
            </w:pPr>
            <w:r w:rsidRPr="001A2E38">
              <w:rPr>
                <w:rFonts w:ascii="Times New Roman" w:hAnsi="Times New Roman" w:cs="Times New Roman"/>
                <w:sz w:val="20"/>
                <w:szCs w:val="20"/>
              </w:rPr>
              <w:t>3,530</w:t>
            </w:r>
          </w:p>
        </w:tc>
        <w:tc>
          <w:tcPr>
            <w:tcW w:w="1755" w:type="pct"/>
            <w:tcBorders>
              <w:top w:val="nil"/>
              <w:left w:val="nil"/>
              <w:bottom w:val="nil"/>
              <w:right w:val="nil"/>
            </w:tcBorders>
          </w:tcPr>
          <w:p w14:paraId="7D74C08E" w14:textId="0AE3CFD0" w:rsidR="00B01A5E" w:rsidRPr="001A2E38" w:rsidRDefault="00B01A5E" w:rsidP="005E1D6F">
            <w:pPr>
              <w:spacing w:after="160"/>
              <w:contextualSpacing/>
              <w:jc w:val="center"/>
              <w:rPr>
                <w:rFonts w:ascii="Times New Roman" w:eastAsia="SimSun" w:hAnsi="Times New Roman" w:cs="Times New Roman"/>
                <w:color w:val="000000"/>
                <w:kern w:val="0"/>
                <w:sz w:val="20"/>
                <w:szCs w:val="20"/>
              </w:rPr>
            </w:pPr>
            <w:r w:rsidRPr="001A2E38">
              <w:rPr>
                <w:rFonts w:ascii="Times New Roman" w:hAnsi="Times New Roman" w:cs="Times New Roman"/>
                <w:sz w:val="20"/>
                <w:szCs w:val="20"/>
              </w:rPr>
              <w:t>3.02</w:t>
            </w:r>
          </w:p>
        </w:tc>
      </w:tr>
      <w:tr w:rsidR="00D06D8F" w:rsidRPr="001A2E38" w14:paraId="46E73ED5" w14:textId="77777777" w:rsidTr="00526164">
        <w:trPr>
          <w:trHeight w:val="521"/>
          <w:jc w:val="center"/>
        </w:trPr>
        <w:tc>
          <w:tcPr>
            <w:tcW w:w="2313" w:type="pct"/>
            <w:tcBorders>
              <w:top w:val="nil"/>
              <w:left w:val="nil"/>
              <w:bottom w:val="nil"/>
              <w:right w:val="nil"/>
            </w:tcBorders>
            <w:vAlign w:val="center"/>
          </w:tcPr>
          <w:p w14:paraId="00EC929D" w14:textId="77777777" w:rsidR="00D06D8F" w:rsidRPr="001A2E38" w:rsidRDefault="00D06D8F" w:rsidP="005E1D6F">
            <w:pPr>
              <w:spacing w:after="160"/>
              <w:contextualSpacing/>
              <w:rPr>
                <w:rFonts w:ascii="Times New Roman" w:eastAsia="SimSun" w:hAnsi="Times New Roman" w:cs="Times New Roman"/>
                <w:color w:val="000000"/>
                <w:kern w:val="0"/>
                <w:sz w:val="20"/>
                <w:szCs w:val="20"/>
              </w:rPr>
            </w:pPr>
            <w:r w:rsidRPr="001A2E38">
              <w:rPr>
                <w:rFonts w:ascii="Times New Roman" w:eastAsia="SimSun" w:hAnsi="Times New Roman" w:cs="Times New Roman"/>
                <w:color w:val="000000"/>
                <w:kern w:val="0"/>
                <w:sz w:val="20"/>
                <w:szCs w:val="20"/>
              </w:rPr>
              <w:t>Smoking (%)</w:t>
            </w:r>
          </w:p>
        </w:tc>
        <w:tc>
          <w:tcPr>
            <w:tcW w:w="932" w:type="pct"/>
            <w:tcBorders>
              <w:top w:val="nil"/>
              <w:left w:val="nil"/>
              <w:bottom w:val="nil"/>
              <w:right w:val="nil"/>
            </w:tcBorders>
            <w:vAlign w:val="center"/>
          </w:tcPr>
          <w:p w14:paraId="0EC14F3B" w14:textId="2456C197" w:rsidR="00D06D8F" w:rsidRPr="001A2E38" w:rsidRDefault="00D06D8F" w:rsidP="005E1D6F">
            <w:pPr>
              <w:spacing w:after="160"/>
              <w:contextualSpacing/>
              <w:jc w:val="center"/>
              <w:rPr>
                <w:rFonts w:ascii="Times New Roman" w:eastAsia="SimSun" w:hAnsi="Times New Roman" w:cs="Times New Roman"/>
                <w:color w:val="000000"/>
                <w:kern w:val="0"/>
                <w:sz w:val="20"/>
                <w:szCs w:val="20"/>
              </w:rPr>
            </w:pPr>
            <w:r w:rsidRPr="001A2E38">
              <w:rPr>
                <w:rFonts w:ascii="Times New Roman" w:eastAsia="Arial" w:hAnsi="Times New Roman" w:cs="Times New Roman"/>
                <w:color w:val="000000"/>
                <w:sz w:val="20"/>
                <w:szCs w:val="20"/>
              </w:rPr>
              <w:t>719</w:t>
            </w:r>
          </w:p>
        </w:tc>
        <w:tc>
          <w:tcPr>
            <w:tcW w:w="1755" w:type="pct"/>
            <w:tcBorders>
              <w:top w:val="nil"/>
              <w:left w:val="nil"/>
              <w:bottom w:val="nil"/>
              <w:right w:val="nil"/>
            </w:tcBorders>
            <w:vAlign w:val="center"/>
          </w:tcPr>
          <w:p w14:paraId="64AC73E7" w14:textId="48E7BCB7" w:rsidR="00D06D8F" w:rsidRPr="001A2E38" w:rsidRDefault="00D06D8F" w:rsidP="005E1D6F">
            <w:pPr>
              <w:spacing w:after="160"/>
              <w:contextualSpacing/>
              <w:jc w:val="center"/>
              <w:rPr>
                <w:rFonts w:ascii="Times New Roman" w:eastAsia="SimSun" w:hAnsi="Times New Roman" w:cs="Times New Roman"/>
                <w:color w:val="000000"/>
                <w:kern w:val="0"/>
                <w:sz w:val="20"/>
                <w:szCs w:val="20"/>
              </w:rPr>
            </w:pPr>
            <w:r w:rsidRPr="001A2E38">
              <w:rPr>
                <w:rFonts w:ascii="Times New Roman" w:eastAsia="Arial" w:hAnsi="Times New Roman" w:cs="Times New Roman"/>
                <w:color w:val="000000"/>
                <w:sz w:val="20"/>
                <w:szCs w:val="20"/>
              </w:rPr>
              <w:t>0.62</w:t>
            </w:r>
          </w:p>
        </w:tc>
      </w:tr>
      <w:tr w:rsidR="00F0521F" w:rsidRPr="001A2E38" w14:paraId="05C9C984" w14:textId="77777777" w:rsidTr="00045F9D">
        <w:trPr>
          <w:trHeight w:val="521"/>
          <w:jc w:val="center"/>
        </w:trPr>
        <w:tc>
          <w:tcPr>
            <w:tcW w:w="2313" w:type="pct"/>
            <w:tcBorders>
              <w:top w:val="nil"/>
              <w:left w:val="nil"/>
              <w:bottom w:val="nil"/>
              <w:right w:val="nil"/>
            </w:tcBorders>
            <w:vAlign w:val="center"/>
          </w:tcPr>
          <w:p w14:paraId="30624A05" w14:textId="77777777" w:rsidR="00F0521F" w:rsidRPr="001A2E38" w:rsidRDefault="00F0521F" w:rsidP="005E1D6F">
            <w:pPr>
              <w:spacing w:after="160"/>
              <w:contextualSpacing/>
              <w:rPr>
                <w:rFonts w:ascii="Times New Roman" w:eastAsia="SimSun" w:hAnsi="Times New Roman" w:cs="Times New Roman"/>
                <w:color w:val="000000"/>
                <w:kern w:val="0"/>
                <w:sz w:val="20"/>
                <w:szCs w:val="20"/>
              </w:rPr>
            </w:pPr>
            <w:r w:rsidRPr="001A2E38">
              <w:rPr>
                <w:rFonts w:ascii="Times New Roman" w:eastAsia="SimSun" w:hAnsi="Times New Roman" w:cs="Times New Roman"/>
                <w:color w:val="000000"/>
                <w:kern w:val="0"/>
                <w:sz w:val="20"/>
                <w:szCs w:val="20"/>
              </w:rPr>
              <w:t>Drinking (%)</w:t>
            </w:r>
          </w:p>
        </w:tc>
        <w:tc>
          <w:tcPr>
            <w:tcW w:w="932" w:type="pct"/>
            <w:tcBorders>
              <w:top w:val="nil"/>
              <w:left w:val="nil"/>
              <w:bottom w:val="nil"/>
              <w:right w:val="nil"/>
            </w:tcBorders>
            <w:vAlign w:val="center"/>
          </w:tcPr>
          <w:p w14:paraId="45BE7716" w14:textId="13A04B19" w:rsidR="00F0521F" w:rsidRPr="001A2E38" w:rsidRDefault="00F0521F" w:rsidP="005E1D6F">
            <w:pPr>
              <w:spacing w:after="160"/>
              <w:contextualSpacing/>
              <w:jc w:val="center"/>
              <w:rPr>
                <w:rFonts w:ascii="Times New Roman" w:eastAsia="SimSun" w:hAnsi="Times New Roman" w:cs="Times New Roman"/>
                <w:color w:val="000000"/>
                <w:kern w:val="0"/>
                <w:sz w:val="20"/>
                <w:szCs w:val="20"/>
              </w:rPr>
            </w:pPr>
            <w:r w:rsidRPr="001A2E38">
              <w:rPr>
                <w:rFonts w:ascii="Times New Roman" w:eastAsia="Arial" w:hAnsi="Times New Roman" w:cs="Times New Roman"/>
                <w:color w:val="000000"/>
                <w:sz w:val="20"/>
                <w:szCs w:val="20"/>
              </w:rPr>
              <w:t>313</w:t>
            </w:r>
          </w:p>
        </w:tc>
        <w:tc>
          <w:tcPr>
            <w:tcW w:w="1755" w:type="pct"/>
            <w:tcBorders>
              <w:top w:val="nil"/>
              <w:left w:val="nil"/>
              <w:bottom w:val="nil"/>
              <w:right w:val="nil"/>
            </w:tcBorders>
            <w:vAlign w:val="center"/>
          </w:tcPr>
          <w:p w14:paraId="7D3F7072" w14:textId="1949A9B5" w:rsidR="00F0521F" w:rsidRPr="001A2E38" w:rsidRDefault="00F0521F" w:rsidP="005E1D6F">
            <w:pPr>
              <w:spacing w:after="160"/>
              <w:contextualSpacing/>
              <w:jc w:val="center"/>
              <w:rPr>
                <w:rFonts w:ascii="Times New Roman" w:eastAsia="SimSun" w:hAnsi="Times New Roman" w:cs="Times New Roman"/>
                <w:color w:val="000000"/>
                <w:kern w:val="0"/>
                <w:sz w:val="20"/>
                <w:szCs w:val="20"/>
              </w:rPr>
            </w:pPr>
            <w:r w:rsidRPr="001A2E38">
              <w:rPr>
                <w:rFonts w:ascii="Times New Roman" w:eastAsia="Arial" w:hAnsi="Times New Roman" w:cs="Times New Roman"/>
                <w:color w:val="000000"/>
                <w:sz w:val="20"/>
                <w:szCs w:val="20"/>
              </w:rPr>
              <w:t>0.27</w:t>
            </w:r>
          </w:p>
        </w:tc>
      </w:tr>
      <w:tr w:rsidR="00645487" w:rsidRPr="001A2E38" w14:paraId="2EA4BC1D" w14:textId="77777777" w:rsidTr="00E03546">
        <w:trPr>
          <w:trHeight w:val="521"/>
          <w:jc w:val="center"/>
        </w:trPr>
        <w:tc>
          <w:tcPr>
            <w:tcW w:w="2313" w:type="pct"/>
            <w:tcBorders>
              <w:top w:val="nil"/>
              <w:left w:val="nil"/>
              <w:bottom w:val="nil"/>
              <w:right w:val="nil"/>
            </w:tcBorders>
            <w:vAlign w:val="center"/>
          </w:tcPr>
          <w:p w14:paraId="28A771B1" w14:textId="15D8D455" w:rsidR="00645487" w:rsidRPr="001A2E38" w:rsidRDefault="00645487" w:rsidP="005E1D6F">
            <w:pPr>
              <w:spacing w:after="160"/>
              <w:contextualSpacing/>
              <w:rPr>
                <w:rFonts w:ascii="Times New Roman" w:eastAsia="SimSun" w:hAnsi="Times New Roman" w:cs="Times New Roman"/>
                <w:color w:val="000000"/>
                <w:kern w:val="0"/>
                <w:sz w:val="20"/>
                <w:szCs w:val="20"/>
              </w:rPr>
            </w:pPr>
            <w:r w:rsidRPr="001A2E38">
              <w:rPr>
                <w:rFonts w:ascii="Times New Roman" w:eastAsia="SimSun" w:hAnsi="Times New Roman" w:cs="Times New Roman"/>
                <w:color w:val="000000"/>
                <w:kern w:val="0"/>
                <w:sz w:val="20"/>
                <w:szCs w:val="20"/>
              </w:rPr>
              <w:t>Sedentary behavior (%)</w:t>
            </w:r>
          </w:p>
        </w:tc>
        <w:tc>
          <w:tcPr>
            <w:tcW w:w="932" w:type="pct"/>
            <w:tcBorders>
              <w:top w:val="nil"/>
              <w:left w:val="nil"/>
              <w:bottom w:val="nil"/>
              <w:right w:val="nil"/>
            </w:tcBorders>
            <w:vAlign w:val="center"/>
          </w:tcPr>
          <w:p w14:paraId="3AC1547D" w14:textId="42A5C7FD" w:rsidR="00645487" w:rsidRPr="001A2E38" w:rsidRDefault="00645487" w:rsidP="005E1D6F">
            <w:pPr>
              <w:spacing w:after="160"/>
              <w:contextualSpacing/>
              <w:jc w:val="center"/>
              <w:rPr>
                <w:rFonts w:ascii="Times New Roman" w:eastAsia="SimSun" w:hAnsi="Times New Roman" w:cs="Times New Roman"/>
                <w:color w:val="000000"/>
                <w:kern w:val="0"/>
                <w:sz w:val="20"/>
                <w:szCs w:val="20"/>
              </w:rPr>
            </w:pPr>
            <w:r w:rsidRPr="001A2E38">
              <w:rPr>
                <w:rFonts w:ascii="Times New Roman" w:eastAsia="Arial" w:hAnsi="Times New Roman" w:cs="Times New Roman"/>
                <w:color w:val="000000"/>
                <w:sz w:val="20"/>
                <w:szCs w:val="20"/>
              </w:rPr>
              <w:t>1,441</w:t>
            </w:r>
          </w:p>
        </w:tc>
        <w:tc>
          <w:tcPr>
            <w:tcW w:w="1755" w:type="pct"/>
            <w:tcBorders>
              <w:top w:val="nil"/>
              <w:left w:val="nil"/>
              <w:bottom w:val="nil"/>
              <w:right w:val="nil"/>
            </w:tcBorders>
            <w:vAlign w:val="center"/>
          </w:tcPr>
          <w:p w14:paraId="25D31A4D" w14:textId="3894D6EB" w:rsidR="00645487" w:rsidRPr="001A2E38" w:rsidRDefault="00645487" w:rsidP="005E1D6F">
            <w:pPr>
              <w:spacing w:after="160"/>
              <w:contextualSpacing/>
              <w:jc w:val="center"/>
              <w:rPr>
                <w:rFonts w:ascii="Times New Roman" w:eastAsia="SimSun" w:hAnsi="Times New Roman" w:cs="Times New Roman"/>
                <w:color w:val="000000"/>
                <w:kern w:val="0"/>
                <w:sz w:val="20"/>
                <w:szCs w:val="20"/>
              </w:rPr>
            </w:pPr>
            <w:r w:rsidRPr="001A2E38">
              <w:rPr>
                <w:rFonts w:ascii="Times New Roman" w:eastAsia="Arial" w:hAnsi="Times New Roman" w:cs="Times New Roman"/>
                <w:color w:val="000000"/>
                <w:sz w:val="20"/>
                <w:szCs w:val="20"/>
              </w:rPr>
              <w:t>1.23</w:t>
            </w:r>
          </w:p>
        </w:tc>
      </w:tr>
      <w:tr w:rsidR="00004BA6" w:rsidRPr="001A2E38" w14:paraId="25143370" w14:textId="77777777" w:rsidTr="005F0A12">
        <w:trPr>
          <w:trHeight w:val="521"/>
          <w:jc w:val="center"/>
        </w:trPr>
        <w:tc>
          <w:tcPr>
            <w:tcW w:w="2313" w:type="pct"/>
            <w:tcBorders>
              <w:top w:val="nil"/>
              <w:left w:val="nil"/>
              <w:bottom w:val="nil"/>
              <w:right w:val="nil"/>
            </w:tcBorders>
            <w:vAlign w:val="center"/>
          </w:tcPr>
          <w:p w14:paraId="08CAFF9E" w14:textId="538FB82C" w:rsidR="00004BA6" w:rsidRPr="001A2E38" w:rsidRDefault="00004BA6" w:rsidP="005E1D6F">
            <w:pPr>
              <w:spacing w:after="160"/>
              <w:contextualSpacing/>
              <w:rPr>
                <w:rFonts w:ascii="Times New Roman" w:eastAsia="SimSun" w:hAnsi="Times New Roman" w:cs="Times New Roman"/>
                <w:color w:val="000000"/>
                <w:kern w:val="0"/>
                <w:sz w:val="20"/>
                <w:szCs w:val="20"/>
              </w:rPr>
            </w:pPr>
            <w:r w:rsidRPr="001A2E38">
              <w:rPr>
                <w:rFonts w:ascii="Times New Roman" w:eastAsia="SimSun" w:hAnsi="Times New Roman" w:cs="Times New Roman"/>
                <w:color w:val="000000"/>
                <w:kern w:val="0"/>
                <w:sz w:val="20"/>
                <w:szCs w:val="20"/>
              </w:rPr>
              <w:t>Sleep duration (%)</w:t>
            </w:r>
          </w:p>
        </w:tc>
        <w:tc>
          <w:tcPr>
            <w:tcW w:w="932" w:type="pct"/>
            <w:tcBorders>
              <w:top w:val="nil"/>
              <w:left w:val="nil"/>
              <w:bottom w:val="nil"/>
              <w:right w:val="nil"/>
            </w:tcBorders>
            <w:vAlign w:val="center"/>
          </w:tcPr>
          <w:p w14:paraId="6EBD0585" w14:textId="6A6E1947" w:rsidR="00004BA6" w:rsidRPr="001A2E38" w:rsidRDefault="00004BA6" w:rsidP="005E1D6F">
            <w:pPr>
              <w:spacing w:after="160"/>
              <w:contextualSpacing/>
              <w:jc w:val="center"/>
              <w:rPr>
                <w:rFonts w:ascii="Times New Roman" w:eastAsia="SimSun" w:hAnsi="Times New Roman" w:cs="Times New Roman"/>
                <w:color w:val="000000"/>
                <w:kern w:val="0"/>
                <w:sz w:val="20"/>
                <w:szCs w:val="20"/>
              </w:rPr>
            </w:pPr>
            <w:r w:rsidRPr="001A2E38">
              <w:rPr>
                <w:rFonts w:ascii="Times New Roman" w:eastAsia="Arial" w:hAnsi="Times New Roman" w:cs="Times New Roman"/>
                <w:color w:val="000000"/>
                <w:sz w:val="20"/>
                <w:szCs w:val="20"/>
              </w:rPr>
              <w:t>1,063</w:t>
            </w:r>
          </w:p>
        </w:tc>
        <w:tc>
          <w:tcPr>
            <w:tcW w:w="1755" w:type="pct"/>
            <w:tcBorders>
              <w:top w:val="nil"/>
              <w:left w:val="nil"/>
              <w:bottom w:val="nil"/>
              <w:right w:val="nil"/>
            </w:tcBorders>
            <w:vAlign w:val="center"/>
          </w:tcPr>
          <w:p w14:paraId="12461159" w14:textId="7474A538" w:rsidR="00004BA6" w:rsidRPr="001A2E38" w:rsidRDefault="00004BA6" w:rsidP="005E1D6F">
            <w:pPr>
              <w:spacing w:after="160"/>
              <w:contextualSpacing/>
              <w:jc w:val="center"/>
              <w:rPr>
                <w:rFonts w:ascii="Times New Roman" w:eastAsia="SimSun" w:hAnsi="Times New Roman" w:cs="Times New Roman"/>
                <w:color w:val="000000"/>
                <w:kern w:val="0"/>
                <w:sz w:val="20"/>
                <w:szCs w:val="20"/>
              </w:rPr>
            </w:pPr>
            <w:r w:rsidRPr="001A2E38">
              <w:rPr>
                <w:rFonts w:ascii="Times New Roman" w:eastAsia="Arial" w:hAnsi="Times New Roman" w:cs="Times New Roman"/>
                <w:color w:val="000000"/>
                <w:sz w:val="20"/>
                <w:szCs w:val="20"/>
              </w:rPr>
              <w:t>0.91</w:t>
            </w:r>
          </w:p>
        </w:tc>
      </w:tr>
      <w:tr w:rsidR="000F7066" w:rsidRPr="001A2E38" w14:paraId="16C0623B" w14:textId="77777777" w:rsidTr="00DF2986">
        <w:trPr>
          <w:trHeight w:val="521"/>
          <w:jc w:val="center"/>
        </w:trPr>
        <w:tc>
          <w:tcPr>
            <w:tcW w:w="2313" w:type="pct"/>
            <w:tcBorders>
              <w:top w:val="nil"/>
              <w:left w:val="nil"/>
              <w:bottom w:val="nil"/>
              <w:right w:val="nil"/>
            </w:tcBorders>
            <w:vAlign w:val="center"/>
          </w:tcPr>
          <w:p w14:paraId="37B44B74" w14:textId="0F2F3F7E" w:rsidR="000F7066" w:rsidRPr="001A2E38" w:rsidRDefault="006B4882" w:rsidP="005E1D6F">
            <w:pPr>
              <w:contextualSpacing/>
              <w:rPr>
                <w:rFonts w:ascii="Times New Roman" w:eastAsia="SimSun" w:hAnsi="Times New Roman" w:cs="Times New Roman"/>
                <w:color w:val="000000"/>
                <w:kern w:val="0"/>
                <w:sz w:val="20"/>
                <w:szCs w:val="20"/>
              </w:rPr>
            </w:pPr>
            <w:r w:rsidRPr="001A2E38">
              <w:rPr>
                <w:rFonts w:ascii="Times New Roman" w:eastAsia="SimSun" w:hAnsi="Times New Roman" w:cs="Times New Roman"/>
                <w:color w:val="000000"/>
                <w:kern w:val="0"/>
                <w:sz w:val="20"/>
                <w:szCs w:val="20"/>
              </w:rPr>
              <w:t>Employment status</w:t>
            </w:r>
            <w:r w:rsidR="000F7066" w:rsidRPr="001A2E38">
              <w:rPr>
                <w:rFonts w:ascii="Times New Roman" w:eastAsia="SimSun" w:hAnsi="Times New Roman" w:cs="Times New Roman"/>
                <w:color w:val="000000"/>
                <w:kern w:val="0"/>
                <w:sz w:val="20"/>
                <w:szCs w:val="20"/>
              </w:rPr>
              <w:t xml:space="preserve"> (%)</w:t>
            </w:r>
          </w:p>
        </w:tc>
        <w:tc>
          <w:tcPr>
            <w:tcW w:w="932" w:type="pct"/>
            <w:tcBorders>
              <w:top w:val="nil"/>
              <w:left w:val="nil"/>
              <w:bottom w:val="nil"/>
              <w:right w:val="nil"/>
            </w:tcBorders>
          </w:tcPr>
          <w:p w14:paraId="1ABF83C0" w14:textId="16F4B81A" w:rsidR="000F7066" w:rsidRPr="001A2E38" w:rsidRDefault="000F7066" w:rsidP="005E1D6F">
            <w:pPr>
              <w:spacing w:after="160"/>
              <w:contextualSpacing/>
              <w:jc w:val="center"/>
              <w:rPr>
                <w:rFonts w:ascii="Times New Roman" w:eastAsia="SimSun" w:hAnsi="Times New Roman" w:cs="Times New Roman"/>
                <w:color w:val="000000"/>
                <w:kern w:val="0"/>
                <w:sz w:val="20"/>
                <w:szCs w:val="20"/>
              </w:rPr>
            </w:pPr>
            <w:r w:rsidRPr="001A2E38">
              <w:rPr>
                <w:rFonts w:ascii="Times New Roman" w:eastAsia="SimSun" w:hAnsi="Times New Roman" w:cs="Times New Roman"/>
                <w:color w:val="000000"/>
                <w:kern w:val="0"/>
                <w:sz w:val="20"/>
                <w:szCs w:val="20"/>
              </w:rPr>
              <w:t>1022</w:t>
            </w:r>
          </w:p>
        </w:tc>
        <w:tc>
          <w:tcPr>
            <w:tcW w:w="1755" w:type="pct"/>
            <w:tcBorders>
              <w:top w:val="nil"/>
              <w:left w:val="nil"/>
              <w:bottom w:val="nil"/>
              <w:right w:val="nil"/>
            </w:tcBorders>
          </w:tcPr>
          <w:p w14:paraId="426AD028" w14:textId="2190503F" w:rsidR="000F7066" w:rsidRPr="001A2E38" w:rsidRDefault="000F7066" w:rsidP="005E1D6F">
            <w:pPr>
              <w:spacing w:after="160"/>
              <w:contextualSpacing/>
              <w:jc w:val="center"/>
              <w:rPr>
                <w:rFonts w:ascii="Times New Roman" w:eastAsia="SimSun" w:hAnsi="Times New Roman" w:cs="Times New Roman"/>
                <w:color w:val="000000"/>
                <w:kern w:val="0"/>
                <w:sz w:val="20"/>
                <w:szCs w:val="20"/>
              </w:rPr>
            </w:pPr>
            <w:r w:rsidRPr="001A2E38">
              <w:rPr>
                <w:rFonts w:ascii="Times New Roman" w:eastAsia="SimSun" w:hAnsi="Times New Roman" w:cs="Times New Roman"/>
                <w:color w:val="000000"/>
                <w:kern w:val="0"/>
                <w:sz w:val="20"/>
                <w:szCs w:val="20"/>
              </w:rPr>
              <w:t>0.</w:t>
            </w:r>
            <w:r w:rsidR="005759F5" w:rsidRPr="001A2E38">
              <w:rPr>
                <w:rFonts w:ascii="Times New Roman" w:eastAsia="SimSun" w:hAnsi="Times New Roman" w:cs="Times New Roman"/>
                <w:color w:val="000000"/>
                <w:kern w:val="0"/>
                <w:sz w:val="20"/>
                <w:szCs w:val="20"/>
              </w:rPr>
              <w:t>88</w:t>
            </w:r>
          </w:p>
        </w:tc>
      </w:tr>
      <w:tr w:rsidR="0001194B" w:rsidRPr="001A2E38" w14:paraId="5CEA691E" w14:textId="77777777" w:rsidTr="00A948D0">
        <w:trPr>
          <w:trHeight w:val="522"/>
          <w:jc w:val="center"/>
        </w:trPr>
        <w:tc>
          <w:tcPr>
            <w:tcW w:w="2313" w:type="pct"/>
            <w:tcBorders>
              <w:top w:val="nil"/>
              <w:left w:val="nil"/>
              <w:bottom w:val="single" w:sz="4" w:space="0" w:color="auto"/>
              <w:right w:val="nil"/>
            </w:tcBorders>
            <w:vAlign w:val="center"/>
          </w:tcPr>
          <w:p w14:paraId="70803566" w14:textId="389B4C25" w:rsidR="0001194B" w:rsidRPr="001A2E38" w:rsidRDefault="0001194B" w:rsidP="005E1D6F">
            <w:pPr>
              <w:spacing w:after="160"/>
              <w:contextualSpacing/>
              <w:rPr>
                <w:rFonts w:ascii="Times New Roman" w:eastAsia="SimSun" w:hAnsi="Times New Roman" w:cs="Times New Roman"/>
                <w:color w:val="000000"/>
                <w:kern w:val="0"/>
                <w:sz w:val="20"/>
                <w:szCs w:val="20"/>
              </w:rPr>
            </w:pPr>
            <w:r w:rsidRPr="001A2E38">
              <w:rPr>
                <w:rFonts w:ascii="Times New Roman" w:eastAsia="SimSun" w:hAnsi="Times New Roman" w:cs="Times New Roman"/>
                <w:color w:val="000000"/>
                <w:kern w:val="0"/>
                <w:sz w:val="20"/>
                <w:szCs w:val="20"/>
              </w:rPr>
              <w:t>Family history of disease (%)</w:t>
            </w:r>
          </w:p>
        </w:tc>
        <w:tc>
          <w:tcPr>
            <w:tcW w:w="932" w:type="pct"/>
            <w:tcBorders>
              <w:top w:val="nil"/>
              <w:left w:val="nil"/>
              <w:bottom w:val="single" w:sz="4" w:space="0" w:color="auto"/>
              <w:right w:val="nil"/>
            </w:tcBorders>
            <w:vAlign w:val="center"/>
          </w:tcPr>
          <w:p w14:paraId="018D780E" w14:textId="2EB4DF6F" w:rsidR="0001194B" w:rsidRPr="001A2E38" w:rsidRDefault="0001194B" w:rsidP="005E1D6F">
            <w:pPr>
              <w:spacing w:after="160"/>
              <w:contextualSpacing/>
              <w:jc w:val="center"/>
              <w:rPr>
                <w:rFonts w:ascii="Times New Roman" w:eastAsia="SimSun" w:hAnsi="Times New Roman" w:cs="Times New Roman"/>
                <w:color w:val="000000"/>
                <w:kern w:val="0"/>
                <w:sz w:val="20"/>
                <w:szCs w:val="20"/>
              </w:rPr>
            </w:pPr>
            <w:r w:rsidRPr="001A2E38">
              <w:rPr>
                <w:rFonts w:ascii="Times New Roman" w:eastAsia="Arial" w:hAnsi="Times New Roman" w:cs="Times New Roman"/>
                <w:color w:val="000000"/>
                <w:sz w:val="20"/>
                <w:szCs w:val="20"/>
              </w:rPr>
              <w:t>482</w:t>
            </w:r>
          </w:p>
        </w:tc>
        <w:tc>
          <w:tcPr>
            <w:tcW w:w="1755" w:type="pct"/>
            <w:tcBorders>
              <w:top w:val="nil"/>
              <w:left w:val="nil"/>
              <w:bottom w:val="single" w:sz="4" w:space="0" w:color="auto"/>
              <w:right w:val="nil"/>
            </w:tcBorders>
            <w:vAlign w:val="center"/>
          </w:tcPr>
          <w:p w14:paraId="51705143" w14:textId="6A8103CF" w:rsidR="0001194B" w:rsidRPr="001A2E38" w:rsidRDefault="0001194B" w:rsidP="005E1D6F">
            <w:pPr>
              <w:spacing w:after="160"/>
              <w:contextualSpacing/>
              <w:jc w:val="center"/>
              <w:rPr>
                <w:rFonts w:ascii="Times New Roman" w:eastAsia="SimSun" w:hAnsi="Times New Roman" w:cs="Times New Roman"/>
                <w:color w:val="000000"/>
                <w:kern w:val="0"/>
                <w:sz w:val="20"/>
                <w:szCs w:val="20"/>
              </w:rPr>
            </w:pPr>
            <w:r w:rsidRPr="001A2E38">
              <w:rPr>
                <w:rFonts w:ascii="Times New Roman" w:eastAsia="Arial" w:hAnsi="Times New Roman" w:cs="Times New Roman"/>
                <w:color w:val="000000"/>
                <w:sz w:val="20"/>
                <w:szCs w:val="20"/>
              </w:rPr>
              <w:t>0.41</w:t>
            </w:r>
          </w:p>
        </w:tc>
      </w:tr>
    </w:tbl>
    <w:p w14:paraId="6EF8DFC6" w14:textId="77777777" w:rsidR="00FF37AF" w:rsidRPr="001A2E38" w:rsidRDefault="00FF37AF" w:rsidP="005E1D6F">
      <w:pPr>
        <w:spacing w:line="240" w:lineRule="auto"/>
        <w:contextualSpacing/>
        <w:rPr>
          <w:rFonts w:ascii="Times New Roman" w:hAnsi="Times New Roman" w:cs="Times New Roman"/>
          <w:b/>
          <w:bCs/>
          <w:sz w:val="20"/>
          <w:szCs w:val="20"/>
        </w:rPr>
        <w:sectPr w:rsidR="00FF37AF" w:rsidRPr="001A2E38" w:rsidSect="007E2CD3">
          <w:pgSz w:w="11906" w:h="16838"/>
          <w:pgMar w:top="1440" w:right="1800" w:bottom="1440" w:left="1800" w:header="851" w:footer="992" w:gutter="0"/>
          <w:cols w:space="425"/>
          <w:docGrid w:type="lines" w:linePitch="312"/>
        </w:sectPr>
      </w:pPr>
    </w:p>
    <w:p w14:paraId="3145C705" w14:textId="11EA3E3A" w:rsidR="00D403B7" w:rsidRPr="001A2E38" w:rsidRDefault="00D403B7" w:rsidP="0065294A">
      <w:pPr>
        <w:pStyle w:val="a"/>
      </w:pPr>
      <w:bookmarkStart w:id="5" w:name="_Toc232530167"/>
      <w:bookmarkStart w:id="6" w:name="_Toc236834793"/>
      <w:r w:rsidRPr="001A2E38">
        <w:lastRenderedPageBreak/>
        <w:t>Table S</w:t>
      </w:r>
      <w:r w:rsidR="00116169" w:rsidRPr="001A2E38">
        <w:t>3</w:t>
      </w:r>
      <w:r w:rsidRPr="001A2E38">
        <w:t>. Description of covariates used in the present study.</w:t>
      </w:r>
      <w:bookmarkEnd w:id="5"/>
      <w:bookmarkEnd w:id="6"/>
    </w:p>
    <w:tbl>
      <w:tblPr>
        <w:tblStyle w:val="TableGrid"/>
        <w:tblW w:w="5000" w:type="pct"/>
        <w:tblLayout w:type="fixed"/>
        <w:tblLook w:val="04A0" w:firstRow="1" w:lastRow="0" w:firstColumn="1" w:lastColumn="0" w:noHBand="0" w:noVBand="1"/>
      </w:tblPr>
      <w:tblGrid>
        <w:gridCol w:w="3861"/>
        <w:gridCol w:w="8169"/>
        <w:gridCol w:w="3358"/>
      </w:tblGrid>
      <w:tr w:rsidR="00892E0F" w:rsidRPr="001A2E38" w14:paraId="76756D02" w14:textId="77777777" w:rsidTr="00322E8A">
        <w:tc>
          <w:tcPr>
            <w:tcW w:w="3861" w:type="dxa"/>
            <w:tcBorders>
              <w:top w:val="single" w:sz="4" w:space="0" w:color="auto"/>
              <w:left w:val="single" w:sz="4" w:space="0" w:color="auto"/>
              <w:bottom w:val="single" w:sz="4" w:space="0" w:color="auto"/>
              <w:right w:val="single" w:sz="4" w:space="0" w:color="auto"/>
            </w:tcBorders>
            <w:vAlign w:val="center"/>
            <w:hideMark/>
          </w:tcPr>
          <w:p w14:paraId="0D505F9B" w14:textId="77777777" w:rsidR="00892E0F" w:rsidRPr="001A2E38" w:rsidRDefault="00892E0F" w:rsidP="005E1D6F">
            <w:pPr>
              <w:contextualSpacing/>
              <w:jc w:val="center"/>
              <w:rPr>
                <w:rFonts w:ascii="Times New Roman" w:hAnsi="Times New Roman" w:cs="Times New Roman"/>
                <w:sz w:val="20"/>
                <w:szCs w:val="20"/>
              </w:rPr>
            </w:pPr>
            <w:r w:rsidRPr="001A2E38">
              <w:rPr>
                <w:rFonts w:ascii="Times New Roman" w:eastAsia="Times New Roman" w:hAnsi="Times New Roman" w:cs="Times New Roman"/>
                <w:b/>
                <w:bCs/>
                <w:sz w:val="20"/>
                <w:szCs w:val="20"/>
              </w:rPr>
              <w:t>Measure</w:t>
            </w:r>
          </w:p>
        </w:tc>
        <w:tc>
          <w:tcPr>
            <w:tcW w:w="8169" w:type="dxa"/>
            <w:tcBorders>
              <w:top w:val="single" w:sz="4" w:space="0" w:color="auto"/>
              <w:left w:val="single" w:sz="4" w:space="0" w:color="auto"/>
              <w:bottom w:val="single" w:sz="4" w:space="0" w:color="auto"/>
              <w:right w:val="single" w:sz="4" w:space="0" w:color="auto"/>
            </w:tcBorders>
            <w:vAlign w:val="center"/>
            <w:hideMark/>
          </w:tcPr>
          <w:p w14:paraId="5F708311" w14:textId="77777777" w:rsidR="00892E0F" w:rsidRPr="001A2E38" w:rsidRDefault="00892E0F" w:rsidP="005E1D6F">
            <w:pPr>
              <w:contextualSpacing/>
              <w:jc w:val="center"/>
              <w:rPr>
                <w:rFonts w:ascii="Times New Roman" w:hAnsi="Times New Roman" w:cs="Times New Roman"/>
                <w:sz w:val="20"/>
                <w:szCs w:val="20"/>
              </w:rPr>
            </w:pPr>
            <w:r w:rsidRPr="001A2E38">
              <w:rPr>
                <w:rFonts w:ascii="Times New Roman" w:eastAsia="Times New Roman" w:hAnsi="Times New Roman" w:cs="Times New Roman"/>
                <w:b/>
                <w:bCs/>
                <w:sz w:val="20"/>
                <w:szCs w:val="20"/>
              </w:rPr>
              <w:t>Description</w:t>
            </w:r>
          </w:p>
        </w:tc>
        <w:tc>
          <w:tcPr>
            <w:tcW w:w="3358" w:type="dxa"/>
            <w:tcBorders>
              <w:top w:val="single" w:sz="4" w:space="0" w:color="auto"/>
              <w:left w:val="single" w:sz="4" w:space="0" w:color="auto"/>
              <w:bottom w:val="single" w:sz="4" w:space="0" w:color="auto"/>
              <w:right w:val="single" w:sz="4" w:space="0" w:color="auto"/>
            </w:tcBorders>
            <w:vAlign w:val="center"/>
            <w:hideMark/>
          </w:tcPr>
          <w:p w14:paraId="7A610122" w14:textId="77777777" w:rsidR="00892E0F" w:rsidRPr="001A2E38" w:rsidRDefault="00892E0F" w:rsidP="005E1D6F">
            <w:pPr>
              <w:contextualSpacing/>
              <w:jc w:val="center"/>
              <w:rPr>
                <w:rFonts w:ascii="Times New Roman" w:hAnsi="Times New Roman" w:cs="Times New Roman"/>
                <w:sz w:val="20"/>
                <w:szCs w:val="20"/>
              </w:rPr>
            </w:pPr>
            <w:r w:rsidRPr="001A2E38">
              <w:rPr>
                <w:rFonts w:ascii="Times New Roman" w:eastAsia="Times New Roman" w:hAnsi="Times New Roman" w:cs="Times New Roman"/>
                <w:b/>
                <w:bCs/>
                <w:sz w:val="20"/>
                <w:szCs w:val="20"/>
              </w:rPr>
              <w:t>Field ID</w:t>
            </w:r>
          </w:p>
        </w:tc>
      </w:tr>
      <w:tr w:rsidR="00892E0F" w:rsidRPr="001A2E38" w14:paraId="5F383BA7" w14:textId="77777777" w:rsidTr="00322E8A">
        <w:tc>
          <w:tcPr>
            <w:tcW w:w="3861" w:type="dxa"/>
            <w:tcBorders>
              <w:top w:val="single" w:sz="4" w:space="0" w:color="auto"/>
              <w:left w:val="single" w:sz="4" w:space="0" w:color="auto"/>
              <w:bottom w:val="single" w:sz="4" w:space="0" w:color="auto"/>
              <w:right w:val="single" w:sz="4" w:space="0" w:color="auto"/>
            </w:tcBorders>
            <w:vAlign w:val="center"/>
            <w:hideMark/>
          </w:tcPr>
          <w:p w14:paraId="11E3E914" w14:textId="77777777" w:rsidR="00892E0F" w:rsidRPr="001A2E38" w:rsidRDefault="00892E0F" w:rsidP="005E1D6F">
            <w:pPr>
              <w:contextualSpacing/>
              <w:rPr>
                <w:rFonts w:ascii="Times New Roman" w:hAnsi="Times New Roman" w:cs="Times New Roman"/>
                <w:b/>
                <w:bCs/>
                <w:sz w:val="20"/>
                <w:szCs w:val="20"/>
              </w:rPr>
            </w:pPr>
            <w:r w:rsidRPr="001A2E38">
              <w:rPr>
                <w:rFonts w:ascii="Times New Roman" w:eastAsia="Times New Roman" w:hAnsi="Times New Roman" w:cs="Times New Roman"/>
                <w:b/>
                <w:bCs/>
                <w:sz w:val="20"/>
                <w:szCs w:val="20"/>
              </w:rPr>
              <w:t>Demographic variables</w:t>
            </w:r>
          </w:p>
        </w:tc>
        <w:tc>
          <w:tcPr>
            <w:tcW w:w="8169" w:type="dxa"/>
            <w:tcBorders>
              <w:top w:val="single" w:sz="4" w:space="0" w:color="auto"/>
              <w:left w:val="single" w:sz="4" w:space="0" w:color="auto"/>
              <w:bottom w:val="single" w:sz="4" w:space="0" w:color="auto"/>
              <w:right w:val="single" w:sz="4" w:space="0" w:color="auto"/>
            </w:tcBorders>
            <w:vAlign w:val="center"/>
          </w:tcPr>
          <w:p w14:paraId="6F7167C6" w14:textId="77777777" w:rsidR="00892E0F" w:rsidRPr="001A2E38" w:rsidRDefault="00892E0F" w:rsidP="005E1D6F">
            <w:pPr>
              <w:contextualSpacing/>
              <w:jc w:val="center"/>
              <w:rPr>
                <w:rFonts w:ascii="Times New Roman" w:eastAsia="Times New Roman" w:hAnsi="Times New Roman" w:cs="Times New Roman"/>
                <w:b/>
                <w:bCs/>
                <w:sz w:val="20"/>
                <w:szCs w:val="20"/>
              </w:rPr>
            </w:pPr>
          </w:p>
        </w:tc>
        <w:tc>
          <w:tcPr>
            <w:tcW w:w="3358" w:type="dxa"/>
            <w:tcBorders>
              <w:top w:val="single" w:sz="4" w:space="0" w:color="auto"/>
              <w:left w:val="single" w:sz="4" w:space="0" w:color="auto"/>
              <w:bottom w:val="single" w:sz="4" w:space="0" w:color="auto"/>
              <w:right w:val="single" w:sz="4" w:space="0" w:color="auto"/>
            </w:tcBorders>
            <w:vAlign w:val="center"/>
          </w:tcPr>
          <w:p w14:paraId="6CA70A04" w14:textId="77777777" w:rsidR="00892E0F" w:rsidRPr="001A2E38" w:rsidRDefault="00892E0F" w:rsidP="005E1D6F">
            <w:pPr>
              <w:contextualSpacing/>
              <w:jc w:val="center"/>
              <w:rPr>
                <w:rFonts w:ascii="Times New Roman" w:eastAsia="Times New Roman" w:hAnsi="Times New Roman" w:cs="Times New Roman"/>
                <w:b/>
                <w:bCs/>
                <w:sz w:val="20"/>
                <w:szCs w:val="20"/>
              </w:rPr>
            </w:pPr>
          </w:p>
        </w:tc>
      </w:tr>
      <w:tr w:rsidR="00892E0F" w:rsidRPr="001A2E38" w14:paraId="0989EB0F" w14:textId="77777777" w:rsidTr="00322E8A">
        <w:tc>
          <w:tcPr>
            <w:tcW w:w="3861" w:type="dxa"/>
            <w:tcBorders>
              <w:top w:val="single" w:sz="4" w:space="0" w:color="auto"/>
              <w:left w:val="single" w:sz="4" w:space="0" w:color="auto"/>
              <w:bottom w:val="single" w:sz="4" w:space="0" w:color="auto"/>
              <w:right w:val="single" w:sz="4" w:space="0" w:color="auto"/>
            </w:tcBorders>
            <w:vAlign w:val="center"/>
            <w:hideMark/>
          </w:tcPr>
          <w:p w14:paraId="0B556DC8" w14:textId="77777777" w:rsidR="00892E0F" w:rsidRPr="001A2E38" w:rsidRDefault="00892E0F" w:rsidP="005E1D6F">
            <w:pPr>
              <w:contextualSpacing/>
              <w:rPr>
                <w:rFonts w:ascii="Times New Roman" w:hAnsi="Times New Roman" w:cs="Times New Roman"/>
                <w:sz w:val="20"/>
                <w:szCs w:val="20"/>
              </w:rPr>
            </w:pPr>
            <w:r w:rsidRPr="001A2E38">
              <w:rPr>
                <w:rFonts w:ascii="Times New Roman" w:eastAsia="Times New Roman" w:hAnsi="Times New Roman" w:cs="Times New Roman"/>
                <w:sz w:val="20"/>
                <w:szCs w:val="20"/>
              </w:rPr>
              <w:t>Sex</w:t>
            </w:r>
          </w:p>
        </w:tc>
        <w:tc>
          <w:tcPr>
            <w:tcW w:w="8169" w:type="dxa"/>
            <w:tcBorders>
              <w:top w:val="single" w:sz="4" w:space="0" w:color="auto"/>
              <w:left w:val="single" w:sz="4" w:space="0" w:color="auto"/>
              <w:bottom w:val="single" w:sz="4" w:space="0" w:color="auto"/>
              <w:right w:val="single" w:sz="4" w:space="0" w:color="auto"/>
            </w:tcBorders>
            <w:vAlign w:val="center"/>
            <w:hideMark/>
          </w:tcPr>
          <w:p w14:paraId="67614BA6" w14:textId="77777777" w:rsidR="00892E0F" w:rsidRPr="001A2E38" w:rsidRDefault="00892E0F" w:rsidP="005E1D6F">
            <w:pPr>
              <w:contextualSpacing/>
              <w:rPr>
                <w:rFonts w:ascii="Times New Roman" w:hAnsi="Times New Roman" w:cs="Times New Roman"/>
                <w:sz w:val="20"/>
                <w:szCs w:val="20"/>
              </w:rPr>
            </w:pPr>
            <w:r w:rsidRPr="001A2E38">
              <w:rPr>
                <w:rFonts w:ascii="Times New Roman" w:eastAsia="Times New Roman" w:hAnsi="Times New Roman" w:cs="Times New Roman"/>
                <w:sz w:val="20"/>
                <w:szCs w:val="20"/>
              </w:rPr>
              <w:t>Sex was obtained from UK Biobank Field 31, which records participants as female or male based on central registry information at recruitment. In the present study, sex was included as a binary covariate: female and male.</w:t>
            </w:r>
          </w:p>
        </w:tc>
        <w:tc>
          <w:tcPr>
            <w:tcW w:w="3358" w:type="dxa"/>
            <w:tcBorders>
              <w:top w:val="single" w:sz="4" w:space="0" w:color="auto"/>
              <w:left w:val="single" w:sz="4" w:space="0" w:color="auto"/>
              <w:bottom w:val="single" w:sz="4" w:space="0" w:color="auto"/>
              <w:right w:val="single" w:sz="4" w:space="0" w:color="auto"/>
            </w:tcBorders>
            <w:vAlign w:val="center"/>
            <w:hideMark/>
          </w:tcPr>
          <w:p w14:paraId="1AA00FC6" w14:textId="77777777" w:rsidR="00892E0F" w:rsidRPr="001A2E38" w:rsidRDefault="00892E0F" w:rsidP="005E1D6F">
            <w:pPr>
              <w:contextualSpacing/>
              <w:jc w:val="center"/>
              <w:rPr>
                <w:rFonts w:ascii="Times New Roman" w:hAnsi="Times New Roman" w:cs="Times New Roman"/>
                <w:sz w:val="20"/>
                <w:szCs w:val="20"/>
              </w:rPr>
            </w:pPr>
            <w:r w:rsidRPr="001A2E38">
              <w:rPr>
                <w:rFonts w:ascii="Times New Roman" w:eastAsia="Times New Roman" w:hAnsi="Times New Roman" w:cs="Times New Roman"/>
                <w:sz w:val="20"/>
                <w:szCs w:val="20"/>
              </w:rPr>
              <w:t>31</w:t>
            </w:r>
          </w:p>
        </w:tc>
      </w:tr>
      <w:tr w:rsidR="00892E0F" w:rsidRPr="001A2E38" w14:paraId="2335B601" w14:textId="77777777" w:rsidTr="00322E8A">
        <w:tc>
          <w:tcPr>
            <w:tcW w:w="3861" w:type="dxa"/>
            <w:tcBorders>
              <w:top w:val="single" w:sz="4" w:space="0" w:color="auto"/>
              <w:left w:val="single" w:sz="4" w:space="0" w:color="auto"/>
              <w:bottom w:val="single" w:sz="4" w:space="0" w:color="auto"/>
              <w:right w:val="single" w:sz="4" w:space="0" w:color="auto"/>
            </w:tcBorders>
            <w:vAlign w:val="center"/>
            <w:hideMark/>
          </w:tcPr>
          <w:p w14:paraId="0B0B66E9" w14:textId="77777777" w:rsidR="00892E0F" w:rsidRPr="001A2E38" w:rsidRDefault="00892E0F" w:rsidP="005E1D6F">
            <w:pPr>
              <w:contextualSpacing/>
              <w:rPr>
                <w:rFonts w:ascii="Times New Roman" w:eastAsia="Times New Roman" w:hAnsi="Times New Roman" w:cs="Times New Roman"/>
                <w:sz w:val="20"/>
                <w:szCs w:val="20"/>
              </w:rPr>
            </w:pPr>
            <w:r w:rsidRPr="001A2E38">
              <w:rPr>
                <w:rFonts w:ascii="Times New Roman" w:eastAsia="Times New Roman" w:hAnsi="Times New Roman" w:cs="Times New Roman"/>
                <w:sz w:val="20"/>
                <w:szCs w:val="20"/>
              </w:rPr>
              <w:t>Age</w:t>
            </w:r>
          </w:p>
        </w:tc>
        <w:tc>
          <w:tcPr>
            <w:tcW w:w="8169" w:type="dxa"/>
            <w:tcBorders>
              <w:top w:val="single" w:sz="4" w:space="0" w:color="auto"/>
              <w:left w:val="single" w:sz="4" w:space="0" w:color="auto"/>
              <w:bottom w:val="single" w:sz="4" w:space="0" w:color="auto"/>
              <w:right w:val="single" w:sz="4" w:space="0" w:color="auto"/>
            </w:tcBorders>
            <w:vAlign w:val="center"/>
            <w:hideMark/>
          </w:tcPr>
          <w:p w14:paraId="4F779E8F" w14:textId="77777777" w:rsidR="00892E0F" w:rsidRPr="001A2E38" w:rsidRDefault="00892E0F" w:rsidP="005E1D6F">
            <w:pPr>
              <w:contextualSpacing/>
              <w:rPr>
                <w:rFonts w:ascii="Times New Roman" w:eastAsia="Times New Roman" w:hAnsi="Times New Roman" w:cs="Times New Roman"/>
                <w:sz w:val="20"/>
                <w:szCs w:val="20"/>
              </w:rPr>
            </w:pPr>
            <w:r w:rsidRPr="001A2E38">
              <w:rPr>
                <w:rFonts w:ascii="Times New Roman" w:eastAsia="Times New Roman" w:hAnsi="Times New Roman" w:cs="Times New Roman"/>
                <w:sz w:val="20"/>
                <w:szCs w:val="20"/>
              </w:rPr>
              <w:t>Age was obtained from UK Biobank Field 21022, recorded as age at recruitment in years. In the present study, age was included as a continuous covariate in years.</w:t>
            </w:r>
          </w:p>
        </w:tc>
        <w:tc>
          <w:tcPr>
            <w:tcW w:w="3358" w:type="dxa"/>
            <w:tcBorders>
              <w:top w:val="single" w:sz="4" w:space="0" w:color="auto"/>
              <w:left w:val="single" w:sz="4" w:space="0" w:color="auto"/>
              <w:bottom w:val="single" w:sz="4" w:space="0" w:color="auto"/>
              <w:right w:val="single" w:sz="4" w:space="0" w:color="auto"/>
            </w:tcBorders>
            <w:vAlign w:val="center"/>
            <w:hideMark/>
          </w:tcPr>
          <w:p w14:paraId="3B0AAA58" w14:textId="77777777" w:rsidR="00892E0F" w:rsidRPr="001A2E38" w:rsidRDefault="00892E0F" w:rsidP="005E1D6F">
            <w:pPr>
              <w:contextualSpacing/>
              <w:jc w:val="center"/>
              <w:rPr>
                <w:rFonts w:ascii="Times New Roman" w:hAnsi="Times New Roman" w:cs="Times New Roman"/>
                <w:sz w:val="20"/>
                <w:szCs w:val="20"/>
              </w:rPr>
            </w:pPr>
            <w:r w:rsidRPr="001A2E38">
              <w:rPr>
                <w:rFonts w:ascii="Times New Roman" w:eastAsia="Times New Roman" w:hAnsi="Times New Roman" w:cs="Times New Roman"/>
                <w:sz w:val="20"/>
                <w:szCs w:val="20"/>
              </w:rPr>
              <w:t>21022</w:t>
            </w:r>
          </w:p>
        </w:tc>
      </w:tr>
      <w:tr w:rsidR="00892E0F" w:rsidRPr="001A2E38" w14:paraId="44CB2B64" w14:textId="77777777" w:rsidTr="00322E8A">
        <w:tc>
          <w:tcPr>
            <w:tcW w:w="3861" w:type="dxa"/>
            <w:tcBorders>
              <w:top w:val="single" w:sz="4" w:space="0" w:color="auto"/>
              <w:left w:val="single" w:sz="4" w:space="0" w:color="auto"/>
              <w:bottom w:val="single" w:sz="4" w:space="0" w:color="auto"/>
              <w:right w:val="single" w:sz="4" w:space="0" w:color="auto"/>
            </w:tcBorders>
            <w:vAlign w:val="center"/>
            <w:hideMark/>
          </w:tcPr>
          <w:p w14:paraId="5E941B81" w14:textId="77777777" w:rsidR="00892E0F" w:rsidRPr="001A2E38" w:rsidRDefault="00892E0F" w:rsidP="005E1D6F">
            <w:pPr>
              <w:contextualSpacing/>
              <w:rPr>
                <w:rFonts w:ascii="Times New Roman" w:hAnsi="Times New Roman" w:cs="Times New Roman"/>
                <w:sz w:val="20"/>
                <w:szCs w:val="20"/>
              </w:rPr>
            </w:pPr>
            <w:r w:rsidRPr="001A2E38">
              <w:rPr>
                <w:rFonts w:ascii="Times New Roman" w:eastAsia="Times New Roman" w:hAnsi="Times New Roman" w:cs="Times New Roman"/>
                <w:sz w:val="20"/>
                <w:szCs w:val="20"/>
              </w:rPr>
              <w:t>Ethnicity</w:t>
            </w:r>
          </w:p>
        </w:tc>
        <w:tc>
          <w:tcPr>
            <w:tcW w:w="8169" w:type="dxa"/>
            <w:tcBorders>
              <w:top w:val="single" w:sz="4" w:space="0" w:color="auto"/>
              <w:left w:val="single" w:sz="4" w:space="0" w:color="auto"/>
              <w:bottom w:val="single" w:sz="4" w:space="0" w:color="auto"/>
              <w:right w:val="single" w:sz="4" w:space="0" w:color="auto"/>
            </w:tcBorders>
            <w:vAlign w:val="center"/>
            <w:hideMark/>
          </w:tcPr>
          <w:p w14:paraId="72F00737" w14:textId="77777777" w:rsidR="00892E0F" w:rsidRPr="001A2E38" w:rsidRDefault="00892E0F" w:rsidP="005E1D6F">
            <w:pPr>
              <w:contextualSpacing/>
              <w:rPr>
                <w:rFonts w:ascii="Times New Roman" w:hAnsi="Times New Roman" w:cs="Times New Roman"/>
                <w:sz w:val="20"/>
                <w:szCs w:val="20"/>
              </w:rPr>
            </w:pPr>
            <w:r w:rsidRPr="001A2E38">
              <w:rPr>
                <w:rFonts w:ascii="Times New Roman" w:eastAsia="Times New Roman" w:hAnsi="Times New Roman" w:cs="Times New Roman"/>
                <w:sz w:val="20"/>
                <w:szCs w:val="20"/>
              </w:rPr>
              <w:t>Ethnic background was obtained from the UK Biobank touchscreen questionnaire. The original categories included White (British, Irish, and any other White background), Mixed (White and Black Caribbean, White and Black African, White and Asian, and any other mixed background), Asian or Asian British (Indian, Pakistani, Bangladeshi, and any other Asian background), Black or Black British (Caribbean, African, and any other Black background), Chinese, other ethnic group, do not know, and prefer not to answer. Responses of "Do not know" and "Prefer not to answer" were treated as missing. In the present study, ethnicity was recoded as White (British, Irish, and any other White background) and non-White (Mixed, Asian or Asian British, Black or Black British, Chinese, and other ethnic group).</w:t>
            </w:r>
          </w:p>
        </w:tc>
        <w:tc>
          <w:tcPr>
            <w:tcW w:w="3358" w:type="dxa"/>
            <w:tcBorders>
              <w:top w:val="single" w:sz="4" w:space="0" w:color="auto"/>
              <w:left w:val="single" w:sz="4" w:space="0" w:color="auto"/>
              <w:bottom w:val="single" w:sz="4" w:space="0" w:color="auto"/>
              <w:right w:val="single" w:sz="4" w:space="0" w:color="auto"/>
            </w:tcBorders>
            <w:vAlign w:val="center"/>
            <w:hideMark/>
          </w:tcPr>
          <w:p w14:paraId="7D51C3A2" w14:textId="77777777" w:rsidR="00892E0F" w:rsidRPr="001A2E38" w:rsidRDefault="00892E0F" w:rsidP="005E1D6F">
            <w:pPr>
              <w:contextualSpacing/>
              <w:jc w:val="center"/>
              <w:rPr>
                <w:rFonts w:ascii="Times New Roman" w:hAnsi="Times New Roman" w:cs="Times New Roman"/>
                <w:sz w:val="20"/>
                <w:szCs w:val="20"/>
              </w:rPr>
            </w:pPr>
            <w:r w:rsidRPr="001A2E38">
              <w:rPr>
                <w:rFonts w:ascii="Times New Roman" w:eastAsia="Times New Roman" w:hAnsi="Times New Roman" w:cs="Times New Roman"/>
                <w:sz w:val="20"/>
                <w:szCs w:val="20"/>
              </w:rPr>
              <w:t>21000</w:t>
            </w:r>
          </w:p>
        </w:tc>
      </w:tr>
      <w:tr w:rsidR="00892E0F" w:rsidRPr="001A2E38" w14:paraId="3B218A03" w14:textId="77777777" w:rsidTr="00322E8A">
        <w:tc>
          <w:tcPr>
            <w:tcW w:w="3861" w:type="dxa"/>
            <w:tcBorders>
              <w:top w:val="single" w:sz="4" w:space="0" w:color="auto"/>
              <w:left w:val="single" w:sz="4" w:space="0" w:color="auto"/>
              <w:bottom w:val="single" w:sz="4" w:space="0" w:color="auto"/>
              <w:right w:val="single" w:sz="4" w:space="0" w:color="auto"/>
            </w:tcBorders>
            <w:vAlign w:val="center"/>
            <w:hideMark/>
          </w:tcPr>
          <w:p w14:paraId="414C79D0" w14:textId="77777777" w:rsidR="00892E0F" w:rsidRPr="001A2E38" w:rsidRDefault="00892E0F" w:rsidP="005E1D6F">
            <w:pPr>
              <w:contextualSpacing/>
              <w:rPr>
                <w:rFonts w:ascii="Times New Roman" w:eastAsia="DengXian" w:hAnsi="Times New Roman" w:cs="Times New Roman"/>
                <w:sz w:val="20"/>
                <w:szCs w:val="20"/>
              </w:rPr>
            </w:pPr>
            <w:r w:rsidRPr="001A2E38">
              <w:rPr>
                <w:rFonts w:ascii="Times New Roman" w:eastAsia="Times New Roman" w:hAnsi="Times New Roman" w:cs="Times New Roman"/>
                <w:sz w:val="20"/>
                <w:szCs w:val="20"/>
              </w:rPr>
              <w:t>Socioeconomic variables</w:t>
            </w:r>
          </w:p>
        </w:tc>
        <w:tc>
          <w:tcPr>
            <w:tcW w:w="8169" w:type="dxa"/>
            <w:tcBorders>
              <w:top w:val="single" w:sz="4" w:space="0" w:color="auto"/>
              <w:left w:val="single" w:sz="4" w:space="0" w:color="auto"/>
              <w:bottom w:val="single" w:sz="4" w:space="0" w:color="auto"/>
              <w:right w:val="single" w:sz="4" w:space="0" w:color="auto"/>
            </w:tcBorders>
            <w:vAlign w:val="center"/>
          </w:tcPr>
          <w:p w14:paraId="2DE9FC47" w14:textId="77777777" w:rsidR="00892E0F" w:rsidRPr="001A2E38" w:rsidRDefault="00892E0F" w:rsidP="005E1D6F">
            <w:pPr>
              <w:contextualSpacing/>
              <w:rPr>
                <w:rFonts w:ascii="Times New Roman" w:eastAsia="Times New Roman" w:hAnsi="Times New Roman" w:cs="Times New Roman"/>
                <w:sz w:val="20"/>
                <w:szCs w:val="20"/>
              </w:rPr>
            </w:pPr>
          </w:p>
        </w:tc>
        <w:tc>
          <w:tcPr>
            <w:tcW w:w="3358" w:type="dxa"/>
            <w:tcBorders>
              <w:top w:val="single" w:sz="4" w:space="0" w:color="auto"/>
              <w:left w:val="single" w:sz="4" w:space="0" w:color="auto"/>
              <w:bottom w:val="single" w:sz="4" w:space="0" w:color="auto"/>
              <w:right w:val="single" w:sz="4" w:space="0" w:color="auto"/>
            </w:tcBorders>
            <w:vAlign w:val="center"/>
          </w:tcPr>
          <w:p w14:paraId="047FEFDC" w14:textId="77777777" w:rsidR="00892E0F" w:rsidRPr="001A2E38" w:rsidRDefault="00892E0F" w:rsidP="005E1D6F">
            <w:pPr>
              <w:contextualSpacing/>
              <w:jc w:val="center"/>
              <w:rPr>
                <w:rFonts w:ascii="Times New Roman" w:eastAsia="Times New Roman" w:hAnsi="Times New Roman" w:cs="Times New Roman"/>
                <w:sz w:val="20"/>
                <w:szCs w:val="20"/>
              </w:rPr>
            </w:pPr>
          </w:p>
        </w:tc>
      </w:tr>
      <w:tr w:rsidR="00892E0F" w:rsidRPr="001A2E38" w14:paraId="73A9F02A" w14:textId="77777777" w:rsidTr="00322E8A">
        <w:tc>
          <w:tcPr>
            <w:tcW w:w="3861" w:type="dxa"/>
            <w:tcBorders>
              <w:top w:val="single" w:sz="4" w:space="0" w:color="auto"/>
              <w:left w:val="single" w:sz="4" w:space="0" w:color="auto"/>
              <w:bottom w:val="single" w:sz="4" w:space="0" w:color="auto"/>
              <w:right w:val="single" w:sz="4" w:space="0" w:color="auto"/>
            </w:tcBorders>
            <w:vAlign w:val="center"/>
            <w:hideMark/>
          </w:tcPr>
          <w:p w14:paraId="10B86CAF" w14:textId="77777777" w:rsidR="00892E0F" w:rsidRPr="001A2E38" w:rsidRDefault="00892E0F" w:rsidP="005E1D6F">
            <w:pPr>
              <w:contextualSpacing/>
              <w:rPr>
                <w:rFonts w:ascii="Times New Roman" w:hAnsi="Times New Roman" w:cs="Times New Roman"/>
                <w:sz w:val="20"/>
                <w:szCs w:val="20"/>
              </w:rPr>
            </w:pPr>
            <w:r w:rsidRPr="001A2E38">
              <w:rPr>
                <w:rFonts w:ascii="Times New Roman" w:eastAsia="Times New Roman" w:hAnsi="Times New Roman" w:cs="Times New Roman"/>
                <w:sz w:val="20"/>
                <w:szCs w:val="20"/>
              </w:rPr>
              <w:t>Education</w:t>
            </w:r>
          </w:p>
        </w:tc>
        <w:tc>
          <w:tcPr>
            <w:tcW w:w="8169" w:type="dxa"/>
            <w:tcBorders>
              <w:top w:val="single" w:sz="4" w:space="0" w:color="auto"/>
              <w:left w:val="single" w:sz="4" w:space="0" w:color="auto"/>
              <w:bottom w:val="single" w:sz="4" w:space="0" w:color="auto"/>
              <w:right w:val="single" w:sz="4" w:space="0" w:color="auto"/>
            </w:tcBorders>
            <w:vAlign w:val="center"/>
            <w:hideMark/>
          </w:tcPr>
          <w:p w14:paraId="0E2E3604" w14:textId="77777777" w:rsidR="00892E0F" w:rsidRPr="001A2E38" w:rsidRDefault="00892E0F" w:rsidP="005E1D6F">
            <w:pPr>
              <w:contextualSpacing/>
              <w:rPr>
                <w:rFonts w:ascii="Times New Roman" w:hAnsi="Times New Roman" w:cs="Times New Roman"/>
                <w:sz w:val="20"/>
                <w:szCs w:val="20"/>
              </w:rPr>
            </w:pPr>
            <w:r w:rsidRPr="001A2E38">
              <w:rPr>
                <w:rFonts w:ascii="Times New Roman" w:eastAsia="Times New Roman" w:hAnsi="Times New Roman" w:cs="Times New Roman"/>
                <w:sz w:val="20"/>
                <w:szCs w:val="20"/>
              </w:rPr>
              <w:t>Educational attainment was assessed by the UK Biobank touchscreen question "Which of the following qualifications do you have? (You can select more than one)". The original response options included college or university degree, A levels/AS levels or equivalent, O levels/GCSEs or equivalent, CSEs or equivalent, NVQ/HND/HNC or equivalent, other professional qualifications (e.g., nursing or teaching), none of the above, and prefer not to answer. "Prefer not to answer" was treated as missing. In the present study, education was recoded as university degree or higher (college or university degree) and lower than university degree (A levels/AS levels, O levels/GCSEs, CSEs, NVQ/HND/HNC, other professional qualifications, and none of the above).</w:t>
            </w:r>
          </w:p>
        </w:tc>
        <w:tc>
          <w:tcPr>
            <w:tcW w:w="3358" w:type="dxa"/>
            <w:tcBorders>
              <w:top w:val="single" w:sz="4" w:space="0" w:color="auto"/>
              <w:left w:val="single" w:sz="4" w:space="0" w:color="auto"/>
              <w:bottom w:val="single" w:sz="4" w:space="0" w:color="auto"/>
              <w:right w:val="single" w:sz="4" w:space="0" w:color="auto"/>
            </w:tcBorders>
            <w:vAlign w:val="center"/>
            <w:hideMark/>
          </w:tcPr>
          <w:p w14:paraId="1DDAF306" w14:textId="77777777" w:rsidR="00892E0F" w:rsidRPr="001A2E38" w:rsidRDefault="00892E0F" w:rsidP="005E1D6F">
            <w:pPr>
              <w:contextualSpacing/>
              <w:jc w:val="center"/>
              <w:rPr>
                <w:rFonts w:ascii="Times New Roman" w:hAnsi="Times New Roman" w:cs="Times New Roman"/>
                <w:sz w:val="20"/>
                <w:szCs w:val="20"/>
              </w:rPr>
            </w:pPr>
            <w:r w:rsidRPr="001A2E38">
              <w:rPr>
                <w:rFonts w:ascii="Times New Roman" w:eastAsia="Times New Roman" w:hAnsi="Times New Roman" w:cs="Times New Roman"/>
                <w:sz w:val="20"/>
                <w:szCs w:val="20"/>
              </w:rPr>
              <w:t>6138</w:t>
            </w:r>
          </w:p>
        </w:tc>
      </w:tr>
      <w:tr w:rsidR="00892E0F" w:rsidRPr="001A2E38" w14:paraId="5ABCDF20" w14:textId="77777777" w:rsidTr="00322E8A">
        <w:tc>
          <w:tcPr>
            <w:tcW w:w="3861" w:type="dxa"/>
            <w:tcBorders>
              <w:top w:val="single" w:sz="4" w:space="0" w:color="auto"/>
              <w:left w:val="single" w:sz="4" w:space="0" w:color="auto"/>
              <w:bottom w:val="single" w:sz="4" w:space="0" w:color="auto"/>
              <w:right w:val="single" w:sz="4" w:space="0" w:color="auto"/>
            </w:tcBorders>
            <w:vAlign w:val="center"/>
            <w:hideMark/>
          </w:tcPr>
          <w:p w14:paraId="596F63EE" w14:textId="77777777" w:rsidR="00892E0F" w:rsidRPr="001A2E38" w:rsidRDefault="00892E0F" w:rsidP="005E1D6F">
            <w:pPr>
              <w:contextualSpacing/>
              <w:rPr>
                <w:rFonts w:ascii="Times New Roman" w:eastAsia="DengXian" w:hAnsi="Times New Roman" w:cs="Times New Roman"/>
                <w:sz w:val="20"/>
                <w:szCs w:val="20"/>
              </w:rPr>
            </w:pPr>
            <w:r w:rsidRPr="001A2E38">
              <w:rPr>
                <w:rFonts w:ascii="Times New Roman" w:eastAsia="Times New Roman" w:hAnsi="Times New Roman" w:cs="Times New Roman"/>
                <w:sz w:val="20"/>
                <w:szCs w:val="20"/>
              </w:rPr>
              <w:t>Socioeconomic status</w:t>
            </w:r>
          </w:p>
        </w:tc>
        <w:tc>
          <w:tcPr>
            <w:tcW w:w="8169" w:type="dxa"/>
            <w:tcBorders>
              <w:top w:val="single" w:sz="4" w:space="0" w:color="auto"/>
              <w:left w:val="single" w:sz="4" w:space="0" w:color="auto"/>
              <w:bottom w:val="single" w:sz="4" w:space="0" w:color="auto"/>
              <w:right w:val="single" w:sz="4" w:space="0" w:color="auto"/>
            </w:tcBorders>
            <w:vAlign w:val="center"/>
            <w:hideMark/>
          </w:tcPr>
          <w:p w14:paraId="21599839" w14:textId="77777777" w:rsidR="00892E0F" w:rsidRPr="001A2E38" w:rsidRDefault="00892E0F" w:rsidP="005E1D6F">
            <w:pPr>
              <w:contextualSpacing/>
              <w:rPr>
                <w:rFonts w:ascii="Times New Roman" w:hAnsi="Times New Roman" w:cs="Times New Roman"/>
                <w:sz w:val="20"/>
                <w:szCs w:val="20"/>
              </w:rPr>
            </w:pPr>
            <w:r w:rsidRPr="001A2E38">
              <w:rPr>
                <w:rFonts w:ascii="Times New Roman" w:eastAsia="Times New Roman" w:hAnsi="Times New Roman" w:cs="Times New Roman"/>
                <w:sz w:val="20"/>
                <w:szCs w:val="20"/>
              </w:rPr>
              <w:t>Socioeconomic status was measured using the Townsend deprivation index at recruitment. This index is calculated based on the preceding national census output areas, and each participant is assigned a score corresponding to the output area in which their postcode is located. In the present study, the Townsend deprivation index was included as a continuous covariate; participants with missing values were treated as missing for complete-case analyses.</w:t>
            </w:r>
          </w:p>
        </w:tc>
        <w:tc>
          <w:tcPr>
            <w:tcW w:w="3358" w:type="dxa"/>
            <w:tcBorders>
              <w:top w:val="single" w:sz="4" w:space="0" w:color="auto"/>
              <w:left w:val="single" w:sz="4" w:space="0" w:color="auto"/>
              <w:bottom w:val="single" w:sz="4" w:space="0" w:color="auto"/>
              <w:right w:val="single" w:sz="4" w:space="0" w:color="auto"/>
            </w:tcBorders>
            <w:vAlign w:val="center"/>
            <w:hideMark/>
          </w:tcPr>
          <w:p w14:paraId="053198BB" w14:textId="77777777" w:rsidR="00892E0F" w:rsidRPr="001A2E38" w:rsidRDefault="00892E0F" w:rsidP="005E1D6F">
            <w:pPr>
              <w:contextualSpacing/>
              <w:jc w:val="center"/>
              <w:rPr>
                <w:rFonts w:ascii="Times New Roman" w:hAnsi="Times New Roman" w:cs="Times New Roman"/>
                <w:sz w:val="20"/>
                <w:szCs w:val="20"/>
              </w:rPr>
            </w:pPr>
            <w:r w:rsidRPr="001A2E38">
              <w:rPr>
                <w:rFonts w:ascii="Times New Roman" w:eastAsia="Times New Roman" w:hAnsi="Times New Roman" w:cs="Times New Roman"/>
                <w:sz w:val="20"/>
                <w:szCs w:val="20"/>
              </w:rPr>
              <w:t>22189</w:t>
            </w:r>
          </w:p>
        </w:tc>
      </w:tr>
      <w:tr w:rsidR="00892E0F" w:rsidRPr="001A2E38" w14:paraId="22095E63" w14:textId="77777777" w:rsidTr="00322E8A">
        <w:tc>
          <w:tcPr>
            <w:tcW w:w="3861" w:type="dxa"/>
            <w:tcBorders>
              <w:top w:val="single" w:sz="4" w:space="0" w:color="auto"/>
              <w:left w:val="single" w:sz="4" w:space="0" w:color="auto"/>
              <w:bottom w:val="single" w:sz="4" w:space="0" w:color="auto"/>
              <w:right w:val="single" w:sz="4" w:space="0" w:color="auto"/>
            </w:tcBorders>
            <w:vAlign w:val="center"/>
            <w:hideMark/>
          </w:tcPr>
          <w:p w14:paraId="1AC8BA60" w14:textId="77777777" w:rsidR="00892E0F" w:rsidRPr="001A2E38" w:rsidRDefault="00892E0F" w:rsidP="005E1D6F">
            <w:pPr>
              <w:contextualSpacing/>
              <w:rPr>
                <w:rFonts w:ascii="Times New Roman" w:eastAsia="Times New Roman" w:hAnsi="Times New Roman" w:cs="Times New Roman"/>
                <w:sz w:val="20"/>
                <w:szCs w:val="20"/>
              </w:rPr>
            </w:pPr>
            <w:r w:rsidRPr="001A2E38">
              <w:rPr>
                <w:rFonts w:ascii="Times New Roman" w:eastAsia="Times New Roman" w:hAnsi="Times New Roman" w:cs="Times New Roman"/>
                <w:sz w:val="20"/>
                <w:szCs w:val="20"/>
              </w:rPr>
              <w:lastRenderedPageBreak/>
              <w:t>Employment status</w:t>
            </w:r>
          </w:p>
        </w:tc>
        <w:tc>
          <w:tcPr>
            <w:tcW w:w="8169" w:type="dxa"/>
            <w:tcBorders>
              <w:top w:val="single" w:sz="4" w:space="0" w:color="auto"/>
              <w:left w:val="single" w:sz="4" w:space="0" w:color="auto"/>
              <w:bottom w:val="single" w:sz="4" w:space="0" w:color="auto"/>
              <w:right w:val="single" w:sz="4" w:space="0" w:color="auto"/>
            </w:tcBorders>
            <w:hideMark/>
          </w:tcPr>
          <w:p w14:paraId="21A2AFFF" w14:textId="77777777" w:rsidR="00892E0F" w:rsidRPr="001A2E38" w:rsidRDefault="00892E0F" w:rsidP="005E1D6F">
            <w:pPr>
              <w:contextualSpacing/>
              <w:rPr>
                <w:rFonts w:ascii="Times New Roman" w:eastAsia="Times New Roman" w:hAnsi="Times New Roman" w:cs="Times New Roman"/>
                <w:sz w:val="20"/>
                <w:szCs w:val="20"/>
              </w:rPr>
            </w:pPr>
            <w:r w:rsidRPr="001A2E38">
              <w:rPr>
                <w:rFonts w:ascii="Times New Roman" w:eastAsia="Times New Roman" w:hAnsi="Times New Roman" w:cs="Times New Roman"/>
                <w:sz w:val="20"/>
                <w:szCs w:val="20"/>
              </w:rPr>
              <w:t>Current employment status was assessed by the UK Biobank touchscreen question "Which of the following describes your current situation?". The original response options included in paid employment or self-employed, retired, looking after home and/or family, unable to work because of sickness or disability, unemployed, doing unpaid or voluntary work, full- or part-time student, none of the above, and prefer not to answer. "None of the above" and "Prefer not to answer" were treated as missing. In the present study, employment status was recoded as working (in paid employment or self-employed), retired (retired), and unemployed (looking after home and/or family, unable to work because of sickness or disability, unemployed, doing unpaid or voluntary work, and full- or part-time student).</w:t>
            </w:r>
          </w:p>
        </w:tc>
        <w:tc>
          <w:tcPr>
            <w:tcW w:w="3358" w:type="dxa"/>
            <w:tcBorders>
              <w:top w:val="single" w:sz="4" w:space="0" w:color="auto"/>
              <w:left w:val="single" w:sz="4" w:space="0" w:color="auto"/>
              <w:bottom w:val="single" w:sz="4" w:space="0" w:color="auto"/>
              <w:right w:val="single" w:sz="4" w:space="0" w:color="auto"/>
            </w:tcBorders>
            <w:vAlign w:val="center"/>
            <w:hideMark/>
          </w:tcPr>
          <w:p w14:paraId="7946892C" w14:textId="77777777" w:rsidR="00892E0F" w:rsidRPr="001A2E38" w:rsidRDefault="00892E0F" w:rsidP="005E1D6F">
            <w:pPr>
              <w:contextualSpacing/>
              <w:jc w:val="center"/>
              <w:rPr>
                <w:rFonts w:ascii="Times New Roman" w:hAnsi="Times New Roman" w:cs="Times New Roman"/>
                <w:sz w:val="20"/>
                <w:szCs w:val="20"/>
              </w:rPr>
            </w:pPr>
            <w:r w:rsidRPr="001A2E38">
              <w:rPr>
                <w:rFonts w:ascii="Times New Roman" w:eastAsia="Times New Roman" w:hAnsi="Times New Roman" w:cs="Times New Roman"/>
                <w:sz w:val="20"/>
                <w:szCs w:val="20"/>
              </w:rPr>
              <w:t>6142</w:t>
            </w:r>
          </w:p>
        </w:tc>
      </w:tr>
      <w:tr w:rsidR="00892E0F" w:rsidRPr="001A2E38" w14:paraId="59D178FE" w14:textId="77777777" w:rsidTr="00322E8A">
        <w:tc>
          <w:tcPr>
            <w:tcW w:w="3861" w:type="dxa"/>
            <w:tcBorders>
              <w:top w:val="single" w:sz="4" w:space="0" w:color="auto"/>
              <w:left w:val="single" w:sz="4" w:space="0" w:color="auto"/>
              <w:bottom w:val="single" w:sz="4" w:space="0" w:color="auto"/>
              <w:right w:val="single" w:sz="4" w:space="0" w:color="auto"/>
            </w:tcBorders>
            <w:vAlign w:val="center"/>
            <w:hideMark/>
          </w:tcPr>
          <w:p w14:paraId="5C76CA1D" w14:textId="77777777" w:rsidR="00892E0F" w:rsidRPr="001A2E38" w:rsidRDefault="00892E0F" w:rsidP="005E1D6F">
            <w:pPr>
              <w:contextualSpacing/>
              <w:rPr>
                <w:rFonts w:ascii="Times New Roman" w:eastAsia="Times New Roman" w:hAnsi="Times New Roman" w:cs="Times New Roman"/>
                <w:sz w:val="20"/>
                <w:szCs w:val="20"/>
              </w:rPr>
            </w:pPr>
            <w:r w:rsidRPr="001A2E38">
              <w:rPr>
                <w:rFonts w:ascii="Times New Roman" w:eastAsia="Times New Roman" w:hAnsi="Times New Roman" w:cs="Times New Roman"/>
                <w:b/>
                <w:bCs/>
                <w:sz w:val="20"/>
                <w:szCs w:val="20"/>
              </w:rPr>
              <w:t>Lifestyle factors</w:t>
            </w:r>
          </w:p>
        </w:tc>
        <w:tc>
          <w:tcPr>
            <w:tcW w:w="8169" w:type="dxa"/>
            <w:tcBorders>
              <w:top w:val="single" w:sz="4" w:space="0" w:color="auto"/>
              <w:left w:val="single" w:sz="4" w:space="0" w:color="auto"/>
              <w:bottom w:val="single" w:sz="4" w:space="0" w:color="auto"/>
              <w:right w:val="single" w:sz="4" w:space="0" w:color="auto"/>
            </w:tcBorders>
            <w:vAlign w:val="center"/>
          </w:tcPr>
          <w:p w14:paraId="5434A5AF" w14:textId="77777777" w:rsidR="00892E0F" w:rsidRPr="001A2E38" w:rsidRDefault="00892E0F" w:rsidP="005E1D6F">
            <w:pPr>
              <w:contextualSpacing/>
              <w:rPr>
                <w:rFonts w:ascii="Times New Roman" w:eastAsia="Times New Roman" w:hAnsi="Times New Roman" w:cs="Times New Roman"/>
                <w:sz w:val="20"/>
                <w:szCs w:val="20"/>
              </w:rPr>
            </w:pPr>
          </w:p>
        </w:tc>
        <w:tc>
          <w:tcPr>
            <w:tcW w:w="3358" w:type="dxa"/>
            <w:tcBorders>
              <w:top w:val="single" w:sz="4" w:space="0" w:color="auto"/>
              <w:left w:val="single" w:sz="4" w:space="0" w:color="auto"/>
              <w:bottom w:val="single" w:sz="4" w:space="0" w:color="auto"/>
              <w:right w:val="single" w:sz="4" w:space="0" w:color="auto"/>
            </w:tcBorders>
            <w:vAlign w:val="center"/>
          </w:tcPr>
          <w:p w14:paraId="02C4FAAD" w14:textId="77777777" w:rsidR="00892E0F" w:rsidRPr="001A2E38" w:rsidRDefault="00892E0F" w:rsidP="005E1D6F">
            <w:pPr>
              <w:contextualSpacing/>
              <w:jc w:val="center"/>
              <w:rPr>
                <w:rFonts w:ascii="Times New Roman" w:hAnsi="Times New Roman" w:cs="Times New Roman"/>
                <w:sz w:val="20"/>
                <w:szCs w:val="20"/>
              </w:rPr>
            </w:pPr>
          </w:p>
        </w:tc>
      </w:tr>
      <w:tr w:rsidR="00892E0F" w:rsidRPr="001A2E38" w14:paraId="018DE5BD" w14:textId="77777777" w:rsidTr="00322E8A">
        <w:tc>
          <w:tcPr>
            <w:tcW w:w="3861" w:type="dxa"/>
            <w:tcBorders>
              <w:top w:val="single" w:sz="4" w:space="0" w:color="auto"/>
              <w:left w:val="single" w:sz="4" w:space="0" w:color="auto"/>
              <w:bottom w:val="single" w:sz="4" w:space="0" w:color="auto"/>
              <w:right w:val="single" w:sz="4" w:space="0" w:color="auto"/>
            </w:tcBorders>
            <w:vAlign w:val="center"/>
            <w:hideMark/>
          </w:tcPr>
          <w:p w14:paraId="541B8051" w14:textId="77777777" w:rsidR="00892E0F" w:rsidRPr="001A2E38" w:rsidRDefault="00892E0F" w:rsidP="005E1D6F">
            <w:pPr>
              <w:contextualSpacing/>
              <w:rPr>
                <w:rFonts w:ascii="Times New Roman" w:hAnsi="Times New Roman" w:cs="Times New Roman"/>
                <w:sz w:val="20"/>
                <w:szCs w:val="20"/>
              </w:rPr>
            </w:pPr>
            <w:r w:rsidRPr="001A2E38">
              <w:rPr>
                <w:rFonts w:ascii="Times New Roman" w:eastAsia="Times New Roman" w:hAnsi="Times New Roman" w:cs="Times New Roman"/>
                <w:sz w:val="20"/>
                <w:szCs w:val="20"/>
              </w:rPr>
              <w:t>Smoking status</w:t>
            </w:r>
          </w:p>
        </w:tc>
        <w:tc>
          <w:tcPr>
            <w:tcW w:w="8169" w:type="dxa"/>
            <w:tcBorders>
              <w:top w:val="single" w:sz="4" w:space="0" w:color="auto"/>
              <w:left w:val="single" w:sz="4" w:space="0" w:color="auto"/>
              <w:bottom w:val="single" w:sz="4" w:space="0" w:color="auto"/>
              <w:right w:val="single" w:sz="4" w:space="0" w:color="auto"/>
            </w:tcBorders>
            <w:vAlign w:val="center"/>
            <w:hideMark/>
          </w:tcPr>
          <w:p w14:paraId="3E167E50" w14:textId="77777777" w:rsidR="00892E0F" w:rsidRPr="001A2E38" w:rsidRDefault="00892E0F" w:rsidP="005E1D6F">
            <w:pPr>
              <w:contextualSpacing/>
              <w:rPr>
                <w:rFonts w:ascii="Times New Roman" w:eastAsia="Times New Roman" w:hAnsi="Times New Roman" w:cs="Times New Roman"/>
                <w:sz w:val="20"/>
                <w:szCs w:val="20"/>
              </w:rPr>
            </w:pPr>
            <w:r w:rsidRPr="001A2E38">
              <w:rPr>
                <w:rFonts w:ascii="Times New Roman" w:eastAsia="Times New Roman" w:hAnsi="Times New Roman" w:cs="Times New Roman"/>
                <w:sz w:val="20"/>
                <w:szCs w:val="20"/>
              </w:rPr>
              <w:t>Smoking status was derived by UK Biobank from touchscreen information on current and past tobacco smoking. The original derived categories were never, previous, current, and prefer not to answer. "Prefer not to answer" was treated as missing. In the present study, smoking status was categorized as never, previous, and current smoker.</w:t>
            </w:r>
          </w:p>
        </w:tc>
        <w:tc>
          <w:tcPr>
            <w:tcW w:w="3358" w:type="dxa"/>
            <w:tcBorders>
              <w:top w:val="single" w:sz="4" w:space="0" w:color="auto"/>
              <w:left w:val="single" w:sz="4" w:space="0" w:color="auto"/>
              <w:bottom w:val="single" w:sz="4" w:space="0" w:color="auto"/>
              <w:right w:val="single" w:sz="4" w:space="0" w:color="auto"/>
            </w:tcBorders>
            <w:vAlign w:val="center"/>
            <w:hideMark/>
          </w:tcPr>
          <w:p w14:paraId="7FF8A990" w14:textId="77777777" w:rsidR="00892E0F" w:rsidRPr="001A2E38" w:rsidRDefault="00892E0F" w:rsidP="005E1D6F">
            <w:pPr>
              <w:contextualSpacing/>
              <w:jc w:val="center"/>
              <w:rPr>
                <w:rFonts w:ascii="Times New Roman" w:hAnsi="Times New Roman" w:cs="Times New Roman"/>
                <w:sz w:val="20"/>
                <w:szCs w:val="20"/>
              </w:rPr>
            </w:pPr>
            <w:r w:rsidRPr="001A2E38">
              <w:rPr>
                <w:rFonts w:ascii="Times New Roman" w:eastAsia="Times New Roman" w:hAnsi="Times New Roman" w:cs="Times New Roman"/>
                <w:sz w:val="20"/>
                <w:szCs w:val="20"/>
              </w:rPr>
              <w:t>20116</w:t>
            </w:r>
          </w:p>
        </w:tc>
      </w:tr>
      <w:tr w:rsidR="00892E0F" w:rsidRPr="001A2E38" w14:paraId="06472278" w14:textId="77777777" w:rsidTr="00322E8A">
        <w:tc>
          <w:tcPr>
            <w:tcW w:w="3861" w:type="dxa"/>
            <w:tcBorders>
              <w:top w:val="single" w:sz="4" w:space="0" w:color="auto"/>
              <w:left w:val="single" w:sz="4" w:space="0" w:color="auto"/>
              <w:bottom w:val="single" w:sz="4" w:space="0" w:color="auto"/>
              <w:right w:val="single" w:sz="4" w:space="0" w:color="auto"/>
            </w:tcBorders>
            <w:vAlign w:val="center"/>
            <w:hideMark/>
          </w:tcPr>
          <w:p w14:paraId="3BB330D8" w14:textId="77777777" w:rsidR="00892E0F" w:rsidRPr="001A2E38" w:rsidRDefault="00892E0F" w:rsidP="005E1D6F">
            <w:pPr>
              <w:contextualSpacing/>
              <w:rPr>
                <w:rFonts w:ascii="Times New Roman" w:hAnsi="Times New Roman" w:cs="Times New Roman"/>
                <w:sz w:val="20"/>
                <w:szCs w:val="20"/>
              </w:rPr>
            </w:pPr>
            <w:r w:rsidRPr="001A2E38">
              <w:rPr>
                <w:rFonts w:ascii="Times New Roman" w:eastAsia="Times New Roman" w:hAnsi="Times New Roman" w:cs="Times New Roman"/>
                <w:sz w:val="20"/>
                <w:szCs w:val="20"/>
              </w:rPr>
              <w:t>Alcohol consumption</w:t>
            </w:r>
          </w:p>
        </w:tc>
        <w:tc>
          <w:tcPr>
            <w:tcW w:w="8169" w:type="dxa"/>
            <w:tcBorders>
              <w:top w:val="single" w:sz="4" w:space="0" w:color="auto"/>
              <w:left w:val="single" w:sz="4" w:space="0" w:color="auto"/>
              <w:bottom w:val="single" w:sz="4" w:space="0" w:color="auto"/>
              <w:right w:val="single" w:sz="4" w:space="0" w:color="auto"/>
            </w:tcBorders>
            <w:hideMark/>
          </w:tcPr>
          <w:p w14:paraId="64659640" w14:textId="77777777" w:rsidR="00892E0F" w:rsidRPr="001A2E38" w:rsidRDefault="00892E0F" w:rsidP="005E1D6F">
            <w:pPr>
              <w:contextualSpacing/>
              <w:rPr>
                <w:rFonts w:ascii="Times New Roman" w:eastAsia="Times New Roman" w:hAnsi="Times New Roman" w:cs="Times New Roman"/>
                <w:sz w:val="20"/>
                <w:szCs w:val="20"/>
              </w:rPr>
            </w:pPr>
            <w:r w:rsidRPr="001A2E38">
              <w:rPr>
                <w:rFonts w:ascii="Times New Roman" w:eastAsia="Times New Roman" w:hAnsi="Times New Roman" w:cs="Times New Roman"/>
                <w:sz w:val="20"/>
                <w:szCs w:val="20"/>
              </w:rPr>
              <w:t>Alcohol intake frequency was assessed by the UK Biobank touchscreen question "About how often do you drink alcohol?". The original categories included daily or almost daily, three or four times a week, once or twice a week, one to three times a month, special occasions only, never, and prefer not to answer. "Prefer not to answer" was treated as missing. In the present study, alcohol consumption was categorized as never</w:t>
            </w:r>
            <w:r w:rsidRPr="001A2E38">
              <w:rPr>
                <w:rFonts w:ascii="Times New Roman" w:hAnsi="Times New Roman" w:cs="Times New Roman"/>
                <w:sz w:val="20"/>
                <w:szCs w:val="20"/>
              </w:rPr>
              <w:t xml:space="preserve">, </w:t>
            </w:r>
            <w:r w:rsidRPr="001A2E38">
              <w:rPr>
                <w:rFonts w:ascii="Times New Roman" w:eastAsia="Times New Roman" w:hAnsi="Times New Roman" w:cs="Times New Roman"/>
                <w:sz w:val="20"/>
                <w:szCs w:val="20"/>
              </w:rPr>
              <w:t>special occasions only, one to three times per month, one to two times per week, three to four times per week, and daily or almost daily.</w:t>
            </w:r>
          </w:p>
        </w:tc>
        <w:tc>
          <w:tcPr>
            <w:tcW w:w="3358" w:type="dxa"/>
            <w:tcBorders>
              <w:top w:val="single" w:sz="4" w:space="0" w:color="auto"/>
              <w:left w:val="single" w:sz="4" w:space="0" w:color="auto"/>
              <w:bottom w:val="single" w:sz="4" w:space="0" w:color="auto"/>
              <w:right w:val="single" w:sz="4" w:space="0" w:color="auto"/>
            </w:tcBorders>
            <w:vAlign w:val="center"/>
            <w:hideMark/>
          </w:tcPr>
          <w:p w14:paraId="2841FB01" w14:textId="77777777" w:rsidR="00892E0F" w:rsidRPr="001A2E38" w:rsidRDefault="00892E0F" w:rsidP="005E1D6F">
            <w:pPr>
              <w:contextualSpacing/>
              <w:jc w:val="center"/>
              <w:rPr>
                <w:rFonts w:ascii="Times New Roman" w:hAnsi="Times New Roman" w:cs="Times New Roman"/>
                <w:sz w:val="20"/>
                <w:szCs w:val="20"/>
              </w:rPr>
            </w:pPr>
            <w:r w:rsidRPr="001A2E38">
              <w:rPr>
                <w:rFonts w:ascii="Times New Roman" w:eastAsia="Times New Roman" w:hAnsi="Times New Roman" w:cs="Times New Roman"/>
                <w:sz w:val="20"/>
                <w:szCs w:val="20"/>
              </w:rPr>
              <w:t>1558</w:t>
            </w:r>
          </w:p>
        </w:tc>
      </w:tr>
      <w:tr w:rsidR="00892E0F" w:rsidRPr="001A2E38" w14:paraId="5E239F4A" w14:textId="77777777" w:rsidTr="00322E8A">
        <w:tc>
          <w:tcPr>
            <w:tcW w:w="3861" w:type="dxa"/>
            <w:tcBorders>
              <w:top w:val="single" w:sz="4" w:space="0" w:color="auto"/>
              <w:left w:val="single" w:sz="4" w:space="0" w:color="auto"/>
              <w:bottom w:val="single" w:sz="4" w:space="0" w:color="auto"/>
              <w:right w:val="single" w:sz="4" w:space="0" w:color="auto"/>
            </w:tcBorders>
            <w:vAlign w:val="center"/>
            <w:hideMark/>
          </w:tcPr>
          <w:p w14:paraId="7202058C" w14:textId="77777777" w:rsidR="00892E0F" w:rsidRPr="001A2E38" w:rsidRDefault="00892E0F" w:rsidP="005E1D6F">
            <w:pPr>
              <w:contextualSpacing/>
              <w:rPr>
                <w:rFonts w:ascii="Times New Roman" w:eastAsia="DengXian" w:hAnsi="Times New Roman" w:cs="Times New Roman"/>
                <w:sz w:val="20"/>
                <w:szCs w:val="20"/>
              </w:rPr>
            </w:pPr>
            <w:r w:rsidRPr="001A2E38">
              <w:rPr>
                <w:rFonts w:ascii="Times New Roman" w:eastAsia="Times New Roman" w:hAnsi="Times New Roman" w:cs="Times New Roman"/>
                <w:sz w:val="20"/>
                <w:szCs w:val="20"/>
              </w:rPr>
              <w:t>Physical activity</w:t>
            </w:r>
          </w:p>
        </w:tc>
        <w:tc>
          <w:tcPr>
            <w:tcW w:w="8169" w:type="dxa"/>
            <w:tcBorders>
              <w:top w:val="single" w:sz="4" w:space="0" w:color="auto"/>
              <w:left w:val="single" w:sz="4" w:space="0" w:color="auto"/>
              <w:bottom w:val="single" w:sz="4" w:space="0" w:color="auto"/>
              <w:right w:val="single" w:sz="4" w:space="0" w:color="auto"/>
            </w:tcBorders>
            <w:vAlign w:val="center"/>
            <w:hideMark/>
          </w:tcPr>
          <w:p w14:paraId="529BAF4A" w14:textId="2C4B0BF7" w:rsidR="00892E0F" w:rsidRPr="001A2E38" w:rsidRDefault="00892E0F" w:rsidP="005E1D6F">
            <w:pPr>
              <w:contextualSpacing/>
              <w:rPr>
                <w:rFonts w:ascii="Times New Roman" w:hAnsi="Times New Roman" w:cs="Times New Roman"/>
                <w:sz w:val="20"/>
                <w:szCs w:val="20"/>
              </w:rPr>
            </w:pPr>
            <w:r w:rsidRPr="001A2E38">
              <w:rPr>
                <w:rFonts w:ascii="Times New Roman" w:eastAsia="Times New Roman" w:hAnsi="Times New Roman" w:cs="Times New Roman"/>
                <w:sz w:val="20"/>
                <w:szCs w:val="20"/>
              </w:rPr>
              <w:t>Self-reported physical activity was derived from UK Biobank touchscreen questions on moderate and vigorous activity, including the number of days per week of moderate physical activity lasting 10 minutes or more, duration of moderate activity in minutes per day, number of days per week of vigorous physical activity lasting 10 minutes or more, and duration of vigorous activity in minutes per day. Responses of "Do not know" and "Prefer not to answer" in these fields were treated as missing. In the present study, regular physical activity was defined as meeting at least one of the following criteria: &gt;=150 min/week of moderate activity, &gt;=75 min/week of vigorous activity, an equivalent combination of moderate and vigorous activity, moderate activity on &gt;=5 days/week, or vigorous activity on &gt;=1 day/week. Participants meeting these criteria were classified as having adequate physical activity; otherwise, they were classified as having inadequate physical activity.</w:t>
            </w:r>
          </w:p>
        </w:tc>
        <w:tc>
          <w:tcPr>
            <w:tcW w:w="3358" w:type="dxa"/>
            <w:tcBorders>
              <w:top w:val="single" w:sz="4" w:space="0" w:color="auto"/>
              <w:left w:val="single" w:sz="4" w:space="0" w:color="auto"/>
              <w:bottom w:val="single" w:sz="4" w:space="0" w:color="auto"/>
              <w:right w:val="single" w:sz="4" w:space="0" w:color="auto"/>
            </w:tcBorders>
            <w:vAlign w:val="center"/>
            <w:hideMark/>
          </w:tcPr>
          <w:p w14:paraId="39A08539" w14:textId="77777777" w:rsidR="00892E0F" w:rsidRPr="001A2E38" w:rsidRDefault="00892E0F" w:rsidP="005E1D6F">
            <w:pPr>
              <w:contextualSpacing/>
              <w:jc w:val="center"/>
              <w:rPr>
                <w:rFonts w:ascii="Times New Roman" w:hAnsi="Times New Roman" w:cs="Times New Roman"/>
                <w:sz w:val="20"/>
                <w:szCs w:val="20"/>
              </w:rPr>
            </w:pPr>
            <w:r w:rsidRPr="001A2E38">
              <w:rPr>
                <w:rFonts w:ascii="Times New Roman" w:eastAsia="Times New Roman" w:hAnsi="Times New Roman" w:cs="Times New Roman"/>
                <w:sz w:val="20"/>
                <w:szCs w:val="20"/>
              </w:rPr>
              <w:t>894, 914, 884, 904</w:t>
            </w:r>
          </w:p>
        </w:tc>
      </w:tr>
      <w:tr w:rsidR="00892E0F" w:rsidRPr="001A2E38" w14:paraId="406CFD67" w14:textId="77777777" w:rsidTr="00322E8A">
        <w:tc>
          <w:tcPr>
            <w:tcW w:w="3861" w:type="dxa"/>
            <w:tcBorders>
              <w:top w:val="single" w:sz="4" w:space="0" w:color="auto"/>
              <w:left w:val="single" w:sz="4" w:space="0" w:color="auto"/>
              <w:bottom w:val="single" w:sz="4" w:space="0" w:color="auto"/>
              <w:right w:val="single" w:sz="4" w:space="0" w:color="auto"/>
            </w:tcBorders>
            <w:vAlign w:val="center"/>
            <w:hideMark/>
          </w:tcPr>
          <w:p w14:paraId="17A2D3F2" w14:textId="77777777" w:rsidR="00892E0F" w:rsidRPr="001A2E38" w:rsidRDefault="00892E0F" w:rsidP="005E1D6F">
            <w:pPr>
              <w:contextualSpacing/>
              <w:rPr>
                <w:rFonts w:ascii="Times New Roman" w:eastAsia="DengXian" w:hAnsi="Times New Roman" w:cs="Times New Roman"/>
                <w:sz w:val="20"/>
                <w:szCs w:val="20"/>
              </w:rPr>
            </w:pPr>
            <w:r w:rsidRPr="001A2E38">
              <w:rPr>
                <w:rFonts w:ascii="Times New Roman" w:eastAsia="Times New Roman" w:hAnsi="Times New Roman" w:cs="Times New Roman"/>
                <w:sz w:val="20"/>
                <w:szCs w:val="20"/>
              </w:rPr>
              <w:t>Sedentary behavior</w:t>
            </w:r>
          </w:p>
        </w:tc>
        <w:tc>
          <w:tcPr>
            <w:tcW w:w="8169" w:type="dxa"/>
            <w:tcBorders>
              <w:top w:val="single" w:sz="4" w:space="0" w:color="auto"/>
              <w:left w:val="single" w:sz="4" w:space="0" w:color="auto"/>
              <w:bottom w:val="single" w:sz="4" w:space="0" w:color="auto"/>
              <w:right w:val="single" w:sz="4" w:space="0" w:color="auto"/>
            </w:tcBorders>
            <w:hideMark/>
          </w:tcPr>
          <w:p w14:paraId="5CA99A44" w14:textId="77777777" w:rsidR="00892E0F" w:rsidRPr="001A2E38" w:rsidRDefault="00892E0F" w:rsidP="005E1D6F">
            <w:pPr>
              <w:contextualSpacing/>
              <w:rPr>
                <w:rFonts w:ascii="Times New Roman" w:eastAsia="Times New Roman" w:hAnsi="Times New Roman" w:cs="Times New Roman"/>
                <w:sz w:val="20"/>
                <w:szCs w:val="20"/>
              </w:rPr>
            </w:pPr>
            <w:r w:rsidRPr="001A2E38">
              <w:rPr>
                <w:rFonts w:ascii="Times New Roman" w:eastAsia="Times New Roman" w:hAnsi="Times New Roman" w:cs="Times New Roman"/>
                <w:sz w:val="20"/>
                <w:szCs w:val="20"/>
              </w:rPr>
              <w:t xml:space="preserve">Sedentary behavior was assessed using self-reported time spent watching television in a typical day. The original variable was recorded in hours per day, with special responses for less than an hour a day, do not know, and prefer not to answer. "Less than an hour a day" was retained as &lt;1 </w:t>
            </w:r>
            <w:r w:rsidRPr="001A2E38">
              <w:rPr>
                <w:rFonts w:ascii="Times New Roman" w:eastAsia="Times New Roman" w:hAnsi="Times New Roman" w:cs="Times New Roman"/>
                <w:sz w:val="20"/>
                <w:szCs w:val="20"/>
              </w:rPr>
              <w:lastRenderedPageBreak/>
              <w:t>h/day, whereas "Do not know" and "Prefer not to answer" were treated as missing. In the present study, sedentary behavior was categorized as &lt;4 h/day and &gt;=4 h/day of television watching.</w:t>
            </w:r>
          </w:p>
        </w:tc>
        <w:tc>
          <w:tcPr>
            <w:tcW w:w="3358" w:type="dxa"/>
            <w:tcBorders>
              <w:top w:val="single" w:sz="4" w:space="0" w:color="auto"/>
              <w:left w:val="single" w:sz="4" w:space="0" w:color="auto"/>
              <w:bottom w:val="single" w:sz="4" w:space="0" w:color="auto"/>
              <w:right w:val="single" w:sz="4" w:space="0" w:color="auto"/>
            </w:tcBorders>
            <w:vAlign w:val="center"/>
            <w:hideMark/>
          </w:tcPr>
          <w:p w14:paraId="71901B1C" w14:textId="77777777" w:rsidR="00892E0F" w:rsidRPr="001A2E38" w:rsidRDefault="00892E0F" w:rsidP="005E1D6F">
            <w:pPr>
              <w:contextualSpacing/>
              <w:jc w:val="center"/>
              <w:rPr>
                <w:rFonts w:ascii="Times New Roman" w:eastAsia="Times New Roman" w:hAnsi="Times New Roman" w:cs="Times New Roman"/>
                <w:sz w:val="20"/>
                <w:szCs w:val="20"/>
              </w:rPr>
            </w:pPr>
            <w:r w:rsidRPr="001A2E38">
              <w:rPr>
                <w:rFonts w:ascii="Times New Roman" w:eastAsia="Times New Roman" w:hAnsi="Times New Roman" w:cs="Times New Roman"/>
                <w:sz w:val="20"/>
                <w:szCs w:val="20"/>
              </w:rPr>
              <w:lastRenderedPageBreak/>
              <w:t>1070</w:t>
            </w:r>
          </w:p>
        </w:tc>
      </w:tr>
      <w:tr w:rsidR="00892E0F" w:rsidRPr="001A2E38" w14:paraId="11937798" w14:textId="77777777" w:rsidTr="00322E8A">
        <w:tc>
          <w:tcPr>
            <w:tcW w:w="3861" w:type="dxa"/>
            <w:tcBorders>
              <w:top w:val="single" w:sz="4" w:space="0" w:color="auto"/>
              <w:left w:val="single" w:sz="4" w:space="0" w:color="auto"/>
              <w:bottom w:val="single" w:sz="4" w:space="0" w:color="auto"/>
              <w:right w:val="single" w:sz="4" w:space="0" w:color="auto"/>
            </w:tcBorders>
            <w:vAlign w:val="center"/>
            <w:hideMark/>
          </w:tcPr>
          <w:p w14:paraId="30423867" w14:textId="77777777" w:rsidR="00892E0F" w:rsidRPr="001A2E38" w:rsidRDefault="00892E0F" w:rsidP="005E1D6F">
            <w:pPr>
              <w:contextualSpacing/>
              <w:rPr>
                <w:rFonts w:ascii="Times New Roman" w:eastAsia="Times New Roman" w:hAnsi="Times New Roman" w:cs="Times New Roman"/>
                <w:sz w:val="20"/>
                <w:szCs w:val="20"/>
              </w:rPr>
            </w:pPr>
            <w:r w:rsidRPr="001A2E38">
              <w:rPr>
                <w:rFonts w:ascii="Times New Roman" w:eastAsia="Times New Roman" w:hAnsi="Times New Roman" w:cs="Times New Roman"/>
                <w:sz w:val="20"/>
                <w:szCs w:val="20"/>
              </w:rPr>
              <w:t>Sleep duration</w:t>
            </w:r>
          </w:p>
        </w:tc>
        <w:tc>
          <w:tcPr>
            <w:tcW w:w="8169" w:type="dxa"/>
            <w:tcBorders>
              <w:top w:val="single" w:sz="4" w:space="0" w:color="auto"/>
              <w:left w:val="single" w:sz="4" w:space="0" w:color="auto"/>
              <w:bottom w:val="single" w:sz="4" w:space="0" w:color="auto"/>
              <w:right w:val="single" w:sz="4" w:space="0" w:color="auto"/>
            </w:tcBorders>
            <w:vAlign w:val="center"/>
            <w:hideMark/>
          </w:tcPr>
          <w:p w14:paraId="777A950A" w14:textId="77777777" w:rsidR="00892E0F" w:rsidRPr="001A2E38" w:rsidRDefault="00892E0F" w:rsidP="005E1D6F">
            <w:pPr>
              <w:contextualSpacing/>
              <w:rPr>
                <w:rFonts w:ascii="Times New Roman" w:hAnsi="Times New Roman" w:cs="Times New Roman"/>
                <w:sz w:val="20"/>
                <w:szCs w:val="20"/>
              </w:rPr>
            </w:pPr>
            <w:r w:rsidRPr="001A2E38">
              <w:rPr>
                <w:rFonts w:ascii="Times New Roman" w:eastAsia="Times New Roman" w:hAnsi="Times New Roman" w:cs="Times New Roman"/>
                <w:sz w:val="20"/>
                <w:szCs w:val="20"/>
              </w:rPr>
              <w:t>Sleep duration was assessed by the UK Biobank touchscreen question "About how many hours sleep do you get in every 24 hours? (Please include naps)". The original variable was recorded in hours per day, with special responses for do not know and prefer not to answer. "Do not know" and "Prefer not to answer" were treated as missing. In the present study, sleep duration was categorized as 7-9 h/day and other durations (&lt;7 or &gt;9 h/day)</w:t>
            </w:r>
            <w:r w:rsidRPr="001A2E38">
              <w:rPr>
                <w:rFonts w:ascii="Times New Roman" w:eastAsia="SimSun" w:hAnsi="Times New Roman" w:cs="Times New Roman"/>
                <w:sz w:val="20"/>
                <w:szCs w:val="20"/>
              </w:rPr>
              <w:t>.</w:t>
            </w:r>
          </w:p>
        </w:tc>
        <w:tc>
          <w:tcPr>
            <w:tcW w:w="3358" w:type="dxa"/>
            <w:tcBorders>
              <w:top w:val="single" w:sz="4" w:space="0" w:color="auto"/>
              <w:left w:val="single" w:sz="4" w:space="0" w:color="auto"/>
              <w:bottom w:val="single" w:sz="4" w:space="0" w:color="auto"/>
              <w:right w:val="single" w:sz="4" w:space="0" w:color="auto"/>
            </w:tcBorders>
            <w:vAlign w:val="center"/>
            <w:hideMark/>
          </w:tcPr>
          <w:p w14:paraId="34B4A7BB" w14:textId="77777777" w:rsidR="00892E0F" w:rsidRPr="001A2E38" w:rsidRDefault="00892E0F" w:rsidP="005E1D6F">
            <w:pPr>
              <w:contextualSpacing/>
              <w:jc w:val="center"/>
              <w:rPr>
                <w:rFonts w:ascii="Times New Roman" w:eastAsia="Times New Roman" w:hAnsi="Times New Roman" w:cs="Times New Roman"/>
                <w:sz w:val="20"/>
                <w:szCs w:val="20"/>
              </w:rPr>
            </w:pPr>
            <w:r w:rsidRPr="001A2E38">
              <w:rPr>
                <w:rFonts w:ascii="Times New Roman" w:eastAsia="Times New Roman" w:hAnsi="Times New Roman" w:cs="Times New Roman"/>
                <w:sz w:val="20"/>
                <w:szCs w:val="20"/>
              </w:rPr>
              <w:t>1160</w:t>
            </w:r>
          </w:p>
        </w:tc>
      </w:tr>
      <w:tr w:rsidR="00D869DE" w:rsidRPr="001A2E38" w14:paraId="694CCA9E" w14:textId="77777777" w:rsidTr="00322E8A">
        <w:tc>
          <w:tcPr>
            <w:tcW w:w="3861" w:type="dxa"/>
            <w:tcBorders>
              <w:top w:val="single" w:sz="4" w:space="0" w:color="auto"/>
              <w:left w:val="single" w:sz="4" w:space="0" w:color="auto"/>
              <w:bottom w:val="single" w:sz="4" w:space="0" w:color="auto"/>
              <w:right w:val="single" w:sz="4" w:space="0" w:color="auto"/>
            </w:tcBorders>
            <w:vAlign w:val="center"/>
          </w:tcPr>
          <w:p w14:paraId="661B462C" w14:textId="5D92769C" w:rsidR="00D869DE" w:rsidRPr="001A2E38" w:rsidRDefault="00D869DE" w:rsidP="005E1D6F">
            <w:pPr>
              <w:contextualSpacing/>
              <w:rPr>
                <w:rFonts w:ascii="Times New Roman" w:eastAsia="Times New Roman" w:hAnsi="Times New Roman" w:cs="Times New Roman"/>
                <w:sz w:val="20"/>
                <w:szCs w:val="20"/>
              </w:rPr>
            </w:pPr>
            <w:r w:rsidRPr="001A2E38">
              <w:rPr>
                <w:rFonts w:ascii="Times New Roman" w:eastAsia="Times New Roman" w:hAnsi="Times New Roman" w:cs="Times New Roman"/>
                <w:sz w:val="20"/>
                <w:szCs w:val="20"/>
              </w:rPr>
              <w:t xml:space="preserve">Family history of </w:t>
            </w:r>
            <w:bookmarkStart w:id="7" w:name="OLE_LINK4"/>
            <w:r w:rsidRPr="001A2E38">
              <w:rPr>
                <w:rFonts w:ascii="Times New Roman" w:eastAsia="Times New Roman" w:hAnsi="Times New Roman" w:cs="Times New Roman"/>
                <w:sz w:val="20"/>
                <w:szCs w:val="20"/>
              </w:rPr>
              <w:t>cardiometabolic disease</w:t>
            </w:r>
            <w:bookmarkEnd w:id="7"/>
          </w:p>
        </w:tc>
        <w:tc>
          <w:tcPr>
            <w:tcW w:w="8169" w:type="dxa"/>
            <w:tcBorders>
              <w:top w:val="single" w:sz="4" w:space="0" w:color="auto"/>
              <w:left w:val="single" w:sz="4" w:space="0" w:color="auto"/>
              <w:bottom w:val="single" w:sz="4" w:space="0" w:color="auto"/>
              <w:right w:val="single" w:sz="4" w:space="0" w:color="auto"/>
            </w:tcBorders>
            <w:vAlign w:val="center"/>
          </w:tcPr>
          <w:p w14:paraId="3F5FFF4B" w14:textId="7786A522" w:rsidR="00D869DE" w:rsidRPr="001A2E38" w:rsidRDefault="00D869DE" w:rsidP="005E1D6F">
            <w:pPr>
              <w:contextualSpacing/>
              <w:rPr>
                <w:rFonts w:ascii="Times New Roman" w:eastAsia="Times New Roman" w:hAnsi="Times New Roman" w:cs="Times New Roman"/>
                <w:sz w:val="20"/>
                <w:szCs w:val="20"/>
              </w:rPr>
            </w:pPr>
            <w:r w:rsidRPr="001A2E38">
              <w:rPr>
                <w:rFonts w:ascii="Times New Roman" w:eastAsia="Times New Roman" w:hAnsi="Times New Roman" w:cs="Times New Roman"/>
                <w:sz w:val="20"/>
                <w:szCs w:val="20"/>
              </w:rPr>
              <w:t xml:space="preserve">Touchscreen question: self-reported father or mother with cardiometabolic disease diagnosis </w:t>
            </w:r>
            <w:r w:rsidRPr="001A2E38">
              <w:rPr>
                <w:rFonts w:ascii="Times New Roman" w:hAnsi="Times New Roman" w:cs="Times New Roman"/>
                <w:sz w:val="20"/>
                <w:szCs w:val="20"/>
              </w:rPr>
              <w:t>(stroke, cardiovascular disease and diabetes)</w:t>
            </w:r>
            <w:r w:rsidRPr="001A2E38">
              <w:rPr>
                <w:rFonts w:ascii="Times New Roman" w:eastAsia="Times New Roman" w:hAnsi="Times New Roman" w:cs="Times New Roman"/>
                <w:sz w:val="20"/>
                <w:szCs w:val="20"/>
              </w:rPr>
              <w:t>.</w:t>
            </w:r>
          </w:p>
        </w:tc>
        <w:tc>
          <w:tcPr>
            <w:tcW w:w="3358" w:type="dxa"/>
            <w:tcBorders>
              <w:top w:val="single" w:sz="4" w:space="0" w:color="auto"/>
              <w:left w:val="single" w:sz="4" w:space="0" w:color="auto"/>
              <w:bottom w:val="single" w:sz="4" w:space="0" w:color="auto"/>
              <w:right w:val="single" w:sz="4" w:space="0" w:color="auto"/>
            </w:tcBorders>
            <w:vAlign w:val="center"/>
          </w:tcPr>
          <w:p w14:paraId="60D1BD01" w14:textId="5CC0E7C8" w:rsidR="00D869DE" w:rsidRPr="001A2E38" w:rsidRDefault="00D869DE" w:rsidP="005E1D6F">
            <w:pPr>
              <w:contextualSpacing/>
              <w:jc w:val="center"/>
              <w:rPr>
                <w:rFonts w:ascii="Times New Roman" w:eastAsia="Times New Roman" w:hAnsi="Times New Roman" w:cs="Times New Roman"/>
                <w:sz w:val="20"/>
                <w:szCs w:val="20"/>
              </w:rPr>
            </w:pPr>
            <w:r w:rsidRPr="001A2E38">
              <w:rPr>
                <w:rFonts w:ascii="Times New Roman" w:eastAsia="Times New Roman" w:hAnsi="Times New Roman" w:cs="Times New Roman"/>
                <w:sz w:val="20"/>
                <w:szCs w:val="20"/>
              </w:rPr>
              <w:t>20107, 20110</w:t>
            </w:r>
          </w:p>
        </w:tc>
      </w:tr>
    </w:tbl>
    <w:p w14:paraId="0D562B1A" w14:textId="77777777" w:rsidR="00D403B7" w:rsidRPr="001A2E38" w:rsidRDefault="00D403B7" w:rsidP="005E1D6F">
      <w:pPr>
        <w:spacing w:line="240" w:lineRule="auto"/>
        <w:contextualSpacing/>
        <w:rPr>
          <w:rFonts w:ascii="Times New Roman" w:hAnsi="Times New Roman" w:cs="Times New Roman"/>
          <w:sz w:val="20"/>
          <w:szCs w:val="20"/>
        </w:rPr>
        <w:sectPr w:rsidR="00D403B7" w:rsidRPr="001A2E38" w:rsidSect="00D403B7">
          <w:pgSz w:w="16838" w:h="11906" w:orient="landscape"/>
          <w:pgMar w:top="720" w:right="720" w:bottom="720" w:left="720" w:header="851" w:footer="992" w:gutter="0"/>
          <w:cols w:space="425"/>
          <w:docGrid w:type="lines" w:linePitch="312"/>
        </w:sectPr>
      </w:pPr>
    </w:p>
    <w:p w14:paraId="7C1FD4D2" w14:textId="3957FEC3" w:rsidR="005E4284" w:rsidRPr="001A2E38" w:rsidRDefault="005E4284" w:rsidP="0065294A">
      <w:pPr>
        <w:pStyle w:val="a"/>
      </w:pPr>
      <w:bookmarkStart w:id="8" w:name="_Toc232530168"/>
      <w:bookmarkStart w:id="9" w:name="_Toc236834794"/>
      <w:r w:rsidRPr="001A2E38">
        <w:lastRenderedPageBreak/>
        <w:t>Table S</w:t>
      </w:r>
      <w:r w:rsidR="00F322A8" w:rsidRPr="001A2E38">
        <w:t>4</w:t>
      </w:r>
      <w:r w:rsidRPr="001A2E38">
        <w:t xml:space="preserve">. Baseline characteristics of study population according to baseline </w:t>
      </w:r>
      <w:r w:rsidR="00FC56E9" w:rsidRPr="001A2E38">
        <w:t>CHG quartiles.</w:t>
      </w:r>
      <w:bookmarkEnd w:id="8"/>
      <w:bookmarkEnd w:id="9"/>
    </w:p>
    <w:tbl>
      <w:tblPr>
        <w:tblW w:w="15120" w:type="dxa"/>
        <w:jc w:val="center"/>
        <w:tblLayout w:type="fixed"/>
        <w:tblLook w:val="0420" w:firstRow="1" w:lastRow="0" w:firstColumn="0" w:lastColumn="0" w:noHBand="0" w:noVBand="1"/>
      </w:tblPr>
      <w:tblGrid>
        <w:gridCol w:w="2448"/>
        <w:gridCol w:w="2160"/>
        <w:gridCol w:w="2160"/>
        <w:gridCol w:w="2160"/>
        <w:gridCol w:w="2160"/>
        <w:gridCol w:w="2016"/>
        <w:gridCol w:w="2016"/>
      </w:tblGrid>
      <w:tr w:rsidR="00E17931" w:rsidRPr="001A2E38" w14:paraId="6093D57E" w14:textId="77777777" w:rsidTr="00B416E0">
        <w:trPr>
          <w:jc w:val="center"/>
        </w:trPr>
        <w:tc>
          <w:tcPr>
            <w:tcW w:w="2448" w:type="dxa"/>
            <w:tcBorders>
              <w:top w:val="single" w:sz="12" w:space="0" w:color="auto"/>
            </w:tcBorders>
            <w:shd w:val="clear" w:color="auto" w:fill="FFFFFF"/>
            <w:tcMar>
              <w:top w:w="0" w:type="dxa"/>
              <w:left w:w="0" w:type="dxa"/>
              <w:bottom w:w="0" w:type="dxa"/>
              <w:right w:w="0" w:type="dxa"/>
            </w:tcMar>
            <w:vAlign w:val="center"/>
          </w:tcPr>
          <w:p w14:paraId="7AEF7ACB" w14:textId="77777777" w:rsidR="00E17931" w:rsidRPr="001A2E38" w:rsidRDefault="00E17931"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rPr>
                <w:rFonts w:ascii="Times New Roman" w:eastAsia="Arial" w:hAnsi="Times New Roman" w:cs="Times New Roman"/>
                <w:b/>
                <w:color w:val="000000"/>
                <w:sz w:val="20"/>
                <w:szCs w:val="20"/>
              </w:rPr>
            </w:pPr>
            <w:r w:rsidRPr="001A2E38">
              <w:rPr>
                <w:rFonts w:ascii="Times New Roman" w:eastAsia="Arial" w:hAnsi="Times New Roman" w:cs="Times New Roman"/>
                <w:b/>
                <w:color w:val="000000"/>
                <w:sz w:val="20"/>
                <w:szCs w:val="20"/>
              </w:rPr>
              <w:t>Characteristics</w:t>
            </w:r>
          </w:p>
        </w:tc>
        <w:tc>
          <w:tcPr>
            <w:tcW w:w="2160" w:type="dxa"/>
            <w:tcBorders>
              <w:top w:val="single" w:sz="12" w:space="0" w:color="auto"/>
            </w:tcBorders>
            <w:shd w:val="clear" w:color="auto" w:fill="FFFFFF"/>
            <w:tcMar>
              <w:top w:w="0" w:type="dxa"/>
              <w:left w:w="0" w:type="dxa"/>
              <w:bottom w:w="0" w:type="dxa"/>
              <w:right w:w="0" w:type="dxa"/>
            </w:tcMar>
            <w:vAlign w:val="center"/>
          </w:tcPr>
          <w:p w14:paraId="5046BC86" w14:textId="77777777" w:rsidR="00E17931" w:rsidRPr="001A2E38" w:rsidRDefault="00E17931"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b/>
                <w:color w:val="000000"/>
                <w:sz w:val="20"/>
                <w:szCs w:val="20"/>
              </w:rPr>
            </w:pPr>
            <w:r w:rsidRPr="001A2E38">
              <w:rPr>
                <w:rFonts w:ascii="Times New Roman" w:eastAsia="Arial" w:hAnsi="Times New Roman" w:cs="Times New Roman"/>
                <w:b/>
                <w:color w:val="000000"/>
                <w:sz w:val="20"/>
                <w:szCs w:val="20"/>
              </w:rPr>
              <w:t>Total population</w:t>
            </w:r>
          </w:p>
        </w:tc>
        <w:tc>
          <w:tcPr>
            <w:tcW w:w="8496" w:type="dxa"/>
            <w:gridSpan w:val="4"/>
            <w:tcBorders>
              <w:top w:val="single" w:sz="12" w:space="0" w:color="auto"/>
              <w:bottom w:val="single" w:sz="4" w:space="0" w:color="auto"/>
            </w:tcBorders>
            <w:shd w:val="clear" w:color="auto" w:fill="FFFFFF"/>
            <w:tcMar>
              <w:top w:w="0" w:type="dxa"/>
              <w:left w:w="0" w:type="dxa"/>
              <w:bottom w:w="0" w:type="dxa"/>
              <w:right w:w="0" w:type="dxa"/>
            </w:tcMar>
            <w:vAlign w:val="center"/>
          </w:tcPr>
          <w:p w14:paraId="44BB4768" w14:textId="4284D639" w:rsidR="00E17931" w:rsidRPr="001A2E38" w:rsidRDefault="00E17931"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b/>
                <w:color w:val="000000"/>
                <w:sz w:val="20"/>
                <w:szCs w:val="20"/>
              </w:rPr>
            </w:pPr>
            <w:r w:rsidRPr="001A2E38">
              <w:rPr>
                <w:rFonts w:ascii="Times New Roman" w:eastAsia="Arial" w:hAnsi="Times New Roman" w:cs="Times New Roman"/>
                <w:b/>
                <w:color w:val="000000"/>
                <w:sz w:val="20"/>
                <w:szCs w:val="20"/>
              </w:rPr>
              <w:t>CHG quartiles</w:t>
            </w:r>
          </w:p>
        </w:tc>
        <w:tc>
          <w:tcPr>
            <w:tcW w:w="2016" w:type="dxa"/>
            <w:tcBorders>
              <w:top w:val="single" w:sz="12" w:space="0" w:color="auto"/>
            </w:tcBorders>
            <w:shd w:val="clear" w:color="auto" w:fill="FFFFFF"/>
            <w:tcMar>
              <w:top w:w="0" w:type="dxa"/>
              <w:left w:w="0" w:type="dxa"/>
              <w:bottom w:w="0" w:type="dxa"/>
              <w:right w:w="0" w:type="dxa"/>
            </w:tcMar>
            <w:vAlign w:val="center"/>
          </w:tcPr>
          <w:p w14:paraId="5FAF3BBE" w14:textId="77777777" w:rsidR="00E17931" w:rsidRPr="001A2E38" w:rsidRDefault="00E17931"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b/>
                <w:color w:val="000000"/>
                <w:sz w:val="20"/>
                <w:szCs w:val="20"/>
              </w:rPr>
            </w:pPr>
            <w:r w:rsidRPr="001A2E38">
              <w:rPr>
                <w:rFonts w:ascii="Times New Roman" w:eastAsia="Arial" w:hAnsi="Times New Roman" w:cs="Times New Roman"/>
                <w:b/>
                <w:i/>
                <w:iCs/>
                <w:color w:val="000000"/>
                <w:sz w:val="20"/>
                <w:szCs w:val="20"/>
              </w:rPr>
              <w:t>P</w:t>
            </w:r>
            <w:r w:rsidRPr="001A2E38">
              <w:rPr>
                <w:rFonts w:ascii="Times New Roman" w:eastAsia="Arial" w:hAnsi="Times New Roman" w:cs="Times New Roman"/>
                <w:b/>
                <w:color w:val="000000"/>
                <w:sz w:val="20"/>
                <w:szCs w:val="20"/>
              </w:rPr>
              <w:t xml:space="preserve"> value</w:t>
            </w:r>
          </w:p>
        </w:tc>
      </w:tr>
      <w:tr w:rsidR="00E17931" w:rsidRPr="001A2E38" w14:paraId="6E725771" w14:textId="77777777" w:rsidTr="00B416E0">
        <w:trPr>
          <w:jc w:val="center"/>
        </w:trPr>
        <w:tc>
          <w:tcPr>
            <w:tcW w:w="2448" w:type="dxa"/>
            <w:tcBorders>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22722B13" w14:textId="3474F6FB" w:rsidR="00E17931" w:rsidRPr="001A2E38" w:rsidRDefault="00E17931"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rPr>
                <w:rFonts w:ascii="Times New Roman" w:eastAsia="Arial" w:hAnsi="Times New Roman" w:cs="Times New Roman"/>
                <w:b/>
                <w:color w:val="000000"/>
                <w:sz w:val="20"/>
                <w:szCs w:val="20"/>
              </w:rPr>
            </w:pPr>
          </w:p>
        </w:tc>
        <w:tc>
          <w:tcPr>
            <w:tcW w:w="2160" w:type="dxa"/>
            <w:tcBorders>
              <w:left w:val="none" w:sz="0" w:space="0" w:color="000000"/>
              <w:bottom w:val="single" w:sz="12" w:space="0" w:color="666666"/>
            </w:tcBorders>
            <w:shd w:val="clear" w:color="auto" w:fill="FFFFFF"/>
            <w:tcMar>
              <w:top w:w="0" w:type="dxa"/>
              <w:left w:w="0" w:type="dxa"/>
              <w:bottom w:w="0" w:type="dxa"/>
              <w:right w:w="0" w:type="dxa"/>
            </w:tcMar>
            <w:vAlign w:val="center"/>
          </w:tcPr>
          <w:p w14:paraId="10EB4BC0" w14:textId="244D5D69" w:rsidR="00E17931" w:rsidRPr="001A2E38" w:rsidRDefault="00E17931"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b/>
                <w:color w:val="000000"/>
                <w:sz w:val="20"/>
                <w:szCs w:val="20"/>
              </w:rPr>
            </w:pPr>
          </w:p>
        </w:tc>
        <w:tc>
          <w:tcPr>
            <w:tcW w:w="2160" w:type="dxa"/>
            <w:tcBorders>
              <w:top w:val="single" w:sz="4" w:space="0" w:color="auto"/>
              <w:bottom w:val="single" w:sz="12" w:space="0" w:color="666666"/>
            </w:tcBorders>
            <w:shd w:val="clear" w:color="auto" w:fill="FFFFFF"/>
            <w:tcMar>
              <w:top w:w="0" w:type="dxa"/>
              <w:left w:w="0" w:type="dxa"/>
              <w:bottom w:w="0" w:type="dxa"/>
              <w:right w:w="0" w:type="dxa"/>
            </w:tcMar>
            <w:vAlign w:val="center"/>
          </w:tcPr>
          <w:p w14:paraId="2DC5C20B" w14:textId="77777777" w:rsidR="00E17931" w:rsidRPr="001A2E38" w:rsidRDefault="00E17931"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b/>
                <w:color w:val="000000"/>
                <w:sz w:val="20"/>
                <w:szCs w:val="20"/>
              </w:rPr>
            </w:pPr>
            <w:r w:rsidRPr="001A2E38">
              <w:rPr>
                <w:rFonts w:ascii="Times New Roman" w:eastAsia="Arial" w:hAnsi="Times New Roman" w:cs="Times New Roman"/>
                <w:b/>
                <w:color w:val="000000"/>
                <w:sz w:val="20"/>
                <w:szCs w:val="20"/>
              </w:rPr>
              <w:t>Q1</w:t>
            </w:r>
          </w:p>
        </w:tc>
        <w:tc>
          <w:tcPr>
            <w:tcW w:w="2160" w:type="dxa"/>
            <w:tcBorders>
              <w:top w:val="single" w:sz="4" w:space="0" w:color="auto"/>
              <w:bottom w:val="single" w:sz="12" w:space="0" w:color="666666"/>
            </w:tcBorders>
            <w:shd w:val="clear" w:color="auto" w:fill="FFFFFF"/>
            <w:tcMar>
              <w:top w:w="0" w:type="dxa"/>
              <w:left w:w="0" w:type="dxa"/>
              <w:bottom w:w="0" w:type="dxa"/>
              <w:right w:w="0" w:type="dxa"/>
            </w:tcMar>
            <w:vAlign w:val="center"/>
          </w:tcPr>
          <w:p w14:paraId="16B1E9CE" w14:textId="77777777" w:rsidR="00E17931" w:rsidRPr="001A2E38" w:rsidRDefault="00E17931"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b/>
                <w:color w:val="000000"/>
                <w:sz w:val="20"/>
                <w:szCs w:val="20"/>
              </w:rPr>
            </w:pPr>
            <w:r w:rsidRPr="001A2E38">
              <w:rPr>
                <w:rFonts w:ascii="Times New Roman" w:eastAsia="Arial" w:hAnsi="Times New Roman" w:cs="Times New Roman"/>
                <w:b/>
                <w:color w:val="000000"/>
                <w:sz w:val="20"/>
                <w:szCs w:val="20"/>
              </w:rPr>
              <w:t>Q2</w:t>
            </w:r>
          </w:p>
        </w:tc>
        <w:tc>
          <w:tcPr>
            <w:tcW w:w="2160" w:type="dxa"/>
            <w:tcBorders>
              <w:top w:val="single" w:sz="4" w:space="0" w:color="auto"/>
              <w:bottom w:val="single" w:sz="12" w:space="0" w:color="666666"/>
            </w:tcBorders>
            <w:shd w:val="clear" w:color="auto" w:fill="FFFFFF"/>
            <w:tcMar>
              <w:top w:w="0" w:type="dxa"/>
              <w:left w:w="0" w:type="dxa"/>
              <w:bottom w:w="0" w:type="dxa"/>
              <w:right w:w="0" w:type="dxa"/>
            </w:tcMar>
            <w:vAlign w:val="center"/>
          </w:tcPr>
          <w:p w14:paraId="42633417" w14:textId="77777777" w:rsidR="00E17931" w:rsidRPr="001A2E38" w:rsidRDefault="00E17931"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b/>
                <w:color w:val="000000"/>
                <w:sz w:val="20"/>
                <w:szCs w:val="20"/>
              </w:rPr>
            </w:pPr>
            <w:r w:rsidRPr="001A2E38">
              <w:rPr>
                <w:rFonts w:ascii="Times New Roman" w:eastAsia="Arial" w:hAnsi="Times New Roman" w:cs="Times New Roman"/>
                <w:b/>
                <w:color w:val="000000"/>
                <w:sz w:val="20"/>
                <w:szCs w:val="20"/>
              </w:rPr>
              <w:t>Q3</w:t>
            </w:r>
          </w:p>
        </w:tc>
        <w:tc>
          <w:tcPr>
            <w:tcW w:w="2016" w:type="dxa"/>
            <w:tcBorders>
              <w:top w:val="single" w:sz="4" w:space="0" w:color="auto"/>
              <w:bottom w:val="single" w:sz="12" w:space="0" w:color="666666"/>
            </w:tcBorders>
            <w:shd w:val="clear" w:color="auto" w:fill="FFFFFF"/>
            <w:tcMar>
              <w:top w:w="0" w:type="dxa"/>
              <w:left w:w="0" w:type="dxa"/>
              <w:bottom w:w="0" w:type="dxa"/>
              <w:right w:w="0" w:type="dxa"/>
            </w:tcMar>
            <w:vAlign w:val="center"/>
          </w:tcPr>
          <w:p w14:paraId="72D22F4B" w14:textId="77777777" w:rsidR="00E17931" w:rsidRPr="001A2E38" w:rsidRDefault="00E17931"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b/>
                <w:color w:val="000000"/>
                <w:sz w:val="20"/>
                <w:szCs w:val="20"/>
              </w:rPr>
            </w:pPr>
            <w:r w:rsidRPr="001A2E38">
              <w:rPr>
                <w:rFonts w:ascii="Times New Roman" w:eastAsia="Arial" w:hAnsi="Times New Roman" w:cs="Times New Roman"/>
                <w:b/>
                <w:color w:val="000000"/>
                <w:sz w:val="20"/>
                <w:szCs w:val="20"/>
              </w:rPr>
              <w:t>Q4</w:t>
            </w:r>
          </w:p>
        </w:tc>
        <w:tc>
          <w:tcPr>
            <w:tcW w:w="2016" w:type="dxa"/>
            <w:tcBorders>
              <w:left w:val="nil"/>
              <w:bottom w:val="single" w:sz="12" w:space="0" w:color="666666"/>
              <w:right w:val="none" w:sz="0" w:space="0" w:color="000000"/>
            </w:tcBorders>
            <w:shd w:val="clear" w:color="auto" w:fill="FFFFFF"/>
            <w:tcMar>
              <w:top w:w="0" w:type="dxa"/>
              <w:left w:w="0" w:type="dxa"/>
              <w:bottom w:w="0" w:type="dxa"/>
              <w:right w:w="0" w:type="dxa"/>
            </w:tcMar>
            <w:vAlign w:val="center"/>
          </w:tcPr>
          <w:p w14:paraId="046D4164" w14:textId="47055E16" w:rsidR="00E17931" w:rsidRPr="001A2E38" w:rsidRDefault="00E17931"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b/>
                <w:color w:val="000000"/>
                <w:sz w:val="20"/>
                <w:szCs w:val="20"/>
              </w:rPr>
            </w:pPr>
          </w:p>
        </w:tc>
      </w:tr>
      <w:tr w:rsidR="00E17931" w:rsidRPr="001A2E38" w14:paraId="7DE05944" w14:textId="77777777" w:rsidTr="00E17931">
        <w:trPr>
          <w:jc w:val="center"/>
        </w:trPr>
        <w:tc>
          <w:tcPr>
            <w:tcW w:w="2448" w:type="dxa"/>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3917A25" w14:textId="77777777" w:rsidR="00E17931" w:rsidRPr="001A2E38" w:rsidRDefault="00E17931"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rPr>
                <w:rFonts w:ascii="Times New Roman" w:eastAsia="Arial" w:hAnsi="Times New Roman" w:cs="Times New Roman"/>
                <w:b/>
                <w:color w:val="000000"/>
                <w:sz w:val="20"/>
                <w:szCs w:val="20"/>
              </w:rPr>
            </w:pPr>
            <w:r w:rsidRPr="001A2E38">
              <w:rPr>
                <w:rFonts w:ascii="Times New Roman" w:eastAsia="Arial" w:hAnsi="Times New Roman" w:cs="Times New Roman"/>
                <w:b/>
                <w:color w:val="000000"/>
                <w:sz w:val="20"/>
                <w:szCs w:val="20"/>
              </w:rPr>
              <w:t>n</w:t>
            </w:r>
          </w:p>
        </w:tc>
        <w:tc>
          <w:tcPr>
            <w:tcW w:w="2160" w:type="dxa"/>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F07AD16" w14:textId="77777777" w:rsidR="00E17931" w:rsidRPr="001A2E38" w:rsidRDefault="00E17931"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109,434</w:t>
            </w:r>
          </w:p>
        </w:tc>
        <w:tc>
          <w:tcPr>
            <w:tcW w:w="2160" w:type="dxa"/>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488286B" w14:textId="77777777" w:rsidR="00E17931" w:rsidRPr="001A2E38" w:rsidRDefault="00E17931"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27,359</w:t>
            </w:r>
          </w:p>
        </w:tc>
        <w:tc>
          <w:tcPr>
            <w:tcW w:w="2160" w:type="dxa"/>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6835B46" w14:textId="77777777" w:rsidR="00E17931" w:rsidRPr="001A2E38" w:rsidRDefault="00E17931"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27,358</w:t>
            </w:r>
          </w:p>
        </w:tc>
        <w:tc>
          <w:tcPr>
            <w:tcW w:w="2160" w:type="dxa"/>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851746E" w14:textId="77777777" w:rsidR="00E17931" w:rsidRPr="001A2E38" w:rsidRDefault="00E17931"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27,358</w:t>
            </w:r>
          </w:p>
        </w:tc>
        <w:tc>
          <w:tcPr>
            <w:tcW w:w="2016" w:type="dxa"/>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7EC7E4C" w14:textId="77777777" w:rsidR="00E17931" w:rsidRPr="001A2E38" w:rsidRDefault="00E17931"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27,359</w:t>
            </w:r>
          </w:p>
        </w:tc>
        <w:tc>
          <w:tcPr>
            <w:tcW w:w="2016" w:type="dxa"/>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6B5F763" w14:textId="77777777" w:rsidR="00E17931" w:rsidRPr="001A2E38" w:rsidRDefault="00E17931"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p>
        </w:tc>
      </w:tr>
      <w:tr w:rsidR="00E17931" w:rsidRPr="001A2E38" w14:paraId="4102933C" w14:textId="77777777" w:rsidTr="00E17931">
        <w:trPr>
          <w:jc w:val="center"/>
        </w:trPr>
        <w:tc>
          <w:tcPr>
            <w:tcW w:w="244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2CD90C6" w14:textId="77777777" w:rsidR="00E17931" w:rsidRPr="001A2E38" w:rsidRDefault="00E17931"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rPr>
                <w:rFonts w:ascii="Times New Roman" w:eastAsia="Arial" w:hAnsi="Times New Roman" w:cs="Times New Roman"/>
                <w:b/>
                <w:color w:val="000000"/>
                <w:sz w:val="20"/>
                <w:szCs w:val="20"/>
              </w:rPr>
            </w:pPr>
            <w:r w:rsidRPr="001A2E38">
              <w:rPr>
                <w:rFonts w:ascii="Times New Roman" w:eastAsia="Arial" w:hAnsi="Times New Roman" w:cs="Times New Roman"/>
                <w:b/>
                <w:color w:val="000000"/>
                <w:sz w:val="20"/>
                <w:szCs w:val="20"/>
              </w:rPr>
              <w:t>Age, year</w:t>
            </w:r>
          </w:p>
        </w:tc>
        <w:tc>
          <w:tcPr>
            <w:tcW w:w="216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337B433" w14:textId="77777777" w:rsidR="00E17931" w:rsidRPr="001A2E38" w:rsidRDefault="00E17931"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56.7 ± 7.9</w:t>
            </w:r>
          </w:p>
        </w:tc>
        <w:tc>
          <w:tcPr>
            <w:tcW w:w="216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B08F22D" w14:textId="77777777" w:rsidR="00E17931" w:rsidRPr="001A2E38" w:rsidRDefault="00E17931"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57.5 ± 7.8</w:t>
            </w:r>
          </w:p>
        </w:tc>
        <w:tc>
          <w:tcPr>
            <w:tcW w:w="216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13F8689" w14:textId="77777777" w:rsidR="00E17931" w:rsidRPr="001A2E38" w:rsidRDefault="00E17931"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57.0 ± 7.8</w:t>
            </w:r>
          </w:p>
        </w:tc>
        <w:tc>
          <w:tcPr>
            <w:tcW w:w="216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D18F59B" w14:textId="77777777" w:rsidR="00E17931" w:rsidRPr="001A2E38" w:rsidRDefault="00E17931"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56.3 ± 7.9</w:t>
            </w:r>
          </w:p>
        </w:tc>
        <w:tc>
          <w:tcPr>
            <w:tcW w:w="20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1933238" w14:textId="77777777" w:rsidR="00E17931" w:rsidRPr="001A2E38" w:rsidRDefault="00E17931"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56.1 ± 7.9</w:t>
            </w:r>
          </w:p>
        </w:tc>
        <w:tc>
          <w:tcPr>
            <w:tcW w:w="20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6FA7260" w14:textId="77777777" w:rsidR="00E17931" w:rsidRPr="001A2E38" w:rsidRDefault="00E17931"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&lt;0.001</w:t>
            </w:r>
          </w:p>
        </w:tc>
      </w:tr>
      <w:tr w:rsidR="00E17931" w:rsidRPr="001A2E38" w14:paraId="6DA5A214" w14:textId="77777777" w:rsidTr="00E17931">
        <w:trPr>
          <w:jc w:val="center"/>
        </w:trPr>
        <w:tc>
          <w:tcPr>
            <w:tcW w:w="244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AD72DC8" w14:textId="77777777" w:rsidR="00E17931" w:rsidRPr="001A2E38" w:rsidRDefault="00E17931"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rPr>
                <w:rFonts w:ascii="Times New Roman" w:eastAsia="Arial" w:hAnsi="Times New Roman" w:cs="Times New Roman"/>
                <w:b/>
                <w:color w:val="000000"/>
                <w:sz w:val="20"/>
                <w:szCs w:val="20"/>
              </w:rPr>
            </w:pPr>
            <w:r w:rsidRPr="001A2E38">
              <w:rPr>
                <w:rFonts w:ascii="Times New Roman" w:eastAsia="Arial" w:hAnsi="Times New Roman" w:cs="Times New Roman"/>
                <w:b/>
                <w:color w:val="000000"/>
                <w:sz w:val="20"/>
                <w:szCs w:val="20"/>
              </w:rPr>
              <w:t>Sex</w:t>
            </w:r>
          </w:p>
        </w:tc>
        <w:tc>
          <w:tcPr>
            <w:tcW w:w="216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C0401FC" w14:textId="77777777" w:rsidR="00E17931" w:rsidRPr="001A2E38" w:rsidRDefault="00E17931"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p>
        </w:tc>
        <w:tc>
          <w:tcPr>
            <w:tcW w:w="216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0CD0074" w14:textId="77777777" w:rsidR="00E17931" w:rsidRPr="001A2E38" w:rsidRDefault="00E17931"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p>
        </w:tc>
        <w:tc>
          <w:tcPr>
            <w:tcW w:w="216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3974F29" w14:textId="77777777" w:rsidR="00E17931" w:rsidRPr="001A2E38" w:rsidRDefault="00E17931"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p>
        </w:tc>
        <w:tc>
          <w:tcPr>
            <w:tcW w:w="216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EC4BCC0" w14:textId="77777777" w:rsidR="00E17931" w:rsidRPr="001A2E38" w:rsidRDefault="00E17931"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p>
        </w:tc>
        <w:tc>
          <w:tcPr>
            <w:tcW w:w="20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C89D7F6" w14:textId="77777777" w:rsidR="00E17931" w:rsidRPr="001A2E38" w:rsidRDefault="00E17931"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p>
        </w:tc>
        <w:tc>
          <w:tcPr>
            <w:tcW w:w="20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F2EB368" w14:textId="77777777" w:rsidR="00E17931" w:rsidRPr="001A2E38" w:rsidRDefault="00E17931"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&lt;0.001</w:t>
            </w:r>
          </w:p>
        </w:tc>
      </w:tr>
      <w:tr w:rsidR="00E17931" w:rsidRPr="001A2E38" w14:paraId="7617761B" w14:textId="77777777" w:rsidTr="00E17931">
        <w:trPr>
          <w:jc w:val="center"/>
        </w:trPr>
        <w:tc>
          <w:tcPr>
            <w:tcW w:w="244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647B881" w14:textId="77777777" w:rsidR="00E17931" w:rsidRPr="001A2E38" w:rsidRDefault="00E17931"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 xml:space="preserve">  Female</w:t>
            </w:r>
          </w:p>
        </w:tc>
        <w:tc>
          <w:tcPr>
            <w:tcW w:w="216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87DDB3F" w14:textId="77777777" w:rsidR="00E17931" w:rsidRPr="001A2E38" w:rsidRDefault="00E17931"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43,899 (40.1)</w:t>
            </w:r>
          </w:p>
        </w:tc>
        <w:tc>
          <w:tcPr>
            <w:tcW w:w="216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F50C412" w14:textId="77777777" w:rsidR="00E17931" w:rsidRPr="001A2E38" w:rsidRDefault="00E17931"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14,193 (51.9)</w:t>
            </w:r>
          </w:p>
        </w:tc>
        <w:tc>
          <w:tcPr>
            <w:tcW w:w="216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87ECB9E" w14:textId="77777777" w:rsidR="00E17931" w:rsidRPr="001A2E38" w:rsidRDefault="00E17931"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11,584 (42.3)</w:t>
            </w:r>
          </w:p>
        </w:tc>
        <w:tc>
          <w:tcPr>
            <w:tcW w:w="216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3564782" w14:textId="77777777" w:rsidR="00E17931" w:rsidRPr="001A2E38" w:rsidRDefault="00E17931"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9,723 (35.5)</w:t>
            </w:r>
          </w:p>
        </w:tc>
        <w:tc>
          <w:tcPr>
            <w:tcW w:w="20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00241A2" w14:textId="77777777" w:rsidR="00E17931" w:rsidRPr="001A2E38" w:rsidRDefault="00E17931"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8,399 (30.7)</w:t>
            </w:r>
          </w:p>
        </w:tc>
        <w:tc>
          <w:tcPr>
            <w:tcW w:w="20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19CC3FD" w14:textId="77777777" w:rsidR="00E17931" w:rsidRPr="001A2E38" w:rsidRDefault="00E17931"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p>
        </w:tc>
      </w:tr>
      <w:tr w:rsidR="00E17931" w:rsidRPr="001A2E38" w14:paraId="66D5A877" w14:textId="77777777" w:rsidTr="00E17931">
        <w:trPr>
          <w:jc w:val="center"/>
        </w:trPr>
        <w:tc>
          <w:tcPr>
            <w:tcW w:w="244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D1AE8A9" w14:textId="77777777" w:rsidR="00E17931" w:rsidRPr="001A2E38" w:rsidRDefault="00E17931"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 xml:space="preserve">  Male</w:t>
            </w:r>
          </w:p>
        </w:tc>
        <w:tc>
          <w:tcPr>
            <w:tcW w:w="216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C5C948F" w14:textId="77777777" w:rsidR="00E17931" w:rsidRPr="001A2E38" w:rsidRDefault="00E17931"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65,535 (59.9)</w:t>
            </w:r>
          </w:p>
        </w:tc>
        <w:tc>
          <w:tcPr>
            <w:tcW w:w="216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6BBDA7C" w14:textId="77777777" w:rsidR="00E17931" w:rsidRPr="001A2E38" w:rsidRDefault="00E17931"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13,166 (48.1)</w:t>
            </w:r>
          </w:p>
        </w:tc>
        <w:tc>
          <w:tcPr>
            <w:tcW w:w="216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FB9AB26" w14:textId="77777777" w:rsidR="00E17931" w:rsidRPr="001A2E38" w:rsidRDefault="00E17931"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15,774 (57.7)</w:t>
            </w:r>
          </w:p>
        </w:tc>
        <w:tc>
          <w:tcPr>
            <w:tcW w:w="216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0E7C46C" w14:textId="77777777" w:rsidR="00E17931" w:rsidRPr="001A2E38" w:rsidRDefault="00E17931"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17,635 (64.5)</w:t>
            </w:r>
          </w:p>
        </w:tc>
        <w:tc>
          <w:tcPr>
            <w:tcW w:w="20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6672134" w14:textId="77777777" w:rsidR="00E17931" w:rsidRPr="001A2E38" w:rsidRDefault="00E17931"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18,960 (69.3)</w:t>
            </w:r>
          </w:p>
        </w:tc>
        <w:tc>
          <w:tcPr>
            <w:tcW w:w="20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D7183AF" w14:textId="77777777" w:rsidR="00E17931" w:rsidRPr="001A2E38" w:rsidRDefault="00E17931"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p>
        </w:tc>
      </w:tr>
      <w:tr w:rsidR="00E17931" w:rsidRPr="001A2E38" w14:paraId="7D9F0A57" w14:textId="77777777" w:rsidTr="00E17931">
        <w:trPr>
          <w:jc w:val="center"/>
        </w:trPr>
        <w:tc>
          <w:tcPr>
            <w:tcW w:w="244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DACB98B" w14:textId="77777777" w:rsidR="00E17931" w:rsidRPr="001A2E38" w:rsidRDefault="00E17931"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rPr>
                <w:rFonts w:ascii="Times New Roman" w:eastAsia="Arial" w:hAnsi="Times New Roman" w:cs="Times New Roman"/>
                <w:b/>
                <w:color w:val="000000"/>
                <w:sz w:val="20"/>
                <w:szCs w:val="20"/>
              </w:rPr>
            </w:pPr>
            <w:r w:rsidRPr="001A2E38">
              <w:rPr>
                <w:rFonts w:ascii="Times New Roman" w:eastAsia="Arial" w:hAnsi="Times New Roman" w:cs="Times New Roman"/>
                <w:b/>
                <w:color w:val="000000"/>
                <w:sz w:val="20"/>
                <w:szCs w:val="20"/>
              </w:rPr>
              <w:t>Ethnicity</w:t>
            </w:r>
          </w:p>
        </w:tc>
        <w:tc>
          <w:tcPr>
            <w:tcW w:w="216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656DAF1" w14:textId="77777777" w:rsidR="00E17931" w:rsidRPr="001A2E38" w:rsidRDefault="00E17931"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p>
        </w:tc>
        <w:tc>
          <w:tcPr>
            <w:tcW w:w="216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D1A3A66" w14:textId="77777777" w:rsidR="00E17931" w:rsidRPr="001A2E38" w:rsidRDefault="00E17931"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p>
        </w:tc>
        <w:tc>
          <w:tcPr>
            <w:tcW w:w="216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23F35A4" w14:textId="77777777" w:rsidR="00E17931" w:rsidRPr="001A2E38" w:rsidRDefault="00E17931"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p>
        </w:tc>
        <w:tc>
          <w:tcPr>
            <w:tcW w:w="216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DF9C592" w14:textId="77777777" w:rsidR="00E17931" w:rsidRPr="001A2E38" w:rsidRDefault="00E17931"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p>
        </w:tc>
        <w:tc>
          <w:tcPr>
            <w:tcW w:w="20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21D4895" w14:textId="77777777" w:rsidR="00E17931" w:rsidRPr="001A2E38" w:rsidRDefault="00E17931"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p>
        </w:tc>
        <w:tc>
          <w:tcPr>
            <w:tcW w:w="20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8764E1A" w14:textId="77777777" w:rsidR="00E17931" w:rsidRPr="001A2E38" w:rsidRDefault="00E17931"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&lt;0.001</w:t>
            </w:r>
          </w:p>
        </w:tc>
      </w:tr>
      <w:tr w:rsidR="00E17931" w:rsidRPr="001A2E38" w14:paraId="0172B0DB" w14:textId="77777777" w:rsidTr="00E17931">
        <w:trPr>
          <w:jc w:val="center"/>
        </w:trPr>
        <w:tc>
          <w:tcPr>
            <w:tcW w:w="244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95CB612" w14:textId="77777777" w:rsidR="00E17931" w:rsidRPr="001A2E38" w:rsidRDefault="00E17931"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 xml:space="preserve">  Whites</w:t>
            </w:r>
          </w:p>
        </w:tc>
        <w:tc>
          <w:tcPr>
            <w:tcW w:w="216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4C1C427" w14:textId="77777777" w:rsidR="00E17931" w:rsidRPr="001A2E38" w:rsidRDefault="00E17931"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103,700 (94.8)</w:t>
            </w:r>
          </w:p>
        </w:tc>
        <w:tc>
          <w:tcPr>
            <w:tcW w:w="216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88EF06C" w14:textId="77777777" w:rsidR="00E17931" w:rsidRPr="001A2E38" w:rsidRDefault="00E17931"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25,597 (93.6)</w:t>
            </w:r>
          </w:p>
        </w:tc>
        <w:tc>
          <w:tcPr>
            <w:tcW w:w="216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EAA3A6D" w14:textId="77777777" w:rsidR="00E17931" w:rsidRPr="001A2E38" w:rsidRDefault="00E17931"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26,086 (95.4)</w:t>
            </w:r>
          </w:p>
        </w:tc>
        <w:tc>
          <w:tcPr>
            <w:tcW w:w="216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3901D3F" w14:textId="77777777" w:rsidR="00E17931" w:rsidRPr="001A2E38" w:rsidRDefault="00E17931"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26,092 (95.4)</w:t>
            </w:r>
          </w:p>
        </w:tc>
        <w:tc>
          <w:tcPr>
            <w:tcW w:w="20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ABED5D3" w14:textId="77777777" w:rsidR="00E17931" w:rsidRPr="001A2E38" w:rsidRDefault="00E17931"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25,925 (94.8)</w:t>
            </w:r>
          </w:p>
        </w:tc>
        <w:tc>
          <w:tcPr>
            <w:tcW w:w="20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61DD49F" w14:textId="77777777" w:rsidR="00E17931" w:rsidRPr="001A2E38" w:rsidRDefault="00E17931"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p>
        </w:tc>
      </w:tr>
      <w:tr w:rsidR="00E17931" w:rsidRPr="001A2E38" w14:paraId="7DDD4652" w14:textId="77777777" w:rsidTr="00E17931">
        <w:trPr>
          <w:jc w:val="center"/>
        </w:trPr>
        <w:tc>
          <w:tcPr>
            <w:tcW w:w="244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7F773EA" w14:textId="77777777" w:rsidR="00E17931" w:rsidRPr="001A2E38" w:rsidRDefault="00E17931"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 xml:space="preserve">  Non-Whites</w:t>
            </w:r>
          </w:p>
        </w:tc>
        <w:tc>
          <w:tcPr>
            <w:tcW w:w="216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B268DE2" w14:textId="77777777" w:rsidR="00E17931" w:rsidRPr="001A2E38" w:rsidRDefault="00E17931"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5,734 (5.2)</w:t>
            </w:r>
          </w:p>
        </w:tc>
        <w:tc>
          <w:tcPr>
            <w:tcW w:w="216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11DED14" w14:textId="77777777" w:rsidR="00E17931" w:rsidRPr="001A2E38" w:rsidRDefault="00E17931"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1,762 (6.4)</w:t>
            </w:r>
          </w:p>
        </w:tc>
        <w:tc>
          <w:tcPr>
            <w:tcW w:w="216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41D15EC" w14:textId="77777777" w:rsidR="00E17931" w:rsidRPr="001A2E38" w:rsidRDefault="00E17931"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1,272 (4.6)</w:t>
            </w:r>
          </w:p>
        </w:tc>
        <w:tc>
          <w:tcPr>
            <w:tcW w:w="216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ADEC9BE" w14:textId="77777777" w:rsidR="00E17931" w:rsidRPr="001A2E38" w:rsidRDefault="00E17931"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1,266 (4.6)</w:t>
            </w:r>
          </w:p>
        </w:tc>
        <w:tc>
          <w:tcPr>
            <w:tcW w:w="20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FEE2AAF" w14:textId="77777777" w:rsidR="00E17931" w:rsidRPr="001A2E38" w:rsidRDefault="00E17931"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1,434 (5.2)</w:t>
            </w:r>
          </w:p>
        </w:tc>
        <w:tc>
          <w:tcPr>
            <w:tcW w:w="20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EE838F2" w14:textId="77777777" w:rsidR="00E17931" w:rsidRPr="001A2E38" w:rsidRDefault="00E17931"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p>
        </w:tc>
      </w:tr>
      <w:tr w:rsidR="00E17931" w:rsidRPr="001A2E38" w14:paraId="7E2634EE" w14:textId="77777777" w:rsidTr="00E17931">
        <w:trPr>
          <w:jc w:val="center"/>
        </w:trPr>
        <w:tc>
          <w:tcPr>
            <w:tcW w:w="244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CDFB0A6" w14:textId="77777777" w:rsidR="00E17931" w:rsidRPr="001A2E38" w:rsidRDefault="00E17931"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rPr>
                <w:rFonts w:ascii="Times New Roman" w:eastAsia="Arial" w:hAnsi="Times New Roman" w:cs="Times New Roman"/>
                <w:b/>
                <w:color w:val="000000"/>
                <w:sz w:val="20"/>
                <w:szCs w:val="20"/>
              </w:rPr>
            </w:pPr>
            <w:r w:rsidRPr="001A2E38">
              <w:rPr>
                <w:rFonts w:ascii="Times New Roman" w:eastAsia="Arial" w:hAnsi="Times New Roman" w:cs="Times New Roman"/>
                <w:b/>
                <w:color w:val="000000"/>
                <w:sz w:val="20"/>
                <w:szCs w:val="20"/>
              </w:rPr>
              <w:t>Employment status</w:t>
            </w:r>
          </w:p>
        </w:tc>
        <w:tc>
          <w:tcPr>
            <w:tcW w:w="216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C88A9B2" w14:textId="77777777" w:rsidR="00E17931" w:rsidRPr="001A2E38" w:rsidRDefault="00E17931"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p>
        </w:tc>
        <w:tc>
          <w:tcPr>
            <w:tcW w:w="216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1E2DFE4" w14:textId="77777777" w:rsidR="00E17931" w:rsidRPr="001A2E38" w:rsidRDefault="00E17931"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p>
        </w:tc>
        <w:tc>
          <w:tcPr>
            <w:tcW w:w="216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7B3F995" w14:textId="77777777" w:rsidR="00E17931" w:rsidRPr="001A2E38" w:rsidRDefault="00E17931"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p>
        </w:tc>
        <w:tc>
          <w:tcPr>
            <w:tcW w:w="216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E7A951C" w14:textId="77777777" w:rsidR="00E17931" w:rsidRPr="001A2E38" w:rsidRDefault="00E17931"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p>
        </w:tc>
        <w:tc>
          <w:tcPr>
            <w:tcW w:w="20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FB70DB2" w14:textId="77777777" w:rsidR="00E17931" w:rsidRPr="001A2E38" w:rsidRDefault="00E17931"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p>
        </w:tc>
        <w:tc>
          <w:tcPr>
            <w:tcW w:w="20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C9513D1" w14:textId="77777777" w:rsidR="00E17931" w:rsidRPr="001A2E38" w:rsidRDefault="00E17931"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&lt;0.001</w:t>
            </w:r>
          </w:p>
        </w:tc>
      </w:tr>
      <w:tr w:rsidR="00E17931" w:rsidRPr="001A2E38" w14:paraId="39A8FBD9" w14:textId="77777777" w:rsidTr="00E17931">
        <w:trPr>
          <w:jc w:val="center"/>
        </w:trPr>
        <w:tc>
          <w:tcPr>
            <w:tcW w:w="244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AC97FFB" w14:textId="77777777" w:rsidR="00E17931" w:rsidRPr="001A2E38" w:rsidRDefault="00E17931"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 xml:space="preserve">  Working</w:t>
            </w:r>
          </w:p>
        </w:tc>
        <w:tc>
          <w:tcPr>
            <w:tcW w:w="216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F3F7ADA" w14:textId="77777777" w:rsidR="00E17931" w:rsidRPr="001A2E38" w:rsidRDefault="00E17931"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64,623 (59.1)</w:t>
            </w:r>
          </w:p>
        </w:tc>
        <w:tc>
          <w:tcPr>
            <w:tcW w:w="216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158DFA8" w14:textId="77777777" w:rsidR="00E17931" w:rsidRPr="001A2E38" w:rsidRDefault="00E17931"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15,138 (55.3)</w:t>
            </w:r>
          </w:p>
        </w:tc>
        <w:tc>
          <w:tcPr>
            <w:tcW w:w="216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988D712" w14:textId="77777777" w:rsidR="00E17931" w:rsidRPr="001A2E38" w:rsidRDefault="00E17931"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16,063 (58.7)</w:t>
            </w:r>
          </w:p>
        </w:tc>
        <w:tc>
          <w:tcPr>
            <w:tcW w:w="216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1AF995F" w14:textId="77777777" w:rsidR="00E17931" w:rsidRPr="001A2E38" w:rsidRDefault="00E17931"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16,812 (61.5)</w:t>
            </w:r>
          </w:p>
        </w:tc>
        <w:tc>
          <w:tcPr>
            <w:tcW w:w="20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89B898E" w14:textId="77777777" w:rsidR="00E17931" w:rsidRPr="001A2E38" w:rsidRDefault="00E17931"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16,610 (60.7)</w:t>
            </w:r>
          </w:p>
        </w:tc>
        <w:tc>
          <w:tcPr>
            <w:tcW w:w="20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1F907B2" w14:textId="77777777" w:rsidR="00E17931" w:rsidRPr="001A2E38" w:rsidRDefault="00E17931"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p>
        </w:tc>
      </w:tr>
      <w:tr w:rsidR="00E17931" w:rsidRPr="001A2E38" w14:paraId="0C1D32FC" w14:textId="77777777" w:rsidTr="00E17931">
        <w:trPr>
          <w:jc w:val="center"/>
        </w:trPr>
        <w:tc>
          <w:tcPr>
            <w:tcW w:w="244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2D298EA" w14:textId="77777777" w:rsidR="00E17931" w:rsidRPr="001A2E38" w:rsidRDefault="00E17931"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 xml:space="preserve">  Retired</w:t>
            </w:r>
          </w:p>
        </w:tc>
        <w:tc>
          <w:tcPr>
            <w:tcW w:w="216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440FDC3" w14:textId="77777777" w:rsidR="00E17931" w:rsidRPr="001A2E38" w:rsidRDefault="00E17931"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35,549 (32.5)</w:t>
            </w:r>
          </w:p>
        </w:tc>
        <w:tc>
          <w:tcPr>
            <w:tcW w:w="216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C53D085" w14:textId="77777777" w:rsidR="00E17931" w:rsidRPr="001A2E38" w:rsidRDefault="00E17931"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9,966 (36.4)</w:t>
            </w:r>
          </w:p>
        </w:tc>
        <w:tc>
          <w:tcPr>
            <w:tcW w:w="216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6735E60" w14:textId="77777777" w:rsidR="00E17931" w:rsidRPr="001A2E38" w:rsidRDefault="00E17931"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9,129 (33.4)</w:t>
            </w:r>
          </w:p>
        </w:tc>
        <w:tc>
          <w:tcPr>
            <w:tcW w:w="216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2F85D78" w14:textId="77777777" w:rsidR="00E17931" w:rsidRPr="001A2E38" w:rsidRDefault="00E17931"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8,321 (30.4)</w:t>
            </w:r>
          </w:p>
        </w:tc>
        <w:tc>
          <w:tcPr>
            <w:tcW w:w="20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D26A135" w14:textId="77777777" w:rsidR="00E17931" w:rsidRPr="001A2E38" w:rsidRDefault="00E17931"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8,133 (29.7)</w:t>
            </w:r>
          </w:p>
        </w:tc>
        <w:tc>
          <w:tcPr>
            <w:tcW w:w="20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E033535" w14:textId="77777777" w:rsidR="00E17931" w:rsidRPr="001A2E38" w:rsidRDefault="00E17931"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p>
        </w:tc>
      </w:tr>
      <w:tr w:rsidR="00E17931" w:rsidRPr="001A2E38" w14:paraId="7D77F5F1" w14:textId="77777777" w:rsidTr="00E17931">
        <w:trPr>
          <w:jc w:val="center"/>
        </w:trPr>
        <w:tc>
          <w:tcPr>
            <w:tcW w:w="244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739A345" w14:textId="77777777" w:rsidR="00E17931" w:rsidRPr="001A2E38" w:rsidRDefault="00E17931"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 xml:space="preserve">  Unemployed</w:t>
            </w:r>
          </w:p>
        </w:tc>
        <w:tc>
          <w:tcPr>
            <w:tcW w:w="216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93970F8" w14:textId="77777777" w:rsidR="00E17931" w:rsidRPr="001A2E38" w:rsidRDefault="00E17931"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9,262 (8.5)</w:t>
            </w:r>
          </w:p>
        </w:tc>
        <w:tc>
          <w:tcPr>
            <w:tcW w:w="216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BAFD14F" w14:textId="77777777" w:rsidR="00E17931" w:rsidRPr="001A2E38" w:rsidRDefault="00E17931"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2,255 (8.2)</w:t>
            </w:r>
          </w:p>
        </w:tc>
        <w:tc>
          <w:tcPr>
            <w:tcW w:w="216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2FD76CC" w14:textId="77777777" w:rsidR="00E17931" w:rsidRPr="001A2E38" w:rsidRDefault="00E17931"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2,166 (7.9)</w:t>
            </w:r>
          </w:p>
        </w:tc>
        <w:tc>
          <w:tcPr>
            <w:tcW w:w="216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0C36BAC" w14:textId="77777777" w:rsidR="00E17931" w:rsidRPr="001A2E38" w:rsidRDefault="00E17931"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2,225 (8.1)</w:t>
            </w:r>
          </w:p>
        </w:tc>
        <w:tc>
          <w:tcPr>
            <w:tcW w:w="20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40646D3" w14:textId="77777777" w:rsidR="00E17931" w:rsidRPr="001A2E38" w:rsidRDefault="00E17931"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2,616 (9.6)</w:t>
            </w:r>
          </w:p>
        </w:tc>
        <w:tc>
          <w:tcPr>
            <w:tcW w:w="20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FD80656" w14:textId="77777777" w:rsidR="00E17931" w:rsidRPr="001A2E38" w:rsidRDefault="00E17931"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p>
        </w:tc>
      </w:tr>
      <w:tr w:rsidR="00E17931" w:rsidRPr="001A2E38" w14:paraId="5A358073" w14:textId="77777777" w:rsidTr="00E17931">
        <w:trPr>
          <w:jc w:val="center"/>
        </w:trPr>
        <w:tc>
          <w:tcPr>
            <w:tcW w:w="244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E23238C" w14:textId="77777777" w:rsidR="00E17931" w:rsidRPr="001A2E38" w:rsidRDefault="00E17931"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rPr>
                <w:rFonts w:ascii="Times New Roman" w:eastAsia="Arial" w:hAnsi="Times New Roman" w:cs="Times New Roman"/>
                <w:b/>
                <w:color w:val="000000"/>
                <w:sz w:val="20"/>
                <w:szCs w:val="20"/>
              </w:rPr>
            </w:pPr>
            <w:r w:rsidRPr="001A2E38">
              <w:rPr>
                <w:rFonts w:ascii="Times New Roman" w:eastAsia="Arial" w:hAnsi="Times New Roman" w:cs="Times New Roman"/>
                <w:b/>
                <w:color w:val="000000"/>
                <w:sz w:val="20"/>
                <w:szCs w:val="20"/>
              </w:rPr>
              <w:t>Educational levels</w:t>
            </w:r>
          </w:p>
        </w:tc>
        <w:tc>
          <w:tcPr>
            <w:tcW w:w="216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5179B96" w14:textId="77777777" w:rsidR="00E17931" w:rsidRPr="001A2E38" w:rsidRDefault="00E17931"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p>
        </w:tc>
        <w:tc>
          <w:tcPr>
            <w:tcW w:w="216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5B8885C" w14:textId="77777777" w:rsidR="00E17931" w:rsidRPr="001A2E38" w:rsidRDefault="00E17931"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p>
        </w:tc>
        <w:tc>
          <w:tcPr>
            <w:tcW w:w="216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353F41B" w14:textId="77777777" w:rsidR="00E17931" w:rsidRPr="001A2E38" w:rsidRDefault="00E17931"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p>
        </w:tc>
        <w:tc>
          <w:tcPr>
            <w:tcW w:w="216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6C8A2FA" w14:textId="77777777" w:rsidR="00E17931" w:rsidRPr="001A2E38" w:rsidRDefault="00E17931"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p>
        </w:tc>
        <w:tc>
          <w:tcPr>
            <w:tcW w:w="20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A210B43" w14:textId="77777777" w:rsidR="00E17931" w:rsidRPr="001A2E38" w:rsidRDefault="00E17931"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p>
        </w:tc>
        <w:tc>
          <w:tcPr>
            <w:tcW w:w="20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0B9FD41" w14:textId="77777777" w:rsidR="00E17931" w:rsidRPr="001A2E38" w:rsidRDefault="00E17931"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0.011</w:t>
            </w:r>
          </w:p>
        </w:tc>
      </w:tr>
      <w:tr w:rsidR="00E17931" w:rsidRPr="001A2E38" w14:paraId="02694D41" w14:textId="77777777" w:rsidTr="00E17931">
        <w:trPr>
          <w:jc w:val="center"/>
        </w:trPr>
        <w:tc>
          <w:tcPr>
            <w:tcW w:w="244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18DB3D0" w14:textId="77777777" w:rsidR="00E17931" w:rsidRPr="001A2E38" w:rsidRDefault="00E17931"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 xml:space="preserve">  University or college</w:t>
            </w:r>
          </w:p>
        </w:tc>
        <w:tc>
          <w:tcPr>
            <w:tcW w:w="216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4380BF4" w14:textId="77777777" w:rsidR="00E17931" w:rsidRPr="001A2E38" w:rsidRDefault="00E17931"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31,996 (29.2)</w:t>
            </w:r>
          </w:p>
        </w:tc>
        <w:tc>
          <w:tcPr>
            <w:tcW w:w="216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52F5DDE" w14:textId="77777777" w:rsidR="00E17931" w:rsidRPr="001A2E38" w:rsidRDefault="00E17931"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7,836 (28.6)</w:t>
            </w:r>
          </w:p>
        </w:tc>
        <w:tc>
          <w:tcPr>
            <w:tcW w:w="216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530D966" w14:textId="77777777" w:rsidR="00E17931" w:rsidRPr="001A2E38" w:rsidRDefault="00E17931"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7,993 (29.2)</w:t>
            </w:r>
          </w:p>
        </w:tc>
        <w:tc>
          <w:tcPr>
            <w:tcW w:w="216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E111065" w14:textId="77777777" w:rsidR="00E17931" w:rsidRPr="001A2E38" w:rsidRDefault="00E17931"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8,189 (29.9)</w:t>
            </w:r>
          </w:p>
        </w:tc>
        <w:tc>
          <w:tcPr>
            <w:tcW w:w="20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FAED393" w14:textId="77777777" w:rsidR="00E17931" w:rsidRPr="001A2E38" w:rsidRDefault="00E17931"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7,978 (29.2)</w:t>
            </w:r>
          </w:p>
        </w:tc>
        <w:tc>
          <w:tcPr>
            <w:tcW w:w="20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0F78300" w14:textId="77777777" w:rsidR="00E17931" w:rsidRPr="001A2E38" w:rsidRDefault="00E17931"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p>
        </w:tc>
      </w:tr>
      <w:tr w:rsidR="00E17931" w:rsidRPr="001A2E38" w14:paraId="4B92FDF3" w14:textId="77777777" w:rsidTr="00E17931">
        <w:trPr>
          <w:jc w:val="center"/>
        </w:trPr>
        <w:tc>
          <w:tcPr>
            <w:tcW w:w="244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CC55736" w14:textId="77777777" w:rsidR="00E17931" w:rsidRPr="001A2E38" w:rsidRDefault="00E17931"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 xml:space="preserve">  Others</w:t>
            </w:r>
          </w:p>
        </w:tc>
        <w:tc>
          <w:tcPr>
            <w:tcW w:w="216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9AF669E" w14:textId="77777777" w:rsidR="00E17931" w:rsidRPr="001A2E38" w:rsidRDefault="00E17931"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77,438 (70.8)</w:t>
            </w:r>
          </w:p>
        </w:tc>
        <w:tc>
          <w:tcPr>
            <w:tcW w:w="216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900AE7D" w14:textId="77777777" w:rsidR="00E17931" w:rsidRPr="001A2E38" w:rsidRDefault="00E17931"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19,523 (71.4)</w:t>
            </w:r>
          </w:p>
        </w:tc>
        <w:tc>
          <w:tcPr>
            <w:tcW w:w="216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A32CB3F" w14:textId="77777777" w:rsidR="00E17931" w:rsidRPr="001A2E38" w:rsidRDefault="00E17931"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19,365 (70.8)</w:t>
            </w:r>
          </w:p>
        </w:tc>
        <w:tc>
          <w:tcPr>
            <w:tcW w:w="216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9AC27EC" w14:textId="77777777" w:rsidR="00E17931" w:rsidRPr="001A2E38" w:rsidRDefault="00E17931"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19,169 (70.1)</w:t>
            </w:r>
          </w:p>
        </w:tc>
        <w:tc>
          <w:tcPr>
            <w:tcW w:w="20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C846220" w14:textId="77777777" w:rsidR="00E17931" w:rsidRPr="001A2E38" w:rsidRDefault="00E17931"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19,381 (70.8)</w:t>
            </w:r>
          </w:p>
        </w:tc>
        <w:tc>
          <w:tcPr>
            <w:tcW w:w="20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DB533DA" w14:textId="77777777" w:rsidR="00E17931" w:rsidRPr="001A2E38" w:rsidRDefault="00E17931"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p>
        </w:tc>
      </w:tr>
      <w:tr w:rsidR="00E17931" w:rsidRPr="001A2E38" w14:paraId="69952C17" w14:textId="77777777" w:rsidTr="00E17931">
        <w:trPr>
          <w:jc w:val="center"/>
        </w:trPr>
        <w:tc>
          <w:tcPr>
            <w:tcW w:w="244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1251F41" w14:textId="77777777" w:rsidR="00E17931" w:rsidRPr="001A2E38" w:rsidRDefault="00E17931"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rPr>
                <w:rFonts w:ascii="Times New Roman" w:eastAsia="Arial" w:hAnsi="Times New Roman" w:cs="Times New Roman"/>
                <w:b/>
                <w:color w:val="000000"/>
                <w:sz w:val="20"/>
                <w:szCs w:val="20"/>
              </w:rPr>
            </w:pPr>
            <w:r w:rsidRPr="001A2E38">
              <w:rPr>
                <w:rFonts w:ascii="Times New Roman" w:eastAsia="Arial" w:hAnsi="Times New Roman" w:cs="Times New Roman"/>
                <w:b/>
                <w:color w:val="000000"/>
                <w:sz w:val="20"/>
                <w:szCs w:val="20"/>
              </w:rPr>
              <w:t>Townsend deprivation index</w:t>
            </w:r>
          </w:p>
        </w:tc>
        <w:tc>
          <w:tcPr>
            <w:tcW w:w="216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82CE17E" w14:textId="77777777" w:rsidR="00E17931" w:rsidRPr="001A2E38" w:rsidRDefault="00E17931"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-1.26 ± 3.10</w:t>
            </w:r>
          </w:p>
        </w:tc>
        <w:tc>
          <w:tcPr>
            <w:tcW w:w="216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CD399A9" w14:textId="77777777" w:rsidR="00E17931" w:rsidRPr="001A2E38" w:rsidRDefault="00E17931"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-1.19 ± 3.15</w:t>
            </w:r>
          </w:p>
        </w:tc>
        <w:tc>
          <w:tcPr>
            <w:tcW w:w="216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CBA97AC" w14:textId="77777777" w:rsidR="00E17931" w:rsidRPr="001A2E38" w:rsidRDefault="00E17931"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-1.35 ± 3.06</w:t>
            </w:r>
          </w:p>
        </w:tc>
        <w:tc>
          <w:tcPr>
            <w:tcW w:w="216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D5992EE" w14:textId="77777777" w:rsidR="00E17931" w:rsidRPr="001A2E38" w:rsidRDefault="00E17931"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-1.35 ± 3.05</w:t>
            </w:r>
          </w:p>
        </w:tc>
        <w:tc>
          <w:tcPr>
            <w:tcW w:w="20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0666817" w14:textId="77777777" w:rsidR="00E17931" w:rsidRPr="001A2E38" w:rsidRDefault="00E17931"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-1.16 ± 3.14</w:t>
            </w:r>
          </w:p>
        </w:tc>
        <w:tc>
          <w:tcPr>
            <w:tcW w:w="20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3B3F39A" w14:textId="77777777" w:rsidR="00E17931" w:rsidRPr="001A2E38" w:rsidRDefault="00E17931"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&lt;0.001</w:t>
            </w:r>
          </w:p>
        </w:tc>
      </w:tr>
      <w:tr w:rsidR="00E17931" w:rsidRPr="001A2E38" w14:paraId="60336E49" w14:textId="77777777" w:rsidTr="00E17931">
        <w:trPr>
          <w:jc w:val="center"/>
        </w:trPr>
        <w:tc>
          <w:tcPr>
            <w:tcW w:w="244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AC963B2" w14:textId="77777777" w:rsidR="00E17931" w:rsidRPr="001A2E38" w:rsidRDefault="00E17931"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rPr>
                <w:rFonts w:ascii="Times New Roman" w:eastAsia="Arial" w:hAnsi="Times New Roman" w:cs="Times New Roman"/>
                <w:b/>
                <w:color w:val="000000"/>
                <w:sz w:val="20"/>
                <w:szCs w:val="20"/>
              </w:rPr>
            </w:pPr>
            <w:r w:rsidRPr="001A2E38">
              <w:rPr>
                <w:rFonts w:ascii="Times New Roman" w:eastAsia="Arial" w:hAnsi="Times New Roman" w:cs="Times New Roman"/>
                <w:b/>
                <w:color w:val="000000"/>
                <w:sz w:val="20"/>
                <w:szCs w:val="20"/>
              </w:rPr>
              <w:t>Body mass index, kg/m2</w:t>
            </w:r>
          </w:p>
        </w:tc>
        <w:tc>
          <w:tcPr>
            <w:tcW w:w="216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B026860" w14:textId="77777777" w:rsidR="00E17931" w:rsidRPr="001A2E38" w:rsidRDefault="00E17931"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31.43 ± 4.42</w:t>
            </w:r>
          </w:p>
        </w:tc>
        <w:tc>
          <w:tcPr>
            <w:tcW w:w="216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66AF401" w14:textId="77777777" w:rsidR="00E17931" w:rsidRPr="001A2E38" w:rsidRDefault="00E17931"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32.03 ± 4.51</w:t>
            </w:r>
          </w:p>
        </w:tc>
        <w:tc>
          <w:tcPr>
            <w:tcW w:w="216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01FAEFE" w14:textId="77777777" w:rsidR="00E17931" w:rsidRPr="001A2E38" w:rsidRDefault="00E17931"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31.45 ± 4.37</w:t>
            </w:r>
          </w:p>
        </w:tc>
        <w:tc>
          <w:tcPr>
            <w:tcW w:w="216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A891DF0" w14:textId="77777777" w:rsidR="00E17931" w:rsidRPr="001A2E38" w:rsidRDefault="00E17931"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31.09 ± 4.30</w:t>
            </w:r>
          </w:p>
        </w:tc>
        <w:tc>
          <w:tcPr>
            <w:tcW w:w="20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94E6DF6" w14:textId="77777777" w:rsidR="00E17931" w:rsidRPr="001A2E38" w:rsidRDefault="00E17931"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31.16 ± 4.45</w:t>
            </w:r>
          </w:p>
        </w:tc>
        <w:tc>
          <w:tcPr>
            <w:tcW w:w="20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0DD2DD1" w14:textId="77777777" w:rsidR="00E17931" w:rsidRPr="001A2E38" w:rsidRDefault="00E17931"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&lt;0.001</w:t>
            </w:r>
          </w:p>
        </w:tc>
      </w:tr>
      <w:tr w:rsidR="00E17931" w:rsidRPr="001A2E38" w14:paraId="3DC03836" w14:textId="77777777" w:rsidTr="00E17931">
        <w:trPr>
          <w:jc w:val="center"/>
        </w:trPr>
        <w:tc>
          <w:tcPr>
            <w:tcW w:w="244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01ACBAD" w14:textId="77777777" w:rsidR="00E17931" w:rsidRPr="001A2E38" w:rsidRDefault="00E17931"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rPr>
                <w:rFonts w:ascii="Times New Roman" w:eastAsia="Arial" w:hAnsi="Times New Roman" w:cs="Times New Roman"/>
                <w:b/>
                <w:color w:val="000000"/>
                <w:sz w:val="20"/>
                <w:szCs w:val="20"/>
              </w:rPr>
            </w:pPr>
            <w:r w:rsidRPr="001A2E38">
              <w:rPr>
                <w:rFonts w:ascii="Times New Roman" w:eastAsia="Arial" w:hAnsi="Times New Roman" w:cs="Times New Roman"/>
                <w:b/>
                <w:color w:val="000000"/>
                <w:sz w:val="20"/>
                <w:szCs w:val="20"/>
              </w:rPr>
              <w:t>Frequency of drinking</w:t>
            </w:r>
          </w:p>
        </w:tc>
        <w:tc>
          <w:tcPr>
            <w:tcW w:w="216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F046792" w14:textId="77777777" w:rsidR="00E17931" w:rsidRPr="001A2E38" w:rsidRDefault="00E17931"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p>
        </w:tc>
        <w:tc>
          <w:tcPr>
            <w:tcW w:w="216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705F699" w14:textId="77777777" w:rsidR="00E17931" w:rsidRPr="001A2E38" w:rsidRDefault="00E17931"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p>
        </w:tc>
        <w:tc>
          <w:tcPr>
            <w:tcW w:w="216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AD22C03" w14:textId="77777777" w:rsidR="00E17931" w:rsidRPr="001A2E38" w:rsidRDefault="00E17931"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p>
        </w:tc>
        <w:tc>
          <w:tcPr>
            <w:tcW w:w="216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BEF6686" w14:textId="77777777" w:rsidR="00E17931" w:rsidRPr="001A2E38" w:rsidRDefault="00E17931"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p>
        </w:tc>
        <w:tc>
          <w:tcPr>
            <w:tcW w:w="20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A3D110C" w14:textId="77777777" w:rsidR="00E17931" w:rsidRPr="001A2E38" w:rsidRDefault="00E17931"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p>
        </w:tc>
        <w:tc>
          <w:tcPr>
            <w:tcW w:w="20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3C3E8A0" w14:textId="77777777" w:rsidR="00E17931" w:rsidRPr="001A2E38" w:rsidRDefault="00E17931"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&lt;0.001</w:t>
            </w:r>
          </w:p>
        </w:tc>
      </w:tr>
      <w:tr w:rsidR="00E17931" w:rsidRPr="001A2E38" w14:paraId="5E222C8B" w14:textId="77777777" w:rsidTr="00E17931">
        <w:trPr>
          <w:jc w:val="center"/>
        </w:trPr>
        <w:tc>
          <w:tcPr>
            <w:tcW w:w="244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23953A6" w14:textId="77777777" w:rsidR="00E17931" w:rsidRPr="001A2E38" w:rsidRDefault="00E17931"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 xml:space="preserve">  Daily or almost daily</w:t>
            </w:r>
          </w:p>
        </w:tc>
        <w:tc>
          <w:tcPr>
            <w:tcW w:w="216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C4ACD97" w14:textId="77777777" w:rsidR="00E17931" w:rsidRPr="001A2E38" w:rsidRDefault="00E17931"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13,377 (12.2)</w:t>
            </w:r>
          </w:p>
        </w:tc>
        <w:tc>
          <w:tcPr>
            <w:tcW w:w="216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CBDDBDF" w14:textId="77777777" w:rsidR="00E17931" w:rsidRPr="001A2E38" w:rsidRDefault="00E17931"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3,787 (13.8)</w:t>
            </w:r>
          </w:p>
        </w:tc>
        <w:tc>
          <w:tcPr>
            <w:tcW w:w="216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AA8AE76" w14:textId="77777777" w:rsidR="00E17931" w:rsidRPr="001A2E38" w:rsidRDefault="00E17931"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3,545 (13.0)</w:t>
            </w:r>
          </w:p>
        </w:tc>
        <w:tc>
          <w:tcPr>
            <w:tcW w:w="216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439C466" w14:textId="77777777" w:rsidR="00E17931" w:rsidRPr="001A2E38" w:rsidRDefault="00E17931"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3,271 (12.0)</w:t>
            </w:r>
          </w:p>
        </w:tc>
        <w:tc>
          <w:tcPr>
            <w:tcW w:w="20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306D98" w14:textId="77777777" w:rsidR="00E17931" w:rsidRPr="001A2E38" w:rsidRDefault="00E17931"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2,774 (10.1)</w:t>
            </w:r>
          </w:p>
        </w:tc>
        <w:tc>
          <w:tcPr>
            <w:tcW w:w="20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7E959AD" w14:textId="77777777" w:rsidR="00E17931" w:rsidRPr="001A2E38" w:rsidRDefault="00E17931"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p>
        </w:tc>
      </w:tr>
      <w:tr w:rsidR="00E17931" w:rsidRPr="001A2E38" w14:paraId="49517DFE" w14:textId="77777777" w:rsidTr="00E17931">
        <w:trPr>
          <w:jc w:val="center"/>
        </w:trPr>
        <w:tc>
          <w:tcPr>
            <w:tcW w:w="244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013C382" w14:textId="77777777" w:rsidR="00E17931" w:rsidRPr="001A2E38" w:rsidRDefault="00E17931"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 xml:space="preserve">  3-4 times/week</w:t>
            </w:r>
          </w:p>
        </w:tc>
        <w:tc>
          <w:tcPr>
            <w:tcW w:w="216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1404B75" w14:textId="77777777" w:rsidR="00E17931" w:rsidRPr="001A2E38" w:rsidRDefault="00E17931"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23,956 (21.9)</w:t>
            </w:r>
          </w:p>
        </w:tc>
        <w:tc>
          <w:tcPr>
            <w:tcW w:w="216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A9BC3A9" w14:textId="77777777" w:rsidR="00E17931" w:rsidRPr="001A2E38" w:rsidRDefault="00E17931"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6,343 (23.2)</w:t>
            </w:r>
          </w:p>
        </w:tc>
        <w:tc>
          <w:tcPr>
            <w:tcW w:w="216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4AE037C" w14:textId="77777777" w:rsidR="00E17931" w:rsidRPr="001A2E38" w:rsidRDefault="00E17931"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6,307 (23.1)</w:t>
            </w:r>
          </w:p>
        </w:tc>
        <w:tc>
          <w:tcPr>
            <w:tcW w:w="216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2C884C3" w14:textId="77777777" w:rsidR="00E17931" w:rsidRPr="001A2E38" w:rsidRDefault="00E17931"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5,990 (21.9)</w:t>
            </w:r>
          </w:p>
        </w:tc>
        <w:tc>
          <w:tcPr>
            <w:tcW w:w="20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19A0913" w14:textId="77777777" w:rsidR="00E17931" w:rsidRPr="001A2E38" w:rsidRDefault="00E17931"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5,316 (19.4)</w:t>
            </w:r>
          </w:p>
        </w:tc>
        <w:tc>
          <w:tcPr>
            <w:tcW w:w="20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D5B0EBF" w14:textId="77777777" w:rsidR="00E17931" w:rsidRPr="001A2E38" w:rsidRDefault="00E17931"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p>
        </w:tc>
      </w:tr>
      <w:tr w:rsidR="00E17931" w:rsidRPr="001A2E38" w14:paraId="48E25266" w14:textId="77777777" w:rsidTr="00E17931">
        <w:trPr>
          <w:jc w:val="center"/>
        </w:trPr>
        <w:tc>
          <w:tcPr>
            <w:tcW w:w="244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65B537C" w14:textId="77777777" w:rsidR="00E17931" w:rsidRPr="001A2E38" w:rsidRDefault="00E17931"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lastRenderedPageBreak/>
              <w:t xml:space="preserve">  1-2 times/week</w:t>
            </w:r>
          </w:p>
        </w:tc>
        <w:tc>
          <w:tcPr>
            <w:tcW w:w="216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89EB090" w14:textId="77777777" w:rsidR="00E17931" w:rsidRPr="001A2E38" w:rsidRDefault="00E17931"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32,847 (30.0)</w:t>
            </w:r>
          </w:p>
        </w:tc>
        <w:tc>
          <w:tcPr>
            <w:tcW w:w="216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AE84919" w14:textId="77777777" w:rsidR="00E17931" w:rsidRPr="001A2E38" w:rsidRDefault="00E17931"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7,825 (28.6)</w:t>
            </w:r>
          </w:p>
        </w:tc>
        <w:tc>
          <w:tcPr>
            <w:tcW w:w="216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C49142E" w14:textId="77777777" w:rsidR="00E17931" w:rsidRPr="001A2E38" w:rsidRDefault="00E17931"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8,179 (29.9)</w:t>
            </w:r>
          </w:p>
        </w:tc>
        <w:tc>
          <w:tcPr>
            <w:tcW w:w="216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A980938" w14:textId="77777777" w:rsidR="00E17931" w:rsidRPr="001A2E38" w:rsidRDefault="00E17931"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8,428 (30.8)</w:t>
            </w:r>
          </w:p>
        </w:tc>
        <w:tc>
          <w:tcPr>
            <w:tcW w:w="20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5A68163" w14:textId="77777777" w:rsidR="00E17931" w:rsidRPr="001A2E38" w:rsidRDefault="00E17931"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8,415 (30.8)</w:t>
            </w:r>
          </w:p>
        </w:tc>
        <w:tc>
          <w:tcPr>
            <w:tcW w:w="20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FBE76D9" w14:textId="77777777" w:rsidR="00E17931" w:rsidRPr="001A2E38" w:rsidRDefault="00E17931"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p>
        </w:tc>
      </w:tr>
      <w:tr w:rsidR="00E17931" w:rsidRPr="001A2E38" w14:paraId="779C0AE3" w14:textId="77777777" w:rsidTr="00E17931">
        <w:trPr>
          <w:jc w:val="center"/>
        </w:trPr>
        <w:tc>
          <w:tcPr>
            <w:tcW w:w="244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D7FFEBA" w14:textId="77777777" w:rsidR="00E17931" w:rsidRPr="001A2E38" w:rsidRDefault="00E17931"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 xml:space="preserve">  1-3 times/month</w:t>
            </w:r>
          </w:p>
        </w:tc>
        <w:tc>
          <w:tcPr>
            <w:tcW w:w="216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25C0016" w14:textId="77777777" w:rsidR="00E17931" w:rsidRPr="001A2E38" w:rsidRDefault="00E17931"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14,789 (13.5)</w:t>
            </w:r>
          </w:p>
        </w:tc>
        <w:tc>
          <w:tcPr>
            <w:tcW w:w="216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E7C0FA7" w14:textId="77777777" w:rsidR="00E17931" w:rsidRPr="001A2E38" w:rsidRDefault="00E17931"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3,381 (12.4)</w:t>
            </w:r>
          </w:p>
        </w:tc>
        <w:tc>
          <w:tcPr>
            <w:tcW w:w="216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8715455" w14:textId="77777777" w:rsidR="00E17931" w:rsidRPr="001A2E38" w:rsidRDefault="00E17931"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3,527 (12.9)</w:t>
            </w:r>
          </w:p>
        </w:tc>
        <w:tc>
          <w:tcPr>
            <w:tcW w:w="216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EBD1279" w14:textId="77777777" w:rsidR="00E17931" w:rsidRPr="001A2E38" w:rsidRDefault="00E17931"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3,721 (13.6)</w:t>
            </w:r>
          </w:p>
        </w:tc>
        <w:tc>
          <w:tcPr>
            <w:tcW w:w="20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67AA4BD" w14:textId="77777777" w:rsidR="00E17931" w:rsidRPr="001A2E38" w:rsidRDefault="00E17931"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4,160 (15.2)</w:t>
            </w:r>
          </w:p>
        </w:tc>
        <w:tc>
          <w:tcPr>
            <w:tcW w:w="20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A0EDF60" w14:textId="77777777" w:rsidR="00E17931" w:rsidRPr="001A2E38" w:rsidRDefault="00E17931"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p>
        </w:tc>
      </w:tr>
      <w:tr w:rsidR="00E17931" w:rsidRPr="001A2E38" w14:paraId="2FF02733" w14:textId="77777777" w:rsidTr="00E17931">
        <w:trPr>
          <w:jc w:val="center"/>
        </w:trPr>
        <w:tc>
          <w:tcPr>
            <w:tcW w:w="244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85A9C54" w14:textId="77777777" w:rsidR="00E17931" w:rsidRPr="001A2E38" w:rsidRDefault="00E17931"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 xml:space="preserve">  Special occasions only</w:t>
            </w:r>
          </w:p>
        </w:tc>
        <w:tc>
          <w:tcPr>
            <w:tcW w:w="216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72C11B8" w14:textId="77777777" w:rsidR="00E17931" w:rsidRPr="001A2E38" w:rsidRDefault="00E17931"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15,002 (13.7)</w:t>
            </w:r>
          </w:p>
        </w:tc>
        <w:tc>
          <w:tcPr>
            <w:tcW w:w="216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0B07318" w14:textId="77777777" w:rsidR="00E17931" w:rsidRPr="001A2E38" w:rsidRDefault="00E17931"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3,745 (13.7)</w:t>
            </w:r>
          </w:p>
        </w:tc>
        <w:tc>
          <w:tcPr>
            <w:tcW w:w="216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C3C42D9" w14:textId="77777777" w:rsidR="00E17931" w:rsidRPr="001A2E38" w:rsidRDefault="00E17931"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3,647 (13.3)</w:t>
            </w:r>
          </w:p>
        </w:tc>
        <w:tc>
          <w:tcPr>
            <w:tcW w:w="216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EDD6496" w14:textId="77777777" w:rsidR="00E17931" w:rsidRPr="001A2E38" w:rsidRDefault="00E17931"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3,627 (13.3)</w:t>
            </w:r>
          </w:p>
        </w:tc>
        <w:tc>
          <w:tcPr>
            <w:tcW w:w="20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E689B98" w14:textId="77777777" w:rsidR="00E17931" w:rsidRPr="001A2E38" w:rsidRDefault="00E17931"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3,983 (14.6)</w:t>
            </w:r>
          </w:p>
        </w:tc>
        <w:tc>
          <w:tcPr>
            <w:tcW w:w="20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E25EC8A" w14:textId="77777777" w:rsidR="00E17931" w:rsidRPr="001A2E38" w:rsidRDefault="00E17931"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p>
        </w:tc>
      </w:tr>
      <w:tr w:rsidR="00E17931" w:rsidRPr="001A2E38" w14:paraId="0AB7E9A9" w14:textId="77777777" w:rsidTr="00E17931">
        <w:trPr>
          <w:jc w:val="center"/>
        </w:trPr>
        <w:tc>
          <w:tcPr>
            <w:tcW w:w="244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B1CAACB" w14:textId="77777777" w:rsidR="00E17931" w:rsidRPr="001A2E38" w:rsidRDefault="00E17931"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 xml:space="preserve">  Never</w:t>
            </w:r>
          </w:p>
        </w:tc>
        <w:tc>
          <w:tcPr>
            <w:tcW w:w="216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5D0EA5E" w14:textId="77777777" w:rsidR="00E17931" w:rsidRPr="001A2E38" w:rsidRDefault="00E17931"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9,463 (8.6)</w:t>
            </w:r>
          </w:p>
        </w:tc>
        <w:tc>
          <w:tcPr>
            <w:tcW w:w="216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ABBC99A" w14:textId="77777777" w:rsidR="00E17931" w:rsidRPr="001A2E38" w:rsidRDefault="00E17931"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2,278 (8.3)</w:t>
            </w:r>
          </w:p>
        </w:tc>
        <w:tc>
          <w:tcPr>
            <w:tcW w:w="216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131EE4A" w14:textId="77777777" w:rsidR="00E17931" w:rsidRPr="001A2E38" w:rsidRDefault="00E17931"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2,153 (7.9)</w:t>
            </w:r>
          </w:p>
        </w:tc>
        <w:tc>
          <w:tcPr>
            <w:tcW w:w="216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38F6274" w14:textId="77777777" w:rsidR="00E17931" w:rsidRPr="001A2E38" w:rsidRDefault="00E17931"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2,321 (8.5)</w:t>
            </w:r>
          </w:p>
        </w:tc>
        <w:tc>
          <w:tcPr>
            <w:tcW w:w="20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EC0C040" w14:textId="77777777" w:rsidR="00E17931" w:rsidRPr="001A2E38" w:rsidRDefault="00E17931"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2,711 (9.9)</w:t>
            </w:r>
          </w:p>
        </w:tc>
        <w:tc>
          <w:tcPr>
            <w:tcW w:w="20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39C355C" w14:textId="77777777" w:rsidR="00E17931" w:rsidRPr="001A2E38" w:rsidRDefault="00E17931"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p>
        </w:tc>
      </w:tr>
      <w:tr w:rsidR="00E17931" w:rsidRPr="001A2E38" w14:paraId="2A01CC36" w14:textId="77777777" w:rsidTr="00E17931">
        <w:trPr>
          <w:jc w:val="center"/>
        </w:trPr>
        <w:tc>
          <w:tcPr>
            <w:tcW w:w="244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C8BA6B3" w14:textId="77777777" w:rsidR="00E17931" w:rsidRPr="001A2E38" w:rsidRDefault="00E17931"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rPr>
                <w:rFonts w:ascii="Times New Roman" w:eastAsia="Arial" w:hAnsi="Times New Roman" w:cs="Times New Roman"/>
                <w:b/>
                <w:color w:val="000000"/>
                <w:sz w:val="20"/>
                <w:szCs w:val="20"/>
              </w:rPr>
            </w:pPr>
            <w:r w:rsidRPr="001A2E38">
              <w:rPr>
                <w:rFonts w:ascii="Times New Roman" w:eastAsia="Arial" w:hAnsi="Times New Roman" w:cs="Times New Roman"/>
                <w:b/>
                <w:color w:val="000000"/>
                <w:sz w:val="20"/>
                <w:szCs w:val="20"/>
              </w:rPr>
              <w:t>Smoking status</w:t>
            </w:r>
          </w:p>
        </w:tc>
        <w:tc>
          <w:tcPr>
            <w:tcW w:w="216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487049C" w14:textId="77777777" w:rsidR="00E17931" w:rsidRPr="001A2E38" w:rsidRDefault="00E17931"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p>
        </w:tc>
        <w:tc>
          <w:tcPr>
            <w:tcW w:w="216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AC89781" w14:textId="77777777" w:rsidR="00E17931" w:rsidRPr="001A2E38" w:rsidRDefault="00E17931"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p>
        </w:tc>
        <w:tc>
          <w:tcPr>
            <w:tcW w:w="216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C6930F7" w14:textId="77777777" w:rsidR="00E17931" w:rsidRPr="001A2E38" w:rsidRDefault="00E17931"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p>
        </w:tc>
        <w:tc>
          <w:tcPr>
            <w:tcW w:w="216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A884C5F" w14:textId="77777777" w:rsidR="00E17931" w:rsidRPr="001A2E38" w:rsidRDefault="00E17931"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p>
        </w:tc>
        <w:tc>
          <w:tcPr>
            <w:tcW w:w="20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9E6ADC8" w14:textId="77777777" w:rsidR="00E17931" w:rsidRPr="001A2E38" w:rsidRDefault="00E17931"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p>
        </w:tc>
        <w:tc>
          <w:tcPr>
            <w:tcW w:w="20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1A5A041" w14:textId="77777777" w:rsidR="00E17931" w:rsidRPr="001A2E38" w:rsidRDefault="00E17931"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&lt;0.001</w:t>
            </w:r>
          </w:p>
        </w:tc>
      </w:tr>
      <w:tr w:rsidR="00E17931" w:rsidRPr="001A2E38" w14:paraId="7BC1AA5F" w14:textId="77777777" w:rsidTr="00E17931">
        <w:trPr>
          <w:jc w:val="center"/>
        </w:trPr>
        <w:tc>
          <w:tcPr>
            <w:tcW w:w="244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203EAFE" w14:textId="77777777" w:rsidR="00E17931" w:rsidRPr="001A2E38" w:rsidRDefault="00E17931"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 xml:space="preserve">  Never smoking</w:t>
            </w:r>
          </w:p>
        </w:tc>
        <w:tc>
          <w:tcPr>
            <w:tcW w:w="216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B5ACEAB" w14:textId="77777777" w:rsidR="00E17931" w:rsidRPr="001A2E38" w:rsidRDefault="00E17931"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58,585 (53.5)</w:t>
            </w:r>
          </w:p>
        </w:tc>
        <w:tc>
          <w:tcPr>
            <w:tcW w:w="216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5B73908" w14:textId="77777777" w:rsidR="00E17931" w:rsidRPr="001A2E38" w:rsidRDefault="00E17931"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14,669 (53.6)</w:t>
            </w:r>
          </w:p>
        </w:tc>
        <w:tc>
          <w:tcPr>
            <w:tcW w:w="216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113C99D" w14:textId="77777777" w:rsidR="00E17931" w:rsidRPr="001A2E38" w:rsidRDefault="00E17931"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14,822 (54.2)</w:t>
            </w:r>
          </w:p>
        </w:tc>
        <w:tc>
          <w:tcPr>
            <w:tcW w:w="216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F2A607A" w14:textId="77777777" w:rsidR="00E17931" w:rsidRPr="001A2E38" w:rsidRDefault="00E17931"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14,885 (54.4)</w:t>
            </w:r>
          </w:p>
        </w:tc>
        <w:tc>
          <w:tcPr>
            <w:tcW w:w="20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7C41D5C" w14:textId="77777777" w:rsidR="00E17931" w:rsidRPr="001A2E38" w:rsidRDefault="00E17931"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14,209 (51.9)</w:t>
            </w:r>
          </w:p>
        </w:tc>
        <w:tc>
          <w:tcPr>
            <w:tcW w:w="20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9A7219F" w14:textId="77777777" w:rsidR="00E17931" w:rsidRPr="001A2E38" w:rsidRDefault="00E17931"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p>
        </w:tc>
      </w:tr>
      <w:tr w:rsidR="00E17931" w:rsidRPr="001A2E38" w14:paraId="52510E09" w14:textId="77777777" w:rsidTr="00E17931">
        <w:trPr>
          <w:jc w:val="center"/>
        </w:trPr>
        <w:tc>
          <w:tcPr>
            <w:tcW w:w="244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FB20801" w14:textId="77777777" w:rsidR="00E17931" w:rsidRPr="001A2E38" w:rsidRDefault="00E17931"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 xml:space="preserve">  Ever smoking</w:t>
            </w:r>
          </w:p>
        </w:tc>
        <w:tc>
          <w:tcPr>
            <w:tcW w:w="216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BE9F430" w14:textId="77777777" w:rsidR="00E17931" w:rsidRPr="001A2E38" w:rsidRDefault="00E17931"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40,244 (36.8)</w:t>
            </w:r>
          </w:p>
        </w:tc>
        <w:tc>
          <w:tcPr>
            <w:tcW w:w="216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949CFDE" w14:textId="77777777" w:rsidR="00E17931" w:rsidRPr="001A2E38" w:rsidRDefault="00E17931"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10,569 (38.6)</w:t>
            </w:r>
          </w:p>
        </w:tc>
        <w:tc>
          <w:tcPr>
            <w:tcW w:w="216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FB87034" w14:textId="77777777" w:rsidR="00E17931" w:rsidRPr="001A2E38" w:rsidRDefault="00E17931"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10,158 (37.1)</w:t>
            </w:r>
          </w:p>
        </w:tc>
        <w:tc>
          <w:tcPr>
            <w:tcW w:w="216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1B5850F" w14:textId="77777777" w:rsidR="00E17931" w:rsidRPr="001A2E38" w:rsidRDefault="00E17931"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9,857 (36.0)</w:t>
            </w:r>
          </w:p>
        </w:tc>
        <w:tc>
          <w:tcPr>
            <w:tcW w:w="20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BBE6832" w14:textId="77777777" w:rsidR="00E17931" w:rsidRPr="001A2E38" w:rsidRDefault="00E17931"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9,660 (35.3)</w:t>
            </w:r>
          </w:p>
        </w:tc>
        <w:tc>
          <w:tcPr>
            <w:tcW w:w="20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2AFEE2E" w14:textId="77777777" w:rsidR="00E17931" w:rsidRPr="001A2E38" w:rsidRDefault="00E17931"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p>
        </w:tc>
      </w:tr>
      <w:tr w:rsidR="00E17931" w:rsidRPr="001A2E38" w14:paraId="24F36505" w14:textId="77777777" w:rsidTr="00E17931">
        <w:trPr>
          <w:jc w:val="center"/>
        </w:trPr>
        <w:tc>
          <w:tcPr>
            <w:tcW w:w="244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A94595F" w14:textId="77777777" w:rsidR="00E17931" w:rsidRPr="001A2E38" w:rsidRDefault="00E17931"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 xml:space="preserve">  Current smoking</w:t>
            </w:r>
          </w:p>
        </w:tc>
        <w:tc>
          <w:tcPr>
            <w:tcW w:w="216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8354CC7" w14:textId="77777777" w:rsidR="00E17931" w:rsidRPr="001A2E38" w:rsidRDefault="00E17931"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10,605 (9.7)</w:t>
            </w:r>
          </w:p>
        </w:tc>
        <w:tc>
          <w:tcPr>
            <w:tcW w:w="216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FCF6222" w14:textId="77777777" w:rsidR="00E17931" w:rsidRPr="001A2E38" w:rsidRDefault="00E17931"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2,121 (7.8)</w:t>
            </w:r>
          </w:p>
        </w:tc>
        <w:tc>
          <w:tcPr>
            <w:tcW w:w="216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1F48526" w14:textId="77777777" w:rsidR="00E17931" w:rsidRPr="001A2E38" w:rsidRDefault="00E17931"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2,378 (8.7)</w:t>
            </w:r>
          </w:p>
        </w:tc>
        <w:tc>
          <w:tcPr>
            <w:tcW w:w="216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CA4D1A1" w14:textId="77777777" w:rsidR="00E17931" w:rsidRPr="001A2E38" w:rsidRDefault="00E17931"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2,616 (9.6)</w:t>
            </w:r>
          </w:p>
        </w:tc>
        <w:tc>
          <w:tcPr>
            <w:tcW w:w="20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A0AEAA0" w14:textId="77777777" w:rsidR="00E17931" w:rsidRPr="001A2E38" w:rsidRDefault="00E17931"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3,490 (12.8)</w:t>
            </w:r>
          </w:p>
        </w:tc>
        <w:tc>
          <w:tcPr>
            <w:tcW w:w="20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FD7CD7F" w14:textId="77777777" w:rsidR="00E17931" w:rsidRPr="001A2E38" w:rsidRDefault="00E17931"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p>
        </w:tc>
      </w:tr>
      <w:tr w:rsidR="00E17931" w:rsidRPr="001A2E38" w14:paraId="2767146F" w14:textId="77777777" w:rsidTr="00E17931">
        <w:trPr>
          <w:jc w:val="center"/>
        </w:trPr>
        <w:tc>
          <w:tcPr>
            <w:tcW w:w="244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877292A" w14:textId="77777777" w:rsidR="00E17931" w:rsidRPr="001A2E38" w:rsidRDefault="00E17931"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rPr>
                <w:rFonts w:ascii="Times New Roman" w:eastAsia="Arial" w:hAnsi="Times New Roman" w:cs="Times New Roman"/>
                <w:b/>
                <w:color w:val="000000"/>
                <w:sz w:val="20"/>
                <w:szCs w:val="20"/>
              </w:rPr>
            </w:pPr>
            <w:r w:rsidRPr="001A2E38">
              <w:rPr>
                <w:rFonts w:ascii="Times New Roman" w:eastAsia="Arial" w:hAnsi="Times New Roman" w:cs="Times New Roman"/>
                <w:b/>
                <w:color w:val="000000"/>
                <w:sz w:val="20"/>
                <w:szCs w:val="20"/>
              </w:rPr>
              <w:t>Sleep duration</w:t>
            </w:r>
          </w:p>
        </w:tc>
        <w:tc>
          <w:tcPr>
            <w:tcW w:w="216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E72FA82" w14:textId="77777777" w:rsidR="00E17931" w:rsidRPr="001A2E38" w:rsidRDefault="00E17931"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p>
        </w:tc>
        <w:tc>
          <w:tcPr>
            <w:tcW w:w="216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C014DA8" w14:textId="77777777" w:rsidR="00E17931" w:rsidRPr="001A2E38" w:rsidRDefault="00E17931"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p>
        </w:tc>
        <w:tc>
          <w:tcPr>
            <w:tcW w:w="216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90CE63E" w14:textId="77777777" w:rsidR="00E17931" w:rsidRPr="001A2E38" w:rsidRDefault="00E17931"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p>
        </w:tc>
        <w:tc>
          <w:tcPr>
            <w:tcW w:w="216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EE9CBE9" w14:textId="77777777" w:rsidR="00E17931" w:rsidRPr="001A2E38" w:rsidRDefault="00E17931"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p>
        </w:tc>
        <w:tc>
          <w:tcPr>
            <w:tcW w:w="20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A409F5B" w14:textId="77777777" w:rsidR="00E17931" w:rsidRPr="001A2E38" w:rsidRDefault="00E17931"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p>
        </w:tc>
        <w:tc>
          <w:tcPr>
            <w:tcW w:w="20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C2E4DAF" w14:textId="77777777" w:rsidR="00E17931" w:rsidRPr="001A2E38" w:rsidRDefault="00E17931"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&lt;0.001</w:t>
            </w:r>
          </w:p>
        </w:tc>
      </w:tr>
      <w:tr w:rsidR="00E17931" w:rsidRPr="001A2E38" w14:paraId="7E010F74" w14:textId="77777777" w:rsidTr="00E17931">
        <w:trPr>
          <w:jc w:val="center"/>
        </w:trPr>
        <w:tc>
          <w:tcPr>
            <w:tcW w:w="244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887A258" w14:textId="77777777" w:rsidR="00E17931" w:rsidRPr="001A2E38" w:rsidRDefault="00E17931"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 xml:space="preserve">  7-9 h/day</w:t>
            </w:r>
          </w:p>
        </w:tc>
        <w:tc>
          <w:tcPr>
            <w:tcW w:w="216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66BD067" w14:textId="77777777" w:rsidR="00E17931" w:rsidRPr="001A2E38" w:rsidRDefault="00E17931"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77,908 (71.2)</w:t>
            </w:r>
          </w:p>
        </w:tc>
        <w:tc>
          <w:tcPr>
            <w:tcW w:w="216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126CF5E" w14:textId="77777777" w:rsidR="00E17931" w:rsidRPr="001A2E38" w:rsidRDefault="00E17931"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19,311 (70.6)</w:t>
            </w:r>
          </w:p>
        </w:tc>
        <w:tc>
          <w:tcPr>
            <w:tcW w:w="216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8EE1BB8" w14:textId="77777777" w:rsidR="00E17931" w:rsidRPr="001A2E38" w:rsidRDefault="00E17931"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19,609 (71.7)</w:t>
            </w:r>
          </w:p>
        </w:tc>
        <w:tc>
          <w:tcPr>
            <w:tcW w:w="216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1AA4221" w14:textId="77777777" w:rsidR="00E17931" w:rsidRPr="001A2E38" w:rsidRDefault="00E17931"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19,650 (71.8)</w:t>
            </w:r>
          </w:p>
        </w:tc>
        <w:tc>
          <w:tcPr>
            <w:tcW w:w="20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BB7AF20" w14:textId="77777777" w:rsidR="00E17931" w:rsidRPr="001A2E38" w:rsidRDefault="00E17931"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19,338 (70.7)</w:t>
            </w:r>
          </w:p>
        </w:tc>
        <w:tc>
          <w:tcPr>
            <w:tcW w:w="20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0C62EDF" w14:textId="77777777" w:rsidR="00E17931" w:rsidRPr="001A2E38" w:rsidRDefault="00E17931"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p>
        </w:tc>
      </w:tr>
      <w:tr w:rsidR="00E17931" w:rsidRPr="001A2E38" w14:paraId="42FA1215" w14:textId="77777777" w:rsidTr="00E17931">
        <w:trPr>
          <w:jc w:val="center"/>
        </w:trPr>
        <w:tc>
          <w:tcPr>
            <w:tcW w:w="244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9BACB4E" w14:textId="77777777" w:rsidR="00E17931" w:rsidRPr="001A2E38" w:rsidRDefault="00E17931"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 xml:space="preserve">  Others</w:t>
            </w:r>
          </w:p>
        </w:tc>
        <w:tc>
          <w:tcPr>
            <w:tcW w:w="216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E16340B" w14:textId="77777777" w:rsidR="00E17931" w:rsidRPr="001A2E38" w:rsidRDefault="00E17931"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31,526 (28.8)</w:t>
            </w:r>
          </w:p>
        </w:tc>
        <w:tc>
          <w:tcPr>
            <w:tcW w:w="216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4D7797E" w14:textId="77777777" w:rsidR="00E17931" w:rsidRPr="001A2E38" w:rsidRDefault="00E17931"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8,048 (29.4)</w:t>
            </w:r>
          </w:p>
        </w:tc>
        <w:tc>
          <w:tcPr>
            <w:tcW w:w="216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95C950A" w14:textId="77777777" w:rsidR="00E17931" w:rsidRPr="001A2E38" w:rsidRDefault="00E17931"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7,749 (28.3)</w:t>
            </w:r>
          </w:p>
        </w:tc>
        <w:tc>
          <w:tcPr>
            <w:tcW w:w="216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FCE784C" w14:textId="77777777" w:rsidR="00E17931" w:rsidRPr="001A2E38" w:rsidRDefault="00E17931"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7,708 (28.2)</w:t>
            </w:r>
          </w:p>
        </w:tc>
        <w:tc>
          <w:tcPr>
            <w:tcW w:w="20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EE9E962" w14:textId="77777777" w:rsidR="00E17931" w:rsidRPr="001A2E38" w:rsidRDefault="00E17931"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8,021 (29.3)</w:t>
            </w:r>
          </w:p>
        </w:tc>
        <w:tc>
          <w:tcPr>
            <w:tcW w:w="20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EAB0C0D" w14:textId="77777777" w:rsidR="00E17931" w:rsidRPr="001A2E38" w:rsidRDefault="00E17931"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p>
        </w:tc>
      </w:tr>
      <w:tr w:rsidR="00E17931" w:rsidRPr="001A2E38" w14:paraId="1CCA7BA4" w14:textId="77777777" w:rsidTr="00E17931">
        <w:trPr>
          <w:jc w:val="center"/>
        </w:trPr>
        <w:tc>
          <w:tcPr>
            <w:tcW w:w="244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E9494C9" w14:textId="77777777" w:rsidR="00E17931" w:rsidRPr="001A2E38" w:rsidRDefault="00E17931"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rPr>
                <w:rFonts w:ascii="Times New Roman" w:eastAsia="Arial" w:hAnsi="Times New Roman" w:cs="Times New Roman"/>
                <w:b/>
                <w:color w:val="000000"/>
                <w:sz w:val="20"/>
                <w:szCs w:val="20"/>
              </w:rPr>
            </w:pPr>
            <w:r w:rsidRPr="001A2E38">
              <w:rPr>
                <w:rFonts w:ascii="Times New Roman" w:eastAsia="Arial" w:hAnsi="Times New Roman" w:cs="Times New Roman"/>
                <w:b/>
                <w:color w:val="000000"/>
                <w:sz w:val="20"/>
                <w:szCs w:val="20"/>
              </w:rPr>
              <w:t>Physical activity</w:t>
            </w:r>
          </w:p>
        </w:tc>
        <w:tc>
          <w:tcPr>
            <w:tcW w:w="216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51C9EBC" w14:textId="77777777" w:rsidR="00E17931" w:rsidRPr="001A2E38" w:rsidRDefault="00E17931"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p>
        </w:tc>
        <w:tc>
          <w:tcPr>
            <w:tcW w:w="216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6028995" w14:textId="77777777" w:rsidR="00E17931" w:rsidRPr="001A2E38" w:rsidRDefault="00E17931"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p>
        </w:tc>
        <w:tc>
          <w:tcPr>
            <w:tcW w:w="216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A64F991" w14:textId="77777777" w:rsidR="00E17931" w:rsidRPr="001A2E38" w:rsidRDefault="00E17931"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p>
        </w:tc>
        <w:tc>
          <w:tcPr>
            <w:tcW w:w="216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EC6DA62" w14:textId="77777777" w:rsidR="00E17931" w:rsidRPr="001A2E38" w:rsidRDefault="00E17931"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p>
        </w:tc>
        <w:tc>
          <w:tcPr>
            <w:tcW w:w="20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DB4CFF9" w14:textId="77777777" w:rsidR="00E17931" w:rsidRPr="001A2E38" w:rsidRDefault="00E17931"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p>
        </w:tc>
        <w:tc>
          <w:tcPr>
            <w:tcW w:w="20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C9B4C49" w14:textId="77777777" w:rsidR="00E17931" w:rsidRPr="001A2E38" w:rsidRDefault="00E17931"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&lt;0.001</w:t>
            </w:r>
          </w:p>
        </w:tc>
      </w:tr>
      <w:tr w:rsidR="00E17931" w:rsidRPr="001A2E38" w14:paraId="5BCD5FCA" w14:textId="77777777" w:rsidTr="00E17931">
        <w:trPr>
          <w:jc w:val="center"/>
        </w:trPr>
        <w:tc>
          <w:tcPr>
            <w:tcW w:w="244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EF60471" w14:textId="77777777" w:rsidR="00E17931" w:rsidRPr="001A2E38" w:rsidRDefault="00E17931"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 xml:space="preserve">  Inadequate</w:t>
            </w:r>
          </w:p>
        </w:tc>
        <w:tc>
          <w:tcPr>
            <w:tcW w:w="216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F152FED" w14:textId="77777777" w:rsidR="00E17931" w:rsidRPr="001A2E38" w:rsidRDefault="00E17931"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34,881 (31.9)</w:t>
            </w:r>
          </w:p>
        </w:tc>
        <w:tc>
          <w:tcPr>
            <w:tcW w:w="216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ADC7EDF" w14:textId="77777777" w:rsidR="00E17931" w:rsidRPr="001A2E38" w:rsidRDefault="00E17931"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8,585 (31.4)</w:t>
            </w:r>
          </w:p>
        </w:tc>
        <w:tc>
          <w:tcPr>
            <w:tcW w:w="216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7FC20CF" w14:textId="77777777" w:rsidR="00E17931" w:rsidRPr="001A2E38" w:rsidRDefault="00E17931"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8,598 (31.4)</w:t>
            </w:r>
          </w:p>
        </w:tc>
        <w:tc>
          <w:tcPr>
            <w:tcW w:w="216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E8358F9" w14:textId="77777777" w:rsidR="00E17931" w:rsidRPr="001A2E38" w:rsidRDefault="00E17931"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8,547 (31.2)</w:t>
            </w:r>
          </w:p>
        </w:tc>
        <w:tc>
          <w:tcPr>
            <w:tcW w:w="20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FF93601" w14:textId="77777777" w:rsidR="00E17931" w:rsidRPr="001A2E38" w:rsidRDefault="00E17931"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9,151 (33.4)</w:t>
            </w:r>
          </w:p>
        </w:tc>
        <w:tc>
          <w:tcPr>
            <w:tcW w:w="20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6998D44" w14:textId="77777777" w:rsidR="00E17931" w:rsidRPr="001A2E38" w:rsidRDefault="00E17931"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p>
        </w:tc>
      </w:tr>
      <w:tr w:rsidR="00E17931" w:rsidRPr="001A2E38" w14:paraId="12E1C7FF" w14:textId="77777777" w:rsidTr="00E17931">
        <w:trPr>
          <w:jc w:val="center"/>
        </w:trPr>
        <w:tc>
          <w:tcPr>
            <w:tcW w:w="244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0E0AC69" w14:textId="77777777" w:rsidR="00E17931" w:rsidRPr="001A2E38" w:rsidRDefault="00E17931"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 xml:space="preserve">  Adequate</w:t>
            </w:r>
          </w:p>
        </w:tc>
        <w:tc>
          <w:tcPr>
            <w:tcW w:w="216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64324CA" w14:textId="77777777" w:rsidR="00E17931" w:rsidRPr="001A2E38" w:rsidRDefault="00E17931"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74,553 (68.1)</w:t>
            </w:r>
          </w:p>
        </w:tc>
        <w:tc>
          <w:tcPr>
            <w:tcW w:w="216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8E741C3" w14:textId="77777777" w:rsidR="00E17931" w:rsidRPr="001A2E38" w:rsidRDefault="00E17931"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18,774 (68.6)</w:t>
            </w:r>
          </w:p>
        </w:tc>
        <w:tc>
          <w:tcPr>
            <w:tcW w:w="216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AD28A5E" w14:textId="77777777" w:rsidR="00E17931" w:rsidRPr="001A2E38" w:rsidRDefault="00E17931"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18,760 (68.6)</w:t>
            </w:r>
          </w:p>
        </w:tc>
        <w:tc>
          <w:tcPr>
            <w:tcW w:w="216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A12F849" w14:textId="77777777" w:rsidR="00E17931" w:rsidRPr="001A2E38" w:rsidRDefault="00E17931"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18,811 (68.8)</w:t>
            </w:r>
          </w:p>
        </w:tc>
        <w:tc>
          <w:tcPr>
            <w:tcW w:w="20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4CBF4F0" w14:textId="77777777" w:rsidR="00E17931" w:rsidRPr="001A2E38" w:rsidRDefault="00E17931"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18,208 (66.6)</w:t>
            </w:r>
          </w:p>
        </w:tc>
        <w:tc>
          <w:tcPr>
            <w:tcW w:w="20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F809505" w14:textId="77777777" w:rsidR="00E17931" w:rsidRPr="001A2E38" w:rsidRDefault="00E17931"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p>
        </w:tc>
      </w:tr>
      <w:tr w:rsidR="00E17931" w:rsidRPr="001A2E38" w14:paraId="38E4F300" w14:textId="77777777" w:rsidTr="00E17931">
        <w:trPr>
          <w:jc w:val="center"/>
        </w:trPr>
        <w:tc>
          <w:tcPr>
            <w:tcW w:w="244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AC239AE" w14:textId="77777777" w:rsidR="00E17931" w:rsidRPr="001A2E38" w:rsidRDefault="00E17931"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rPr>
                <w:rFonts w:ascii="Times New Roman" w:eastAsia="Arial" w:hAnsi="Times New Roman" w:cs="Times New Roman"/>
                <w:b/>
                <w:color w:val="000000"/>
                <w:sz w:val="20"/>
                <w:szCs w:val="20"/>
              </w:rPr>
            </w:pPr>
            <w:r w:rsidRPr="001A2E38">
              <w:rPr>
                <w:rFonts w:ascii="Times New Roman" w:eastAsia="Arial" w:hAnsi="Times New Roman" w:cs="Times New Roman"/>
                <w:b/>
                <w:color w:val="000000"/>
                <w:sz w:val="20"/>
                <w:szCs w:val="20"/>
              </w:rPr>
              <w:t>Sedentary behavior</w:t>
            </w:r>
          </w:p>
        </w:tc>
        <w:tc>
          <w:tcPr>
            <w:tcW w:w="216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82BC352" w14:textId="77777777" w:rsidR="00E17931" w:rsidRPr="001A2E38" w:rsidRDefault="00E17931"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p>
        </w:tc>
        <w:tc>
          <w:tcPr>
            <w:tcW w:w="216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1F0E50D" w14:textId="77777777" w:rsidR="00E17931" w:rsidRPr="001A2E38" w:rsidRDefault="00E17931"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p>
        </w:tc>
        <w:tc>
          <w:tcPr>
            <w:tcW w:w="216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18FE967" w14:textId="77777777" w:rsidR="00E17931" w:rsidRPr="001A2E38" w:rsidRDefault="00E17931"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p>
        </w:tc>
        <w:tc>
          <w:tcPr>
            <w:tcW w:w="216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8FA11C5" w14:textId="77777777" w:rsidR="00E17931" w:rsidRPr="001A2E38" w:rsidRDefault="00E17931"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p>
        </w:tc>
        <w:tc>
          <w:tcPr>
            <w:tcW w:w="20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C88AE59" w14:textId="77777777" w:rsidR="00E17931" w:rsidRPr="001A2E38" w:rsidRDefault="00E17931"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p>
        </w:tc>
        <w:tc>
          <w:tcPr>
            <w:tcW w:w="20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29568DF" w14:textId="77777777" w:rsidR="00E17931" w:rsidRPr="001A2E38" w:rsidRDefault="00E17931"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&lt;0.001</w:t>
            </w:r>
          </w:p>
        </w:tc>
      </w:tr>
      <w:tr w:rsidR="00E17931" w:rsidRPr="001A2E38" w14:paraId="1B6A88B2" w14:textId="77777777" w:rsidTr="00E17931">
        <w:trPr>
          <w:jc w:val="center"/>
        </w:trPr>
        <w:tc>
          <w:tcPr>
            <w:tcW w:w="244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24B257D" w14:textId="77777777" w:rsidR="00E17931" w:rsidRPr="001A2E38" w:rsidRDefault="00E17931"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 xml:space="preserve">  &lt;4 h/day</w:t>
            </w:r>
          </w:p>
        </w:tc>
        <w:tc>
          <w:tcPr>
            <w:tcW w:w="216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7E9F8C3" w14:textId="77777777" w:rsidR="00E17931" w:rsidRPr="001A2E38" w:rsidRDefault="00E17931"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71,409 (65.3)</w:t>
            </w:r>
          </w:p>
        </w:tc>
        <w:tc>
          <w:tcPr>
            <w:tcW w:w="216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5F92E33" w14:textId="77777777" w:rsidR="00E17931" w:rsidRPr="001A2E38" w:rsidRDefault="00E17931"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17,577 (64.2)</w:t>
            </w:r>
          </w:p>
        </w:tc>
        <w:tc>
          <w:tcPr>
            <w:tcW w:w="216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36E40CF" w14:textId="77777777" w:rsidR="00E17931" w:rsidRPr="001A2E38" w:rsidRDefault="00E17931"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18,038 (65.9)</w:t>
            </w:r>
          </w:p>
        </w:tc>
        <w:tc>
          <w:tcPr>
            <w:tcW w:w="216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7B8F65A" w14:textId="77777777" w:rsidR="00E17931" w:rsidRPr="001A2E38" w:rsidRDefault="00E17931"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18,094 (66.1)</w:t>
            </w:r>
          </w:p>
        </w:tc>
        <w:tc>
          <w:tcPr>
            <w:tcW w:w="20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DCFBA87" w14:textId="77777777" w:rsidR="00E17931" w:rsidRPr="001A2E38" w:rsidRDefault="00E17931"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17,700 (64.7)</w:t>
            </w:r>
          </w:p>
        </w:tc>
        <w:tc>
          <w:tcPr>
            <w:tcW w:w="20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533B319" w14:textId="77777777" w:rsidR="00E17931" w:rsidRPr="001A2E38" w:rsidRDefault="00E17931"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p>
        </w:tc>
      </w:tr>
      <w:tr w:rsidR="00E17931" w:rsidRPr="001A2E38" w14:paraId="4F991264" w14:textId="77777777" w:rsidTr="00E17931">
        <w:trPr>
          <w:jc w:val="center"/>
        </w:trPr>
        <w:tc>
          <w:tcPr>
            <w:tcW w:w="244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10ADA7F" w14:textId="77777777" w:rsidR="00E17931" w:rsidRPr="001A2E38" w:rsidRDefault="00E17931"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 xml:space="preserve">  &gt;=4 h/day</w:t>
            </w:r>
          </w:p>
        </w:tc>
        <w:tc>
          <w:tcPr>
            <w:tcW w:w="216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86D1F10" w14:textId="77777777" w:rsidR="00E17931" w:rsidRPr="001A2E38" w:rsidRDefault="00E17931"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38,025 (34.7)</w:t>
            </w:r>
          </w:p>
        </w:tc>
        <w:tc>
          <w:tcPr>
            <w:tcW w:w="216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D4D9C5B" w14:textId="77777777" w:rsidR="00E17931" w:rsidRPr="001A2E38" w:rsidRDefault="00E17931"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9,782 (35.8)</w:t>
            </w:r>
          </w:p>
        </w:tc>
        <w:tc>
          <w:tcPr>
            <w:tcW w:w="216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57405FA" w14:textId="77777777" w:rsidR="00E17931" w:rsidRPr="001A2E38" w:rsidRDefault="00E17931"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9,320 (34.1)</w:t>
            </w:r>
          </w:p>
        </w:tc>
        <w:tc>
          <w:tcPr>
            <w:tcW w:w="216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F164D7D" w14:textId="77777777" w:rsidR="00E17931" w:rsidRPr="001A2E38" w:rsidRDefault="00E17931"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9,264 (33.9)</w:t>
            </w:r>
          </w:p>
        </w:tc>
        <w:tc>
          <w:tcPr>
            <w:tcW w:w="20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5A7B66A" w14:textId="77777777" w:rsidR="00E17931" w:rsidRPr="001A2E38" w:rsidRDefault="00E17931"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9,659 (35.3)</w:t>
            </w:r>
          </w:p>
        </w:tc>
        <w:tc>
          <w:tcPr>
            <w:tcW w:w="20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E0DB9AD" w14:textId="77777777" w:rsidR="00E17931" w:rsidRPr="001A2E38" w:rsidRDefault="00E17931"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p>
        </w:tc>
      </w:tr>
      <w:tr w:rsidR="00E17931" w:rsidRPr="001A2E38" w14:paraId="76328749" w14:textId="77777777" w:rsidTr="00E17931">
        <w:trPr>
          <w:jc w:val="center"/>
        </w:trPr>
        <w:tc>
          <w:tcPr>
            <w:tcW w:w="244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E63596D" w14:textId="77777777" w:rsidR="00E17931" w:rsidRPr="001A2E38" w:rsidRDefault="00E17931"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rPr>
                <w:rFonts w:ascii="Times New Roman" w:eastAsia="Arial" w:hAnsi="Times New Roman" w:cs="Times New Roman"/>
                <w:b/>
                <w:color w:val="000000"/>
                <w:sz w:val="20"/>
                <w:szCs w:val="20"/>
              </w:rPr>
            </w:pPr>
            <w:r w:rsidRPr="001A2E38">
              <w:rPr>
                <w:rFonts w:ascii="Times New Roman" w:eastAsia="Arial" w:hAnsi="Times New Roman" w:cs="Times New Roman"/>
                <w:b/>
                <w:color w:val="000000"/>
                <w:sz w:val="20"/>
                <w:szCs w:val="20"/>
              </w:rPr>
              <w:t>Family history of CMDs</w:t>
            </w:r>
          </w:p>
        </w:tc>
        <w:tc>
          <w:tcPr>
            <w:tcW w:w="216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46A6EF0" w14:textId="77777777" w:rsidR="00E17931" w:rsidRPr="001A2E38" w:rsidRDefault="00E17931"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p>
        </w:tc>
        <w:tc>
          <w:tcPr>
            <w:tcW w:w="216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22E937B" w14:textId="77777777" w:rsidR="00E17931" w:rsidRPr="001A2E38" w:rsidRDefault="00E17931"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p>
        </w:tc>
        <w:tc>
          <w:tcPr>
            <w:tcW w:w="216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FDC8231" w14:textId="77777777" w:rsidR="00E17931" w:rsidRPr="001A2E38" w:rsidRDefault="00E17931"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p>
        </w:tc>
        <w:tc>
          <w:tcPr>
            <w:tcW w:w="216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97B6798" w14:textId="77777777" w:rsidR="00E17931" w:rsidRPr="001A2E38" w:rsidRDefault="00E17931"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p>
        </w:tc>
        <w:tc>
          <w:tcPr>
            <w:tcW w:w="20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E42223C" w14:textId="77777777" w:rsidR="00E17931" w:rsidRPr="001A2E38" w:rsidRDefault="00E17931"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p>
        </w:tc>
        <w:tc>
          <w:tcPr>
            <w:tcW w:w="20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A2846D6" w14:textId="77777777" w:rsidR="00E17931" w:rsidRPr="001A2E38" w:rsidRDefault="00E17931"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&lt;0.001</w:t>
            </w:r>
          </w:p>
        </w:tc>
      </w:tr>
      <w:tr w:rsidR="00E17931" w:rsidRPr="001A2E38" w14:paraId="4297D0E2" w14:textId="77777777" w:rsidTr="007329C1">
        <w:trPr>
          <w:jc w:val="center"/>
        </w:trPr>
        <w:tc>
          <w:tcPr>
            <w:tcW w:w="2448" w:type="dxa"/>
            <w:tcBorders>
              <w:top w:val="none" w:sz="0" w:space="0" w:color="000000"/>
              <w:left w:val="none" w:sz="0" w:space="0" w:color="000000"/>
              <w:right w:val="none" w:sz="0" w:space="0" w:color="000000"/>
            </w:tcBorders>
            <w:shd w:val="clear" w:color="auto" w:fill="FFFFFF"/>
            <w:tcMar>
              <w:top w:w="0" w:type="dxa"/>
              <w:left w:w="0" w:type="dxa"/>
              <w:bottom w:w="0" w:type="dxa"/>
              <w:right w:w="0" w:type="dxa"/>
            </w:tcMar>
            <w:vAlign w:val="center"/>
          </w:tcPr>
          <w:p w14:paraId="0B7CEBFE" w14:textId="77777777" w:rsidR="00E17931" w:rsidRPr="001A2E38" w:rsidRDefault="00E17931"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 xml:space="preserve">  No</w:t>
            </w:r>
          </w:p>
        </w:tc>
        <w:tc>
          <w:tcPr>
            <w:tcW w:w="2160" w:type="dxa"/>
            <w:tcBorders>
              <w:top w:val="none" w:sz="0" w:space="0" w:color="000000"/>
              <w:left w:val="none" w:sz="0" w:space="0" w:color="000000"/>
              <w:right w:val="none" w:sz="0" w:space="0" w:color="000000"/>
            </w:tcBorders>
            <w:shd w:val="clear" w:color="auto" w:fill="FFFFFF"/>
            <w:tcMar>
              <w:top w:w="0" w:type="dxa"/>
              <w:left w:w="0" w:type="dxa"/>
              <w:bottom w:w="0" w:type="dxa"/>
              <w:right w:w="0" w:type="dxa"/>
            </w:tcMar>
            <w:vAlign w:val="center"/>
          </w:tcPr>
          <w:p w14:paraId="5276151D" w14:textId="77777777" w:rsidR="00E17931" w:rsidRPr="001A2E38" w:rsidRDefault="00E17931"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23,001 (21.0)</w:t>
            </w:r>
          </w:p>
        </w:tc>
        <w:tc>
          <w:tcPr>
            <w:tcW w:w="2160" w:type="dxa"/>
            <w:tcBorders>
              <w:top w:val="none" w:sz="0" w:space="0" w:color="000000"/>
              <w:left w:val="none" w:sz="0" w:space="0" w:color="000000"/>
              <w:right w:val="none" w:sz="0" w:space="0" w:color="000000"/>
            </w:tcBorders>
            <w:shd w:val="clear" w:color="auto" w:fill="FFFFFF"/>
            <w:tcMar>
              <w:top w:w="0" w:type="dxa"/>
              <w:left w:w="0" w:type="dxa"/>
              <w:bottom w:w="0" w:type="dxa"/>
              <w:right w:w="0" w:type="dxa"/>
            </w:tcMar>
            <w:vAlign w:val="center"/>
          </w:tcPr>
          <w:p w14:paraId="1714C8F6" w14:textId="77777777" w:rsidR="00E17931" w:rsidRPr="001A2E38" w:rsidRDefault="00E17931"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5,498 (20.1)</w:t>
            </w:r>
          </w:p>
        </w:tc>
        <w:tc>
          <w:tcPr>
            <w:tcW w:w="2160" w:type="dxa"/>
            <w:tcBorders>
              <w:top w:val="none" w:sz="0" w:space="0" w:color="000000"/>
              <w:left w:val="none" w:sz="0" w:space="0" w:color="000000"/>
              <w:right w:val="none" w:sz="0" w:space="0" w:color="000000"/>
            </w:tcBorders>
            <w:shd w:val="clear" w:color="auto" w:fill="FFFFFF"/>
            <w:tcMar>
              <w:top w:w="0" w:type="dxa"/>
              <w:left w:w="0" w:type="dxa"/>
              <w:bottom w:w="0" w:type="dxa"/>
              <w:right w:w="0" w:type="dxa"/>
            </w:tcMar>
            <w:vAlign w:val="center"/>
          </w:tcPr>
          <w:p w14:paraId="136E4D87" w14:textId="77777777" w:rsidR="00E17931" w:rsidRPr="001A2E38" w:rsidRDefault="00E17931"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5,736 (21.0)</w:t>
            </w:r>
          </w:p>
        </w:tc>
        <w:tc>
          <w:tcPr>
            <w:tcW w:w="2160" w:type="dxa"/>
            <w:tcBorders>
              <w:top w:val="none" w:sz="0" w:space="0" w:color="000000"/>
              <w:left w:val="none" w:sz="0" w:space="0" w:color="000000"/>
              <w:right w:val="none" w:sz="0" w:space="0" w:color="000000"/>
            </w:tcBorders>
            <w:shd w:val="clear" w:color="auto" w:fill="FFFFFF"/>
            <w:tcMar>
              <w:top w:w="0" w:type="dxa"/>
              <w:left w:w="0" w:type="dxa"/>
              <w:bottom w:w="0" w:type="dxa"/>
              <w:right w:w="0" w:type="dxa"/>
            </w:tcMar>
            <w:vAlign w:val="center"/>
          </w:tcPr>
          <w:p w14:paraId="09A0E473" w14:textId="77777777" w:rsidR="00E17931" w:rsidRPr="001A2E38" w:rsidRDefault="00E17931"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5,900 (21.6)</w:t>
            </w:r>
          </w:p>
        </w:tc>
        <w:tc>
          <w:tcPr>
            <w:tcW w:w="2016" w:type="dxa"/>
            <w:tcBorders>
              <w:top w:val="none" w:sz="0" w:space="0" w:color="000000"/>
              <w:left w:val="none" w:sz="0" w:space="0" w:color="000000"/>
              <w:right w:val="none" w:sz="0" w:space="0" w:color="000000"/>
            </w:tcBorders>
            <w:shd w:val="clear" w:color="auto" w:fill="FFFFFF"/>
            <w:tcMar>
              <w:top w:w="0" w:type="dxa"/>
              <w:left w:w="0" w:type="dxa"/>
              <w:bottom w:w="0" w:type="dxa"/>
              <w:right w:w="0" w:type="dxa"/>
            </w:tcMar>
            <w:vAlign w:val="center"/>
          </w:tcPr>
          <w:p w14:paraId="7C68D04A" w14:textId="77777777" w:rsidR="00E17931" w:rsidRPr="001A2E38" w:rsidRDefault="00E17931"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5,867 (21.4)</w:t>
            </w:r>
          </w:p>
        </w:tc>
        <w:tc>
          <w:tcPr>
            <w:tcW w:w="2016" w:type="dxa"/>
            <w:tcBorders>
              <w:top w:val="none" w:sz="0" w:space="0" w:color="000000"/>
              <w:left w:val="none" w:sz="0" w:space="0" w:color="000000"/>
              <w:right w:val="none" w:sz="0" w:space="0" w:color="000000"/>
            </w:tcBorders>
            <w:shd w:val="clear" w:color="auto" w:fill="FFFFFF"/>
            <w:tcMar>
              <w:top w:w="0" w:type="dxa"/>
              <w:left w:w="0" w:type="dxa"/>
              <w:bottom w:w="0" w:type="dxa"/>
              <w:right w:w="0" w:type="dxa"/>
            </w:tcMar>
            <w:vAlign w:val="center"/>
          </w:tcPr>
          <w:p w14:paraId="5C0B8FC8" w14:textId="77777777" w:rsidR="00E17931" w:rsidRPr="001A2E38" w:rsidRDefault="00E17931"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p>
        </w:tc>
      </w:tr>
      <w:tr w:rsidR="00E17931" w:rsidRPr="001A2E38" w14:paraId="5F73726F" w14:textId="77777777" w:rsidTr="007329C1">
        <w:trPr>
          <w:jc w:val="center"/>
        </w:trPr>
        <w:tc>
          <w:tcPr>
            <w:tcW w:w="2448" w:type="dxa"/>
            <w:tcBorders>
              <w:bottom w:val="single" w:sz="12" w:space="0" w:color="auto"/>
            </w:tcBorders>
            <w:shd w:val="clear" w:color="auto" w:fill="FFFFFF"/>
            <w:tcMar>
              <w:top w:w="0" w:type="dxa"/>
              <w:left w:w="0" w:type="dxa"/>
              <w:bottom w:w="0" w:type="dxa"/>
              <w:right w:w="0" w:type="dxa"/>
            </w:tcMar>
            <w:vAlign w:val="center"/>
          </w:tcPr>
          <w:p w14:paraId="55355726" w14:textId="77777777" w:rsidR="00E17931" w:rsidRPr="001A2E38" w:rsidRDefault="00E17931"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 xml:space="preserve">  Yes</w:t>
            </w:r>
          </w:p>
        </w:tc>
        <w:tc>
          <w:tcPr>
            <w:tcW w:w="2160" w:type="dxa"/>
            <w:tcBorders>
              <w:bottom w:val="single" w:sz="12" w:space="0" w:color="auto"/>
            </w:tcBorders>
            <w:shd w:val="clear" w:color="auto" w:fill="FFFFFF"/>
            <w:tcMar>
              <w:top w:w="0" w:type="dxa"/>
              <w:left w:w="0" w:type="dxa"/>
              <w:bottom w:w="0" w:type="dxa"/>
              <w:right w:w="0" w:type="dxa"/>
            </w:tcMar>
            <w:vAlign w:val="center"/>
          </w:tcPr>
          <w:p w14:paraId="7A5D3FF7" w14:textId="77777777" w:rsidR="00E17931" w:rsidRPr="001A2E38" w:rsidRDefault="00E17931"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86,433 (79.0)</w:t>
            </w:r>
          </w:p>
        </w:tc>
        <w:tc>
          <w:tcPr>
            <w:tcW w:w="2160" w:type="dxa"/>
            <w:tcBorders>
              <w:bottom w:val="single" w:sz="12" w:space="0" w:color="auto"/>
            </w:tcBorders>
            <w:shd w:val="clear" w:color="auto" w:fill="FFFFFF"/>
            <w:tcMar>
              <w:top w:w="0" w:type="dxa"/>
              <w:left w:w="0" w:type="dxa"/>
              <w:bottom w:w="0" w:type="dxa"/>
              <w:right w:w="0" w:type="dxa"/>
            </w:tcMar>
            <w:vAlign w:val="center"/>
          </w:tcPr>
          <w:p w14:paraId="666BEDE6" w14:textId="77777777" w:rsidR="00E17931" w:rsidRPr="001A2E38" w:rsidRDefault="00E17931"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21,861 (79.9)</w:t>
            </w:r>
          </w:p>
        </w:tc>
        <w:tc>
          <w:tcPr>
            <w:tcW w:w="2160" w:type="dxa"/>
            <w:tcBorders>
              <w:bottom w:val="single" w:sz="12" w:space="0" w:color="auto"/>
            </w:tcBorders>
            <w:shd w:val="clear" w:color="auto" w:fill="FFFFFF"/>
            <w:tcMar>
              <w:top w:w="0" w:type="dxa"/>
              <w:left w:w="0" w:type="dxa"/>
              <w:bottom w:w="0" w:type="dxa"/>
              <w:right w:w="0" w:type="dxa"/>
            </w:tcMar>
            <w:vAlign w:val="center"/>
          </w:tcPr>
          <w:p w14:paraId="55928478" w14:textId="77777777" w:rsidR="00E17931" w:rsidRPr="001A2E38" w:rsidRDefault="00E17931"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21,622 (79.0)</w:t>
            </w:r>
          </w:p>
        </w:tc>
        <w:tc>
          <w:tcPr>
            <w:tcW w:w="2160" w:type="dxa"/>
            <w:tcBorders>
              <w:bottom w:val="single" w:sz="12" w:space="0" w:color="auto"/>
            </w:tcBorders>
            <w:shd w:val="clear" w:color="auto" w:fill="FFFFFF"/>
            <w:tcMar>
              <w:top w:w="0" w:type="dxa"/>
              <w:left w:w="0" w:type="dxa"/>
              <w:bottom w:w="0" w:type="dxa"/>
              <w:right w:w="0" w:type="dxa"/>
            </w:tcMar>
            <w:vAlign w:val="center"/>
          </w:tcPr>
          <w:p w14:paraId="70F0C95B" w14:textId="77777777" w:rsidR="00E17931" w:rsidRPr="001A2E38" w:rsidRDefault="00E17931"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21,458 (78.4)</w:t>
            </w:r>
          </w:p>
        </w:tc>
        <w:tc>
          <w:tcPr>
            <w:tcW w:w="2016" w:type="dxa"/>
            <w:tcBorders>
              <w:bottom w:val="single" w:sz="12" w:space="0" w:color="auto"/>
            </w:tcBorders>
            <w:shd w:val="clear" w:color="auto" w:fill="FFFFFF"/>
            <w:tcMar>
              <w:top w:w="0" w:type="dxa"/>
              <w:left w:w="0" w:type="dxa"/>
              <w:bottom w:w="0" w:type="dxa"/>
              <w:right w:w="0" w:type="dxa"/>
            </w:tcMar>
            <w:vAlign w:val="center"/>
          </w:tcPr>
          <w:p w14:paraId="60699920" w14:textId="77777777" w:rsidR="00E17931" w:rsidRPr="001A2E38" w:rsidRDefault="00E17931"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21,492 (78.6)</w:t>
            </w:r>
          </w:p>
        </w:tc>
        <w:tc>
          <w:tcPr>
            <w:tcW w:w="2016" w:type="dxa"/>
            <w:tcBorders>
              <w:bottom w:val="single" w:sz="12" w:space="0" w:color="auto"/>
            </w:tcBorders>
            <w:shd w:val="clear" w:color="auto" w:fill="FFFFFF"/>
            <w:tcMar>
              <w:top w:w="0" w:type="dxa"/>
              <w:left w:w="0" w:type="dxa"/>
              <w:bottom w:w="0" w:type="dxa"/>
              <w:right w:w="0" w:type="dxa"/>
            </w:tcMar>
            <w:vAlign w:val="center"/>
          </w:tcPr>
          <w:p w14:paraId="4E243E36" w14:textId="77777777" w:rsidR="00E17931" w:rsidRPr="001A2E38" w:rsidRDefault="00E17931"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p>
        </w:tc>
      </w:tr>
    </w:tbl>
    <w:p w14:paraId="6EF2060C" w14:textId="0C978394" w:rsidR="005E4284" w:rsidRPr="001A2E38" w:rsidRDefault="005E4284" w:rsidP="005E1D6F">
      <w:pPr>
        <w:spacing w:line="240" w:lineRule="auto"/>
        <w:contextualSpacing/>
        <w:rPr>
          <w:rFonts w:ascii="Times New Roman" w:hAnsi="Times New Roman" w:cs="Times New Roman"/>
          <w:sz w:val="20"/>
          <w:szCs w:val="20"/>
        </w:rPr>
      </w:pPr>
      <w:r w:rsidRPr="001A2E38">
        <w:rPr>
          <w:rFonts w:ascii="Times New Roman" w:hAnsi="Times New Roman" w:cs="Times New Roman"/>
          <w:sz w:val="20"/>
          <w:szCs w:val="20"/>
        </w:rPr>
        <w:t xml:space="preserve">Data are presented as mean ± standard deviation for </w:t>
      </w:r>
      <w:r w:rsidR="00DE21E4" w:rsidRPr="001A2E38">
        <w:rPr>
          <w:rFonts w:ascii="Times New Roman" w:hAnsi="Times New Roman" w:cs="Times New Roman"/>
          <w:sz w:val="20"/>
          <w:szCs w:val="20"/>
        </w:rPr>
        <w:t xml:space="preserve">continuous </w:t>
      </w:r>
      <w:r w:rsidRPr="001A2E38">
        <w:rPr>
          <w:rFonts w:ascii="Times New Roman" w:hAnsi="Times New Roman" w:cs="Times New Roman"/>
          <w:sz w:val="20"/>
          <w:szCs w:val="20"/>
        </w:rPr>
        <w:t>variables, and number (%) for categorical variables.</w:t>
      </w:r>
    </w:p>
    <w:p w14:paraId="55DEDFE3" w14:textId="56F50568" w:rsidR="005E4284" w:rsidRPr="001A2E38" w:rsidRDefault="008D006D" w:rsidP="005E1D6F">
      <w:pPr>
        <w:spacing w:line="240" w:lineRule="auto"/>
        <w:contextualSpacing/>
        <w:rPr>
          <w:rFonts w:ascii="Times New Roman" w:hAnsi="Times New Roman" w:cs="Times New Roman"/>
          <w:sz w:val="20"/>
          <w:szCs w:val="20"/>
        </w:rPr>
        <w:sectPr w:rsidR="005E4284" w:rsidRPr="001A2E38" w:rsidSect="005E4284">
          <w:pgSz w:w="16838" w:h="11906" w:orient="landscape"/>
          <w:pgMar w:top="1800" w:right="1440" w:bottom="1800" w:left="1440" w:header="851" w:footer="992" w:gutter="0"/>
          <w:cols w:space="425"/>
          <w:docGrid w:type="lines" w:linePitch="312"/>
        </w:sectPr>
      </w:pPr>
      <w:r w:rsidRPr="001A2E38">
        <w:rPr>
          <w:rFonts w:ascii="Times New Roman" w:hAnsi="Times New Roman" w:cs="Times New Roman"/>
          <w:i/>
          <w:iCs/>
          <w:sz w:val="20"/>
          <w:szCs w:val="20"/>
        </w:rPr>
        <w:t xml:space="preserve">Abbreviations: </w:t>
      </w:r>
      <w:r w:rsidR="00351971" w:rsidRPr="001A2E38">
        <w:rPr>
          <w:rFonts w:ascii="Times New Roman" w:hAnsi="Times New Roman" w:cs="Times New Roman"/>
          <w:sz w:val="20"/>
          <w:szCs w:val="20"/>
        </w:rPr>
        <w:t>CM</w:t>
      </w:r>
      <w:r w:rsidR="009079D5" w:rsidRPr="001A2E38">
        <w:rPr>
          <w:rFonts w:ascii="Times New Roman" w:hAnsi="Times New Roman" w:cs="Times New Roman"/>
          <w:sz w:val="20"/>
          <w:szCs w:val="20"/>
        </w:rPr>
        <w:t>D</w:t>
      </w:r>
      <w:r w:rsidR="00351971" w:rsidRPr="001A2E38">
        <w:rPr>
          <w:rFonts w:ascii="Times New Roman" w:hAnsi="Times New Roman" w:cs="Times New Roman"/>
          <w:sz w:val="20"/>
          <w:szCs w:val="20"/>
        </w:rPr>
        <w:t xml:space="preserve">, cardiometabolic </w:t>
      </w:r>
      <w:r w:rsidR="009079D5" w:rsidRPr="001A2E38">
        <w:rPr>
          <w:rFonts w:ascii="Times New Roman" w:hAnsi="Times New Roman" w:cs="Times New Roman"/>
          <w:sz w:val="20"/>
          <w:szCs w:val="20"/>
        </w:rPr>
        <w:t>disease</w:t>
      </w:r>
      <w:r w:rsidR="00351971" w:rsidRPr="001A2E38">
        <w:rPr>
          <w:rFonts w:ascii="Times New Roman" w:hAnsi="Times New Roman" w:cs="Times New Roman"/>
          <w:sz w:val="20"/>
          <w:szCs w:val="20"/>
        </w:rPr>
        <w:t xml:space="preserve">; </w:t>
      </w:r>
      <w:r w:rsidR="009079D5" w:rsidRPr="001A2E38">
        <w:rPr>
          <w:rFonts w:ascii="Times New Roman" w:hAnsi="Times New Roman" w:cs="Times New Roman"/>
          <w:sz w:val="20"/>
          <w:szCs w:val="20"/>
        </w:rPr>
        <w:t>CHG, cholesterol-high-density lipoprotein-glucose index</w:t>
      </w:r>
      <w:r w:rsidR="005E4284" w:rsidRPr="001A2E38">
        <w:rPr>
          <w:rFonts w:ascii="Times New Roman" w:hAnsi="Times New Roman" w:cs="Times New Roman"/>
          <w:sz w:val="20"/>
          <w:szCs w:val="20"/>
        </w:rPr>
        <w:t>.</w:t>
      </w:r>
    </w:p>
    <w:p w14:paraId="335ED9A1" w14:textId="22D96B7F" w:rsidR="00FE3790" w:rsidRPr="001A2E38" w:rsidRDefault="00FE3790" w:rsidP="00D91F6E">
      <w:pPr>
        <w:spacing w:after="0"/>
        <w:outlineLvl w:val="0"/>
        <w:rPr>
          <w:rFonts w:ascii="Times New Roman" w:hAnsi="Times New Roman" w:cs="Times New Roman"/>
          <w:b/>
          <w:bCs/>
          <w:sz w:val="20"/>
          <w:szCs w:val="20"/>
        </w:rPr>
      </w:pPr>
      <w:bookmarkStart w:id="10" w:name="_Toc236834795"/>
      <w:bookmarkStart w:id="11" w:name="_Hlk236770027"/>
      <w:bookmarkStart w:id="12" w:name="_Toc232530169"/>
      <w:r w:rsidRPr="001A2E38">
        <w:rPr>
          <w:rFonts w:ascii="Times New Roman" w:hAnsi="Times New Roman" w:cs="Times New Roman"/>
          <w:b/>
          <w:bCs/>
          <w:sz w:val="20"/>
          <w:szCs w:val="20"/>
        </w:rPr>
        <w:lastRenderedPageBreak/>
        <w:t xml:space="preserve">Table S5. </w:t>
      </w:r>
      <w:r w:rsidRPr="001A2E38">
        <w:rPr>
          <w:rFonts w:ascii="Times New Roman" w:eastAsia="Arial" w:hAnsi="Times New Roman" w:cs="Times New Roman"/>
          <w:b/>
          <w:bCs/>
          <w:color w:val="000000"/>
          <w:sz w:val="20"/>
          <w:szCs w:val="20"/>
        </w:rPr>
        <w:t>Incremental predictive values of CHG</w:t>
      </w:r>
      <w:r w:rsidR="00D91F6E" w:rsidRPr="001A2E38">
        <w:rPr>
          <w:rFonts w:ascii="Times New Roman" w:hAnsi="Times New Roman" w:cs="Times New Roman" w:hint="eastAsia"/>
          <w:b/>
          <w:bCs/>
          <w:color w:val="000000"/>
          <w:sz w:val="20"/>
          <w:szCs w:val="20"/>
        </w:rPr>
        <w:t xml:space="preserve">-related </w:t>
      </w:r>
      <w:r w:rsidRPr="001A2E38">
        <w:rPr>
          <w:rFonts w:ascii="Times New Roman" w:eastAsia="Arial" w:hAnsi="Times New Roman" w:cs="Times New Roman"/>
          <w:b/>
          <w:bCs/>
          <w:color w:val="000000"/>
          <w:sz w:val="20"/>
          <w:szCs w:val="20"/>
        </w:rPr>
        <w:t>indices for cardiometabolic multimorbidity</w:t>
      </w:r>
      <w:r w:rsidRPr="001A2E38">
        <w:rPr>
          <w:rFonts w:ascii="Times New Roman" w:hAnsi="Times New Roman" w:cs="Times New Roman"/>
          <w:b/>
          <w:bCs/>
          <w:sz w:val="20"/>
          <w:szCs w:val="20"/>
        </w:rPr>
        <w:t xml:space="preserve"> using Framingham Cardiovascular Risk Score as base model.</w:t>
      </w:r>
      <w:bookmarkEnd w:id="10"/>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20" w:firstRow="1" w:lastRow="0" w:firstColumn="0" w:lastColumn="0" w:noHBand="0" w:noVBand="1"/>
      </w:tblPr>
      <w:tblGrid>
        <w:gridCol w:w="3574"/>
        <w:gridCol w:w="1129"/>
        <w:gridCol w:w="1348"/>
        <w:gridCol w:w="985"/>
        <w:gridCol w:w="1128"/>
        <w:gridCol w:w="1348"/>
        <w:gridCol w:w="985"/>
        <w:gridCol w:w="1128"/>
        <w:gridCol w:w="1348"/>
        <w:gridCol w:w="985"/>
      </w:tblGrid>
      <w:tr w:rsidR="00FE3790" w:rsidRPr="001A2E38" w14:paraId="662AEB9E" w14:textId="77777777" w:rsidTr="005046C0">
        <w:tc>
          <w:tcPr>
            <w:tcW w:w="1280" w:type="pct"/>
            <w:tcBorders>
              <w:top w:val="single" w:sz="8" w:space="0" w:color="auto"/>
            </w:tcBorders>
            <w:vAlign w:val="center"/>
          </w:tcPr>
          <w:p w14:paraId="58CFBE8B" w14:textId="77777777" w:rsidR="00FE3790" w:rsidRPr="001A2E38" w:rsidRDefault="00FE3790" w:rsidP="005046C0">
            <w:pPr>
              <w:pBdr>
                <w:top w:val="none" w:sz="0" w:space="0" w:color="000000"/>
                <w:left w:val="none" w:sz="0" w:space="0" w:color="000000"/>
                <w:bottom w:val="none" w:sz="0" w:space="0" w:color="000000"/>
                <w:right w:val="none" w:sz="0" w:space="0" w:color="000000"/>
              </w:pBdr>
              <w:spacing w:before="40" w:after="40"/>
              <w:ind w:left="40" w:right="40"/>
              <w:rPr>
                <w:rFonts w:ascii="Times New Roman" w:eastAsia="Arial" w:hAnsi="Times New Roman" w:cs="Times New Roman"/>
                <w:b/>
                <w:color w:val="000000"/>
                <w:sz w:val="20"/>
                <w:szCs w:val="20"/>
              </w:rPr>
            </w:pPr>
            <w:r w:rsidRPr="001A2E38">
              <w:rPr>
                <w:rFonts w:ascii="Times New Roman" w:eastAsia="Arial" w:hAnsi="Times New Roman" w:cs="Times New Roman"/>
                <w:b/>
                <w:color w:val="000000"/>
                <w:sz w:val="20"/>
                <w:szCs w:val="20"/>
              </w:rPr>
              <w:t>Model</w:t>
            </w:r>
          </w:p>
        </w:tc>
        <w:tc>
          <w:tcPr>
            <w:tcW w:w="1240" w:type="pct"/>
            <w:gridSpan w:val="3"/>
            <w:tcBorders>
              <w:top w:val="single" w:sz="8" w:space="0" w:color="auto"/>
            </w:tcBorders>
            <w:vAlign w:val="center"/>
          </w:tcPr>
          <w:p w14:paraId="34CDB828" w14:textId="77777777" w:rsidR="00FE3790" w:rsidRPr="001A2E38" w:rsidRDefault="00FE3790" w:rsidP="005046C0">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b/>
                <w:color w:val="000000"/>
                <w:sz w:val="20"/>
                <w:szCs w:val="20"/>
              </w:rPr>
            </w:pPr>
            <w:r w:rsidRPr="001A2E38">
              <w:rPr>
                <w:rFonts w:ascii="Times New Roman" w:eastAsia="Arial" w:hAnsi="Times New Roman" w:cs="Times New Roman"/>
                <w:b/>
                <w:color w:val="000000"/>
                <w:sz w:val="20"/>
                <w:szCs w:val="20"/>
              </w:rPr>
              <w:t>C-index</w:t>
            </w:r>
          </w:p>
        </w:tc>
        <w:tc>
          <w:tcPr>
            <w:tcW w:w="1240" w:type="pct"/>
            <w:gridSpan w:val="3"/>
            <w:tcBorders>
              <w:top w:val="single" w:sz="8" w:space="0" w:color="auto"/>
              <w:bottom w:val="single" w:sz="8" w:space="0" w:color="auto"/>
            </w:tcBorders>
            <w:vAlign w:val="center"/>
          </w:tcPr>
          <w:p w14:paraId="531EB251" w14:textId="77777777" w:rsidR="00FE3790" w:rsidRPr="001A2E38" w:rsidRDefault="00FE3790" w:rsidP="005046C0">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b/>
                <w:color w:val="000000"/>
                <w:sz w:val="20"/>
                <w:szCs w:val="20"/>
              </w:rPr>
            </w:pPr>
            <w:r w:rsidRPr="001A2E38">
              <w:rPr>
                <w:rFonts w:ascii="Times New Roman" w:eastAsia="Arial" w:hAnsi="Times New Roman" w:cs="Times New Roman"/>
                <w:b/>
                <w:color w:val="000000"/>
                <w:sz w:val="20"/>
                <w:szCs w:val="20"/>
              </w:rPr>
              <w:t>NRI</w:t>
            </w:r>
          </w:p>
        </w:tc>
        <w:tc>
          <w:tcPr>
            <w:tcW w:w="1240" w:type="pct"/>
            <w:gridSpan w:val="3"/>
            <w:tcBorders>
              <w:top w:val="single" w:sz="8" w:space="0" w:color="auto"/>
              <w:bottom w:val="single" w:sz="8" w:space="0" w:color="auto"/>
            </w:tcBorders>
            <w:vAlign w:val="center"/>
          </w:tcPr>
          <w:p w14:paraId="5BABBAD2" w14:textId="77777777" w:rsidR="00FE3790" w:rsidRPr="001A2E38" w:rsidRDefault="00FE3790" w:rsidP="005046C0">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b/>
                <w:color w:val="000000"/>
                <w:sz w:val="20"/>
                <w:szCs w:val="20"/>
              </w:rPr>
            </w:pPr>
            <w:r w:rsidRPr="001A2E38">
              <w:rPr>
                <w:rFonts w:ascii="Times New Roman" w:eastAsia="Arial" w:hAnsi="Times New Roman" w:cs="Times New Roman"/>
                <w:b/>
                <w:color w:val="000000"/>
                <w:sz w:val="20"/>
                <w:szCs w:val="20"/>
              </w:rPr>
              <w:t>IDI</w:t>
            </w:r>
          </w:p>
        </w:tc>
      </w:tr>
      <w:tr w:rsidR="00FE3790" w:rsidRPr="001A2E38" w14:paraId="4FD8F2D9" w14:textId="77777777" w:rsidTr="005046C0">
        <w:tc>
          <w:tcPr>
            <w:tcW w:w="1280" w:type="pct"/>
            <w:tcBorders>
              <w:bottom w:val="single" w:sz="8" w:space="0" w:color="auto"/>
            </w:tcBorders>
            <w:vAlign w:val="center"/>
          </w:tcPr>
          <w:p w14:paraId="179E0ABB" w14:textId="77777777" w:rsidR="00FE3790" w:rsidRPr="001A2E38" w:rsidRDefault="00FE3790" w:rsidP="005046C0">
            <w:pPr>
              <w:pBdr>
                <w:top w:val="none" w:sz="0" w:space="0" w:color="000000"/>
                <w:left w:val="none" w:sz="0" w:space="0" w:color="000000"/>
                <w:bottom w:val="none" w:sz="0" w:space="0" w:color="000000"/>
                <w:right w:val="none" w:sz="0" w:space="0" w:color="000000"/>
              </w:pBdr>
              <w:spacing w:before="40" w:after="40"/>
              <w:ind w:left="40" w:right="40"/>
              <w:rPr>
                <w:rFonts w:ascii="Times New Roman" w:eastAsia="Arial" w:hAnsi="Times New Roman" w:cs="Times New Roman"/>
                <w:b/>
                <w:color w:val="000000"/>
                <w:sz w:val="20"/>
                <w:szCs w:val="20"/>
              </w:rPr>
            </w:pPr>
          </w:p>
        </w:tc>
        <w:tc>
          <w:tcPr>
            <w:tcW w:w="404" w:type="pct"/>
            <w:tcBorders>
              <w:top w:val="single" w:sz="8" w:space="0" w:color="auto"/>
              <w:bottom w:val="single" w:sz="8" w:space="0" w:color="auto"/>
            </w:tcBorders>
            <w:vAlign w:val="center"/>
          </w:tcPr>
          <w:p w14:paraId="250E64DA" w14:textId="77777777" w:rsidR="00FE3790" w:rsidRPr="001A2E38" w:rsidRDefault="00FE3790" w:rsidP="005046C0">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b/>
                <w:color w:val="000000"/>
                <w:sz w:val="20"/>
                <w:szCs w:val="20"/>
              </w:rPr>
            </w:pPr>
            <w:r w:rsidRPr="001A2E38">
              <w:rPr>
                <w:rFonts w:ascii="Times New Roman" w:eastAsia="Arial" w:hAnsi="Times New Roman" w:cs="Times New Roman"/>
                <w:b/>
                <w:color w:val="000000"/>
                <w:sz w:val="20"/>
                <w:szCs w:val="20"/>
              </w:rPr>
              <w:t>Estimate</w:t>
            </w:r>
          </w:p>
        </w:tc>
        <w:tc>
          <w:tcPr>
            <w:tcW w:w="483" w:type="pct"/>
            <w:tcBorders>
              <w:top w:val="single" w:sz="8" w:space="0" w:color="auto"/>
              <w:bottom w:val="single" w:sz="8" w:space="0" w:color="auto"/>
            </w:tcBorders>
            <w:vAlign w:val="center"/>
          </w:tcPr>
          <w:p w14:paraId="343FCC86" w14:textId="77777777" w:rsidR="00FE3790" w:rsidRPr="001A2E38" w:rsidRDefault="00FE3790" w:rsidP="005046C0">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b/>
                <w:color w:val="000000"/>
                <w:sz w:val="20"/>
                <w:szCs w:val="20"/>
              </w:rPr>
            </w:pPr>
            <w:r w:rsidRPr="001A2E38">
              <w:rPr>
                <w:rFonts w:ascii="Times New Roman" w:eastAsia="Arial" w:hAnsi="Times New Roman" w:cs="Times New Roman"/>
                <w:b/>
                <w:color w:val="000000"/>
                <w:sz w:val="20"/>
                <w:szCs w:val="20"/>
              </w:rPr>
              <w:t>95% CI</w:t>
            </w:r>
          </w:p>
        </w:tc>
        <w:tc>
          <w:tcPr>
            <w:tcW w:w="353" w:type="pct"/>
            <w:tcBorders>
              <w:top w:val="single" w:sz="8" w:space="0" w:color="auto"/>
              <w:bottom w:val="single" w:sz="8" w:space="0" w:color="auto"/>
            </w:tcBorders>
            <w:vAlign w:val="center"/>
          </w:tcPr>
          <w:p w14:paraId="0E95F58B" w14:textId="77777777" w:rsidR="00FE3790" w:rsidRPr="001A2E38" w:rsidRDefault="00FE3790" w:rsidP="005046C0">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b/>
                <w:color w:val="000000"/>
                <w:sz w:val="20"/>
                <w:szCs w:val="20"/>
              </w:rPr>
            </w:pPr>
            <w:r w:rsidRPr="001A2E38">
              <w:rPr>
                <w:rFonts w:ascii="Times New Roman" w:eastAsia="Arial" w:hAnsi="Times New Roman" w:cs="Times New Roman"/>
                <w:b/>
                <w:i/>
                <w:iCs/>
                <w:color w:val="000000"/>
                <w:sz w:val="20"/>
                <w:szCs w:val="20"/>
              </w:rPr>
              <w:t>P</w:t>
            </w:r>
            <w:r w:rsidRPr="001A2E38">
              <w:rPr>
                <w:rFonts w:ascii="Times New Roman" w:eastAsia="Arial" w:hAnsi="Times New Roman" w:cs="Times New Roman"/>
                <w:b/>
                <w:color w:val="000000"/>
                <w:sz w:val="20"/>
                <w:szCs w:val="20"/>
              </w:rPr>
              <w:t xml:space="preserve"> value</w:t>
            </w:r>
          </w:p>
        </w:tc>
        <w:tc>
          <w:tcPr>
            <w:tcW w:w="404" w:type="pct"/>
            <w:tcBorders>
              <w:top w:val="single" w:sz="8" w:space="0" w:color="auto"/>
              <w:bottom w:val="single" w:sz="8" w:space="0" w:color="auto"/>
            </w:tcBorders>
            <w:vAlign w:val="center"/>
          </w:tcPr>
          <w:p w14:paraId="29F98633" w14:textId="77777777" w:rsidR="00FE3790" w:rsidRPr="001A2E38" w:rsidRDefault="00FE3790" w:rsidP="005046C0">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b/>
                <w:color w:val="000000"/>
                <w:sz w:val="20"/>
                <w:szCs w:val="20"/>
              </w:rPr>
            </w:pPr>
            <w:r w:rsidRPr="001A2E38">
              <w:rPr>
                <w:rFonts w:ascii="Times New Roman" w:eastAsia="Arial" w:hAnsi="Times New Roman" w:cs="Times New Roman"/>
                <w:b/>
                <w:color w:val="000000"/>
                <w:sz w:val="20"/>
                <w:szCs w:val="20"/>
              </w:rPr>
              <w:t>Estimate</w:t>
            </w:r>
          </w:p>
        </w:tc>
        <w:tc>
          <w:tcPr>
            <w:tcW w:w="483" w:type="pct"/>
            <w:tcBorders>
              <w:top w:val="single" w:sz="8" w:space="0" w:color="auto"/>
              <w:bottom w:val="single" w:sz="8" w:space="0" w:color="auto"/>
            </w:tcBorders>
            <w:vAlign w:val="center"/>
          </w:tcPr>
          <w:p w14:paraId="649E2EE9" w14:textId="77777777" w:rsidR="00FE3790" w:rsidRPr="001A2E38" w:rsidRDefault="00FE3790" w:rsidP="005046C0">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b/>
                <w:color w:val="000000"/>
                <w:sz w:val="20"/>
                <w:szCs w:val="20"/>
              </w:rPr>
            </w:pPr>
            <w:r w:rsidRPr="001A2E38">
              <w:rPr>
                <w:rFonts w:ascii="Times New Roman" w:eastAsia="Arial" w:hAnsi="Times New Roman" w:cs="Times New Roman"/>
                <w:b/>
                <w:color w:val="000000"/>
                <w:sz w:val="20"/>
                <w:szCs w:val="20"/>
              </w:rPr>
              <w:t>95% CI</w:t>
            </w:r>
          </w:p>
        </w:tc>
        <w:tc>
          <w:tcPr>
            <w:tcW w:w="353" w:type="pct"/>
            <w:tcBorders>
              <w:top w:val="single" w:sz="8" w:space="0" w:color="auto"/>
              <w:bottom w:val="single" w:sz="8" w:space="0" w:color="auto"/>
            </w:tcBorders>
            <w:vAlign w:val="center"/>
          </w:tcPr>
          <w:p w14:paraId="237A9F6D" w14:textId="77777777" w:rsidR="00FE3790" w:rsidRPr="001A2E38" w:rsidRDefault="00FE3790" w:rsidP="005046C0">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b/>
                <w:color w:val="000000"/>
                <w:sz w:val="20"/>
                <w:szCs w:val="20"/>
              </w:rPr>
            </w:pPr>
            <w:r w:rsidRPr="001A2E38">
              <w:rPr>
                <w:rFonts w:ascii="Times New Roman" w:eastAsia="Arial" w:hAnsi="Times New Roman" w:cs="Times New Roman"/>
                <w:b/>
                <w:i/>
                <w:iCs/>
                <w:color w:val="000000"/>
                <w:sz w:val="20"/>
                <w:szCs w:val="20"/>
              </w:rPr>
              <w:t>P</w:t>
            </w:r>
            <w:r w:rsidRPr="001A2E38">
              <w:rPr>
                <w:rFonts w:ascii="Times New Roman" w:eastAsia="Arial" w:hAnsi="Times New Roman" w:cs="Times New Roman"/>
                <w:b/>
                <w:color w:val="000000"/>
                <w:sz w:val="20"/>
                <w:szCs w:val="20"/>
              </w:rPr>
              <w:t xml:space="preserve"> value</w:t>
            </w:r>
          </w:p>
        </w:tc>
        <w:tc>
          <w:tcPr>
            <w:tcW w:w="404" w:type="pct"/>
            <w:tcBorders>
              <w:top w:val="single" w:sz="8" w:space="0" w:color="auto"/>
              <w:bottom w:val="single" w:sz="8" w:space="0" w:color="auto"/>
            </w:tcBorders>
            <w:vAlign w:val="center"/>
          </w:tcPr>
          <w:p w14:paraId="3242D8F6" w14:textId="77777777" w:rsidR="00FE3790" w:rsidRPr="001A2E38" w:rsidRDefault="00FE3790" w:rsidP="005046C0">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b/>
                <w:color w:val="000000"/>
                <w:sz w:val="20"/>
                <w:szCs w:val="20"/>
              </w:rPr>
            </w:pPr>
            <w:r w:rsidRPr="001A2E38">
              <w:rPr>
                <w:rFonts w:ascii="Times New Roman" w:eastAsia="Arial" w:hAnsi="Times New Roman" w:cs="Times New Roman"/>
                <w:b/>
                <w:color w:val="000000"/>
                <w:sz w:val="20"/>
                <w:szCs w:val="20"/>
              </w:rPr>
              <w:t>Estimate</w:t>
            </w:r>
          </w:p>
        </w:tc>
        <w:tc>
          <w:tcPr>
            <w:tcW w:w="483" w:type="pct"/>
            <w:tcBorders>
              <w:top w:val="single" w:sz="8" w:space="0" w:color="auto"/>
              <w:bottom w:val="single" w:sz="8" w:space="0" w:color="auto"/>
            </w:tcBorders>
            <w:vAlign w:val="center"/>
          </w:tcPr>
          <w:p w14:paraId="498A3054" w14:textId="77777777" w:rsidR="00FE3790" w:rsidRPr="001A2E38" w:rsidRDefault="00FE3790" w:rsidP="005046C0">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b/>
                <w:color w:val="000000"/>
                <w:sz w:val="20"/>
                <w:szCs w:val="20"/>
              </w:rPr>
            </w:pPr>
            <w:r w:rsidRPr="001A2E38">
              <w:rPr>
                <w:rFonts w:ascii="Times New Roman" w:eastAsia="Arial" w:hAnsi="Times New Roman" w:cs="Times New Roman"/>
                <w:b/>
                <w:color w:val="000000"/>
                <w:sz w:val="20"/>
                <w:szCs w:val="20"/>
              </w:rPr>
              <w:t>95% CI</w:t>
            </w:r>
          </w:p>
        </w:tc>
        <w:tc>
          <w:tcPr>
            <w:tcW w:w="353" w:type="pct"/>
            <w:tcBorders>
              <w:top w:val="single" w:sz="8" w:space="0" w:color="auto"/>
              <w:bottom w:val="single" w:sz="8" w:space="0" w:color="auto"/>
            </w:tcBorders>
            <w:vAlign w:val="center"/>
          </w:tcPr>
          <w:p w14:paraId="556CF3FC" w14:textId="77777777" w:rsidR="00FE3790" w:rsidRPr="001A2E38" w:rsidRDefault="00FE3790" w:rsidP="005046C0">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b/>
                <w:color w:val="000000"/>
                <w:sz w:val="20"/>
                <w:szCs w:val="20"/>
              </w:rPr>
            </w:pPr>
            <w:r w:rsidRPr="001A2E38">
              <w:rPr>
                <w:rFonts w:ascii="Times New Roman" w:eastAsia="Arial" w:hAnsi="Times New Roman" w:cs="Times New Roman"/>
                <w:b/>
                <w:i/>
                <w:iCs/>
                <w:color w:val="000000"/>
                <w:sz w:val="20"/>
                <w:szCs w:val="20"/>
              </w:rPr>
              <w:t>P</w:t>
            </w:r>
            <w:r w:rsidRPr="001A2E38">
              <w:rPr>
                <w:rFonts w:ascii="Times New Roman" w:eastAsia="Arial" w:hAnsi="Times New Roman" w:cs="Times New Roman"/>
                <w:b/>
                <w:color w:val="000000"/>
                <w:sz w:val="20"/>
                <w:szCs w:val="20"/>
              </w:rPr>
              <w:t xml:space="preserve"> value</w:t>
            </w:r>
          </w:p>
        </w:tc>
      </w:tr>
      <w:tr w:rsidR="00FE3790" w:rsidRPr="001A2E38" w14:paraId="56618CE4" w14:textId="77777777" w:rsidTr="005046C0">
        <w:tc>
          <w:tcPr>
            <w:tcW w:w="1280" w:type="pct"/>
            <w:tcBorders>
              <w:top w:val="single" w:sz="8" w:space="0" w:color="auto"/>
            </w:tcBorders>
            <w:vAlign w:val="center"/>
          </w:tcPr>
          <w:p w14:paraId="50E942AD" w14:textId="77777777" w:rsidR="00FE3790" w:rsidRPr="001A2E38" w:rsidRDefault="00FE3790" w:rsidP="005046C0">
            <w:pPr>
              <w:pBdr>
                <w:top w:val="none" w:sz="0" w:space="0" w:color="000000"/>
                <w:left w:val="none" w:sz="0" w:space="0" w:color="000000"/>
                <w:bottom w:val="none" w:sz="0" w:space="0" w:color="000000"/>
                <w:right w:val="none" w:sz="0" w:space="0" w:color="000000"/>
              </w:pBdr>
              <w:spacing w:before="40" w:after="40"/>
              <w:ind w:left="40" w:right="40"/>
              <w:rPr>
                <w:rFonts w:ascii="Times New Roman" w:eastAsia="Arial" w:hAnsi="Times New Roman" w:cs="Times New Roman"/>
                <w:b/>
                <w:color w:val="000000"/>
                <w:sz w:val="20"/>
                <w:szCs w:val="20"/>
              </w:rPr>
            </w:pPr>
            <w:r w:rsidRPr="001A2E38">
              <w:rPr>
                <w:rFonts w:ascii="Times New Roman" w:eastAsia="Arial" w:hAnsi="Times New Roman" w:cs="Times New Roman"/>
                <w:b/>
                <w:color w:val="000000"/>
                <w:sz w:val="20"/>
                <w:szCs w:val="20"/>
              </w:rPr>
              <w:t>Base model (Reference)</w:t>
            </w:r>
          </w:p>
        </w:tc>
        <w:tc>
          <w:tcPr>
            <w:tcW w:w="404" w:type="pct"/>
            <w:tcBorders>
              <w:top w:val="single" w:sz="8" w:space="0" w:color="auto"/>
            </w:tcBorders>
            <w:vAlign w:val="center"/>
          </w:tcPr>
          <w:p w14:paraId="1FAFCA81" w14:textId="77777777" w:rsidR="00FE3790" w:rsidRPr="001A2E38" w:rsidRDefault="00FE3790" w:rsidP="005046C0">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Times New Roman" w:hAnsi="Times New Roman" w:cs="Times New Roman"/>
                <w:sz w:val="20"/>
                <w:szCs w:val="20"/>
              </w:rPr>
              <w:t>0.718</w:t>
            </w:r>
          </w:p>
        </w:tc>
        <w:tc>
          <w:tcPr>
            <w:tcW w:w="483" w:type="pct"/>
            <w:tcBorders>
              <w:top w:val="single" w:sz="8" w:space="0" w:color="auto"/>
            </w:tcBorders>
            <w:vAlign w:val="center"/>
          </w:tcPr>
          <w:p w14:paraId="35F880AB" w14:textId="77777777" w:rsidR="00FE3790" w:rsidRPr="001A2E38" w:rsidRDefault="00FE3790" w:rsidP="005046C0">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Times New Roman" w:hAnsi="Times New Roman" w:cs="Times New Roman"/>
                <w:sz w:val="20"/>
                <w:szCs w:val="20"/>
              </w:rPr>
              <w:t>0.710-0.725</w:t>
            </w:r>
          </w:p>
        </w:tc>
        <w:tc>
          <w:tcPr>
            <w:tcW w:w="353" w:type="pct"/>
            <w:tcBorders>
              <w:top w:val="single" w:sz="8" w:space="0" w:color="auto"/>
            </w:tcBorders>
            <w:vAlign w:val="center"/>
          </w:tcPr>
          <w:p w14:paraId="196CF6BE" w14:textId="77777777" w:rsidR="00FE3790" w:rsidRPr="001A2E38" w:rsidRDefault="00FE3790" w:rsidP="005046C0">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Times New Roman" w:hAnsi="Times New Roman" w:cs="Times New Roman"/>
                <w:sz w:val="20"/>
                <w:szCs w:val="20"/>
              </w:rPr>
              <w:t>-</w:t>
            </w:r>
          </w:p>
        </w:tc>
        <w:tc>
          <w:tcPr>
            <w:tcW w:w="404" w:type="pct"/>
            <w:tcBorders>
              <w:top w:val="single" w:sz="8" w:space="0" w:color="auto"/>
            </w:tcBorders>
            <w:vAlign w:val="center"/>
          </w:tcPr>
          <w:p w14:paraId="0442899B" w14:textId="77777777" w:rsidR="00FE3790" w:rsidRPr="001A2E38" w:rsidRDefault="00FE3790" w:rsidP="005046C0">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Times New Roman" w:hAnsi="Times New Roman" w:cs="Times New Roman"/>
                <w:sz w:val="20"/>
                <w:szCs w:val="20"/>
              </w:rPr>
              <w:t>Ref</w:t>
            </w:r>
          </w:p>
        </w:tc>
        <w:tc>
          <w:tcPr>
            <w:tcW w:w="483" w:type="pct"/>
            <w:tcBorders>
              <w:top w:val="single" w:sz="8" w:space="0" w:color="auto"/>
            </w:tcBorders>
            <w:vAlign w:val="center"/>
          </w:tcPr>
          <w:p w14:paraId="07A5A3BA" w14:textId="77777777" w:rsidR="00FE3790" w:rsidRPr="001A2E38" w:rsidRDefault="00FE3790" w:rsidP="005046C0">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Times New Roman" w:hAnsi="Times New Roman" w:cs="Times New Roman"/>
                <w:sz w:val="20"/>
                <w:szCs w:val="20"/>
              </w:rPr>
              <w:t>-</w:t>
            </w:r>
          </w:p>
        </w:tc>
        <w:tc>
          <w:tcPr>
            <w:tcW w:w="353" w:type="pct"/>
            <w:tcBorders>
              <w:top w:val="single" w:sz="8" w:space="0" w:color="auto"/>
            </w:tcBorders>
            <w:vAlign w:val="center"/>
          </w:tcPr>
          <w:p w14:paraId="7886D4AF" w14:textId="77777777" w:rsidR="00FE3790" w:rsidRPr="001A2E38" w:rsidRDefault="00FE3790" w:rsidP="005046C0">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Times New Roman" w:hAnsi="Times New Roman" w:cs="Times New Roman"/>
                <w:sz w:val="20"/>
                <w:szCs w:val="20"/>
              </w:rPr>
              <w:t>-</w:t>
            </w:r>
          </w:p>
        </w:tc>
        <w:tc>
          <w:tcPr>
            <w:tcW w:w="404" w:type="pct"/>
            <w:tcBorders>
              <w:top w:val="single" w:sz="8" w:space="0" w:color="auto"/>
            </w:tcBorders>
            <w:vAlign w:val="center"/>
          </w:tcPr>
          <w:p w14:paraId="679A2DAA" w14:textId="77777777" w:rsidR="00FE3790" w:rsidRPr="001A2E38" w:rsidRDefault="00FE3790" w:rsidP="005046C0">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Times New Roman" w:hAnsi="Times New Roman" w:cs="Times New Roman"/>
                <w:sz w:val="20"/>
                <w:szCs w:val="20"/>
              </w:rPr>
              <w:t>Ref</w:t>
            </w:r>
          </w:p>
        </w:tc>
        <w:tc>
          <w:tcPr>
            <w:tcW w:w="483" w:type="pct"/>
            <w:tcBorders>
              <w:top w:val="single" w:sz="8" w:space="0" w:color="auto"/>
            </w:tcBorders>
            <w:vAlign w:val="center"/>
          </w:tcPr>
          <w:p w14:paraId="20D6C8C6" w14:textId="77777777" w:rsidR="00FE3790" w:rsidRPr="001A2E38" w:rsidRDefault="00FE3790" w:rsidP="005046C0">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Times New Roman" w:hAnsi="Times New Roman" w:cs="Times New Roman"/>
                <w:sz w:val="20"/>
                <w:szCs w:val="20"/>
              </w:rPr>
              <w:t>-</w:t>
            </w:r>
          </w:p>
        </w:tc>
        <w:tc>
          <w:tcPr>
            <w:tcW w:w="353" w:type="pct"/>
            <w:tcBorders>
              <w:top w:val="single" w:sz="8" w:space="0" w:color="auto"/>
            </w:tcBorders>
            <w:vAlign w:val="center"/>
          </w:tcPr>
          <w:p w14:paraId="6AE10AA0" w14:textId="77777777" w:rsidR="00FE3790" w:rsidRPr="001A2E38" w:rsidRDefault="00FE3790" w:rsidP="005046C0">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Times New Roman" w:hAnsi="Times New Roman" w:cs="Times New Roman"/>
                <w:sz w:val="20"/>
                <w:szCs w:val="20"/>
              </w:rPr>
              <w:t>-</w:t>
            </w:r>
          </w:p>
        </w:tc>
      </w:tr>
      <w:tr w:rsidR="00FE3790" w:rsidRPr="001A2E38" w14:paraId="37BBD124" w14:textId="77777777" w:rsidTr="005046C0">
        <w:tc>
          <w:tcPr>
            <w:tcW w:w="1280" w:type="pct"/>
            <w:vAlign w:val="center"/>
          </w:tcPr>
          <w:p w14:paraId="7766EEE7" w14:textId="77777777" w:rsidR="00FE3790" w:rsidRPr="001A2E38" w:rsidRDefault="00FE3790" w:rsidP="005046C0">
            <w:pPr>
              <w:pBdr>
                <w:top w:val="none" w:sz="0" w:space="0" w:color="000000"/>
                <w:left w:val="none" w:sz="0" w:space="0" w:color="000000"/>
                <w:bottom w:val="none" w:sz="0" w:space="0" w:color="000000"/>
                <w:right w:val="none" w:sz="0" w:space="0" w:color="000000"/>
              </w:pBdr>
              <w:spacing w:before="40" w:after="40"/>
              <w:ind w:left="40" w:right="40"/>
              <w:rPr>
                <w:rFonts w:ascii="Times New Roman" w:eastAsia="Arial" w:hAnsi="Times New Roman" w:cs="Times New Roman"/>
                <w:b/>
                <w:color w:val="000000"/>
                <w:sz w:val="20"/>
                <w:szCs w:val="20"/>
              </w:rPr>
            </w:pPr>
            <w:r w:rsidRPr="001A2E38">
              <w:rPr>
                <w:rFonts w:ascii="Times New Roman" w:eastAsia="Arial" w:hAnsi="Times New Roman" w:cs="Times New Roman"/>
                <w:b/>
                <w:color w:val="000000"/>
                <w:sz w:val="20"/>
                <w:szCs w:val="20"/>
              </w:rPr>
              <w:t>Base model + CHG</w:t>
            </w:r>
          </w:p>
        </w:tc>
        <w:tc>
          <w:tcPr>
            <w:tcW w:w="404" w:type="pct"/>
            <w:vAlign w:val="center"/>
          </w:tcPr>
          <w:p w14:paraId="42E7F939" w14:textId="77777777" w:rsidR="00FE3790" w:rsidRPr="001A2E38" w:rsidRDefault="00FE3790" w:rsidP="005046C0">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Times New Roman" w:hAnsi="Times New Roman" w:cs="Times New Roman"/>
                <w:sz w:val="20"/>
                <w:szCs w:val="20"/>
              </w:rPr>
              <w:t>0.739</w:t>
            </w:r>
          </w:p>
        </w:tc>
        <w:tc>
          <w:tcPr>
            <w:tcW w:w="483" w:type="pct"/>
            <w:vAlign w:val="center"/>
          </w:tcPr>
          <w:p w14:paraId="5850C95C" w14:textId="77777777" w:rsidR="00FE3790" w:rsidRPr="001A2E38" w:rsidRDefault="00FE3790" w:rsidP="005046C0">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Times New Roman" w:hAnsi="Times New Roman" w:cs="Times New Roman"/>
                <w:sz w:val="20"/>
                <w:szCs w:val="20"/>
              </w:rPr>
              <w:t>0.732-0.746</w:t>
            </w:r>
          </w:p>
        </w:tc>
        <w:tc>
          <w:tcPr>
            <w:tcW w:w="353" w:type="pct"/>
            <w:vAlign w:val="center"/>
          </w:tcPr>
          <w:p w14:paraId="2E49BD78" w14:textId="77777777" w:rsidR="00FE3790" w:rsidRPr="001A2E38" w:rsidRDefault="00FE3790" w:rsidP="005046C0">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Times New Roman" w:hAnsi="Times New Roman" w:cs="Times New Roman"/>
                <w:sz w:val="20"/>
                <w:szCs w:val="20"/>
              </w:rPr>
              <w:t>&lt;0.001</w:t>
            </w:r>
          </w:p>
        </w:tc>
        <w:tc>
          <w:tcPr>
            <w:tcW w:w="404" w:type="pct"/>
            <w:vAlign w:val="center"/>
          </w:tcPr>
          <w:p w14:paraId="5DF65F69" w14:textId="77777777" w:rsidR="00FE3790" w:rsidRPr="001A2E38" w:rsidRDefault="00FE3790" w:rsidP="005046C0">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Times New Roman" w:hAnsi="Times New Roman" w:cs="Times New Roman"/>
                <w:sz w:val="20"/>
                <w:szCs w:val="20"/>
              </w:rPr>
              <w:t>0.207</w:t>
            </w:r>
          </w:p>
        </w:tc>
        <w:tc>
          <w:tcPr>
            <w:tcW w:w="483" w:type="pct"/>
            <w:vAlign w:val="center"/>
          </w:tcPr>
          <w:p w14:paraId="4FB72F89" w14:textId="77777777" w:rsidR="00FE3790" w:rsidRPr="001A2E38" w:rsidRDefault="00FE3790" w:rsidP="005046C0">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Times New Roman" w:hAnsi="Times New Roman" w:cs="Times New Roman"/>
                <w:sz w:val="20"/>
                <w:szCs w:val="20"/>
              </w:rPr>
              <w:t>0.167-0.243</w:t>
            </w:r>
          </w:p>
        </w:tc>
        <w:tc>
          <w:tcPr>
            <w:tcW w:w="353" w:type="pct"/>
            <w:vAlign w:val="center"/>
          </w:tcPr>
          <w:p w14:paraId="41A7864B" w14:textId="77777777" w:rsidR="00FE3790" w:rsidRPr="001A2E38" w:rsidRDefault="00FE3790" w:rsidP="005046C0">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Times New Roman" w:hAnsi="Times New Roman" w:cs="Times New Roman"/>
                <w:sz w:val="20"/>
                <w:szCs w:val="20"/>
              </w:rPr>
              <w:t>&lt;0.001</w:t>
            </w:r>
          </w:p>
        </w:tc>
        <w:tc>
          <w:tcPr>
            <w:tcW w:w="404" w:type="pct"/>
            <w:vAlign w:val="center"/>
          </w:tcPr>
          <w:p w14:paraId="52D7B7D2" w14:textId="77777777" w:rsidR="00FE3790" w:rsidRPr="001A2E38" w:rsidRDefault="00FE3790" w:rsidP="005046C0">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Times New Roman" w:hAnsi="Times New Roman" w:cs="Times New Roman"/>
                <w:sz w:val="20"/>
                <w:szCs w:val="20"/>
              </w:rPr>
              <w:t>0.004</w:t>
            </w:r>
          </w:p>
        </w:tc>
        <w:tc>
          <w:tcPr>
            <w:tcW w:w="483" w:type="pct"/>
            <w:vAlign w:val="center"/>
          </w:tcPr>
          <w:p w14:paraId="38B3E58E" w14:textId="77777777" w:rsidR="00FE3790" w:rsidRPr="001A2E38" w:rsidRDefault="00FE3790" w:rsidP="005046C0">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Times New Roman" w:hAnsi="Times New Roman" w:cs="Times New Roman"/>
                <w:sz w:val="20"/>
                <w:szCs w:val="20"/>
              </w:rPr>
              <w:t>0.002-0.005</w:t>
            </w:r>
          </w:p>
        </w:tc>
        <w:tc>
          <w:tcPr>
            <w:tcW w:w="353" w:type="pct"/>
            <w:vAlign w:val="center"/>
          </w:tcPr>
          <w:p w14:paraId="687A527F" w14:textId="77777777" w:rsidR="00FE3790" w:rsidRPr="001A2E38" w:rsidRDefault="00FE3790" w:rsidP="005046C0">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Times New Roman" w:hAnsi="Times New Roman" w:cs="Times New Roman"/>
                <w:sz w:val="20"/>
                <w:szCs w:val="20"/>
              </w:rPr>
              <w:t>&lt;0.001</w:t>
            </w:r>
          </w:p>
        </w:tc>
      </w:tr>
      <w:tr w:rsidR="00FE3790" w:rsidRPr="001A2E38" w14:paraId="65207D46" w14:textId="77777777" w:rsidTr="005046C0">
        <w:tc>
          <w:tcPr>
            <w:tcW w:w="1280" w:type="pct"/>
            <w:vAlign w:val="center"/>
          </w:tcPr>
          <w:p w14:paraId="3B532759" w14:textId="77777777" w:rsidR="00FE3790" w:rsidRPr="001A2E38" w:rsidRDefault="00FE3790" w:rsidP="005046C0">
            <w:pPr>
              <w:pBdr>
                <w:top w:val="none" w:sz="0" w:space="0" w:color="000000"/>
                <w:left w:val="none" w:sz="0" w:space="0" w:color="000000"/>
                <w:bottom w:val="none" w:sz="0" w:space="0" w:color="000000"/>
                <w:right w:val="none" w:sz="0" w:space="0" w:color="000000"/>
              </w:pBdr>
              <w:spacing w:before="40" w:after="40"/>
              <w:ind w:left="40" w:right="40"/>
              <w:rPr>
                <w:rFonts w:ascii="Times New Roman" w:eastAsia="Arial" w:hAnsi="Times New Roman" w:cs="Times New Roman"/>
                <w:b/>
                <w:color w:val="000000"/>
                <w:sz w:val="20"/>
                <w:szCs w:val="20"/>
              </w:rPr>
            </w:pPr>
            <w:r w:rsidRPr="001A2E38">
              <w:rPr>
                <w:rFonts w:ascii="Times New Roman" w:eastAsia="Arial" w:hAnsi="Times New Roman" w:cs="Times New Roman"/>
                <w:b/>
                <w:color w:val="000000"/>
                <w:sz w:val="20"/>
                <w:szCs w:val="20"/>
              </w:rPr>
              <w:t>Base model + CHG-BMI</w:t>
            </w:r>
          </w:p>
        </w:tc>
        <w:tc>
          <w:tcPr>
            <w:tcW w:w="404" w:type="pct"/>
            <w:vAlign w:val="center"/>
          </w:tcPr>
          <w:p w14:paraId="00194FF0" w14:textId="77777777" w:rsidR="00FE3790" w:rsidRPr="001A2E38" w:rsidRDefault="00FE3790" w:rsidP="005046C0">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Times New Roman" w:hAnsi="Times New Roman" w:cs="Times New Roman"/>
                <w:sz w:val="20"/>
                <w:szCs w:val="20"/>
              </w:rPr>
              <w:t>0.747</w:t>
            </w:r>
          </w:p>
        </w:tc>
        <w:tc>
          <w:tcPr>
            <w:tcW w:w="483" w:type="pct"/>
            <w:vAlign w:val="center"/>
          </w:tcPr>
          <w:p w14:paraId="661C4C0E" w14:textId="77777777" w:rsidR="00FE3790" w:rsidRPr="001A2E38" w:rsidRDefault="00FE3790" w:rsidP="005046C0">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Times New Roman" w:hAnsi="Times New Roman" w:cs="Times New Roman"/>
                <w:sz w:val="20"/>
                <w:szCs w:val="20"/>
              </w:rPr>
              <w:t>0.740-0.754</w:t>
            </w:r>
          </w:p>
        </w:tc>
        <w:tc>
          <w:tcPr>
            <w:tcW w:w="353" w:type="pct"/>
            <w:vAlign w:val="center"/>
          </w:tcPr>
          <w:p w14:paraId="669E92D2" w14:textId="77777777" w:rsidR="00FE3790" w:rsidRPr="001A2E38" w:rsidRDefault="00FE3790" w:rsidP="005046C0">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Times New Roman" w:hAnsi="Times New Roman" w:cs="Times New Roman"/>
                <w:sz w:val="20"/>
                <w:szCs w:val="20"/>
              </w:rPr>
              <w:t>&lt;0.001</w:t>
            </w:r>
          </w:p>
        </w:tc>
        <w:tc>
          <w:tcPr>
            <w:tcW w:w="404" w:type="pct"/>
            <w:vAlign w:val="center"/>
          </w:tcPr>
          <w:p w14:paraId="6C7372AE" w14:textId="77777777" w:rsidR="00FE3790" w:rsidRPr="001A2E38" w:rsidRDefault="00FE3790" w:rsidP="005046C0">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Times New Roman" w:hAnsi="Times New Roman" w:cs="Times New Roman"/>
                <w:sz w:val="20"/>
                <w:szCs w:val="20"/>
              </w:rPr>
              <w:t>0.243</w:t>
            </w:r>
          </w:p>
        </w:tc>
        <w:tc>
          <w:tcPr>
            <w:tcW w:w="483" w:type="pct"/>
            <w:vAlign w:val="center"/>
          </w:tcPr>
          <w:p w14:paraId="240368BC" w14:textId="77777777" w:rsidR="00FE3790" w:rsidRPr="001A2E38" w:rsidRDefault="00FE3790" w:rsidP="005046C0">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Times New Roman" w:hAnsi="Times New Roman" w:cs="Times New Roman"/>
                <w:sz w:val="20"/>
                <w:szCs w:val="20"/>
              </w:rPr>
              <w:t>0.202-0.278</w:t>
            </w:r>
          </w:p>
        </w:tc>
        <w:tc>
          <w:tcPr>
            <w:tcW w:w="353" w:type="pct"/>
            <w:vAlign w:val="center"/>
          </w:tcPr>
          <w:p w14:paraId="31D5C0F3" w14:textId="77777777" w:rsidR="00FE3790" w:rsidRPr="001A2E38" w:rsidRDefault="00FE3790" w:rsidP="005046C0">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Times New Roman" w:hAnsi="Times New Roman" w:cs="Times New Roman"/>
                <w:sz w:val="20"/>
                <w:szCs w:val="20"/>
              </w:rPr>
              <w:t>&lt;0.001</w:t>
            </w:r>
          </w:p>
        </w:tc>
        <w:tc>
          <w:tcPr>
            <w:tcW w:w="404" w:type="pct"/>
            <w:vAlign w:val="center"/>
          </w:tcPr>
          <w:p w14:paraId="7057FD25" w14:textId="77777777" w:rsidR="00FE3790" w:rsidRPr="001A2E38" w:rsidRDefault="00FE3790" w:rsidP="005046C0">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Times New Roman" w:hAnsi="Times New Roman" w:cs="Times New Roman"/>
                <w:sz w:val="20"/>
                <w:szCs w:val="20"/>
              </w:rPr>
              <w:t>0.005</w:t>
            </w:r>
          </w:p>
        </w:tc>
        <w:tc>
          <w:tcPr>
            <w:tcW w:w="483" w:type="pct"/>
            <w:vAlign w:val="center"/>
          </w:tcPr>
          <w:p w14:paraId="7A977098" w14:textId="77777777" w:rsidR="00FE3790" w:rsidRPr="001A2E38" w:rsidRDefault="00FE3790" w:rsidP="005046C0">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Times New Roman" w:hAnsi="Times New Roman" w:cs="Times New Roman"/>
                <w:sz w:val="20"/>
                <w:szCs w:val="20"/>
              </w:rPr>
              <w:t>0.004-0.006</w:t>
            </w:r>
          </w:p>
        </w:tc>
        <w:tc>
          <w:tcPr>
            <w:tcW w:w="353" w:type="pct"/>
            <w:vAlign w:val="center"/>
          </w:tcPr>
          <w:p w14:paraId="1EC776AD" w14:textId="77777777" w:rsidR="00FE3790" w:rsidRPr="001A2E38" w:rsidRDefault="00FE3790" w:rsidP="005046C0">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Times New Roman" w:hAnsi="Times New Roman" w:cs="Times New Roman"/>
                <w:sz w:val="20"/>
                <w:szCs w:val="20"/>
              </w:rPr>
              <w:t>&lt;0.001</w:t>
            </w:r>
          </w:p>
        </w:tc>
      </w:tr>
      <w:tr w:rsidR="00FE3790" w:rsidRPr="001A2E38" w14:paraId="58D8BC4F" w14:textId="77777777" w:rsidTr="005046C0">
        <w:tc>
          <w:tcPr>
            <w:tcW w:w="1280" w:type="pct"/>
            <w:vAlign w:val="center"/>
          </w:tcPr>
          <w:p w14:paraId="2A72C9A3" w14:textId="77777777" w:rsidR="00FE3790" w:rsidRPr="001A2E38" w:rsidRDefault="00FE3790" w:rsidP="005046C0">
            <w:pPr>
              <w:pBdr>
                <w:top w:val="none" w:sz="0" w:space="0" w:color="000000"/>
                <w:left w:val="none" w:sz="0" w:space="0" w:color="000000"/>
                <w:bottom w:val="none" w:sz="0" w:space="0" w:color="000000"/>
                <w:right w:val="none" w:sz="0" w:space="0" w:color="000000"/>
              </w:pBdr>
              <w:spacing w:before="40" w:after="40"/>
              <w:ind w:left="40" w:right="40"/>
              <w:rPr>
                <w:rFonts w:ascii="Times New Roman" w:eastAsia="Arial" w:hAnsi="Times New Roman" w:cs="Times New Roman"/>
                <w:b/>
                <w:color w:val="000000"/>
                <w:sz w:val="20"/>
                <w:szCs w:val="20"/>
              </w:rPr>
            </w:pPr>
            <w:r w:rsidRPr="001A2E38">
              <w:rPr>
                <w:rFonts w:ascii="Times New Roman" w:eastAsia="Arial" w:hAnsi="Times New Roman" w:cs="Times New Roman"/>
                <w:b/>
                <w:color w:val="000000"/>
                <w:sz w:val="20"/>
                <w:szCs w:val="20"/>
              </w:rPr>
              <w:t>Base model + CHG-WC</w:t>
            </w:r>
          </w:p>
        </w:tc>
        <w:tc>
          <w:tcPr>
            <w:tcW w:w="404" w:type="pct"/>
            <w:vAlign w:val="center"/>
          </w:tcPr>
          <w:p w14:paraId="10AE3893" w14:textId="77777777" w:rsidR="00FE3790" w:rsidRPr="001A2E38" w:rsidRDefault="00FE3790" w:rsidP="005046C0">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Times New Roman" w:hAnsi="Times New Roman" w:cs="Times New Roman"/>
                <w:sz w:val="20"/>
                <w:szCs w:val="20"/>
              </w:rPr>
              <w:t>0.748</w:t>
            </w:r>
          </w:p>
        </w:tc>
        <w:tc>
          <w:tcPr>
            <w:tcW w:w="483" w:type="pct"/>
            <w:vAlign w:val="center"/>
          </w:tcPr>
          <w:p w14:paraId="06BD2863" w14:textId="77777777" w:rsidR="00FE3790" w:rsidRPr="001A2E38" w:rsidRDefault="00FE3790" w:rsidP="005046C0">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Times New Roman" w:hAnsi="Times New Roman" w:cs="Times New Roman"/>
                <w:sz w:val="20"/>
                <w:szCs w:val="20"/>
              </w:rPr>
              <w:t>0.740-0.755</w:t>
            </w:r>
          </w:p>
        </w:tc>
        <w:tc>
          <w:tcPr>
            <w:tcW w:w="353" w:type="pct"/>
            <w:vAlign w:val="center"/>
          </w:tcPr>
          <w:p w14:paraId="21C30E4C" w14:textId="77777777" w:rsidR="00FE3790" w:rsidRPr="001A2E38" w:rsidRDefault="00FE3790" w:rsidP="005046C0">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Times New Roman" w:hAnsi="Times New Roman" w:cs="Times New Roman"/>
                <w:sz w:val="20"/>
                <w:szCs w:val="20"/>
              </w:rPr>
              <w:t>&lt;0.001</w:t>
            </w:r>
          </w:p>
        </w:tc>
        <w:tc>
          <w:tcPr>
            <w:tcW w:w="404" w:type="pct"/>
            <w:vAlign w:val="center"/>
          </w:tcPr>
          <w:p w14:paraId="53083327" w14:textId="77777777" w:rsidR="00FE3790" w:rsidRPr="001A2E38" w:rsidRDefault="00FE3790" w:rsidP="005046C0">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Times New Roman" w:hAnsi="Times New Roman" w:cs="Times New Roman"/>
                <w:sz w:val="20"/>
                <w:szCs w:val="20"/>
              </w:rPr>
              <w:t>0.256</w:t>
            </w:r>
          </w:p>
        </w:tc>
        <w:tc>
          <w:tcPr>
            <w:tcW w:w="483" w:type="pct"/>
            <w:vAlign w:val="center"/>
          </w:tcPr>
          <w:p w14:paraId="7C9F4C2F" w14:textId="77777777" w:rsidR="00FE3790" w:rsidRPr="001A2E38" w:rsidRDefault="00FE3790" w:rsidP="005046C0">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Times New Roman" w:hAnsi="Times New Roman" w:cs="Times New Roman"/>
                <w:sz w:val="20"/>
                <w:szCs w:val="20"/>
              </w:rPr>
              <w:t>0.213-0.290</w:t>
            </w:r>
          </w:p>
        </w:tc>
        <w:tc>
          <w:tcPr>
            <w:tcW w:w="353" w:type="pct"/>
            <w:vAlign w:val="center"/>
          </w:tcPr>
          <w:p w14:paraId="063AB24B" w14:textId="77777777" w:rsidR="00FE3790" w:rsidRPr="001A2E38" w:rsidRDefault="00FE3790" w:rsidP="005046C0">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Times New Roman" w:hAnsi="Times New Roman" w:cs="Times New Roman"/>
                <w:sz w:val="20"/>
                <w:szCs w:val="20"/>
              </w:rPr>
              <w:t>&lt;0.001</w:t>
            </w:r>
          </w:p>
        </w:tc>
        <w:tc>
          <w:tcPr>
            <w:tcW w:w="404" w:type="pct"/>
            <w:vAlign w:val="center"/>
          </w:tcPr>
          <w:p w14:paraId="14D6AD9B" w14:textId="77777777" w:rsidR="00FE3790" w:rsidRPr="001A2E38" w:rsidRDefault="00FE3790" w:rsidP="005046C0">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Times New Roman" w:hAnsi="Times New Roman" w:cs="Times New Roman"/>
                <w:sz w:val="20"/>
                <w:szCs w:val="20"/>
              </w:rPr>
              <w:t>0.007</w:t>
            </w:r>
          </w:p>
        </w:tc>
        <w:tc>
          <w:tcPr>
            <w:tcW w:w="483" w:type="pct"/>
            <w:vAlign w:val="center"/>
          </w:tcPr>
          <w:p w14:paraId="0ACEDC4B" w14:textId="77777777" w:rsidR="00FE3790" w:rsidRPr="001A2E38" w:rsidRDefault="00FE3790" w:rsidP="005046C0">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Times New Roman" w:hAnsi="Times New Roman" w:cs="Times New Roman"/>
                <w:sz w:val="20"/>
                <w:szCs w:val="20"/>
              </w:rPr>
              <w:t>0.005-0.010</w:t>
            </w:r>
          </w:p>
        </w:tc>
        <w:tc>
          <w:tcPr>
            <w:tcW w:w="353" w:type="pct"/>
            <w:vAlign w:val="center"/>
          </w:tcPr>
          <w:p w14:paraId="3CE5D993" w14:textId="77777777" w:rsidR="00FE3790" w:rsidRPr="001A2E38" w:rsidRDefault="00FE3790" w:rsidP="005046C0">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Times New Roman" w:hAnsi="Times New Roman" w:cs="Times New Roman"/>
                <w:sz w:val="20"/>
                <w:szCs w:val="20"/>
              </w:rPr>
              <w:t>&lt;0.001</w:t>
            </w:r>
          </w:p>
        </w:tc>
      </w:tr>
      <w:tr w:rsidR="00FE3790" w:rsidRPr="001A2E38" w14:paraId="31732F37" w14:textId="77777777" w:rsidTr="005046C0">
        <w:tc>
          <w:tcPr>
            <w:tcW w:w="1280" w:type="pct"/>
            <w:vAlign w:val="center"/>
          </w:tcPr>
          <w:p w14:paraId="0DBD0FB9" w14:textId="77777777" w:rsidR="00FE3790" w:rsidRPr="001A2E38" w:rsidRDefault="00FE3790" w:rsidP="005046C0">
            <w:pPr>
              <w:pBdr>
                <w:top w:val="none" w:sz="0" w:space="0" w:color="000000"/>
                <w:left w:val="none" w:sz="0" w:space="0" w:color="000000"/>
                <w:bottom w:val="none" w:sz="0" w:space="0" w:color="000000"/>
                <w:right w:val="none" w:sz="0" w:space="0" w:color="000000"/>
              </w:pBdr>
              <w:spacing w:before="40" w:after="40"/>
              <w:ind w:left="40" w:right="40"/>
              <w:rPr>
                <w:rFonts w:ascii="Times New Roman" w:eastAsia="Arial" w:hAnsi="Times New Roman" w:cs="Times New Roman"/>
                <w:b/>
                <w:color w:val="000000"/>
                <w:sz w:val="20"/>
                <w:szCs w:val="20"/>
              </w:rPr>
            </w:pPr>
            <w:r w:rsidRPr="001A2E38">
              <w:rPr>
                <w:rFonts w:ascii="Times New Roman" w:eastAsia="Arial" w:hAnsi="Times New Roman" w:cs="Times New Roman"/>
                <w:b/>
                <w:color w:val="000000"/>
                <w:sz w:val="20"/>
                <w:szCs w:val="20"/>
              </w:rPr>
              <w:t>Base model + CHG-WHtR</w:t>
            </w:r>
          </w:p>
        </w:tc>
        <w:tc>
          <w:tcPr>
            <w:tcW w:w="404" w:type="pct"/>
            <w:vAlign w:val="center"/>
          </w:tcPr>
          <w:p w14:paraId="2910EAB3" w14:textId="77777777" w:rsidR="00FE3790" w:rsidRPr="001A2E38" w:rsidRDefault="00FE3790" w:rsidP="005046C0">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Times New Roman" w:hAnsi="Times New Roman" w:cs="Times New Roman"/>
                <w:sz w:val="20"/>
                <w:szCs w:val="20"/>
              </w:rPr>
              <w:t>0.749</w:t>
            </w:r>
          </w:p>
        </w:tc>
        <w:tc>
          <w:tcPr>
            <w:tcW w:w="483" w:type="pct"/>
            <w:vAlign w:val="center"/>
          </w:tcPr>
          <w:p w14:paraId="09089B3D" w14:textId="77777777" w:rsidR="00FE3790" w:rsidRPr="001A2E38" w:rsidRDefault="00FE3790" w:rsidP="005046C0">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Times New Roman" w:hAnsi="Times New Roman" w:cs="Times New Roman"/>
                <w:sz w:val="20"/>
                <w:szCs w:val="20"/>
              </w:rPr>
              <w:t>0.741-0.756</w:t>
            </w:r>
          </w:p>
        </w:tc>
        <w:tc>
          <w:tcPr>
            <w:tcW w:w="353" w:type="pct"/>
            <w:vAlign w:val="center"/>
          </w:tcPr>
          <w:p w14:paraId="2A382E35" w14:textId="77777777" w:rsidR="00FE3790" w:rsidRPr="001A2E38" w:rsidRDefault="00FE3790" w:rsidP="005046C0">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Times New Roman" w:hAnsi="Times New Roman" w:cs="Times New Roman"/>
                <w:sz w:val="20"/>
                <w:szCs w:val="20"/>
              </w:rPr>
              <w:t>&lt;0.001</w:t>
            </w:r>
          </w:p>
        </w:tc>
        <w:tc>
          <w:tcPr>
            <w:tcW w:w="404" w:type="pct"/>
            <w:vAlign w:val="center"/>
          </w:tcPr>
          <w:p w14:paraId="48515FD3" w14:textId="77777777" w:rsidR="00FE3790" w:rsidRPr="001A2E38" w:rsidRDefault="00FE3790" w:rsidP="005046C0">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Times New Roman" w:hAnsi="Times New Roman" w:cs="Times New Roman"/>
                <w:sz w:val="20"/>
                <w:szCs w:val="20"/>
              </w:rPr>
              <w:t>0.247</w:t>
            </w:r>
          </w:p>
        </w:tc>
        <w:tc>
          <w:tcPr>
            <w:tcW w:w="483" w:type="pct"/>
            <w:vAlign w:val="center"/>
          </w:tcPr>
          <w:p w14:paraId="74D600CF" w14:textId="77777777" w:rsidR="00FE3790" w:rsidRPr="001A2E38" w:rsidRDefault="00FE3790" w:rsidP="005046C0">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Times New Roman" w:hAnsi="Times New Roman" w:cs="Times New Roman"/>
                <w:sz w:val="20"/>
                <w:szCs w:val="20"/>
              </w:rPr>
              <w:t>0.209-0.282</w:t>
            </w:r>
          </w:p>
        </w:tc>
        <w:tc>
          <w:tcPr>
            <w:tcW w:w="353" w:type="pct"/>
            <w:vAlign w:val="center"/>
          </w:tcPr>
          <w:p w14:paraId="50E9F943" w14:textId="77777777" w:rsidR="00FE3790" w:rsidRPr="001A2E38" w:rsidRDefault="00FE3790" w:rsidP="005046C0">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Times New Roman" w:hAnsi="Times New Roman" w:cs="Times New Roman"/>
                <w:sz w:val="20"/>
                <w:szCs w:val="20"/>
              </w:rPr>
              <w:t>&lt;0.001</w:t>
            </w:r>
          </w:p>
        </w:tc>
        <w:tc>
          <w:tcPr>
            <w:tcW w:w="404" w:type="pct"/>
            <w:vAlign w:val="center"/>
          </w:tcPr>
          <w:p w14:paraId="3B0C671E" w14:textId="77777777" w:rsidR="00FE3790" w:rsidRPr="001A2E38" w:rsidRDefault="00FE3790" w:rsidP="005046C0">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Times New Roman" w:hAnsi="Times New Roman" w:cs="Times New Roman"/>
                <w:sz w:val="20"/>
                <w:szCs w:val="20"/>
              </w:rPr>
              <w:t>0.008</w:t>
            </w:r>
          </w:p>
        </w:tc>
        <w:tc>
          <w:tcPr>
            <w:tcW w:w="483" w:type="pct"/>
            <w:vAlign w:val="center"/>
          </w:tcPr>
          <w:p w14:paraId="65DCB354" w14:textId="77777777" w:rsidR="00FE3790" w:rsidRPr="001A2E38" w:rsidRDefault="00FE3790" w:rsidP="005046C0">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Times New Roman" w:hAnsi="Times New Roman" w:cs="Times New Roman"/>
                <w:sz w:val="20"/>
                <w:szCs w:val="20"/>
              </w:rPr>
              <w:t>0.006-0.010</w:t>
            </w:r>
          </w:p>
        </w:tc>
        <w:tc>
          <w:tcPr>
            <w:tcW w:w="353" w:type="pct"/>
            <w:vAlign w:val="center"/>
          </w:tcPr>
          <w:p w14:paraId="5ED877A7" w14:textId="77777777" w:rsidR="00FE3790" w:rsidRPr="001A2E38" w:rsidRDefault="00FE3790" w:rsidP="005046C0">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Times New Roman" w:hAnsi="Times New Roman" w:cs="Times New Roman"/>
                <w:sz w:val="20"/>
                <w:szCs w:val="20"/>
              </w:rPr>
              <w:t>&lt;0.001</w:t>
            </w:r>
          </w:p>
        </w:tc>
      </w:tr>
      <w:tr w:rsidR="00FE3790" w:rsidRPr="001A2E38" w14:paraId="2E50D052" w14:textId="77777777" w:rsidTr="005046C0">
        <w:tc>
          <w:tcPr>
            <w:tcW w:w="1280" w:type="pct"/>
            <w:vAlign w:val="center"/>
          </w:tcPr>
          <w:p w14:paraId="2AE719E3" w14:textId="77777777" w:rsidR="00FE3790" w:rsidRPr="001A2E38" w:rsidRDefault="00FE3790" w:rsidP="005046C0">
            <w:pPr>
              <w:pBdr>
                <w:top w:val="none" w:sz="0" w:space="0" w:color="000000"/>
                <w:left w:val="none" w:sz="0" w:space="0" w:color="000000"/>
                <w:bottom w:val="none" w:sz="0" w:space="0" w:color="000000"/>
                <w:right w:val="none" w:sz="0" w:space="0" w:color="000000"/>
              </w:pBdr>
              <w:spacing w:before="40" w:after="40"/>
              <w:ind w:left="40" w:right="40"/>
              <w:rPr>
                <w:rFonts w:ascii="Times New Roman" w:eastAsia="Arial" w:hAnsi="Times New Roman" w:cs="Times New Roman"/>
                <w:b/>
                <w:color w:val="000000"/>
                <w:sz w:val="20"/>
                <w:szCs w:val="20"/>
              </w:rPr>
            </w:pPr>
            <w:r w:rsidRPr="001A2E38">
              <w:rPr>
                <w:rFonts w:ascii="Times New Roman" w:eastAsia="Arial" w:hAnsi="Times New Roman" w:cs="Times New Roman"/>
                <w:b/>
                <w:color w:val="000000"/>
                <w:sz w:val="20"/>
                <w:szCs w:val="20"/>
              </w:rPr>
              <w:t>Base model + CHG-BRI</w:t>
            </w:r>
          </w:p>
        </w:tc>
        <w:tc>
          <w:tcPr>
            <w:tcW w:w="404" w:type="pct"/>
            <w:vAlign w:val="center"/>
          </w:tcPr>
          <w:p w14:paraId="7ED8E92F" w14:textId="77777777" w:rsidR="00FE3790" w:rsidRPr="001A2E38" w:rsidRDefault="00FE3790" w:rsidP="005046C0">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Times New Roman" w:hAnsi="Times New Roman" w:cs="Times New Roman"/>
                <w:sz w:val="20"/>
                <w:szCs w:val="20"/>
              </w:rPr>
              <w:t>0.746</w:t>
            </w:r>
          </w:p>
        </w:tc>
        <w:tc>
          <w:tcPr>
            <w:tcW w:w="483" w:type="pct"/>
            <w:vAlign w:val="center"/>
          </w:tcPr>
          <w:p w14:paraId="6276BA77" w14:textId="77777777" w:rsidR="00FE3790" w:rsidRPr="001A2E38" w:rsidRDefault="00FE3790" w:rsidP="005046C0">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Times New Roman" w:hAnsi="Times New Roman" w:cs="Times New Roman"/>
                <w:sz w:val="20"/>
                <w:szCs w:val="20"/>
              </w:rPr>
              <w:t>0.739-0.754</w:t>
            </w:r>
          </w:p>
        </w:tc>
        <w:tc>
          <w:tcPr>
            <w:tcW w:w="353" w:type="pct"/>
            <w:vAlign w:val="center"/>
          </w:tcPr>
          <w:p w14:paraId="7FDC53F3" w14:textId="77777777" w:rsidR="00FE3790" w:rsidRPr="001A2E38" w:rsidRDefault="00FE3790" w:rsidP="005046C0">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Times New Roman" w:hAnsi="Times New Roman" w:cs="Times New Roman"/>
                <w:sz w:val="20"/>
                <w:szCs w:val="20"/>
              </w:rPr>
              <w:t>&lt;0.001</w:t>
            </w:r>
          </w:p>
        </w:tc>
        <w:tc>
          <w:tcPr>
            <w:tcW w:w="404" w:type="pct"/>
            <w:vAlign w:val="center"/>
          </w:tcPr>
          <w:p w14:paraId="428D809F" w14:textId="77777777" w:rsidR="00FE3790" w:rsidRPr="001A2E38" w:rsidRDefault="00FE3790" w:rsidP="005046C0">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Times New Roman" w:hAnsi="Times New Roman" w:cs="Times New Roman"/>
                <w:sz w:val="20"/>
                <w:szCs w:val="20"/>
              </w:rPr>
              <w:t>0.240</w:t>
            </w:r>
          </w:p>
        </w:tc>
        <w:tc>
          <w:tcPr>
            <w:tcW w:w="483" w:type="pct"/>
            <w:vAlign w:val="center"/>
          </w:tcPr>
          <w:p w14:paraId="498C2A9A" w14:textId="77777777" w:rsidR="00FE3790" w:rsidRPr="001A2E38" w:rsidRDefault="00FE3790" w:rsidP="005046C0">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Times New Roman" w:hAnsi="Times New Roman" w:cs="Times New Roman"/>
                <w:sz w:val="20"/>
                <w:szCs w:val="20"/>
              </w:rPr>
              <w:t>0.203-0.278</w:t>
            </w:r>
          </w:p>
        </w:tc>
        <w:tc>
          <w:tcPr>
            <w:tcW w:w="353" w:type="pct"/>
            <w:vAlign w:val="center"/>
          </w:tcPr>
          <w:p w14:paraId="214B43CB" w14:textId="77777777" w:rsidR="00FE3790" w:rsidRPr="001A2E38" w:rsidRDefault="00FE3790" w:rsidP="005046C0">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Times New Roman" w:hAnsi="Times New Roman" w:cs="Times New Roman"/>
                <w:sz w:val="20"/>
                <w:szCs w:val="20"/>
              </w:rPr>
              <w:t>&lt;0.001</w:t>
            </w:r>
          </w:p>
        </w:tc>
        <w:tc>
          <w:tcPr>
            <w:tcW w:w="404" w:type="pct"/>
            <w:vAlign w:val="center"/>
          </w:tcPr>
          <w:p w14:paraId="5F748129" w14:textId="77777777" w:rsidR="00FE3790" w:rsidRPr="001A2E38" w:rsidRDefault="00FE3790" w:rsidP="005046C0">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Times New Roman" w:hAnsi="Times New Roman" w:cs="Times New Roman"/>
                <w:sz w:val="20"/>
                <w:szCs w:val="20"/>
              </w:rPr>
              <w:t>0.004</w:t>
            </w:r>
          </w:p>
        </w:tc>
        <w:tc>
          <w:tcPr>
            <w:tcW w:w="483" w:type="pct"/>
            <w:vAlign w:val="center"/>
          </w:tcPr>
          <w:p w14:paraId="138BE780" w14:textId="77777777" w:rsidR="00FE3790" w:rsidRPr="001A2E38" w:rsidRDefault="00FE3790" w:rsidP="005046C0">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Times New Roman" w:hAnsi="Times New Roman" w:cs="Times New Roman"/>
                <w:sz w:val="20"/>
                <w:szCs w:val="20"/>
              </w:rPr>
              <w:t>0.003-0.006</w:t>
            </w:r>
          </w:p>
        </w:tc>
        <w:tc>
          <w:tcPr>
            <w:tcW w:w="353" w:type="pct"/>
            <w:vAlign w:val="center"/>
          </w:tcPr>
          <w:p w14:paraId="793CD8A9" w14:textId="77777777" w:rsidR="00FE3790" w:rsidRPr="001A2E38" w:rsidRDefault="00FE3790" w:rsidP="005046C0">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Times New Roman" w:hAnsi="Times New Roman" w:cs="Times New Roman"/>
                <w:sz w:val="20"/>
                <w:szCs w:val="20"/>
              </w:rPr>
              <w:t>&lt;0.001</w:t>
            </w:r>
          </w:p>
        </w:tc>
      </w:tr>
      <w:tr w:rsidR="00FE3790" w:rsidRPr="001A2E38" w14:paraId="06E09C44" w14:textId="77777777" w:rsidTr="005046C0">
        <w:tc>
          <w:tcPr>
            <w:tcW w:w="1280" w:type="pct"/>
            <w:vAlign w:val="center"/>
          </w:tcPr>
          <w:p w14:paraId="6D549641" w14:textId="77777777" w:rsidR="00FE3790" w:rsidRPr="001A2E38" w:rsidRDefault="00FE3790" w:rsidP="005046C0">
            <w:pPr>
              <w:pBdr>
                <w:top w:val="none" w:sz="0" w:space="0" w:color="000000"/>
                <w:left w:val="none" w:sz="0" w:space="0" w:color="000000"/>
                <w:bottom w:val="none" w:sz="0" w:space="0" w:color="000000"/>
                <w:right w:val="none" w:sz="0" w:space="0" w:color="000000"/>
              </w:pBdr>
              <w:spacing w:before="40" w:after="40"/>
              <w:ind w:left="40" w:right="40"/>
              <w:rPr>
                <w:rFonts w:ascii="Times New Roman" w:eastAsia="Arial" w:hAnsi="Times New Roman" w:cs="Times New Roman"/>
                <w:b/>
                <w:color w:val="000000"/>
                <w:sz w:val="20"/>
                <w:szCs w:val="20"/>
              </w:rPr>
            </w:pPr>
            <w:r w:rsidRPr="001A2E38">
              <w:rPr>
                <w:rFonts w:ascii="Times New Roman" w:eastAsia="Arial" w:hAnsi="Times New Roman" w:cs="Times New Roman"/>
                <w:b/>
                <w:color w:val="000000"/>
                <w:sz w:val="20"/>
                <w:szCs w:val="20"/>
              </w:rPr>
              <w:t>Base model + CHG-ABSI</w:t>
            </w:r>
          </w:p>
        </w:tc>
        <w:tc>
          <w:tcPr>
            <w:tcW w:w="404" w:type="pct"/>
            <w:vAlign w:val="center"/>
          </w:tcPr>
          <w:p w14:paraId="61152BDB" w14:textId="77777777" w:rsidR="00FE3790" w:rsidRPr="001A2E38" w:rsidRDefault="00FE3790" w:rsidP="005046C0">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Times New Roman" w:hAnsi="Times New Roman" w:cs="Times New Roman"/>
                <w:sz w:val="20"/>
                <w:szCs w:val="20"/>
              </w:rPr>
              <w:t>0.735</w:t>
            </w:r>
          </w:p>
        </w:tc>
        <w:tc>
          <w:tcPr>
            <w:tcW w:w="483" w:type="pct"/>
            <w:vAlign w:val="center"/>
          </w:tcPr>
          <w:p w14:paraId="04404E4C" w14:textId="77777777" w:rsidR="00FE3790" w:rsidRPr="001A2E38" w:rsidRDefault="00FE3790" w:rsidP="005046C0">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Times New Roman" w:hAnsi="Times New Roman" w:cs="Times New Roman"/>
                <w:sz w:val="20"/>
                <w:szCs w:val="20"/>
              </w:rPr>
              <w:t>0.728-0.742</w:t>
            </w:r>
          </w:p>
        </w:tc>
        <w:tc>
          <w:tcPr>
            <w:tcW w:w="353" w:type="pct"/>
            <w:vAlign w:val="center"/>
          </w:tcPr>
          <w:p w14:paraId="32087601" w14:textId="77777777" w:rsidR="00FE3790" w:rsidRPr="001A2E38" w:rsidRDefault="00FE3790" w:rsidP="005046C0">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Times New Roman" w:hAnsi="Times New Roman" w:cs="Times New Roman"/>
                <w:sz w:val="20"/>
                <w:szCs w:val="20"/>
              </w:rPr>
              <w:t>&lt;0.001</w:t>
            </w:r>
          </w:p>
        </w:tc>
        <w:tc>
          <w:tcPr>
            <w:tcW w:w="404" w:type="pct"/>
            <w:vAlign w:val="center"/>
          </w:tcPr>
          <w:p w14:paraId="09A3C747" w14:textId="77777777" w:rsidR="00FE3790" w:rsidRPr="001A2E38" w:rsidRDefault="00FE3790" w:rsidP="005046C0">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Times New Roman" w:hAnsi="Times New Roman" w:cs="Times New Roman"/>
                <w:sz w:val="20"/>
                <w:szCs w:val="20"/>
              </w:rPr>
              <w:t>0.179</w:t>
            </w:r>
          </w:p>
        </w:tc>
        <w:tc>
          <w:tcPr>
            <w:tcW w:w="483" w:type="pct"/>
            <w:vAlign w:val="center"/>
          </w:tcPr>
          <w:p w14:paraId="6B20AA22" w14:textId="77777777" w:rsidR="00FE3790" w:rsidRPr="001A2E38" w:rsidRDefault="00FE3790" w:rsidP="005046C0">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Times New Roman" w:hAnsi="Times New Roman" w:cs="Times New Roman"/>
                <w:sz w:val="20"/>
                <w:szCs w:val="20"/>
              </w:rPr>
              <w:t>0.140-0.212</w:t>
            </w:r>
          </w:p>
        </w:tc>
        <w:tc>
          <w:tcPr>
            <w:tcW w:w="353" w:type="pct"/>
            <w:vAlign w:val="center"/>
          </w:tcPr>
          <w:p w14:paraId="5F2BD528" w14:textId="77777777" w:rsidR="00FE3790" w:rsidRPr="001A2E38" w:rsidRDefault="00FE3790" w:rsidP="005046C0">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Times New Roman" w:hAnsi="Times New Roman" w:cs="Times New Roman"/>
                <w:sz w:val="20"/>
                <w:szCs w:val="20"/>
              </w:rPr>
              <w:t>&lt;0.001</w:t>
            </w:r>
          </w:p>
        </w:tc>
        <w:tc>
          <w:tcPr>
            <w:tcW w:w="404" w:type="pct"/>
            <w:vAlign w:val="center"/>
          </w:tcPr>
          <w:p w14:paraId="2F9D54A5" w14:textId="77777777" w:rsidR="00FE3790" w:rsidRPr="001A2E38" w:rsidRDefault="00FE3790" w:rsidP="005046C0">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Times New Roman" w:hAnsi="Times New Roman" w:cs="Times New Roman"/>
                <w:sz w:val="20"/>
                <w:szCs w:val="20"/>
              </w:rPr>
              <w:t>0.002</w:t>
            </w:r>
          </w:p>
        </w:tc>
        <w:tc>
          <w:tcPr>
            <w:tcW w:w="483" w:type="pct"/>
            <w:vAlign w:val="center"/>
          </w:tcPr>
          <w:p w14:paraId="41C5141C" w14:textId="77777777" w:rsidR="00FE3790" w:rsidRPr="001A2E38" w:rsidRDefault="00FE3790" w:rsidP="005046C0">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Times New Roman" w:hAnsi="Times New Roman" w:cs="Times New Roman"/>
                <w:sz w:val="20"/>
                <w:szCs w:val="20"/>
              </w:rPr>
              <w:t>0.001-0.003</w:t>
            </w:r>
          </w:p>
        </w:tc>
        <w:tc>
          <w:tcPr>
            <w:tcW w:w="353" w:type="pct"/>
            <w:vAlign w:val="center"/>
          </w:tcPr>
          <w:p w14:paraId="40A14BAA" w14:textId="77777777" w:rsidR="00FE3790" w:rsidRPr="001A2E38" w:rsidRDefault="00FE3790" w:rsidP="005046C0">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Times New Roman" w:hAnsi="Times New Roman" w:cs="Times New Roman"/>
                <w:sz w:val="20"/>
                <w:szCs w:val="20"/>
              </w:rPr>
              <w:t>&lt;0.001</w:t>
            </w:r>
          </w:p>
        </w:tc>
      </w:tr>
      <w:tr w:rsidR="00FE3790" w:rsidRPr="001A2E38" w14:paraId="521A586E" w14:textId="77777777" w:rsidTr="005046C0">
        <w:tc>
          <w:tcPr>
            <w:tcW w:w="1280" w:type="pct"/>
            <w:vAlign w:val="center"/>
          </w:tcPr>
          <w:p w14:paraId="71D79891" w14:textId="77777777" w:rsidR="00FE3790" w:rsidRPr="001A2E38" w:rsidRDefault="00FE3790" w:rsidP="005046C0">
            <w:pPr>
              <w:pBdr>
                <w:top w:val="none" w:sz="0" w:space="0" w:color="000000"/>
                <w:left w:val="none" w:sz="0" w:space="0" w:color="000000"/>
                <w:bottom w:val="none" w:sz="0" w:space="0" w:color="000000"/>
                <w:right w:val="none" w:sz="0" w:space="0" w:color="000000"/>
              </w:pBdr>
              <w:spacing w:before="40" w:after="40"/>
              <w:ind w:left="40" w:right="40"/>
              <w:rPr>
                <w:rFonts w:ascii="Times New Roman" w:eastAsia="Arial" w:hAnsi="Times New Roman" w:cs="Times New Roman"/>
                <w:b/>
                <w:color w:val="000000"/>
                <w:sz w:val="20"/>
                <w:szCs w:val="20"/>
              </w:rPr>
            </w:pPr>
            <w:r w:rsidRPr="001A2E38">
              <w:rPr>
                <w:rFonts w:ascii="Times New Roman" w:eastAsia="Arial" w:hAnsi="Times New Roman" w:cs="Times New Roman"/>
                <w:b/>
                <w:color w:val="000000"/>
                <w:sz w:val="20"/>
                <w:szCs w:val="20"/>
              </w:rPr>
              <w:t>Base model + CHG-VAI</w:t>
            </w:r>
          </w:p>
        </w:tc>
        <w:tc>
          <w:tcPr>
            <w:tcW w:w="404" w:type="pct"/>
            <w:vAlign w:val="center"/>
          </w:tcPr>
          <w:p w14:paraId="7704F7E5" w14:textId="77777777" w:rsidR="00FE3790" w:rsidRPr="001A2E38" w:rsidRDefault="00FE3790" w:rsidP="005046C0">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Times New Roman" w:hAnsi="Times New Roman" w:cs="Times New Roman"/>
                <w:sz w:val="20"/>
                <w:szCs w:val="20"/>
              </w:rPr>
              <w:t>0.724</w:t>
            </w:r>
          </w:p>
        </w:tc>
        <w:tc>
          <w:tcPr>
            <w:tcW w:w="483" w:type="pct"/>
            <w:vAlign w:val="center"/>
          </w:tcPr>
          <w:p w14:paraId="14A70AE6" w14:textId="77777777" w:rsidR="00FE3790" w:rsidRPr="001A2E38" w:rsidRDefault="00FE3790" w:rsidP="005046C0">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Times New Roman" w:hAnsi="Times New Roman" w:cs="Times New Roman"/>
                <w:sz w:val="20"/>
                <w:szCs w:val="20"/>
              </w:rPr>
              <w:t>0.717-0.732</w:t>
            </w:r>
          </w:p>
        </w:tc>
        <w:tc>
          <w:tcPr>
            <w:tcW w:w="353" w:type="pct"/>
            <w:vAlign w:val="center"/>
          </w:tcPr>
          <w:p w14:paraId="6759D306" w14:textId="77777777" w:rsidR="00FE3790" w:rsidRPr="001A2E38" w:rsidRDefault="00FE3790" w:rsidP="005046C0">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Times New Roman" w:hAnsi="Times New Roman" w:cs="Times New Roman"/>
                <w:sz w:val="20"/>
                <w:szCs w:val="20"/>
              </w:rPr>
              <w:t>&lt;0.001</w:t>
            </w:r>
          </w:p>
        </w:tc>
        <w:tc>
          <w:tcPr>
            <w:tcW w:w="404" w:type="pct"/>
            <w:vAlign w:val="center"/>
          </w:tcPr>
          <w:p w14:paraId="7C01733B" w14:textId="77777777" w:rsidR="00FE3790" w:rsidRPr="001A2E38" w:rsidRDefault="00FE3790" w:rsidP="005046C0">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Times New Roman" w:hAnsi="Times New Roman" w:cs="Times New Roman"/>
                <w:sz w:val="20"/>
                <w:szCs w:val="20"/>
              </w:rPr>
              <w:t>0.085</w:t>
            </w:r>
          </w:p>
        </w:tc>
        <w:tc>
          <w:tcPr>
            <w:tcW w:w="483" w:type="pct"/>
            <w:vAlign w:val="center"/>
          </w:tcPr>
          <w:p w14:paraId="5EAE8768" w14:textId="77777777" w:rsidR="00FE3790" w:rsidRPr="001A2E38" w:rsidRDefault="00FE3790" w:rsidP="005046C0">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Times New Roman" w:hAnsi="Times New Roman" w:cs="Times New Roman"/>
                <w:sz w:val="20"/>
                <w:szCs w:val="20"/>
              </w:rPr>
              <w:t>0.041-0.116</w:t>
            </w:r>
          </w:p>
        </w:tc>
        <w:tc>
          <w:tcPr>
            <w:tcW w:w="353" w:type="pct"/>
            <w:vAlign w:val="center"/>
          </w:tcPr>
          <w:p w14:paraId="688D8D0D" w14:textId="77777777" w:rsidR="00FE3790" w:rsidRPr="001A2E38" w:rsidRDefault="00FE3790" w:rsidP="005046C0">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Times New Roman" w:hAnsi="Times New Roman" w:cs="Times New Roman"/>
                <w:sz w:val="20"/>
                <w:szCs w:val="20"/>
              </w:rPr>
              <w:t>&lt;0.001</w:t>
            </w:r>
          </w:p>
        </w:tc>
        <w:tc>
          <w:tcPr>
            <w:tcW w:w="404" w:type="pct"/>
            <w:vAlign w:val="center"/>
          </w:tcPr>
          <w:p w14:paraId="1969179F" w14:textId="77777777" w:rsidR="00FE3790" w:rsidRPr="001A2E38" w:rsidRDefault="00FE3790" w:rsidP="005046C0">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Times New Roman" w:hAnsi="Times New Roman" w:cs="Times New Roman"/>
                <w:sz w:val="20"/>
                <w:szCs w:val="20"/>
              </w:rPr>
              <w:t>0.002</w:t>
            </w:r>
          </w:p>
        </w:tc>
        <w:tc>
          <w:tcPr>
            <w:tcW w:w="483" w:type="pct"/>
            <w:vAlign w:val="center"/>
          </w:tcPr>
          <w:p w14:paraId="6FBBF7D0" w14:textId="77777777" w:rsidR="00FE3790" w:rsidRPr="001A2E38" w:rsidRDefault="00FE3790" w:rsidP="005046C0">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Times New Roman" w:hAnsi="Times New Roman" w:cs="Times New Roman"/>
                <w:sz w:val="20"/>
                <w:szCs w:val="20"/>
              </w:rPr>
              <w:t>0.000-0.005</w:t>
            </w:r>
          </w:p>
        </w:tc>
        <w:tc>
          <w:tcPr>
            <w:tcW w:w="353" w:type="pct"/>
            <w:vAlign w:val="center"/>
          </w:tcPr>
          <w:p w14:paraId="191EEA97" w14:textId="77777777" w:rsidR="00FE3790" w:rsidRPr="001A2E38" w:rsidRDefault="00FE3790" w:rsidP="005046C0">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Times New Roman" w:hAnsi="Times New Roman" w:cs="Times New Roman"/>
                <w:sz w:val="20"/>
                <w:szCs w:val="20"/>
              </w:rPr>
              <w:t>&lt;0.001</w:t>
            </w:r>
          </w:p>
        </w:tc>
      </w:tr>
      <w:tr w:rsidR="00FE3790" w:rsidRPr="001A2E38" w14:paraId="39A23185" w14:textId="77777777" w:rsidTr="005046C0">
        <w:tc>
          <w:tcPr>
            <w:tcW w:w="1280" w:type="pct"/>
            <w:tcBorders>
              <w:bottom w:val="single" w:sz="8" w:space="0" w:color="auto"/>
            </w:tcBorders>
            <w:vAlign w:val="center"/>
          </w:tcPr>
          <w:p w14:paraId="57BF48EE" w14:textId="77777777" w:rsidR="00FE3790" w:rsidRPr="001A2E38" w:rsidRDefault="00FE3790" w:rsidP="005046C0">
            <w:pPr>
              <w:pBdr>
                <w:top w:val="none" w:sz="0" w:space="0" w:color="000000"/>
                <w:left w:val="none" w:sz="0" w:space="0" w:color="000000"/>
                <w:bottom w:val="none" w:sz="0" w:space="0" w:color="000000"/>
                <w:right w:val="none" w:sz="0" w:space="0" w:color="000000"/>
              </w:pBdr>
              <w:spacing w:before="40" w:after="40"/>
              <w:ind w:left="40" w:right="40"/>
              <w:rPr>
                <w:rFonts w:ascii="Times New Roman" w:eastAsia="Arial" w:hAnsi="Times New Roman" w:cs="Times New Roman"/>
                <w:b/>
                <w:color w:val="000000"/>
                <w:sz w:val="20"/>
                <w:szCs w:val="20"/>
              </w:rPr>
            </w:pPr>
            <w:r w:rsidRPr="001A2E38">
              <w:rPr>
                <w:rFonts w:ascii="Times New Roman" w:eastAsia="Arial" w:hAnsi="Times New Roman" w:cs="Times New Roman"/>
                <w:b/>
                <w:color w:val="000000"/>
                <w:sz w:val="20"/>
                <w:szCs w:val="20"/>
              </w:rPr>
              <w:t>Base model + CHG-WWI</w:t>
            </w:r>
          </w:p>
        </w:tc>
        <w:tc>
          <w:tcPr>
            <w:tcW w:w="404" w:type="pct"/>
            <w:tcBorders>
              <w:bottom w:val="single" w:sz="8" w:space="0" w:color="auto"/>
            </w:tcBorders>
            <w:vAlign w:val="center"/>
          </w:tcPr>
          <w:p w14:paraId="605DAB8D" w14:textId="77777777" w:rsidR="00FE3790" w:rsidRPr="001A2E38" w:rsidRDefault="00FE3790" w:rsidP="005046C0">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Times New Roman" w:hAnsi="Times New Roman" w:cs="Times New Roman"/>
                <w:sz w:val="20"/>
                <w:szCs w:val="20"/>
              </w:rPr>
              <w:t>0.745</w:t>
            </w:r>
          </w:p>
        </w:tc>
        <w:tc>
          <w:tcPr>
            <w:tcW w:w="483" w:type="pct"/>
            <w:tcBorders>
              <w:bottom w:val="single" w:sz="8" w:space="0" w:color="auto"/>
            </w:tcBorders>
            <w:vAlign w:val="center"/>
          </w:tcPr>
          <w:p w14:paraId="048B18F1" w14:textId="77777777" w:rsidR="00FE3790" w:rsidRPr="001A2E38" w:rsidRDefault="00FE3790" w:rsidP="005046C0">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Times New Roman" w:hAnsi="Times New Roman" w:cs="Times New Roman"/>
                <w:sz w:val="20"/>
                <w:szCs w:val="20"/>
              </w:rPr>
              <w:t>0.737-0.752</w:t>
            </w:r>
          </w:p>
        </w:tc>
        <w:tc>
          <w:tcPr>
            <w:tcW w:w="353" w:type="pct"/>
            <w:tcBorders>
              <w:bottom w:val="single" w:sz="8" w:space="0" w:color="auto"/>
            </w:tcBorders>
            <w:vAlign w:val="center"/>
          </w:tcPr>
          <w:p w14:paraId="67488B6C" w14:textId="77777777" w:rsidR="00FE3790" w:rsidRPr="001A2E38" w:rsidRDefault="00FE3790" w:rsidP="005046C0">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Times New Roman" w:hAnsi="Times New Roman" w:cs="Times New Roman"/>
                <w:sz w:val="20"/>
                <w:szCs w:val="20"/>
              </w:rPr>
              <w:t>&lt;0.001</w:t>
            </w:r>
          </w:p>
        </w:tc>
        <w:tc>
          <w:tcPr>
            <w:tcW w:w="404" w:type="pct"/>
            <w:tcBorders>
              <w:bottom w:val="single" w:sz="8" w:space="0" w:color="auto"/>
            </w:tcBorders>
            <w:vAlign w:val="center"/>
          </w:tcPr>
          <w:p w14:paraId="65199F13" w14:textId="77777777" w:rsidR="00FE3790" w:rsidRPr="001A2E38" w:rsidRDefault="00FE3790" w:rsidP="005046C0">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Times New Roman" w:hAnsi="Times New Roman" w:cs="Times New Roman"/>
                <w:sz w:val="20"/>
                <w:szCs w:val="20"/>
              </w:rPr>
              <w:t>0.231</w:t>
            </w:r>
          </w:p>
        </w:tc>
        <w:tc>
          <w:tcPr>
            <w:tcW w:w="483" w:type="pct"/>
            <w:tcBorders>
              <w:bottom w:val="single" w:sz="8" w:space="0" w:color="auto"/>
            </w:tcBorders>
            <w:vAlign w:val="center"/>
          </w:tcPr>
          <w:p w14:paraId="22F88AE0" w14:textId="77777777" w:rsidR="00FE3790" w:rsidRPr="001A2E38" w:rsidRDefault="00FE3790" w:rsidP="005046C0">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Times New Roman" w:hAnsi="Times New Roman" w:cs="Times New Roman"/>
                <w:sz w:val="20"/>
                <w:szCs w:val="20"/>
              </w:rPr>
              <w:t>0.195-0.266</w:t>
            </w:r>
          </w:p>
        </w:tc>
        <w:tc>
          <w:tcPr>
            <w:tcW w:w="353" w:type="pct"/>
            <w:tcBorders>
              <w:bottom w:val="single" w:sz="8" w:space="0" w:color="auto"/>
            </w:tcBorders>
            <w:vAlign w:val="center"/>
          </w:tcPr>
          <w:p w14:paraId="33F4673A" w14:textId="77777777" w:rsidR="00FE3790" w:rsidRPr="001A2E38" w:rsidRDefault="00FE3790" w:rsidP="005046C0">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Times New Roman" w:hAnsi="Times New Roman" w:cs="Times New Roman"/>
                <w:sz w:val="20"/>
                <w:szCs w:val="20"/>
              </w:rPr>
              <w:t>&lt;0.001</w:t>
            </w:r>
          </w:p>
        </w:tc>
        <w:tc>
          <w:tcPr>
            <w:tcW w:w="404" w:type="pct"/>
            <w:tcBorders>
              <w:bottom w:val="single" w:sz="8" w:space="0" w:color="auto"/>
            </w:tcBorders>
            <w:vAlign w:val="center"/>
          </w:tcPr>
          <w:p w14:paraId="4228EA39" w14:textId="77777777" w:rsidR="00FE3790" w:rsidRPr="001A2E38" w:rsidRDefault="00FE3790" w:rsidP="005046C0">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Times New Roman" w:hAnsi="Times New Roman" w:cs="Times New Roman"/>
                <w:sz w:val="20"/>
                <w:szCs w:val="20"/>
              </w:rPr>
              <w:t>0.005</w:t>
            </w:r>
          </w:p>
        </w:tc>
        <w:tc>
          <w:tcPr>
            <w:tcW w:w="483" w:type="pct"/>
            <w:tcBorders>
              <w:bottom w:val="single" w:sz="8" w:space="0" w:color="auto"/>
            </w:tcBorders>
            <w:vAlign w:val="center"/>
          </w:tcPr>
          <w:p w14:paraId="36AE517E" w14:textId="77777777" w:rsidR="00FE3790" w:rsidRPr="001A2E38" w:rsidRDefault="00FE3790" w:rsidP="005046C0">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Times New Roman" w:hAnsi="Times New Roman" w:cs="Times New Roman"/>
                <w:sz w:val="20"/>
                <w:szCs w:val="20"/>
              </w:rPr>
              <w:t>0.004-0.006</w:t>
            </w:r>
          </w:p>
        </w:tc>
        <w:tc>
          <w:tcPr>
            <w:tcW w:w="353" w:type="pct"/>
            <w:tcBorders>
              <w:bottom w:val="single" w:sz="8" w:space="0" w:color="auto"/>
            </w:tcBorders>
            <w:vAlign w:val="center"/>
          </w:tcPr>
          <w:p w14:paraId="58791EDF" w14:textId="77777777" w:rsidR="00FE3790" w:rsidRPr="001A2E38" w:rsidRDefault="00FE3790" w:rsidP="005046C0">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Times New Roman" w:hAnsi="Times New Roman" w:cs="Times New Roman"/>
                <w:sz w:val="20"/>
                <w:szCs w:val="20"/>
              </w:rPr>
              <w:t>&lt;0.001</w:t>
            </w:r>
          </w:p>
        </w:tc>
      </w:tr>
    </w:tbl>
    <w:p w14:paraId="1E52935C" w14:textId="77777777" w:rsidR="00FE3790" w:rsidRPr="001A2E38" w:rsidRDefault="00FE3790" w:rsidP="00FE3790">
      <w:pPr>
        <w:pBdr>
          <w:top w:val="none" w:sz="0" w:space="0" w:color="000000"/>
          <w:left w:val="none" w:sz="0" w:space="0" w:color="000000"/>
          <w:bottom w:val="none" w:sz="0" w:space="0" w:color="000000"/>
          <w:right w:val="none" w:sz="0" w:space="0" w:color="000000"/>
        </w:pBdr>
        <w:rPr>
          <w:rFonts w:ascii="Times New Roman" w:hAnsi="Times New Roman" w:cs="Times New Roman"/>
          <w:sz w:val="20"/>
          <w:szCs w:val="20"/>
        </w:rPr>
      </w:pPr>
      <w:bookmarkStart w:id="13" w:name="OLE_LINK6"/>
      <w:r w:rsidRPr="001A2E38">
        <w:rPr>
          <w:rFonts w:ascii="Times New Roman" w:eastAsia="Arial" w:hAnsi="Times New Roman" w:cs="Times New Roman"/>
          <w:i/>
          <w:iCs/>
          <w:color w:val="000000"/>
          <w:sz w:val="20"/>
          <w:szCs w:val="20"/>
        </w:rPr>
        <w:t xml:space="preserve">Notes: </w:t>
      </w:r>
      <w:r w:rsidRPr="001A2E38">
        <w:rPr>
          <w:rFonts w:ascii="Times New Roman" w:eastAsia="Arial" w:hAnsi="Times New Roman" w:cs="Times New Roman"/>
          <w:color w:val="000000"/>
          <w:sz w:val="20"/>
          <w:szCs w:val="20"/>
        </w:rPr>
        <w:t>Base models were adjusted for age, sex, smoking status, body mass index, systolic blood pressure, hypertension medication, diabetes, total cholesterol, high-density lipoprotein cholesterol.</w:t>
      </w:r>
    </w:p>
    <w:p w14:paraId="29D59B15" w14:textId="09DAF672" w:rsidR="00891349" w:rsidRPr="001A2E38" w:rsidRDefault="00FE3790" w:rsidP="00891349">
      <w:pPr>
        <w:pBdr>
          <w:top w:val="none" w:sz="0" w:space="0" w:color="000000"/>
          <w:left w:val="none" w:sz="0" w:space="0" w:color="000000"/>
          <w:bottom w:val="none" w:sz="0" w:space="0" w:color="000000"/>
          <w:right w:val="none" w:sz="0" w:space="0" w:color="000000"/>
        </w:pBdr>
        <w:rPr>
          <w:sz w:val="20"/>
          <w:szCs w:val="20"/>
        </w:rPr>
      </w:pPr>
      <w:r w:rsidRPr="001A2E38">
        <w:rPr>
          <w:rFonts w:ascii="Times New Roman" w:eastAsia="Arial" w:hAnsi="Times New Roman" w:cs="Times New Roman"/>
          <w:i/>
          <w:iCs/>
          <w:color w:val="000000"/>
          <w:sz w:val="20"/>
          <w:szCs w:val="20"/>
        </w:rPr>
        <w:t xml:space="preserve">Abbreviations: </w:t>
      </w:r>
      <w:r w:rsidRPr="001A2E38">
        <w:rPr>
          <w:rFonts w:ascii="Times New Roman" w:eastAsia="Arial" w:hAnsi="Times New Roman" w:cs="Times New Roman"/>
          <w:color w:val="000000"/>
          <w:sz w:val="20"/>
          <w:szCs w:val="20"/>
        </w:rPr>
        <w:t>ABSI, a body shape index; BMI, body mass index; BRI, body roundness index; CHG, cholesterol–high-density lipoprotein–glucose index; CI, confidence interval; C-index, concordance index; CMM, cardiometabolic multimorbidity; HDL-C, high-density lipoprotein cholesterol; IDI, integrated discrimination improvement; NRI, net reclassification improvement; SBP, systolic blood pressure; VAI, visceral adiposity index; WC, waist circumference; WHtR, waist-to-height ratio; WWI, weight-adjusted waist index.</w:t>
      </w:r>
      <w:bookmarkEnd w:id="11"/>
      <w:bookmarkEnd w:id="13"/>
    </w:p>
    <w:p w14:paraId="2A7BE7EA" w14:textId="1E4B3B11" w:rsidR="00891349" w:rsidRPr="001A2E38" w:rsidRDefault="00891349" w:rsidP="0065294A">
      <w:pPr>
        <w:pStyle w:val="a"/>
        <w:rPr>
          <w:rFonts w:eastAsiaTheme="minorEastAsia"/>
        </w:rPr>
        <w:sectPr w:rsidR="00891349" w:rsidRPr="001A2E38" w:rsidSect="00FE3790">
          <w:pgSz w:w="16838" w:h="11906" w:orient="landscape"/>
          <w:pgMar w:top="1797" w:right="1440" w:bottom="1797" w:left="1440" w:header="851" w:footer="992" w:gutter="0"/>
          <w:cols w:space="425"/>
          <w:docGrid w:type="linesAndChars" w:linePitch="312"/>
        </w:sectPr>
      </w:pPr>
    </w:p>
    <w:p w14:paraId="5536DE29" w14:textId="3FF9C6A4" w:rsidR="00891349" w:rsidRPr="001A2E38" w:rsidRDefault="00891349" w:rsidP="00891349">
      <w:pPr>
        <w:spacing w:after="0"/>
        <w:outlineLvl w:val="0"/>
        <w:rPr>
          <w:rFonts w:ascii="Times New Roman" w:hAnsi="Times New Roman" w:cs="Times New Roman"/>
          <w:b/>
          <w:bCs/>
          <w:sz w:val="20"/>
          <w:szCs w:val="20"/>
        </w:rPr>
      </w:pPr>
      <w:bookmarkStart w:id="14" w:name="_Toc236834796"/>
      <w:r w:rsidRPr="001A2E38">
        <w:rPr>
          <w:rFonts w:ascii="Times New Roman" w:hAnsi="Times New Roman" w:cs="Times New Roman"/>
          <w:b/>
          <w:bCs/>
          <w:sz w:val="20"/>
          <w:szCs w:val="20"/>
        </w:rPr>
        <w:lastRenderedPageBreak/>
        <w:t>Table S</w:t>
      </w:r>
      <w:r w:rsidR="00AB579D" w:rsidRPr="001A2E38">
        <w:rPr>
          <w:rFonts w:ascii="Times New Roman" w:hAnsi="Times New Roman" w:cs="Times New Roman" w:hint="eastAsia"/>
          <w:b/>
          <w:bCs/>
          <w:sz w:val="20"/>
          <w:szCs w:val="20"/>
        </w:rPr>
        <w:t>6</w:t>
      </w:r>
      <w:r w:rsidRPr="001A2E38">
        <w:rPr>
          <w:rFonts w:ascii="Times New Roman" w:hAnsi="Times New Roman" w:cs="Times New Roman"/>
          <w:b/>
          <w:bCs/>
          <w:sz w:val="20"/>
          <w:szCs w:val="20"/>
        </w:rPr>
        <w:t xml:space="preserve">. </w:t>
      </w:r>
      <w:r w:rsidR="00AB579D" w:rsidRPr="001A2E38">
        <w:rPr>
          <w:rFonts w:ascii="Times New Roman" w:eastAsia="Arial" w:hAnsi="Times New Roman" w:cs="Times New Roman" w:hint="eastAsia"/>
          <w:b/>
          <w:bCs/>
          <w:color w:val="000000"/>
          <w:sz w:val="20"/>
          <w:szCs w:val="20"/>
        </w:rPr>
        <w:t>Incremental predictive values of CHG-related indices and the individual components for cardiometabolic multimorbidity</w:t>
      </w:r>
      <w:r w:rsidRPr="001A2E38">
        <w:rPr>
          <w:rFonts w:ascii="Times New Roman" w:hAnsi="Times New Roman" w:cs="Times New Roman"/>
          <w:b/>
          <w:bCs/>
          <w:sz w:val="20"/>
          <w:szCs w:val="20"/>
        </w:rPr>
        <w:t>.</w:t>
      </w:r>
      <w:bookmarkEnd w:id="14"/>
    </w:p>
    <w:tbl>
      <w:tblPr>
        <w:tblW w:w="15048" w:type="dxa"/>
        <w:jc w:val="center"/>
        <w:tblLayout w:type="fixed"/>
        <w:tblLook w:val="0420" w:firstRow="1" w:lastRow="0" w:firstColumn="0" w:lastColumn="0" w:noHBand="0" w:noVBand="1"/>
      </w:tblPr>
      <w:tblGrid>
        <w:gridCol w:w="3978"/>
        <w:gridCol w:w="1085"/>
        <w:gridCol w:w="1592"/>
        <w:gridCol w:w="1013"/>
        <w:gridCol w:w="1085"/>
        <w:gridCol w:w="1592"/>
        <w:gridCol w:w="1013"/>
        <w:gridCol w:w="1085"/>
        <w:gridCol w:w="1592"/>
        <w:gridCol w:w="1013"/>
      </w:tblGrid>
      <w:tr w:rsidR="00AB579D" w:rsidRPr="001A2E38" w14:paraId="58AAC4DD" w14:textId="77777777" w:rsidTr="00E64D86">
        <w:trPr>
          <w:trHeight w:hRule="exact" w:val="340"/>
          <w:jc w:val="center"/>
        </w:trPr>
        <w:tc>
          <w:tcPr>
            <w:tcW w:w="3978" w:type="dxa"/>
            <w:vMerge w:val="restart"/>
            <w:tcBorders>
              <w:top w:val="single" w:sz="12" w:space="0" w:color="000000"/>
              <w:left w:val="none" w:sz="0" w:space="0" w:color="000000"/>
              <w:bottom w:val="single" w:sz="4" w:space="0" w:color="000000"/>
              <w:right w:val="none" w:sz="0" w:space="0" w:color="000000"/>
            </w:tcBorders>
            <w:tcMar>
              <w:top w:w="0" w:type="dxa"/>
              <w:left w:w="0" w:type="dxa"/>
              <w:bottom w:w="0" w:type="dxa"/>
              <w:right w:w="0" w:type="dxa"/>
            </w:tcMar>
            <w:vAlign w:val="center"/>
          </w:tcPr>
          <w:p w14:paraId="71FBE9E5" w14:textId="77777777" w:rsidR="00AB579D" w:rsidRPr="001A2E38" w:rsidRDefault="00AB579D" w:rsidP="00AB579D">
            <w:pPr>
              <w:pBdr>
                <w:top w:val="none" w:sz="0" w:space="0" w:color="000000"/>
                <w:left w:val="none" w:sz="0" w:space="0" w:color="000000"/>
                <w:bottom w:val="none" w:sz="0" w:space="0" w:color="000000"/>
                <w:right w:val="none" w:sz="0" w:space="0" w:color="000000"/>
              </w:pBdr>
              <w:rPr>
                <w:rFonts w:ascii="Times New Roman" w:eastAsia="Arial" w:hAnsi="Times New Roman" w:cs="Times New Roman"/>
                <w:b/>
                <w:color w:val="000000"/>
                <w:sz w:val="20"/>
                <w:szCs w:val="20"/>
              </w:rPr>
            </w:pPr>
            <w:bookmarkStart w:id="15" w:name="_Hlk236830673"/>
            <w:r w:rsidRPr="001A2E38">
              <w:rPr>
                <w:rFonts w:ascii="Times New Roman" w:eastAsia="Arial" w:hAnsi="Times New Roman" w:cs="Times New Roman"/>
                <w:b/>
                <w:color w:val="000000"/>
                <w:sz w:val="20"/>
                <w:szCs w:val="20"/>
              </w:rPr>
              <w:t>Model</w:t>
            </w:r>
          </w:p>
        </w:tc>
        <w:tc>
          <w:tcPr>
            <w:tcW w:w="3690" w:type="dxa"/>
            <w:gridSpan w:val="3"/>
            <w:tcBorders>
              <w:top w:val="single" w:sz="12" w:space="0" w:color="000000"/>
              <w:left w:val="none" w:sz="0" w:space="0" w:color="000000"/>
              <w:bottom w:val="single" w:sz="4" w:space="0" w:color="000000"/>
              <w:right w:val="none" w:sz="0" w:space="0" w:color="000000"/>
            </w:tcBorders>
            <w:tcMar>
              <w:top w:w="0" w:type="dxa"/>
              <w:left w:w="0" w:type="dxa"/>
              <w:bottom w:w="0" w:type="dxa"/>
              <w:right w:w="0" w:type="dxa"/>
            </w:tcMar>
            <w:vAlign w:val="center"/>
          </w:tcPr>
          <w:p w14:paraId="6848E3BC" w14:textId="77777777" w:rsidR="00AB579D" w:rsidRPr="001A2E38" w:rsidRDefault="00AB579D" w:rsidP="00AB579D">
            <w:pPr>
              <w:pBdr>
                <w:top w:val="none" w:sz="0" w:space="0" w:color="000000"/>
                <w:left w:val="none" w:sz="0" w:space="0" w:color="000000"/>
                <w:bottom w:val="none" w:sz="0" w:space="0" w:color="000000"/>
                <w:right w:val="none" w:sz="0" w:space="0" w:color="000000"/>
              </w:pBdr>
              <w:rPr>
                <w:rFonts w:ascii="Times New Roman" w:eastAsia="Arial" w:hAnsi="Times New Roman" w:cs="Times New Roman"/>
                <w:b/>
                <w:color w:val="000000"/>
                <w:sz w:val="20"/>
                <w:szCs w:val="20"/>
              </w:rPr>
            </w:pPr>
            <w:r w:rsidRPr="001A2E38">
              <w:rPr>
                <w:rFonts w:ascii="Times New Roman" w:eastAsia="Arial" w:hAnsi="Times New Roman" w:cs="Times New Roman"/>
                <w:b/>
                <w:color w:val="000000"/>
                <w:sz w:val="20"/>
                <w:szCs w:val="20"/>
              </w:rPr>
              <w:t>C-index</w:t>
            </w:r>
          </w:p>
        </w:tc>
        <w:tc>
          <w:tcPr>
            <w:tcW w:w="3690" w:type="dxa"/>
            <w:gridSpan w:val="3"/>
            <w:tcBorders>
              <w:top w:val="single" w:sz="12" w:space="0" w:color="000000"/>
              <w:left w:val="none" w:sz="0" w:space="0" w:color="000000"/>
              <w:bottom w:val="single" w:sz="4" w:space="0" w:color="000000"/>
              <w:right w:val="none" w:sz="0" w:space="0" w:color="000000"/>
            </w:tcBorders>
            <w:tcMar>
              <w:top w:w="0" w:type="dxa"/>
              <w:left w:w="0" w:type="dxa"/>
              <w:bottom w:w="0" w:type="dxa"/>
              <w:right w:w="0" w:type="dxa"/>
            </w:tcMar>
            <w:vAlign w:val="center"/>
          </w:tcPr>
          <w:p w14:paraId="4F5592B7" w14:textId="77777777" w:rsidR="00AB579D" w:rsidRPr="001A2E38" w:rsidRDefault="00AB579D" w:rsidP="00AB579D">
            <w:pPr>
              <w:pBdr>
                <w:top w:val="none" w:sz="0" w:space="0" w:color="000000"/>
                <w:left w:val="none" w:sz="0" w:space="0" w:color="000000"/>
                <w:bottom w:val="none" w:sz="0" w:space="0" w:color="000000"/>
                <w:right w:val="none" w:sz="0" w:space="0" w:color="000000"/>
              </w:pBdr>
              <w:rPr>
                <w:rFonts w:ascii="Times New Roman" w:eastAsia="Arial" w:hAnsi="Times New Roman" w:cs="Times New Roman"/>
                <w:b/>
                <w:color w:val="000000"/>
                <w:sz w:val="20"/>
                <w:szCs w:val="20"/>
              </w:rPr>
            </w:pPr>
            <w:r w:rsidRPr="001A2E38">
              <w:rPr>
                <w:rFonts w:ascii="Times New Roman" w:eastAsia="Arial" w:hAnsi="Times New Roman" w:cs="Times New Roman"/>
                <w:b/>
                <w:color w:val="000000"/>
                <w:sz w:val="20"/>
                <w:szCs w:val="20"/>
              </w:rPr>
              <w:t>NRI</w:t>
            </w:r>
          </w:p>
        </w:tc>
        <w:tc>
          <w:tcPr>
            <w:tcW w:w="3690" w:type="dxa"/>
            <w:gridSpan w:val="3"/>
            <w:tcBorders>
              <w:top w:val="single" w:sz="12" w:space="0" w:color="000000"/>
              <w:left w:val="none" w:sz="0" w:space="0" w:color="000000"/>
              <w:bottom w:val="single" w:sz="4" w:space="0" w:color="000000"/>
              <w:right w:val="none" w:sz="0" w:space="0" w:color="000000"/>
            </w:tcBorders>
            <w:tcMar>
              <w:top w:w="0" w:type="dxa"/>
              <w:left w:w="0" w:type="dxa"/>
              <w:bottom w:w="0" w:type="dxa"/>
              <w:right w:w="0" w:type="dxa"/>
            </w:tcMar>
            <w:vAlign w:val="center"/>
          </w:tcPr>
          <w:p w14:paraId="20EA5425" w14:textId="77777777" w:rsidR="00AB579D" w:rsidRPr="001A2E38" w:rsidRDefault="00AB579D" w:rsidP="00AB579D">
            <w:pPr>
              <w:pBdr>
                <w:top w:val="none" w:sz="0" w:space="0" w:color="000000"/>
                <w:left w:val="none" w:sz="0" w:space="0" w:color="000000"/>
                <w:bottom w:val="none" w:sz="0" w:space="0" w:color="000000"/>
                <w:right w:val="none" w:sz="0" w:space="0" w:color="000000"/>
              </w:pBdr>
              <w:rPr>
                <w:rFonts w:ascii="Times New Roman" w:eastAsia="Arial" w:hAnsi="Times New Roman" w:cs="Times New Roman"/>
                <w:b/>
                <w:color w:val="000000"/>
                <w:sz w:val="20"/>
                <w:szCs w:val="20"/>
              </w:rPr>
            </w:pPr>
            <w:r w:rsidRPr="001A2E38">
              <w:rPr>
                <w:rFonts w:ascii="Times New Roman" w:eastAsia="Arial" w:hAnsi="Times New Roman" w:cs="Times New Roman"/>
                <w:b/>
                <w:color w:val="000000"/>
                <w:sz w:val="20"/>
                <w:szCs w:val="20"/>
              </w:rPr>
              <w:t>IDI</w:t>
            </w:r>
          </w:p>
        </w:tc>
      </w:tr>
      <w:tr w:rsidR="00AB579D" w:rsidRPr="001A2E38" w14:paraId="3FFCF672" w14:textId="77777777" w:rsidTr="00E64D86">
        <w:trPr>
          <w:trHeight w:hRule="exact" w:val="340"/>
          <w:jc w:val="center"/>
        </w:trPr>
        <w:tc>
          <w:tcPr>
            <w:tcW w:w="3978" w:type="dxa"/>
            <w:vMerge/>
            <w:tcBorders>
              <w:top w:val="single" w:sz="4" w:space="0" w:color="000000"/>
              <w:left w:val="none" w:sz="0" w:space="0" w:color="000000"/>
              <w:bottom w:val="single" w:sz="4" w:space="0" w:color="000000"/>
              <w:right w:val="none" w:sz="0" w:space="0" w:color="000000"/>
            </w:tcBorders>
            <w:tcMar>
              <w:top w:w="0" w:type="dxa"/>
              <w:left w:w="0" w:type="dxa"/>
              <w:bottom w:w="0" w:type="dxa"/>
              <w:right w:w="0" w:type="dxa"/>
            </w:tcMar>
            <w:vAlign w:val="center"/>
          </w:tcPr>
          <w:p w14:paraId="2A4F3FAF" w14:textId="77777777" w:rsidR="00AB579D" w:rsidRPr="001A2E38" w:rsidRDefault="00AB579D" w:rsidP="00AB579D">
            <w:pPr>
              <w:pBdr>
                <w:top w:val="none" w:sz="0" w:space="0" w:color="000000"/>
                <w:left w:val="none" w:sz="0" w:space="0" w:color="000000"/>
                <w:bottom w:val="none" w:sz="0" w:space="0" w:color="000000"/>
                <w:right w:val="none" w:sz="0" w:space="0" w:color="000000"/>
              </w:pBdr>
              <w:rPr>
                <w:rFonts w:ascii="Times New Roman" w:eastAsia="Arial" w:hAnsi="Times New Roman" w:cs="Times New Roman"/>
                <w:b/>
                <w:color w:val="000000"/>
                <w:sz w:val="20"/>
                <w:szCs w:val="20"/>
              </w:rPr>
            </w:pPr>
          </w:p>
        </w:tc>
        <w:tc>
          <w:tcPr>
            <w:tcW w:w="1085" w:type="dxa"/>
            <w:tcBorders>
              <w:top w:val="single" w:sz="4" w:space="0" w:color="000000"/>
              <w:left w:val="none" w:sz="0" w:space="0" w:color="000000"/>
              <w:bottom w:val="single" w:sz="4" w:space="0" w:color="000000"/>
              <w:right w:val="none" w:sz="0" w:space="0" w:color="000000"/>
            </w:tcBorders>
            <w:tcMar>
              <w:top w:w="0" w:type="dxa"/>
              <w:left w:w="0" w:type="dxa"/>
              <w:bottom w:w="0" w:type="dxa"/>
              <w:right w:w="0" w:type="dxa"/>
            </w:tcMar>
            <w:vAlign w:val="center"/>
          </w:tcPr>
          <w:p w14:paraId="3D4AD78B" w14:textId="77777777" w:rsidR="00AB579D" w:rsidRPr="001A2E38" w:rsidRDefault="00AB579D" w:rsidP="00AB579D">
            <w:pPr>
              <w:pBdr>
                <w:top w:val="none" w:sz="0" w:space="0" w:color="000000"/>
                <w:left w:val="none" w:sz="0" w:space="0" w:color="000000"/>
                <w:bottom w:val="none" w:sz="0" w:space="0" w:color="000000"/>
                <w:right w:val="none" w:sz="0" w:space="0" w:color="000000"/>
              </w:pBdr>
              <w:rPr>
                <w:rFonts w:ascii="Times New Roman" w:eastAsia="Arial" w:hAnsi="Times New Roman" w:cs="Times New Roman"/>
                <w:b/>
                <w:color w:val="000000"/>
                <w:sz w:val="20"/>
                <w:szCs w:val="20"/>
              </w:rPr>
            </w:pPr>
            <w:r w:rsidRPr="001A2E38">
              <w:rPr>
                <w:rFonts w:ascii="Times New Roman" w:eastAsia="Arial" w:hAnsi="Times New Roman" w:cs="Times New Roman"/>
                <w:b/>
                <w:color w:val="000000"/>
                <w:sz w:val="20"/>
                <w:szCs w:val="20"/>
              </w:rPr>
              <w:t>Estimate</w:t>
            </w:r>
          </w:p>
        </w:tc>
        <w:tc>
          <w:tcPr>
            <w:tcW w:w="1592" w:type="dxa"/>
            <w:tcBorders>
              <w:top w:val="single" w:sz="4" w:space="0" w:color="000000"/>
              <w:left w:val="none" w:sz="0" w:space="0" w:color="000000"/>
              <w:bottom w:val="single" w:sz="4" w:space="0" w:color="000000"/>
              <w:right w:val="none" w:sz="0" w:space="0" w:color="000000"/>
            </w:tcBorders>
            <w:tcMar>
              <w:top w:w="0" w:type="dxa"/>
              <w:left w:w="0" w:type="dxa"/>
              <w:bottom w:w="0" w:type="dxa"/>
              <w:right w:w="0" w:type="dxa"/>
            </w:tcMar>
            <w:vAlign w:val="center"/>
          </w:tcPr>
          <w:p w14:paraId="7B3BC775" w14:textId="77777777" w:rsidR="00AB579D" w:rsidRPr="001A2E38" w:rsidRDefault="00AB579D" w:rsidP="00AB579D">
            <w:pPr>
              <w:pBdr>
                <w:top w:val="none" w:sz="0" w:space="0" w:color="000000"/>
                <w:left w:val="none" w:sz="0" w:space="0" w:color="000000"/>
                <w:bottom w:val="none" w:sz="0" w:space="0" w:color="000000"/>
                <w:right w:val="none" w:sz="0" w:space="0" w:color="000000"/>
              </w:pBdr>
              <w:rPr>
                <w:rFonts w:ascii="Times New Roman" w:eastAsia="Arial" w:hAnsi="Times New Roman" w:cs="Times New Roman"/>
                <w:b/>
                <w:color w:val="000000"/>
                <w:sz w:val="20"/>
                <w:szCs w:val="20"/>
              </w:rPr>
            </w:pPr>
            <w:r w:rsidRPr="001A2E38">
              <w:rPr>
                <w:rFonts w:ascii="Times New Roman" w:eastAsia="Arial" w:hAnsi="Times New Roman" w:cs="Times New Roman"/>
                <w:b/>
                <w:color w:val="000000"/>
                <w:sz w:val="20"/>
                <w:szCs w:val="20"/>
              </w:rPr>
              <w:t>95% CI</w:t>
            </w:r>
          </w:p>
        </w:tc>
        <w:tc>
          <w:tcPr>
            <w:tcW w:w="1013" w:type="dxa"/>
            <w:tcBorders>
              <w:top w:val="single" w:sz="4" w:space="0" w:color="000000"/>
              <w:left w:val="none" w:sz="0" w:space="0" w:color="000000"/>
              <w:bottom w:val="single" w:sz="4" w:space="0" w:color="000000"/>
              <w:right w:val="none" w:sz="0" w:space="0" w:color="000000"/>
            </w:tcBorders>
            <w:tcMar>
              <w:top w:w="0" w:type="dxa"/>
              <w:left w:w="0" w:type="dxa"/>
              <w:bottom w:w="0" w:type="dxa"/>
              <w:right w:w="0" w:type="dxa"/>
            </w:tcMar>
            <w:vAlign w:val="center"/>
          </w:tcPr>
          <w:p w14:paraId="3F5FDD26" w14:textId="77777777" w:rsidR="00AB579D" w:rsidRPr="001A2E38" w:rsidRDefault="00AB579D" w:rsidP="00AB579D">
            <w:pPr>
              <w:pBdr>
                <w:top w:val="none" w:sz="0" w:space="0" w:color="000000"/>
                <w:left w:val="none" w:sz="0" w:space="0" w:color="000000"/>
                <w:bottom w:val="none" w:sz="0" w:space="0" w:color="000000"/>
                <w:right w:val="none" w:sz="0" w:space="0" w:color="000000"/>
              </w:pBdr>
              <w:rPr>
                <w:rFonts w:ascii="Times New Roman" w:eastAsia="Arial" w:hAnsi="Times New Roman" w:cs="Times New Roman"/>
                <w:b/>
                <w:i/>
                <w:color w:val="000000"/>
                <w:sz w:val="20"/>
                <w:szCs w:val="20"/>
              </w:rPr>
            </w:pPr>
            <w:r w:rsidRPr="001A2E38">
              <w:rPr>
                <w:rFonts w:ascii="Times New Roman" w:eastAsia="Arial" w:hAnsi="Times New Roman" w:cs="Times New Roman"/>
                <w:b/>
                <w:i/>
                <w:color w:val="000000"/>
                <w:sz w:val="20"/>
                <w:szCs w:val="20"/>
              </w:rPr>
              <w:t xml:space="preserve">P </w:t>
            </w:r>
            <w:r w:rsidRPr="001A2E38">
              <w:rPr>
                <w:rFonts w:ascii="Times New Roman" w:eastAsia="Arial" w:hAnsi="Times New Roman" w:cs="Times New Roman"/>
                <w:b/>
                <w:iCs/>
                <w:color w:val="000000"/>
                <w:sz w:val="20"/>
                <w:szCs w:val="20"/>
              </w:rPr>
              <w:t>value</w:t>
            </w:r>
          </w:p>
        </w:tc>
        <w:tc>
          <w:tcPr>
            <w:tcW w:w="1085" w:type="dxa"/>
            <w:tcBorders>
              <w:top w:val="single" w:sz="4" w:space="0" w:color="000000"/>
              <w:left w:val="none" w:sz="0" w:space="0" w:color="000000"/>
              <w:bottom w:val="single" w:sz="4" w:space="0" w:color="000000"/>
              <w:right w:val="none" w:sz="0" w:space="0" w:color="000000"/>
            </w:tcBorders>
            <w:tcMar>
              <w:top w:w="0" w:type="dxa"/>
              <w:left w:w="0" w:type="dxa"/>
              <w:bottom w:w="0" w:type="dxa"/>
              <w:right w:w="0" w:type="dxa"/>
            </w:tcMar>
            <w:vAlign w:val="center"/>
          </w:tcPr>
          <w:p w14:paraId="5BB3C834" w14:textId="77777777" w:rsidR="00AB579D" w:rsidRPr="001A2E38" w:rsidRDefault="00AB579D" w:rsidP="00AB579D">
            <w:pPr>
              <w:pBdr>
                <w:top w:val="none" w:sz="0" w:space="0" w:color="000000"/>
                <w:left w:val="none" w:sz="0" w:space="0" w:color="000000"/>
                <w:bottom w:val="none" w:sz="0" w:space="0" w:color="000000"/>
                <w:right w:val="none" w:sz="0" w:space="0" w:color="000000"/>
              </w:pBdr>
              <w:rPr>
                <w:rFonts w:ascii="Times New Roman" w:eastAsia="Arial" w:hAnsi="Times New Roman" w:cs="Times New Roman"/>
                <w:b/>
                <w:color w:val="000000"/>
                <w:sz w:val="20"/>
                <w:szCs w:val="20"/>
              </w:rPr>
            </w:pPr>
            <w:r w:rsidRPr="001A2E38">
              <w:rPr>
                <w:rFonts w:ascii="Times New Roman" w:eastAsia="Arial" w:hAnsi="Times New Roman" w:cs="Times New Roman"/>
                <w:b/>
                <w:color w:val="000000"/>
                <w:sz w:val="20"/>
                <w:szCs w:val="20"/>
              </w:rPr>
              <w:t>Estimate</w:t>
            </w:r>
          </w:p>
        </w:tc>
        <w:tc>
          <w:tcPr>
            <w:tcW w:w="1592" w:type="dxa"/>
            <w:tcBorders>
              <w:top w:val="single" w:sz="4" w:space="0" w:color="000000"/>
              <w:left w:val="none" w:sz="0" w:space="0" w:color="000000"/>
              <w:bottom w:val="single" w:sz="4" w:space="0" w:color="000000"/>
              <w:right w:val="none" w:sz="0" w:space="0" w:color="000000"/>
            </w:tcBorders>
            <w:tcMar>
              <w:top w:w="0" w:type="dxa"/>
              <w:left w:w="0" w:type="dxa"/>
              <w:bottom w:w="0" w:type="dxa"/>
              <w:right w:w="0" w:type="dxa"/>
            </w:tcMar>
            <w:vAlign w:val="center"/>
          </w:tcPr>
          <w:p w14:paraId="1B146515" w14:textId="77777777" w:rsidR="00AB579D" w:rsidRPr="001A2E38" w:rsidRDefault="00AB579D" w:rsidP="00AB579D">
            <w:pPr>
              <w:pBdr>
                <w:top w:val="none" w:sz="0" w:space="0" w:color="000000"/>
                <w:left w:val="none" w:sz="0" w:space="0" w:color="000000"/>
                <w:bottom w:val="none" w:sz="0" w:space="0" w:color="000000"/>
                <w:right w:val="none" w:sz="0" w:space="0" w:color="000000"/>
              </w:pBdr>
              <w:rPr>
                <w:rFonts w:ascii="Times New Roman" w:eastAsia="Arial" w:hAnsi="Times New Roman" w:cs="Times New Roman"/>
                <w:b/>
                <w:color w:val="000000"/>
                <w:sz w:val="20"/>
                <w:szCs w:val="20"/>
              </w:rPr>
            </w:pPr>
            <w:r w:rsidRPr="001A2E38">
              <w:rPr>
                <w:rFonts w:ascii="Times New Roman" w:eastAsia="Arial" w:hAnsi="Times New Roman" w:cs="Times New Roman"/>
                <w:b/>
                <w:color w:val="000000"/>
                <w:sz w:val="20"/>
                <w:szCs w:val="20"/>
              </w:rPr>
              <w:t>95% CI</w:t>
            </w:r>
          </w:p>
        </w:tc>
        <w:tc>
          <w:tcPr>
            <w:tcW w:w="1013" w:type="dxa"/>
            <w:tcBorders>
              <w:top w:val="single" w:sz="4" w:space="0" w:color="000000"/>
              <w:left w:val="none" w:sz="0" w:space="0" w:color="000000"/>
              <w:bottom w:val="single" w:sz="4" w:space="0" w:color="000000"/>
              <w:right w:val="none" w:sz="0" w:space="0" w:color="000000"/>
            </w:tcBorders>
            <w:tcMar>
              <w:top w:w="0" w:type="dxa"/>
              <w:left w:w="0" w:type="dxa"/>
              <w:bottom w:w="0" w:type="dxa"/>
              <w:right w:w="0" w:type="dxa"/>
            </w:tcMar>
            <w:vAlign w:val="center"/>
          </w:tcPr>
          <w:p w14:paraId="7876A992" w14:textId="77777777" w:rsidR="00AB579D" w:rsidRPr="001A2E38" w:rsidRDefault="00AB579D" w:rsidP="00AB579D">
            <w:pPr>
              <w:pBdr>
                <w:top w:val="none" w:sz="0" w:space="0" w:color="000000"/>
                <w:left w:val="none" w:sz="0" w:space="0" w:color="000000"/>
                <w:bottom w:val="none" w:sz="0" w:space="0" w:color="000000"/>
                <w:right w:val="none" w:sz="0" w:space="0" w:color="000000"/>
              </w:pBdr>
              <w:rPr>
                <w:rFonts w:ascii="Times New Roman" w:eastAsia="Arial" w:hAnsi="Times New Roman" w:cs="Times New Roman"/>
                <w:b/>
                <w:i/>
                <w:color w:val="000000"/>
                <w:sz w:val="20"/>
                <w:szCs w:val="20"/>
              </w:rPr>
            </w:pPr>
            <w:r w:rsidRPr="001A2E38">
              <w:rPr>
                <w:rFonts w:ascii="Times New Roman" w:eastAsia="Arial" w:hAnsi="Times New Roman" w:cs="Times New Roman"/>
                <w:b/>
                <w:i/>
                <w:color w:val="000000"/>
                <w:sz w:val="20"/>
                <w:szCs w:val="20"/>
              </w:rPr>
              <w:t xml:space="preserve">P </w:t>
            </w:r>
            <w:r w:rsidRPr="001A2E38">
              <w:rPr>
                <w:rFonts w:ascii="Times New Roman" w:eastAsia="Arial" w:hAnsi="Times New Roman" w:cs="Times New Roman"/>
                <w:b/>
                <w:iCs/>
                <w:color w:val="000000"/>
                <w:sz w:val="20"/>
                <w:szCs w:val="20"/>
              </w:rPr>
              <w:t>value</w:t>
            </w:r>
          </w:p>
        </w:tc>
        <w:tc>
          <w:tcPr>
            <w:tcW w:w="1085" w:type="dxa"/>
            <w:tcBorders>
              <w:top w:val="single" w:sz="4" w:space="0" w:color="000000"/>
              <w:left w:val="none" w:sz="0" w:space="0" w:color="000000"/>
              <w:bottom w:val="single" w:sz="4" w:space="0" w:color="000000"/>
              <w:right w:val="none" w:sz="0" w:space="0" w:color="000000"/>
            </w:tcBorders>
            <w:tcMar>
              <w:top w:w="0" w:type="dxa"/>
              <w:left w:w="0" w:type="dxa"/>
              <w:bottom w:w="0" w:type="dxa"/>
              <w:right w:w="0" w:type="dxa"/>
            </w:tcMar>
            <w:vAlign w:val="center"/>
          </w:tcPr>
          <w:p w14:paraId="7B544929" w14:textId="77777777" w:rsidR="00AB579D" w:rsidRPr="001A2E38" w:rsidRDefault="00AB579D" w:rsidP="00AB579D">
            <w:pPr>
              <w:pBdr>
                <w:top w:val="none" w:sz="0" w:space="0" w:color="000000"/>
                <w:left w:val="none" w:sz="0" w:space="0" w:color="000000"/>
                <w:bottom w:val="none" w:sz="0" w:space="0" w:color="000000"/>
                <w:right w:val="none" w:sz="0" w:space="0" w:color="000000"/>
              </w:pBdr>
              <w:rPr>
                <w:rFonts w:ascii="Times New Roman" w:eastAsia="Arial" w:hAnsi="Times New Roman" w:cs="Times New Roman"/>
                <w:b/>
                <w:color w:val="000000"/>
                <w:sz w:val="20"/>
                <w:szCs w:val="20"/>
              </w:rPr>
            </w:pPr>
            <w:r w:rsidRPr="001A2E38">
              <w:rPr>
                <w:rFonts w:ascii="Times New Roman" w:eastAsia="Arial" w:hAnsi="Times New Roman" w:cs="Times New Roman"/>
                <w:b/>
                <w:color w:val="000000"/>
                <w:sz w:val="20"/>
                <w:szCs w:val="20"/>
              </w:rPr>
              <w:t>Estimate</w:t>
            </w:r>
          </w:p>
        </w:tc>
        <w:tc>
          <w:tcPr>
            <w:tcW w:w="1592" w:type="dxa"/>
            <w:tcBorders>
              <w:top w:val="single" w:sz="4" w:space="0" w:color="000000"/>
              <w:left w:val="none" w:sz="0" w:space="0" w:color="000000"/>
              <w:bottom w:val="single" w:sz="4" w:space="0" w:color="000000"/>
              <w:right w:val="none" w:sz="0" w:space="0" w:color="000000"/>
            </w:tcBorders>
            <w:tcMar>
              <w:top w:w="0" w:type="dxa"/>
              <w:left w:w="0" w:type="dxa"/>
              <w:bottom w:w="0" w:type="dxa"/>
              <w:right w:w="0" w:type="dxa"/>
            </w:tcMar>
            <w:vAlign w:val="center"/>
          </w:tcPr>
          <w:p w14:paraId="6B87A54D" w14:textId="77777777" w:rsidR="00AB579D" w:rsidRPr="001A2E38" w:rsidRDefault="00AB579D" w:rsidP="00AB579D">
            <w:pPr>
              <w:pBdr>
                <w:top w:val="none" w:sz="0" w:space="0" w:color="000000"/>
                <w:left w:val="none" w:sz="0" w:space="0" w:color="000000"/>
                <w:bottom w:val="none" w:sz="0" w:space="0" w:color="000000"/>
                <w:right w:val="none" w:sz="0" w:space="0" w:color="000000"/>
              </w:pBdr>
              <w:rPr>
                <w:rFonts w:ascii="Times New Roman" w:eastAsia="Arial" w:hAnsi="Times New Roman" w:cs="Times New Roman"/>
                <w:b/>
                <w:color w:val="000000"/>
                <w:sz w:val="20"/>
                <w:szCs w:val="20"/>
              </w:rPr>
            </w:pPr>
            <w:r w:rsidRPr="001A2E38">
              <w:rPr>
                <w:rFonts w:ascii="Times New Roman" w:eastAsia="Arial" w:hAnsi="Times New Roman" w:cs="Times New Roman"/>
                <w:b/>
                <w:color w:val="000000"/>
                <w:sz w:val="20"/>
                <w:szCs w:val="20"/>
              </w:rPr>
              <w:t>95% CI</w:t>
            </w:r>
          </w:p>
        </w:tc>
        <w:tc>
          <w:tcPr>
            <w:tcW w:w="1013" w:type="dxa"/>
            <w:tcBorders>
              <w:top w:val="single" w:sz="4" w:space="0" w:color="000000"/>
              <w:left w:val="none" w:sz="0" w:space="0" w:color="000000"/>
              <w:bottom w:val="single" w:sz="4" w:space="0" w:color="000000"/>
              <w:right w:val="none" w:sz="0" w:space="0" w:color="000000"/>
            </w:tcBorders>
            <w:tcMar>
              <w:top w:w="0" w:type="dxa"/>
              <w:left w:w="0" w:type="dxa"/>
              <w:bottom w:w="0" w:type="dxa"/>
              <w:right w:w="0" w:type="dxa"/>
            </w:tcMar>
            <w:vAlign w:val="center"/>
          </w:tcPr>
          <w:p w14:paraId="4DDD5B1B" w14:textId="77777777" w:rsidR="00AB579D" w:rsidRPr="001A2E38" w:rsidRDefault="00AB579D" w:rsidP="00AB579D">
            <w:pPr>
              <w:pBdr>
                <w:top w:val="none" w:sz="0" w:space="0" w:color="000000"/>
                <w:left w:val="none" w:sz="0" w:space="0" w:color="000000"/>
                <w:bottom w:val="none" w:sz="0" w:space="0" w:color="000000"/>
                <w:right w:val="none" w:sz="0" w:space="0" w:color="000000"/>
              </w:pBdr>
              <w:rPr>
                <w:rFonts w:ascii="Times New Roman" w:eastAsia="Arial" w:hAnsi="Times New Roman" w:cs="Times New Roman"/>
                <w:b/>
                <w:i/>
                <w:color w:val="000000"/>
                <w:sz w:val="20"/>
                <w:szCs w:val="20"/>
              </w:rPr>
            </w:pPr>
            <w:r w:rsidRPr="001A2E38">
              <w:rPr>
                <w:rFonts w:ascii="Times New Roman" w:eastAsia="Arial" w:hAnsi="Times New Roman" w:cs="Times New Roman"/>
                <w:b/>
                <w:i/>
                <w:color w:val="000000"/>
                <w:sz w:val="20"/>
                <w:szCs w:val="20"/>
              </w:rPr>
              <w:t xml:space="preserve">P </w:t>
            </w:r>
            <w:r w:rsidRPr="001A2E38">
              <w:rPr>
                <w:rFonts w:ascii="Times New Roman" w:eastAsia="Arial" w:hAnsi="Times New Roman" w:cs="Times New Roman"/>
                <w:b/>
                <w:iCs/>
                <w:color w:val="000000"/>
                <w:sz w:val="20"/>
                <w:szCs w:val="20"/>
              </w:rPr>
              <w:t>value</w:t>
            </w:r>
          </w:p>
        </w:tc>
      </w:tr>
      <w:tr w:rsidR="00AB579D" w:rsidRPr="001A2E38" w14:paraId="252E8143" w14:textId="77777777" w:rsidTr="00E64D86">
        <w:trPr>
          <w:trHeight w:hRule="exact" w:val="340"/>
          <w:jc w:val="center"/>
        </w:trPr>
        <w:tc>
          <w:tcPr>
            <w:tcW w:w="3978" w:type="dxa"/>
            <w:tcBorders>
              <w:top w:val="single" w:sz="4"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668752DF" w14:textId="77777777" w:rsidR="00AB579D" w:rsidRPr="001A2E38" w:rsidRDefault="00AB579D" w:rsidP="00AB579D">
            <w:pPr>
              <w:pBdr>
                <w:top w:val="none" w:sz="0" w:space="0" w:color="000000"/>
                <w:left w:val="none" w:sz="0" w:space="0" w:color="000000"/>
                <w:bottom w:val="none" w:sz="0" w:space="0" w:color="000000"/>
                <w:right w:val="none" w:sz="0" w:space="0" w:color="000000"/>
              </w:pBdr>
              <w:rPr>
                <w:rFonts w:ascii="Times New Roman" w:eastAsia="Arial" w:hAnsi="Times New Roman" w:cs="Times New Roman"/>
                <w:b/>
                <w:color w:val="000000"/>
                <w:sz w:val="20"/>
                <w:szCs w:val="20"/>
              </w:rPr>
            </w:pPr>
            <w:r w:rsidRPr="001A2E38">
              <w:rPr>
                <w:rFonts w:ascii="Times New Roman" w:eastAsia="Arial" w:hAnsi="Times New Roman" w:cs="Times New Roman"/>
                <w:b/>
                <w:color w:val="000000"/>
                <w:sz w:val="20"/>
                <w:szCs w:val="20"/>
              </w:rPr>
              <w:t>Conventional model (Reference)</w:t>
            </w:r>
          </w:p>
        </w:tc>
        <w:tc>
          <w:tcPr>
            <w:tcW w:w="1085" w:type="dxa"/>
            <w:tcBorders>
              <w:top w:val="single" w:sz="4"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70831E95" w14:textId="77777777" w:rsidR="00AB579D" w:rsidRPr="001A2E38" w:rsidRDefault="00AB579D" w:rsidP="00AB579D">
            <w:pPr>
              <w:pBdr>
                <w:top w:val="none" w:sz="0" w:space="0" w:color="000000"/>
                <w:left w:val="none" w:sz="0" w:space="0" w:color="000000"/>
                <w:bottom w:val="none" w:sz="0" w:space="0" w:color="000000"/>
                <w:right w:val="none" w:sz="0" w:space="0" w:color="000000"/>
              </w:pBd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0.709</w:t>
            </w:r>
          </w:p>
        </w:tc>
        <w:tc>
          <w:tcPr>
            <w:tcW w:w="1592" w:type="dxa"/>
            <w:tcBorders>
              <w:top w:val="single" w:sz="4"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713937B5" w14:textId="77777777" w:rsidR="00AB579D" w:rsidRPr="001A2E38" w:rsidRDefault="00AB579D" w:rsidP="00AB579D">
            <w:pPr>
              <w:pBdr>
                <w:top w:val="none" w:sz="0" w:space="0" w:color="000000"/>
                <w:left w:val="none" w:sz="0" w:space="0" w:color="000000"/>
                <w:bottom w:val="none" w:sz="0" w:space="0" w:color="000000"/>
                <w:right w:val="none" w:sz="0" w:space="0" w:color="000000"/>
              </w:pBd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0.702-0.716</w:t>
            </w:r>
          </w:p>
        </w:tc>
        <w:tc>
          <w:tcPr>
            <w:tcW w:w="1013" w:type="dxa"/>
            <w:tcBorders>
              <w:top w:val="single" w:sz="4"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3B1B0514" w14:textId="77777777" w:rsidR="00AB579D" w:rsidRPr="001A2E38" w:rsidRDefault="00AB579D" w:rsidP="00AB579D">
            <w:pPr>
              <w:pBdr>
                <w:top w:val="none" w:sz="0" w:space="0" w:color="000000"/>
                <w:left w:val="none" w:sz="0" w:space="0" w:color="000000"/>
                <w:bottom w:val="none" w:sz="0" w:space="0" w:color="000000"/>
                <w:right w:val="none" w:sz="0" w:space="0" w:color="000000"/>
              </w:pBd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w:t>
            </w:r>
          </w:p>
        </w:tc>
        <w:tc>
          <w:tcPr>
            <w:tcW w:w="1085" w:type="dxa"/>
            <w:tcBorders>
              <w:top w:val="single" w:sz="4"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169EA084" w14:textId="77777777" w:rsidR="00AB579D" w:rsidRPr="001A2E38" w:rsidRDefault="00AB579D" w:rsidP="00AB579D">
            <w:pPr>
              <w:pBdr>
                <w:top w:val="none" w:sz="0" w:space="0" w:color="000000"/>
                <w:left w:val="none" w:sz="0" w:space="0" w:color="000000"/>
                <w:bottom w:val="none" w:sz="0" w:space="0" w:color="000000"/>
                <w:right w:val="none" w:sz="0" w:space="0" w:color="000000"/>
              </w:pBd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Ref</w:t>
            </w:r>
          </w:p>
        </w:tc>
        <w:tc>
          <w:tcPr>
            <w:tcW w:w="1592" w:type="dxa"/>
            <w:tcBorders>
              <w:top w:val="single" w:sz="4"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5E80B008" w14:textId="77777777" w:rsidR="00AB579D" w:rsidRPr="001A2E38" w:rsidRDefault="00AB579D" w:rsidP="00AB579D">
            <w:pPr>
              <w:pBdr>
                <w:top w:val="none" w:sz="0" w:space="0" w:color="000000"/>
                <w:left w:val="none" w:sz="0" w:space="0" w:color="000000"/>
                <w:bottom w:val="none" w:sz="0" w:space="0" w:color="000000"/>
                <w:right w:val="none" w:sz="0" w:space="0" w:color="000000"/>
              </w:pBd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w:t>
            </w:r>
          </w:p>
        </w:tc>
        <w:tc>
          <w:tcPr>
            <w:tcW w:w="1013" w:type="dxa"/>
            <w:tcBorders>
              <w:top w:val="single" w:sz="4"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09EE1912" w14:textId="77777777" w:rsidR="00AB579D" w:rsidRPr="001A2E38" w:rsidRDefault="00AB579D" w:rsidP="00AB579D">
            <w:pPr>
              <w:pBdr>
                <w:top w:val="none" w:sz="0" w:space="0" w:color="000000"/>
                <w:left w:val="none" w:sz="0" w:space="0" w:color="000000"/>
                <w:bottom w:val="none" w:sz="0" w:space="0" w:color="000000"/>
                <w:right w:val="none" w:sz="0" w:space="0" w:color="000000"/>
              </w:pBd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w:t>
            </w:r>
          </w:p>
        </w:tc>
        <w:tc>
          <w:tcPr>
            <w:tcW w:w="1085" w:type="dxa"/>
            <w:tcBorders>
              <w:top w:val="single" w:sz="4"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0E448C2D" w14:textId="77777777" w:rsidR="00AB579D" w:rsidRPr="001A2E38" w:rsidRDefault="00AB579D" w:rsidP="00AB579D">
            <w:pPr>
              <w:pBdr>
                <w:top w:val="none" w:sz="0" w:space="0" w:color="000000"/>
                <w:left w:val="none" w:sz="0" w:space="0" w:color="000000"/>
                <w:bottom w:val="none" w:sz="0" w:space="0" w:color="000000"/>
                <w:right w:val="none" w:sz="0" w:space="0" w:color="000000"/>
              </w:pBd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Ref</w:t>
            </w:r>
          </w:p>
        </w:tc>
        <w:tc>
          <w:tcPr>
            <w:tcW w:w="1592" w:type="dxa"/>
            <w:tcBorders>
              <w:top w:val="single" w:sz="4"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76C25C82" w14:textId="77777777" w:rsidR="00AB579D" w:rsidRPr="001A2E38" w:rsidRDefault="00AB579D" w:rsidP="00AB579D">
            <w:pPr>
              <w:pBdr>
                <w:top w:val="none" w:sz="0" w:space="0" w:color="000000"/>
                <w:left w:val="none" w:sz="0" w:space="0" w:color="000000"/>
                <w:bottom w:val="none" w:sz="0" w:space="0" w:color="000000"/>
                <w:right w:val="none" w:sz="0" w:space="0" w:color="000000"/>
              </w:pBd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w:t>
            </w:r>
          </w:p>
        </w:tc>
        <w:tc>
          <w:tcPr>
            <w:tcW w:w="1013" w:type="dxa"/>
            <w:tcBorders>
              <w:top w:val="single" w:sz="4"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1963CFFB" w14:textId="77777777" w:rsidR="00AB579D" w:rsidRPr="001A2E38" w:rsidRDefault="00AB579D" w:rsidP="00AB579D">
            <w:pPr>
              <w:pBdr>
                <w:top w:val="none" w:sz="0" w:space="0" w:color="000000"/>
                <w:left w:val="none" w:sz="0" w:space="0" w:color="000000"/>
                <w:bottom w:val="none" w:sz="0" w:space="0" w:color="000000"/>
                <w:right w:val="none" w:sz="0" w:space="0" w:color="000000"/>
              </w:pBd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w:t>
            </w:r>
          </w:p>
        </w:tc>
      </w:tr>
      <w:tr w:rsidR="00AB579D" w:rsidRPr="001A2E38" w14:paraId="7409AEAF" w14:textId="77777777" w:rsidTr="00E64D86">
        <w:trPr>
          <w:trHeight w:hRule="exact" w:val="340"/>
          <w:jc w:val="center"/>
        </w:trPr>
        <w:tc>
          <w:tcPr>
            <w:tcW w:w="3978"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0421C035" w14:textId="77777777" w:rsidR="00AB579D" w:rsidRPr="001A2E38" w:rsidRDefault="00AB579D" w:rsidP="00AB579D">
            <w:pPr>
              <w:pBdr>
                <w:top w:val="none" w:sz="0" w:space="0" w:color="000000"/>
                <w:left w:val="none" w:sz="0" w:space="0" w:color="000000"/>
                <w:bottom w:val="none" w:sz="0" w:space="0" w:color="000000"/>
                <w:right w:val="none" w:sz="0" w:space="0" w:color="000000"/>
              </w:pBdr>
              <w:rPr>
                <w:rFonts w:ascii="Times New Roman" w:eastAsia="Arial" w:hAnsi="Times New Roman" w:cs="Times New Roman"/>
                <w:b/>
                <w:color w:val="000000"/>
                <w:sz w:val="20"/>
                <w:szCs w:val="20"/>
              </w:rPr>
            </w:pPr>
            <w:r w:rsidRPr="001A2E38">
              <w:rPr>
                <w:rFonts w:ascii="Times New Roman" w:eastAsia="Arial" w:hAnsi="Times New Roman" w:cs="Times New Roman"/>
                <w:b/>
                <w:color w:val="000000"/>
                <w:sz w:val="20"/>
                <w:szCs w:val="20"/>
              </w:rPr>
              <w:t>Conventional model + BMI</w:t>
            </w:r>
          </w:p>
        </w:tc>
        <w:tc>
          <w:tcPr>
            <w:tcW w:w="1085"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1DD77511" w14:textId="77777777" w:rsidR="00AB579D" w:rsidRPr="001A2E38" w:rsidRDefault="00AB579D" w:rsidP="00AB579D">
            <w:pPr>
              <w:pBdr>
                <w:top w:val="none" w:sz="0" w:space="0" w:color="000000"/>
                <w:left w:val="none" w:sz="0" w:space="0" w:color="000000"/>
                <w:bottom w:val="none" w:sz="0" w:space="0" w:color="000000"/>
                <w:right w:val="none" w:sz="0" w:space="0" w:color="000000"/>
              </w:pBd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0.727</w:t>
            </w:r>
          </w:p>
        </w:tc>
        <w:tc>
          <w:tcPr>
            <w:tcW w:w="1592"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6DB2CF69" w14:textId="77777777" w:rsidR="00AB579D" w:rsidRPr="001A2E38" w:rsidRDefault="00AB579D" w:rsidP="00AB579D">
            <w:pPr>
              <w:pBdr>
                <w:top w:val="none" w:sz="0" w:space="0" w:color="000000"/>
                <w:left w:val="none" w:sz="0" w:space="0" w:color="000000"/>
                <w:bottom w:val="none" w:sz="0" w:space="0" w:color="000000"/>
                <w:right w:val="none" w:sz="0" w:space="0" w:color="000000"/>
              </w:pBd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0.719-0.734</w:t>
            </w:r>
          </w:p>
        </w:tc>
        <w:tc>
          <w:tcPr>
            <w:tcW w:w="1013"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7FCBDEDC" w14:textId="77777777" w:rsidR="00AB579D" w:rsidRPr="001A2E38" w:rsidRDefault="00AB579D" w:rsidP="00AB579D">
            <w:pPr>
              <w:pBdr>
                <w:top w:val="none" w:sz="0" w:space="0" w:color="000000"/>
                <w:left w:val="none" w:sz="0" w:space="0" w:color="000000"/>
                <w:bottom w:val="none" w:sz="0" w:space="0" w:color="000000"/>
                <w:right w:val="none" w:sz="0" w:space="0" w:color="000000"/>
              </w:pBd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&lt;0.001</w:t>
            </w:r>
          </w:p>
        </w:tc>
        <w:tc>
          <w:tcPr>
            <w:tcW w:w="1085"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4B319788" w14:textId="77777777" w:rsidR="00AB579D" w:rsidRPr="001A2E38" w:rsidRDefault="00AB579D" w:rsidP="00AB579D">
            <w:pPr>
              <w:pBdr>
                <w:top w:val="none" w:sz="0" w:space="0" w:color="000000"/>
                <w:left w:val="none" w:sz="0" w:space="0" w:color="000000"/>
                <w:bottom w:val="none" w:sz="0" w:space="0" w:color="000000"/>
                <w:right w:val="none" w:sz="0" w:space="0" w:color="000000"/>
              </w:pBd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0.170</w:t>
            </w:r>
          </w:p>
        </w:tc>
        <w:tc>
          <w:tcPr>
            <w:tcW w:w="1592"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488F0EC1" w14:textId="77777777" w:rsidR="00AB579D" w:rsidRPr="001A2E38" w:rsidRDefault="00AB579D" w:rsidP="00AB579D">
            <w:pPr>
              <w:pBdr>
                <w:top w:val="none" w:sz="0" w:space="0" w:color="000000"/>
                <w:left w:val="none" w:sz="0" w:space="0" w:color="000000"/>
                <w:bottom w:val="none" w:sz="0" w:space="0" w:color="000000"/>
                <w:right w:val="none" w:sz="0" w:space="0" w:color="000000"/>
              </w:pBd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0.135-0.214</w:t>
            </w:r>
          </w:p>
        </w:tc>
        <w:tc>
          <w:tcPr>
            <w:tcW w:w="1013"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3335CD7E" w14:textId="77777777" w:rsidR="00AB579D" w:rsidRPr="001A2E38" w:rsidRDefault="00AB579D" w:rsidP="00AB579D">
            <w:pPr>
              <w:pBdr>
                <w:top w:val="none" w:sz="0" w:space="0" w:color="000000"/>
                <w:left w:val="none" w:sz="0" w:space="0" w:color="000000"/>
                <w:bottom w:val="none" w:sz="0" w:space="0" w:color="000000"/>
                <w:right w:val="none" w:sz="0" w:space="0" w:color="000000"/>
              </w:pBd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&lt;0.001</w:t>
            </w:r>
          </w:p>
        </w:tc>
        <w:tc>
          <w:tcPr>
            <w:tcW w:w="1085"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32192A46" w14:textId="77777777" w:rsidR="00AB579D" w:rsidRPr="001A2E38" w:rsidRDefault="00AB579D" w:rsidP="00AB579D">
            <w:pPr>
              <w:pBdr>
                <w:top w:val="none" w:sz="0" w:space="0" w:color="000000"/>
                <w:left w:val="none" w:sz="0" w:space="0" w:color="000000"/>
                <w:bottom w:val="none" w:sz="0" w:space="0" w:color="000000"/>
                <w:right w:val="none" w:sz="0" w:space="0" w:color="000000"/>
              </w:pBd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0.0014</w:t>
            </w:r>
          </w:p>
        </w:tc>
        <w:tc>
          <w:tcPr>
            <w:tcW w:w="1592"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0A778E8F" w14:textId="77777777" w:rsidR="00AB579D" w:rsidRPr="001A2E38" w:rsidRDefault="00AB579D" w:rsidP="00AB579D">
            <w:pPr>
              <w:pBdr>
                <w:top w:val="none" w:sz="0" w:space="0" w:color="000000"/>
                <w:left w:val="none" w:sz="0" w:space="0" w:color="000000"/>
                <w:bottom w:val="none" w:sz="0" w:space="0" w:color="000000"/>
                <w:right w:val="none" w:sz="0" w:space="0" w:color="000000"/>
              </w:pBd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0.0009-0.0020</w:t>
            </w:r>
          </w:p>
        </w:tc>
        <w:tc>
          <w:tcPr>
            <w:tcW w:w="1013"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27A4B03C" w14:textId="77777777" w:rsidR="00AB579D" w:rsidRPr="001A2E38" w:rsidRDefault="00AB579D" w:rsidP="00AB579D">
            <w:pPr>
              <w:pBdr>
                <w:top w:val="none" w:sz="0" w:space="0" w:color="000000"/>
                <w:left w:val="none" w:sz="0" w:space="0" w:color="000000"/>
                <w:bottom w:val="none" w:sz="0" w:space="0" w:color="000000"/>
                <w:right w:val="none" w:sz="0" w:space="0" w:color="000000"/>
              </w:pBd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&lt;0.001</w:t>
            </w:r>
          </w:p>
        </w:tc>
      </w:tr>
      <w:tr w:rsidR="00AB579D" w:rsidRPr="001A2E38" w14:paraId="697DC69F" w14:textId="77777777" w:rsidTr="00E64D86">
        <w:trPr>
          <w:trHeight w:hRule="exact" w:val="340"/>
          <w:jc w:val="center"/>
        </w:trPr>
        <w:tc>
          <w:tcPr>
            <w:tcW w:w="3978"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327F54F4" w14:textId="77777777" w:rsidR="00AB579D" w:rsidRPr="001A2E38" w:rsidRDefault="00AB579D" w:rsidP="00AB579D">
            <w:pPr>
              <w:pBdr>
                <w:top w:val="none" w:sz="0" w:space="0" w:color="000000"/>
                <w:left w:val="none" w:sz="0" w:space="0" w:color="000000"/>
                <w:bottom w:val="none" w:sz="0" w:space="0" w:color="000000"/>
                <w:right w:val="none" w:sz="0" w:space="0" w:color="000000"/>
              </w:pBdr>
              <w:rPr>
                <w:rFonts w:ascii="Times New Roman" w:eastAsia="Arial" w:hAnsi="Times New Roman" w:cs="Times New Roman"/>
                <w:b/>
                <w:color w:val="000000"/>
                <w:sz w:val="20"/>
                <w:szCs w:val="20"/>
              </w:rPr>
            </w:pPr>
            <w:r w:rsidRPr="001A2E38">
              <w:rPr>
                <w:rFonts w:ascii="Times New Roman" w:eastAsia="Arial" w:hAnsi="Times New Roman" w:cs="Times New Roman"/>
                <w:b/>
                <w:color w:val="000000"/>
                <w:sz w:val="20"/>
                <w:szCs w:val="20"/>
              </w:rPr>
              <w:t>Conventional model + WC</w:t>
            </w:r>
          </w:p>
        </w:tc>
        <w:tc>
          <w:tcPr>
            <w:tcW w:w="1085"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59EAE556" w14:textId="77777777" w:rsidR="00AB579D" w:rsidRPr="001A2E38" w:rsidRDefault="00AB579D" w:rsidP="00AB579D">
            <w:pPr>
              <w:pBdr>
                <w:top w:val="none" w:sz="0" w:space="0" w:color="000000"/>
                <w:left w:val="none" w:sz="0" w:space="0" w:color="000000"/>
                <w:bottom w:val="none" w:sz="0" w:space="0" w:color="000000"/>
                <w:right w:val="none" w:sz="0" w:space="0" w:color="000000"/>
              </w:pBd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0.729</w:t>
            </w:r>
          </w:p>
        </w:tc>
        <w:tc>
          <w:tcPr>
            <w:tcW w:w="1592"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236D0623" w14:textId="77777777" w:rsidR="00AB579D" w:rsidRPr="001A2E38" w:rsidRDefault="00AB579D" w:rsidP="00AB579D">
            <w:pPr>
              <w:pBdr>
                <w:top w:val="none" w:sz="0" w:space="0" w:color="000000"/>
                <w:left w:val="none" w:sz="0" w:space="0" w:color="000000"/>
                <w:bottom w:val="none" w:sz="0" w:space="0" w:color="000000"/>
                <w:right w:val="none" w:sz="0" w:space="0" w:color="000000"/>
              </w:pBd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0.722-0.736</w:t>
            </w:r>
          </w:p>
        </w:tc>
        <w:tc>
          <w:tcPr>
            <w:tcW w:w="1013"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289123CA" w14:textId="77777777" w:rsidR="00AB579D" w:rsidRPr="001A2E38" w:rsidRDefault="00AB579D" w:rsidP="00AB579D">
            <w:pPr>
              <w:pBdr>
                <w:top w:val="none" w:sz="0" w:space="0" w:color="000000"/>
                <w:left w:val="none" w:sz="0" w:space="0" w:color="000000"/>
                <w:bottom w:val="none" w:sz="0" w:space="0" w:color="000000"/>
                <w:right w:val="none" w:sz="0" w:space="0" w:color="000000"/>
              </w:pBd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&lt;0.001</w:t>
            </w:r>
          </w:p>
        </w:tc>
        <w:tc>
          <w:tcPr>
            <w:tcW w:w="1085"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6316C343" w14:textId="77777777" w:rsidR="00AB579D" w:rsidRPr="001A2E38" w:rsidRDefault="00AB579D" w:rsidP="00AB579D">
            <w:pPr>
              <w:pBdr>
                <w:top w:val="none" w:sz="0" w:space="0" w:color="000000"/>
                <w:left w:val="none" w:sz="0" w:space="0" w:color="000000"/>
                <w:bottom w:val="none" w:sz="0" w:space="0" w:color="000000"/>
                <w:right w:val="none" w:sz="0" w:space="0" w:color="000000"/>
              </w:pBd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0.180</w:t>
            </w:r>
          </w:p>
        </w:tc>
        <w:tc>
          <w:tcPr>
            <w:tcW w:w="1592"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7B4DDB18" w14:textId="77777777" w:rsidR="00AB579D" w:rsidRPr="001A2E38" w:rsidRDefault="00AB579D" w:rsidP="00AB579D">
            <w:pPr>
              <w:pBdr>
                <w:top w:val="none" w:sz="0" w:space="0" w:color="000000"/>
                <w:left w:val="none" w:sz="0" w:space="0" w:color="000000"/>
                <w:bottom w:val="none" w:sz="0" w:space="0" w:color="000000"/>
                <w:right w:val="none" w:sz="0" w:space="0" w:color="000000"/>
              </w:pBd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0.151-0.222</w:t>
            </w:r>
          </w:p>
        </w:tc>
        <w:tc>
          <w:tcPr>
            <w:tcW w:w="1013"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74DB2E49" w14:textId="77777777" w:rsidR="00AB579D" w:rsidRPr="001A2E38" w:rsidRDefault="00AB579D" w:rsidP="00AB579D">
            <w:pPr>
              <w:pBdr>
                <w:top w:val="none" w:sz="0" w:space="0" w:color="000000"/>
                <w:left w:val="none" w:sz="0" w:space="0" w:color="000000"/>
                <w:bottom w:val="none" w:sz="0" w:space="0" w:color="000000"/>
                <w:right w:val="none" w:sz="0" w:space="0" w:color="000000"/>
              </w:pBd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&lt;0.001</w:t>
            </w:r>
          </w:p>
        </w:tc>
        <w:tc>
          <w:tcPr>
            <w:tcW w:w="1085"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178BAF6B" w14:textId="77777777" w:rsidR="00AB579D" w:rsidRPr="001A2E38" w:rsidRDefault="00AB579D" w:rsidP="00AB579D">
            <w:pPr>
              <w:pBdr>
                <w:top w:val="none" w:sz="0" w:space="0" w:color="000000"/>
                <w:left w:val="none" w:sz="0" w:space="0" w:color="000000"/>
                <w:bottom w:val="none" w:sz="0" w:space="0" w:color="000000"/>
                <w:right w:val="none" w:sz="0" w:space="0" w:color="000000"/>
              </w:pBd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0.0015</w:t>
            </w:r>
          </w:p>
        </w:tc>
        <w:tc>
          <w:tcPr>
            <w:tcW w:w="1592"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64D549F3" w14:textId="77777777" w:rsidR="00AB579D" w:rsidRPr="001A2E38" w:rsidRDefault="00AB579D" w:rsidP="00AB579D">
            <w:pPr>
              <w:pBdr>
                <w:top w:val="none" w:sz="0" w:space="0" w:color="000000"/>
                <w:left w:val="none" w:sz="0" w:space="0" w:color="000000"/>
                <w:bottom w:val="none" w:sz="0" w:space="0" w:color="000000"/>
                <w:right w:val="none" w:sz="0" w:space="0" w:color="000000"/>
              </w:pBd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0.0011-0.0021</w:t>
            </w:r>
          </w:p>
        </w:tc>
        <w:tc>
          <w:tcPr>
            <w:tcW w:w="1013"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6582E450" w14:textId="77777777" w:rsidR="00AB579D" w:rsidRPr="001A2E38" w:rsidRDefault="00AB579D" w:rsidP="00AB579D">
            <w:pPr>
              <w:pBdr>
                <w:top w:val="none" w:sz="0" w:space="0" w:color="000000"/>
                <w:left w:val="none" w:sz="0" w:space="0" w:color="000000"/>
                <w:bottom w:val="none" w:sz="0" w:space="0" w:color="000000"/>
                <w:right w:val="none" w:sz="0" w:space="0" w:color="000000"/>
              </w:pBd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&lt;0.001</w:t>
            </w:r>
          </w:p>
        </w:tc>
      </w:tr>
      <w:tr w:rsidR="00AB579D" w:rsidRPr="001A2E38" w14:paraId="4E7F4320" w14:textId="77777777" w:rsidTr="00E64D86">
        <w:trPr>
          <w:trHeight w:hRule="exact" w:val="340"/>
          <w:jc w:val="center"/>
        </w:trPr>
        <w:tc>
          <w:tcPr>
            <w:tcW w:w="3978"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1939C1BE" w14:textId="77777777" w:rsidR="00AB579D" w:rsidRPr="001A2E38" w:rsidRDefault="00AB579D" w:rsidP="00AB579D">
            <w:pPr>
              <w:pBdr>
                <w:top w:val="none" w:sz="0" w:space="0" w:color="000000"/>
                <w:left w:val="none" w:sz="0" w:space="0" w:color="000000"/>
                <w:bottom w:val="none" w:sz="0" w:space="0" w:color="000000"/>
                <w:right w:val="none" w:sz="0" w:space="0" w:color="000000"/>
              </w:pBdr>
              <w:rPr>
                <w:rFonts w:ascii="Times New Roman" w:eastAsia="Arial" w:hAnsi="Times New Roman" w:cs="Times New Roman"/>
                <w:b/>
                <w:color w:val="000000"/>
                <w:sz w:val="20"/>
                <w:szCs w:val="20"/>
              </w:rPr>
            </w:pPr>
            <w:r w:rsidRPr="001A2E38">
              <w:rPr>
                <w:rFonts w:ascii="Times New Roman" w:eastAsia="Arial" w:hAnsi="Times New Roman" w:cs="Times New Roman"/>
                <w:b/>
                <w:color w:val="000000"/>
                <w:sz w:val="20"/>
                <w:szCs w:val="20"/>
              </w:rPr>
              <w:t>Conventional model + WHtR</w:t>
            </w:r>
          </w:p>
        </w:tc>
        <w:tc>
          <w:tcPr>
            <w:tcW w:w="1085"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57CA52CA" w14:textId="77777777" w:rsidR="00AB579D" w:rsidRPr="001A2E38" w:rsidRDefault="00AB579D" w:rsidP="00AB579D">
            <w:pPr>
              <w:pBdr>
                <w:top w:val="none" w:sz="0" w:space="0" w:color="000000"/>
                <w:left w:val="none" w:sz="0" w:space="0" w:color="000000"/>
                <w:bottom w:val="none" w:sz="0" w:space="0" w:color="000000"/>
                <w:right w:val="none" w:sz="0" w:space="0" w:color="000000"/>
              </w:pBd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0.732</w:t>
            </w:r>
          </w:p>
        </w:tc>
        <w:tc>
          <w:tcPr>
            <w:tcW w:w="1592"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07D6F524" w14:textId="77777777" w:rsidR="00AB579D" w:rsidRPr="001A2E38" w:rsidRDefault="00AB579D" w:rsidP="00AB579D">
            <w:pPr>
              <w:pBdr>
                <w:top w:val="none" w:sz="0" w:space="0" w:color="000000"/>
                <w:left w:val="none" w:sz="0" w:space="0" w:color="000000"/>
                <w:bottom w:val="none" w:sz="0" w:space="0" w:color="000000"/>
                <w:right w:val="none" w:sz="0" w:space="0" w:color="000000"/>
              </w:pBd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0.725-0.739</w:t>
            </w:r>
          </w:p>
        </w:tc>
        <w:tc>
          <w:tcPr>
            <w:tcW w:w="1013"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5C870CD1" w14:textId="77777777" w:rsidR="00AB579D" w:rsidRPr="001A2E38" w:rsidRDefault="00AB579D" w:rsidP="00AB579D">
            <w:pPr>
              <w:pBdr>
                <w:top w:val="none" w:sz="0" w:space="0" w:color="000000"/>
                <w:left w:val="none" w:sz="0" w:space="0" w:color="000000"/>
                <w:bottom w:val="none" w:sz="0" w:space="0" w:color="000000"/>
                <w:right w:val="none" w:sz="0" w:space="0" w:color="000000"/>
              </w:pBd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&lt;0.001</w:t>
            </w:r>
          </w:p>
        </w:tc>
        <w:tc>
          <w:tcPr>
            <w:tcW w:w="1085"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4403843E" w14:textId="77777777" w:rsidR="00AB579D" w:rsidRPr="001A2E38" w:rsidRDefault="00AB579D" w:rsidP="00AB579D">
            <w:pPr>
              <w:pBdr>
                <w:top w:val="none" w:sz="0" w:space="0" w:color="000000"/>
                <w:left w:val="none" w:sz="0" w:space="0" w:color="000000"/>
                <w:bottom w:val="none" w:sz="0" w:space="0" w:color="000000"/>
                <w:right w:val="none" w:sz="0" w:space="0" w:color="000000"/>
              </w:pBd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0.217</w:t>
            </w:r>
          </w:p>
        </w:tc>
        <w:tc>
          <w:tcPr>
            <w:tcW w:w="1592"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55F521F4" w14:textId="77777777" w:rsidR="00AB579D" w:rsidRPr="001A2E38" w:rsidRDefault="00AB579D" w:rsidP="00AB579D">
            <w:pPr>
              <w:pBdr>
                <w:top w:val="none" w:sz="0" w:space="0" w:color="000000"/>
                <w:left w:val="none" w:sz="0" w:space="0" w:color="000000"/>
                <w:bottom w:val="none" w:sz="0" w:space="0" w:color="000000"/>
                <w:right w:val="none" w:sz="0" w:space="0" w:color="000000"/>
              </w:pBd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0.178-0.256</w:t>
            </w:r>
          </w:p>
        </w:tc>
        <w:tc>
          <w:tcPr>
            <w:tcW w:w="1013"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382468E7" w14:textId="77777777" w:rsidR="00AB579D" w:rsidRPr="001A2E38" w:rsidRDefault="00AB579D" w:rsidP="00AB579D">
            <w:pPr>
              <w:pBdr>
                <w:top w:val="none" w:sz="0" w:space="0" w:color="000000"/>
                <w:left w:val="none" w:sz="0" w:space="0" w:color="000000"/>
                <w:bottom w:val="none" w:sz="0" w:space="0" w:color="000000"/>
                <w:right w:val="none" w:sz="0" w:space="0" w:color="000000"/>
              </w:pBd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&lt;0.001</w:t>
            </w:r>
          </w:p>
        </w:tc>
        <w:tc>
          <w:tcPr>
            <w:tcW w:w="1085"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67D948E5" w14:textId="77777777" w:rsidR="00AB579D" w:rsidRPr="001A2E38" w:rsidRDefault="00AB579D" w:rsidP="00AB579D">
            <w:pPr>
              <w:pBdr>
                <w:top w:val="none" w:sz="0" w:space="0" w:color="000000"/>
                <w:left w:val="none" w:sz="0" w:space="0" w:color="000000"/>
                <w:bottom w:val="none" w:sz="0" w:space="0" w:color="000000"/>
                <w:right w:val="none" w:sz="0" w:space="0" w:color="000000"/>
              </w:pBd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0.0018</w:t>
            </w:r>
          </w:p>
        </w:tc>
        <w:tc>
          <w:tcPr>
            <w:tcW w:w="1592"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15CE7760" w14:textId="77777777" w:rsidR="00AB579D" w:rsidRPr="001A2E38" w:rsidRDefault="00AB579D" w:rsidP="00AB579D">
            <w:pPr>
              <w:pBdr>
                <w:top w:val="none" w:sz="0" w:space="0" w:color="000000"/>
                <w:left w:val="none" w:sz="0" w:space="0" w:color="000000"/>
                <w:bottom w:val="none" w:sz="0" w:space="0" w:color="000000"/>
                <w:right w:val="none" w:sz="0" w:space="0" w:color="000000"/>
              </w:pBd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0.0013-0.0025</w:t>
            </w:r>
          </w:p>
        </w:tc>
        <w:tc>
          <w:tcPr>
            <w:tcW w:w="1013"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2CC64CDB" w14:textId="77777777" w:rsidR="00AB579D" w:rsidRPr="001A2E38" w:rsidRDefault="00AB579D" w:rsidP="00AB579D">
            <w:pPr>
              <w:pBdr>
                <w:top w:val="none" w:sz="0" w:space="0" w:color="000000"/>
                <w:left w:val="none" w:sz="0" w:space="0" w:color="000000"/>
                <w:bottom w:val="none" w:sz="0" w:space="0" w:color="000000"/>
                <w:right w:val="none" w:sz="0" w:space="0" w:color="000000"/>
              </w:pBd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&lt;0.001</w:t>
            </w:r>
          </w:p>
        </w:tc>
      </w:tr>
      <w:tr w:rsidR="00AB579D" w:rsidRPr="001A2E38" w14:paraId="7BB1FBCE" w14:textId="77777777" w:rsidTr="00E64D86">
        <w:trPr>
          <w:trHeight w:hRule="exact" w:val="340"/>
          <w:jc w:val="center"/>
        </w:trPr>
        <w:tc>
          <w:tcPr>
            <w:tcW w:w="3978"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033F0D1A" w14:textId="77777777" w:rsidR="00AB579D" w:rsidRPr="001A2E38" w:rsidRDefault="00AB579D" w:rsidP="00AB579D">
            <w:pPr>
              <w:pBdr>
                <w:top w:val="none" w:sz="0" w:space="0" w:color="000000"/>
                <w:left w:val="none" w:sz="0" w:space="0" w:color="000000"/>
                <w:bottom w:val="none" w:sz="0" w:space="0" w:color="000000"/>
                <w:right w:val="none" w:sz="0" w:space="0" w:color="000000"/>
              </w:pBdr>
              <w:rPr>
                <w:rFonts w:ascii="Times New Roman" w:eastAsia="Arial" w:hAnsi="Times New Roman" w:cs="Times New Roman"/>
                <w:b/>
                <w:color w:val="000000"/>
                <w:sz w:val="20"/>
                <w:szCs w:val="20"/>
              </w:rPr>
            </w:pPr>
            <w:r w:rsidRPr="001A2E38">
              <w:rPr>
                <w:rFonts w:ascii="Times New Roman" w:eastAsia="Arial" w:hAnsi="Times New Roman" w:cs="Times New Roman"/>
                <w:b/>
                <w:color w:val="000000"/>
                <w:sz w:val="20"/>
                <w:szCs w:val="20"/>
              </w:rPr>
              <w:t>Conventional model + BRI</w:t>
            </w:r>
          </w:p>
        </w:tc>
        <w:tc>
          <w:tcPr>
            <w:tcW w:w="1085"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24E65632" w14:textId="77777777" w:rsidR="00AB579D" w:rsidRPr="001A2E38" w:rsidRDefault="00AB579D" w:rsidP="00AB579D">
            <w:pPr>
              <w:pBdr>
                <w:top w:val="none" w:sz="0" w:space="0" w:color="000000"/>
                <w:left w:val="none" w:sz="0" w:space="0" w:color="000000"/>
                <w:bottom w:val="none" w:sz="0" w:space="0" w:color="000000"/>
                <w:right w:val="none" w:sz="0" w:space="0" w:color="000000"/>
              </w:pBd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0.732</w:t>
            </w:r>
          </w:p>
        </w:tc>
        <w:tc>
          <w:tcPr>
            <w:tcW w:w="1592"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3385750A" w14:textId="77777777" w:rsidR="00AB579D" w:rsidRPr="001A2E38" w:rsidRDefault="00AB579D" w:rsidP="00AB579D">
            <w:pPr>
              <w:pBdr>
                <w:top w:val="none" w:sz="0" w:space="0" w:color="000000"/>
                <w:left w:val="none" w:sz="0" w:space="0" w:color="000000"/>
                <w:bottom w:val="none" w:sz="0" w:space="0" w:color="000000"/>
                <w:right w:val="none" w:sz="0" w:space="0" w:color="000000"/>
              </w:pBd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0.725-0.739</w:t>
            </w:r>
          </w:p>
        </w:tc>
        <w:tc>
          <w:tcPr>
            <w:tcW w:w="1013"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21E7C5F2" w14:textId="77777777" w:rsidR="00AB579D" w:rsidRPr="001A2E38" w:rsidRDefault="00AB579D" w:rsidP="00AB579D">
            <w:pPr>
              <w:pBdr>
                <w:top w:val="none" w:sz="0" w:space="0" w:color="000000"/>
                <w:left w:val="none" w:sz="0" w:space="0" w:color="000000"/>
                <w:bottom w:val="none" w:sz="0" w:space="0" w:color="000000"/>
                <w:right w:val="none" w:sz="0" w:space="0" w:color="000000"/>
              </w:pBd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&lt;0.001</w:t>
            </w:r>
          </w:p>
        </w:tc>
        <w:tc>
          <w:tcPr>
            <w:tcW w:w="1085"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53A18910" w14:textId="77777777" w:rsidR="00AB579D" w:rsidRPr="001A2E38" w:rsidRDefault="00AB579D" w:rsidP="00AB579D">
            <w:pPr>
              <w:pBdr>
                <w:top w:val="none" w:sz="0" w:space="0" w:color="000000"/>
                <w:left w:val="none" w:sz="0" w:space="0" w:color="000000"/>
                <w:bottom w:val="none" w:sz="0" w:space="0" w:color="000000"/>
                <w:right w:val="none" w:sz="0" w:space="0" w:color="000000"/>
              </w:pBd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0.219</w:t>
            </w:r>
          </w:p>
        </w:tc>
        <w:tc>
          <w:tcPr>
            <w:tcW w:w="1592"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771414D5" w14:textId="77777777" w:rsidR="00AB579D" w:rsidRPr="001A2E38" w:rsidRDefault="00AB579D" w:rsidP="00AB579D">
            <w:pPr>
              <w:pBdr>
                <w:top w:val="none" w:sz="0" w:space="0" w:color="000000"/>
                <w:left w:val="none" w:sz="0" w:space="0" w:color="000000"/>
                <w:bottom w:val="none" w:sz="0" w:space="0" w:color="000000"/>
                <w:right w:val="none" w:sz="0" w:space="0" w:color="000000"/>
              </w:pBd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0.177-0.256</w:t>
            </w:r>
          </w:p>
        </w:tc>
        <w:tc>
          <w:tcPr>
            <w:tcW w:w="1013"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58703067" w14:textId="77777777" w:rsidR="00AB579D" w:rsidRPr="001A2E38" w:rsidRDefault="00AB579D" w:rsidP="00AB579D">
            <w:pPr>
              <w:pBdr>
                <w:top w:val="none" w:sz="0" w:space="0" w:color="000000"/>
                <w:left w:val="none" w:sz="0" w:space="0" w:color="000000"/>
                <w:bottom w:val="none" w:sz="0" w:space="0" w:color="000000"/>
                <w:right w:val="none" w:sz="0" w:space="0" w:color="000000"/>
              </w:pBd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&lt;0.001</w:t>
            </w:r>
          </w:p>
        </w:tc>
        <w:tc>
          <w:tcPr>
            <w:tcW w:w="1085"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62FDD787" w14:textId="77777777" w:rsidR="00AB579D" w:rsidRPr="001A2E38" w:rsidRDefault="00AB579D" w:rsidP="00AB579D">
            <w:pPr>
              <w:pBdr>
                <w:top w:val="none" w:sz="0" w:space="0" w:color="000000"/>
                <w:left w:val="none" w:sz="0" w:space="0" w:color="000000"/>
                <w:bottom w:val="none" w:sz="0" w:space="0" w:color="000000"/>
                <w:right w:val="none" w:sz="0" w:space="0" w:color="000000"/>
              </w:pBd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0.0017</w:t>
            </w:r>
          </w:p>
        </w:tc>
        <w:tc>
          <w:tcPr>
            <w:tcW w:w="1592"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3F423667" w14:textId="77777777" w:rsidR="00AB579D" w:rsidRPr="001A2E38" w:rsidRDefault="00AB579D" w:rsidP="00AB579D">
            <w:pPr>
              <w:pBdr>
                <w:top w:val="none" w:sz="0" w:space="0" w:color="000000"/>
                <w:left w:val="none" w:sz="0" w:space="0" w:color="000000"/>
                <w:bottom w:val="none" w:sz="0" w:space="0" w:color="000000"/>
                <w:right w:val="none" w:sz="0" w:space="0" w:color="000000"/>
              </w:pBd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0.0012-0.0024</w:t>
            </w:r>
          </w:p>
        </w:tc>
        <w:tc>
          <w:tcPr>
            <w:tcW w:w="1013"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6A2DD785" w14:textId="77777777" w:rsidR="00AB579D" w:rsidRPr="001A2E38" w:rsidRDefault="00AB579D" w:rsidP="00AB579D">
            <w:pPr>
              <w:pBdr>
                <w:top w:val="none" w:sz="0" w:space="0" w:color="000000"/>
                <w:left w:val="none" w:sz="0" w:space="0" w:color="000000"/>
                <w:bottom w:val="none" w:sz="0" w:space="0" w:color="000000"/>
                <w:right w:val="none" w:sz="0" w:space="0" w:color="000000"/>
              </w:pBd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&lt;0.001</w:t>
            </w:r>
          </w:p>
        </w:tc>
      </w:tr>
      <w:tr w:rsidR="00AB579D" w:rsidRPr="001A2E38" w14:paraId="6CA293C9" w14:textId="77777777" w:rsidTr="00E64D86">
        <w:trPr>
          <w:trHeight w:hRule="exact" w:val="340"/>
          <w:jc w:val="center"/>
        </w:trPr>
        <w:tc>
          <w:tcPr>
            <w:tcW w:w="3978"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7615FCA7" w14:textId="77777777" w:rsidR="00AB579D" w:rsidRPr="001A2E38" w:rsidRDefault="00AB579D" w:rsidP="00AB579D">
            <w:pPr>
              <w:pBdr>
                <w:top w:val="none" w:sz="0" w:space="0" w:color="000000"/>
                <w:left w:val="none" w:sz="0" w:space="0" w:color="000000"/>
                <w:bottom w:val="none" w:sz="0" w:space="0" w:color="000000"/>
                <w:right w:val="none" w:sz="0" w:space="0" w:color="000000"/>
              </w:pBdr>
              <w:rPr>
                <w:rFonts w:ascii="Times New Roman" w:eastAsia="Arial" w:hAnsi="Times New Roman" w:cs="Times New Roman"/>
                <w:b/>
                <w:color w:val="000000"/>
                <w:sz w:val="20"/>
                <w:szCs w:val="20"/>
              </w:rPr>
            </w:pPr>
            <w:r w:rsidRPr="001A2E38">
              <w:rPr>
                <w:rFonts w:ascii="Times New Roman" w:eastAsia="Arial" w:hAnsi="Times New Roman" w:cs="Times New Roman"/>
                <w:b/>
                <w:color w:val="000000"/>
                <w:sz w:val="20"/>
                <w:szCs w:val="20"/>
              </w:rPr>
              <w:t>Conventional model + ABSI</w:t>
            </w:r>
          </w:p>
        </w:tc>
        <w:tc>
          <w:tcPr>
            <w:tcW w:w="1085"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448A8562" w14:textId="77777777" w:rsidR="00AB579D" w:rsidRPr="001A2E38" w:rsidRDefault="00AB579D" w:rsidP="00AB579D">
            <w:pPr>
              <w:pBdr>
                <w:top w:val="none" w:sz="0" w:space="0" w:color="000000"/>
                <w:left w:val="none" w:sz="0" w:space="0" w:color="000000"/>
                <w:bottom w:val="none" w:sz="0" w:space="0" w:color="000000"/>
                <w:right w:val="none" w:sz="0" w:space="0" w:color="000000"/>
              </w:pBd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0.711</w:t>
            </w:r>
          </w:p>
        </w:tc>
        <w:tc>
          <w:tcPr>
            <w:tcW w:w="1592"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112BDE0A" w14:textId="77777777" w:rsidR="00AB579D" w:rsidRPr="001A2E38" w:rsidRDefault="00AB579D" w:rsidP="00AB579D">
            <w:pPr>
              <w:pBdr>
                <w:top w:val="none" w:sz="0" w:space="0" w:color="000000"/>
                <w:left w:val="none" w:sz="0" w:space="0" w:color="000000"/>
                <w:bottom w:val="none" w:sz="0" w:space="0" w:color="000000"/>
                <w:right w:val="none" w:sz="0" w:space="0" w:color="000000"/>
              </w:pBd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0.704-0.718</w:t>
            </w:r>
          </w:p>
        </w:tc>
        <w:tc>
          <w:tcPr>
            <w:tcW w:w="1013"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5AF1EC83" w14:textId="77777777" w:rsidR="00AB579D" w:rsidRPr="001A2E38" w:rsidRDefault="00AB579D" w:rsidP="00AB579D">
            <w:pPr>
              <w:pBdr>
                <w:top w:val="none" w:sz="0" w:space="0" w:color="000000"/>
                <w:left w:val="none" w:sz="0" w:space="0" w:color="000000"/>
                <w:bottom w:val="none" w:sz="0" w:space="0" w:color="000000"/>
                <w:right w:val="none" w:sz="0" w:space="0" w:color="000000"/>
              </w:pBd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0.020</w:t>
            </w:r>
          </w:p>
        </w:tc>
        <w:tc>
          <w:tcPr>
            <w:tcW w:w="1085"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0E0B575A" w14:textId="77777777" w:rsidR="00AB579D" w:rsidRPr="001A2E38" w:rsidRDefault="00AB579D" w:rsidP="00AB579D">
            <w:pPr>
              <w:pBdr>
                <w:top w:val="none" w:sz="0" w:space="0" w:color="000000"/>
                <w:left w:val="none" w:sz="0" w:space="0" w:color="000000"/>
                <w:bottom w:val="none" w:sz="0" w:space="0" w:color="000000"/>
                <w:right w:val="none" w:sz="0" w:space="0" w:color="000000"/>
              </w:pBd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0.072</w:t>
            </w:r>
          </w:p>
        </w:tc>
        <w:tc>
          <w:tcPr>
            <w:tcW w:w="1592"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6422D18A" w14:textId="77777777" w:rsidR="00AB579D" w:rsidRPr="001A2E38" w:rsidRDefault="00AB579D" w:rsidP="00AB579D">
            <w:pPr>
              <w:pBdr>
                <w:top w:val="none" w:sz="0" w:space="0" w:color="000000"/>
                <w:left w:val="none" w:sz="0" w:space="0" w:color="000000"/>
                <w:bottom w:val="none" w:sz="0" w:space="0" w:color="000000"/>
                <w:right w:val="none" w:sz="0" w:space="0" w:color="000000"/>
              </w:pBd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0.032-0.107</w:t>
            </w:r>
          </w:p>
        </w:tc>
        <w:tc>
          <w:tcPr>
            <w:tcW w:w="1013"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26CD7DAA" w14:textId="77777777" w:rsidR="00AB579D" w:rsidRPr="001A2E38" w:rsidRDefault="00AB579D" w:rsidP="00AB579D">
            <w:pPr>
              <w:pBdr>
                <w:top w:val="none" w:sz="0" w:space="0" w:color="000000"/>
                <w:left w:val="none" w:sz="0" w:space="0" w:color="000000"/>
                <w:bottom w:val="none" w:sz="0" w:space="0" w:color="000000"/>
                <w:right w:val="none" w:sz="0" w:space="0" w:color="000000"/>
              </w:pBd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&lt;0.001</w:t>
            </w:r>
          </w:p>
        </w:tc>
        <w:tc>
          <w:tcPr>
            <w:tcW w:w="1085"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345AB721" w14:textId="77777777" w:rsidR="00AB579D" w:rsidRPr="001A2E38" w:rsidRDefault="00AB579D" w:rsidP="00AB579D">
            <w:pPr>
              <w:pBdr>
                <w:top w:val="none" w:sz="0" w:space="0" w:color="000000"/>
                <w:left w:val="none" w:sz="0" w:space="0" w:color="000000"/>
                <w:bottom w:val="none" w:sz="0" w:space="0" w:color="000000"/>
                <w:right w:val="none" w:sz="0" w:space="0" w:color="000000"/>
              </w:pBd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0.0002</w:t>
            </w:r>
          </w:p>
        </w:tc>
        <w:tc>
          <w:tcPr>
            <w:tcW w:w="1592"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173034B3" w14:textId="77777777" w:rsidR="00AB579D" w:rsidRPr="001A2E38" w:rsidRDefault="00AB579D" w:rsidP="00AB579D">
            <w:pPr>
              <w:pBdr>
                <w:top w:val="none" w:sz="0" w:space="0" w:color="000000"/>
                <w:left w:val="none" w:sz="0" w:space="0" w:color="000000"/>
                <w:bottom w:val="none" w:sz="0" w:space="0" w:color="000000"/>
                <w:right w:val="none" w:sz="0" w:space="0" w:color="000000"/>
              </w:pBd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0.0001-0.0003</w:t>
            </w:r>
          </w:p>
        </w:tc>
        <w:tc>
          <w:tcPr>
            <w:tcW w:w="1013"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2F6263FC" w14:textId="77777777" w:rsidR="00AB579D" w:rsidRPr="001A2E38" w:rsidRDefault="00AB579D" w:rsidP="00AB579D">
            <w:pPr>
              <w:pBdr>
                <w:top w:val="none" w:sz="0" w:space="0" w:color="000000"/>
                <w:left w:val="none" w:sz="0" w:space="0" w:color="000000"/>
                <w:bottom w:val="none" w:sz="0" w:space="0" w:color="000000"/>
                <w:right w:val="none" w:sz="0" w:space="0" w:color="000000"/>
              </w:pBd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&lt;0.001</w:t>
            </w:r>
          </w:p>
        </w:tc>
      </w:tr>
      <w:tr w:rsidR="00AB579D" w:rsidRPr="001A2E38" w14:paraId="1A587D26" w14:textId="77777777" w:rsidTr="00E64D86">
        <w:trPr>
          <w:trHeight w:hRule="exact" w:val="340"/>
          <w:jc w:val="center"/>
        </w:trPr>
        <w:tc>
          <w:tcPr>
            <w:tcW w:w="3978"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340C6CAC" w14:textId="77777777" w:rsidR="00AB579D" w:rsidRPr="001A2E38" w:rsidRDefault="00AB579D" w:rsidP="00AB579D">
            <w:pPr>
              <w:pBdr>
                <w:top w:val="none" w:sz="0" w:space="0" w:color="000000"/>
                <w:left w:val="none" w:sz="0" w:space="0" w:color="000000"/>
                <w:bottom w:val="none" w:sz="0" w:space="0" w:color="000000"/>
                <w:right w:val="none" w:sz="0" w:space="0" w:color="000000"/>
              </w:pBdr>
              <w:rPr>
                <w:rFonts w:ascii="Times New Roman" w:eastAsia="Arial" w:hAnsi="Times New Roman" w:cs="Times New Roman"/>
                <w:b/>
                <w:color w:val="000000"/>
                <w:sz w:val="20"/>
                <w:szCs w:val="20"/>
              </w:rPr>
            </w:pPr>
            <w:r w:rsidRPr="001A2E38">
              <w:rPr>
                <w:rFonts w:ascii="Times New Roman" w:eastAsia="Arial" w:hAnsi="Times New Roman" w:cs="Times New Roman"/>
                <w:b/>
                <w:color w:val="000000"/>
                <w:sz w:val="20"/>
                <w:szCs w:val="20"/>
              </w:rPr>
              <w:t>Conventional model + VAI</w:t>
            </w:r>
          </w:p>
        </w:tc>
        <w:tc>
          <w:tcPr>
            <w:tcW w:w="1085"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5BB1D6A1" w14:textId="77777777" w:rsidR="00AB579D" w:rsidRPr="001A2E38" w:rsidRDefault="00AB579D" w:rsidP="00AB579D">
            <w:pPr>
              <w:pBdr>
                <w:top w:val="none" w:sz="0" w:space="0" w:color="000000"/>
                <w:left w:val="none" w:sz="0" w:space="0" w:color="000000"/>
                <w:bottom w:val="none" w:sz="0" w:space="0" w:color="000000"/>
                <w:right w:val="none" w:sz="0" w:space="0" w:color="000000"/>
              </w:pBd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0.716</w:t>
            </w:r>
          </w:p>
        </w:tc>
        <w:tc>
          <w:tcPr>
            <w:tcW w:w="1592"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5083B7A7" w14:textId="77777777" w:rsidR="00AB579D" w:rsidRPr="001A2E38" w:rsidRDefault="00AB579D" w:rsidP="00AB579D">
            <w:pPr>
              <w:pBdr>
                <w:top w:val="none" w:sz="0" w:space="0" w:color="000000"/>
                <w:left w:val="none" w:sz="0" w:space="0" w:color="000000"/>
                <w:bottom w:val="none" w:sz="0" w:space="0" w:color="000000"/>
                <w:right w:val="none" w:sz="0" w:space="0" w:color="000000"/>
              </w:pBd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0.709-0.724</w:t>
            </w:r>
          </w:p>
        </w:tc>
        <w:tc>
          <w:tcPr>
            <w:tcW w:w="1013"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68296159" w14:textId="77777777" w:rsidR="00AB579D" w:rsidRPr="001A2E38" w:rsidRDefault="00AB579D" w:rsidP="00AB579D">
            <w:pPr>
              <w:pBdr>
                <w:top w:val="none" w:sz="0" w:space="0" w:color="000000"/>
                <w:left w:val="none" w:sz="0" w:space="0" w:color="000000"/>
                <w:bottom w:val="none" w:sz="0" w:space="0" w:color="000000"/>
                <w:right w:val="none" w:sz="0" w:space="0" w:color="000000"/>
              </w:pBd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&lt;0.001</w:t>
            </w:r>
          </w:p>
        </w:tc>
        <w:tc>
          <w:tcPr>
            <w:tcW w:w="1085"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168891D0" w14:textId="77777777" w:rsidR="00AB579D" w:rsidRPr="001A2E38" w:rsidRDefault="00AB579D" w:rsidP="00AB579D">
            <w:pPr>
              <w:pBdr>
                <w:top w:val="none" w:sz="0" w:space="0" w:color="000000"/>
                <w:left w:val="none" w:sz="0" w:space="0" w:color="000000"/>
                <w:bottom w:val="none" w:sz="0" w:space="0" w:color="000000"/>
                <w:right w:val="none" w:sz="0" w:space="0" w:color="000000"/>
              </w:pBd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0.109</w:t>
            </w:r>
          </w:p>
        </w:tc>
        <w:tc>
          <w:tcPr>
            <w:tcW w:w="1592"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104EA36B" w14:textId="77777777" w:rsidR="00AB579D" w:rsidRPr="001A2E38" w:rsidRDefault="00AB579D" w:rsidP="00AB579D">
            <w:pPr>
              <w:pBdr>
                <w:top w:val="none" w:sz="0" w:space="0" w:color="000000"/>
                <w:left w:val="none" w:sz="0" w:space="0" w:color="000000"/>
                <w:bottom w:val="none" w:sz="0" w:space="0" w:color="000000"/>
                <w:right w:val="none" w:sz="0" w:space="0" w:color="000000"/>
              </w:pBd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0.069-0.146</w:t>
            </w:r>
          </w:p>
        </w:tc>
        <w:tc>
          <w:tcPr>
            <w:tcW w:w="1013"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33E004F5" w14:textId="77777777" w:rsidR="00AB579D" w:rsidRPr="001A2E38" w:rsidRDefault="00AB579D" w:rsidP="00AB579D">
            <w:pPr>
              <w:pBdr>
                <w:top w:val="none" w:sz="0" w:space="0" w:color="000000"/>
                <w:left w:val="none" w:sz="0" w:space="0" w:color="000000"/>
                <w:bottom w:val="none" w:sz="0" w:space="0" w:color="000000"/>
                <w:right w:val="none" w:sz="0" w:space="0" w:color="000000"/>
              </w:pBd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&lt;0.001</w:t>
            </w:r>
          </w:p>
        </w:tc>
        <w:tc>
          <w:tcPr>
            <w:tcW w:w="1085"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342AF09D" w14:textId="77777777" w:rsidR="00AB579D" w:rsidRPr="001A2E38" w:rsidRDefault="00AB579D" w:rsidP="00AB579D">
            <w:pPr>
              <w:pBdr>
                <w:top w:val="none" w:sz="0" w:space="0" w:color="000000"/>
                <w:left w:val="none" w:sz="0" w:space="0" w:color="000000"/>
                <w:bottom w:val="none" w:sz="0" w:space="0" w:color="000000"/>
                <w:right w:val="none" w:sz="0" w:space="0" w:color="000000"/>
              </w:pBd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0.0012</w:t>
            </w:r>
          </w:p>
        </w:tc>
        <w:tc>
          <w:tcPr>
            <w:tcW w:w="1592"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6E5D870E" w14:textId="77777777" w:rsidR="00AB579D" w:rsidRPr="001A2E38" w:rsidRDefault="00AB579D" w:rsidP="00AB579D">
            <w:pPr>
              <w:pBdr>
                <w:top w:val="none" w:sz="0" w:space="0" w:color="000000"/>
                <w:left w:val="none" w:sz="0" w:space="0" w:color="000000"/>
                <w:bottom w:val="none" w:sz="0" w:space="0" w:color="000000"/>
                <w:right w:val="none" w:sz="0" w:space="0" w:color="000000"/>
              </w:pBd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0.0005-0.0027</w:t>
            </w:r>
          </w:p>
        </w:tc>
        <w:tc>
          <w:tcPr>
            <w:tcW w:w="1013"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151323FE" w14:textId="77777777" w:rsidR="00AB579D" w:rsidRPr="001A2E38" w:rsidRDefault="00AB579D" w:rsidP="00AB579D">
            <w:pPr>
              <w:pBdr>
                <w:top w:val="none" w:sz="0" w:space="0" w:color="000000"/>
                <w:left w:val="none" w:sz="0" w:space="0" w:color="000000"/>
                <w:bottom w:val="none" w:sz="0" w:space="0" w:color="000000"/>
                <w:right w:val="none" w:sz="0" w:space="0" w:color="000000"/>
              </w:pBd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&lt;0.001</w:t>
            </w:r>
          </w:p>
        </w:tc>
      </w:tr>
      <w:tr w:rsidR="00AB579D" w:rsidRPr="001A2E38" w14:paraId="5387D29F" w14:textId="77777777" w:rsidTr="00E64D86">
        <w:trPr>
          <w:trHeight w:hRule="exact" w:val="340"/>
          <w:jc w:val="center"/>
        </w:trPr>
        <w:tc>
          <w:tcPr>
            <w:tcW w:w="3978"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4FC5E548" w14:textId="77777777" w:rsidR="00AB579D" w:rsidRPr="001A2E38" w:rsidRDefault="00AB579D" w:rsidP="00AB579D">
            <w:pPr>
              <w:pBdr>
                <w:top w:val="none" w:sz="0" w:space="0" w:color="000000"/>
                <w:left w:val="none" w:sz="0" w:space="0" w:color="000000"/>
                <w:bottom w:val="none" w:sz="0" w:space="0" w:color="000000"/>
                <w:right w:val="none" w:sz="0" w:space="0" w:color="000000"/>
              </w:pBdr>
              <w:rPr>
                <w:rFonts w:ascii="Times New Roman" w:eastAsia="Arial" w:hAnsi="Times New Roman" w:cs="Times New Roman"/>
                <w:b/>
                <w:color w:val="000000"/>
                <w:sz w:val="20"/>
                <w:szCs w:val="20"/>
              </w:rPr>
            </w:pPr>
            <w:r w:rsidRPr="001A2E38">
              <w:rPr>
                <w:rFonts w:ascii="Times New Roman" w:eastAsia="Arial" w:hAnsi="Times New Roman" w:cs="Times New Roman"/>
                <w:b/>
                <w:color w:val="000000"/>
                <w:sz w:val="20"/>
                <w:szCs w:val="20"/>
              </w:rPr>
              <w:t>Conventional model + WWI</w:t>
            </w:r>
          </w:p>
        </w:tc>
        <w:tc>
          <w:tcPr>
            <w:tcW w:w="1085"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75F9EA1F" w14:textId="77777777" w:rsidR="00AB579D" w:rsidRPr="001A2E38" w:rsidRDefault="00AB579D" w:rsidP="00AB579D">
            <w:pPr>
              <w:pBdr>
                <w:top w:val="none" w:sz="0" w:space="0" w:color="000000"/>
                <w:left w:val="none" w:sz="0" w:space="0" w:color="000000"/>
                <w:bottom w:val="none" w:sz="0" w:space="0" w:color="000000"/>
                <w:right w:val="none" w:sz="0" w:space="0" w:color="000000"/>
              </w:pBd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0.720</w:t>
            </w:r>
          </w:p>
        </w:tc>
        <w:tc>
          <w:tcPr>
            <w:tcW w:w="1592"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0F97A7D8" w14:textId="77777777" w:rsidR="00AB579D" w:rsidRPr="001A2E38" w:rsidRDefault="00AB579D" w:rsidP="00AB579D">
            <w:pPr>
              <w:pBdr>
                <w:top w:val="none" w:sz="0" w:space="0" w:color="000000"/>
                <w:left w:val="none" w:sz="0" w:space="0" w:color="000000"/>
                <w:bottom w:val="none" w:sz="0" w:space="0" w:color="000000"/>
                <w:right w:val="none" w:sz="0" w:space="0" w:color="000000"/>
              </w:pBd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0.713-0.728</w:t>
            </w:r>
          </w:p>
        </w:tc>
        <w:tc>
          <w:tcPr>
            <w:tcW w:w="1013"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480EB141" w14:textId="77777777" w:rsidR="00AB579D" w:rsidRPr="001A2E38" w:rsidRDefault="00AB579D" w:rsidP="00AB579D">
            <w:pPr>
              <w:pBdr>
                <w:top w:val="none" w:sz="0" w:space="0" w:color="000000"/>
                <w:left w:val="none" w:sz="0" w:space="0" w:color="000000"/>
                <w:bottom w:val="none" w:sz="0" w:space="0" w:color="000000"/>
                <w:right w:val="none" w:sz="0" w:space="0" w:color="000000"/>
              </w:pBd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&lt;0.001</w:t>
            </w:r>
          </w:p>
        </w:tc>
        <w:tc>
          <w:tcPr>
            <w:tcW w:w="1085"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76B2F5C2" w14:textId="77777777" w:rsidR="00AB579D" w:rsidRPr="001A2E38" w:rsidRDefault="00AB579D" w:rsidP="00AB579D">
            <w:pPr>
              <w:pBdr>
                <w:top w:val="none" w:sz="0" w:space="0" w:color="000000"/>
                <w:left w:val="none" w:sz="0" w:space="0" w:color="000000"/>
                <w:bottom w:val="none" w:sz="0" w:space="0" w:color="000000"/>
                <w:right w:val="none" w:sz="0" w:space="0" w:color="000000"/>
              </w:pBd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0.156</w:t>
            </w:r>
          </w:p>
        </w:tc>
        <w:tc>
          <w:tcPr>
            <w:tcW w:w="1592"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4A8B09F0" w14:textId="77777777" w:rsidR="00AB579D" w:rsidRPr="001A2E38" w:rsidRDefault="00AB579D" w:rsidP="00AB579D">
            <w:pPr>
              <w:pBdr>
                <w:top w:val="none" w:sz="0" w:space="0" w:color="000000"/>
                <w:left w:val="none" w:sz="0" w:space="0" w:color="000000"/>
                <w:bottom w:val="none" w:sz="0" w:space="0" w:color="000000"/>
                <w:right w:val="none" w:sz="0" w:space="0" w:color="000000"/>
              </w:pBd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0.119-0.187</w:t>
            </w:r>
          </w:p>
        </w:tc>
        <w:tc>
          <w:tcPr>
            <w:tcW w:w="1013"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53091CC5" w14:textId="77777777" w:rsidR="00AB579D" w:rsidRPr="001A2E38" w:rsidRDefault="00AB579D" w:rsidP="00AB579D">
            <w:pPr>
              <w:pBdr>
                <w:top w:val="none" w:sz="0" w:space="0" w:color="000000"/>
                <w:left w:val="none" w:sz="0" w:space="0" w:color="000000"/>
                <w:bottom w:val="none" w:sz="0" w:space="0" w:color="000000"/>
                <w:right w:val="none" w:sz="0" w:space="0" w:color="000000"/>
              </w:pBd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&lt;0.001</w:t>
            </w:r>
          </w:p>
        </w:tc>
        <w:tc>
          <w:tcPr>
            <w:tcW w:w="1085"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1FA19094" w14:textId="77777777" w:rsidR="00AB579D" w:rsidRPr="001A2E38" w:rsidRDefault="00AB579D" w:rsidP="00AB579D">
            <w:pPr>
              <w:pBdr>
                <w:top w:val="none" w:sz="0" w:space="0" w:color="000000"/>
                <w:left w:val="none" w:sz="0" w:space="0" w:color="000000"/>
                <w:bottom w:val="none" w:sz="0" w:space="0" w:color="000000"/>
                <w:right w:val="none" w:sz="0" w:space="0" w:color="000000"/>
              </w:pBd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0.0008</w:t>
            </w:r>
          </w:p>
        </w:tc>
        <w:tc>
          <w:tcPr>
            <w:tcW w:w="1592"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14343D88" w14:textId="77777777" w:rsidR="00AB579D" w:rsidRPr="001A2E38" w:rsidRDefault="00AB579D" w:rsidP="00AB579D">
            <w:pPr>
              <w:pBdr>
                <w:top w:val="none" w:sz="0" w:space="0" w:color="000000"/>
                <w:left w:val="none" w:sz="0" w:space="0" w:color="000000"/>
                <w:bottom w:val="none" w:sz="0" w:space="0" w:color="000000"/>
                <w:right w:val="none" w:sz="0" w:space="0" w:color="000000"/>
              </w:pBd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0.0006-0.0012</w:t>
            </w:r>
          </w:p>
        </w:tc>
        <w:tc>
          <w:tcPr>
            <w:tcW w:w="1013"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332953FD" w14:textId="77777777" w:rsidR="00AB579D" w:rsidRPr="001A2E38" w:rsidRDefault="00AB579D" w:rsidP="00AB579D">
            <w:pPr>
              <w:pBdr>
                <w:top w:val="none" w:sz="0" w:space="0" w:color="000000"/>
                <w:left w:val="none" w:sz="0" w:space="0" w:color="000000"/>
                <w:bottom w:val="none" w:sz="0" w:space="0" w:color="000000"/>
                <w:right w:val="none" w:sz="0" w:space="0" w:color="000000"/>
              </w:pBd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&lt;0.001</w:t>
            </w:r>
          </w:p>
        </w:tc>
      </w:tr>
      <w:tr w:rsidR="00030775" w:rsidRPr="001A2E38" w14:paraId="25E632D0" w14:textId="77777777" w:rsidTr="004A6E2F">
        <w:trPr>
          <w:trHeight w:hRule="exact" w:val="340"/>
          <w:jc w:val="center"/>
        </w:trPr>
        <w:tc>
          <w:tcPr>
            <w:tcW w:w="3978"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1CA80311" w14:textId="77777777" w:rsidR="00030775" w:rsidRPr="001A2E38" w:rsidRDefault="00030775" w:rsidP="00030775">
            <w:pPr>
              <w:pBdr>
                <w:top w:val="none" w:sz="0" w:space="0" w:color="000000"/>
                <w:left w:val="none" w:sz="0" w:space="0" w:color="000000"/>
                <w:bottom w:val="none" w:sz="0" w:space="0" w:color="000000"/>
                <w:right w:val="none" w:sz="0" w:space="0" w:color="000000"/>
              </w:pBdr>
              <w:rPr>
                <w:rFonts w:ascii="Times New Roman" w:eastAsia="Arial" w:hAnsi="Times New Roman" w:cs="Times New Roman"/>
                <w:b/>
                <w:color w:val="000000"/>
                <w:sz w:val="20"/>
                <w:szCs w:val="20"/>
              </w:rPr>
            </w:pPr>
            <w:r w:rsidRPr="001A2E38">
              <w:rPr>
                <w:rFonts w:ascii="Times New Roman" w:eastAsia="Arial" w:hAnsi="Times New Roman" w:cs="Times New Roman"/>
                <w:b/>
                <w:color w:val="000000"/>
                <w:sz w:val="20"/>
                <w:szCs w:val="20"/>
              </w:rPr>
              <w:t>Conventional model + CHG</w:t>
            </w:r>
          </w:p>
        </w:tc>
        <w:tc>
          <w:tcPr>
            <w:tcW w:w="1085"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tcPr>
          <w:p w14:paraId="748A6CD4" w14:textId="3B951D9F" w:rsidR="00030775" w:rsidRPr="001A2E38" w:rsidRDefault="00030775" w:rsidP="00030775">
            <w:pPr>
              <w:pBdr>
                <w:top w:val="none" w:sz="0" w:space="0" w:color="000000"/>
                <w:left w:val="none" w:sz="0" w:space="0" w:color="000000"/>
                <w:bottom w:val="none" w:sz="0" w:space="0" w:color="000000"/>
                <w:right w:val="none" w:sz="0" w:space="0" w:color="000000"/>
              </w:pBd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0.734</w:t>
            </w:r>
          </w:p>
        </w:tc>
        <w:tc>
          <w:tcPr>
            <w:tcW w:w="1592"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tcPr>
          <w:p w14:paraId="7D7DF00E" w14:textId="688DBB8A" w:rsidR="00030775" w:rsidRPr="001A2E38" w:rsidRDefault="00030775" w:rsidP="00030775">
            <w:pPr>
              <w:pBdr>
                <w:top w:val="none" w:sz="0" w:space="0" w:color="000000"/>
                <w:left w:val="none" w:sz="0" w:space="0" w:color="000000"/>
                <w:bottom w:val="none" w:sz="0" w:space="0" w:color="000000"/>
                <w:right w:val="none" w:sz="0" w:space="0" w:color="000000"/>
              </w:pBd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0.726-0.741</w:t>
            </w:r>
          </w:p>
        </w:tc>
        <w:tc>
          <w:tcPr>
            <w:tcW w:w="1013"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tcPr>
          <w:p w14:paraId="636F50C7" w14:textId="34B4A719" w:rsidR="00030775" w:rsidRPr="001A2E38" w:rsidRDefault="00030775" w:rsidP="00030775">
            <w:pPr>
              <w:pBdr>
                <w:top w:val="none" w:sz="0" w:space="0" w:color="000000"/>
                <w:left w:val="none" w:sz="0" w:space="0" w:color="000000"/>
                <w:bottom w:val="none" w:sz="0" w:space="0" w:color="000000"/>
                <w:right w:val="none" w:sz="0" w:space="0" w:color="000000"/>
              </w:pBd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&lt;0.001</w:t>
            </w:r>
          </w:p>
        </w:tc>
        <w:tc>
          <w:tcPr>
            <w:tcW w:w="1085"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tcPr>
          <w:p w14:paraId="407AE0B3" w14:textId="3EB33FE2" w:rsidR="00030775" w:rsidRPr="001A2E38" w:rsidRDefault="00030775" w:rsidP="00030775">
            <w:pPr>
              <w:pBdr>
                <w:top w:val="none" w:sz="0" w:space="0" w:color="000000"/>
                <w:left w:val="none" w:sz="0" w:space="0" w:color="000000"/>
                <w:bottom w:val="none" w:sz="0" w:space="0" w:color="000000"/>
                <w:right w:val="none" w:sz="0" w:space="0" w:color="000000"/>
              </w:pBd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0.147</w:t>
            </w:r>
          </w:p>
        </w:tc>
        <w:tc>
          <w:tcPr>
            <w:tcW w:w="1592"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tcPr>
          <w:p w14:paraId="450AF6EA" w14:textId="7C703743" w:rsidR="00030775" w:rsidRPr="001A2E38" w:rsidRDefault="00030775" w:rsidP="00030775">
            <w:pPr>
              <w:pBdr>
                <w:top w:val="none" w:sz="0" w:space="0" w:color="000000"/>
                <w:left w:val="none" w:sz="0" w:space="0" w:color="000000"/>
                <w:bottom w:val="none" w:sz="0" w:space="0" w:color="000000"/>
                <w:right w:val="none" w:sz="0" w:space="0" w:color="000000"/>
              </w:pBd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0.114-0.168</w:t>
            </w:r>
          </w:p>
        </w:tc>
        <w:tc>
          <w:tcPr>
            <w:tcW w:w="1013"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tcPr>
          <w:p w14:paraId="50AF3836" w14:textId="721489DD" w:rsidR="00030775" w:rsidRPr="001A2E38" w:rsidRDefault="00030775" w:rsidP="00030775">
            <w:pPr>
              <w:pBdr>
                <w:top w:val="none" w:sz="0" w:space="0" w:color="000000"/>
                <w:left w:val="none" w:sz="0" w:space="0" w:color="000000"/>
                <w:bottom w:val="none" w:sz="0" w:space="0" w:color="000000"/>
                <w:right w:val="none" w:sz="0" w:space="0" w:color="000000"/>
              </w:pBd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&lt;0.001</w:t>
            </w:r>
          </w:p>
        </w:tc>
        <w:tc>
          <w:tcPr>
            <w:tcW w:w="1085"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tcPr>
          <w:p w14:paraId="6D0C5B36" w14:textId="43881BF4" w:rsidR="00030775" w:rsidRPr="001A2E38" w:rsidRDefault="00030775" w:rsidP="00030775">
            <w:pPr>
              <w:pBdr>
                <w:top w:val="none" w:sz="0" w:space="0" w:color="000000"/>
                <w:left w:val="none" w:sz="0" w:space="0" w:color="000000"/>
                <w:bottom w:val="none" w:sz="0" w:space="0" w:color="000000"/>
                <w:right w:val="none" w:sz="0" w:space="0" w:color="000000"/>
              </w:pBd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0.030</w:t>
            </w:r>
          </w:p>
        </w:tc>
        <w:tc>
          <w:tcPr>
            <w:tcW w:w="1592"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tcPr>
          <w:p w14:paraId="0E142087" w14:textId="783C199F" w:rsidR="00030775" w:rsidRPr="001A2E38" w:rsidRDefault="00030775" w:rsidP="00030775">
            <w:pPr>
              <w:pBdr>
                <w:top w:val="none" w:sz="0" w:space="0" w:color="000000"/>
                <w:left w:val="none" w:sz="0" w:space="0" w:color="000000"/>
                <w:bottom w:val="none" w:sz="0" w:space="0" w:color="000000"/>
                <w:right w:val="none" w:sz="0" w:space="0" w:color="000000"/>
              </w:pBd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0.022-0.037</w:t>
            </w:r>
          </w:p>
        </w:tc>
        <w:tc>
          <w:tcPr>
            <w:tcW w:w="1013"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tcPr>
          <w:p w14:paraId="3530A2E6" w14:textId="58DA1C4F" w:rsidR="00030775" w:rsidRPr="001A2E38" w:rsidRDefault="00030775" w:rsidP="00030775">
            <w:pPr>
              <w:pBdr>
                <w:top w:val="none" w:sz="0" w:space="0" w:color="000000"/>
                <w:left w:val="none" w:sz="0" w:space="0" w:color="000000"/>
                <w:bottom w:val="none" w:sz="0" w:space="0" w:color="000000"/>
                <w:right w:val="none" w:sz="0" w:space="0" w:color="000000"/>
              </w:pBd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&lt;0.001</w:t>
            </w:r>
          </w:p>
        </w:tc>
      </w:tr>
      <w:tr w:rsidR="00030775" w:rsidRPr="001A2E38" w14:paraId="3E9B76CB" w14:textId="77777777" w:rsidTr="004A6E2F">
        <w:trPr>
          <w:trHeight w:hRule="exact" w:val="340"/>
          <w:jc w:val="center"/>
        </w:trPr>
        <w:tc>
          <w:tcPr>
            <w:tcW w:w="3978"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0B382690" w14:textId="77777777" w:rsidR="00030775" w:rsidRPr="001A2E38" w:rsidRDefault="00030775" w:rsidP="00030775">
            <w:pPr>
              <w:pBdr>
                <w:top w:val="none" w:sz="0" w:space="0" w:color="000000"/>
                <w:left w:val="none" w:sz="0" w:space="0" w:color="000000"/>
                <w:bottom w:val="none" w:sz="0" w:space="0" w:color="000000"/>
                <w:right w:val="none" w:sz="0" w:space="0" w:color="000000"/>
              </w:pBdr>
              <w:rPr>
                <w:rFonts w:ascii="Times New Roman" w:eastAsia="Arial" w:hAnsi="Times New Roman" w:cs="Times New Roman"/>
                <w:b/>
                <w:color w:val="000000"/>
                <w:sz w:val="20"/>
                <w:szCs w:val="20"/>
              </w:rPr>
            </w:pPr>
            <w:r w:rsidRPr="001A2E38">
              <w:rPr>
                <w:rFonts w:ascii="Times New Roman" w:eastAsia="Arial" w:hAnsi="Times New Roman" w:cs="Times New Roman"/>
                <w:b/>
                <w:color w:val="000000"/>
                <w:sz w:val="20"/>
                <w:szCs w:val="20"/>
              </w:rPr>
              <w:t>Conventional model + CHG-BMI</w:t>
            </w:r>
          </w:p>
        </w:tc>
        <w:tc>
          <w:tcPr>
            <w:tcW w:w="1085"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tcPr>
          <w:p w14:paraId="042C235B" w14:textId="4EF3DFF6" w:rsidR="00030775" w:rsidRPr="001A2E38" w:rsidRDefault="00030775" w:rsidP="00030775">
            <w:pPr>
              <w:pBdr>
                <w:top w:val="none" w:sz="0" w:space="0" w:color="000000"/>
                <w:left w:val="none" w:sz="0" w:space="0" w:color="000000"/>
                <w:bottom w:val="none" w:sz="0" w:space="0" w:color="000000"/>
                <w:right w:val="none" w:sz="0" w:space="0" w:color="000000"/>
              </w:pBd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0.743</w:t>
            </w:r>
          </w:p>
        </w:tc>
        <w:tc>
          <w:tcPr>
            <w:tcW w:w="1592"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tcPr>
          <w:p w14:paraId="2C5500A6" w14:textId="4AB58F08" w:rsidR="00030775" w:rsidRPr="001A2E38" w:rsidRDefault="00030775" w:rsidP="00030775">
            <w:pPr>
              <w:pBdr>
                <w:top w:val="none" w:sz="0" w:space="0" w:color="000000"/>
                <w:left w:val="none" w:sz="0" w:space="0" w:color="000000"/>
                <w:bottom w:val="none" w:sz="0" w:space="0" w:color="000000"/>
                <w:right w:val="none" w:sz="0" w:space="0" w:color="000000"/>
              </w:pBd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0.736-0.750</w:t>
            </w:r>
          </w:p>
        </w:tc>
        <w:tc>
          <w:tcPr>
            <w:tcW w:w="1013"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tcPr>
          <w:p w14:paraId="5406A8AF" w14:textId="6C22F1EA" w:rsidR="00030775" w:rsidRPr="001A2E38" w:rsidRDefault="00030775" w:rsidP="00030775">
            <w:pPr>
              <w:pBdr>
                <w:top w:val="none" w:sz="0" w:space="0" w:color="000000"/>
                <w:left w:val="none" w:sz="0" w:space="0" w:color="000000"/>
                <w:bottom w:val="none" w:sz="0" w:space="0" w:color="000000"/>
                <w:right w:val="none" w:sz="0" w:space="0" w:color="000000"/>
              </w:pBd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&lt;0.001</w:t>
            </w:r>
          </w:p>
        </w:tc>
        <w:tc>
          <w:tcPr>
            <w:tcW w:w="1085"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tcPr>
          <w:p w14:paraId="1E822D40" w14:textId="1E4B27F0" w:rsidR="00030775" w:rsidRPr="001A2E38" w:rsidRDefault="00030775" w:rsidP="00030775">
            <w:pPr>
              <w:pBdr>
                <w:top w:val="none" w:sz="0" w:space="0" w:color="000000"/>
                <w:left w:val="none" w:sz="0" w:space="0" w:color="000000"/>
                <w:bottom w:val="none" w:sz="0" w:space="0" w:color="000000"/>
                <w:right w:val="none" w:sz="0" w:space="0" w:color="000000"/>
              </w:pBd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0.205</w:t>
            </w:r>
          </w:p>
        </w:tc>
        <w:tc>
          <w:tcPr>
            <w:tcW w:w="1592"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tcPr>
          <w:p w14:paraId="030EA467" w14:textId="16326606" w:rsidR="00030775" w:rsidRPr="001A2E38" w:rsidRDefault="00030775" w:rsidP="00030775">
            <w:pPr>
              <w:pBdr>
                <w:top w:val="none" w:sz="0" w:space="0" w:color="000000"/>
                <w:left w:val="none" w:sz="0" w:space="0" w:color="000000"/>
                <w:bottom w:val="none" w:sz="0" w:space="0" w:color="000000"/>
                <w:right w:val="none" w:sz="0" w:space="0" w:color="000000"/>
              </w:pBd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0.174-0.230</w:t>
            </w:r>
          </w:p>
        </w:tc>
        <w:tc>
          <w:tcPr>
            <w:tcW w:w="1013"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tcPr>
          <w:p w14:paraId="63C5C714" w14:textId="31284425" w:rsidR="00030775" w:rsidRPr="001A2E38" w:rsidRDefault="00030775" w:rsidP="00030775">
            <w:pPr>
              <w:pBdr>
                <w:top w:val="none" w:sz="0" w:space="0" w:color="000000"/>
                <w:left w:val="none" w:sz="0" w:space="0" w:color="000000"/>
                <w:bottom w:val="none" w:sz="0" w:space="0" w:color="000000"/>
                <w:right w:val="none" w:sz="0" w:space="0" w:color="000000"/>
              </w:pBd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&lt;0.001</w:t>
            </w:r>
          </w:p>
        </w:tc>
        <w:tc>
          <w:tcPr>
            <w:tcW w:w="1085"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tcPr>
          <w:p w14:paraId="357324EF" w14:textId="36F53A9A" w:rsidR="00030775" w:rsidRPr="001A2E38" w:rsidRDefault="00030775" w:rsidP="00030775">
            <w:pPr>
              <w:pBdr>
                <w:top w:val="none" w:sz="0" w:space="0" w:color="000000"/>
                <w:left w:val="none" w:sz="0" w:space="0" w:color="000000"/>
                <w:bottom w:val="none" w:sz="0" w:space="0" w:color="000000"/>
                <w:right w:val="none" w:sz="0" w:space="0" w:color="000000"/>
              </w:pBd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0.036</w:t>
            </w:r>
          </w:p>
        </w:tc>
        <w:tc>
          <w:tcPr>
            <w:tcW w:w="1592"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tcPr>
          <w:p w14:paraId="1D5CA710" w14:textId="42F6A862" w:rsidR="00030775" w:rsidRPr="001A2E38" w:rsidRDefault="00030775" w:rsidP="00030775">
            <w:pPr>
              <w:pBdr>
                <w:top w:val="none" w:sz="0" w:space="0" w:color="000000"/>
                <w:left w:val="none" w:sz="0" w:space="0" w:color="000000"/>
                <w:bottom w:val="none" w:sz="0" w:space="0" w:color="000000"/>
                <w:right w:val="none" w:sz="0" w:space="0" w:color="000000"/>
              </w:pBd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0.029-0.045</w:t>
            </w:r>
          </w:p>
        </w:tc>
        <w:tc>
          <w:tcPr>
            <w:tcW w:w="1013"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tcPr>
          <w:p w14:paraId="0681DA2C" w14:textId="11292216" w:rsidR="00030775" w:rsidRPr="001A2E38" w:rsidRDefault="00030775" w:rsidP="00030775">
            <w:pPr>
              <w:pBdr>
                <w:top w:val="none" w:sz="0" w:space="0" w:color="000000"/>
                <w:left w:val="none" w:sz="0" w:space="0" w:color="000000"/>
                <w:bottom w:val="none" w:sz="0" w:space="0" w:color="000000"/>
                <w:right w:val="none" w:sz="0" w:space="0" w:color="000000"/>
              </w:pBd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&lt;0.001</w:t>
            </w:r>
          </w:p>
        </w:tc>
      </w:tr>
      <w:tr w:rsidR="00030775" w:rsidRPr="001A2E38" w14:paraId="1F8EE14A" w14:textId="77777777" w:rsidTr="004A6E2F">
        <w:trPr>
          <w:trHeight w:hRule="exact" w:val="340"/>
          <w:jc w:val="center"/>
        </w:trPr>
        <w:tc>
          <w:tcPr>
            <w:tcW w:w="3978"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6D29150C" w14:textId="77777777" w:rsidR="00030775" w:rsidRPr="001A2E38" w:rsidRDefault="00030775" w:rsidP="00030775">
            <w:pPr>
              <w:pBdr>
                <w:top w:val="none" w:sz="0" w:space="0" w:color="000000"/>
                <w:left w:val="none" w:sz="0" w:space="0" w:color="000000"/>
                <w:bottom w:val="none" w:sz="0" w:space="0" w:color="000000"/>
                <w:right w:val="none" w:sz="0" w:space="0" w:color="000000"/>
              </w:pBdr>
              <w:rPr>
                <w:rFonts w:ascii="Times New Roman" w:eastAsia="Arial" w:hAnsi="Times New Roman" w:cs="Times New Roman"/>
                <w:b/>
                <w:color w:val="000000"/>
                <w:sz w:val="20"/>
                <w:szCs w:val="20"/>
              </w:rPr>
            </w:pPr>
            <w:r w:rsidRPr="001A2E38">
              <w:rPr>
                <w:rFonts w:ascii="Times New Roman" w:eastAsia="Arial" w:hAnsi="Times New Roman" w:cs="Times New Roman"/>
                <w:b/>
                <w:color w:val="000000"/>
                <w:sz w:val="20"/>
                <w:szCs w:val="20"/>
              </w:rPr>
              <w:t>Conventional model + CHG-WC</w:t>
            </w:r>
          </w:p>
        </w:tc>
        <w:tc>
          <w:tcPr>
            <w:tcW w:w="1085"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tcPr>
          <w:p w14:paraId="5C195C40" w14:textId="07058D0F" w:rsidR="00030775" w:rsidRPr="001A2E38" w:rsidRDefault="00030775" w:rsidP="00030775">
            <w:pPr>
              <w:pBdr>
                <w:top w:val="none" w:sz="0" w:space="0" w:color="000000"/>
                <w:left w:val="none" w:sz="0" w:space="0" w:color="000000"/>
                <w:bottom w:val="none" w:sz="0" w:space="0" w:color="000000"/>
                <w:right w:val="none" w:sz="0" w:space="0" w:color="000000"/>
              </w:pBd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0.749</w:t>
            </w:r>
          </w:p>
        </w:tc>
        <w:tc>
          <w:tcPr>
            <w:tcW w:w="1592"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tcPr>
          <w:p w14:paraId="53F4FCDC" w14:textId="79211C32" w:rsidR="00030775" w:rsidRPr="001A2E38" w:rsidRDefault="00030775" w:rsidP="00030775">
            <w:pPr>
              <w:pBdr>
                <w:top w:val="none" w:sz="0" w:space="0" w:color="000000"/>
                <w:left w:val="none" w:sz="0" w:space="0" w:color="000000"/>
                <w:bottom w:val="none" w:sz="0" w:space="0" w:color="000000"/>
                <w:right w:val="none" w:sz="0" w:space="0" w:color="000000"/>
              </w:pBd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0.742-0.756</w:t>
            </w:r>
          </w:p>
        </w:tc>
        <w:tc>
          <w:tcPr>
            <w:tcW w:w="1013"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tcPr>
          <w:p w14:paraId="78955631" w14:textId="6A7EC5D4" w:rsidR="00030775" w:rsidRPr="001A2E38" w:rsidRDefault="00030775" w:rsidP="00030775">
            <w:pPr>
              <w:pBdr>
                <w:top w:val="none" w:sz="0" w:space="0" w:color="000000"/>
                <w:left w:val="none" w:sz="0" w:space="0" w:color="000000"/>
                <w:bottom w:val="none" w:sz="0" w:space="0" w:color="000000"/>
                <w:right w:val="none" w:sz="0" w:space="0" w:color="000000"/>
              </w:pBd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&lt;0.001</w:t>
            </w:r>
          </w:p>
        </w:tc>
        <w:tc>
          <w:tcPr>
            <w:tcW w:w="1085"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tcPr>
          <w:p w14:paraId="14188094" w14:textId="4BF5BD87" w:rsidR="00030775" w:rsidRPr="001A2E38" w:rsidRDefault="00030775" w:rsidP="00030775">
            <w:pPr>
              <w:pBdr>
                <w:top w:val="none" w:sz="0" w:space="0" w:color="000000"/>
                <w:left w:val="none" w:sz="0" w:space="0" w:color="000000"/>
                <w:bottom w:val="none" w:sz="0" w:space="0" w:color="000000"/>
                <w:right w:val="none" w:sz="0" w:space="0" w:color="000000"/>
              </w:pBd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0.224</w:t>
            </w:r>
          </w:p>
        </w:tc>
        <w:tc>
          <w:tcPr>
            <w:tcW w:w="1592"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tcPr>
          <w:p w14:paraId="0B095B1A" w14:textId="755A199A" w:rsidR="00030775" w:rsidRPr="001A2E38" w:rsidRDefault="00030775" w:rsidP="00030775">
            <w:pPr>
              <w:pBdr>
                <w:top w:val="none" w:sz="0" w:space="0" w:color="000000"/>
                <w:left w:val="none" w:sz="0" w:space="0" w:color="000000"/>
                <w:bottom w:val="none" w:sz="0" w:space="0" w:color="000000"/>
                <w:right w:val="none" w:sz="0" w:space="0" w:color="000000"/>
              </w:pBd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0.197-0.241</w:t>
            </w:r>
          </w:p>
        </w:tc>
        <w:tc>
          <w:tcPr>
            <w:tcW w:w="1013"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tcPr>
          <w:p w14:paraId="00F8A3CE" w14:textId="21EB01E2" w:rsidR="00030775" w:rsidRPr="001A2E38" w:rsidRDefault="00030775" w:rsidP="00030775">
            <w:pPr>
              <w:pBdr>
                <w:top w:val="none" w:sz="0" w:space="0" w:color="000000"/>
                <w:left w:val="none" w:sz="0" w:space="0" w:color="000000"/>
                <w:bottom w:val="none" w:sz="0" w:space="0" w:color="000000"/>
                <w:right w:val="none" w:sz="0" w:space="0" w:color="000000"/>
              </w:pBd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&lt;0.001</w:t>
            </w:r>
          </w:p>
        </w:tc>
        <w:tc>
          <w:tcPr>
            <w:tcW w:w="1085"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tcPr>
          <w:p w14:paraId="5DB0C185" w14:textId="47C2B3AF" w:rsidR="00030775" w:rsidRPr="001A2E38" w:rsidRDefault="00030775" w:rsidP="00030775">
            <w:pPr>
              <w:pBdr>
                <w:top w:val="none" w:sz="0" w:space="0" w:color="000000"/>
                <w:left w:val="none" w:sz="0" w:space="0" w:color="000000"/>
                <w:bottom w:val="none" w:sz="0" w:space="0" w:color="000000"/>
                <w:right w:val="none" w:sz="0" w:space="0" w:color="000000"/>
              </w:pBd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0.043</w:t>
            </w:r>
          </w:p>
        </w:tc>
        <w:tc>
          <w:tcPr>
            <w:tcW w:w="1592"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tcPr>
          <w:p w14:paraId="60FCE12F" w14:textId="67DE4969" w:rsidR="00030775" w:rsidRPr="001A2E38" w:rsidRDefault="00030775" w:rsidP="00030775">
            <w:pPr>
              <w:pBdr>
                <w:top w:val="none" w:sz="0" w:space="0" w:color="000000"/>
                <w:left w:val="none" w:sz="0" w:space="0" w:color="000000"/>
                <w:bottom w:val="none" w:sz="0" w:space="0" w:color="000000"/>
                <w:right w:val="none" w:sz="0" w:space="0" w:color="000000"/>
              </w:pBd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0.035-0.050</w:t>
            </w:r>
          </w:p>
        </w:tc>
        <w:tc>
          <w:tcPr>
            <w:tcW w:w="1013"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tcPr>
          <w:p w14:paraId="6057B385" w14:textId="56FEBA9A" w:rsidR="00030775" w:rsidRPr="001A2E38" w:rsidRDefault="00030775" w:rsidP="00030775">
            <w:pPr>
              <w:pBdr>
                <w:top w:val="none" w:sz="0" w:space="0" w:color="000000"/>
                <w:left w:val="none" w:sz="0" w:space="0" w:color="000000"/>
                <w:bottom w:val="none" w:sz="0" w:space="0" w:color="000000"/>
                <w:right w:val="none" w:sz="0" w:space="0" w:color="000000"/>
              </w:pBd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&lt;0.001</w:t>
            </w:r>
          </w:p>
        </w:tc>
      </w:tr>
      <w:tr w:rsidR="00030775" w:rsidRPr="001A2E38" w14:paraId="6D1604CD" w14:textId="77777777" w:rsidTr="004A6E2F">
        <w:trPr>
          <w:trHeight w:hRule="exact" w:val="340"/>
          <w:jc w:val="center"/>
        </w:trPr>
        <w:tc>
          <w:tcPr>
            <w:tcW w:w="3978"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4765A3E8" w14:textId="77777777" w:rsidR="00030775" w:rsidRPr="001A2E38" w:rsidRDefault="00030775" w:rsidP="00030775">
            <w:pPr>
              <w:pBdr>
                <w:top w:val="none" w:sz="0" w:space="0" w:color="000000"/>
                <w:left w:val="none" w:sz="0" w:space="0" w:color="000000"/>
                <w:bottom w:val="none" w:sz="0" w:space="0" w:color="000000"/>
                <w:right w:val="none" w:sz="0" w:space="0" w:color="000000"/>
              </w:pBdr>
              <w:rPr>
                <w:rFonts w:ascii="Times New Roman" w:eastAsia="Arial" w:hAnsi="Times New Roman" w:cs="Times New Roman"/>
                <w:b/>
                <w:color w:val="000000"/>
                <w:sz w:val="20"/>
                <w:szCs w:val="20"/>
              </w:rPr>
            </w:pPr>
            <w:r w:rsidRPr="001A2E38">
              <w:rPr>
                <w:rFonts w:ascii="Times New Roman" w:eastAsia="Arial" w:hAnsi="Times New Roman" w:cs="Times New Roman"/>
                <w:b/>
                <w:color w:val="000000"/>
                <w:sz w:val="20"/>
                <w:szCs w:val="20"/>
              </w:rPr>
              <w:t>Conventional model + CHG-WHtR</w:t>
            </w:r>
          </w:p>
        </w:tc>
        <w:tc>
          <w:tcPr>
            <w:tcW w:w="1085"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tcPr>
          <w:p w14:paraId="214DD4D3" w14:textId="6F4DB879" w:rsidR="00030775" w:rsidRPr="001A2E38" w:rsidRDefault="00030775" w:rsidP="00030775">
            <w:pPr>
              <w:pBdr>
                <w:top w:val="none" w:sz="0" w:space="0" w:color="000000"/>
                <w:left w:val="none" w:sz="0" w:space="0" w:color="000000"/>
                <w:bottom w:val="none" w:sz="0" w:space="0" w:color="000000"/>
                <w:right w:val="none" w:sz="0" w:space="0" w:color="000000"/>
              </w:pBd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0.752</w:t>
            </w:r>
          </w:p>
        </w:tc>
        <w:tc>
          <w:tcPr>
            <w:tcW w:w="1592"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tcPr>
          <w:p w14:paraId="41EA5873" w14:textId="21152B07" w:rsidR="00030775" w:rsidRPr="001A2E38" w:rsidRDefault="00030775" w:rsidP="00030775">
            <w:pPr>
              <w:pBdr>
                <w:top w:val="none" w:sz="0" w:space="0" w:color="000000"/>
                <w:left w:val="none" w:sz="0" w:space="0" w:color="000000"/>
                <w:bottom w:val="none" w:sz="0" w:space="0" w:color="000000"/>
                <w:right w:val="none" w:sz="0" w:space="0" w:color="000000"/>
              </w:pBd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0.745-0.759</w:t>
            </w:r>
          </w:p>
        </w:tc>
        <w:tc>
          <w:tcPr>
            <w:tcW w:w="1013"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tcPr>
          <w:p w14:paraId="56501DA6" w14:textId="2915328D" w:rsidR="00030775" w:rsidRPr="001A2E38" w:rsidRDefault="00030775" w:rsidP="00030775">
            <w:pPr>
              <w:pBdr>
                <w:top w:val="none" w:sz="0" w:space="0" w:color="000000"/>
                <w:left w:val="none" w:sz="0" w:space="0" w:color="000000"/>
                <w:bottom w:val="none" w:sz="0" w:space="0" w:color="000000"/>
                <w:right w:val="none" w:sz="0" w:space="0" w:color="000000"/>
              </w:pBd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&lt;0.001</w:t>
            </w:r>
          </w:p>
        </w:tc>
        <w:tc>
          <w:tcPr>
            <w:tcW w:w="1085"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tcPr>
          <w:p w14:paraId="5A8E5C65" w14:textId="33A2B1BE" w:rsidR="00030775" w:rsidRPr="001A2E38" w:rsidRDefault="00030775" w:rsidP="00030775">
            <w:pPr>
              <w:pBdr>
                <w:top w:val="none" w:sz="0" w:space="0" w:color="000000"/>
                <w:left w:val="none" w:sz="0" w:space="0" w:color="000000"/>
                <w:bottom w:val="none" w:sz="0" w:space="0" w:color="000000"/>
                <w:right w:val="none" w:sz="0" w:space="0" w:color="000000"/>
              </w:pBd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0.210</w:t>
            </w:r>
          </w:p>
        </w:tc>
        <w:tc>
          <w:tcPr>
            <w:tcW w:w="1592"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tcPr>
          <w:p w14:paraId="227B6888" w14:textId="4D7F843B" w:rsidR="00030775" w:rsidRPr="001A2E38" w:rsidRDefault="00030775" w:rsidP="00030775">
            <w:pPr>
              <w:pBdr>
                <w:top w:val="none" w:sz="0" w:space="0" w:color="000000"/>
                <w:left w:val="none" w:sz="0" w:space="0" w:color="000000"/>
                <w:bottom w:val="none" w:sz="0" w:space="0" w:color="000000"/>
                <w:right w:val="none" w:sz="0" w:space="0" w:color="000000"/>
              </w:pBd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0.188-0.231</w:t>
            </w:r>
          </w:p>
        </w:tc>
        <w:tc>
          <w:tcPr>
            <w:tcW w:w="1013"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tcPr>
          <w:p w14:paraId="7365FB13" w14:textId="2355A5AA" w:rsidR="00030775" w:rsidRPr="001A2E38" w:rsidRDefault="00030775" w:rsidP="00030775">
            <w:pPr>
              <w:pBdr>
                <w:top w:val="none" w:sz="0" w:space="0" w:color="000000"/>
                <w:left w:val="none" w:sz="0" w:space="0" w:color="000000"/>
                <w:bottom w:val="none" w:sz="0" w:space="0" w:color="000000"/>
                <w:right w:val="none" w:sz="0" w:space="0" w:color="000000"/>
              </w:pBd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&lt;0.001</w:t>
            </w:r>
          </w:p>
        </w:tc>
        <w:tc>
          <w:tcPr>
            <w:tcW w:w="1085"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tcPr>
          <w:p w14:paraId="2A5E07A8" w14:textId="3A2FAD40" w:rsidR="00030775" w:rsidRPr="001A2E38" w:rsidRDefault="00030775" w:rsidP="00030775">
            <w:pPr>
              <w:pBdr>
                <w:top w:val="none" w:sz="0" w:space="0" w:color="000000"/>
                <w:left w:val="none" w:sz="0" w:space="0" w:color="000000"/>
                <w:bottom w:val="none" w:sz="0" w:space="0" w:color="000000"/>
                <w:right w:val="none" w:sz="0" w:space="0" w:color="000000"/>
              </w:pBd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0.044</w:t>
            </w:r>
          </w:p>
        </w:tc>
        <w:tc>
          <w:tcPr>
            <w:tcW w:w="1592"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tcPr>
          <w:p w14:paraId="74588654" w14:textId="39BB21D5" w:rsidR="00030775" w:rsidRPr="001A2E38" w:rsidRDefault="00030775" w:rsidP="00030775">
            <w:pPr>
              <w:pBdr>
                <w:top w:val="none" w:sz="0" w:space="0" w:color="000000"/>
                <w:left w:val="none" w:sz="0" w:space="0" w:color="000000"/>
                <w:bottom w:val="none" w:sz="0" w:space="0" w:color="000000"/>
                <w:right w:val="none" w:sz="0" w:space="0" w:color="000000"/>
              </w:pBd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0.036-0.051</w:t>
            </w:r>
          </w:p>
        </w:tc>
        <w:tc>
          <w:tcPr>
            <w:tcW w:w="1013"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tcPr>
          <w:p w14:paraId="03263D9B" w14:textId="3A5C4A75" w:rsidR="00030775" w:rsidRPr="001A2E38" w:rsidRDefault="00030775" w:rsidP="00030775">
            <w:pPr>
              <w:pBdr>
                <w:top w:val="none" w:sz="0" w:space="0" w:color="000000"/>
                <w:left w:val="none" w:sz="0" w:space="0" w:color="000000"/>
                <w:bottom w:val="none" w:sz="0" w:space="0" w:color="000000"/>
                <w:right w:val="none" w:sz="0" w:space="0" w:color="000000"/>
              </w:pBd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&lt;0.001</w:t>
            </w:r>
          </w:p>
        </w:tc>
      </w:tr>
      <w:tr w:rsidR="00030775" w:rsidRPr="001A2E38" w14:paraId="64CA98EB" w14:textId="77777777" w:rsidTr="004A6E2F">
        <w:trPr>
          <w:trHeight w:hRule="exact" w:val="340"/>
          <w:jc w:val="center"/>
        </w:trPr>
        <w:tc>
          <w:tcPr>
            <w:tcW w:w="3978"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00C30DBC" w14:textId="77777777" w:rsidR="00030775" w:rsidRPr="001A2E38" w:rsidRDefault="00030775" w:rsidP="00030775">
            <w:pPr>
              <w:pBdr>
                <w:top w:val="none" w:sz="0" w:space="0" w:color="000000"/>
                <w:left w:val="none" w:sz="0" w:space="0" w:color="000000"/>
                <w:bottom w:val="none" w:sz="0" w:space="0" w:color="000000"/>
                <w:right w:val="none" w:sz="0" w:space="0" w:color="000000"/>
              </w:pBdr>
              <w:rPr>
                <w:rFonts w:ascii="Times New Roman" w:eastAsia="Arial" w:hAnsi="Times New Roman" w:cs="Times New Roman"/>
                <w:b/>
                <w:color w:val="000000"/>
                <w:sz w:val="20"/>
                <w:szCs w:val="20"/>
              </w:rPr>
            </w:pPr>
            <w:r w:rsidRPr="001A2E38">
              <w:rPr>
                <w:rFonts w:ascii="Times New Roman" w:eastAsia="Arial" w:hAnsi="Times New Roman" w:cs="Times New Roman"/>
                <w:b/>
                <w:color w:val="000000"/>
                <w:sz w:val="20"/>
                <w:szCs w:val="20"/>
              </w:rPr>
              <w:t>Conventional model + CHG-BRI</w:t>
            </w:r>
          </w:p>
        </w:tc>
        <w:tc>
          <w:tcPr>
            <w:tcW w:w="1085"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tcPr>
          <w:p w14:paraId="55F2A702" w14:textId="1F273F6A" w:rsidR="00030775" w:rsidRPr="001A2E38" w:rsidRDefault="00030775" w:rsidP="00030775">
            <w:pPr>
              <w:pBdr>
                <w:top w:val="none" w:sz="0" w:space="0" w:color="000000"/>
                <w:left w:val="none" w:sz="0" w:space="0" w:color="000000"/>
                <w:bottom w:val="none" w:sz="0" w:space="0" w:color="000000"/>
                <w:right w:val="none" w:sz="0" w:space="0" w:color="000000"/>
              </w:pBd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0.742</w:t>
            </w:r>
          </w:p>
        </w:tc>
        <w:tc>
          <w:tcPr>
            <w:tcW w:w="1592"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tcPr>
          <w:p w14:paraId="58FDDD08" w14:textId="26F72B54" w:rsidR="00030775" w:rsidRPr="001A2E38" w:rsidRDefault="00030775" w:rsidP="00030775">
            <w:pPr>
              <w:pBdr>
                <w:top w:val="none" w:sz="0" w:space="0" w:color="000000"/>
                <w:left w:val="none" w:sz="0" w:space="0" w:color="000000"/>
                <w:bottom w:val="none" w:sz="0" w:space="0" w:color="000000"/>
                <w:right w:val="none" w:sz="0" w:space="0" w:color="000000"/>
              </w:pBd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0.735-0.749</w:t>
            </w:r>
          </w:p>
        </w:tc>
        <w:tc>
          <w:tcPr>
            <w:tcW w:w="1013"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tcPr>
          <w:p w14:paraId="1E155107" w14:textId="5FDC5DD8" w:rsidR="00030775" w:rsidRPr="001A2E38" w:rsidRDefault="00030775" w:rsidP="00030775">
            <w:pPr>
              <w:pBdr>
                <w:top w:val="none" w:sz="0" w:space="0" w:color="000000"/>
                <w:left w:val="none" w:sz="0" w:space="0" w:color="000000"/>
                <w:bottom w:val="none" w:sz="0" w:space="0" w:color="000000"/>
                <w:right w:val="none" w:sz="0" w:space="0" w:color="000000"/>
              </w:pBd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&lt;0.001</w:t>
            </w:r>
          </w:p>
        </w:tc>
        <w:tc>
          <w:tcPr>
            <w:tcW w:w="1085"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tcPr>
          <w:p w14:paraId="32D23A35" w14:textId="0A94ED94" w:rsidR="00030775" w:rsidRPr="001A2E38" w:rsidRDefault="00030775" w:rsidP="00030775">
            <w:pPr>
              <w:pBdr>
                <w:top w:val="none" w:sz="0" w:space="0" w:color="000000"/>
                <w:left w:val="none" w:sz="0" w:space="0" w:color="000000"/>
                <w:bottom w:val="none" w:sz="0" w:space="0" w:color="000000"/>
                <w:right w:val="none" w:sz="0" w:space="0" w:color="000000"/>
              </w:pBd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0.178</w:t>
            </w:r>
          </w:p>
        </w:tc>
        <w:tc>
          <w:tcPr>
            <w:tcW w:w="1592"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tcPr>
          <w:p w14:paraId="460FD3BA" w14:textId="3A569F74" w:rsidR="00030775" w:rsidRPr="001A2E38" w:rsidRDefault="00030775" w:rsidP="00030775">
            <w:pPr>
              <w:pBdr>
                <w:top w:val="none" w:sz="0" w:space="0" w:color="000000"/>
                <w:left w:val="none" w:sz="0" w:space="0" w:color="000000"/>
                <w:bottom w:val="none" w:sz="0" w:space="0" w:color="000000"/>
                <w:right w:val="none" w:sz="0" w:space="0" w:color="000000"/>
              </w:pBd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0.152-0.200</w:t>
            </w:r>
          </w:p>
        </w:tc>
        <w:tc>
          <w:tcPr>
            <w:tcW w:w="1013"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tcPr>
          <w:p w14:paraId="683A638E" w14:textId="52DA45ED" w:rsidR="00030775" w:rsidRPr="001A2E38" w:rsidRDefault="00030775" w:rsidP="00030775">
            <w:pPr>
              <w:pBdr>
                <w:top w:val="none" w:sz="0" w:space="0" w:color="000000"/>
                <w:left w:val="none" w:sz="0" w:space="0" w:color="000000"/>
                <w:bottom w:val="none" w:sz="0" w:space="0" w:color="000000"/>
                <w:right w:val="none" w:sz="0" w:space="0" w:color="000000"/>
              </w:pBd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&lt;0.001</w:t>
            </w:r>
          </w:p>
        </w:tc>
        <w:tc>
          <w:tcPr>
            <w:tcW w:w="1085"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tcPr>
          <w:p w14:paraId="230A2863" w14:textId="57D8F3BC" w:rsidR="00030775" w:rsidRPr="001A2E38" w:rsidRDefault="00030775" w:rsidP="00030775">
            <w:pPr>
              <w:pBdr>
                <w:top w:val="none" w:sz="0" w:space="0" w:color="000000"/>
                <w:left w:val="none" w:sz="0" w:space="0" w:color="000000"/>
                <w:bottom w:val="none" w:sz="0" w:space="0" w:color="000000"/>
                <w:right w:val="none" w:sz="0" w:space="0" w:color="000000"/>
              </w:pBd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0.031</w:t>
            </w:r>
          </w:p>
        </w:tc>
        <w:tc>
          <w:tcPr>
            <w:tcW w:w="1592"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tcPr>
          <w:p w14:paraId="57BC23B9" w14:textId="05EAD7BB" w:rsidR="00030775" w:rsidRPr="001A2E38" w:rsidRDefault="00030775" w:rsidP="00030775">
            <w:pPr>
              <w:pBdr>
                <w:top w:val="none" w:sz="0" w:space="0" w:color="000000"/>
                <w:left w:val="none" w:sz="0" w:space="0" w:color="000000"/>
                <w:bottom w:val="none" w:sz="0" w:space="0" w:color="000000"/>
                <w:right w:val="none" w:sz="0" w:space="0" w:color="000000"/>
              </w:pBd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0.024-0.036</w:t>
            </w:r>
          </w:p>
        </w:tc>
        <w:tc>
          <w:tcPr>
            <w:tcW w:w="1013"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tcPr>
          <w:p w14:paraId="67B34E2A" w14:textId="71FA6325" w:rsidR="00030775" w:rsidRPr="001A2E38" w:rsidRDefault="00030775" w:rsidP="00030775">
            <w:pPr>
              <w:pBdr>
                <w:top w:val="none" w:sz="0" w:space="0" w:color="000000"/>
                <w:left w:val="none" w:sz="0" w:space="0" w:color="000000"/>
                <w:bottom w:val="none" w:sz="0" w:space="0" w:color="000000"/>
                <w:right w:val="none" w:sz="0" w:space="0" w:color="000000"/>
              </w:pBd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&lt;0.001</w:t>
            </w:r>
          </w:p>
        </w:tc>
      </w:tr>
      <w:tr w:rsidR="00030775" w:rsidRPr="001A2E38" w14:paraId="64AAAC9B" w14:textId="77777777" w:rsidTr="004A6E2F">
        <w:trPr>
          <w:trHeight w:hRule="exact" w:val="340"/>
          <w:jc w:val="center"/>
        </w:trPr>
        <w:tc>
          <w:tcPr>
            <w:tcW w:w="3978"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4B594C48" w14:textId="77777777" w:rsidR="00030775" w:rsidRPr="001A2E38" w:rsidRDefault="00030775" w:rsidP="00030775">
            <w:pPr>
              <w:pBdr>
                <w:top w:val="none" w:sz="0" w:space="0" w:color="000000"/>
                <w:left w:val="none" w:sz="0" w:space="0" w:color="000000"/>
                <w:bottom w:val="none" w:sz="0" w:space="0" w:color="000000"/>
                <w:right w:val="none" w:sz="0" w:space="0" w:color="000000"/>
              </w:pBdr>
              <w:rPr>
                <w:rFonts w:ascii="Times New Roman" w:eastAsia="Arial" w:hAnsi="Times New Roman" w:cs="Times New Roman"/>
                <w:b/>
                <w:color w:val="000000"/>
                <w:sz w:val="20"/>
                <w:szCs w:val="20"/>
              </w:rPr>
            </w:pPr>
            <w:r w:rsidRPr="001A2E38">
              <w:rPr>
                <w:rFonts w:ascii="Times New Roman" w:eastAsia="Arial" w:hAnsi="Times New Roman" w:cs="Times New Roman"/>
                <w:b/>
                <w:color w:val="000000"/>
                <w:sz w:val="20"/>
                <w:szCs w:val="20"/>
              </w:rPr>
              <w:t>Conventional model + CHG-ABSI</w:t>
            </w:r>
          </w:p>
        </w:tc>
        <w:tc>
          <w:tcPr>
            <w:tcW w:w="1085"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tcPr>
          <w:p w14:paraId="3BD048FD" w14:textId="63A66E8E" w:rsidR="00030775" w:rsidRPr="001A2E38" w:rsidRDefault="00030775" w:rsidP="00030775">
            <w:pPr>
              <w:pBdr>
                <w:top w:val="none" w:sz="0" w:space="0" w:color="000000"/>
                <w:left w:val="none" w:sz="0" w:space="0" w:color="000000"/>
                <w:bottom w:val="none" w:sz="0" w:space="0" w:color="000000"/>
                <w:right w:val="none" w:sz="0" w:space="0" w:color="000000"/>
              </w:pBd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0.730</w:t>
            </w:r>
          </w:p>
        </w:tc>
        <w:tc>
          <w:tcPr>
            <w:tcW w:w="1592"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tcPr>
          <w:p w14:paraId="408CDBCA" w14:textId="36F51AA4" w:rsidR="00030775" w:rsidRPr="001A2E38" w:rsidRDefault="00030775" w:rsidP="00030775">
            <w:pPr>
              <w:pBdr>
                <w:top w:val="none" w:sz="0" w:space="0" w:color="000000"/>
                <w:left w:val="none" w:sz="0" w:space="0" w:color="000000"/>
                <w:bottom w:val="none" w:sz="0" w:space="0" w:color="000000"/>
                <w:right w:val="none" w:sz="0" w:space="0" w:color="000000"/>
              </w:pBd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0.723-0.737</w:t>
            </w:r>
          </w:p>
        </w:tc>
        <w:tc>
          <w:tcPr>
            <w:tcW w:w="1013"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tcPr>
          <w:p w14:paraId="76D8B1F7" w14:textId="04846BB3" w:rsidR="00030775" w:rsidRPr="001A2E38" w:rsidRDefault="00030775" w:rsidP="00030775">
            <w:pPr>
              <w:pBdr>
                <w:top w:val="none" w:sz="0" w:space="0" w:color="000000"/>
                <w:left w:val="none" w:sz="0" w:space="0" w:color="000000"/>
                <w:bottom w:val="none" w:sz="0" w:space="0" w:color="000000"/>
                <w:right w:val="none" w:sz="0" w:space="0" w:color="000000"/>
              </w:pBd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&lt;0.001</w:t>
            </w:r>
          </w:p>
        </w:tc>
        <w:tc>
          <w:tcPr>
            <w:tcW w:w="1085"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tcPr>
          <w:p w14:paraId="72304BE9" w14:textId="7A3A18D3" w:rsidR="00030775" w:rsidRPr="001A2E38" w:rsidRDefault="00030775" w:rsidP="00030775">
            <w:pPr>
              <w:pBdr>
                <w:top w:val="none" w:sz="0" w:space="0" w:color="000000"/>
                <w:left w:val="none" w:sz="0" w:space="0" w:color="000000"/>
                <w:bottom w:val="none" w:sz="0" w:space="0" w:color="000000"/>
                <w:right w:val="none" w:sz="0" w:space="0" w:color="000000"/>
              </w:pBd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0.141</w:t>
            </w:r>
          </w:p>
        </w:tc>
        <w:tc>
          <w:tcPr>
            <w:tcW w:w="1592"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tcPr>
          <w:p w14:paraId="41DD1B29" w14:textId="5D87DD2A" w:rsidR="00030775" w:rsidRPr="001A2E38" w:rsidRDefault="00030775" w:rsidP="00030775">
            <w:pPr>
              <w:pBdr>
                <w:top w:val="none" w:sz="0" w:space="0" w:color="000000"/>
                <w:left w:val="none" w:sz="0" w:space="0" w:color="000000"/>
                <w:bottom w:val="none" w:sz="0" w:space="0" w:color="000000"/>
                <w:right w:val="none" w:sz="0" w:space="0" w:color="000000"/>
              </w:pBd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0.107-0.165</w:t>
            </w:r>
          </w:p>
        </w:tc>
        <w:tc>
          <w:tcPr>
            <w:tcW w:w="1013"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tcPr>
          <w:p w14:paraId="5A67D4ED" w14:textId="6D8E7641" w:rsidR="00030775" w:rsidRPr="001A2E38" w:rsidRDefault="00030775" w:rsidP="00030775">
            <w:pPr>
              <w:pBdr>
                <w:top w:val="none" w:sz="0" w:space="0" w:color="000000"/>
                <w:left w:val="none" w:sz="0" w:space="0" w:color="000000"/>
                <w:bottom w:val="none" w:sz="0" w:space="0" w:color="000000"/>
                <w:right w:val="none" w:sz="0" w:space="0" w:color="000000"/>
              </w:pBd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&lt;0.001</w:t>
            </w:r>
          </w:p>
        </w:tc>
        <w:tc>
          <w:tcPr>
            <w:tcW w:w="1085"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tcPr>
          <w:p w14:paraId="5C606A8D" w14:textId="0CC36621" w:rsidR="00030775" w:rsidRPr="001A2E38" w:rsidRDefault="00030775" w:rsidP="00030775">
            <w:pPr>
              <w:pBdr>
                <w:top w:val="none" w:sz="0" w:space="0" w:color="000000"/>
                <w:left w:val="none" w:sz="0" w:space="0" w:color="000000"/>
                <w:bottom w:val="none" w:sz="0" w:space="0" w:color="000000"/>
                <w:right w:val="none" w:sz="0" w:space="0" w:color="000000"/>
              </w:pBd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0.024</w:t>
            </w:r>
          </w:p>
        </w:tc>
        <w:tc>
          <w:tcPr>
            <w:tcW w:w="1592"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tcPr>
          <w:p w14:paraId="79E496FC" w14:textId="71F24010" w:rsidR="00030775" w:rsidRPr="001A2E38" w:rsidRDefault="00030775" w:rsidP="00030775">
            <w:pPr>
              <w:pBdr>
                <w:top w:val="none" w:sz="0" w:space="0" w:color="000000"/>
                <w:left w:val="none" w:sz="0" w:space="0" w:color="000000"/>
                <w:bottom w:val="none" w:sz="0" w:space="0" w:color="000000"/>
                <w:right w:val="none" w:sz="0" w:space="0" w:color="000000"/>
              </w:pBd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0.016-0.031</w:t>
            </w:r>
          </w:p>
        </w:tc>
        <w:tc>
          <w:tcPr>
            <w:tcW w:w="1013"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tcPr>
          <w:p w14:paraId="518133BD" w14:textId="46553A9F" w:rsidR="00030775" w:rsidRPr="001A2E38" w:rsidRDefault="00030775" w:rsidP="00030775">
            <w:pPr>
              <w:pBdr>
                <w:top w:val="none" w:sz="0" w:space="0" w:color="000000"/>
                <w:left w:val="none" w:sz="0" w:space="0" w:color="000000"/>
                <w:bottom w:val="none" w:sz="0" w:space="0" w:color="000000"/>
                <w:right w:val="none" w:sz="0" w:space="0" w:color="000000"/>
              </w:pBd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&lt;0.001</w:t>
            </w:r>
          </w:p>
        </w:tc>
      </w:tr>
      <w:tr w:rsidR="00030775" w:rsidRPr="001A2E38" w14:paraId="0624EA4F" w14:textId="77777777" w:rsidTr="004A6E2F">
        <w:trPr>
          <w:trHeight w:hRule="exact" w:val="340"/>
          <w:jc w:val="center"/>
        </w:trPr>
        <w:tc>
          <w:tcPr>
            <w:tcW w:w="3978"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02AC9313" w14:textId="77777777" w:rsidR="00030775" w:rsidRPr="001A2E38" w:rsidRDefault="00030775" w:rsidP="00030775">
            <w:pPr>
              <w:pBdr>
                <w:top w:val="none" w:sz="0" w:space="0" w:color="000000"/>
                <w:left w:val="none" w:sz="0" w:space="0" w:color="000000"/>
                <w:bottom w:val="none" w:sz="0" w:space="0" w:color="000000"/>
                <w:right w:val="none" w:sz="0" w:space="0" w:color="000000"/>
              </w:pBdr>
              <w:rPr>
                <w:rFonts w:ascii="Times New Roman" w:eastAsia="Arial" w:hAnsi="Times New Roman" w:cs="Times New Roman"/>
                <w:b/>
                <w:color w:val="000000"/>
                <w:sz w:val="20"/>
                <w:szCs w:val="20"/>
              </w:rPr>
            </w:pPr>
            <w:r w:rsidRPr="001A2E38">
              <w:rPr>
                <w:rFonts w:ascii="Times New Roman" w:eastAsia="Arial" w:hAnsi="Times New Roman" w:cs="Times New Roman"/>
                <w:b/>
                <w:color w:val="000000"/>
                <w:sz w:val="20"/>
                <w:szCs w:val="20"/>
              </w:rPr>
              <w:t>Conventional model + CHG-VAI</w:t>
            </w:r>
          </w:p>
        </w:tc>
        <w:tc>
          <w:tcPr>
            <w:tcW w:w="1085"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tcPr>
          <w:p w14:paraId="3192EE6F" w14:textId="52CD5508" w:rsidR="00030775" w:rsidRPr="001A2E38" w:rsidRDefault="00030775" w:rsidP="00030775">
            <w:pPr>
              <w:pBdr>
                <w:top w:val="none" w:sz="0" w:space="0" w:color="000000"/>
                <w:left w:val="none" w:sz="0" w:space="0" w:color="000000"/>
                <w:bottom w:val="none" w:sz="0" w:space="0" w:color="000000"/>
                <w:right w:val="none" w:sz="0" w:space="0" w:color="000000"/>
              </w:pBd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0.718</w:t>
            </w:r>
          </w:p>
        </w:tc>
        <w:tc>
          <w:tcPr>
            <w:tcW w:w="1592"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tcPr>
          <w:p w14:paraId="6CD1EA72" w14:textId="0CBF3625" w:rsidR="00030775" w:rsidRPr="001A2E38" w:rsidRDefault="00030775" w:rsidP="00030775">
            <w:pPr>
              <w:pBdr>
                <w:top w:val="none" w:sz="0" w:space="0" w:color="000000"/>
                <w:left w:val="none" w:sz="0" w:space="0" w:color="000000"/>
                <w:bottom w:val="none" w:sz="0" w:space="0" w:color="000000"/>
                <w:right w:val="none" w:sz="0" w:space="0" w:color="000000"/>
              </w:pBd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0.711-0.725</w:t>
            </w:r>
          </w:p>
        </w:tc>
        <w:tc>
          <w:tcPr>
            <w:tcW w:w="1013"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tcPr>
          <w:p w14:paraId="4C1C0B41" w14:textId="1F93578F" w:rsidR="00030775" w:rsidRPr="001A2E38" w:rsidRDefault="00030775" w:rsidP="00030775">
            <w:pPr>
              <w:pBdr>
                <w:top w:val="none" w:sz="0" w:space="0" w:color="000000"/>
                <w:left w:val="none" w:sz="0" w:space="0" w:color="000000"/>
                <w:bottom w:val="none" w:sz="0" w:space="0" w:color="000000"/>
                <w:right w:val="none" w:sz="0" w:space="0" w:color="000000"/>
              </w:pBd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&lt;0.001</w:t>
            </w:r>
          </w:p>
        </w:tc>
        <w:tc>
          <w:tcPr>
            <w:tcW w:w="1085"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tcPr>
          <w:p w14:paraId="6AE88F8E" w14:textId="052D926D" w:rsidR="00030775" w:rsidRPr="001A2E38" w:rsidRDefault="00030775" w:rsidP="00030775">
            <w:pPr>
              <w:pBdr>
                <w:top w:val="none" w:sz="0" w:space="0" w:color="000000"/>
                <w:left w:val="none" w:sz="0" w:space="0" w:color="000000"/>
                <w:bottom w:val="none" w:sz="0" w:space="0" w:color="000000"/>
                <w:right w:val="none" w:sz="0" w:space="0" w:color="000000"/>
              </w:pBd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0.083</w:t>
            </w:r>
          </w:p>
        </w:tc>
        <w:tc>
          <w:tcPr>
            <w:tcW w:w="1592"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tcPr>
          <w:p w14:paraId="76D83DB5" w14:textId="65CEA53B" w:rsidR="00030775" w:rsidRPr="001A2E38" w:rsidRDefault="00030775" w:rsidP="00030775">
            <w:pPr>
              <w:pBdr>
                <w:top w:val="none" w:sz="0" w:space="0" w:color="000000"/>
                <w:left w:val="none" w:sz="0" w:space="0" w:color="000000"/>
                <w:bottom w:val="none" w:sz="0" w:space="0" w:color="000000"/>
                <w:right w:val="none" w:sz="0" w:space="0" w:color="000000"/>
              </w:pBd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0.049-0.108</w:t>
            </w:r>
          </w:p>
        </w:tc>
        <w:tc>
          <w:tcPr>
            <w:tcW w:w="1013"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tcPr>
          <w:p w14:paraId="60C44429" w14:textId="4620D427" w:rsidR="00030775" w:rsidRPr="001A2E38" w:rsidRDefault="00030775" w:rsidP="00030775">
            <w:pPr>
              <w:pBdr>
                <w:top w:val="none" w:sz="0" w:space="0" w:color="000000"/>
                <w:left w:val="none" w:sz="0" w:space="0" w:color="000000"/>
                <w:bottom w:val="none" w:sz="0" w:space="0" w:color="000000"/>
                <w:right w:val="none" w:sz="0" w:space="0" w:color="000000"/>
              </w:pBd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&lt;0.001</w:t>
            </w:r>
          </w:p>
        </w:tc>
        <w:tc>
          <w:tcPr>
            <w:tcW w:w="1085"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tcPr>
          <w:p w14:paraId="6477B907" w14:textId="2D2CD7D1" w:rsidR="00030775" w:rsidRPr="001A2E38" w:rsidRDefault="00030775" w:rsidP="00030775">
            <w:pPr>
              <w:pBdr>
                <w:top w:val="none" w:sz="0" w:space="0" w:color="000000"/>
                <w:left w:val="none" w:sz="0" w:space="0" w:color="000000"/>
                <w:bottom w:val="none" w:sz="0" w:space="0" w:color="000000"/>
                <w:right w:val="none" w:sz="0" w:space="0" w:color="000000"/>
              </w:pBd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0.007</w:t>
            </w:r>
          </w:p>
        </w:tc>
        <w:tc>
          <w:tcPr>
            <w:tcW w:w="1592"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tcPr>
          <w:p w14:paraId="60021D1B" w14:textId="0328EEA8" w:rsidR="00030775" w:rsidRPr="001A2E38" w:rsidRDefault="00030775" w:rsidP="00030775">
            <w:pPr>
              <w:pBdr>
                <w:top w:val="none" w:sz="0" w:space="0" w:color="000000"/>
                <w:left w:val="none" w:sz="0" w:space="0" w:color="000000"/>
                <w:bottom w:val="none" w:sz="0" w:space="0" w:color="000000"/>
                <w:right w:val="none" w:sz="0" w:space="0" w:color="000000"/>
              </w:pBd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0.003-0.010</w:t>
            </w:r>
          </w:p>
        </w:tc>
        <w:tc>
          <w:tcPr>
            <w:tcW w:w="1013"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tcPr>
          <w:p w14:paraId="4C236D4C" w14:textId="5C8584B1" w:rsidR="00030775" w:rsidRPr="001A2E38" w:rsidRDefault="00030775" w:rsidP="00030775">
            <w:pPr>
              <w:pBdr>
                <w:top w:val="none" w:sz="0" w:space="0" w:color="000000"/>
                <w:left w:val="none" w:sz="0" w:space="0" w:color="000000"/>
                <w:bottom w:val="none" w:sz="0" w:space="0" w:color="000000"/>
                <w:right w:val="none" w:sz="0" w:space="0" w:color="000000"/>
              </w:pBd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&lt;0.001</w:t>
            </w:r>
          </w:p>
        </w:tc>
      </w:tr>
      <w:tr w:rsidR="00030775" w:rsidRPr="001A2E38" w14:paraId="5526C64C" w14:textId="77777777" w:rsidTr="004A6E2F">
        <w:trPr>
          <w:trHeight w:hRule="exact" w:val="340"/>
          <w:jc w:val="center"/>
        </w:trPr>
        <w:tc>
          <w:tcPr>
            <w:tcW w:w="3978" w:type="dxa"/>
            <w:tcBorders>
              <w:top w:val="none" w:sz="0" w:space="0" w:color="000000"/>
              <w:left w:val="none" w:sz="0" w:space="0" w:color="000000"/>
              <w:bottom w:val="single" w:sz="12" w:space="0" w:color="000000"/>
              <w:right w:val="none" w:sz="0" w:space="0" w:color="000000"/>
            </w:tcBorders>
            <w:tcMar>
              <w:top w:w="0" w:type="dxa"/>
              <w:left w:w="0" w:type="dxa"/>
              <w:bottom w:w="0" w:type="dxa"/>
              <w:right w:w="0" w:type="dxa"/>
            </w:tcMar>
            <w:vAlign w:val="center"/>
          </w:tcPr>
          <w:p w14:paraId="513D892D" w14:textId="77777777" w:rsidR="00030775" w:rsidRPr="001A2E38" w:rsidRDefault="00030775" w:rsidP="00030775">
            <w:pPr>
              <w:pBdr>
                <w:top w:val="none" w:sz="0" w:space="0" w:color="000000"/>
                <w:left w:val="none" w:sz="0" w:space="0" w:color="000000"/>
                <w:bottom w:val="none" w:sz="0" w:space="0" w:color="000000"/>
                <w:right w:val="none" w:sz="0" w:space="0" w:color="000000"/>
              </w:pBdr>
              <w:rPr>
                <w:rFonts w:ascii="Times New Roman" w:eastAsia="Arial" w:hAnsi="Times New Roman" w:cs="Times New Roman"/>
                <w:b/>
                <w:color w:val="000000"/>
                <w:sz w:val="20"/>
                <w:szCs w:val="20"/>
              </w:rPr>
            </w:pPr>
            <w:r w:rsidRPr="001A2E38">
              <w:rPr>
                <w:rFonts w:ascii="Times New Roman" w:eastAsia="Arial" w:hAnsi="Times New Roman" w:cs="Times New Roman"/>
                <w:b/>
                <w:color w:val="000000"/>
                <w:sz w:val="20"/>
                <w:szCs w:val="20"/>
              </w:rPr>
              <w:t>Conventional model + CHG-WWI</w:t>
            </w:r>
          </w:p>
        </w:tc>
        <w:tc>
          <w:tcPr>
            <w:tcW w:w="1085" w:type="dxa"/>
            <w:tcBorders>
              <w:top w:val="none" w:sz="0" w:space="0" w:color="000000"/>
              <w:left w:val="none" w:sz="0" w:space="0" w:color="000000"/>
              <w:bottom w:val="single" w:sz="12" w:space="0" w:color="000000"/>
              <w:right w:val="none" w:sz="0" w:space="0" w:color="000000"/>
            </w:tcBorders>
            <w:tcMar>
              <w:top w:w="0" w:type="dxa"/>
              <w:left w:w="0" w:type="dxa"/>
              <w:bottom w:w="0" w:type="dxa"/>
              <w:right w:w="0" w:type="dxa"/>
            </w:tcMar>
          </w:tcPr>
          <w:p w14:paraId="40C47131" w14:textId="0663FE2C" w:rsidR="00030775" w:rsidRPr="001A2E38" w:rsidRDefault="00030775" w:rsidP="00030775">
            <w:pPr>
              <w:pBdr>
                <w:top w:val="none" w:sz="0" w:space="0" w:color="000000"/>
                <w:left w:val="none" w:sz="0" w:space="0" w:color="000000"/>
                <w:bottom w:val="none" w:sz="0" w:space="0" w:color="000000"/>
                <w:right w:val="none" w:sz="0" w:space="0" w:color="000000"/>
              </w:pBd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0.742</w:t>
            </w:r>
          </w:p>
        </w:tc>
        <w:tc>
          <w:tcPr>
            <w:tcW w:w="1592" w:type="dxa"/>
            <w:tcBorders>
              <w:top w:val="none" w:sz="0" w:space="0" w:color="000000"/>
              <w:left w:val="none" w:sz="0" w:space="0" w:color="000000"/>
              <w:bottom w:val="single" w:sz="12" w:space="0" w:color="000000"/>
              <w:right w:val="none" w:sz="0" w:space="0" w:color="000000"/>
            </w:tcBorders>
            <w:tcMar>
              <w:top w:w="0" w:type="dxa"/>
              <w:left w:w="0" w:type="dxa"/>
              <w:bottom w:w="0" w:type="dxa"/>
              <w:right w:w="0" w:type="dxa"/>
            </w:tcMar>
          </w:tcPr>
          <w:p w14:paraId="4B374994" w14:textId="28B83D1E" w:rsidR="00030775" w:rsidRPr="001A2E38" w:rsidRDefault="00030775" w:rsidP="00030775">
            <w:pPr>
              <w:pBdr>
                <w:top w:val="none" w:sz="0" w:space="0" w:color="000000"/>
                <w:left w:val="none" w:sz="0" w:space="0" w:color="000000"/>
                <w:bottom w:val="none" w:sz="0" w:space="0" w:color="000000"/>
                <w:right w:val="none" w:sz="0" w:space="0" w:color="000000"/>
              </w:pBd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0.735-0.749</w:t>
            </w:r>
          </w:p>
        </w:tc>
        <w:tc>
          <w:tcPr>
            <w:tcW w:w="1013" w:type="dxa"/>
            <w:tcBorders>
              <w:top w:val="none" w:sz="0" w:space="0" w:color="000000"/>
              <w:left w:val="none" w:sz="0" w:space="0" w:color="000000"/>
              <w:bottom w:val="single" w:sz="12" w:space="0" w:color="000000"/>
              <w:right w:val="none" w:sz="0" w:space="0" w:color="000000"/>
            </w:tcBorders>
            <w:tcMar>
              <w:top w:w="0" w:type="dxa"/>
              <w:left w:w="0" w:type="dxa"/>
              <w:bottom w:w="0" w:type="dxa"/>
              <w:right w:w="0" w:type="dxa"/>
            </w:tcMar>
          </w:tcPr>
          <w:p w14:paraId="230E985F" w14:textId="00740CA9" w:rsidR="00030775" w:rsidRPr="001A2E38" w:rsidRDefault="00030775" w:rsidP="00030775">
            <w:pPr>
              <w:pBdr>
                <w:top w:val="none" w:sz="0" w:space="0" w:color="000000"/>
                <w:left w:val="none" w:sz="0" w:space="0" w:color="000000"/>
                <w:bottom w:val="none" w:sz="0" w:space="0" w:color="000000"/>
                <w:right w:val="none" w:sz="0" w:space="0" w:color="000000"/>
              </w:pBd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&lt;0.001</w:t>
            </w:r>
          </w:p>
        </w:tc>
        <w:tc>
          <w:tcPr>
            <w:tcW w:w="1085" w:type="dxa"/>
            <w:tcBorders>
              <w:top w:val="none" w:sz="0" w:space="0" w:color="000000"/>
              <w:left w:val="none" w:sz="0" w:space="0" w:color="000000"/>
              <w:bottom w:val="single" w:sz="12" w:space="0" w:color="000000"/>
              <w:right w:val="none" w:sz="0" w:space="0" w:color="000000"/>
            </w:tcBorders>
            <w:tcMar>
              <w:top w:w="0" w:type="dxa"/>
              <w:left w:w="0" w:type="dxa"/>
              <w:bottom w:w="0" w:type="dxa"/>
              <w:right w:w="0" w:type="dxa"/>
            </w:tcMar>
          </w:tcPr>
          <w:p w14:paraId="01F833AE" w14:textId="18B6785E" w:rsidR="00030775" w:rsidRPr="001A2E38" w:rsidRDefault="00030775" w:rsidP="00030775">
            <w:pPr>
              <w:pBdr>
                <w:top w:val="none" w:sz="0" w:space="0" w:color="000000"/>
                <w:left w:val="none" w:sz="0" w:space="0" w:color="000000"/>
                <w:bottom w:val="none" w:sz="0" w:space="0" w:color="000000"/>
                <w:right w:val="none" w:sz="0" w:space="0" w:color="000000"/>
              </w:pBd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0.169</w:t>
            </w:r>
          </w:p>
        </w:tc>
        <w:tc>
          <w:tcPr>
            <w:tcW w:w="1592" w:type="dxa"/>
            <w:tcBorders>
              <w:top w:val="none" w:sz="0" w:space="0" w:color="000000"/>
              <w:left w:val="none" w:sz="0" w:space="0" w:color="000000"/>
              <w:bottom w:val="single" w:sz="12" w:space="0" w:color="000000"/>
              <w:right w:val="none" w:sz="0" w:space="0" w:color="000000"/>
            </w:tcBorders>
            <w:tcMar>
              <w:top w:w="0" w:type="dxa"/>
              <w:left w:w="0" w:type="dxa"/>
              <w:bottom w:w="0" w:type="dxa"/>
              <w:right w:w="0" w:type="dxa"/>
            </w:tcMar>
          </w:tcPr>
          <w:p w14:paraId="29E35269" w14:textId="17801B89" w:rsidR="00030775" w:rsidRPr="001A2E38" w:rsidRDefault="00030775" w:rsidP="00030775">
            <w:pPr>
              <w:pBdr>
                <w:top w:val="none" w:sz="0" w:space="0" w:color="000000"/>
                <w:left w:val="none" w:sz="0" w:space="0" w:color="000000"/>
                <w:bottom w:val="none" w:sz="0" w:space="0" w:color="000000"/>
                <w:right w:val="none" w:sz="0" w:space="0" w:color="000000"/>
              </w:pBd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0.116-0.200</w:t>
            </w:r>
          </w:p>
        </w:tc>
        <w:tc>
          <w:tcPr>
            <w:tcW w:w="1013" w:type="dxa"/>
            <w:tcBorders>
              <w:top w:val="none" w:sz="0" w:space="0" w:color="000000"/>
              <w:left w:val="none" w:sz="0" w:space="0" w:color="000000"/>
              <w:bottom w:val="single" w:sz="12" w:space="0" w:color="000000"/>
              <w:right w:val="none" w:sz="0" w:space="0" w:color="000000"/>
            </w:tcBorders>
            <w:tcMar>
              <w:top w:w="0" w:type="dxa"/>
              <w:left w:w="0" w:type="dxa"/>
              <w:bottom w:w="0" w:type="dxa"/>
              <w:right w:w="0" w:type="dxa"/>
            </w:tcMar>
          </w:tcPr>
          <w:p w14:paraId="10DD4278" w14:textId="13ADCAB2" w:rsidR="00030775" w:rsidRPr="001A2E38" w:rsidRDefault="00030775" w:rsidP="00030775">
            <w:pPr>
              <w:pBdr>
                <w:top w:val="none" w:sz="0" w:space="0" w:color="000000"/>
                <w:left w:val="none" w:sz="0" w:space="0" w:color="000000"/>
                <w:bottom w:val="none" w:sz="0" w:space="0" w:color="000000"/>
                <w:right w:val="none" w:sz="0" w:space="0" w:color="000000"/>
              </w:pBd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&lt;0.001</w:t>
            </w:r>
          </w:p>
        </w:tc>
        <w:tc>
          <w:tcPr>
            <w:tcW w:w="1085" w:type="dxa"/>
            <w:tcBorders>
              <w:top w:val="none" w:sz="0" w:space="0" w:color="000000"/>
              <w:left w:val="none" w:sz="0" w:space="0" w:color="000000"/>
              <w:bottom w:val="single" w:sz="12" w:space="0" w:color="000000"/>
              <w:right w:val="none" w:sz="0" w:space="0" w:color="000000"/>
            </w:tcBorders>
            <w:tcMar>
              <w:top w:w="0" w:type="dxa"/>
              <w:left w:w="0" w:type="dxa"/>
              <w:bottom w:w="0" w:type="dxa"/>
              <w:right w:w="0" w:type="dxa"/>
            </w:tcMar>
          </w:tcPr>
          <w:p w14:paraId="134BA22E" w14:textId="4B1B4F62" w:rsidR="00030775" w:rsidRPr="001A2E38" w:rsidRDefault="00030775" w:rsidP="00030775">
            <w:pPr>
              <w:pBdr>
                <w:top w:val="none" w:sz="0" w:space="0" w:color="000000"/>
                <w:left w:val="none" w:sz="0" w:space="0" w:color="000000"/>
                <w:bottom w:val="none" w:sz="0" w:space="0" w:color="000000"/>
                <w:right w:val="none" w:sz="0" w:space="0" w:color="000000"/>
              </w:pBd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0.035</w:t>
            </w:r>
          </w:p>
        </w:tc>
        <w:tc>
          <w:tcPr>
            <w:tcW w:w="1592" w:type="dxa"/>
            <w:tcBorders>
              <w:top w:val="none" w:sz="0" w:space="0" w:color="000000"/>
              <w:left w:val="none" w:sz="0" w:space="0" w:color="000000"/>
              <w:bottom w:val="single" w:sz="12" w:space="0" w:color="000000"/>
              <w:right w:val="none" w:sz="0" w:space="0" w:color="000000"/>
            </w:tcBorders>
            <w:tcMar>
              <w:top w:w="0" w:type="dxa"/>
              <w:left w:w="0" w:type="dxa"/>
              <w:bottom w:w="0" w:type="dxa"/>
              <w:right w:w="0" w:type="dxa"/>
            </w:tcMar>
          </w:tcPr>
          <w:p w14:paraId="5799751C" w14:textId="1ECAFA9F" w:rsidR="00030775" w:rsidRPr="001A2E38" w:rsidRDefault="00030775" w:rsidP="00030775">
            <w:pPr>
              <w:pBdr>
                <w:top w:val="none" w:sz="0" w:space="0" w:color="000000"/>
                <w:left w:val="none" w:sz="0" w:space="0" w:color="000000"/>
                <w:bottom w:val="none" w:sz="0" w:space="0" w:color="000000"/>
                <w:right w:val="none" w:sz="0" w:space="0" w:color="000000"/>
              </w:pBd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0.026-0.042</w:t>
            </w:r>
          </w:p>
        </w:tc>
        <w:tc>
          <w:tcPr>
            <w:tcW w:w="1013" w:type="dxa"/>
            <w:tcBorders>
              <w:top w:val="none" w:sz="0" w:space="0" w:color="000000"/>
              <w:left w:val="none" w:sz="0" w:space="0" w:color="000000"/>
              <w:bottom w:val="single" w:sz="12" w:space="0" w:color="000000"/>
              <w:right w:val="none" w:sz="0" w:space="0" w:color="000000"/>
            </w:tcBorders>
            <w:tcMar>
              <w:top w:w="0" w:type="dxa"/>
              <w:left w:w="0" w:type="dxa"/>
              <w:bottom w:w="0" w:type="dxa"/>
              <w:right w:w="0" w:type="dxa"/>
            </w:tcMar>
          </w:tcPr>
          <w:p w14:paraId="352E8811" w14:textId="710A8E31" w:rsidR="00030775" w:rsidRPr="001A2E38" w:rsidRDefault="00030775" w:rsidP="00030775">
            <w:pPr>
              <w:pBdr>
                <w:top w:val="none" w:sz="0" w:space="0" w:color="000000"/>
                <w:left w:val="none" w:sz="0" w:space="0" w:color="000000"/>
                <w:bottom w:val="none" w:sz="0" w:space="0" w:color="000000"/>
                <w:right w:val="none" w:sz="0" w:space="0" w:color="000000"/>
              </w:pBd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&lt;0.001</w:t>
            </w:r>
          </w:p>
        </w:tc>
      </w:tr>
    </w:tbl>
    <w:bookmarkEnd w:id="15"/>
    <w:p w14:paraId="4A385CF3" w14:textId="77777777" w:rsidR="00AB579D" w:rsidRPr="001A2E38" w:rsidRDefault="00AB579D" w:rsidP="00AB579D">
      <w:pPr>
        <w:pBdr>
          <w:top w:val="none" w:sz="0" w:space="0" w:color="000000"/>
          <w:left w:val="none" w:sz="0" w:space="0" w:color="000000"/>
          <w:bottom w:val="none" w:sz="0" w:space="0" w:color="000000"/>
          <w:right w:val="none" w:sz="0" w:space="0" w:color="000000"/>
        </w:pBdr>
        <w:rPr>
          <w:rFonts w:ascii="Times New Roman" w:hAnsi="Times New Roman" w:cs="Times New Roman"/>
          <w:sz w:val="20"/>
          <w:szCs w:val="20"/>
        </w:rPr>
      </w:pPr>
      <w:r w:rsidRPr="001A2E38">
        <w:rPr>
          <w:rFonts w:ascii="Times New Roman" w:eastAsia="Arial" w:hAnsi="Times New Roman" w:cs="Times New Roman"/>
          <w:i/>
          <w:iCs/>
          <w:color w:val="000000"/>
          <w:sz w:val="20"/>
          <w:szCs w:val="20"/>
        </w:rPr>
        <w:t xml:space="preserve">Notes: </w:t>
      </w:r>
      <w:r w:rsidRPr="001A2E38">
        <w:rPr>
          <w:rFonts w:ascii="Times New Roman" w:eastAsia="Arial" w:hAnsi="Times New Roman" w:cs="Times New Roman"/>
          <w:color w:val="000000"/>
          <w:sz w:val="20"/>
          <w:szCs w:val="20"/>
        </w:rPr>
        <w:t>The conventional model included age, sex, ethnicity, employment status, educational levels, Townsend deprivation index, frequency of drinking, smoking status, sleep duration, physical activity, sedentary behaviour, and family history of cardiometabolic disease.</w:t>
      </w:r>
    </w:p>
    <w:p w14:paraId="6F52A087" w14:textId="77777777" w:rsidR="00AB579D" w:rsidRPr="001A2E38" w:rsidRDefault="00AB579D" w:rsidP="00AB579D">
      <w:pPr>
        <w:pBdr>
          <w:top w:val="none" w:sz="0" w:space="0" w:color="000000"/>
          <w:left w:val="none" w:sz="0" w:space="0" w:color="000000"/>
          <w:bottom w:val="none" w:sz="0" w:space="0" w:color="000000"/>
          <w:right w:val="none" w:sz="0" w:space="0" w:color="000000"/>
        </w:pBdr>
        <w:rPr>
          <w:rFonts w:ascii="Times New Roman" w:hAnsi="Times New Roman" w:cs="Times New Roman"/>
          <w:sz w:val="20"/>
          <w:szCs w:val="20"/>
        </w:rPr>
      </w:pPr>
      <w:r w:rsidRPr="001A2E38">
        <w:rPr>
          <w:rFonts w:ascii="Times New Roman" w:eastAsia="Arial" w:hAnsi="Times New Roman" w:cs="Times New Roman"/>
          <w:i/>
          <w:iCs/>
          <w:color w:val="000000"/>
          <w:sz w:val="20"/>
          <w:szCs w:val="20"/>
        </w:rPr>
        <w:t xml:space="preserve">Abbreviations: </w:t>
      </w:r>
      <w:r w:rsidRPr="001A2E38">
        <w:rPr>
          <w:rFonts w:ascii="Times New Roman" w:eastAsia="Arial" w:hAnsi="Times New Roman" w:cs="Times New Roman"/>
          <w:color w:val="000000"/>
          <w:sz w:val="20"/>
          <w:szCs w:val="20"/>
        </w:rPr>
        <w:t>CMM, cardiometabolic multimorbidity; NRI, net reclassification improvement; IDI, integrated discrimination improvement.</w:t>
      </w:r>
    </w:p>
    <w:p w14:paraId="563FA021" w14:textId="77777777" w:rsidR="00AB579D" w:rsidRPr="001A2E38" w:rsidRDefault="00AB579D" w:rsidP="00891349">
      <w:pPr>
        <w:pBdr>
          <w:top w:val="none" w:sz="0" w:space="0" w:color="000000"/>
          <w:left w:val="none" w:sz="0" w:space="0" w:color="000000"/>
          <w:bottom w:val="none" w:sz="0" w:space="0" w:color="000000"/>
          <w:right w:val="none" w:sz="0" w:space="0" w:color="000000"/>
        </w:pBdr>
        <w:rPr>
          <w:rFonts w:ascii="Times New Roman" w:hAnsi="Times New Roman" w:cs="Times New Roman"/>
          <w:sz w:val="20"/>
          <w:szCs w:val="20"/>
        </w:rPr>
        <w:sectPr w:rsidR="00AB579D" w:rsidRPr="001A2E38" w:rsidSect="00FE3790">
          <w:pgSz w:w="16838" w:h="11906" w:orient="landscape"/>
          <w:pgMar w:top="1797" w:right="1440" w:bottom="1797" w:left="1440" w:header="851" w:footer="992" w:gutter="0"/>
          <w:cols w:space="425"/>
          <w:docGrid w:type="linesAndChars" w:linePitch="312"/>
        </w:sectPr>
      </w:pPr>
    </w:p>
    <w:p w14:paraId="209D4850" w14:textId="56EA05EA" w:rsidR="00FB21E9" w:rsidRPr="001A2E38" w:rsidRDefault="00FB21E9" w:rsidP="00FB21E9">
      <w:pPr>
        <w:pBdr>
          <w:top w:val="none" w:sz="0" w:space="0" w:color="000000"/>
          <w:left w:val="none" w:sz="0" w:space="0" w:color="000000"/>
          <w:bottom w:val="none" w:sz="0" w:space="0" w:color="000000"/>
          <w:right w:val="none" w:sz="0" w:space="0" w:color="000000"/>
        </w:pBdr>
        <w:spacing w:after="0"/>
        <w:jc w:val="center"/>
        <w:outlineLvl w:val="0"/>
        <w:rPr>
          <w:rFonts w:ascii="Times New Roman" w:eastAsia="Arial" w:hAnsi="Times New Roman" w:cs="Times New Roman"/>
          <w:b/>
          <w:bCs/>
          <w:color w:val="000000"/>
          <w:sz w:val="20"/>
          <w:szCs w:val="20"/>
        </w:rPr>
      </w:pPr>
      <w:bookmarkStart w:id="16" w:name="_Toc236834797"/>
      <w:r w:rsidRPr="001A2E38">
        <w:rPr>
          <w:rFonts w:ascii="Times New Roman" w:eastAsia="Arial" w:hAnsi="Times New Roman" w:cs="Times New Roman"/>
          <w:b/>
          <w:bCs/>
          <w:color w:val="000000"/>
          <w:sz w:val="20"/>
          <w:szCs w:val="20"/>
        </w:rPr>
        <w:lastRenderedPageBreak/>
        <w:t xml:space="preserve">Table </w:t>
      </w:r>
      <w:r w:rsidRPr="001A2E38">
        <w:rPr>
          <w:rFonts w:ascii="Times New Roman" w:hAnsi="Times New Roman" w:cs="Times New Roman" w:hint="eastAsia"/>
          <w:b/>
          <w:bCs/>
          <w:color w:val="000000"/>
          <w:sz w:val="20"/>
          <w:szCs w:val="20"/>
        </w:rPr>
        <w:t>S7</w:t>
      </w:r>
      <w:r w:rsidRPr="001A2E38">
        <w:rPr>
          <w:rFonts w:ascii="Times New Roman" w:eastAsia="Arial" w:hAnsi="Times New Roman" w:cs="Times New Roman"/>
          <w:b/>
          <w:bCs/>
          <w:color w:val="000000"/>
          <w:sz w:val="20"/>
          <w:szCs w:val="20"/>
        </w:rPr>
        <w:t>. Incremental predictive values of CHG</w:t>
      </w:r>
      <w:r w:rsidRPr="001A2E38">
        <w:rPr>
          <w:rFonts w:ascii="Times New Roman" w:hAnsi="Times New Roman" w:cs="Times New Roman" w:hint="eastAsia"/>
          <w:b/>
          <w:bCs/>
          <w:color w:val="000000"/>
          <w:sz w:val="20"/>
          <w:szCs w:val="20"/>
        </w:rPr>
        <w:t xml:space="preserve">-related </w:t>
      </w:r>
      <w:r w:rsidRPr="001A2E38">
        <w:rPr>
          <w:rFonts w:ascii="Times New Roman" w:eastAsia="Arial" w:hAnsi="Times New Roman" w:cs="Times New Roman"/>
          <w:b/>
          <w:bCs/>
          <w:color w:val="000000"/>
          <w:sz w:val="20"/>
          <w:szCs w:val="20"/>
        </w:rPr>
        <w:t>indices</w:t>
      </w:r>
      <w:r w:rsidRPr="001A2E38">
        <w:rPr>
          <w:rFonts w:ascii="Times New Roman" w:hAnsi="Times New Roman" w:cs="Times New Roman" w:hint="eastAsia"/>
          <w:b/>
          <w:bCs/>
          <w:color w:val="000000"/>
          <w:sz w:val="20"/>
          <w:szCs w:val="20"/>
        </w:rPr>
        <w:t xml:space="preserve"> and </w:t>
      </w:r>
      <w:r w:rsidRPr="001A2E38">
        <w:rPr>
          <w:rFonts w:ascii="Times New Roman" w:hAnsi="Times New Roman" w:cs="Times New Roman" w:hint="eastAsia"/>
          <w:b/>
          <w:bCs/>
          <w:sz w:val="20"/>
          <w:szCs w:val="21"/>
        </w:rPr>
        <w:t>the individual components</w:t>
      </w:r>
      <w:r w:rsidRPr="001A2E38">
        <w:rPr>
          <w:rFonts w:ascii="Times New Roman" w:eastAsia="Arial" w:hAnsi="Times New Roman" w:cs="Times New Roman"/>
          <w:b/>
          <w:bCs/>
          <w:color w:val="000000"/>
          <w:sz w:val="20"/>
          <w:szCs w:val="20"/>
        </w:rPr>
        <w:t xml:space="preserve"> for cardiometabolic multimorbidity among males.</w:t>
      </w:r>
      <w:bookmarkEnd w:id="16"/>
    </w:p>
    <w:tbl>
      <w:tblPr>
        <w:tblW w:w="15048" w:type="dxa"/>
        <w:jc w:val="center"/>
        <w:tblLayout w:type="fixed"/>
        <w:tblLook w:val="0420" w:firstRow="1" w:lastRow="0" w:firstColumn="0" w:lastColumn="0" w:noHBand="0" w:noVBand="1"/>
      </w:tblPr>
      <w:tblGrid>
        <w:gridCol w:w="3978"/>
        <w:gridCol w:w="1085"/>
        <w:gridCol w:w="1592"/>
        <w:gridCol w:w="1013"/>
        <w:gridCol w:w="1085"/>
        <w:gridCol w:w="1592"/>
        <w:gridCol w:w="1013"/>
        <w:gridCol w:w="1085"/>
        <w:gridCol w:w="1592"/>
        <w:gridCol w:w="1013"/>
      </w:tblGrid>
      <w:tr w:rsidR="00FB21E9" w:rsidRPr="001A2E38" w14:paraId="3AE4A199" w14:textId="77777777" w:rsidTr="005046C0">
        <w:trPr>
          <w:cantSplit/>
          <w:tblHeader/>
          <w:jc w:val="center"/>
        </w:trPr>
        <w:tc>
          <w:tcPr>
            <w:tcW w:w="3978" w:type="dxa"/>
            <w:vMerge w:val="restart"/>
            <w:tcBorders>
              <w:top w:val="single" w:sz="12" w:space="0" w:color="000000"/>
              <w:left w:val="none" w:sz="0" w:space="0" w:color="000000"/>
              <w:bottom w:val="single" w:sz="4" w:space="0" w:color="000000"/>
              <w:right w:val="none" w:sz="0" w:space="0" w:color="000000"/>
            </w:tcBorders>
            <w:tcMar>
              <w:top w:w="0" w:type="dxa"/>
              <w:left w:w="0" w:type="dxa"/>
              <w:bottom w:w="0" w:type="dxa"/>
              <w:right w:w="0" w:type="dxa"/>
            </w:tcMar>
            <w:vAlign w:val="center"/>
          </w:tcPr>
          <w:p w14:paraId="4CEBDBD6" w14:textId="77777777" w:rsidR="00FB21E9" w:rsidRPr="001A2E38" w:rsidRDefault="00FB21E9" w:rsidP="005046C0">
            <w:pPr>
              <w:keepNext/>
              <w:pBdr>
                <w:top w:val="none" w:sz="0" w:space="0" w:color="000000"/>
                <w:left w:val="none" w:sz="0" w:space="0" w:color="000000"/>
                <w:bottom w:val="none" w:sz="0" w:space="0" w:color="000000"/>
                <w:right w:val="none" w:sz="0" w:space="0" w:color="000000"/>
              </w:pBdr>
              <w:spacing w:before="40" w:after="40"/>
              <w:ind w:left="40" w:right="40"/>
              <w:rPr>
                <w:rFonts w:ascii="Times New Roman" w:eastAsia="Times New Roman" w:hAnsi="Times New Roman" w:cs="Times New Roman"/>
                <w:b/>
                <w:color w:val="000000"/>
                <w:sz w:val="20"/>
                <w:szCs w:val="20"/>
              </w:rPr>
            </w:pPr>
            <w:r w:rsidRPr="001A2E38">
              <w:rPr>
                <w:rFonts w:ascii="Times New Roman" w:eastAsia="Times New Roman" w:hAnsi="Times New Roman" w:cs="Times New Roman"/>
                <w:b/>
                <w:color w:val="000000"/>
                <w:sz w:val="20"/>
                <w:szCs w:val="20"/>
              </w:rPr>
              <w:t>Model</w:t>
            </w:r>
          </w:p>
        </w:tc>
        <w:tc>
          <w:tcPr>
            <w:tcW w:w="3690" w:type="dxa"/>
            <w:gridSpan w:val="3"/>
            <w:tcBorders>
              <w:top w:val="single" w:sz="12" w:space="0" w:color="000000"/>
              <w:left w:val="none" w:sz="0" w:space="0" w:color="000000"/>
              <w:bottom w:val="single" w:sz="4" w:space="0" w:color="000000"/>
              <w:right w:val="none" w:sz="0" w:space="0" w:color="000000"/>
            </w:tcBorders>
            <w:tcMar>
              <w:top w:w="0" w:type="dxa"/>
              <w:left w:w="0" w:type="dxa"/>
              <w:bottom w:w="0" w:type="dxa"/>
              <w:right w:w="0" w:type="dxa"/>
            </w:tcMar>
            <w:vAlign w:val="center"/>
          </w:tcPr>
          <w:p w14:paraId="0F5D721E" w14:textId="77777777" w:rsidR="00FB21E9" w:rsidRPr="001A2E38" w:rsidRDefault="00FB21E9" w:rsidP="005046C0">
            <w:pPr>
              <w:keepNext/>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Times New Roman" w:hAnsi="Times New Roman" w:cs="Times New Roman"/>
                <w:b/>
                <w:color w:val="000000"/>
                <w:sz w:val="20"/>
                <w:szCs w:val="20"/>
              </w:rPr>
            </w:pPr>
            <w:r w:rsidRPr="001A2E38">
              <w:rPr>
                <w:rFonts w:ascii="Times New Roman" w:eastAsia="Times New Roman" w:hAnsi="Times New Roman" w:cs="Times New Roman"/>
                <w:b/>
                <w:color w:val="000000"/>
                <w:sz w:val="20"/>
                <w:szCs w:val="20"/>
              </w:rPr>
              <w:t>C-index</w:t>
            </w:r>
          </w:p>
        </w:tc>
        <w:tc>
          <w:tcPr>
            <w:tcW w:w="3690" w:type="dxa"/>
            <w:gridSpan w:val="3"/>
            <w:tcBorders>
              <w:top w:val="single" w:sz="12" w:space="0" w:color="000000"/>
              <w:left w:val="none" w:sz="0" w:space="0" w:color="000000"/>
              <w:bottom w:val="single" w:sz="4" w:space="0" w:color="000000"/>
              <w:right w:val="none" w:sz="0" w:space="0" w:color="000000"/>
            </w:tcBorders>
            <w:tcMar>
              <w:top w:w="0" w:type="dxa"/>
              <w:left w:w="0" w:type="dxa"/>
              <w:bottom w:w="0" w:type="dxa"/>
              <w:right w:w="0" w:type="dxa"/>
            </w:tcMar>
            <w:vAlign w:val="center"/>
          </w:tcPr>
          <w:p w14:paraId="0EEFA66B" w14:textId="77777777" w:rsidR="00FB21E9" w:rsidRPr="001A2E38" w:rsidRDefault="00FB21E9" w:rsidP="005046C0">
            <w:pPr>
              <w:keepNext/>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Times New Roman" w:hAnsi="Times New Roman" w:cs="Times New Roman"/>
                <w:b/>
                <w:color w:val="000000"/>
                <w:sz w:val="20"/>
                <w:szCs w:val="20"/>
              </w:rPr>
            </w:pPr>
            <w:r w:rsidRPr="001A2E38">
              <w:rPr>
                <w:rFonts w:ascii="Times New Roman" w:eastAsia="Times New Roman" w:hAnsi="Times New Roman" w:cs="Times New Roman"/>
                <w:b/>
                <w:color w:val="000000"/>
                <w:sz w:val="20"/>
                <w:szCs w:val="20"/>
              </w:rPr>
              <w:t>NRI</w:t>
            </w:r>
          </w:p>
        </w:tc>
        <w:tc>
          <w:tcPr>
            <w:tcW w:w="3690" w:type="dxa"/>
            <w:gridSpan w:val="3"/>
            <w:tcBorders>
              <w:top w:val="single" w:sz="12" w:space="0" w:color="000000"/>
              <w:left w:val="none" w:sz="0" w:space="0" w:color="000000"/>
              <w:bottom w:val="single" w:sz="4" w:space="0" w:color="000000"/>
              <w:right w:val="none" w:sz="0" w:space="0" w:color="000000"/>
            </w:tcBorders>
            <w:tcMar>
              <w:top w:w="0" w:type="dxa"/>
              <w:left w:w="0" w:type="dxa"/>
              <w:bottom w:w="0" w:type="dxa"/>
              <w:right w:w="0" w:type="dxa"/>
            </w:tcMar>
            <w:vAlign w:val="center"/>
          </w:tcPr>
          <w:p w14:paraId="1AD00F38" w14:textId="77777777" w:rsidR="00FB21E9" w:rsidRPr="001A2E38" w:rsidRDefault="00FB21E9" w:rsidP="005046C0">
            <w:pPr>
              <w:keepNext/>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Times New Roman" w:hAnsi="Times New Roman" w:cs="Times New Roman"/>
                <w:b/>
                <w:color w:val="000000"/>
                <w:sz w:val="20"/>
                <w:szCs w:val="20"/>
              </w:rPr>
            </w:pPr>
            <w:r w:rsidRPr="001A2E38">
              <w:rPr>
                <w:rFonts w:ascii="Times New Roman" w:eastAsia="Times New Roman" w:hAnsi="Times New Roman" w:cs="Times New Roman"/>
                <w:b/>
                <w:color w:val="000000"/>
                <w:sz w:val="20"/>
                <w:szCs w:val="20"/>
              </w:rPr>
              <w:t>IDI</w:t>
            </w:r>
          </w:p>
        </w:tc>
      </w:tr>
      <w:tr w:rsidR="00FB21E9" w:rsidRPr="001A2E38" w14:paraId="7AF6E6C3" w14:textId="77777777" w:rsidTr="005046C0">
        <w:trPr>
          <w:cantSplit/>
          <w:tblHeader/>
          <w:jc w:val="center"/>
        </w:trPr>
        <w:tc>
          <w:tcPr>
            <w:tcW w:w="3978" w:type="dxa"/>
            <w:vMerge/>
            <w:tcBorders>
              <w:top w:val="single" w:sz="4" w:space="0" w:color="000000"/>
              <w:left w:val="none" w:sz="0" w:space="0" w:color="000000"/>
              <w:bottom w:val="single" w:sz="4" w:space="0" w:color="000000"/>
              <w:right w:val="none" w:sz="0" w:space="0" w:color="000000"/>
            </w:tcBorders>
            <w:tcMar>
              <w:top w:w="0" w:type="dxa"/>
              <w:left w:w="0" w:type="dxa"/>
              <w:bottom w:w="0" w:type="dxa"/>
              <w:right w:w="0" w:type="dxa"/>
            </w:tcMar>
            <w:vAlign w:val="center"/>
          </w:tcPr>
          <w:p w14:paraId="701844A5" w14:textId="77777777" w:rsidR="00FB21E9" w:rsidRPr="001A2E38" w:rsidRDefault="00FB21E9" w:rsidP="005046C0">
            <w:pPr>
              <w:keepNext/>
              <w:pBdr>
                <w:top w:val="none" w:sz="0" w:space="0" w:color="000000"/>
                <w:left w:val="none" w:sz="0" w:space="0" w:color="000000"/>
                <w:bottom w:val="none" w:sz="0" w:space="0" w:color="000000"/>
                <w:right w:val="none" w:sz="0" w:space="0" w:color="000000"/>
              </w:pBdr>
              <w:spacing w:before="40" w:after="40"/>
              <w:ind w:left="40" w:right="40"/>
              <w:rPr>
                <w:rFonts w:ascii="Times New Roman" w:eastAsia="Times New Roman" w:hAnsi="Times New Roman" w:cs="Times New Roman"/>
                <w:b/>
                <w:color w:val="000000"/>
                <w:sz w:val="20"/>
                <w:szCs w:val="20"/>
              </w:rPr>
            </w:pPr>
          </w:p>
        </w:tc>
        <w:tc>
          <w:tcPr>
            <w:tcW w:w="1085" w:type="dxa"/>
            <w:tcBorders>
              <w:top w:val="single" w:sz="4" w:space="0" w:color="000000"/>
              <w:left w:val="none" w:sz="0" w:space="0" w:color="000000"/>
              <w:bottom w:val="single" w:sz="4" w:space="0" w:color="000000"/>
              <w:right w:val="none" w:sz="0" w:space="0" w:color="000000"/>
            </w:tcBorders>
            <w:tcMar>
              <w:top w:w="0" w:type="dxa"/>
              <w:left w:w="0" w:type="dxa"/>
              <w:bottom w:w="0" w:type="dxa"/>
              <w:right w:w="0" w:type="dxa"/>
            </w:tcMar>
            <w:vAlign w:val="center"/>
          </w:tcPr>
          <w:p w14:paraId="6E0E5484" w14:textId="77777777" w:rsidR="00FB21E9" w:rsidRPr="001A2E38" w:rsidRDefault="00FB21E9" w:rsidP="005046C0">
            <w:pPr>
              <w:keepNext/>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Times New Roman" w:hAnsi="Times New Roman" w:cs="Times New Roman"/>
                <w:b/>
                <w:color w:val="000000"/>
                <w:sz w:val="20"/>
                <w:szCs w:val="20"/>
              </w:rPr>
            </w:pPr>
            <w:r w:rsidRPr="001A2E38">
              <w:rPr>
                <w:rFonts w:ascii="Times New Roman" w:eastAsia="Times New Roman" w:hAnsi="Times New Roman" w:cs="Times New Roman"/>
                <w:b/>
                <w:color w:val="000000"/>
                <w:sz w:val="20"/>
                <w:szCs w:val="20"/>
              </w:rPr>
              <w:t>Estimate</w:t>
            </w:r>
          </w:p>
        </w:tc>
        <w:tc>
          <w:tcPr>
            <w:tcW w:w="1592" w:type="dxa"/>
            <w:tcBorders>
              <w:top w:val="single" w:sz="4" w:space="0" w:color="000000"/>
              <w:left w:val="none" w:sz="0" w:space="0" w:color="000000"/>
              <w:bottom w:val="single" w:sz="4" w:space="0" w:color="000000"/>
              <w:right w:val="none" w:sz="0" w:space="0" w:color="000000"/>
            </w:tcBorders>
            <w:tcMar>
              <w:top w:w="0" w:type="dxa"/>
              <w:left w:w="0" w:type="dxa"/>
              <w:bottom w:w="0" w:type="dxa"/>
              <w:right w:w="0" w:type="dxa"/>
            </w:tcMar>
            <w:vAlign w:val="center"/>
          </w:tcPr>
          <w:p w14:paraId="36CD3F6B" w14:textId="77777777" w:rsidR="00FB21E9" w:rsidRPr="001A2E38" w:rsidRDefault="00FB21E9" w:rsidP="005046C0">
            <w:pPr>
              <w:keepNext/>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Times New Roman" w:hAnsi="Times New Roman" w:cs="Times New Roman"/>
                <w:b/>
                <w:color w:val="000000"/>
                <w:sz w:val="20"/>
                <w:szCs w:val="20"/>
              </w:rPr>
            </w:pPr>
            <w:r w:rsidRPr="001A2E38">
              <w:rPr>
                <w:rFonts w:ascii="Times New Roman" w:eastAsia="Times New Roman" w:hAnsi="Times New Roman" w:cs="Times New Roman"/>
                <w:b/>
                <w:color w:val="000000"/>
                <w:sz w:val="20"/>
                <w:szCs w:val="20"/>
              </w:rPr>
              <w:t>95% CI</w:t>
            </w:r>
          </w:p>
        </w:tc>
        <w:tc>
          <w:tcPr>
            <w:tcW w:w="1013" w:type="dxa"/>
            <w:tcBorders>
              <w:top w:val="single" w:sz="4" w:space="0" w:color="000000"/>
              <w:left w:val="none" w:sz="0" w:space="0" w:color="000000"/>
              <w:bottom w:val="single" w:sz="4" w:space="0" w:color="000000"/>
              <w:right w:val="none" w:sz="0" w:space="0" w:color="000000"/>
            </w:tcBorders>
            <w:tcMar>
              <w:top w:w="0" w:type="dxa"/>
              <w:left w:w="0" w:type="dxa"/>
              <w:bottom w:w="0" w:type="dxa"/>
              <w:right w:w="0" w:type="dxa"/>
            </w:tcMar>
            <w:vAlign w:val="center"/>
          </w:tcPr>
          <w:p w14:paraId="7B06C243" w14:textId="77777777" w:rsidR="00FB21E9" w:rsidRPr="001A2E38" w:rsidRDefault="00FB21E9" w:rsidP="005046C0">
            <w:pPr>
              <w:keepNext/>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Times New Roman" w:hAnsi="Times New Roman" w:cs="Times New Roman"/>
                <w:b/>
                <w:i/>
                <w:color w:val="000000"/>
                <w:sz w:val="20"/>
                <w:szCs w:val="20"/>
              </w:rPr>
            </w:pPr>
            <w:r w:rsidRPr="001A2E38">
              <w:rPr>
                <w:rFonts w:ascii="Times New Roman" w:eastAsia="Times New Roman" w:hAnsi="Times New Roman" w:cs="Times New Roman"/>
                <w:b/>
                <w:i/>
                <w:color w:val="000000"/>
                <w:sz w:val="20"/>
                <w:szCs w:val="20"/>
              </w:rPr>
              <w:t>P value</w:t>
            </w:r>
          </w:p>
        </w:tc>
        <w:tc>
          <w:tcPr>
            <w:tcW w:w="1085" w:type="dxa"/>
            <w:tcBorders>
              <w:top w:val="single" w:sz="4" w:space="0" w:color="000000"/>
              <w:left w:val="none" w:sz="0" w:space="0" w:color="000000"/>
              <w:bottom w:val="single" w:sz="4" w:space="0" w:color="000000"/>
              <w:right w:val="none" w:sz="0" w:space="0" w:color="000000"/>
            </w:tcBorders>
            <w:tcMar>
              <w:top w:w="0" w:type="dxa"/>
              <w:left w:w="0" w:type="dxa"/>
              <w:bottom w:w="0" w:type="dxa"/>
              <w:right w:w="0" w:type="dxa"/>
            </w:tcMar>
            <w:vAlign w:val="center"/>
          </w:tcPr>
          <w:p w14:paraId="4D576EBD" w14:textId="77777777" w:rsidR="00FB21E9" w:rsidRPr="001A2E38" w:rsidRDefault="00FB21E9" w:rsidP="005046C0">
            <w:pPr>
              <w:keepNext/>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Times New Roman" w:hAnsi="Times New Roman" w:cs="Times New Roman"/>
                <w:b/>
                <w:color w:val="000000"/>
                <w:sz w:val="20"/>
                <w:szCs w:val="20"/>
              </w:rPr>
            </w:pPr>
            <w:r w:rsidRPr="001A2E38">
              <w:rPr>
                <w:rFonts w:ascii="Times New Roman" w:eastAsia="Times New Roman" w:hAnsi="Times New Roman" w:cs="Times New Roman"/>
                <w:b/>
                <w:color w:val="000000"/>
                <w:sz w:val="20"/>
                <w:szCs w:val="20"/>
              </w:rPr>
              <w:t>Estimate</w:t>
            </w:r>
          </w:p>
        </w:tc>
        <w:tc>
          <w:tcPr>
            <w:tcW w:w="1592" w:type="dxa"/>
            <w:tcBorders>
              <w:top w:val="single" w:sz="4" w:space="0" w:color="000000"/>
              <w:left w:val="none" w:sz="0" w:space="0" w:color="000000"/>
              <w:bottom w:val="single" w:sz="4" w:space="0" w:color="000000"/>
              <w:right w:val="none" w:sz="0" w:space="0" w:color="000000"/>
            </w:tcBorders>
            <w:tcMar>
              <w:top w:w="0" w:type="dxa"/>
              <w:left w:w="0" w:type="dxa"/>
              <w:bottom w:w="0" w:type="dxa"/>
              <w:right w:w="0" w:type="dxa"/>
            </w:tcMar>
            <w:vAlign w:val="center"/>
          </w:tcPr>
          <w:p w14:paraId="2E401FCE" w14:textId="77777777" w:rsidR="00FB21E9" w:rsidRPr="001A2E38" w:rsidRDefault="00FB21E9" w:rsidP="005046C0">
            <w:pPr>
              <w:keepNext/>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Times New Roman" w:hAnsi="Times New Roman" w:cs="Times New Roman"/>
                <w:b/>
                <w:color w:val="000000"/>
                <w:sz w:val="20"/>
                <w:szCs w:val="20"/>
              </w:rPr>
            </w:pPr>
            <w:r w:rsidRPr="001A2E38">
              <w:rPr>
                <w:rFonts w:ascii="Times New Roman" w:eastAsia="Times New Roman" w:hAnsi="Times New Roman" w:cs="Times New Roman"/>
                <w:b/>
                <w:color w:val="000000"/>
                <w:sz w:val="20"/>
                <w:szCs w:val="20"/>
              </w:rPr>
              <w:t>95% CI</w:t>
            </w:r>
          </w:p>
        </w:tc>
        <w:tc>
          <w:tcPr>
            <w:tcW w:w="1013" w:type="dxa"/>
            <w:tcBorders>
              <w:top w:val="single" w:sz="4" w:space="0" w:color="000000"/>
              <w:left w:val="none" w:sz="0" w:space="0" w:color="000000"/>
              <w:bottom w:val="single" w:sz="4" w:space="0" w:color="000000"/>
              <w:right w:val="none" w:sz="0" w:space="0" w:color="000000"/>
            </w:tcBorders>
            <w:tcMar>
              <w:top w:w="0" w:type="dxa"/>
              <w:left w:w="0" w:type="dxa"/>
              <w:bottom w:w="0" w:type="dxa"/>
              <w:right w:w="0" w:type="dxa"/>
            </w:tcMar>
            <w:vAlign w:val="center"/>
          </w:tcPr>
          <w:p w14:paraId="6D10DED3" w14:textId="77777777" w:rsidR="00FB21E9" w:rsidRPr="001A2E38" w:rsidRDefault="00FB21E9" w:rsidP="005046C0">
            <w:pPr>
              <w:keepNext/>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Times New Roman" w:hAnsi="Times New Roman" w:cs="Times New Roman"/>
                <w:b/>
                <w:i/>
                <w:color w:val="000000"/>
                <w:sz w:val="20"/>
                <w:szCs w:val="20"/>
              </w:rPr>
            </w:pPr>
            <w:r w:rsidRPr="001A2E38">
              <w:rPr>
                <w:rFonts w:ascii="Times New Roman" w:eastAsia="Times New Roman" w:hAnsi="Times New Roman" w:cs="Times New Roman"/>
                <w:b/>
                <w:i/>
                <w:color w:val="000000"/>
                <w:sz w:val="20"/>
                <w:szCs w:val="20"/>
              </w:rPr>
              <w:t>P value</w:t>
            </w:r>
          </w:p>
        </w:tc>
        <w:tc>
          <w:tcPr>
            <w:tcW w:w="1085" w:type="dxa"/>
            <w:tcBorders>
              <w:top w:val="single" w:sz="4" w:space="0" w:color="000000"/>
              <w:left w:val="none" w:sz="0" w:space="0" w:color="000000"/>
              <w:bottom w:val="single" w:sz="4" w:space="0" w:color="000000"/>
              <w:right w:val="none" w:sz="0" w:space="0" w:color="000000"/>
            </w:tcBorders>
            <w:tcMar>
              <w:top w:w="0" w:type="dxa"/>
              <w:left w:w="0" w:type="dxa"/>
              <w:bottom w:w="0" w:type="dxa"/>
              <w:right w:w="0" w:type="dxa"/>
            </w:tcMar>
            <w:vAlign w:val="center"/>
          </w:tcPr>
          <w:p w14:paraId="3B413F50" w14:textId="77777777" w:rsidR="00FB21E9" w:rsidRPr="001A2E38" w:rsidRDefault="00FB21E9" w:rsidP="005046C0">
            <w:pPr>
              <w:keepNext/>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Times New Roman" w:hAnsi="Times New Roman" w:cs="Times New Roman"/>
                <w:b/>
                <w:color w:val="000000"/>
                <w:sz w:val="20"/>
                <w:szCs w:val="20"/>
              </w:rPr>
            </w:pPr>
            <w:r w:rsidRPr="001A2E38">
              <w:rPr>
                <w:rFonts w:ascii="Times New Roman" w:eastAsia="Times New Roman" w:hAnsi="Times New Roman" w:cs="Times New Roman"/>
                <w:b/>
                <w:color w:val="000000"/>
                <w:sz w:val="20"/>
                <w:szCs w:val="20"/>
              </w:rPr>
              <w:t>Estimate</w:t>
            </w:r>
          </w:p>
        </w:tc>
        <w:tc>
          <w:tcPr>
            <w:tcW w:w="1592" w:type="dxa"/>
            <w:tcBorders>
              <w:top w:val="single" w:sz="4" w:space="0" w:color="000000"/>
              <w:left w:val="none" w:sz="0" w:space="0" w:color="000000"/>
              <w:bottom w:val="single" w:sz="4" w:space="0" w:color="000000"/>
              <w:right w:val="none" w:sz="0" w:space="0" w:color="000000"/>
            </w:tcBorders>
            <w:tcMar>
              <w:top w:w="0" w:type="dxa"/>
              <w:left w:w="0" w:type="dxa"/>
              <w:bottom w:w="0" w:type="dxa"/>
              <w:right w:w="0" w:type="dxa"/>
            </w:tcMar>
            <w:vAlign w:val="center"/>
          </w:tcPr>
          <w:p w14:paraId="5126A0E0" w14:textId="77777777" w:rsidR="00FB21E9" w:rsidRPr="001A2E38" w:rsidRDefault="00FB21E9" w:rsidP="005046C0">
            <w:pPr>
              <w:keepNext/>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Times New Roman" w:hAnsi="Times New Roman" w:cs="Times New Roman"/>
                <w:b/>
                <w:color w:val="000000"/>
                <w:sz w:val="20"/>
                <w:szCs w:val="20"/>
              </w:rPr>
            </w:pPr>
            <w:r w:rsidRPr="001A2E38">
              <w:rPr>
                <w:rFonts w:ascii="Times New Roman" w:eastAsia="Times New Roman" w:hAnsi="Times New Roman" w:cs="Times New Roman"/>
                <w:b/>
                <w:color w:val="000000"/>
                <w:sz w:val="20"/>
                <w:szCs w:val="20"/>
              </w:rPr>
              <w:t>95% CI</w:t>
            </w:r>
          </w:p>
        </w:tc>
        <w:tc>
          <w:tcPr>
            <w:tcW w:w="1013" w:type="dxa"/>
            <w:tcBorders>
              <w:top w:val="single" w:sz="4" w:space="0" w:color="000000"/>
              <w:left w:val="none" w:sz="0" w:space="0" w:color="000000"/>
              <w:bottom w:val="single" w:sz="4" w:space="0" w:color="000000"/>
              <w:right w:val="none" w:sz="0" w:space="0" w:color="000000"/>
            </w:tcBorders>
            <w:tcMar>
              <w:top w:w="0" w:type="dxa"/>
              <w:left w:w="0" w:type="dxa"/>
              <w:bottom w:w="0" w:type="dxa"/>
              <w:right w:w="0" w:type="dxa"/>
            </w:tcMar>
            <w:vAlign w:val="center"/>
          </w:tcPr>
          <w:p w14:paraId="51F68FC9" w14:textId="77777777" w:rsidR="00FB21E9" w:rsidRPr="001A2E38" w:rsidRDefault="00FB21E9" w:rsidP="005046C0">
            <w:pPr>
              <w:keepNext/>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Times New Roman" w:hAnsi="Times New Roman" w:cs="Times New Roman"/>
                <w:b/>
                <w:i/>
                <w:color w:val="000000"/>
                <w:sz w:val="20"/>
                <w:szCs w:val="20"/>
              </w:rPr>
            </w:pPr>
            <w:r w:rsidRPr="001A2E38">
              <w:rPr>
                <w:rFonts w:ascii="Times New Roman" w:eastAsia="Times New Roman" w:hAnsi="Times New Roman" w:cs="Times New Roman"/>
                <w:b/>
                <w:i/>
                <w:color w:val="000000"/>
                <w:sz w:val="20"/>
                <w:szCs w:val="20"/>
              </w:rPr>
              <w:t>P value</w:t>
            </w:r>
          </w:p>
        </w:tc>
      </w:tr>
      <w:tr w:rsidR="00FB21E9" w:rsidRPr="001A2E38" w14:paraId="74EB6A7A" w14:textId="77777777" w:rsidTr="005046C0">
        <w:trPr>
          <w:cantSplit/>
          <w:jc w:val="center"/>
        </w:trPr>
        <w:tc>
          <w:tcPr>
            <w:tcW w:w="3978" w:type="dxa"/>
            <w:tcBorders>
              <w:top w:val="single" w:sz="4"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6CFFB163" w14:textId="77777777" w:rsidR="00FB21E9" w:rsidRPr="001A2E38" w:rsidRDefault="00FB21E9" w:rsidP="005046C0">
            <w:pPr>
              <w:keepNext/>
              <w:pBdr>
                <w:top w:val="none" w:sz="0" w:space="0" w:color="000000"/>
                <w:left w:val="none" w:sz="0" w:space="0" w:color="000000"/>
                <w:bottom w:val="none" w:sz="0" w:space="0" w:color="000000"/>
                <w:right w:val="none" w:sz="0" w:space="0" w:color="000000"/>
              </w:pBdr>
              <w:spacing w:before="40" w:after="40"/>
              <w:ind w:left="40" w:right="40"/>
              <w:rPr>
                <w:rFonts w:ascii="Times New Roman" w:eastAsia="Times New Roman" w:hAnsi="Times New Roman" w:cs="Times New Roman"/>
                <w:b/>
                <w:color w:val="000000"/>
                <w:sz w:val="20"/>
                <w:szCs w:val="20"/>
              </w:rPr>
            </w:pPr>
            <w:r w:rsidRPr="001A2E38">
              <w:rPr>
                <w:rFonts w:ascii="Times New Roman" w:eastAsia="Times New Roman" w:hAnsi="Times New Roman" w:cs="Times New Roman"/>
                <w:b/>
                <w:color w:val="000000"/>
                <w:sz w:val="20"/>
                <w:szCs w:val="20"/>
              </w:rPr>
              <w:t>Conventional model (Reference)</w:t>
            </w:r>
          </w:p>
        </w:tc>
        <w:tc>
          <w:tcPr>
            <w:tcW w:w="1085" w:type="dxa"/>
            <w:tcBorders>
              <w:top w:val="single" w:sz="4"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28450832" w14:textId="77777777" w:rsidR="00FB21E9" w:rsidRPr="001A2E38" w:rsidRDefault="00FB21E9" w:rsidP="005046C0">
            <w:pPr>
              <w:keepNext/>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Times New Roman" w:hAnsi="Times New Roman" w:cs="Times New Roman"/>
                <w:color w:val="000000"/>
                <w:sz w:val="20"/>
                <w:szCs w:val="20"/>
              </w:rPr>
            </w:pPr>
            <w:r w:rsidRPr="001A2E38">
              <w:rPr>
                <w:rFonts w:ascii="Times New Roman" w:eastAsia="Times New Roman" w:hAnsi="Times New Roman" w:cs="Times New Roman"/>
                <w:color w:val="000000"/>
                <w:sz w:val="20"/>
                <w:szCs w:val="20"/>
              </w:rPr>
              <w:t>0.713</w:t>
            </w:r>
          </w:p>
        </w:tc>
        <w:tc>
          <w:tcPr>
            <w:tcW w:w="1592" w:type="dxa"/>
            <w:tcBorders>
              <w:top w:val="single" w:sz="4"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7B5828EC" w14:textId="77777777" w:rsidR="00FB21E9" w:rsidRPr="001A2E38" w:rsidRDefault="00FB21E9" w:rsidP="005046C0">
            <w:pPr>
              <w:keepNext/>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Times New Roman" w:hAnsi="Times New Roman" w:cs="Times New Roman"/>
                <w:color w:val="000000"/>
                <w:sz w:val="20"/>
                <w:szCs w:val="20"/>
              </w:rPr>
            </w:pPr>
            <w:r w:rsidRPr="001A2E38">
              <w:rPr>
                <w:rFonts w:ascii="Times New Roman" w:eastAsia="Times New Roman" w:hAnsi="Times New Roman" w:cs="Times New Roman"/>
                <w:color w:val="000000"/>
                <w:sz w:val="20"/>
                <w:szCs w:val="20"/>
              </w:rPr>
              <w:t>0.705-0.722</w:t>
            </w:r>
          </w:p>
        </w:tc>
        <w:tc>
          <w:tcPr>
            <w:tcW w:w="1013" w:type="dxa"/>
            <w:tcBorders>
              <w:top w:val="single" w:sz="4"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0026DFDF" w14:textId="77777777" w:rsidR="00FB21E9" w:rsidRPr="001A2E38" w:rsidRDefault="00FB21E9" w:rsidP="005046C0">
            <w:pPr>
              <w:keepNext/>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Times New Roman" w:hAnsi="Times New Roman" w:cs="Times New Roman"/>
                <w:color w:val="000000"/>
                <w:sz w:val="20"/>
                <w:szCs w:val="20"/>
              </w:rPr>
            </w:pPr>
            <w:r w:rsidRPr="001A2E38">
              <w:rPr>
                <w:rFonts w:ascii="Times New Roman" w:eastAsia="Times New Roman" w:hAnsi="Times New Roman" w:cs="Times New Roman"/>
                <w:color w:val="000000"/>
                <w:sz w:val="20"/>
                <w:szCs w:val="20"/>
              </w:rPr>
              <w:t>-</w:t>
            </w:r>
          </w:p>
        </w:tc>
        <w:tc>
          <w:tcPr>
            <w:tcW w:w="1085" w:type="dxa"/>
            <w:tcBorders>
              <w:top w:val="single" w:sz="4"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6E67247B" w14:textId="77777777" w:rsidR="00FB21E9" w:rsidRPr="001A2E38" w:rsidRDefault="00FB21E9" w:rsidP="005046C0">
            <w:pPr>
              <w:keepNext/>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Times New Roman" w:hAnsi="Times New Roman" w:cs="Times New Roman"/>
                <w:color w:val="000000"/>
                <w:sz w:val="20"/>
                <w:szCs w:val="20"/>
              </w:rPr>
            </w:pPr>
            <w:r w:rsidRPr="001A2E38">
              <w:rPr>
                <w:rFonts w:ascii="Times New Roman" w:eastAsia="Times New Roman" w:hAnsi="Times New Roman" w:cs="Times New Roman"/>
                <w:color w:val="000000"/>
                <w:sz w:val="20"/>
                <w:szCs w:val="20"/>
              </w:rPr>
              <w:t>Ref</w:t>
            </w:r>
          </w:p>
        </w:tc>
        <w:tc>
          <w:tcPr>
            <w:tcW w:w="1592" w:type="dxa"/>
            <w:tcBorders>
              <w:top w:val="single" w:sz="4"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05EF84EA" w14:textId="77777777" w:rsidR="00FB21E9" w:rsidRPr="001A2E38" w:rsidRDefault="00FB21E9" w:rsidP="005046C0">
            <w:pPr>
              <w:keepNext/>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Times New Roman" w:hAnsi="Times New Roman" w:cs="Times New Roman"/>
                <w:color w:val="000000"/>
                <w:sz w:val="20"/>
                <w:szCs w:val="20"/>
              </w:rPr>
            </w:pPr>
            <w:r w:rsidRPr="001A2E38">
              <w:rPr>
                <w:rFonts w:ascii="Times New Roman" w:eastAsia="Times New Roman" w:hAnsi="Times New Roman" w:cs="Times New Roman"/>
                <w:color w:val="000000"/>
                <w:sz w:val="20"/>
                <w:szCs w:val="20"/>
              </w:rPr>
              <w:t>-</w:t>
            </w:r>
          </w:p>
        </w:tc>
        <w:tc>
          <w:tcPr>
            <w:tcW w:w="1013" w:type="dxa"/>
            <w:tcBorders>
              <w:top w:val="single" w:sz="4"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50CABB08" w14:textId="77777777" w:rsidR="00FB21E9" w:rsidRPr="001A2E38" w:rsidRDefault="00FB21E9" w:rsidP="005046C0">
            <w:pPr>
              <w:keepNext/>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Times New Roman" w:hAnsi="Times New Roman" w:cs="Times New Roman"/>
                <w:color w:val="000000"/>
                <w:sz w:val="20"/>
                <w:szCs w:val="20"/>
              </w:rPr>
            </w:pPr>
            <w:r w:rsidRPr="001A2E38">
              <w:rPr>
                <w:rFonts w:ascii="Times New Roman" w:eastAsia="Times New Roman" w:hAnsi="Times New Roman" w:cs="Times New Roman"/>
                <w:color w:val="000000"/>
                <w:sz w:val="20"/>
                <w:szCs w:val="20"/>
              </w:rPr>
              <w:t>-</w:t>
            </w:r>
          </w:p>
        </w:tc>
        <w:tc>
          <w:tcPr>
            <w:tcW w:w="1085" w:type="dxa"/>
            <w:tcBorders>
              <w:top w:val="single" w:sz="4"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0C75FA53" w14:textId="77777777" w:rsidR="00FB21E9" w:rsidRPr="001A2E38" w:rsidRDefault="00FB21E9" w:rsidP="005046C0">
            <w:pPr>
              <w:keepNext/>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Times New Roman" w:hAnsi="Times New Roman" w:cs="Times New Roman"/>
                <w:color w:val="000000"/>
                <w:sz w:val="20"/>
                <w:szCs w:val="20"/>
              </w:rPr>
            </w:pPr>
            <w:r w:rsidRPr="001A2E38">
              <w:rPr>
                <w:rFonts w:ascii="Times New Roman" w:eastAsia="Times New Roman" w:hAnsi="Times New Roman" w:cs="Times New Roman"/>
                <w:color w:val="000000"/>
                <w:sz w:val="20"/>
                <w:szCs w:val="20"/>
              </w:rPr>
              <w:t>Ref</w:t>
            </w:r>
          </w:p>
        </w:tc>
        <w:tc>
          <w:tcPr>
            <w:tcW w:w="1592" w:type="dxa"/>
            <w:tcBorders>
              <w:top w:val="single" w:sz="4"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25110285" w14:textId="77777777" w:rsidR="00FB21E9" w:rsidRPr="001A2E38" w:rsidRDefault="00FB21E9" w:rsidP="005046C0">
            <w:pPr>
              <w:keepNext/>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Times New Roman" w:hAnsi="Times New Roman" w:cs="Times New Roman"/>
                <w:color w:val="000000"/>
                <w:sz w:val="20"/>
                <w:szCs w:val="20"/>
              </w:rPr>
            </w:pPr>
            <w:r w:rsidRPr="001A2E38">
              <w:rPr>
                <w:rFonts w:ascii="Times New Roman" w:eastAsia="Times New Roman" w:hAnsi="Times New Roman" w:cs="Times New Roman"/>
                <w:color w:val="000000"/>
                <w:sz w:val="20"/>
                <w:szCs w:val="20"/>
              </w:rPr>
              <w:t>-</w:t>
            </w:r>
          </w:p>
        </w:tc>
        <w:tc>
          <w:tcPr>
            <w:tcW w:w="1013" w:type="dxa"/>
            <w:tcBorders>
              <w:top w:val="single" w:sz="4"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189A5CEB" w14:textId="77777777" w:rsidR="00FB21E9" w:rsidRPr="001A2E38" w:rsidRDefault="00FB21E9" w:rsidP="005046C0">
            <w:pPr>
              <w:keepNext/>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Times New Roman" w:hAnsi="Times New Roman" w:cs="Times New Roman"/>
                <w:color w:val="000000"/>
                <w:sz w:val="20"/>
                <w:szCs w:val="20"/>
              </w:rPr>
            </w:pPr>
            <w:r w:rsidRPr="001A2E38">
              <w:rPr>
                <w:rFonts w:ascii="Times New Roman" w:eastAsia="Times New Roman" w:hAnsi="Times New Roman" w:cs="Times New Roman"/>
                <w:color w:val="000000"/>
                <w:sz w:val="20"/>
                <w:szCs w:val="20"/>
              </w:rPr>
              <w:t>-</w:t>
            </w:r>
          </w:p>
        </w:tc>
      </w:tr>
      <w:tr w:rsidR="00FB21E9" w:rsidRPr="001A2E38" w14:paraId="0B27A4D8" w14:textId="77777777" w:rsidTr="005046C0">
        <w:trPr>
          <w:cantSplit/>
          <w:jc w:val="center"/>
        </w:trPr>
        <w:tc>
          <w:tcPr>
            <w:tcW w:w="3978"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0660B2A0" w14:textId="77777777" w:rsidR="00FB21E9" w:rsidRPr="001A2E38" w:rsidRDefault="00FB21E9" w:rsidP="005046C0">
            <w:pPr>
              <w:keepNext/>
              <w:pBdr>
                <w:top w:val="none" w:sz="0" w:space="0" w:color="000000"/>
                <w:left w:val="none" w:sz="0" w:space="0" w:color="000000"/>
                <w:bottom w:val="none" w:sz="0" w:space="0" w:color="000000"/>
                <w:right w:val="none" w:sz="0" w:space="0" w:color="000000"/>
              </w:pBdr>
              <w:spacing w:before="40" w:after="40"/>
              <w:ind w:left="40" w:right="40"/>
              <w:rPr>
                <w:rFonts w:ascii="Times New Roman" w:eastAsia="Times New Roman" w:hAnsi="Times New Roman" w:cs="Times New Roman"/>
                <w:b/>
                <w:color w:val="000000"/>
                <w:sz w:val="20"/>
                <w:szCs w:val="20"/>
              </w:rPr>
            </w:pPr>
            <w:r w:rsidRPr="001A2E38">
              <w:rPr>
                <w:rFonts w:ascii="Times New Roman" w:eastAsia="Times New Roman" w:hAnsi="Times New Roman" w:cs="Times New Roman"/>
                <w:b/>
                <w:color w:val="000000"/>
                <w:sz w:val="20"/>
                <w:szCs w:val="20"/>
              </w:rPr>
              <w:t>Conventional model + BMI</w:t>
            </w:r>
          </w:p>
        </w:tc>
        <w:tc>
          <w:tcPr>
            <w:tcW w:w="1085"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46B1519B" w14:textId="77777777" w:rsidR="00FB21E9" w:rsidRPr="001A2E38" w:rsidRDefault="00FB21E9" w:rsidP="005046C0">
            <w:pPr>
              <w:keepNext/>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Times New Roman" w:hAnsi="Times New Roman" w:cs="Times New Roman"/>
                <w:color w:val="000000"/>
                <w:sz w:val="20"/>
                <w:szCs w:val="20"/>
              </w:rPr>
            </w:pPr>
            <w:r w:rsidRPr="001A2E38">
              <w:rPr>
                <w:rFonts w:ascii="Times New Roman" w:eastAsia="Times New Roman" w:hAnsi="Times New Roman" w:cs="Times New Roman"/>
                <w:color w:val="000000"/>
                <w:sz w:val="20"/>
                <w:szCs w:val="20"/>
              </w:rPr>
              <w:t>0.739</w:t>
            </w:r>
          </w:p>
        </w:tc>
        <w:tc>
          <w:tcPr>
            <w:tcW w:w="1592"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1B948AF7" w14:textId="77777777" w:rsidR="00FB21E9" w:rsidRPr="001A2E38" w:rsidRDefault="00FB21E9" w:rsidP="005046C0">
            <w:pPr>
              <w:keepNext/>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Times New Roman" w:hAnsi="Times New Roman" w:cs="Times New Roman"/>
                <w:color w:val="000000"/>
                <w:sz w:val="20"/>
                <w:szCs w:val="20"/>
              </w:rPr>
            </w:pPr>
            <w:r w:rsidRPr="001A2E38">
              <w:rPr>
                <w:rFonts w:ascii="Times New Roman" w:eastAsia="Times New Roman" w:hAnsi="Times New Roman" w:cs="Times New Roman"/>
                <w:color w:val="000000"/>
                <w:sz w:val="20"/>
                <w:szCs w:val="20"/>
              </w:rPr>
              <w:t>0.730-0.747</w:t>
            </w:r>
          </w:p>
        </w:tc>
        <w:tc>
          <w:tcPr>
            <w:tcW w:w="1013"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2CA3EF89" w14:textId="77777777" w:rsidR="00FB21E9" w:rsidRPr="001A2E38" w:rsidRDefault="00FB21E9" w:rsidP="005046C0">
            <w:pPr>
              <w:keepNext/>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Times New Roman" w:hAnsi="Times New Roman" w:cs="Times New Roman"/>
                <w:color w:val="000000"/>
                <w:sz w:val="20"/>
                <w:szCs w:val="20"/>
              </w:rPr>
            </w:pPr>
            <w:r w:rsidRPr="001A2E38">
              <w:rPr>
                <w:rFonts w:ascii="Times New Roman" w:eastAsia="Times New Roman" w:hAnsi="Times New Roman" w:cs="Times New Roman"/>
                <w:color w:val="000000"/>
                <w:sz w:val="20"/>
                <w:szCs w:val="20"/>
              </w:rPr>
              <w:t>&lt;0.001</w:t>
            </w:r>
          </w:p>
        </w:tc>
        <w:tc>
          <w:tcPr>
            <w:tcW w:w="1085"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28293163" w14:textId="77777777" w:rsidR="00FB21E9" w:rsidRPr="001A2E38" w:rsidRDefault="00FB21E9" w:rsidP="005046C0">
            <w:pPr>
              <w:keepNext/>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Times New Roman" w:hAnsi="Times New Roman" w:cs="Times New Roman"/>
                <w:color w:val="000000"/>
                <w:sz w:val="20"/>
                <w:szCs w:val="20"/>
              </w:rPr>
            </w:pPr>
            <w:r w:rsidRPr="001A2E38">
              <w:rPr>
                <w:rFonts w:ascii="Times New Roman" w:eastAsia="Times New Roman" w:hAnsi="Times New Roman" w:cs="Times New Roman"/>
                <w:color w:val="000000"/>
                <w:sz w:val="20"/>
                <w:szCs w:val="20"/>
              </w:rPr>
              <w:t>0.217</w:t>
            </w:r>
          </w:p>
        </w:tc>
        <w:tc>
          <w:tcPr>
            <w:tcW w:w="1592"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4F587BE7" w14:textId="77777777" w:rsidR="00FB21E9" w:rsidRPr="001A2E38" w:rsidRDefault="00FB21E9" w:rsidP="005046C0">
            <w:pPr>
              <w:keepNext/>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Times New Roman" w:hAnsi="Times New Roman" w:cs="Times New Roman"/>
                <w:color w:val="000000"/>
                <w:sz w:val="20"/>
                <w:szCs w:val="20"/>
              </w:rPr>
            </w:pPr>
            <w:r w:rsidRPr="001A2E38">
              <w:rPr>
                <w:rFonts w:ascii="Times New Roman" w:eastAsia="Times New Roman" w:hAnsi="Times New Roman" w:cs="Times New Roman"/>
                <w:color w:val="000000"/>
                <w:sz w:val="20"/>
                <w:szCs w:val="20"/>
              </w:rPr>
              <w:t>0.161-0.259</w:t>
            </w:r>
          </w:p>
        </w:tc>
        <w:tc>
          <w:tcPr>
            <w:tcW w:w="1013"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10963E10" w14:textId="77777777" w:rsidR="00FB21E9" w:rsidRPr="001A2E38" w:rsidRDefault="00FB21E9" w:rsidP="005046C0">
            <w:pPr>
              <w:keepNext/>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Times New Roman" w:hAnsi="Times New Roman" w:cs="Times New Roman"/>
                <w:color w:val="000000"/>
                <w:sz w:val="20"/>
                <w:szCs w:val="20"/>
              </w:rPr>
            </w:pPr>
            <w:r w:rsidRPr="001A2E38">
              <w:rPr>
                <w:rFonts w:ascii="Times New Roman" w:eastAsia="Times New Roman" w:hAnsi="Times New Roman" w:cs="Times New Roman"/>
                <w:color w:val="000000"/>
                <w:sz w:val="20"/>
                <w:szCs w:val="20"/>
              </w:rPr>
              <w:t>&lt;0.001</w:t>
            </w:r>
          </w:p>
        </w:tc>
        <w:tc>
          <w:tcPr>
            <w:tcW w:w="1085"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6ED7A9ED" w14:textId="77777777" w:rsidR="00FB21E9" w:rsidRPr="001A2E38" w:rsidRDefault="00FB21E9" w:rsidP="005046C0">
            <w:pPr>
              <w:keepNext/>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Times New Roman" w:hAnsi="Times New Roman" w:cs="Times New Roman"/>
                <w:color w:val="000000"/>
                <w:sz w:val="20"/>
                <w:szCs w:val="20"/>
              </w:rPr>
            </w:pPr>
            <w:r w:rsidRPr="001A2E38">
              <w:rPr>
                <w:rFonts w:ascii="Times New Roman" w:eastAsia="Times New Roman" w:hAnsi="Times New Roman" w:cs="Times New Roman"/>
                <w:color w:val="000000"/>
                <w:sz w:val="20"/>
                <w:szCs w:val="20"/>
              </w:rPr>
              <w:t>0.0024</w:t>
            </w:r>
          </w:p>
        </w:tc>
        <w:tc>
          <w:tcPr>
            <w:tcW w:w="1592"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629ED930" w14:textId="77777777" w:rsidR="00FB21E9" w:rsidRPr="001A2E38" w:rsidRDefault="00FB21E9" w:rsidP="005046C0">
            <w:pPr>
              <w:keepNext/>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Times New Roman" w:hAnsi="Times New Roman" w:cs="Times New Roman"/>
                <w:color w:val="000000"/>
                <w:sz w:val="20"/>
                <w:szCs w:val="20"/>
              </w:rPr>
            </w:pPr>
            <w:r w:rsidRPr="001A2E38">
              <w:rPr>
                <w:rFonts w:ascii="Times New Roman" w:eastAsia="Times New Roman" w:hAnsi="Times New Roman" w:cs="Times New Roman"/>
                <w:color w:val="000000"/>
                <w:sz w:val="20"/>
                <w:szCs w:val="20"/>
              </w:rPr>
              <w:t>0.0014-0.0035</w:t>
            </w:r>
          </w:p>
        </w:tc>
        <w:tc>
          <w:tcPr>
            <w:tcW w:w="1013"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02FEFC74" w14:textId="77777777" w:rsidR="00FB21E9" w:rsidRPr="001A2E38" w:rsidRDefault="00FB21E9" w:rsidP="005046C0">
            <w:pPr>
              <w:keepNext/>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Times New Roman" w:hAnsi="Times New Roman" w:cs="Times New Roman"/>
                <w:color w:val="000000"/>
                <w:sz w:val="20"/>
                <w:szCs w:val="20"/>
              </w:rPr>
            </w:pPr>
            <w:r w:rsidRPr="001A2E38">
              <w:rPr>
                <w:rFonts w:ascii="Times New Roman" w:eastAsia="Times New Roman" w:hAnsi="Times New Roman" w:cs="Times New Roman"/>
                <w:color w:val="000000"/>
                <w:sz w:val="20"/>
                <w:szCs w:val="20"/>
              </w:rPr>
              <w:t>&lt;0.001</w:t>
            </w:r>
          </w:p>
        </w:tc>
      </w:tr>
      <w:tr w:rsidR="00FB21E9" w:rsidRPr="001A2E38" w14:paraId="14047892" w14:textId="77777777" w:rsidTr="005046C0">
        <w:trPr>
          <w:cantSplit/>
          <w:jc w:val="center"/>
        </w:trPr>
        <w:tc>
          <w:tcPr>
            <w:tcW w:w="3978"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0AEB9684" w14:textId="77777777" w:rsidR="00FB21E9" w:rsidRPr="001A2E38" w:rsidRDefault="00FB21E9" w:rsidP="005046C0">
            <w:pPr>
              <w:keepNext/>
              <w:pBdr>
                <w:top w:val="none" w:sz="0" w:space="0" w:color="000000"/>
                <w:left w:val="none" w:sz="0" w:space="0" w:color="000000"/>
                <w:bottom w:val="none" w:sz="0" w:space="0" w:color="000000"/>
                <w:right w:val="none" w:sz="0" w:space="0" w:color="000000"/>
              </w:pBdr>
              <w:spacing w:before="40" w:after="40"/>
              <w:ind w:left="40" w:right="40"/>
              <w:rPr>
                <w:rFonts w:ascii="Times New Roman" w:eastAsia="Times New Roman" w:hAnsi="Times New Roman" w:cs="Times New Roman"/>
                <w:b/>
                <w:color w:val="000000"/>
                <w:sz w:val="20"/>
                <w:szCs w:val="20"/>
              </w:rPr>
            </w:pPr>
            <w:r w:rsidRPr="001A2E38">
              <w:rPr>
                <w:rFonts w:ascii="Times New Roman" w:eastAsia="Times New Roman" w:hAnsi="Times New Roman" w:cs="Times New Roman"/>
                <w:b/>
                <w:color w:val="000000"/>
                <w:sz w:val="20"/>
                <w:szCs w:val="20"/>
              </w:rPr>
              <w:t>Conventional model + WC</w:t>
            </w:r>
          </w:p>
        </w:tc>
        <w:tc>
          <w:tcPr>
            <w:tcW w:w="1085"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0AF9F839" w14:textId="77777777" w:rsidR="00FB21E9" w:rsidRPr="001A2E38" w:rsidRDefault="00FB21E9" w:rsidP="005046C0">
            <w:pPr>
              <w:keepNext/>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Times New Roman" w:hAnsi="Times New Roman" w:cs="Times New Roman"/>
                <w:color w:val="000000"/>
                <w:sz w:val="20"/>
                <w:szCs w:val="20"/>
              </w:rPr>
            </w:pPr>
            <w:r w:rsidRPr="001A2E38">
              <w:rPr>
                <w:rFonts w:ascii="Times New Roman" w:eastAsia="Times New Roman" w:hAnsi="Times New Roman" w:cs="Times New Roman"/>
                <w:color w:val="000000"/>
                <w:sz w:val="20"/>
                <w:szCs w:val="20"/>
              </w:rPr>
              <w:t>0.736</w:t>
            </w:r>
          </w:p>
        </w:tc>
        <w:tc>
          <w:tcPr>
            <w:tcW w:w="1592"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32B468B8" w14:textId="77777777" w:rsidR="00FB21E9" w:rsidRPr="001A2E38" w:rsidRDefault="00FB21E9" w:rsidP="005046C0">
            <w:pPr>
              <w:keepNext/>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Times New Roman" w:hAnsi="Times New Roman" w:cs="Times New Roman"/>
                <w:color w:val="000000"/>
                <w:sz w:val="20"/>
                <w:szCs w:val="20"/>
              </w:rPr>
            </w:pPr>
            <w:r w:rsidRPr="001A2E38">
              <w:rPr>
                <w:rFonts w:ascii="Times New Roman" w:eastAsia="Times New Roman" w:hAnsi="Times New Roman" w:cs="Times New Roman"/>
                <w:color w:val="000000"/>
                <w:sz w:val="20"/>
                <w:szCs w:val="20"/>
              </w:rPr>
              <w:t>0.727-0.744</w:t>
            </w:r>
          </w:p>
        </w:tc>
        <w:tc>
          <w:tcPr>
            <w:tcW w:w="1013"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4E222EC1" w14:textId="77777777" w:rsidR="00FB21E9" w:rsidRPr="001A2E38" w:rsidRDefault="00FB21E9" w:rsidP="005046C0">
            <w:pPr>
              <w:keepNext/>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Times New Roman" w:hAnsi="Times New Roman" w:cs="Times New Roman"/>
                <w:color w:val="000000"/>
                <w:sz w:val="20"/>
                <w:szCs w:val="20"/>
              </w:rPr>
            </w:pPr>
            <w:r w:rsidRPr="001A2E38">
              <w:rPr>
                <w:rFonts w:ascii="Times New Roman" w:eastAsia="Times New Roman" w:hAnsi="Times New Roman" w:cs="Times New Roman"/>
                <w:color w:val="000000"/>
                <w:sz w:val="20"/>
                <w:szCs w:val="20"/>
              </w:rPr>
              <w:t>&lt;0.001</w:t>
            </w:r>
          </w:p>
        </w:tc>
        <w:tc>
          <w:tcPr>
            <w:tcW w:w="1085"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10687D7E" w14:textId="77777777" w:rsidR="00FB21E9" w:rsidRPr="001A2E38" w:rsidRDefault="00FB21E9" w:rsidP="005046C0">
            <w:pPr>
              <w:keepNext/>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Times New Roman" w:hAnsi="Times New Roman" w:cs="Times New Roman"/>
                <w:color w:val="000000"/>
                <w:sz w:val="20"/>
                <w:szCs w:val="20"/>
              </w:rPr>
            </w:pPr>
            <w:r w:rsidRPr="001A2E38">
              <w:rPr>
                <w:rFonts w:ascii="Times New Roman" w:eastAsia="Times New Roman" w:hAnsi="Times New Roman" w:cs="Times New Roman"/>
                <w:color w:val="000000"/>
                <w:sz w:val="20"/>
                <w:szCs w:val="20"/>
              </w:rPr>
              <w:t>0.193</w:t>
            </w:r>
          </w:p>
        </w:tc>
        <w:tc>
          <w:tcPr>
            <w:tcW w:w="1592"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13A2FEA0" w14:textId="77777777" w:rsidR="00FB21E9" w:rsidRPr="001A2E38" w:rsidRDefault="00FB21E9" w:rsidP="005046C0">
            <w:pPr>
              <w:keepNext/>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Times New Roman" w:hAnsi="Times New Roman" w:cs="Times New Roman"/>
                <w:color w:val="000000"/>
                <w:sz w:val="20"/>
                <w:szCs w:val="20"/>
              </w:rPr>
            </w:pPr>
            <w:r w:rsidRPr="001A2E38">
              <w:rPr>
                <w:rFonts w:ascii="Times New Roman" w:eastAsia="Times New Roman" w:hAnsi="Times New Roman" w:cs="Times New Roman"/>
                <w:color w:val="000000"/>
                <w:sz w:val="20"/>
                <w:szCs w:val="20"/>
              </w:rPr>
              <w:t>0.136-0.236</w:t>
            </w:r>
          </w:p>
        </w:tc>
        <w:tc>
          <w:tcPr>
            <w:tcW w:w="1013"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6F0F0E46" w14:textId="77777777" w:rsidR="00FB21E9" w:rsidRPr="001A2E38" w:rsidRDefault="00FB21E9" w:rsidP="005046C0">
            <w:pPr>
              <w:keepNext/>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Times New Roman" w:hAnsi="Times New Roman" w:cs="Times New Roman"/>
                <w:color w:val="000000"/>
                <w:sz w:val="20"/>
                <w:szCs w:val="20"/>
              </w:rPr>
            </w:pPr>
            <w:r w:rsidRPr="001A2E38">
              <w:rPr>
                <w:rFonts w:ascii="Times New Roman" w:eastAsia="Times New Roman" w:hAnsi="Times New Roman" w:cs="Times New Roman"/>
                <w:color w:val="000000"/>
                <w:sz w:val="20"/>
                <w:szCs w:val="20"/>
              </w:rPr>
              <w:t>&lt;0.001</w:t>
            </w:r>
          </w:p>
        </w:tc>
        <w:tc>
          <w:tcPr>
            <w:tcW w:w="1085"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2FA37E94" w14:textId="77777777" w:rsidR="00FB21E9" w:rsidRPr="001A2E38" w:rsidRDefault="00FB21E9" w:rsidP="005046C0">
            <w:pPr>
              <w:keepNext/>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Times New Roman" w:hAnsi="Times New Roman" w:cs="Times New Roman"/>
                <w:color w:val="000000"/>
                <w:sz w:val="20"/>
                <w:szCs w:val="20"/>
              </w:rPr>
            </w:pPr>
            <w:r w:rsidRPr="001A2E38">
              <w:rPr>
                <w:rFonts w:ascii="Times New Roman" w:eastAsia="Times New Roman" w:hAnsi="Times New Roman" w:cs="Times New Roman"/>
                <w:color w:val="000000"/>
                <w:sz w:val="20"/>
                <w:szCs w:val="20"/>
              </w:rPr>
              <w:t>0.0019</w:t>
            </w:r>
          </w:p>
        </w:tc>
        <w:tc>
          <w:tcPr>
            <w:tcW w:w="1592"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2E3BC404" w14:textId="77777777" w:rsidR="00FB21E9" w:rsidRPr="001A2E38" w:rsidRDefault="00FB21E9" w:rsidP="005046C0">
            <w:pPr>
              <w:keepNext/>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Times New Roman" w:hAnsi="Times New Roman" w:cs="Times New Roman"/>
                <w:color w:val="000000"/>
                <w:sz w:val="20"/>
                <w:szCs w:val="20"/>
              </w:rPr>
            </w:pPr>
            <w:r w:rsidRPr="001A2E38">
              <w:rPr>
                <w:rFonts w:ascii="Times New Roman" w:eastAsia="Times New Roman" w:hAnsi="Times New Roman" w:cs="Times New Roman"/>
                <w:color w:val="000000"/>
                <w:sz w:val="20"/>
                <w:szCs w:val="20"/>
              </w:rPr>
              <w:t>0.0012-0.0027</w:t>
            </w:r>
          </w:p>
        </w:tc>
        <w:tc>
          <w:tcPr>
            <w:tcW w:w="1013"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45DB9589" w14:textId="77777777" w:rsidR="00FB21E9" w:rsidRPr="001A2E38" w:rsidRDefault="00FB21E9" w:rsidP="005046C0">
            <w:pPr>
              <w:keepNext/>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Times New Roman" w:hAnsi="Times New Roman" w:cs="Times New Roman"/>
                <w:color w:val="000000"/>
                <w:sz w:val="20"/>
                <w:szCs w:val="20"/>
              </w:rPr>
            </w:pPr>
            <w:r w:rsidRPr="001A2E38">
              <w:rPr>
                <w:rFonts w:ascii="Times New Roman" w:eastAsia="Times New Roman" w:hAnsi="Times New Roman" w:cs="Times New Roman"/>
                <w:color w:val="000000"/>
                <w:sz w:val="20"/>
                <w:szCs w:val="20"/>
              </w:rPr>
              <w:t>&lt;0.001</w:t>
            </w:r>
          </w:p>
        </w:tc>
      </w:tr>
      <w:tr w:rsidR="00FB21E9" w:rsidRPr="001A2E38" w14:paraId="493C378A" w14:textId="77777777" w:rsidTr="005046C0">
        <w:trPr>
          <w:cantSplit/>
          <w:jc w:val="center"/>
        </w:trPr>
        <w:tc>
          <w:tcPr>
            <w:tcW w:w="3978"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0A923DAD" w14:textId="77777777" w:rsidR="00FB21E9" w:rsidRPr="001A2E38" w:rsidRDefault="00FB21E9" w:rsidP="005046C0">
            <w:pPr>
              <w:keepNext/>
              <w:pBdr>
                <w:top w:val="none" w:sz="0" w:space="0" w:color="000000"/>
                <w:left w:val="none" w:sz="0" w:space="0" w:color="000000"/>
                <w:bottom w:val="none" w:sz="0" w:space="0" w:color="000000"/>
                <w:right w:val="none" w:sz="0" w:space="0" w:color="000000"/>
              </w:pBdr>
              <w:spacing w:before="40" w:after="40"/>
              <w:ind w:left="40" w:right="40"/>
              <w:rPr>
                <w:rFonts w:ascii="Times New Roman" w:eastAsia="Times New Roman" w:hAnsi="Times New Roman" w:cs="Times New Roman"/>
                <w:b/>
                <w:color w:val="000000"/>
                <w:sz w:val="20"/>
                <w:szCs w:val="20"/>
              </w:rPr>
            </w:pPr>
            <w:r w:rsidRPr="001A2E38">
              <w:rPr>
                <w:rFonts w:ascii="Times New Roman" w:eastAsia="Times New Roman" w:hAnsi="Times New Roman" w:cs="Times New Roman"/>
                <w:b/>
                <w:color w:val="000000"/>
                <w:sz w:val="20"/>
                <w:szCs w:val="20"/>
              </w:rPr>
              <w:t>Conventional model + WHtR</w:t>
            </w:r>
          </w:p>
        </w:tc>
        <w:tc>
          <w:tcPr>
            <w:tcW w:w="1085"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2754D803" w14:textId="77777777" w:rsidR="00FB21E9" w:rsidRPr="001A2E38" w:rsidRDefault="00FB21E9" w:rsidP="005046C0">
            <w:pPr>
              <w:keepNext/>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Times New Roman" w:hAnsi="Times New Roman" w:cs="Times New Roman"/>
                <w:color w:val="000000"/>
                <w:sz w:val="20"/>
                <w:szCs w:val="20"/>
              </w:rPr>
            </w:pPr>
            <w:r w:rsidRPr="001A2E38">
              <w:rPr>
                <w:rFonts w:ascii="Times New Roman" w:eastAsia="Times New Roman" w:hAnsi="Times New Roman" w:cs="Times New Roman"/>
                <w:color w:val="000000"/>
                <w:sz w:val="20"/>
                <w:szCs w:val="20"/>
              </w:rPr>
              <w:t>0.739</w:t>
            </w:r>
          </w:p>
        </w:tc>
        <w:tc>
          <w:tcPr>
            <w:tcW w:w="1592"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7CEFAD79" w14:textId="77777777" w:rsidR="00FB21E9" w:rsidRPr="001A2E38" w:rsidRDefault="00FB21E9" w:rsidP="005046C0">
            <w:pPr>
              <w:keepNext/>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Times New Roman" w:hAnsi="Times New Roman" w:cs="Times New Roman"/>
                <w:color w:val="000000"/>
                <w:sz w:val="20"/>
                <w:szCs w:val="20"/>
              </w:rPr>
            </w:pPr>
            <w:r w:rsidRPr="001A2E38">
              <w:rPr>
                <w:rFonts w:ascii="Times New Roman" w:eastAsia="Times New Roman" w:hAnsi="Times New Roman" w:cs="Times New Roman"/>
                <w:color w:val="000000"/>
                <w:sz w:val="20"/>
                <w:szCs w:val="20"/>
              </w:rPr>
              <w:t>0.731-0.748</w:t>
            </w:r>
          </w:p>
        </w:tc>
        <w:tc>
          <w:tcPr>
            <w:tcW w:w="1013"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11DEF89D" w14:textId="77777777" w:rsidR="00FB21E9" w:rsidRPr="001A2E38" w:rsidRDefault="00FB21E9" w:rsidP="005046C0">
            <w:pPr>
              <w:keepNext/>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Times New Roman" w:hAnsi="Times New Roman" w:cs="Times New Roman"/>
                <w:color w:val="000000"/>
                <w:sz w:val="20"/>
                <w:szCs w:val="20"/>
              </w:rPr>
            </w:pPr>
            <w:r w:rsidRPr="001A2E38">
              <w:rPr>
                <w:rFonts w:ascii="Times New Roman" w:eastAsia="Times New Roman" w:hAnsi="Times New Roman" w:cs="Times New Roman"/>
                <w:color w:val="000000"/>
                <w:sz w:val="20"/>
                <w:szCs w:val="20"/>
              </w:rPr>
              <w:t>&lt;0.001</w:t>
            </w:r>
          </w:p>
        </w:tc>
        <w:tc>
          <w:tcPr>
            <w:tcW w:w="1085"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31F46A0A" w14:textId="77777777" w:rsidR="00FB21E9" w:rsidRPr="001A2E38" w:rsidRDefault="00FB21E9" w:rsidP="005046C0">
            <w:pPr>
              <w:keepNext/>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Times New Roman" w:hAnsi="Times New Roman" w:cs="Times New Roman"/>
                <w:color w:val="000000"/>
                <w:sz w:val="20"/>
                <w:szCs w:val="20"/>
              </w:rPr>
            </w:pPr>
            <w:r w:rsidRPr="001A2E38">
              <w:rPr>
                <w:rFonts w:ascii="Times New Roman" w:eastAsia="Times New Roman" w:hAnsi="Times New Roman" w:cs="Times New Roman"/>
                <w:color w:val="000000"/>
                <w:sz w:val="20"/>
                <w:szCs w:val="20"/>
              </w:rPr>
              <w:t>0.221</w:t>
            </w:r>
          </w:p>
        </w:tc>
        <w:tc>
          <w:tcPr>
            <w:tcW w:w="1592"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0894D4A8" w14:textId="77777777" w:rsidR="00FB21E9" w:rsidRPr="001A2E38" w:rsidRDefault="00FB21E9" w:rsidP="005046C0">
            <w:pPr>
              <w:keepNext/>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Times New Roman" w:hAnsi="Times New Roman" w:cs="Times New Roman"/>
                <w:color w:val="000000"/>
                <w:sz w:val="20"/>
                <w:szCs w:val="20"/>
              </w:rPr>
            </w:pPr>
            <w:r w:rsidRPr="001A2E38">
              <w:rPr>
                <w:rFonts w:ascii="Times New Roman" w:eastAsia="Times New Roman" w:hAnsi="Times New Roman" w:cs="Times New Roman"/>
                <w:color w:val="000000"/>
                <w:sz w:val="20"/>
                <w:szCs w:val="20"/>
              </w:rPr>
              <w:t>0.166-0.269</w:t>
            </w:r>
          </w:p>
        </w:tc>
        <w:tc>
          <w:tcPr>
            <w:tcW w:w="1013"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50AEEE66" w14:textId="77777777" w:rsidR="00FB21E9" w:rsidRPr="001A2E38" w:rsidRDefault="00FB21E9" w:rsidP="005046C0">
            <w:pPr>
              <w:keepNext/>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Times New Roman" w:hAnsi="Times New Roman" w:cs="Times New Roman"/>
                <w:color w:val="000000"/>
                <w:sz w:val="20"/>
                <w:szCs w:val="20"/>
              </w:rPr>
            </w:pPr>
            <w:r w:rsidRPr="001A2E38">
              <w:rPr>
                <w:rFonts w:ascii="Times New Roman" w:eastAsia="Times New Roman" w:hAnsi="Times New Roman" w:cs="Times New Roman"/>
                <w:color w:val="000000"/>
                <w:sz w:val="20"/>
                <w:szCs w:val="20"/>
              </w:rPr>
              <w:t>&lt;0.001</w:t>
            </w:r>
          </w:p>
        </w:tc>
        <w:tc>
          <w:tcPr>
            <w:tcW w:w="1085"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61FC8FD3" w14:textId="77777777" w:rsidR="00FB21E9" w:rsidRPr="001A2E38" w:rsidRDefault="00FB21E9" w:rsidP="005046C0">
            <w:pPr>
              <w:keepNext/>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Times New Roman" w:hAnsi="Times New Roman" w:cs="Times New Roman"/>
                <w:color w:val="000000"/>
                <w:sz w:val="20"/>
                <w:szCs w:val="20"/>
              </w:rPr>
            </w:pPr>
            <w:r w:rsidRPr="001A2E38">
              <w:rPr>
                <w:rFonts w:ascii="Times New Roman" w:eastAsia="Times New Roman" w:hAnsi="Times New Roman" w:cs="Times New Roman"/>
                <w:color w:val="000000"/>
                <w:sz w:val="20"/>
                <w:szCs w:val="20"/>
              </w:rPr>
              <w:t>0.0023</w:t>
            </w:r>
          </w:p>
        </w:tc>
        <w:tc>
          <w:tcPr>
            <w:tcW w:w="1592"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31268A83" w14:textId="77777777" w:rsidR="00FB21E9" w:rsidRPr="001A2E38" w:rsidRDefault="00FB21E9" w:rsidP="005046C0">
            <w:pPr>
              <w:keepNext/>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Times New Roman" w:hAnsi="Times New Roman" w:cs="Times New Roman"/>
                <w:color w:val="000000"/>
                <w:sz w:val="20"/>
                <w:szCs w:val="20"/>
              </w:rPr>
            </w:pPr>
            <w:r w:rsidRPr="001A2E38">
              <w:rPr>
                <w:rFonts w:ascii="Times New Roman" w:eastAsia="Times New Roman" w:hAnsi="Times New Roman" w:cs="Times New Roman"/>
                <w:color w:val="000000"/>
                <w:sz w:val="20"/>
                <w:szCs w:val="20"/>
              </w:rPr>
              <w:t>0.0015-0.0033</w:t>
            </w:r>
          </w:p>
        </w:tc>
        <w:tc>
          <w:tcPr>
            <w:tcW w:w="1013"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2E9C9CE8" w14:textId="77777777" w:rsidR="00FB21E9" w:rsidRPr="001A2E38" w:rsidRDefault="00FB21E9" w:rsidP="005046C0">
            <w:pPr>
              <w:keepNext/>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Times New Roman" w:hAnsi="Times New Roman" w:cs="Times New Roman"/>
                <w:color w:val="000000"/>
                <w:sz w:val="20"/>
                <w:szCs w:val="20"/>
              </w:rPr>
            </w:pPr>
            <w:r w:rsidRPr="001A2E38">
              <w:rPr>
                <w:rFonts w:ascii="Times New Roman" w:eastAsia="Times New Roman" w:hAnsi="Times New Roman" w:cs="Times New Roman"/>
                <w:color w:val="000000"/>
                <w:sz w:val="20"/>
                <w:szCs w:val="20"/>
              </w:rPr>
              <w:t>&lt;0.001</w:t>
            </w:r>
          </w:p>
        </w:tc>
      </w:tr>
      <w:tr w:rsidR="00FB21E9" w:rsidRPr="001A2E38" w14:paraId="47C5A5F6" w14:textId="77777777" w:rsidTr="005046C0">
        <w:trPr>
          <w:cantSplit/>
          <w:jc w:val="center"/>
        </w:trPr>
        <w:tc>
          <w:tcPr>
            <w:tcW w:w="3978"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262B7902" w14:textId="77777777" w:rsidR="00FB21E9" w:rsidRPr="001A2E38" w:rsidRDefault="00FB21E9" w:rsidP="005046C0">
            <w:pPr>
              <w:keepNext/>
              <w:pBdr>
                <w:top w:val="none" w:sz="0" w:space="0" w:color="000000"/>
                <w:left w:val="none" w:sz="0" w:space="0" w:color="000000"/>
                <w:bottom w:val="none" w:sz="0" w:space="0" w:color="000000"/>
                <w:right w:val="none" w:sz="0" w:space="0" w:color="000000"/>
              </w:pBdr>
              <w:spacing w:before="40" w:after="40"/>
              <w:ind w:left="40" w:right="40"/>
              <w:rPr>
                <w:rFonts w:ascii="Times New Roman" w:eastAsia="Times New Roman" w:hAnsi="Times New Roman" w:cs="Times New Roman"/>
                <w:b/>
                <w:color w:val="000000"/>
                <w:sz w:val="20"/>
                <w:szCs w:val="20"/>
              </w:rPr>
            </w:pPr>
            <w:r w:rsidRPr="001A2E38">
              <w:rPr>
                <w:rFonts w:ascii="Times New Roman" w:eastAsia="Times New Roman" w:hAnsi="Times New Roman" w:cs="Times New Roman"/>
                <w:b/>
                <w:color w:val="000000"/>
                <w:sz w:val="20"/>
                <w:szCs w:val="20"/>
              </w:rPr>
              <w:t>Conventional model + BRI</w:t>
            </w:r>
          </w:p>
        </w:tc>
        <w:tc>
          <w:tcPr>
            <w:tcW w:w="1085"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6CCE0D54" w14:textId="77777777" w:rsidR="00FB21E9" w:rsidRPr="001A2E38" w:rsidRDefault="00FB21E9" w:rsidP="005046C0">
            <w:pPr>
              <w:keepNext/>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Times New Roman" w:hAnsi="Times New Roman" w:cs="Times New Roman"/>
                <w:color w:val="000000"/>
                <w:sz w:val="20"/>
                <w:szCs w:val="20"/>
              </w:rPr>
            </w:pPr>
            <w:r w:rsidRPr="001A2E38">
              <w:rPr>
                <w:rFonts w:ascii="Times New Roman" w:eastAsia="Times New Roman" w:hAnsi="Times New Roman" w:cs="Times New Roman"/>
                <w:color w:val="000000"/>
                <w:sz w:val="20"/>
                <w:szCs w:val="20"/>
              </w:rPr>
              <w:t>0.739</w:t>
            </w:r>
          </w:p>
        </w:tc>
        <w:tc>
          <w:tcPr>
            <w:tcW w:w="1592"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37E233EC" w14:textId="77777777" w:rsidR="00FB21E9" w:rsidRPr="001A2E38" w:rsidRDefault="00FB21E9" w:rsidP="005046C0">
            <w:pPr>
              <w:keepNext/>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Times New Roman" w:hAnsi="Times New Roman" w:cs="Times New Roman"/>
                <w:color w:val="000000"/>
                <w:sz w:val="20"/>
                <w:szCs w:val="20"/>
              </w:rPr>
            </w:pPr>
            <w:r w:rsidRPr="001A2E38">
              <w:rPr>
                <w:rFonts w:ascii="Times New Roman" w:eastAsia="Times New Roman" w:hAnsi="Times New Roman" w:cs="Times New Roman"/>
                <w:color w:val="000000"/>
                <w:sz w:val="20"/>
                <w:szCs w:val="20"/>
              </w:rPr>
              <w:t>0.730-0.747</w:t>
            </w:r>
          </w:p>
        </w:tc>
        <w:tc>
          <w:tcPr>
            <w:tcW w:w="1013"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7BEEA77E" w14:textId="77777777" w:rsidR="00FB21E9" w:rsidRPr="001A2E38" w:rsidRDefault="00FB21E9" w:rsidP="005046C0">
            <w:pPr>
              <w:keepNext/>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Times New Roman" w:hAnsi="Times New Roman" w:cs="Times New Roman"/>
                <w:color w:val="000000"/>
                <w:sz w:val="20"/>
                <w:szCs w:val="20"/>
              </w:rPr>
            </w:pPr>
            <w:r w:rsidRPr="001A2E38">
              <w:rPr>
                <w:rFonts w:ascii="Times New Roman" w:eastAsia="Times New Roman" w:hAnsi="Times New Roman" w:cs="Times New Roman"/>
                <w:color w:val="000000"/>
                <w:sz w:val="20"/>
                <w:szCs w:val="20"/>
              </w:rPr>
              <w:t>&lt;0.001</w:t>
            </w:r>
          </w:p>
        </w:tc>
        <w:tc>
          <w:tcPr>
            <w:tcW w:w="1085"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0D9C86E9" w14:textId="77777777" w:rsidR="00FB21E9" w:rsidRPr="001A2E38" w:rsidRDefault="00FB21E9" w:rsidP="005046C0">
            <w:pPr>
              <w:keepNext/>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Times New Roman" w:hAnsi="Times New Roman" w:cs="Times New Roman"/>
                <w:color w:val="000000"/>
                <w:sz w:val="20"/>
                <w:szCs w:val="20"/>
              </w:rPr>
            </w:pPr>
            <w:r w:rsidRPr="001A2E38">
              <w:rPr>
                <w:rFonts w:ascii="Times New Roman" w:eastAsia="Times New Roman" w:hAnsi="Times New Roman" w:cs="Times New Roman"/>
                <w:color w:val="000000"/>
                <w:sz w:val="20"/>
                <w:szCs w:val="20"/>
              </w:rPr>
              <w:t>0.217</w:t>
            </w:r>
          </w:p>
        </w:tc>
        <w:tc>
          <w:tcPr>
            <w:tcW w:w="1592"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48F04F1E" w14:textId="77777777" w:rsidR="00FB21E9" w:rsidRPr="001A2E38" w:rsidRDefault="00FB21E9" w:rsidP="005046C0">
            <w:pPr>
              <w:keepNext/>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Times New Roman" w:hAnsi="Times New Roman" w:cs="Times New Roman"/>
                <w:color w:val="000000"/>
                <w:sz w:val="20"/>
                <w:szCs w:val="20"/>
              </w:rPr>
            </w:pPr>
            <w:r w:rsidRPr="001A2E38">
              <w:rPr>
                <w:rFonts w:ascii="Times New Roman" w:eastAsia="Times New Roman" w:hAnsi="Times New Roman" w:cs="Times New Roman"/>
                <w:color w:val="000000"/>
                <w:sz w:val="20"/>
                <w:szCs w:val="20"/>
              </w:rPr>
              <w:t>0.167-0.266</w:t>
            </w:r>
          </w:p>
        </w:tc>
        <w:tc>
          <w:tcPr>
            <w:tcW w:w="1013"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46180DC3" w14:textId="77777777" w:rsidR="00FB21E9" w:rsidRPr="001A2E38" w:rsidRDefault="00FB21E9" w:rsidP="005046C0">
            <w:pPr>
              <w:keepNext/>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Times New Roman" w:hAnsi="Times New Roman" w:cs="Times New Roman"/>
                <w:color w:val="000000"/>
                <w:sz w:val="20"/>
                <w:szCs w:val="20"/>
              </w:rPr>
            </w:pPr>
            <w:r w:rsidRPr="001A2E38">
              <w:rPr>
                <w:rFonts w:ascii="Times New Roman" w:eastAsia="Times New Roman" w:hAnsi="Times New Roman" w:cs="Times New Roman"/>
                <w:color w:val="000000"/>
                <w:sz w:val="20"/>
                <w:szCs w:val="20"/>
              </w:rPr>
              <w:t>&lt;0.001</w:t>
            </w:r>
          </w:p>
        </w:tc>
        <w:tc>
          <w:tcPr>
            <w:tcW w:w="1085"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23D4BFD8" w14:textId="77777777" w:rsidR="00FB21E9" w:rsidRPr="001A2E38" w:rsidRDefault="00FB21E9" w:rsidP="005046C0">
            <w:pPr>
              <w:keepNext/>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Times New Roman" w:hAnsi="Times New Roman" w:cs="Times New Roman"/>
                <w:color w:val="000000"/>
                <w:sz w:val="20"/>
                <w:szCs w:val="20"/>
              </w:rPr>
            </w:pPr>
            <w:r w:rsidRPr="001A2E38">
              <w:rPr>
                <w:rFonts w:ascii="Times New Roman" w:eastAsia="Times New Roman" w:hAnsi="Times New Roman" w:cs="Times New Roman"/>
                <w:color w:val="000000"/>
                <w:sz w:val="20"/>
                <w:szCs w:val="20"/>
              </w:rPr>
              <w:t>0.0022</w:t>
            </w:r>
          </w:p>
        </w:tc>
        <w:tc>
          <w:tcPr>
            <w:tcW w:w="1592"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33D07851" w14:textId="77777777" w:rsidR="00FB21E9" w:rsidRPr="001A2E38" w:rsidRDefault="00FB21E9" w:rsidP="005046C0">
            <w:pPr>
              <w:keepNext/>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Times New Roman" w:hAnsi="Times New Roman" w:cs="Times New Roman"/>
                <w:color w:val="000000"/>
                <w:sz w:val="20"/>
                <w:szCs w:val="20"/>
              </w:rPr>
            </w:pPr>
            <w:r w:rsidRPr="001A2E38">
              <w:rPr>
                <w:rFonts w:ascii="Times New Roman" w:eastAsia="Times New Roman" w:hAnsi="Times New Roman" w:cs="Times New Roman"/>
                <w:color w:val="000000"/>
                <w:sz w:val="20"/>
                <w:szCs w:val="20"/>
              </w:rPr>
              <w:t>0.0013-0.0031</w:t>
            </w:r>
          </w:p>
        </w:tc>
        <w:tc>
          <w:tcPr>
            <w:tcW w:w="1013"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5FA493C4" w14:textId="77777777" w:rsidR="00FB21E9" w:rsidRPr="001A2E38" w:rsidRDefault="00FB21E9" w:rsidP="005046C0">
            <w:pPr>
              <w:keepNext/>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Times New Roman" w:hAnsi="Times New Roman" w:cs="Times New Roman"/>
                <w:color w:val="000000"/>
                <w:sz w:val="20"/>
                <w:szCs w:val="20"/>
              </w:rPr>
            </w:pPr>
            <w:r w:rsidRPr="001A2E38">
              <w:rPr>
                <w:rFonts w:ascii="Times New Roman" w:eastAsia="Times New Roman" w:hAnsi="Times New Roman" w:cs="Times New Roman"/>
                <w:color w:val="000000"/>
                <w:sz w:val="20"/>
                <w:szCs w:val="20"/>
              </w:rPr>
              <w:t>&lt;0.001</w:t>
            </w:r>
          </w:p>
        </w:tc>
      </w:tr>
      <w:tr w:rsidR="00FB21E9" w:rsidRPr="001A2E38" w14:paraId="01F0EE02" w14:textId="77777777" w:rsidTr="005046C0">
        <w:trPr>
          <w:cantSplit/>
          <w:jc w:val="center"/>
        </w:trPr>
        <w:tc>
          <w:tcPr>
            <w:tcW w:w="3978"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047CAD75" w14:textId="77777777" w:rsidR="00FB21E9" w:rsidRPr="001A2E38" w:rsidRDefault="00FB21E9" w:rsidP="005046C0">
            <w:pPr>
              <w:keepNext/>
              <w:pBdr>
                <w:top w:val="none" w:sz="0" w:space="0" w:color="000000"/>
                <w:left w:val="none" w:sz="0" w:space="0" w:color="000000"/>
                <w:bottom w:val="none" w:sz="0" w:space="0" w:color="000000"/>
                <w:right w:val="none" w:sz="0" w:space="0" w:color="000000"/>
              </w:pBdr>
              <w:spacing w:before="40" w:after="40"/>
              <w:ind w:left="40" w:right="40"/>
              <w:rPr>
                <w:rFonts w:ascii="Times New Roman" w:eastAsia="Times New Roman" w:hAnsi="Times New Roman" w:cs="Times New Roman"/>
                <w:b/>
                <w:color w:val="000000"/>
                <w:sz w:val="20"/>
                <w:szCs w:val="20"/>
              </w:rPr>
            </w:pPr>
            <w:r w:rsidRPr="001A2E38">
              <w:rPr>
                <w:rFonts w:ascii="Times New Roman" w:eastAsia="Times New Roman" w:hAnsi="Times New Roman" w:cs="Times New Roman"/>
                <w:b/>
                <w:color w:val="000000"/>
                <w:sz w:val="20"/>
                <w:szCs w:val="20"/>
              </w:rPr>
              <w:t>Conventional model + ABSI</w:t>
            </w:r>
          </w:p>
        </w:tc>
        <w:tc>
          <w:tcPr>
            <w:tcW w:w="1085"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3E1701E0" w14:textId="77777777" w:rsidR="00FB21E9" w:rsidRPr="001A2E38" w:rsidRDefault="00FB21E9" w:rsidP="005046C0">
            <w:pPr>
              <w:keepNext/>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Times New Roman" w:hAnsi="Times New Roman" w:cs="Times New Roman"/>
                <w:color w:val="000000"/>
                <w:sz w:val="20"/>
                <w:szCs w:val="20"/>
              </w:rPr>
            </w:pPr>
            <w:r w:rsidRPr="001A2E38">
              <w:rPr>
                <w:rFonts w:ascii="Times New Roman" w:eastAsia="Times New Roman" w:hAnsi="Times New Roman" w:cs="Times New Roman"/>
                <w:color w:val="000000"/>
                <w:sz w:val="20"/>
                <w:szCs w:val="20"/>
              </w:rPr>
              <w:t>0.714</w:t>
            </w:r>
          </w:p>
        </w:tc>
        <w:tc>
          <w:tcPr>
            <w:tcW w:w="1592"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13AFB3D6" w14:textId="77777777" w:rsidR="00FB21E9" w:rsidRPr="001A2E38" w:rsidRDefault="00FB21E9" w:rsidP="005046C0">
            <w:pPr>
              <w:keepNext/>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Times New Roman" w:hAnsi="Times New Roman" w:cs="Times New Roman"/>
                <w:color w:val="000000"/>
                <w:sz w:val="20"/>
                <w:szCs w:val="20"/>
              </w:rPr>
            </w:pPr>
            <w:r w:rsidRPr="001A2E38">
              <w:rPr>
                <w:rFonts w:ascii="Times New Roman" w:eastAsia="Times New Roman" w:hAnsi="Times New Roman" w:cs="Times New Roman"/>
                <w:color w:val="000000"/>
                <w:sz w:val="20"/>
                <w:szCs w:val="20"/>
              </w:rPr>
              <w:t>0.705-0.723</w:t>
            </w:r>
          </w:p>
        </w:tc>
        <w:tc>
          <w:tcPr>
            <w:tcW w:w="1013"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5692DAD4" w14:textId="77777777" w:rsidR="00FB21E9" w:rsidRPr="001A2E38" w:rsidRDefault="00FB21E9" w:rsidP="005046C0">
            <w:pPr>
              <w:keepNext/>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Times New Roman" w:hAnsi="Times New Roman" w:cs="Times New Roman"/>
                <w:color w:val="000000"/>
                <w:sz w:val="20"/>
                <w:szCs w:val="20"/>
              </w:rPr>
            </w:pPr>
            <w:r w:rsidRPr="001A2E38">
              <w:rPr>
                <w:rFonts w:ascii="Times New Roman" w:eastAsia="Times New Roman" w:hAnsi="Times New Roman" w:cs="Times New Roman"/>
                <w:color w:val="000000"/>
                <w:sz w:val="20"/>
                <w:szCs w:val="20"/>
              </w:rPr>
              <w:t>0.544</w:t>
            </w:r>
          </w:p>
        </w:tc>
        <w:tc>
          <w:tcPr>
            <w:tcW w:w="1085"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5AE1D8CC" w14:textId="77777777" w:rsidR="00FB21E9" w:rsidRPr="001A2E38" w:rsidRDefault="00FB21E9" w:rsidP="005046C0">
            <w:pPr>
              <w:keepNext/>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Times New Roman" w:hAnsi="Times New Roman" w:cs="Times New Roman"/>
                <w:color w:val="000000"/>
                <w:sz w:val="20"/>
                <w:szCs w:val="20"/>
              </w:rPr>
            </w:pPr>
            <w:r w:rsidRPr="001A2E38">
              <w:rPr>
                <w:rFonts w:ascii="Times New Roman" w:eastAsia="Times New Roman" w:hAnsi="Times New Roman" w:cs="Times New Roman"/>
                <w:color w:val="000000"/>
                <w:sz w:val="20"/>
                <w:szCs w:val="20"/>
              </w:rPr>
              <w:t>0.053</w:t>
            </w:r>
          </w:p>
        </w:tc>
        <w:tc>
          <w:tcPr>
            <w:tcW w:w="1592"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2546E586" w14:textId="77777777" w:rsidR="00FB21E9" w:rsidRPr="001A2E38" w:rsidRDefault="00FB21E9" w:rsidP="005046C0">
            <w:pPr>
              <w:keepNext/>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Times New Roman" w:hAnsi="Times New Roman" w:cs="Times New Roman"/>
                <w:color w:val="000000"/>
                <w:sz w:val="20"/>
                <w:szCs w:val="20"/>
              </w:rPr>
            </w:pPr>
            <w:r w:rsidRPr="001A2E38">
              <w:rPr>
                <w:rFonts w:ascii="Times New Roman" w:eastAsia="Times New Roman" w:hAnsi="Times New Roman" w:cs="Times New Roman"/>
                <w:color w:val="000000"/>
                <w:sz w:val="20"/>
                <w:szCs w:val="20"/>
              </w:rPr>
              <w:t>0.008-0.100</w:t>
            </w:r>
          </w:p>
        </w:tc>
        <w:tc>
          <w:tcPr>
            <w:tcW w:w="1013"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2BE0103C" w14:textId="77777777" w:rsidR="00FB21E9" w:rsidRPr="001A2E38" w:rsidRDefault="00FB21E9" w:rsidP="005046C0">
            <w:pPr>
              <w:keepNext/>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Times New Roman" w:hAnsi="Times New Roman" w:cs="Times New Roman"/>
                <w:color w:val="000000"/>
                <w:sz w:val="20"/>
                <w:szCs w:val="20"/>
              </w:rPr>
            </w:pPr>
            <w:r w:rsidRPr="001A2E38">
              <w:rPr>
                <w:rFonts w:ascii="Times New Roman" w:eastAsia="Times New Roman" w:hAnsi="Times New Roman" w:cs="Times New Roman"/>
                <w:color w:val="000000"/>
                <w:sz w:val="20"/>
                <w:szCs w:val="20"/>
              </w:rPr>
              <w:t>0.027</w:t>
            </w:r>
          </w:p>
        </w:tc>
        <w:tc>
          <w:tcPr>
            <w:tcW w:w="1085"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4DDB9D5F" w14:textId="77777777" w:rsidR="00FB21E9" w:rsidRPr="001A2E38" w:rsidRDefault="00FB21E9" w:rsidP="005046C0">
            <w:pPr>
              <w:keepNext/>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Times New Roman" w:hAnsi="Times New Roman" w:cs="Times New Roman"/>
                <w:color w:val="000000"/>
                <w:sz w:val="20"/>
                <w:szCs w:val="20"/>
              </w:rPr>
            </w:pPr>
            <w:r w:rsidRPr="001A2E38">
              <w:rPr>
                <w:rFonts w:ascii="Times New Roman" w:eastAsia="Times New Roman" w:hAnsi="Times New Roman" w:cs="Times New Roman"/>
                <w:color w:val="000000"/>
                <w:sz w:val="20"/>
                <w:szCs w:val="20"/>
              </w:rPr>
              <w:t>0.0001</w:t>
            </w:r>
          </w:p>
        </w:tc>
        <w:tc>
          <w:tcPr>
            <w:tcW w:w="1592"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7D311B9A" w14:textId="77777777" w:rsidR="00FB21E9" w:rsidRPr="001A2E38" w:rsidRDefault="00FB21E9" w:rsidP="005046C0">
            <w:pPr>
              <w:keepNext/>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Times New Roman" w:hAnsi="Times New Roman" w:cs="Times New Roman"/>
                <w:color w:val="000000"/>
                <w:sz w:val="20"/>
                <w:szCs w:val="20"/>
              </w:rPr>
            </w:pPr>
            <w:r w:rsidRPr="001A2E38">
              <w:rPr>
                <w:rFonts w:ascii="Times New Roman" w:eastAsia="Times New Roman" w:hAnsi="Times New Roman" w:cs="Times New Roman"/>
                <w:color w:val="000000"/>
                <w:sz w:val="20"/>
                <w:szCs w:val="20"/>
              </w:rPr>
              <w:t>0.0000-0.0002</w:t>
            </w:r>
          </w:p>
        </w:tc>
        <w:tc>
          <w:tcPr>
            <w:tcW w:w="1013"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5FFCD7D5" w14:textId="77777777" w:rsidR="00FB21E9" w:rsidRPr="001A2E38" w:rsidRDefault="00FB21E9" w:rsidP="005046C0">
            <w:pPr>
              <w:keepNext/>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Times New Roman" w:hAnsi="Times New Roman" w:cs="Times New Roman"/>
                <w:color w:val="000000"/>
                <w:sz w:val="20"/>
                <w:szCs w:val="20"/>
              </w:rPr>
            </w:pPr>
            <w:r w:rsidRPr="001A2E38">
              <w:rPr>
                <w:rFonts w:ascii="Times New Roman" w:eastAsia="Times New Roman" w:hAnsi="Times New Roman" w:cs="Times New Roman"/>
                <w:color w:val="000000"/>
                <w:sz w:val="20"/>
                <w:szCs w:val="20"/>
              </w:rPr>
              <w:t>0.147</w:t>
            </w:r>
          </w:p>
        </w:tc>
      </w:tr>
      <w:tr w:rsidR="00FB21E9" w:rsidRPr="001A2E38" w14:paraId="4786C9A0" w14:textId="77777777" w:rsidTr="005046C0">
        <w:trPr>
          <w:cantSplit/>
          <w:jc w:val="center"/>
        </w:trPr>
        <w:tc>
          <w:tcPr>
            <w:tcW w:w="3978"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12E77E39" w14:textId="77777777" w:rsidR="00FB21E9" w:rsidRPr="001A2E38" w:rsidRDefault="00FB21E9" w:rsidP="005046C0">
            <w:pPr>
              <w:keepNext/>
              <w:pBdr>
                <w:top w:val="none" w:sz="0" w:space="0" w:color="000000"/>
                <w:left w:val="none" w:sz="0" w:space="0" w:color="000000"/>
                <w:bottom w:val="none" w:sz="0" w:space="0" w:color="000000"/>
                <w:right w:val="none" w:sz="0" w:space="0" w:color="000000"/>
              </w:pBdr>
              <w:spacing w:before="40" w:after="40"/>
              <w:ind w:left="40" w:right="40"/>
              <w:rPr>
                <w:rFonts w:ascii="Times New Roman" w:eastAsia="Times New Roman" w:hAnsi="Times New Roman" w:cs="Times New Roman"/>
                <w:b/>
                <w:color w:val="000000"/>
                <w:sz w:val="20"/>
                <w:szCs w:val="20"/>
              </w:rPr>
            </w:pPr>
            <w:r w:rsidRPr="001A2E38">
              <w:rPr>
                <w:rFonts w:ascii="Times New Roman" w:eastAsia="Times New Roman" w:hAnsi="Times New Roman" w:cs="Times New Roman"/>
                <w:b/>
                <w:color w:val="000000"/>
                <w:sz w:val="20"/>
                <w:szCs w:val="20"/>
              </w:rPr>
              <w:t>Conventional model + VAI</w:t>
            </w:r>
          </w:p>
        </w:tc>
        <w:tc>
          <w:tcPr>
            <w:tcW w:w="1085"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55E20CBA" w14:textId="77777777" w:rsidR="00FB21E9" w:rsidRPr="001A2E38" w:rsidRDefault="00FB21E9" w:rsidP="005046C0">
            <w:pPr>
              <w:keepNext/>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Times New Roman" w:hAnsi="Times New Roman" w:cs="Times New Roman"/>
                <w:color w:val="000000"/>
                <w:sz w:val="20"/>
                <w:szCs w:val="20"/>
              </w:rPr>
            </w:pPr>
            <w:r w:rsidRPr="001A2E38">
              <w:rPr>
                <w:rFonts w:ascii="Times New Roman" w:eastAsia="Times New Roman" w:hAnsi="Times New Roman" w:cs="Times New Roman"/>
                <w:color w:val="000000"/>
                <w:sz w:val="20"/>
                <w:szCs w:val="20"/>
              </w:rPr>
              <w:t>0.718</w:t>
            </w:r>
          </w:p>
        </w:tc>
        <w:tc>
          <w:tcPr>
            <w:tcW w:w="1592"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5C0F1901" w14:textId="77777777" w:rsidR="00FB21E9" w:rsidRPr="001A2E38" w:rsidRDefault="00FB21E9" w:rsidP="005046C0">
            <w:pPr>
              <w:keepNext/>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Times New Roman" w:hAnsi="Times New Roman" w:cs="Times New Roman"/>
                <w:color w:val="000000"/>
                <w:sz w:val="20"/>
                <w:szCs w:val="20"/>
              </w:rPr>
            </w:pPr>
            <w:r w:rsidRPr="001A2E38">
              <w:rPr>
                <w:rFonts w:ascii="Times New Roman" w:eastAsia="Times New Roman" w:hAnsi="Times New Roman" w:cs="Times New Roman"/>
                <w:color w:val="000000"/>
                <w:sz w:val="20"/>
                <w:szCs w:val="20"/>
              </w:rPr>
              <w:t>0.710-0.727</w:t>
            </w:r>
          </w:p>
        </w:tc>
        <w:tc>
          <w:tcPr>
            <w:tcW w:w="1013"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4A3F289C" w14:textId="77777777" w:rsidR="00FB21E9" w:rsidRPr="001A2E38" w:rsidRDefault="00FB21E9" w:rsidP="005046C0">
            <w:pPr>
              <w:keepNext/>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Times New Roman" w:hAnsi="Times New Roman" w:cs="Times New Roman"/>
                <w:color w:val="000000"/>
                <w:sz w:val="20"/>
                <w:szCs w:val="20"/>
              </w:rPr>
            </w:pPr>
            <w:r w:rsidRPr="001A2E38">
              <w:rPr>
                <w:rFonts w:ascii="Times New Roman" w:eastAsia="Times New Roman" w:hAnsi="Times New Roman" w:cs="Times New Roman"/>
                <w:color w:val="000000"/>
                <w:sz w:val="20"/>
                <w:szCs w:val="20"/>
              </w:rPr>
              <w:t>&lt;0.001</w:t>
            </w:r>
          </w:p>
        </w:tc>
        <w:tc>
          <w:tcPr>
            <w:tcW w:w="1085"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7405BC10" w14:textId="77777777" w:rsidR="00FB21E9" w:rsidRPr="001A2E38" w:rsidRDefault="00FB21E9" w:rsidP="005046C0">
            <w:pPr>
              <w:keepNext/>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Times New Roman" w:hAnsi="Times New Roman" w:cs="Times New Roman"/>
                <w:color w:val="000000"/>
                <w:sz w:val="20"/>
                <w:szCs w:val="20"/>
              </w:rPr>
            </w:pPr>
            <w:r w:rsidRPr="001A2E38">
              <w:rPr>
                <w:rFonts w:ascii="Times New Roman" w:eastAsia="Times New Roman" w:hAnsi="Times New Roman" w:cs="Times New Roman"/>
                <w:color w:val="000000"/>
                <w:sz w:val="20"/>
                <w:szCs w:val="20"/>
              </w:rPr>
              <w:t>0.105</w:t>
            </w:r>
          </w:p>
        </w:tc>
        <w:tc>
          <w:tcPr>
            <w:tcW w:w="1592"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1B0CB863" w14:textId="77777777" w:rsidR="00FB21E9" w:rsidRPr="001A2E38" w:rsidRDefault="00FB21E9" w:rsidP="005046C0">
            <w:pPr>
              <w:keepNext/>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Times New Roman" w:hAnsi="Times New Roman" w:cs="Times New Roman"/>
                <w:color w:val="000000"/>
                <w:sz w:val="20"/>
                <w:szCs w:val="20"/>
              </w:rPr>
            </w:pPr>
            <w:r w:rsidRPr="001A2E38">
              <w:rPr>
                <w:rFonts w:ascii="Times New Roman" w:eastAsia="Times New Roman" w:hAnsi="Times New Roman" w:cs="Times New Roman"/>
                <w:color w:val="000000"/>
                <w:sz w:val="20"/>
                <w:szCs w:val="20"/>
              </w:rPr>
              <w:t>0.066-0.148</w:t>
            </w:r>
          </w:p>
        </w:tc>
        <w:tc>
          <w:tcPr>
            <w:tcW w:w="1013"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520A6A22" w14:textId="77777777" w:rsidR="00FB21E9" w:rsidRPr="001A2E38" w:rsidRDefault="00FB21E9" w:rsidP="005046C0">
            <w:pPr>
              <w:keepNext/>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Times New Roman" w:hAnsi="Times New Roman" w:cs="Times New Roman"/>
                <w:color w:val="000000"/>
                <w:sz w:val="20"/>
                <w:szCs w:val="20"/>
              </w:rPr>
            </w:pPr>
            <w:r w:rsidRPr="001A2E38">
              <w:rPr>
                <w:rFonts w:ascii="Times New Roman" w:eastAsia="Times New Roman" w:hAnsi="Times New Roman" w:cs="Times New Roman"/>
                <w:color w:val="000000"/>
                <w:sz w:val="20"/>
                <w:szCs w:val="20"/>
              </w:rPr>
              <w:t>&lt;0.001</w:t>
            </w:r>
          </w:p>
        </w:tc>
        <w:tc>
          <w:tcPr>
            <w:tcW w:w="1085"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74966EB8" w14:textId="77777777" w:rsidR="00FB21E9" w:rsidRPr="001A2E38" w:rsidRDefault="00FB21E9" w:rsidP="005046C0">
            <w:pPr>
              <w:keepNext/>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Times New Roman" w:hAnsi="Times New Roman" w:cs="Times New Roman"/>
                <w:color w:val="000000"/>
                <w:sz w:val="20"/>
                <w:szCs w:val="20"/>
              </w:rPr>
            </w:pPr>
            <w:r w:rsidRPr="001A2E38">
              <w:rPr>
                <w:rFonts w:ascii="Times New Roman" w:eastAsia="Times New Roman" w:hAnsi="Times New Roman" w:cs="Times New Roman"/>
                <w:color w:val="000000"/>
                <w:sz w:val="20"/>
                <w:szCs w:val="20"/>
              </w:rPr>
              <w:t>0.0013</w:t>
            </w:r>
          </w:p>
        </w:tc>
        <w:tc>
          <w:tcPr>
            <w:tcW w:w="1592"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4A2276EA" w14:textId="77777777" w:rsidR="00FB21E9" w:rsidRPr="001A2E38" w:rsidRDefault="00FB21E9" w:rsidP="005046C0">
            <w:pPr>
              <w:keepNext/>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Times New Roman" w:hAnsi="Times New Roman" w:cs="Times New Roman"/>
                <w:color w:val="000000"/>
                <w:sz w:val="20"/>
                <w:szCs w:val="20"/>
              </w:rPr>
            </w:pPr>
            <w:r w:rsidRPr="001A2E38">
              <w:rPr>
                <w:rFonts w:ascii="Times New Roman" w:eastAsia="Times New Roman" w:hAnsi="Times New Roman" w:cs="Times New Roman"/>
                <w:color w:val="000000"/>
                <w:sz w:val="20"/>
                <w:szCs w:val="20"/>
              </w:rPr>
              <w:t>0.0005-0.0032</w:t>
            </w:r>
          </w:p>
        </w:tc>
        <w:tc>
          <w:tcPr>
            <w:tcW w:w="1013"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2738C268" w14:textId="77777777" w:rsidR="00FB21E9" w:rsidRPr="001A2E38" w:rsidRDefault="00FB21E9" w:rsidP="005046C0">
            <w:pPr>
              <w:keepNext/>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Times New Roman" w:hAnsi="Times New Roman" w:cs="Times New Roman"/>
                <w:color w:val="000000"/>
                <w:sz w:val="20"/>
                <w:szCs w:val="20"/>
              </w:rPr>
            </w:pPr>
            <w:r w:rsidRPr="001A2E38">
              <w:rPr>
                <w:rFonts w:ascii="Times New Roman" w:eastAsia="Times New Roman" w:hAnsi="Times New Roman" w:cs="Times New Roman"/>
                <w:color w:val="000000"/>
                <w:sz w:val="20"/>
                <w:szCs w:val="20"/>
              </w:rPr>
              <w:t>&lt;0.001</w:t>
            </w:r>
          </w:p>
        </w:tc>
      </w:tr>
      <w:tr w:rsidR="00FB21E9" w:rsidRPr="001A2E38" w14:paraId="4FB411DB" w14:textId="77777777" w:rsidTr="005046C0">
        <w:trPr>
          <w:cantSplit/>
          <w:jc w:val="center"/>
        </w:trPr>
        <w:tc>
          <w:tcPr>
            <w:tcW w:w="3978"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18F1E1A9" w14:textId="77777777" w:rsidR="00FB21E9" w:rsidRPr="001A2E38" w:rsidRDefault="00FB21E9" w:rsidP="005046C0">
            <w:pPr>
              <w:keepNext/>
              <w:pBdr>
                <w:top w:val="none" w:sz="0" w:space="0" w:color="000000"/>
                <w:left w:val="none" w:sz="0" w:space="0" w:color="000000"/>
                <w:bottom w:val="none" w:sz="0" w:space="0" w:color="000000"/>
                <w:right w:val="none" w:sz="0" w:space="0" w:color="000000"/>
              </w:pBdr>
              <w:spacing w:before="40" w:after="40"/>
              <w:ind w:left="40" w:right="40"/>
              <w:rPr>
                <w:rFonts w:ascii="Times New Roman" w:eastAsia="Times New Roman" w:hAnsi="Times New Roman" w:cs="Times New Roman"/>
                <w:b/>
                <w:color w:val="000000"/>
                <w:sz w:val="20"/>
                <w:szCs w:val="20"/>
              </w:rPr>
            </w:pPr>
            <w:r w:rsidRPr="001A2E38">
              <w:rPr>
                <w:rFonts w:ascii="Times New Roman" w:eastAsia="Times New Roman" w:hAnsi="Times New Roman" w:cs="Times New Roman"/>
                <w:b/>
                <w:color w:val="000000"/>
                <w:sz w:val="20"/>
                <w:szCs w:val="20"/>
              </w:rPr>
              <w:t>Conventional model + WWI</w:t>
            </w:r>
          </w:p>
        </w:tc>
        <w:tc>
          <w:tcPr>
            <w:tcW w:w="1085"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126ABE67" w14:textId="77777777" w:rsidR="00FB21E9" w:rsidRPr="001A2E38" w:rsidRDefault="00FB21E9" w:rsidP="005046C0">
            <w:pPr>
              <w:keepNext/>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Times New Roman" w:hAnsi="Times New Roman" w:cs="Times New Roman"/>
                <w:color w:val="000000"/>
                <w:sz w:val="20"/>
                <w:szCs w:val="20"/>
              </w:rPr>
            </w:pPr>
            <w:r w:rsidRPr="001A2E38">
              <w:rPr>
                <w:rFonts w:ascii="Times New Roman" w:eastAsia="Times New Roman" w:hAnsi="Times New Roman" w:cs="Times New Roman"/>
                <w:color w:val="000000"/>
                <w:sz w:val="20"/>
                <w:szCs w:val="20"/>
              </w:rPr>
              <w:t>0.724</w:t>
            </w:r>
          </w:p>
        </w:tc>
        <w:tc>
          <w:tcPr>
            <w:tcW w:w="1592"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24173D20" w14:textId="77777777" w:rsidR="00FB21E9" w:rsidRPr="001A2E38" w:rsidRDefault="00FB21E9" w:rsidP="005046C0">
            <w:pPr>
              <w:keepNext/>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Times New Roman" w:hAnsi="Times New Roman" w:cs="Times New Roman"/>
                <w:color w:val="000000"/>
                <w:sz w:val="20"/>
                <w:szCs w:val="20"/>
              </w:rPr>
            </w:pPr>
            <w:r w:rsidRPr="001A2E38">
              <w:rPr>
                <w:rFonts w:ascii="Times New Roman" w:eastAsia="Times New Roman" w:hAnsi="Times New Roman" w:cs="Times New Roman"/>
                <w:color w:val="000000"/>
                <w:sz w:val="20"/>
                <w:szCs w:val="20"/>
              </w:rPr>
              <w:t>0.715-0.732</w:t>
            </w:r>
          </w:p>
        </w:tc>
        <w:tc>
          <w:tcPr>
            <w:tcW w:w="1013"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2A90C7F2" w14:textId="77777777" w:rsidR="00FB21E9" w:rsidRPr="001A2E38" w:rsidRDefault="00FB21E9" w:rsidP="005046C0">
            <w:pPr>
              <w:keepNext/>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Times New Roman" w:hAnsi="Times New Roman" w:cs="Times New Roman"/>
                <w:color w:val="000000"/>
                <w:sz w:val="20"/>
                <w:szCs w:val="20"/>
              </w:rPr>
            </w:pPr>
            <w:r w:rsidRPr="001A2E38">
              <w:rPr>
                <w:rFonts w:ascii="Times New Roman" w:eastAsia="Times New Roman" w:hAnsi="Times New Roman" w:cs="Times New Roman"/>
                <w:color w:val="000000"/>
                <w:sz w:val="20"/>
                <w:szCs w:val="20"/>
              </w:rPr>
              <w:t>&lt;0.001</w:t>
            </w:r>
          </w:p>
        </w:tc>
        <w:tc>
          <w:tcPr>
            <w:tcW w:w="1085"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0F536828" w14:textId="77777777" w:rsidR="00FB21E9" w:rsidRPr="001A2E38" w:rsidRDefault="00FB21E9" w:rsidP="005046C0">
            <w:pPr>
              <w:keepNext/>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Times New Roman" w:hAnsi="Times New Roman" w:cs="Times New Roman"/>
                <w:color w:val="000000"/>
                <w:sz w:val="20"/>
                <w:szCs w:val="20"/>
              </w:rPr>
            </w:pPr>
            <w:r w:rsidRPr="001A2E38">
              <w:rPr>
                <w:rFonts w:ascii="Times New Roman" w:eastAsia="Times New Roman" w:hAnsi="Times New Roman" w:cs="Times New Roman"/>
                <w:color w:val="000000"/>
                <w:sz w:val="20"/>
                <w:szCs w:val="20"/>
              </w:rPr>
              <w:t>0.153</w:t>
            </w:r>
          </w:p>
        </w:tc>
        <w:tc>
          <w:tcPr>
            <w:tcW w:w="1592"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0DCF86D3" w14:textId="77777777" w:rsidR="00FB21E9" w:rsidRPr="001A2E38" w:rsidRDefault="00FB21E9" w:rsidP="005046C0">
            <w:pPr>
              <w:keepNext/>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Times New Roman" w:hAnsi="Times New Roman" w:cs="Times New Roman"/>
                <w:color w:val="000000"/>
                <w:sz w:val="20"/>
                <w:szCs w:val="20"/>
              </w:rPr>
            </w:pPr>
            <w:r w:rsidRPr="001A2E38">
              <w:rPr>
                <w:rFonts w:ascii="Times New Roman" w:eastAsia="Times New Roman" w:hAnsi="Times New Roman" w:cs="Times New Roman"/>
                <w:color w:val="000000"/>
                <w:sz w:val="20"/>
                <w:szCs w:val="20"/>
              </w:rPr>
              <w:t>0.111-0.200</w:t>
            </w:r>
          </w:p>
        </w:tc>
        <w:tc>
          <w:tcPr>
            <w:tcW w:w="1013"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6D73FA48" w14:textId="77777777" w:rsidR="00FB21E9" w:rsidRPr="001A2E38" w:rsidRDefault="00FB21E9" w:rsidP="005046C0">
            <w:pPr>
              <w:keepNext/>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Times New Roman" w:hAnsi="Times New Roman" w:cs="Times New Roman"/>
                <w:color w:val="000000"/>
                <w:sz w:val="20"/>
                <w:szCs w:val="20"/>
              </w:rPr>
            </w:pPr>
            <w:r w:rsidRPr="001A2E38">
              <w:rPr>
                <w:rFonts w:ascii="Times New Roman" w:eastAsia="Times New Roman" w:hAnsi="Times New Roman" w:cs="Times New Roman"/>
                <w:color w:val="000000"/>
                <w:sz w:val="20"/>
                <w:szCs w:val="20"/>
              </w:rPr>
              <w:t>&lt;0.001</w:t>
            </w:r>
          </w:p>
        </w:tc>
        <w:tc>
          <w:tcPr>
            <w:tcW w:w="1085"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15558DC0" w14:textId="77777777" w:rsidR="00FB21E9" w:rsidRPr="001A2E38" w:rsidRDefault="00FB21E9" w:rsidP="005046C0">
            <w:pPr>
              <w:keepNext/>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Times New Roman" w:hAnsi="Times New Roman" w:cs="Times New Roman"/>
                <w:color w:val="000000"/>
                <w:sz w:val="20"/>
                <w:szCs w:val="20"/>
              </w:rPr>
            </w:pPr>
            <w:r w:rsidRPr="001A2E38">
              <w:rPr>
                <w:rFonts w:ascii="Times New Roman" w:eastAsia="Times New Roman" w:hAnsi="Times New Roman" w:cs="Times New Roman"/>
                <w:color w:val="000000"/>
                <w:sz w:val="20"/>
                <w:szCs w:val="20"/>
              </w:rPr>
              <w:t>0.0008</w:t>
            </w:r>
          </w:p>
        </w:tc>
        <w:tc>
          <w:tcPr>
            <w:tcW w:w="1592"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0E2BC051" w14:textId="77777777" w:rsidR="00FB21E9" w:rsidRPr="001A2E38" w:rsidRDefault="00FB21E9" w:rsidP="005046C0">
            <w:pPr>
              <w:keepNext/>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Times New Roman" w:hAnsi="Times New Roman" w:cs="Times New Roman"/>
                <w:color w:val="000000"/>
                <w:sz w:val="20"/>
                <w:szCs w:val="20"/>
              </w:rPr>
            </w:pPr>
            <w:r w:rsidRPr="001A2E38">
              <w:rPr>
                <w:rFonts w:ascii="Times New Roman" w:eastAsia="Times New Roman" w:hAnsi="Times New Roman" w:cs="Times New Roman"/>
                <w:color w:val="000000"/>
                <w:sz w:val="20"/>
                <w:szCs w:val="20"/>
              </w:rPr>
              <w:t>0.0005-0.0014</w:t>
            </w:r>
          </w:p>
        </w:tc>
        <w:tc>
          <w:tcPr>
            <w:tcW w:w="1013"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3F7D946E" w14:textId="77777777" w:rsidR="00FB21E9" w:rsidRPr="001A2E38" w:rsidRDefault="00FB21E9" w:rsidP="005046C0">
            <w:pPr>
              <w:keepNext/>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Times New Roman" w:hAnsi="Times New Roman" w:cs="Times New Roman"/>
                <w:color w:val="000000"/>
                <w:sz w:val="20"/>
                <w:szCs w:val="20"/>
              </w:rPr>
            </w:pPr>
            <w:r w:rsidRPr="001A2E38">
              <w:rPr>
                <w:rFonts w:ascii="Times New Roman" w:eastAsia="Times New Roman" w:hAnsi="Times New Roman" w:cs="Times New Roman"/>
                <w:color w:val="000000"/>
                <w:sz w:val="20"/>
                <w:szCs w:val="20"/>
              </w:rPr>
              <w:t>&lt;0.001</w:t>
            </w:r>
          </w:p>
        </w:tc>
      </w:tr>
      <w:tr w:rsidR="00FB21E9" w:rsidRPr="001A2E38" w14:paraId="61BB2332" w14:textId="77777777" w:rsidTr="005046C0">
        <w:trPr>
          <w:cantSplit/>
          <w:jc w:val="center"/>
        </w:trPr>
        <w:tc>
          <w:tcPr>
            <w:tcW w:w="3978"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4A1DECDA" w14:textId="77777777" w:rsidR="00FB21E9" w:rsidRPr="001A2E38" w:rsidRDefault="00FB21E9" w:rsidP="005046C0">
            <w:pPr>
              <w:keepNext/>
              <w:pBdr>
                <w:top w:val="none" w:sz="0" w:space="0" w:color="000000"/>
                <w:left w:val="none" w:sz="0" w:space="0" w:color="000000"/>
                <w:bottom w:val="none" w:sz="0" w:space="0" w:color="000000"/>
                <w:right w:val="none" w:sz="0" w:space="0" w:color="000000"/>
              </w:pBdr>
              <w:spacing w:before="40" w:after="40"/>
              <w:ind w:left="40" w:right="40"/>
              <w:rPr>
                <w:rFonts w:ascii="Times New Roman" w:eastAsia="Times New Roman" w:hAnsi="Times New Roman" w:cs="Times New Roman"/>
                <w:b/>
                <w:color w:val="000000"/>
                <w:sz w:val="20"/>
                <w:szCs w:val="20"/>
              </w:rPr>
            </w:pPr>
            <w:r w:rsidRPr="001A2E38">
              <w:rPr>
                <w:rFonts w:ascii="Times New Roman" w:eastAsia="Times New Roman" w:hAnsi="Times New Roman" w:cs="Times New Roman"/>
                <w:b/>
                <w:color w:val="000000"/>
                <w:sz w:val="20"/>
                <w:szCs w:val="20"/>
              </w:rPr>
              <w:t>Conventional model + CHG</w:t>
            </w:r>
          </w:p>
        </w:tc>
        <w:tc>
          <w:tcPr>
            <w:tcW w:w="1085"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79144F6B" w14:textId="77777777" w:rsidR="00FB21E9" w:rsidRPr="001A2E38" w:rsidRDefault="00FB21E9" w:rsidP="005046C0">
            <w:pPr>
              <w:keepNext/>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Times New Roman" w:hAnsi="Times New Roman" w:cs="Times New Roman"/>
                <w:color w:val="000000"/>
                <w:sz w:val="20"/>
                <w:szCs w:val="20"/>
              </w:rPr>
            </w:pPr>
            <w:r w:rsidRPr="001A2E38">
              <w:rPr>
                <w:rFonts w:ascii="Times New Roman" w:eastAsia="Times New Roman" w:hAnsi="Times New Roman" w:cs="Times New Roman"/>
                <w:color w:val="000000"/>
                <w:sz w:val="20"/>
                <w:szCs w:val="20"/>
              </w:rPr>
              <w:t>0.737</w:t>
            </w:r>
          </w:p>
        </w:tc>
        <w:tc>
          <w:tcPr>
            <w:tcW w:w="1592"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1B37AF1D" w14:textId="77777777" w:rsidR="00FB21E9" w:rsidRPr="001A2E38" w:rsidRDefault="00FB21E9" w:rsidP="005046C0">
            <w:pPr>
              <w:keepNext/>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Times New Roman" w:hAnsi="Times New Roman" w:cs="Times New Roman"/>
                <w:color w:val="000000"/>
                <w:sz w:val="20"/>
                <w:szCs w:val="20"/>
              </w:rPr>
            </w:pPr>
            <w:r w:rsidRPr="001A2E38">
              <w:rPr>
                <w:rFonts w:ascii="Times New Roman" w:eastAsia="Times New Roman" w:hAnsi="Times New Roman" w:cs="Times New Roman"/>
                <w:color w:val="000000"/>
                <w:sz w:val="20"/>
                <w:szCs w:val="20"/>
              </w:rPr>
              <w:t>0.728-0.746</w:t>
            </w:r>
          </w:p>
        </w:tc>
        <w:tc>
          <w:tcPr>
            <w:tcW w:w="1013"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4245AD19" w14:textId="77777777" w:rsidR="00FB21E9" w:rsidRPr="001A2E38" w:rsidRDefault="00FB21E9" w:rsidP="005046C0">
            <w:pPr>
              <w:keepNext/>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Times New Roman" w:hAnsi="Times New Roman" w:cs="Times New Roman"/>
                <w:color w:val="000000"/>
                <w:sz w:val="20"/>
                <w:szCs w:val="20"/>
              </w:rPr>
            </w:pPr>
            <w:r w:rsidRPr="001A2E38">
              <w:rPr>
                <w:rFonts w:ascii="Times New Roman" w:eastAsia="Times New Roman" w:hAnsi="Times New Roman" w:cs="Times New Roman"/>
                <w:color w:val="000000"/>
                <w:sz w:val="20"/>
                <w:szCs w:val="20"/>
              </w:rPr>
              <w:t>&lt;0.001</w:t>
            </w:r>
          </w:p>
        </w:tc>
        <w:tc>
          <w:tcPr>
            <w:tcW w:w="1085"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060E6F74" w14:textId="77777777" w:rsidR="00FB21E9" w:rsidRPr="001A2E38" w:rsidRDefault="00FB21E9" w:rsidP="005046C0">
            <w:pPr>
              <w:keepNext/>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Times New Roman" w:hAnsi="Times New Roman" w:cs="Times New Roman"/>
                <w:color w:val="000000"/>
                <w:sz w:val="20"/>
                <w:szCs w:val="20"/>
              </w:rPr>
            </w:pPr>
            <w:r w:rsidRPr="001A2E38">
              <w:rPr>
                <w:rFonts w:ascii="Times New Roman" w:eastAsia="Times New Roman" w:hAnsi="Times New Roman" w:cs="Times New Roman"/>
                <w:color w:val="000000"/>
                <w:sz w:val="20"/>
                <w:szCs w:val="20"/>
              </w:rPr>
              <w:t>0.208</w:t>
            </w:r>
          </w:p>
        </w:tc>
        <w:tc>
          <w:tcPr>
            <w:tcW w:w="1592"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72D660AC" w14:textId="77777777" w:rsidR="00FB21E9" w:rsidRPr="001A2E38" w:rsidRDefault="00FB21E9" w:rsidP="005046C0">
            <w:pPr>
              <w:keepNext/>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Times New Roman" w:hAnsi="Times New Roman" w:cs="Times New Roman"/>
                <w:color w:val="000000"/>
                <w:sz w:val="20"/>
                <w:szCs w:val="20"/>
              </w:rPr>
            </w:pPr>
            <w:r w:rsidRPr="001A2E38">
              <w:rPr>
                <w:rFonts w:ascii="Times New Roman" w:eastAsia="Times New Roman" w:hAnsi="Times New Roman" w:cs="Times New Roman"/>
                <w:color w:val="000000"/>
                <w:sz w:val="20"/>
                <w:szCs w:val="20"/>
              </w:rPr>
              <w:t>0.153-0.246</w:t>
            </w:r>
          </w:p>
        </w:tc>
        <w:tc>
          <w:tcPr>
            <w:tcW w:w="1013"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254794C8" w14:textId="77777777" w:rsidR="00FB21E9" w:rsidRPr="001A2E38" w:rsidRDefault="00FB21E9" w:rsidP="005046C0">
            <w:pPr>
              <w:keepNext/>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Times New Roman" w:hAnsi="Times New Roman" w:cs="Times New Roman"/>
                <w:color w:val="000000"/>
                <w:sz w:val="20"/>
                <w:szCs w:val="20"/>
              </w:rPr>
            </w:pPr>
            <w:r w:rsidRPr="001A2E38">
              <w:rPr>
                <w:rFonts w:ascii="Times New Roman" w:eastAsia="Times New Roman" w:hAnsi="Times New Roman" w:cs="Times New Roman"/>
                <w:color w:val="000000"/>
                <w:sz w:val="20"/>
                <w:szCs w:val="20"/>
              </w:rPr>
              <w:t>&lt;0.001</w:t>
            </w:r>
          </w:p>
        </w:tc>
        <w:tc>
          <w:tcPr>
            <w:tcW w:w="1085"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46237E85" w14:textId="77777777" w:rsidR="00FB21E9" w:rsidRPr="001A2E38" w:rsidRDefault="00FB21E9" w:rsidP="005046C0">
            <w:pPr>
              <w:keepNext/>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Times New Roman" w:hAnsi="Times New Roman" w:cs="Times New Roman"/>
                <w:color w:val="000000"/>
                <w:sz w:val="20"/>
                <w:szCs w:val="20"/>
              </w:rPr>
            </w:pPr>
            <w:r w:rsidRPr="001A2E38">
              <w:rPr>
                <w:rFonts w:ascii="Times New Roman" w:eastAsia="Times New Roman" w:hAnsi="Times New Roman" w:cs="Times New Roman"/>
                <w:color w:val="000000"/>
                <w:sz w:val="20"/>
                <w:szCs w:val="20"/>
              </w:rPr>
              <w:t>0.0058</w:t>
            </w:r>
          </w:p>
        </w:tc>
        <w:tc>
          <w:tcPr>
            <w:tcW w:w="1592"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5AB98131" w14:textId="77777777" w:rsidR="00FB21E9" w:rsidRPr="001A2E38" w:rsidRDefault="00FB21E9" w:rsidP="005046C0">
            <w:pPr>
              <w:keepNext/>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Times New Roman" w:hAnsi="Times New Roman" w:cs="Times New Roman"/>
                <w:color w:val="000000"/>
                <w:sz w:val="20"/>
                <w:szCs w:val="20"/>
              </w:rPr>
            </w:pPr>
            <w:r w:rsidRPr="001A2E38">
              <w:rPr>
                <w:rFonts w:ascii="Times New Roman" w:eastAsia="Times New Roman" w:hAnsi="Times New Roman" w:cs="Times New Roman"/>
                <w:color w:val="000000"/>
                <w:sz w:val="20"/>
                <w:szCs w:val="20"/>
              </w:rPr>
              <w:t>0.0037-0.0092</w:t>
            </w:r>
          </w:p>
        </w:tc>
        <w:tc>
          <w:tcPr>
            <w:tcW w:w="1013"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199E1C94" w14:textId="77777777" w:rsidR="00FB21E9" w:rsidRPr="001A2E38" w:rsidRDefault="00FB21E9" w:rsidP="005046C0">
            <w:pPr>
              <w:keepNext/>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Times New Roman" w:hAnsi="Times New Roman" w:cs="Times New Roman"/>
                <w:color w:val="000000"/>
                <w:sz w:val="20"/>
                <w:szCs w:val="20"/>
              </w:rPr>
            </w:pPr>
            <w:r w:rsidRPr="001A2E38">
              <w:rPr>
                <w:rFonts w:ascii="Times New Roman" w:eastAsia="Times New Roman" w:hAnsi="Times New Roman" w:cs="Times New Roman"/>
                <w:color w:val="000000"/>
                <w:sz w:val="20"/>
                <w:szCs w:val="20"/>
              </w:rPr>
              <w:t>&lt;0.001</w:t>
            </w:r>
          </w:p>
        </w:tc>
      </w:tr>
      <w:tr w:rsidR="00FB21E9" w:rsidRPr="001A2E38" w14:paraId="26100A22" w14:textId="77777777" w:rsidTr="005046C0">
        <w:trPr>
          <w:cantSplit/>
          <w:jc w:val="center"/>
        </w:trPr>
        <w:tc>
          <w:tcPr>
            <w:tcW w:w="3978"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63420F4D" w14:textId="77777777" w:rsidR="00FB21E9" w:rsidRPr="001A2E38" w:rsidRDefault="00FB21E9" w:rsidP="005046C0">
            <w:pPr>
              <w:keepNext/>
              <w:pBdr>
                <w:top w:val="none" w:sz="0" w:space="0" w:color="000000"/>
                <w:left w:val="none" w:sz="0" w:space="0" w:color="000000"/>
                <w:bottom w:val="none" w:sz="0" w:space="0" w:color="000000"/>
                <w:right w:val="none" w:sz="0" w:space="0" w:color="000000"/>
              </w:pBdr>
              <w:spacing w:before="40" w:after="40"/>
              <w:ind w:left="40" w:right="40"/>
              <w:rPr>
                <w:rFonts w:ascii="Times New Roman" w:eastAsia="Times New Roman" w:hAnsi="Times New Roman" w:cs="Times New Roman"/>
                <w:b/>
                <w:color w:val="000000"/>
                <w:sz w:val="20"/>
                <w:szCs w:val="20"/>
              </w:rPr>
            </w:pPr>
            <w:r w:rsidRPr="001A2E38">
              <w:rPr>
                <w:rFonts w:ascii="Times New Roman" w:eastAsia="Times New Roman" w:hAnsi="Times New Roman" w:cs="Times New Roman"/>
                <w:b/>
                <w:color w:val="000000"/>
                <w:sz w:val="20"/>
                <w:szCs w:val="20"/>
              </w:rPr>
              <w:t>Conventional model + CHG-BMI</w:t>
            </w:r>
          </w:p>
        </w:tc>
        <w:tc>
          <w:tcPr>
            <w:tcW w:w="1085"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7851EA84" w14:textId="77777777" w:rsidR="00FB21E9" w:rsidRPr="001A2E38" w:rsidRDefault="00FB21E9" w:rsidP="005046C0">
            <w:pPr>
              <w:keepNext/>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Times New Roman" w:hAnsi="Times New Roman" w:cs="Times New Roman"/>
                <w:color w:val="000000"/>
                <w:sz w:val="20"/>
                <w:szCs w:val="20"/>
              </w:rPr>
            </w:pPr>
            <w:r w:rsidRPr="001A2E38">
              <w:rPr>
                <w:rFonts w:ascii="Times New Roman" w:eastAsia="Times New Roman" w:hAnsi="Times New Roman" w:cs="Times New Roman"/>
                <w:color w:val="000000"/>
                <w:sz w:val="20"/>
                <w:szCs w:val="20"/>
              </w:rPr>
              <w:t>0.755</w:t>
            </w:r>
          </w:p>
        </w:tc>
        <w:tc>
          <w:tcPr>
            <w:tcW w:w="1592"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799EB938" w14:textId="77777777" w:rsidR="00FB21E9" w:rsidRPr="001A2E38" w:rsidRDefault="00FB21E9" w:rsidP="005046C0">
            <w:pPr>
              <w:keepNext/>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Times New Roman" w:hAnsi="Times New Roman" w:cs="Times New Roman"/>
                <w:color w:val="000000"/>
                <w:sz w:val="20"/>
                <w:szCs w:val="20"/>
              </w:rPr>
            </w:pPr>
            <w:r w:rsidRPr="001A2E38">
              <w:rPr>
                <w:rFonts w:ascii="Times New Roman" w:eastAsia="Times New Roman" w:hAnsi="Times New Roman" w:cs="Times New Roman"/>
                <w:color w:val="000000"/>
                <w:sz w:val="20"/>
                <w:szCs w:val="20"/>
              </w:rPr>
              <w:t>0.747-0.764</w:t>
            </w:r>
          </w:p>
        </w:tc>
        <w:tc>
          <w:tcPr>
            <w:tcW w:w="1013"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59348F81" w14:textId="77777777" w:rsidR="00FB21E9" w:rsidRPr="001A2E38" w:rsidRDefault="00FB21E9" w:rsidP="005046C0">
            <w:pPr>
              <w:keepNext/>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Times New Roman" w:hAnsi="Times New Roman" w:cs="Times New Roman"/>
                <w:color w:val="000000"/>
                <w:sz w:val="20"/>
                <w:szCs w:val="20"/>
              </w:rPr>
            </w:pPr>
            <w:r w:rsidRPr="001A2E38">
              <w:rPr>
                <w:rFonts w:ascii="Times New Roman" w:eastAsia="Times New Roman" w:hAnsi="Times New Roman" w:cs="Times New Roman"/>
                <w:color w:val="000000"/>
                <w:sz w:val="20"/>
                <w:szCs w:val="20"/>
              </w:rPr>
              <w:t>&lt;0.001</w:t>
            </w:r>
          </w:p>
        </w:tc>
        <w:tc>
          <w:tcPr>
            <w:tcW w:w="1085"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507232EF" w14:textId="77777777" w:rsidR="00FB21E9" w:rsidRPr="001A2E38" w:rsidRDefault="00FB21E9" w:rsidP="005046C0">
            <w:pPr>
              <w:keepNext/>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Times New Roman" w:hAnsi="Times New Roman" w:cs="Times New Roman"/>
                <w:color w:val="000000"/>
                <w:sz w:val="20"/>
                <w:szCs w:val="20"/>
              </w:rPr>
            </w:pPr>
            <w:r w:rsidRPr="001A2E38">
              <w:rPr>
                <w:rFonts w:ascii="Times New Roman" w:eastAsia="Times New Roman" w:hAnsi="Times New Roman" w:cs="Times New Roman"/>
                <w:color w:val="000000"/>
                <w:sz w:val="20"/>
                <w:szCs w:val="20"/>
              </w:rPr>
              <w:t>0.286</w:t>
            </w:r>
          </w:p>
        </w:tc>
        <w:tc>
          <w:tcPr>
            <w:tcW w:w="1592"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4818EA51" w14:textId="77777777" w:rsidR="00FB21E9" w:rsidRPr="001A2E38" w:rsidRDefault="00FB21E9" w:rsidP="005046C0">
            <w:pPr>
              <w:keepNext/>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Times New Roman" w:hAnsi="Times New Roman" w:cs="Times New Roman"/>
                <w:color w:val="000000"/>
                <w:sz w:val="20"/>
                <w:szCs w:val="20"/>
              </w:rPr>
            </w:pPr>
            <w:r w:rsidRPr="001A2E38">
              <w:rPr>
                <w:rFonts w:ascii="Times New Roman" w:eastAsia="Times New Roman" w:hAnsi="Times New Roman" w:cs="Times New Roman"/>
                <w:color w:val="000000"/>
                <w:sz w:val="20"/>
                <w:szCs w:val="20"/>
              </w:rPr>
              <w:t>0.234-0.328</w:t>
            </w:r>
          </w:p>
        </w:tc>
        <w:tc>
          <w:tcPr>
            <w:tcW w:w="1013"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7EE20A0D" w14:textId="77777777" w:rsidR="00FB21E9" w:rsidRPr="001A2E38" w:rsidRDefault="00FB21E9" w:rsidP="005046C0">
            <w:pPr>
              <w:keepNext/>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Times New Roman" w:hAnsi="Times New Roman" w:cs="Times New Roman"/>
                <w:color w:val="000000"/>
                <w:sz w:val="20"/>
                <w:szCs w:val="20"/>
              </w:rPr>
            </w:pPr>
            <w:r w:rsidRPr="001A2E38">
              <w:rPr>
                <w:rFonts w:ascii="Times New Roman" w:eastAsia="Times New Roman" w:hAnsi="Times New Roman" w:cs="Times New Roman"/>
                <w:color w:val="000000"/>
                <w:sz w:val="20"/>
                <w:szCs w:val="20"/>
              </w:rPr>
              <w:t>&lt;0.001</w:t>
            </w:r>
          </w:p>
        </w:tc>
        <w:tc>
          <w:tcPr>
            <w:tcW w:w="1085"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40A892C1" w14:textId="77777777" w:rsidR="00FB21E9" w:rsidRPr="001A2E38" w:rsidRDefault="00FB21E9" w:rsidP="005046C0">
            <w:pPr>
              <w:keepNext/>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Times New Roman" w:hAnsi="Times New Roman" w:cs="Times New Roman"/>
                <w:color w:val="000000"/>
                <w:sz w:val="20"/>
                <w:szCs w:val="20"/>
              </w:rPr>
            </w:pPr>
            <w:r w:rsidRPr="001A2E38">
              <w:rPr>
                <w:rFonts w:ascii="Times New Roman" w:eastAsia="Times New Roman" w:hAnsi="Times New Roman" w:cs="Times New Roman"/>
                <w:color w:val="000000"/>
                <w:sz w:val="20"/>
                <w:szCs w:val="20"/>
              </w:rPr>
              <w:t>0.0052</w:t>
            </w:r>
          </w:p>
        </w:tc>
        <w:tc>
          <w:tcPr>
            <w:tcW w:w="1592"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1E12BDAC" w14:textId="77777777" w:rsidR="00FB21E9" w:rsidRPr="001A2E38" w:rsidRDefault="00FB21E9" w:rsidP="005046C0">
            <w:pPr>
              <w:keepNext/>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Times New Roman" w:hAnsi="Times New Roman" w:cs="Times New Roman"/>
                <w:color w:val="000000"/>
                <w:sz w:val="20"/>
                <w:szCs w:val="20"/>
              </w:rPr>
            </w:pPr>
            <w:r w:rsidRPr="001A2E38">
              <w:rPr>
                <w:rFonts w:ascii="Times New Roman" w:eastAsia="Times New Roman" w:hAnsi="Times New Roman" w:cs="Times New Roman"/>
                <w:color w:val="000000"/>
                <w:sz w:val="20"/>
                <w:szCs w:val="20"/>
              </w:rPr>
              <w:t>0.0033-0.0078</w:t>
            </w:r>
          </w:p>
        </w:tc>
        <w:tc>
          <w:tcPr>
            <w:tcW w:w="1013"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500334DE" w14:textId="77777777" w:rsidR="00FB21E9" w:rsidRPr="001A2E38" w:rsidRDefault="00FB21E9" w:rsidP="005046C0">
            <w:pPr>
              <w:keepNext/>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Times New Roman" w:hAnsi="Times New Roman" w:cs="Times New Roman"/>
                <w:color w:val="000000"/>
                <w:sz w:val="20"/>
                <w:szCs w:val="20"/>
              </w:rPr>
            </w:pPr>
            <w:r w:rsidRPr="001A2E38">
              <w:rPr>
                <w:rFonts w:ascii="Times New Roman" w:eastAsia="Times New Roman" w:hAnsi="Times New Roman" w:cs="Times New Roman"/>
                <w:color w:val="000000"/>
                <w:sz w:val="20"/>
                <w:szCs w:val="20"/>
              </w:rPr>
              <w:t>&lt;0.001</w:t>
            </w:r>
          </w:p>
        </w:tc>
      </w:tr>
      <w:tr w:rsidR="00FB21E9" w:rsidRPr="001A2E38" w14:paraId="39048CC7" w14:textId="77777777" w:rsidTr="005046C0">
        <w:trPr>
          <w:cantSplit/>
          <w:jc w:val="center"/>
        </w:trPr>
        <w:tc>
          <w:tcPr>
            <w:tcW w:w="3978"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506179E4" w14:textId="77777777" w:rsidR="00FB21E9" w:rsidRPr="001A2E38" w:rsidRDefault="00FB21E9" w:rsidP="005046C0">
            <w:pPr>
              <w:keepNext/>
              <w:pBdr>
                <w:top w:val="none" w:sz="0" w:space="0" w:color="000000"/>
                <w:left w:val="none" w:sz="0" w:space="0" w:color="000000"/>
                <w:bottom w:val="none" w:sz="0" w:space="0" w:color="000000"/>
                <w:right w:val="none" w:sz="0" w:space="0" w:color="000000"/>
              </w:pBdr>
              <w:spacing w:before="40" w:after="40"/>
              <w:ind w:left="40" w:right="40"/>
              <w:rPr>
                <w:rFonts w:ascii="Times New Roman" w:eastAsia="Times New Roman" w:hAnsi="Times New Roman" w:cs="Times New Roman"/>
                <w:b/>
                <w:color w:val="000000"/>
                <w:sz w:val="20"/>
                <w:szCs w:val="20"/>
              </w:rPr>
            </w:pPr>
            <w:r w:rsidRPr="001A2E38">
              <w:rPr>
                <w:rFonts w:ascii="Times New Roman" w:eastAsia="Times New Roman" w:hAnsi="Times New Roman" w:cs="Times New Roman"/>
                <w:b/>
                <w:color w:val="000000"/>
                <w:sz w:val="20"/>
                <w:szCs w:val="20"/>
              </w:rPr>
              <w:t>Conventional model + CHG-WC</w:t>
            </w:r>
          </w:p>
        </w:tc>
        <w:tc>
          <w:tcPr>
            <w:tcW w:w="1085"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468DFADE" w14:textId="77777777" w:rsidR="00FB21E9" w:rsidRPr="001A2E38" w:rsidRDefault="00FB21E9" w:rsidP="005046C0">
            <w:pPr>
              <w:keepNext/>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Times New Roman" w:hAnsi="Times New Roman" w:cs="Times New Roman"/>
                <w:color w:val="000000"/>
                <w:sz w:val="20"/>
                <w:szCs w:val="20"/>
              </w:rPr>
            </w:pPr>
            <w:r w:rsidRPr="001A2E38">
              <w:rPr>
                <w:rFonts w:ascii="Times New Roman" w:eastAsia="Times New Roman" w:hAnsi="Times New Roman" w:cs="Times New Roman"/>
                <w:color w:val="000000"/>
                <w:sz w:val="20"/>
                <w:szCs w:val="20"/>
              </w:rPr>
              <w:t>0.755</w:t>
            </w:r>
          </w:p>
        </w:tc>
        <w:tc>
          <w:tcPr>
            <w:tcW w:w="1592"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4FDDE4B9" w14:textId="77777777" w:rsidR="00FB21E9" w:rsidRPr="001A2E38" w:rsidRDefault="00FB21E9" w:rsidP="005046C0">
            <w:pPr>
              <w:keepNext/>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Times New Roman" w:hAnsi="Times New Roman" w:cs="Times New Roman"/>
                <w:color w:val="000000"/>
                <w:sz w:val="20"/>
                <w:szCs w:val="20"/>
              </w:rPr>
            </w:pPr>
            <w:r w:rsidRPr="001A2E38">
              <w:rPr>
                <w:rFonts w:ascii="Times New Roman" w:eastAsia="Times New Roman" w:hAnsi="Times New Roman" w:cs="Times New Roman"/>
                <w:color w:val="000000"/>
                <w:sz w:val="20"/>
                <w:szCs w:val="20"/>
              </w:rPr>
              <w:t>0.746-0.763</w:t>
            </w:r>
          </w:p>
        </w:tc>
        <w:tc>
          <w:tcPr>
            <w:tcW w:w="1013"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0E9C7164" w14:textId="77777777" w:rsidR="00FB21E9" w:rsidRPr="001A2E38" w:rsidRDefault="00FB21E9" w:rsidP="005046C0">
            <w:pPr>
              <w:keepNext/>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Times New Roman" w:hAnsi="Times New Roman" w:cs="Times New Roman"/>
                <w:color w:val="000000"/>
                <w:sz w:val="20"/>
                <w:szCs w:val="20"/>
              </w:rPr>
            </w:pPr>
            <w:r w:rsidRPr="001A2E38">
              <w:rPr>
                <w:rFonts w:ascii="Times New Roman" w:eastAsia="Times New Roman" w:hAnsi="Times New Roman" w:cs="Times New Roman"/>
                <w:color w:val="000000"/>
                <w:sz w:val="20"/>
                <w:szCs w:val="20"/>
              </w:rPr>
              <w:t>&lt;0.001</w:t>
            </w:r>
          </w:p>
        </w:tc>
        <w:tc>
          <w:tcPr>
            <w:tcW w:w="1085"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22B6B730" w14:textId="77777777" w:rsidR="00FB21E9" w:rsidRPr="001A2E38" w:rsidRDefault="00FB21E9" w:rsidP="005046C0">
            <w:pPr>
              <w:keepNext/>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Times New Roman" w:hAnsi="Times New Roman" w:cs="Times New Roman"/>
                <w:color w:val="000000"/>
                <w:sz w:val="20"/>
                <w:szCs w:val="20"/>
              </w:rPr>
            </w:pPr>
            <w:r w:rsidRPr="001A2E38">
              <w:rPr>
                <w:rFonts w:ascii="Times New Roman" w:eastAsia="Times New Roman" w:hAnsi="Times New Roman" w:cs="Times New Roman"/>
                <w:color w:val="000000"/>
                <w:sz w:val="20"/>
                <w:szCs w:val="20"/>
              </w:rPr>
              <w:t>0.286</w:t>
            </w:r>
          </w:p>
        </w:tc>
        <w:tc>
          <w:tcPr>
            <w:tcW w:w="1592"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569E6635" w14:textId="77777777" w:rsidR="00FB21E9" w:rsidRPr="001A2E38" w:rsidRDefault="00FB21E9" w:rsidP="005046C0">
            <w:pPr>
              <w:keepNext/>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Times New Roman" w:hAnsi="Times New Roman" w:cs="Times New Roman"/>
                <w:color w:val="000000"/>
                <w:sz w:val="20"/>
                <w:szCs w:val="20"/>
              </w:rPr>
            </w:pPr>
            <w:r w:rsidRPr="001A2E38">
              <w:rPr>
                <w:rFonts w:ascii="Times New Roman" w:eastAsia="Times New Roman" w:hAnsi="Times New Roman" w:cs="Times New Roman"/>
                <w:color w:val="000000"/>
                <w:sz w:val="20"/>
                <w:szCs w:val="20"/>
              </w:rPr>
              <w:t>0.252-0.337</w:t>
            </w:r>
          </w:p>
        </w:tc>
        <w:tc>
          <w:tcPr>
            <w:tcW w:w="1013"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15C3DAD2" w14:textId="77777777" w:rsidR="00FB21E9" w:rsidRPr="001A2E38" w:rsidRDefault="00FB21E9" w:rsidP="005046C0">
            <w:pPr>
              <w:keepNext/>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Times New Roman" w:hAnsi="Times New Roman" w:cs="Times New Roman"/>
                <w:color w:val="000000"/>
                <w:sz w:val="20"/>
                <w:szCs w:val="20"/>
              </w:rPr>
            </w:pPr>
            <w:r w:rsidRPr="001A2E38">
              <w:rPr>
                <w:rFonts w:ascii="Times New Roman" w:eastAsia="Times New Roman" w:hAnsi="Times New Roman" w:cs="Times New Roman"/>
                <w:color w:val="000000"/>
                <w:sz w:val="20"/>
                <w:szCs w:val="20"/>
              </w:rPr>
              <w:t>&lt;0.001</w:t>
            </w:r>
          </w:p>
        </w:tc>
        <w:tc>
          <w:tcPr>
            <w:tcW w:w="1085"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15AE5C6B" w14:textId="77777777" w:rsidR="00FB21E9" w:rsidRPr="001A2E38" w:rsidRDefault="00FB21E9" w:rsidP="005046C0">
            <w:pPr>
              <w:keepNext/>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Times New Roman" w:hAnsi="Times New Roman" w:cs="Times New Roman"/>
                <w:color w:val="000000"/>
                <w:sz w:val="20"/>
                <w:szCs w:val="20"/>
              </w:rPr>
            </w:pPr>
            <w:r w:rsidRPr="001A2E38">
              <w:rPr>
                <w:rFonts w:ascii="Times New Roman" w:eastAsia="Times New Roman" w:hAnsi="Times New Roman" w:cs="Times New Roman"/>
                <w:color w:val="000000"/>
                <w:sz w:val="20"/>
                <w:szCs w:val="20"/>
              </w:rPr>
              <w:t>0.0057</w:t>
            </w:r>
          </w:p>
        </w:tc>
        <w:tc>
          <w:tcPr>
            <w:tcW w:w="1592"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5D1C3C34" w14:textId="77777777" w:rsidR="00FB21E9" w:rsidRPr="001A2E38" w:rsidRDefault="00FB21E9" w:rsidP="005046C0">
            <w:pPr>
              <w:keepNext/>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Times New Roman" w:hAnsi="Times New Roman" w:cs="Times New Roman"/>
                <w:color w:val="000000"/>
                <w:sz w:val="20"/>
                <w:szCs w:val="20"/>
              </w:rPr>
            </w:pPr>
            <w:r w:rsidRPr="001A2E38">
              <w:rPr>
                <w:rFonts w:ascii="Times New Roman" w:eastAsia="Times New Roman" w:hAnsi="Times New Roman" w:cs="Times New Roman"/>
                <w:color w:val="000000"/>
                <w:sz w:val="20"/>
                <w:szCs w:val="20"/>
              </w:rPr>
              <w:t>0.0038-0.0080</w:t>
            </w:r>
          </w:p>
        </w:tc>
        <w:tc>
          <w:tcPr>
            <w:tcW w:w="1013"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1F3E6DBC" w14:textId="77777777" w:rsidR="00FB21E9" w:rsidRPr="001A2E38" w:rsidRDefault="00FB21E9" w:rsidP="005046C0">
            <w:pPr>
              <w:keepNext/>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Times New Roman" w:hAnsi="Times New Roman" w:cs="Times New Roman"/>
                <w:color w:val="000000"/>
                <w:sz w:val="20"/>
                <w:szCs w:val="20"/>
              </w:rPr>
            </w:pPr>
            <w:r w:rsidRPr="001A2E38">
              <w:rPr>
                <w:rFonts w:ascii="Times New Roman" w:eastAsia="Times New Roman" w:hAnsi="Times New Roman" w:cs="Times New Roman"/>
                <w:color w:val="000000"/>
                <w:sz w:val="20"/>
                <w:szCs w:val="20"/>
              </w:rPr>
              <w:t>&lt;0.001</w:t>
            </w:r>
          </w:p>
        </w:tc>
      </w:tr>
      <w:tr w:rsidR="00FB21E9" w:rsidRPr="001A2E38" w14:paraId="4BB36CA9" w14:textId="77777777" w:rsidTr="005046C0">
        <w:trPr>
          <w:cantSplit/>
          <w:jc w:val="center"/>
        </w:trPr>
        <w:tc>
          <w:tcPr>
            <w:tcW w:w="3978"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7E999311" w14:textId="77777777" w:rsidR="00FB21E9" w:rsidRPr="001A2E38" w:rsidRDefault="00FB21E9" w:rsidP="005046C0">
            <w:pPr>
              <w:keepNext/>
              <w:pBdr>
                <w:top w:val="none" w:sz="0" w:space="0" w:color="000000"/>
                <w:left w:val="none" w:sz="0" w:space="0" w:color="000000"/>
                <w:bottom w:val="none" w:sz="0" w:space="0" w:color="000000"/>
                <w:right w:val="none" w:sz="0" w:space="0" w:color="000000"/>
              </w:pBdr>
              <w:spacing w:before="40" w:after="40"/>
              <w:ind w:left="40" w:right="40"/>
              <w:rPr>
                <w:rFonts w:ascii="Times New Roman" w:eastAsia="Times New Roman" w:hAnsi="Times New Roman" w:cs="Times New Roman"/>
                <w:b/>
                <w:color w:val="000000"/>
                <w:sz w:val="20"/>
                <w:szCs w:val="20"/>
              </w:rPr>
            </w:pPr>
            <w:r w:rsidRPr="001A2E38">
              <w:rPr>
                <w:rFonts w:ascii="Times New Roman" w:eastAsia="Times New Roman" w:hAnsi="Times New Roman" w:cs="Times New Roman"/>
                <w:b/>
                <w:color w:val="000000"/>
                <w:sz w:val="20"/>
                <w:szCs w:val="20"/>
              </w:rPr>
              <w:t>Conventional model + CHG-WHtR</w:t>
            </w:r>
          </w:p>
        </w:tc>
        <w:tc>
          <w:tcPr>
            <w:tcW w:w="1085"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64ABFF24" w14:textId="77777777" w:rsidR="00FB21E9" w:rsidRPr="001A2E38" w:rsidRDefault="00FB21E9" w:rsidP="005046C0">
            <w:pPr>
              <w:keepNext/>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Times New Roman" w:hAnsi="Times New Roman" w:cs="Times New Roman"/>
                <w:color w:val="000000"/>
                <w:sz w:val="20"/>
                <w:szCs w:val="20"/>
              </w:rPr>
            </w:pPr>
            <w:r w:rsidRPr="001A2E38">
              <w:rPr>
                <w:rFonts w:ascii="Times New Roman" w:eastAsia="Times New Roman" w:hAnsi="Times New Roman" w:cs="Times New Roman"/>
                <w:color w:val="000000"/>
                <w:sz w:val="20"/>
                <w:szCs w:val="20"/>
              </w:rPr>
              <w:t>0.758</w:t>
            </w:r>
          </w:p>
        </w:tc>
        <w:tc>
          <w:tcPr>
            <w:tcW w:w="1592"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3567ED9B" w14:textId="77777777" w:rsidR="00FB21E9" w:rsidRPr="001A2E38" w:rsidRDefault="00FB21E9" w:rsidP="005046C0">
            <w:pPr>
              <w:keepNext/>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Times New Roman" w:hAnsi="Times New Roman" w:cs="Times New Roman"/>
                <w:color w:val="000000"/>
                <w:sz w:val="20"/>
                <w:szCs w:val="20"/>
              </w:rPr>
            </w:pPr>
            <w:r w:rsidRPr="001A2E38">
              <w:rPr>
                <w:rFonts w:ascii="Times New Roman" w:eastAsia="Times New Roman" w:hAnsi="Times New Roman" w:cs="Times New Roman"/>
                <w:color w:val="000000"/>
                <w:sz w:val="20"/>
                <w:szCs w:val="20"/>
              </w:rPr>
              <w:t>0.750-0.767</w:t>
            </w:r>
          </w:p>
        </w:tc>
        <w:tc>
          <w:tcPr>
            <w:tcW w:w="1013"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6F1331DE" w14:textId="77777777" w:rsidR="00FB21E9" w:rsidRPr="001A2E38" w:rsidRDefault="00FB21E9" w:rsidP="005046C0">
            <w:pPr>
              <w:keepNext/>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Times New Roman" w:hAnsi="Times New Roman" w:cs="Times New Roman"/>
                <w:color w:val="000000"/>
                <w:sz w:val="20"/>
                <w:szCs w:val="20"/>
              </w:rPr>
            </w:pPr>
            <w:r w:rsidRPr="001A2E38">
              <w:rPr>
                <w:rFonts w:ascii="Times New Roman" w:eastAsia="Times New Roman" w:hAnsi="Times New Roman" w:cs="Times New Roman"/>
                <w:color w:val="000000"/>
                <w:sz w:val="20"/>
                <w:szCs w:val="20"/>
              </w:rPr>
              <w:t>&lt;0.001</w:t>
            </w:r>
          </w:p>
        </w:tc>
        <w:tc>
          <w:tcPr>
            <w:tcW w:w="1085"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4E6CF454" w14:textId="77777777" w:rsidR="00FB21E9" w:rsidRPr="001A2E38" w:rsidRDefault="00FB21E9" w:rsidP="005046C0">
            <w:pPr>
              <w:keepNext/>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Times New Roman" w:hAnsi="Times New Roman" w:cs="Times New Roman"/>
                <w:color w:val="000000"/>
                <w:sz w:val="20"/>
                <w:szCs w:val="20"/>
              </w:rPr>
            </w:pPr>
            <w:r w:rsidRPr="001A2E38">
              <w:rPr>
                <w:rFonts w:ascii="Times New Roman" w:eastAsia="Times New Roman" w:hAnsi="Times New Roman" w:cs="Times New Roman"/>
                <w:color w:val="000000"/>
                <w:sz w:val="20"/>
                <w:szCs w:val="20"/>
              </w:rPr>
              <w:t>0.299</w:t>
            </w:r>
          </w:p>
        </w:tc>
        <w:tc>
          <w:tcPr>
            <w:tcW w:w="1592"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44E61CE6" w14:textId="77777777" w:rsidR="00FB21E9" w:rsidRPr="001A2E38" w:rsidRDefault="00FB21E9" w:rsidP="005046C0">
            <w:pPr>
              <w:keepNext/>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Times New Roman" w:hAnsi="Times New Roman" w:cs="Times New Roman"/>
                <w:color w:val="000000"/>
                <w:sz w:val="20"/>
                <w:szCs w:val="20"/>
              </w:rPr>
            </w:pPr>
            <w:r w:rsidRPr="001A2E38">
              <w:rPr>
                <w:rFonts w:ascii="Times New Roman" w:eastAsia="Times New Roman" w:hAnsi="Times New Roman" w:cs="Times New Roman"/>
                <w:color w:val="000000"/>
                <w:sz w:val="20"/>
                <w:szCs w:val="20"/>
              </w:rPr>
              <w:t>0.258-0.342</w:t>
            </w:r>
          </w:p>
        </w:tc>
        <w:tc>
          <w:tcPr>
            <w:tcW w:w="1013"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4AEF69FD" w14:textId="77777777" w:rsidR="00FB21E9" w:rsidRPr="001A2E38" w:rsidRDefault="00FB21E9" w:rsidP="005046C0">
            <w:pPr>
              <w:keepNext/>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Times New Roman" w:hAnsi="Times New Roman" w:cs="Times New Roman"/>
                <w:color w:val="000000"/>
                <w:sz w:val="20"/>
                <w:szCs w:val="20"/>
              </w:rPr>
            </w:pPr>
            <w:r w:rsidRPr="001A2E38">
              <w:rPr>
                <w:rFonts w:ascii="Times New Roman" w:eastAsia="Times New Roman" w:hAnsi="Times New Roman" w:cs="Times New Roman"/>
                <w:color w:val="000000"/>
                <w:sz w:val="20"/>
                <w:szCs w:val="20"/>
              </w:rPr>
              <w:t>&lt;0.001</w:t>
            </w:r>
          </w:p>
        </w:tc>
        <w:tc>
          <w:tcPr>
            <w:tcW w:w="1085"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5DC1DEDB" w14:textId="77777777" w:rsidR="00FB21E9" w:rsidRPr="001A2E38" w:rsidRDefault="00FB21E9" w:rsidP="005046C0">
            <w:pPr>
              <w:keepNext/>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Times New Roman" w:hAnsi="Times New Roman" w:cs="Times New Roman"/>
                <w:color w:val="000000"/>
                <w:sz w:val="20"/>
                <w:szCs w:val="20"/>
              </w:rPr>
            </w:pPr>
            <w:r w:rsidRPr="001A2E38">
              <w:rPr>
                <w:rFonts w:ascii="Times New Roman" w:eastAsia="Times New Roman" w:hAnsi="Times New Roman" w:cs="Times New Roman"/>
                <w:color w:val="000000"/>
                <w:sz w:val="20"/>
                <w:szCs w:val="20"/>
              </w:rPr>
              <w:t>0.0062</w:t>
            </w:r>
          </w:p>
        </w:tc>
        <w:tc>
          <w:tcPr>
            <w:tcW w:w="1592"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718F707D" w14:textId="77777777" w:rsidR="00FB21E9" w:rsidRPr="001A2E38" w:rsidRDefault="00FB21E9" w:rsidP="005046C0">
            <w:pPr>
              <w:keepNext/>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Times New Roman" w:hAnsi="Times New Roman" w:cs="Times New Roman"/>
                <w:color w:val="000000"/>
                <w:sz w:val="20"/>
                <w:szCs w:val="20"/>
              </w:rPr>
            </w:pPr>
            <w:r w:rsidRPr="001A2E38">
              <w:rPr>
                <w:rFonts w:ascii="Times New Roman" w:eastAsia="Times New Roman" w:hAnsi="Times New Roman" w:cs="Times New Roman"/>
                <w:color w:val="000000"/>
                <w:sz w:val="20"/>
                <w:szCs w:val="20"/>
              </w:rPr>
              <w:t>0.0043-0.0089</w:t>
            </w:r>
          </w:p>
        </w:tc>
        <w:tc>
          <w:tcPr>
            <w:tcW w:w="1013"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26DB720F" w14:textId="77777777" w:rsidR="00FB21E9" w:rsidRPr="001A2E38" w:rsidRDefault="00FB21E9" w:rsidP="005046C0">
            <w:pPr>
              <w:keepNext/>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Times New Roman" w:hAnsi="Times New Roman" w:cs="Times New Roman"/>
                <w:color w:val="000000"/>
                <w:sz w:val="20"/>
                <w:szCs w:val="20"/>
              </w:rPr>
            </w:pPr>
            <w:r w:rsidRPr="001A2E38">
              <w:rPr>
                <w:rFonts w:ascii="Times New Roman" w:eastAsia="Times New Roman" w:hAnsi="Times New Roman" w:cs="Times New Roman"/>
                <w:color w:val="000000"/>
                <w:sz w:val="20"/>
                <w:szCs w:val="20"/>
              </w:rPr>
              <w:t>&lt;0.001</w:t>
            </w:r>
          </w:p>
        </w:tc>
      </w:tr>
      <w:tr w:rsidR="00FB21E9" w:rsidRPr="001A2E38" w14:paraId="43093D3C" w14:textId="77777777" w:rsidTr="005046C0">
        <w:trPr>
          <w:cantSplit/>
          <w:jc w:val="center"/>
        </w:trPr>
        <w:tc>
          <w:tcPr>
            <w:tcW w:w="3978"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3D5C669D" w14:textId="77777777" w:rsidR="00FB21E9" w:rsidRPr="001A2E38" w:rsidRDefault="00FB21E9" w:rsidP="005046C0">
            <w:pPr>
              <w:keepNext/>
              <w:pBdr>
                <w:top w:val="none" w:sz="0" w:space="0" w:color="000000"/>
                <w:left w:val="none" w:sz="0" w:space="0" w:color="000000"/>
                <w:bottom w:val="none" w:sz="0" w:space="0" w:color="000000"/>
                <w:right w:val="none" w:sz="0" w:space="0" w:color="000000"/>
              </w:pBdr>
              <w:spacing w:before="40" w:after="40"/>
              <w:ind w:left="40" w:right="40"/>
              <w:rPr>
                <w:rFonts w:ascii="Times New Roman" w:eastAsia="Times New Roman" w:hAnsi="Times New Roman" w:cs="Times New Roman"/>
                <w:b/>
                <w:color w:val="000000"/>
                <w:sz w:val="20"/>
                <w:szCs w:val="20"/>
              </w:rPr>
            </w:pPr>
            <w:r w:rsidRPr="001A2E38">
              <w:rPr>
                <w:rFonts w:ascii="Times New Roman" w:eastAsia="Times New Roman" w:hAnsi="Times New Roman" w:cs="Times New Roman"/>
                <w:b/>
                <w:color w:val="000000"/>
                <w:sz w:val="20"/>
                <w:szCs w:val="20"/>
              </w:rPr>
              <w:t>Conventional model + CHG-BRI</w:t>
            </w:r>
          </w:p>
        </w:tc>
        <w:tc>
          <w:tcPr>
            <w:tcW w:w="1085"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1CD958FF" w14:textId="77777777" w:rsidR="00FB21E9" w:rsidRPr="001A2E38" w:rsidRDefault="00FB21E9" w:rsidP="005046C0">
            <w:pPr>
              <w:keepNext/>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Times New Roman" w:hAnsi="Times New Roman" w:cs="Times New Roman"/>
                <w:color w:val="000000"/>
                <w:sz w:val="20"/>
                <w:szCs w:val="20"/>
              </w:rPr>
            </w:pPr>
            <w:r w:rsidRPr="001A2E38">
              <w:rPr>
                <w:rFonts w:ascii="Times New Roman" w:eastAsia="Times New Roman" w:hAnsi="Times New Roman" w:cs="Times New Roman"/>
                <w:color w:val="000000"/>
                <w:sz w:val="20"/>
                <w:szCs w:val="20"/>
              </w:rPr>
              <w:t>0.749</w:t>
            </w:r>
          </w:p>
        </w:tc>
        <w:tc>
          <w:tcPr>
            <w:tcW w:w="1592"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5937FECF" w14:textId="77777777" w:rsidR="00FB21E9" w:rsidRPr="001A2E38" w:rsidRDefault="00FB21E9" w:rsidP="005046C0">
            <w:pPr>
              <w:keepNext/>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Times New Roman" w:hAnsi="Times New Roman" w:cs="Times New Roman"/>
                <w:color w:val="000000"/>
                <w:sz w:val="20"/>
                <w:szCs w:val="20"/>
              </w:rPr>
            </w:pPr>
            <w:r w:rsidRPr="001A2E38">
              <w:rPr>
                <w:rFonts w:ascii="Times New Roman" w:eastAsia="Times New Roman" w:hAnsi="Times New Roman" w:cs="Times New Roman"/>
                <w:color w:val="000000"/>
                <w:sz w:val="20"/>
                <w:szCs w:val="20"/>
              </w:rPr>
              <w:t>0.740-0.757</w:t>
            </w:r>
          </w:p>
        </w:tc>
        <w:tc>
          <w:tcPr>
            <w:tcW w:w="1013"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543732AD" w14:textId="77777777" w:rsidR="00FB21E9" w:rsidRPr="001A2E38" w:rsidRDefault="00FB21E9" w:rsidP="005046C0">
            <w:pPr>
              <w:keepNext/>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Times New Roman" w:hAnsi="Times New Roman" w:cs="Times New Roman"/>
                <w:color w:val="000000"/>
                <w:sz w:val="20"/>
                <w:szCs w:val="20"/>
              </w:rPr>
            </w:pPr>
            <w:r w:rsidRPr="001A2E38">
              <w:rPr>
                <w:rFonts w:ascii="Times New Roman" w:eastAsia="Times New Roman" w:hAnsi="Times New Roman" w:cs="Times New Roman"/>
                <w:color w:val="000000"/>
                <w:sz w:val="20"/>
                <w:szCs w:val="20"/>
              </w:rPr>
              <w:t>&lt;0.001</w:t>
            </w:r>
          </w:p>
        </w:tc>
        <w:tc>
          <w:tcPr>
            <w:tcW w:w="1085"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649FEAC4" w14:textId="77777777" w:rsidR="00FB21E9" w:rsidRPr="001A2E38" w:rsidRDefault="00FB21E9" w:rsidP="005046C0">
            <w:pPr>
              <w:keepNext/>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Times New Roman" w:hAnsi="Times New Roman" w:cs="Times New Roman"/>
                <w:color w:val="000000"/>
                <w:sz w:val="20"/>
                <w:szCs w:val="20"/>
              </w:rPr>
            </w:pPr>
            <w:r w:rsidRPr="001A2E38">
              <w:rPr>
                <w:rFonts w:ascii="Times New Roman" w:eastAsia="Times New Roman" w:hAnsi="Times New Roman" w:cs="Times New Roman"/>
                <w:color w:val="000000"/>
                <w:sz w:val="20"/>
                <w:szCs w:val="20"/>
              </w:rPr>
              <w:t>0.271</w:t>
            </w:r>
          </w:p>
        </w:tc>
        <w:tc>
          <w:tcPr>
            <w:tcW w:w="1592"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65FE4BD3" w14:textId="77777777" w:rsidR="00FB21E9" w:rsidRPr="001A2E38" w:rsidRDefault="00FB21E9" w:rsidP="005046C0">
            <w:pPr>
              <w:keepNext/>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Times New Roman" w:hAnsi="Times New Roman" w:cs="Times New Roman"/>
                <w:color w:val="000000"/>
                <w:sz w:val="20"/>
                <w:szCs w:val="20"/>
              </w:rPr>
            </w:pPr>
            <w:r w:rsidRPr="001A2E38">
              <w:rPr>
                <w:rFonts w:ascii="Times New Roman" w:eastAsia="Times New Roman" w:hAnsi="Times New Roman" w:cs="Times New Roman"/>
                <w:color w:val="000000"/>
                <w:sz w:val="20"/>
                <w:szCs w:val="20"/>
              </w:rPr>
              <w:t>0.221-0.315</w:t>
            </w:r>
          </w:p>
        </w:tc>
        <w:tc>
          <w:tcPr>
            <w:tcW w:w="1013"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67AFC9B2" w14:textId="77777777" w:rsidR="00FB21E9" w:rsidRPr="001A2E38" w:rsidRDefault="00FB21E9" w:rsidP="005046C0">
            <w:pPr>
              <w:keepNext/>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Times New Roman" w:hAnsi="Times New Roman" w:cs="Times New Roman"/>
                <w:color w:val="000000"/>
                <w:sz w:val="20"/>
                <w:szCs w:val="20"/>
              </w:rPr>
            </w:pPr>
            <w:r w:rsidRPr="001A2E38">
              <w:rPr>
                <w:rFonts w:ascii="Times New Roman" w:eastAsia="Times New Roman" w:hAnsi="Times New Roman" w:cs="Times New Roman"/>
                <w:color w:val="000000"/>
                <w:sz w:val="20"/>
                <w:szCs w:val="20"/>
              </w:rPr>
              <w:t>&lt;0.001</w:t>
            </w:r>
          </w:p>
        </w:tc>
        <w:tc>
          <w:tcPr>
            <w:tcW w:w="1085"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5DD9AF05" w14:textId="77777777" w:rsidR="00FB21E9" w:rsidRPr="001A2E38" w:rsidRDefault="00FB21E9" w:rsidP="005046C0">
            <w:pPr>
              <w:keepNext/>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Times New Roman" w:hAnsi="Times New Roman" w:cs="Times New Roman"/>
                <w:color w:val="000000"/>
                <w:sz w:val="20"/>
                <w:szCs w:val="20"/>
              </w:rPr>
            </w:pPr>
            <w:r w:rsidRPr="001A2E38">
              <w:rPr>
                <w:rFonts w:ascii="Times New Roman" w:eastAsia="Times New Roman" w:hAnsi="Times New Roman" w:cs="Times New Roman"/>
                <w:color w:val="000000"/>
                <w:sz w:val="20"/>
                <w:szCs w:val="20"/>
              </w:rPr>
              <w:t>0.0036</w:t>
            </w:r>
          </w:p>
        </w:tc>
        <w:tc>
          <w:tcPr>
            <w:tcW w:w="1592"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031C283D" w14:textId="77777777" w:rsidR="00FB21E9" w:rsidRPr="001A2E38" w:rsidRDefault="00FB21E9" w:rsidP="005046C0">
            <w:pPr>
              <w:keepNext/>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Times New Roman" w:hAnsi="Times New Roman" w:cs="Times New Roman"/>
                <w:color w:val="000000"/>
                <w:sz w:val="20"/>
                <w:szCs w:val="20"/>
              </w:rPr>
            </w:pPr>
            <w:r w:rsidRPr="001A2E38">
              <w:rPr>
                <w:rFonts w:ascii="Times New Roman" w:eastAsia="Times New Roman" w:hAnsi="Times New Roman" w:cs="Times New Roman"/>
                <w:color w:val="000000"/>
                <w:sz w:val="20"/>
                <w:szCs w:val="20"/>
              </w:rPr>
              <w:t>0.0023-0.0052</w:t>
            </w:r>
          </w:p>
        </w:tc>
        <w:tc>
          <w:tcPr>
            <w:tcW w:w="1013"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6A406255" w14:textId="77777777" w:rsidR="00FB21E9" w:rsidRPr="001A2E38" w:rsidRDefault="00FB21E9" w:rsidP="005046C0">
            <w:pPr>
              <w:keepNext/>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Times New Roman" w:hAnsi="Times New Roman" w:cs="Times New Roman"/>
                <w:color w:val="000000"/>
                <w:sz w:val="20"/>
                <w:szCs w:val="20"/>
              </w:rPr>
            </w:pPr>
            <w:r w:rsidRPr="001A2E38">
              <w:rPr>
                <w:rFonts w:ascii="Times New Roman" w:eastAsia="Times New Roman" w:hAnsi="Times New Roman" w:cs="Times New Roman"/>
                <w:color w:val="000000"/>
                <w:sz w:val="20"/>
                <w:szCs w:val="20"/>
              </w:rPr>
              <w:t>&lt;0.001</w:t>
            </w:r>
          </w:p>
        </w:tc>
      </w:tr>
      <w:tr w:rsidR="00FB21E9" w:rsidRPr="001A2E38" w14:paraId="588E3782" w14:textId="77777777" w:rsidTr="005046C0">
        <w:trPr>
          <w:cantSplit/>
          <w:jc w:val="center"/>
        </w:trPr>
        <w:tc>
          <w:tcPr>
            <w:tcW w:w="3978"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547EF5EC" w14:textId="77777777" w:rsidR="00FB21E9" w:rsidRPr="001A2E38" w:rsidRDefault="00FB21E9" w:rsidP="005046C0">
            <w:pPr>
              <w:keepNext/>
              <w:pBdr>
                <w:top w:val="none" w:sz="0" w:space="0" w:color="000000"/>
                <w:left w:val="none" w:sz="0" w:space="0" w:color="000000"/>
                <w:bottom w:val="none" w:sz="0" w:space="0" w:color="000000"/>
                <w:right w:val="none" w:sz="0" w:space="0" w:color="000000"/>
              </w:pBdr>
              <w:spacing w:before="40" w:after="40"/>
              <w:ind w:left="40" w:right="40"/>
              <w:rPr>
                <w:rFonts w:ascii="Times New Roman" w:eastAsia="Times New Roman" w:hAnsi="Times New Roman" w:cs="Times New Roman"/>
                <w:b/>
                <w:color w:val="000000"/>
                <w:sz w:val="20"/>
                <w:szCs w:val="20"/>
              </w:rPr>
            </w:pPr>
            <w:r w:rsidRPr="001A2E38">
              <w:rPr>
                <w:rFonts w:ascii="Times New Roman" w:eastAsia="Times New Roman" w:hAnsi="Times New Roman" w:cs="Times New Roman"/>
                <w:b/>
                <w:color w:val="000000"/>
                <w:sz w:val="20"/>
                <w:szCs w:val="20"/>
              </w:rPr>
              <w:t>Conventional model + CHG-ABSI</w:t>
            </w:r>
          </w:p>
        </w:tc>
        <w:tc>
          <w:tcPr>
            <w:tcW w:w="1085"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25AD3162" w14:textId="77777777" w:rsidR="00FB21E9" w:rsidRPr="001A2E38" w:rsidRDefault="00FB21E9" w:rsidP="005046C0">
            <w:pPr>
              <w:keepNext/>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Times New Roman" w:hAnsi="Times New Roman" w:cs="Times New Roman"/>
                <w:color w:val="000000"/>
                <w:sz w:val="20"/>
                <w:szCs w:val="20"/>
              </w:rPr>
            </w:pPr>
            <w:r w:rsidRPr="001A2E38">
              <w:rPr>
                <w:rFonts w:ascii="Times New Roman" w:eastAsia="Times New Roman" w:hAnsi="Times New Roman" w:cs="Times New Roman"/>
                <w:color w:val="000000"/>
                <w:sz w:val="20"/>
                <w:szCs w:val="20"/>
              </w:rPr>
              <w:t>0.732</w:t>
            </w:r>
          </w:p>
        </w:tc>
        <w:tc>
          <w:tcPr>
            <w:tcW w:w="1592"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004C3D7E" w14:textId="77777777" w:rsidR="00FB21E9" w:rsidRPr="001A2E38" w:rsidRDefault="00FB21E9" w:rsidP="005046C0">
            <w:pPr>
              <w:keepNext/>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Times New Roman" w:hAnsi="Times New Roman" w:cs="Times New Roman"/>
                <w:color w:val="000000"/>
                <w:sz w:val="20"/>
                <w:szCs w:val="20"/>
              </w:rPr>
            </w:pPr>
            <w:r w:rsidRPr="001A2E38">
              <w:rPr>
                <w:rFonts w:ascii="Times New Roman" w:eastAsia="Times New Roman" w:hAnsi="Times New Roman" w:cs="Times New Roman"/>
                <w:color w:val="000000"/>
                <w:sz w:val="20"/>
                <w:szCs w:val="20"/>
              </w:rPr>
              <w:t>0.724-0.741</w:t>
            </w:r>
          </w:p>
        </w:tc>
        <w:tc>
          <w:tcPr>
            <w:tcW w:w="1013"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07DFC9CB" w14:textId="77777777" w:rsidR="00FB21E9" w:rsidRPr="001A2E38" w:rsidRDefault="00FB21E9" w:rsidP="005046C0">
            <w:pPr>
              <w:keepNext/>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Times New Roman" w:hAnsi="Times New Roman" w:cs="Times New Roman"/>
                <w:color w:val="000000"/>
                <w:sz w:val="20"/>
                <w:szCs w:val="20"/>
              </w:rPr>
            </w:pPr>
            <w:r w:rsidRPr="001A2E38">
              <w:rPr>
                <w:rFonts w:ascii="Times New Roman" w:eastAsia="Times New Roman" w:hAnsi="Times New Roman" w:cs="Times New Roman"/>
                <w:color w:val="000000"/>
                <w:sz w:val="20"/>
                <w:szCs w:val="20"/>
              </w:rPr>
              <w:t>&lt;0.001</w:t>
            </w:r>
          </w:p>
        </w:tc>
        <w:tc>
          <w:tcPr>
            <w:tcW w:w="1085"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2F4D1B02" w14:textId="77777777" w:rsidR="00FB21E9" w:rsidRPr="001A2E38" w:rsidRDefault="00FB21E9" w:rsidP="005046C0">
            <w:pPr>
              <w:keepNext/>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Times New Roman" w:hAnsi="Times New Roman" w:cs="Times New Roman"/>
                <w:color w:val="000000"/>
                <w:sz w:val="20"/>
                <w:szCs w:val="20"/>
              </w:rPr>
            </w:pPr>
            <w:r w:rsidRPr="001A2E38">
              <w:rPr>
                <w:rFonts w:ascii="Times New Roman" w:eastAsia="Times New Roman" w:hAnsi="Times New Roman" w:cs="Times New Roman"/>
                <w:color w:val="000000"/>
                <w:sz w:val="20"/>
                <w:szCs w:val="20"/>
              </w:rPr>
              <w:t>0.211</w:t>
            </w:r>
          </w:p>
        </w:tc>
        <w:tc>
          <w:tcPr>
            <w:tcW w:w="1592"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3C11EEAA" w14:textId="77777777" w:rsidR="00FB21E9" w:rsidRPr="001A2E38" w:rsidRDefault="00FB21E9" w:rsidP="005046C0">
            <w:pPr>
              <w:keepNext/>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Times New Roman" w:hAnsi="Times New Roman" w:cs="Times New Roman"/>
                <w:color w:val="000000"/>
                <w:sz w:val="20"/>
                <w:szCs w:val="20"/>
              </w:rPr>
            </w:pPr>
            <w:r w:rsidRPr="001A2E38">
              <w:rPr>
                <w:rFonts w:ascii="Times New Roman" w:eastAsia="Times New Roman" w:hAnsi="Times New Roman" w:cs="Times New Roman"/>
                <w:color w:val="000000"/>
                <w:sz w:val="20"/>
                <w:szCs w:val="20"/>
              </w:rPr>
              <w:t>0.160-0.253</w:t>
            </w:r>
          </w:p>
        </w:tc>
        <w:tc>
          <w:tcPr>
            <w:tcW w:w="1013"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16FDBD46" w14:textId="77777777" w:rsidR="00FB21E9" w:rsidRPr="001A2E38" w:rsidRDefault="00FB21E9" w:rsidP="005046C0">
            <w:pPr>
              <w:keepNext/>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Times New Roman" w:hAnsi="Times New Roman" w:cs="Times New Roman"/>
                <w:color w:val="000000"/>
                <w:sz w:val="20"/>
                <w:szCs w:val="20"/>
              </w:rPr>
            </w:pPr>
            <w:r w:rsidRPr="001A2E38">
              <w:rPr>
                <w:rFonts w:ascii="Times New Roman" w:eastAsia="Times New Roman" w:hAnsi="Times New Roman" w:cs="Times New Roman"/>
                <w:color w:val="000000"/>
                <w:sz w:val="20"/>
                <w:szCs w:val="20"/>
              </w:rPr>
              <w:t>&lt;0.001</w:t>
            </w:r>
          </w:p>
        </w:tc>
        <w:tc>
          <w:tcPr>
            <w:tcW w:w="1085"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1F52E991" w14:textId="77777777" w:rsidR="00FB21E9" w:rsidRPr="001A2E38" w:rsidRDefault="00FB21E9" w:rsidP="005046C0">
            <w:pPr>
              <w:keepNext/>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Times New Roman" w:hAnsi="Times New Roman" w:cs="Times New Roman"/>
                <w:color w:val="000000"/>
                <w:sz w:val="20"/>
                <w:szCs w:val="20"/>
              </w:rPr>
            </w:pPr>
            <w:r w:rsidRPr="001A2E38">
              <w:rPr>
                <w:rFonts w:ascii="Times New Roman" w:eastAsia="Times New Roman" w:hAnsi="Times New Roman" w:cs="Times New Roman"/>
                <w:color w:val="000000"/>
                <w:sz w:val="20"/>
                <w:szCs w:val="20"/>
              </w:rPr>
              <w:t>0.0033</w:t>
            </w:r>
          </w:p>
        </w:tc>
        <w:tc>
          <w:tcPr>
            <w:tcW w:w="1592"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4AD72FEC" w14:textId="77777777" w:rsidR="00FB21E9" w:rsidRPr="001A2E38" w:rsidRDefault="00FB21E9" w:rsidP="005046C0">
            <w:pPr>
              <w:keepNext/>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Times New Roman" w:hAnsi="Times New Roman" w:cs="Times New Roman"/>
                <w:color w:val="000000"/>
                <w:sz w:val="20"/>
                <w:szCs w:val="20"/>
              </w:rPr>
            </w:pPr>
            <w:r w:rsidRPr="001A2E38">
              <w:rPr>
                <w:rFonts w:ascii="Times New Roman" w:eastAsia="Times New Roman" w:hAnsi="Times New Roman" w:cs="Times New Roman"/>
                <w:color w:val="000000"/>
                <w:sz w:val="20"/>
                <w:szCs w:val="20"/>
              </w:rPr>
              <w:t>0.0022-0.0048</w:t>
            </w:r>
          </w:p>
        </w:tc>
        <w:tc>
          <w:tcPr>
            <w:tcW w:w="1013"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3C565F2E" w14:textId="77777777" w:rsidR="00FB21E9" w:rsidRPr="001A2E38" w:rsidRDefault="00FB21E9" w:rsidP="005046C0">
            <w:pPr>
              <w:keepNext/>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Times New Roman" w:hAnsi="Times New Roman" w:cs="Times New Roman"/>
                <w:color w:val="000000"/>
                <w:sz w:val="20"/>
                <w:szCs w:val="20"/>
              </w:rPr>
            </w:pPr>
            <w:r w:rsidRPr="001A2E38">
              <w:rPr>
                <w:rFonts w:ascii="Times New Roman" w:eastAsia="Times New Roman" w:hAnsi="Times New Roman" w:cs="Times New Roman"/>
                <w:color w:val="000000"/>
                <w:sz w:val="20"/>
                <w:szCs w:val="20"/>
              </w:rPr>
              <w:t>&lt;0.001</w:t>
            </w:r>
          </w:p>
        </w:tc>
      </w:tr>
      <w:tr w:rsidR="00FB21E9" w:rsidRPr="001A2E38" w14:paraId="1CDEE34B" w14:textId="77777777" w:rsidTr="005046C0">
        <w:trPr>
          <w:cantSplit/>
          <w:jc w:val="center"/>
        </w:trPr>
        <w:tc>
          <w:tcPr>
            <w:tcW w:w="3978"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62F46139" w14:textId="77777777" w:rsidR="00FB21E9" w:rsidRPr="001A2E38" w:rsidRDefault="00FB21E9" w:rsidP="005046C0">
            <w:pPr>
              <w:keepNext/>
              <w:pBdr>
                <w:top w:val="none" w:sz="0" w:space="0" w:color="000000"/>
                <w:left w:val="none" w:sz="0" w:space="0" w:color="000000"/>
                <w:bottom w:val="none" w:sz="0" w:space="0" w:color="000000"/>
                <w:right w:val="none" w:sz="0" w:space="0" w:color="000000"/>
              </w:pBdr>
              <w:spacing w:before="40" w:after="40"/>
              <w:ind w:left="40" w:right="40"/>
              <w:rPr>
                <w:rFonts w:ascii="Times New Roman" w:eastAsia="Times New Roman" w:hAnsi="Times New Roman" w:cs="Times New Roman"/>
                <w:b/>
                <w:color w:val="000000"/>
                <w:sz w:val="20"/>
                <w:szCs w:val="20"/>
              </w:rPr>
            </w:pPr>
            <w:r w:rsidRPr="001A2E38">
              <w:rPr>
                <w:rFonts w:ascii="Times New Roman" w:eastAsia="Times New Roman" w:hAnsi="Times New Roman" w:cs="Times New Roman"/>
                <w:b/>
                <w:color w:val="000000"/>
                <w:sz w:val="20"/>
                <w:szCs w:val="20"/>
              </w:rPr>
              <w:t>Conventional model + CHG-VAI</w:t>
            </w:r>
          </w:p>
        </w:tc>
        <w:tc>
          <w:tcPr>
            <w:tcW w:w="1085"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5442B03B" w14:textId="77777777" w:rsidR="00FB21E9" w:rsidRPr="001A2E38" w:rsidRDefault="00FB21E9" w:rsidP="005046C0">
            <w:pPr>
              <w:keepNext/>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Times New Roman" w:hAnsi="Times New Roman" w:cs="Times New Roman"/>
                <w:color w:val="000000"/>
                <w:sz w:val="20"/>
                <w:szCs w:val="20"/>
              </w:rPr>
            </w:pPr>
            <w:r w:rsidRPr="001A2E38">
              <w:rPr>
                <w:rFonts w:ascii="Times New Roman" w:eastAsia="Times New Roman" w:hAnsi="Times New Roman" w:cs="Times New Roman"/>
                <w:color w:val="000000"/>
                <w:sz w:val="20"/>
                <w:szCs w:val="20"/>
              </w:rPr>
              <w:t>0.720</w:t>
            </w:r>
          </w:p>
        </w:tc>
        <w:tc>
          <w:tcPr>
            <w:tcW w:w="1592"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1D6FB030" w14:textId="77777777" w:rsidR="00FB21E9" w:rsidRPr="001A2E38" w:rsidRDefault="00FB21E9" w:rsidP="005046C0">
            <w:pPr>
              <w:keepNext/>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Times New Roman" w:hAnsi="Times New Roman" w:cs="Times New Roman"/>
                <w:color w:val="000000"/>
                <w:sz w:val="20"/>
                <w:szCs w:val="20"/>
              </w:rPr>
            </w:pPr>
            <w:r w:rsidRPr="001A2E38">
              <w:rPr>
                <w:rFonts w:ascii="Times New Roman" w:eastAsia="Times New Roman" w:hAnsi="Times New Roman" w:cs="Times New Roman"/>
                <w:color w:val="000000"/>
                <w:sz w:val="20"/>
                <w:szCs w:val="20"/>
              </w:rPr>
              <w:t>0.711-0.729</w:t>
            </w:r>
          </w:p>
        </w:tc>
        <w:tc>
          <w:tcPr>
            <w:tcW w:w="1013"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60C6D25D" w14:textId="77777777" w:rsidR="00FB21E9" w:rsidRPr="001A2E38" w:rsidRDefault="00FB21E9" w:rsidP="005046C0">
            <w:pPr>
              <w:keepNext/>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Times New Roman" w:hAnsi="Times New Roman" w:cs="Times New Roman"/>
                <w:color w:val="000000"/>
                <w:sz w:val="20"/>
                <w:szCs w:val="20"/>
              </w:rPr>
            </w:pPr>
            <w:r w:rsidRPr="001A2E38">
              <w:rPr>
                <w:rFonts w:ascii="Times New Roman" w:eastAsia="Times New Roman" w:hAnsi="Times New Roman" w:cs="Times New Roman"/>
                <w:color w:val="000000"/>
                <w:sz w:val="20"/>
                <w:szCs w:val="20"/>
              </w:rPr>
              <w:t>&lt;0.001</w:t>
            </w:r>
          </w:p>
        </w:tc>
        <w:tc>
          <w:tcPr>
            <w:tcW w:w="1085"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46812B14" w14:textId="77777777" w:rsidR="00FB21E9" w:rsidRPr="001A2E38" w:rsidRDefault="00FB21E9" w:rsidP="005046C0">
            <w:pPr>
              <w:keepNext/>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Times New Roman" w:hAnsi="Times New Roman" w:cs="Times New Roman"/>
                <w:color w:val="000000"/>
                <w:sz w:val="20"/>
                <w:szCs w:val="20"/>
              </w:rPr>
            </w:pPr>
            <w:r w:rsidRPr="001A2E38">
              <w:rPr>
                <w:rFonts w:ascii="Times New Roman" w:eastAsia="Times New Roman" w:hAnsi="Times New Roman" w:cs="Times New Roman"/>
                <w:color w:val="000000"/>
                <w:sz w:val="20"/>
                <w:szCs w:val="20"/>
              </w:rPr>
              <w:t>0.126</w:t>
            </w:r>
          </w:p>
        </w:tc>
        <w:tc>
          <w:tcPr>
            <w:tcW w:w="1592"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645E6A51" w14:textId="77777777" w:rsidR="00FB21E9" w:rsidRPr="001A2E38" w:rsidRDefault="00FB21E9" w:rsidP="005046C0">
            <w:pPr>
              <w:keepNext/>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Times New Roman" w:hAnsi="Times New Roman" w:cs="Times New Roman"/>
                <w:color w:val="000000"/>
                <w:sz w:val="20"/>
                <w:szCs w:val="20"/>
              </w:rPr>
            </w:pPr>
            <w:r w:rsidRPr="001A2E38">
              <w:rPr>
                <w:rFonts w:ascii="Times New Roman" w:eastAsia="Times New Roman" w:hAnsi="Times New Roman" w:cs="Times New Roman"/>
                <w:color w:val="000000"/>
                <w:sz w:val="20"/>
                <w:szCs w:val="20"/>
              </w:rPr>
              <w:t>0.075-0.161</w:t>
            </w:r>
          </w:p>
        </w:tc>
        <w:tc>
          <w:tcPr>
            <w:tcW w:w="1013"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15218D48" w14:textId="77777777" w:rsidR="00FB21E9" w:rsidRPr="001A2E38" w:rsidRDefault="00FB21E9" w:rsidP="005046C0">
            <w:pPr>
              <w:keepNext/>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Times New Roman" w:hAnsi="Times New Roman" w:cs="Times New Roman"/>
                <w:color w:val="000000"/>
                <w:sz w:val="20"/>
                <w:szCs w:val="20"/>
              </w:rPr>
            </w:pPr>
            <w:r w:rsidRPr="001A2E38">
              <w:rPr>
                <w:rFonts w:ascii="Times New Roman" w:eastAsia="Times New Roman" w:hAnsi="Times New Roman" w:cs="Times New Roman"/>
                <w:color w:val="000000"/>
                <w:sz w:val="20"/>
                <w:szCs w:val="20"/>
              </w:rPr>
              <w:t>&lt;0.001</w:t>
            </w:r>
          </w:p>
        </w:tc>
        <w:tc>
          <w:tcPr>
            <w:tcW w:w="1085"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4335AD31" w14:textId="77777777" w:rsidR="00FB21E9" w:rsidRPr="001A2E38" w:rsidRDefault="00FB21E9" w:rsidP="005046C0">
            <w:pPr>
              <w:keepNext/>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Times New Roman" w:hAnsi="Times New Roman" w:cs="Times New Roman"/>
                <w:color w:val="000000"/>
                <w:sz w:val="20"/>
                <w:szCs w:val="20"/>
              </w:rPr>
            </w:pPr>
            <w:r w:rsidRPr="001A2E38">
              <w:rPr>
                <w:rFonts w:ascii="Times New Roman" w:eastAsia="Times New Roman" w:hAnsi="Times New Roman" w:cs="Times New Roman"/>
                <w:color w:val="000000"/>
                <w:sz w:val="20"/>
                <w:szCs w:val="20"/>
              </w:rPr>
              <w:t>0.0023</w:t>
            </w:r>
          </w:p>
        </w:tc>
        <w:tc>
          <w:tcPr>
            <w:tcW w:w="1592"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7D4206D1" w14:textId="77777777" w:rsidR="00FB21E9" w:rsidRPr="001A2E38" w:rsidRDefault="00FB21E9" w:rsidP="005046C0">
            <w:pPr>
              <w:keepNext/>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Times New Roman" w:hAnsi="Times New Roman" w:cs="Times New Roman"/>
                <w:color w:val="000000"/>
                <w:sz w:val="20"/>
                <w:szCs w:val="20"/>
              </w:rPr>
            </w:pPr>
            <w:r w:rsidRPr="001A2E38">
              <w:rPr>
                <w:rFonts w:ascii="Times New Roman" w:eastAsia="Times New Roman" w:hAnsi="Times New Roman" w:cs="Times New Roman"/>
                <w:color w:val="000000"/>
                <w:sz w:val="20"/>
                <w:szCs w:val="20"/>
              </w:rPr>
              <w:t>0.0008-0.0058</w:t>
            </w:r>
          </w:p>
        </w:tc>
        <w:tc>
          <w:tcPr>
            <w:tcW w:w="1013"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690C6DD8" w14:textId="77777777" w:rsidR="00FB21E9" w:rsidRPr="001A2E38" w:rsidRDefault="00FB21E9" w:rsidP="005046C0">
            <w:pPr>
              <w:keepNext/>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Times New Roman" w:hAnsi="Times New Roman" w:cs="Times New Roman"/>
                <w:color w:val="000000"/>
                <w:sz w:val="20"/>
                <w:szCs w:val="20"/>
              </w:rPr>
            </w:pPr>
            <w:r w:rsidRPr="001A2E38">
              <w:rPr>
                <w:rFonts w:ascii="Times New Roman" w:eastAsia="Times New Roman" w:hAnsi="Times New Roman" w:cs="Times New Roman"/>
                <w:color w:val="000000"/>
                <w:sz w:val="20"/>
                <w:szCs w:val="20"/>
              </w:rPr>
              <w:t>&lt;0.001</w:t>
            </w:r>
          </w:p>
        </w:tc>
      </w:tr>
      <w:tr w:rsidR="00FB21E9" w:rsidRPr="001A2E38" w14:paraId="616A1448" w14:textId="77777777" w:rsidTr="005046C0">
        <w:trPr>
          <w:cantSplit/>
          <w:jc w:val="center"/>
        </w:trPr>
        <w:tc>
          <w:tcPr>
            <w:tcW w:w="3978" w:type="dxa"/>
            <w:tcBorders>
              <w:top w:val="none" w:sz="0" w:space="0" w:color="000000"/>
              <w:left w:val="none" w:sz="0" w:space="0" w:color="000000"/>
              <w:bottom w:val="single" w:sz="12" w:space="0" w:color="000000"/>
              <w:right w:val="none" w:sz="0" w:space="0" w:color="000000"/>
            </w:tcBorders>
            <w:tcMar>
              <w:top w:w="0" w:type="dxa"/>
              <w:left w:w="0" w:type="dxa"/>
              <w:bottom w:w="0" w:type="dxa"/>
              <w:right w:w="0" w:type="dxa"/>
            </w:tcMar>
            <w:vAlign w:val="center"/>
          </w:tcPr>
          <w:p w14:paraId="2DC27656" w14:textId="77777777" w:rsidR="00FB21E9" w:rsidRPr="001A2E38" w:rsidRDefault="00FB21E9" w:rsidP="005046C0">
            <w:pPr>
              <w:keepNext/>
              <w:pBdr>
                <w:top w:val="none" w:sz="0" w:space="0" w:color="000000"/>
                <w:left w:val="none" w:sz="0" w:space="0" w:color="000000"/>
                <w:bottom w:val="none" w:sz="0" w:space="0" w:color="000000"/>
                <w:right w:val="none" w:sz="0" w:space="0" w:color="000000"/>
              </w:pBdr>
              <w:spacing w:before="40" w:after="40"/>
              <w:ind w:left="40" w:right="40"/>
              <w:rPr>
                <w:rFonts w:ascii="Times New Roman" w:eastAsia="Times New Roman" w:hAnsi="Times New Roman" w:cs="Times New Roman"/>
                <w:b/>
                <w:color w:val="000000"/>
                <w:sz w:val="20"/>
                <w:szCs w:val="20"/>
              </w:rPr>
            </w:pPr>
            <w:r w:rsidRPr="001A2E38">
              <w:rPr>
                <w:rFonts w:ascii="Times New Roman" w:eastAsia="Times New Roman" w:hAnsi="Times New Roman" w:cs="Times New Roman"/>
                <w:b/>
                <w:color w:val="000000"/>
                <w:sz w:val="20"/>
                <w:szCs w:val="20"/>
              </w:rPr>
              <w:t>Conventional model + CHG-WWI</w:t>
            </w:r>
          </w:p>
        </w:tc>
        <w:tc>
          <w:tcPr>
            <w:tcW w:w="1085" w:type="dxa"/>
            <w:tcBorders>
              <w:top w:val="none" w:sz="0" w:space="0" w:color="000000"/>
              <w:left w:val="none" w:sz="0" w:space="0" w:color="000000"/>
              <w:bottom w:val="single" w:sz="12" w:space="0" w:color="000000"/>
              <w:right w:val="none" w:sz="0" w:space="0" w:color="000000"/>
            </w:tcBorders>
            <w:tcMar>
              <w:top w:w="0" w:type="dxa"/>
              <w:left w:w="0" w:type="dxa"/>
              <w:bottom w:w="0" w:type="dxa"/>
              <w:right w:w="0" w:type="dxa"/>
            </w:tcMar>
            <w:vAlign w:val="center"/>
          </w:tcPr>
          <w:p w14:paraId="18427CAA" w14:textId="77777777" w:rsidR="00FB21E9" w:rsidRPr="001A2E38" w:rsidRDefault="00FB21E9" w:rsidP="005046C0">
            <w:pPr>
              <w:keepNext/>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Times New Roman" w:hAnsi="Times New Roman" w:cs="Times New Roman"/>
                <w:color w:val="000000"/>
                <w:sz w:val="20"/>
                <w:szCs w:val="20"/>
              </w:rPr>
            </w:pPr>
            <w:r w:rsidRPr="001A2E38">
              <w:rPr>
                <w:rFonts w:ascii="Times New Roman" w:eastAsia="Times New Roman" w:hAnsi="Times New Roman" w:cs="Times New Roman"/>
                <w:color w:val="000000"/>
                <w:sz w:val="20"/>
                <w:szCs w:val="20"/>
              </w:rPr>
              <w:t>0.745</w:t>
            </w:r>
          </w:p>
        </w:tc>
        <w:tc>
          <w:tcPr>
            <w:tcW w:w="1592" w:type="dxa"/>
            <w:tcBorders>
              <w:top w:val="none" w:sz="0" w:space="0" w:color="000000"/>
              <w:left w:val="none" w:sz="0" w:space="0" w:color="000000"/>
              <w:bottom w:val="single" w:sz="12" w:space="0" w:color="000000"/>
              <w:right w:val="none" w:sz="0" w:space="0" w:color="000000"/>
            </w:tcBorders>
            <w:tcMar>
              <w:top w:w="0" w:type="dxa"/>
              <w:left w:w="0" w:type="dxa"/>
              <w:bottom w:w="0" w:type="dxa"/>
              <w:right w:w="0" w:type="dxa"/>
            </w:tcMar>
            <w:vAlign w:val="center"/>
          </w:tcPr>
          <w:p w14:paraId="49B53ACF" w14:textId="77777777" w:rsidR="00FB21E9" w:rsidRPr="001A2E38" w:rsidRDefault="00FB21E9" w:rsidP="005046C0">
            <w:pPr>
              <w:keepNext/>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Times New Roman" w:hAnsi="Times New Roman" w:cs="Times New Roman"/>
                <w:color w:val="000000"/>
                <w:sz w:val="20"/>
                <w:szCs w:val="20"/>
              </w:rPr>
            </w:pPr>
            <w:r w:rsidRPr="001A2E38">
              <w:rPr>
                <w:rFonts w:ascii="Times New Roman" w:eastAsia="Times New Roman" w:hAnsi="Times New Roman" w:cs="Times New Roman"/>
                <w:color w:val="000000"/>
                <w:sz w:val="20"/>
                <w:szCs w:val="20"/>
              </w:rPr>
              <w:t>0.737-0.754</w:t>
            </w:r>
          </w:p>
        </w:tc>
        <w:tc>
          <w:tcPr>
            <w:tcW w:w="1013" w:type="dxa"/>
            <w:tcBorders>
              <w:top w:val="none" w:sz="0" w:space="0" w:color="000000"/>
              <w:left w:val="none" w:sz="0" w:space="0" w:color="000000"/>
              <w:bottom w:val="single" w:sz="12" w:space="0" w:color="000000"/>
              <w:right w:val="none" w:sz="0" w:space="0" w:color="000000"/>
            </w:tcBorders>
            <w:tcMar>
              <w:top w:w="0" w:type="dxa"/>
              <w:left w:w="0" w:type="dxa"/>
              <w:bottom w:w="0" w:type="dxa"/>
              <w:right w:w="0" w:type="dxa"/>
            </w:tcMar>
            <w:vAlign w:val="center"/>
          </w:tcPr>
          <w:p w14:paraId="489DE1C1" w14:textId="77777777" w:rsidR="00FB21E9" w:rsidRPr="001A2E38" w:rsidRDefault="00FB21E9" w:rsidP="005046C0">
            <w:pPr>
              <w:keepNext/>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Times New Roman" w:hAnsi="Times New Roman" w:cs="Times New Roman"/>
                <w:color w:val="000000"/>
                <w:sz w:val="20"/>
                <w:szCs w:val="20"/>
              </w:rPr>
            </w:pPr>
            <w:r w:rsidRPr="001A2E38">
              <w:rPr>
                <w:rFonts w:ascii="Times New Roman" w:eastAsia="Times New Roman" w:hAnsi="Times New Roman" w:cs="Times New Roman"/>
                <w:color w:val="000000"/>
                <w:sz w:val="20"/>
                <w:szCs w:val="20"/>
              </w:rPr>
              <w:t>&lt;0.001</w:t>
            </w:r>
          </w:p>
        </w:tc>
        <w:tc>
          <w:tcPr>
            <w:tcW w:w="1085" w:type="dxa"/>
            <w:tcBorders>
              <w:top w:val="none" w:sz="0" w:space="0" w:color="000000"/>
              <w:left w:val="none" w:sz="0" w:space="0" w:color="000000"/>
              <w:bottom w:val="single" w:sz="12" w:space="0" w:color="000000"/>
              <w:right w:val="none" w:sz="0" w:space="0" w:color="000000"/>
            </w:tcBorders>
            <w:tcMar>
              <w:top w:w="0" w:type="dxa"/>
              <w:left w:w="0" w:type="dxa"/>
              <w:bottom w:w="0" w:type="dxa"/>
              <w:right w:w="0" w:type="dxa"/>
            </w:tcMar>
            <w:vAlign w:val="center"/>
          </w:tcPr>
          <w:p w14:paraId="6BEA78AF" w14:textId="77777777" w:rsidR="00FB21E9" w:rsidRPr="001A2E38" w:rsidRDefault="00FB21E9" w:rsidP="005046C0">
            <w:pPr>
              <w:keepNext/>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Times New Roman" w:hAnsi="Times New Roman" w:cs="Times New Roman"/>
                <w:color w:val="000000"/>
                <w:sz w:val="20"/>
                <w:szCs w:val="20"/>
              </w:rPr>
            </w:pPr>
            <w:r w:rsidRPr="001A2E38">
              <w:rPr>
                <w:rFonts w:ascii="Times New Roman" w:eastAsia="Times New Roman" w:hAnsi="Times New Roman" w:cs="Times New Roman"/>
                <w:color w:val="000000"/>
                <w:sz w:val="20"/>
                <w:szCs w:val="20"/>
              </w:rPr>
              <w:t>0.245</w:t>
            </w:r>
          </w:p>
        </w:tc>
        <w:tc>
          <w:tcPr>
            <w:tcW w:w="1592" w:type="dxa"/>
            <w:tcBorders>
              <w:top w:val="none" w:sz="0" w:space="0" w:color="000000"/>
              <w:left w:val="none" w:sz="0" w:space="0" w:color="000000"/>
              <w:bottom w:val="single" w:sz="12" w:space="0" w:color="000000"/>
              <w:right w:val="none" w:sz="0" w:space="0" w:color="000000"/>
            </w:tcBorders>
            <w:tcMar>
              <w:top w:w="0" w:type="dxa"/>
              <w:left w:w="0" w:type="dxa"/>
              <w:bottom w:w="0" w:type="dxa"/>
              <w:right w:w="0" w:type="dxa"/>
            </w:tcMar>
            <w:vAlign w:val="center"/>
          </w:tcPr>
          <w:p w14:paraId="1D24CE08" w14:textId="77777777" w:rsidR="00FB21E9" w:rsidRPr="001A2E38" w:rsidRDefault="00FB21E9" w:rsidP="005046C0">
            <w:pPr>
              <w:keepNext/>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Times New Roman" w:hAnsi="Times New Roman" w:cs="Times New Roman"/>
                <w:color w:val="000000"/>
                <w:sz w:val="20"/>
                <w:szCs w:val="20"/>
              </w:rPr>
            </w:pPr>
            <w:r w:rsidRPr="001A2E38">
              <w:rPr>
                <w:rFonts w:ascii="Times New Roman" w:eastAsia="Times New Roman" w:hAnsi="Times New Roman" w:cs="Times New Roman"/>
                <w:color w:val="000000"/>
                <w:sz w:val="20"/>
                <w:szCs w:val="20"/>
              </w:rPr>
              <w:t>0.196-0.285</w:t>
            </w:r>
          </w:p>
        </w:tc>
        <w:tc>
          <w:tcPr>
            <w:tcW w:w="1013" w:type="dxa"/>
            <w:tcBorders>
              <w:top w:val="none" w:sz="0" w:space="0" w:color="000000"/>
              <w:left w:val="none" w:sz="0" w:space="0" w:color="000000"/>
              <w:bottom w:val="single" w:sz="12" w:space="0" w:color="000000"/>
              <w:right w:val="none" w:sz="0" w:space="0" w:color="000000"/>
            </w:tcBorders>
            <w:tcMar>
              <w:top w:w="0" w:type="dxa"/>
              <w:left w:w="0" w:type="dxa"/>
              <w:bottom w:w="0" w:type="dxa"/>
              <w:right w:w="0" w:type="dxa"/>
            </w:tcMar>
            <w:vAlign w:val="center"/>
          </w:tcPr>
          <w:p w14:paraId="2800D782" w14:textId="77777777" w:rsidR="00FB21E9" w:rsidRPr="001A2E38" w:rsidRDefault="00FB21E9" w:rsidP="005046C0">
            <w:pPr>
              <w:keepNext/>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Times New Roman" w:hAnsi="Times New Roman" w:cs="Times New Roman"/>
                <w:color w:val="000000"/>
                <w:sz w:val="20"/>
                <w:szCs w:val="20"/>
              </w:rPr>
            </w:pPr>
            <w:r w:rsidRPr="001A2E38">
              <w:rPr>
                <w:rFonts w:ascii="Times New Roman" w:eastAsia="Times New Roman" w:hAnsi="Times New Roman" w:cs="Times New Roman"/>
                <w:color w:val="000000"/>
                <w:sz w:val="20"/>
                <w:szCs w:val="20"/>
              </w:rPr>
              <w:t>&lt;0.001</w:t>
            </w:r>
          </w:p>
        </w:tc>
        <w:tc>
          <w:tcPr>
            <w:tcW w:w="1085" w:type="dxa"/>
            <w:tcBorders>
              <w:top w:val="none" w:sz="0" w:space="0" w:color="000000"/>
              <w:left w:val="none" w:sz="0" w:space="0" w:color="000000"/>
              <w:bottom w:val="single" w:sz="12" w:space="0" w:color="000000"/>
              <w:right w:val="none" w:sz="0" w:space="0" w:color="000000"/>
            </w:tcBorders>
            <w:tcMar>
              <w:top w:w="0" w:type="dxa"/>
              <w:left w:w="0" w:type="dxa"/>
              <w:bottom w:w="0" w:type="dxa"/>
              <w:right w:w="0" w:type="dxa"/>
            </w:tcMar>
            <w:vAlign w:val="center"/>
          </w:tcPr>
          <w:p w14:paraId="43585E75" w14:textId="77777777" w:rsidR="00FB21E9" w:rsidRPr="001A2E38" w:rsidRDefault="00FB21E9" w:rsidP="005046C0">
            <w:pPr>
              <w:keepNext/>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Times New Roman" w:hAnsi="Times New Roman" w:cs="Times New Roman"/>
                <w:color w:val="000000"/>
                <w:sz w:val="20"/>
                <w:szCs w:val="20"/>
              </w:rPr>
            </w:pPr>
            <w:r w:rsidRPr="001A2E38">
              <w:rPr>
                <w:rFonts w:ascii="Times New Roman" w:eastAsia="Times New Roman" w:hAnsi="Times New Roman" w:cs="Times New Roman"/>
                <w:color w:val="000000"/>
                <w:sz w:val="20"/>
                <w:szCs w:val="20"/>
              </w:rPr>
              <w:t>0.0054</w:t>
            </w:r>
          </w:p>
        </w:tc>
        <w:tc>
          <w:tcPr>
            <w:tcW w:w="1592" w:type="dxa"/>
            <w:tcBorders>
              <w:top w:val="none" w:sz="0" w:space="0" w:color="000000"/>
              <w:left w:val="none" w:sz="0" w:space="0" w:color="000000"/>
              <w:bottom w:val="single" w:sz="12" w:space="0" w:color="000000"/>
              <w:right w:val="none" w:sz="0" w:space="0" w:color="000000"/>
            </w:tcBorders>
            <w:tcMar>
              <w:top w:w="0" w:type="dxa"/>
              <w:left w:w="0" w:type="dxa"/>
              <w:bottom w:w="0" w:type="dxa"/>
              <w:right w:w="0" w:type="dxa"/>
            </w:tcMar>
            <w:vAlign w:val="center"/>
          </w:tcPr>
          <w:p w14:paraId="302C8C3E" w14:textId="77777777" w:rsidR="00FB21E9" w:rsidRPr="001A2E38" w:rsidRDefault="00FB21E9" w:rsidP="005046C0">
            <w:pPr>
              <w:keepNext/>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Times New Roman" w:hAnsi="Times New Roman" w:cs="Times New Roman"/>
                <w:color w:val="000000"/>
                <w:sz w:val="20"/>
                <w:szCs w:val="20"/>
              </w:rPr>
            </w:pPr>
            <w:r w:rsidRPr="001A2E38">
              <w:rPr>
                <w:rFonts w:ascii="Times New Roman" w:eastAsia="Times New Roman" w:hAnsi="Times New Roman" w:cs="Times New Roman"/>
                <w:color w:val="000000"/>
                <w:sz w:val="20"/>
                <w:szCs w:val="20"/>
              </w:rPr>
              <w:t>0.0038-0.0076</w:t>
            </w:r>
          </w:p>
        </w:tc>
        <w:tc>
          <w:tcPr>
            <w:tcW w:w="1013" w:type="dxa"/>
            <w:tcBorders>
              <w:top w:val="none" w:sz="0" w:space="0" w:color="000000"/>
              <w:left w:val="none" w:sz="0" w:space="0" w:color="000000"/>
              <w:bottom w:val="single" w:sz="12" w:space="0" w:color="000000"/>
              <w:right w:val="none" w:sz="0" w:space="0" w:color="000000"/>
            </w:tcBorders>
            <w:tcMar>
              <w:top w:w="0" w:type="dxa"/>
              <w:left w:w="0" w:type="dxa"/>
              <w:bottom w:w="0" w:type="dxa"/>
              <w:right w:w="0" w:type="dxa"/>
            </w:tcMar>
            <w:vAlign w:val="center"/>
          </w:tcPr>
          <w:p w14:paraId="380CE2EB" w14:textId="77777777" w:rsidR="00FB21E9" w:rsidRPr="001A2E38" w:rsidRDefault="00FB21E9" w:rsidP="005046C0">
            <w:pPr>
              <w:keepNext/>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Times New Roman" w:hAnsi="Times New Roman" w:cs="Times New Roman"/>
                <w:color w:val="000000"/>
                <w:sz w:val="20"/>
                <w:szCs w:val="20"/>
              </w:rPr>
            </w:pPr>
            <w:r w:rsidRPr="001A2E38">
              <w:rPr>
                <w:rFonts w:ascii="Times New Roman" w:eastAsia="Times New Roman" w:hAnsi="Times New Roman" w:cs="Times New Roman"/>
                <w:color w:val="000000"/>
                <w:sz w:val="20"/>
                <w:szCs w:val="20"/>
              </w:rPr>
              <w:t>&lt;0.001</w:t>
            </w:r>
          </w:p>
        </w:tc>
      </w:tr>
    </w:tbl>
    <w:p w14:paraId="3D98EFDD" w14:textId="77777777" w:rsidR="00FB21E9" w:rsidRPr="001A2E38" w:rsidRDefault="00FB21E9" w:rsidP="00FB21E9">
      <w:pPr>
        <w:pBdr>
          <w:top w:val="none" w:sz="0" w:space="0" w:color="000000"/>
          <w:left w:val="none" w:sz="0" w:space="0" w:color="000000"/>
          <w:bottom w:val="none" w:sz="0" w:space="0" w:color="000000"/>
          <w:right w:val="none" w:sz="0" w:space="0" w:color="000000"/>
        </w:pBdr>
        <w:rPr>
          <w:rFonts w:ascii="Times New Roman" w:hAnsi="Times New Roman" w:cs="Times New Roman"/>
          <w:sz w:val="20"/>
          <w:szCs w:val="20"/>
        </w:rPr>
      </w:pPr>
      <w:r w:rsidRPr="001A2E38">
        <w:rPr>
          <w:rFonts w:ascii="Times New Roman" w:eastAsia="Arial" w:hAnsi="Times New Roman" w:cs="Times New Roman"/>
          <w:i/>
          <w:iCs/>
          <w:color w:val="000000"/>
          <w:sz w:val="20"/>
          <w:szCs w:val="20"/>
        </w:rPr>
        <w:t xml:space="preserve">Notes: </w:t>
      </w:r>
      <w:r w:rsidRPr="001A2E38">
        <w:rPr>
          <w:rFonts w:ascii="Times New Roman" w:eastAsia="Arial" w:hAnsi="Times New Roman" w:cs="Times New Roman"/>
          <w:color w:val="000000"/>
          <w:sz w:val="20"/>
          <w:szCs w:val="20"/>
        </w:rPr>
        <w:t>The conventional model included age, sex, ethnicity, employment status, educational levels, Townsend deprivation index, frequency of drinking, smoking status, sleep duration, physical activity, sedentary behaviour, and family history of cardiometabolic disease.</w:t>
      </w:r>
    </w:p>
    <w:p w14:paraId="2F36C5BB" w14:textId="77777777" w:rsidR="00FB21E9" w:rsidRPr="001A2E38" w:rsidRDefault="00FB21E9" w:rsidP="00FB21E9">
      <w:pPr>
        <w:pBdr>
          <w:top w:val="none" w:sz="0" w:space="0" w:color="000000"/>
          <w:left w:val="none" w:sz="0" w:space="0" w:color="000000"/>
          <w:bottom w:val="none" w:sz="0" w:space="0" w:color="000000"/>
          <w:right w:val="none" w:sz="0" w:space="0" w:color="000000"/>
        </w:pBdr>
        <w:rPr>
          <w:rFonts w:ascii="Times New Roman" w:eastAsia="Arial" w:hAnsi="Times New Roman" w:cs="Times New Roman"/>
          <w:color w:val="000000"/>
          <w:sz w:val="20"/>
          <w:szCs w:val="20"/>
        </w:rPr>
        <w:sectPr w:rsidR="00FB21E9" w:rsidRPr="001A2E38" w:rsidSect="00FB21E9">
          <w:pgSz w:w="16840" w:h="11900" w:orient="landscape"/>
          <w:pgMar w:top="650" w:right="650" w:bottom="650" w:left="650" w:header="708" w:footer="708" w:gutter="0"/>
          <w:cols w:space="708"/>
          <w:docGrid w:linePitch="360"/>
        </w:sectPr>
      </w:pPr>
      <w:r w:rsidRPr="001A2E38">
        <w:rPr>
          <w:rFonts w:ascii="Times New Roman" w:eastAsia="Arial" w:hAnsi="Times New Roman" w:cs="Times New Roman"/>
          <w:i/>
          <w:iCs/>
          <w:color w:val="000000"/>
          <w:sz w:val="20"/>
          <w:szCs w:val="20"/>
        </w:rPr>
        <w:t xml:space="preserve">Abbreviations: </w:t>
      </w:r>
      <w:r w:rsidRPr="001A2E38">
        <w:rPr>
          <w:rFonts w:ascii="Times New Roman" w:eastAsia="Arial" w:hAnsi="Times New Roman" w:cs="Times New Roman"/>
          <w:color w:val="000000"/>
          <w:sz w:val="20"/>
          <w:szCs w:val="20"/>
        </w:rPr>
        <w:t>CMM, cardiometabolic multimorbidity; NRI, net reclassification improvement; IDI, integrated discrimination improvement.</w:t>
      </w:r>
    </w:p>
    <w:p w14:paraId="634C659B" w14:textId="5E22E6F0" w:rsidR="00FB21E9" w:rsidRPr="001A2E38" w:rsidRDefault="00FB21E9" w:rsidP="00FB21E9">
      <w:pPr>
        <w:pBdr>
          <w:top w:val="none" w:sz="0" w:space="0" w:color="000000"/>
          <w:left w:val="none" w:sz="0" w:space="0" w:color="000000"/>
          <w:bottom w:val="none" w:sz="0" w:space="0" w:color="000000"/>
          <w:right w:val="none" w:sz="0" w:space="0" w:color="000000"/>
        </w:pBdr>
        <w:spacing w:after="0"/>
        <w:jc w:val="center"/>
        <w:outlineLvl w:val="0"/>
        <w:rPr>
          <w:rFonts w:ascii="Times New Roman" w:eastAsia="Arial" w:hAnsi="Times New Roman" w:cs="Times New Roman"/>
          <w:b/>
          <w:bCs/>
          <w:color w:val="000000"/>
          <w:sz w:val="20"/>
          <w:szCs w:val="20"/>
        </w:rPr>
      </w:pPr>
      <w:bookmarkStart w:id="17" w:name="_Toc236834798"/>
      <w:r w:rsidRPr="001A2E38">
        <w:rPr>
          <w:rFonts w:ascii="Times New Roman" w:eastAsia="Arial" w:hAnsi="Times New Roman" w:cs="Times New Roman"/>
          <w:b/>
          <w:bCs/>
          <w:color w:val="000000"/>
          <w:sz w:val="20"/>
          <w:szCs w:val="20"/>
        </w:rPr>
        <w:lastRenderedPageBreak/>
        <w:t xml:space="preserve">Table </w:t>
      </w:r>
      <w:r w:rsidRPr="001A2E38">
        <w:rPr>
          <w:rFonts w:ascii="Times New Roman" w:hAnsi="Times New Roman" w:cs="Times New Roman" w:hint="eastAsia"/>
          <w:b/>
          <w:bCs/>
          <w:color w:val="000000"/>
          <w:sz w:val="20"/>
          <w:szCs w:val="20"/>
        </w:rPr>
        <w:t>S8</w:t>
      </w:r>
      <w:r w:rsidRPr="001A2E38">
        <w:rPr>
          <w:rFonts w:ascii="Times New Roman" w:eastAsia="Arial" w:hAnsi="Times New Roman" w:cs="Times New Roman"/>
          <w:b/>
          <w:bCs/>
          <w:color w:val="000000"/>
          <w:sz w:val="20"/>
          <w:szCs w:val="20"/>
        </w:rPr>
        <w:t>. Incremental predictive values of CHG</w:t>
      </w:r>
      <w:r w:rsidRPr="001A2E38">
        <w:rPr>
          <w:rFonts w:ascii="Times New Roman" w:hAnsi="Times New Roman" w:cs="Times New Roman" w:hint="eastAsia"/>
          <w:b/>
          <w:bCs/>
          <w:color w:val="000000"/>
          <w:sz w:val="20"/>
          <w:szCs w:val="20"/>
        </w:rPr>
        <w:t xml:space="preserve">-related </w:t>
      </w:r>
      <w:r w:rsidRPr="001A2E38">
        <w:rPr>
          <w:rFonts w:ascii="Times New Roman" w:eastAsia="Arial" w:hAnsi="Times New Roman" w:cs="Times New Roman"/>
          <w:b/>
          <w:bCs/>
          <w:color w:val="000000"/>
          <w:sz w:val="20"/>
          <w:szCs w:val="20"/>
        </w:rPr>
        <w:t>indices</w:t>
      </w:r>
      <w:r w:rsidRPr="001A2E38">
        <w:rPr>
          <w:rFonts w:ascii="Times New Roman" w:hAnsi="Times New Roman" w:cs="Times New Roman" w:hint="eastAsia"/>
          <w:b/>
          <w:bCs/>
          <w:color w:val="000000"/>
          <w:sz w:val="20"/>
          <w:szCs w:val="20"/>
        </w:rPr>
        <w:t xml:space="preserve"> and </w:t>
      </w:r>
      <w:r w:rsidRPr="001A2E38">
        <w:rPr>
          <w:rFonts w:ascii="Times New Roman" w:hAnsi="Times New Roman" w:cs="Times New Roman" w:hint="eastAsia"/>
          <w:b/>
          <w:bCs/>
          <w:sz w:val="20"/>
          <w:szCs w:val="21"/>
        </w:rPr>
        <w:t>the individual components</w:t>
      </w:r>
      <w:r w:rsidRPr="001A2E38">
        <w:rPr>
          <w:rFonts w:ascii="Times New Roman" w:eastAsia="Arial" w:hAnsi="Times New Roman" w:cs="Times New Roman"/>
          <w:b/>
          <w:bCs/>
          <w:color w:val="000000"/>
          <w:sz w:val="20"/>
          <w:szCs w:val="20"/>
        </w:rPr>
        <w:t xml:space="preserve"> for cardiometabolic multimorbidity among females.</w:t>
      </w:r>
      <w:bookmarkEnd w:id="17"/>
    </w:p>
    <w:tbl>
      <w:tblPr>
        <w:tblW w:w="15048" w:type="dxa"/>
        <w:jc w:val="center"/>
        <w:tblLayout w:type="fixed"/>
        <w:tblLook w:val="0420" w:firstRow="1" w:lastRow="0" w:firstColumn="0" w:lastColumn="0" w:noHBand="0" w:noVBand="1"/>
      </w:tblPr>
      <w:tblGrid>
        <w:gridCol w:w="3978"/>
        <w:gridCol w:w="1085"/>
        <w:gridCol w:w="1592"/>
        <w:gridCol w:w="1013"/>
        <w:gridCol w:w="1085"/>
        <w:gridCol w:w="1592"/>
        <w:gridCol w:w="1013"/>
        <w:gridCol w:w="1085"/>
        <w:gridCol w:w="1592"/>
        <w:gridCol w:w="1013"/>
      </w:tblGrid>
      <w:tr w:rsidR="00FB21E9" w:rsidRPr="001A2E38" w14:paraId="3700D340" w14:textId="77777777" w:rsidTr="005046C0">
        <w:trPr>
          <w:cantSplit/>
          <w:tblHeader/>
          <w:jc w:val="center"/>
        </w:trPr>
        <w:tc>
          <w:tcPr>
            <w:tcW w:w="3978" w:type="dxa"/>
            <w:vMerge w:val="restart"/>
            <w:tcBorders>
              <w:top w:val="single" w:sz="12" w:space="0" w:color="000000"/>
              <w:left w:val="none" w:sz="0" w:space="0" w:color="000000"/>
              <w:bottom w:val="single" w:sz="4" w:space="0" w:color="000000"/>
              <w:right w:val="none" w:sz="0" w:space="0" w:color="000000"/>
            </w:tcBorders>
            <w:tcMar>
              <w:top w:w="0" w:type="dxa"/>
              <w:left w:w="0" w:type="dxa"/>
              <w:bottom w:w="0" w:type="dxa"/>
              <w:right w:w="0" w:type="dxa"/>
            </w:tcMar>
            <w:vAlign w:val="center"/>
          </w:tcPr>
          <w:p w14:paraId="04E2E0E0" w14:textId="77777777" w:rsidR="00FB21E9" w:rsidRPr="001A2E38" w:rsidRDefault="00FB21E9" w:rsidP="005046C0">
            <w:pPr>
              <w:keepNext/>
              <w:pBdr>
                <w:top w:val="none" w:sz="0" w:space="0" w:color="000000"/>
                <w:left w:val="none" w:sz="0" w:space="0" w:color="000000"/>
                <w:bottom w:val="none" w:sz="0" w:space="0" w:color="000000"/>
                <w:right w:val="none" w:sz="0" w:space="0" w:color="000000"/>
              </w:pBdr>
              <w:spacing w:before="40" w:after="40"/>
              <w:ind w:left="40" w:right="40"/>
              <w:rPr>
                <w:rFonts w:ascii="Times New Roman" w:eastAsia="Times New Roman" w:hAnsi="Times New Roman" w:cs="Times New Roman"/>
                <w:b/>
                <w:color w:val="000000"/>
                <w:sz w:val="20"/>
                <w:szCs w:val="20"/>
              </w:rPr>
            </w:pPr>
            <w:r w:rsidRPr="001A2E38">
              <w:rPr>
                <w:rFonts w:ascii="Times New Roman" w:eastAsia="Times New Roman" w:hAnsi="Times New Roman" w:cs="Times New Roman"/>
                <w:b/>
                <w:color w:val="000000"/>
                <w:sz w:val="20"/>
                <w:szCs w:val="20"/>
              </w:rPr>
              <w:t>Model</w:t>
            </w:r>
          </w:p>
        </w:tc>
        <w:tc>
          <w:tcPr>
            <w:tcW w:w="3690" w:type="dxa"/>
            <w:gridSpan w:val="3"/>
            <w:tcBorders>
              <w:top w:val="single" w:sz="12" w:space="0" w:color="000000"/>
              <w:left w:val="none" w:sz="0" w:space="0" w:color="000000"/>
              <w:bottom w:val="single" w:sz="4" w:space="0" w:color="000000"/>
              <w:right w:val="none" w:sz="0" w:space="0" w:color="000000"/>
            </w:tcBorders>
            <w:tcMar>
              <w:top w:w="0" w:type="dxa"/>
              <w:left w:w="0" w:type="dxa"/>
              <w:bottom w:w="0" w:type="dxa"/>
              <w:right w:w="0" w:type="dxa"/>
            </w:tcMar>
            <w:vAlign w:val="center"/>
          </w:tcPr>
          <w:p w14:paraId="0ED9A4A1" w14:textId="77777777" w:rsidR="00FB21E9" w:rsidRPr="001A2E38" w:rsidRDefault="00FB21E9" w:rsidP="005046C0">
            <w:pPr>
              <w:keepNext/>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Times New Roman" w:hAnsi="Times New Roman" w:cs="Times New Roman"/>
                <w:b/>
                <w:color w:val="000000"/>
                <w:sz w:val="20"/>
                <w:szCs w:val="20"/>
              </w:rPr>
            </w:pPr>
            <w:r w:rsidRPr="001A2E38">
              <w:rPr>
                <w:rFonts w:ascii="Times New Roman" w:eastAsia="Times New Roman" w:hAnsi="Times New Roman" w:cs="Times New Roman"/>
                <w:b/>
                <w:color w:val="000000"/>
                <w:sz w:val="20"/>
                <w:szCs w:val="20"/>
              </w:rPr>
              <w:t>C-index</w:t>
            </w:r>
          </w:p>
        </w:tc>
        <w:tc>
          <w:tcPr>
            <w:tcW w:w="3690" w:type="dxa"/>
            <w:gridSpan w:val="3"/>
            <w:tcBorders>
              <w:top w:val="single" w:sz="12" w:space="0" w:color="000000"/>
              <w:left w:val="none" w:sz="0" w:space="0" w:color="000000"/>
              <w:bottom w:val="single" w:sz="4" w:space="0" w:color="000000"/>
              <w:right w:val="none" w:sz="0" w:space="0" w:color="000000"/>
            </w:tcBorders>
            <w:tcMar>
              <w:top w:w="0" w:type="dxa"/>
              <w:left w:w="0" w:type="dxa"/>
              <w:bottom w:w="0" w:type="dxa"/>
              <w:right w:w="0" w:type="dxa"/>
            </w:tcMar>
            <w:vAlign w:val="center"/>
          </w:tcPr>
          <w:p w14:paraId="4E8D7141" w14:textId="77777777" w:rsidR="00FB21E9" w:rsidRPr="001A2E38" w:rsidRDefault="00FB21E9" w:rsidP="005046C0">
            <w:pPr>
              <w:keepNext/>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Times New Roman" w:hAnsi="Times New Roman" w:cs="Times New Roman"/>
                <w:b/>
                <w:color w:val="000000"/>
                <w:sz w:val="20"/>
                <w:szCs w:val="20"/>
              </w:rPr>
            </w:pPr>
            <w:r w:rsidRPr="001A2E38">
              <w:rPr>
                <w:rFonts w:ascii="Times New Roman" w:eastAsia="Times New Roman" w:hAnsi="Times New Roman" w:cs="Times New Roman"/>
                <w:b/>
                <w:color w:val="000000"/>
                <w:sz w:val="20"/>
                <w:szCs w:val="20"/>
              </w:rPr>
              <w:t>NRI</w:t>
            </w:r>
          </w:p>
        </w:tc>
        <w:tc>
          <w:tcPr>
            <w:tcW w:w="3690" w:type="dxa"/>
            <w:gridSpan w:val="3"/>
            <w:tcBorders>
              <w:top w:val="single" w:sz="12" w:space="0" w:color="000000"/>
              <w:left w:val="none" w:sz="0" w:space="0" w:color="000000"/>
              <w:bottom w:val="single" w:sz="4" w:space="0" w:color="000000"/>
              <w:right w:val="none" w:sz="0" w:space="0" w:color="000000"/>
            </w:tcBorders>
            <w:tcMar>
              <w:top w:w="0" w:type="dxa"/>
              <w:left w:w="0" w:type="dxa"/>
              <w:bottom w:w="0" w:type="dxa"/>
              <w:right w:w="0" w:type="dxa"/>
            </w:tcMar>
            <w:vAlign w:val="center"/>
          </w:tcPr>
          <w:p w14:paraId="233EB05E" w14:textId="77777777" w:rsidR="00FB21E9" w:rsidRPr="001A2E38" w:rsidRDefault="00FB21E9" w:rsidP="005046C0">
            <w:pPr>
              <w:keepNext/>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Times New Roman" w:hAnsi="Times New Roman" w:cs="Times New Roman"/>
                <w:b/>
                <w:color w:val="000000"/>
                <w:sz w:val="20"/>
                <w:szCs w:val="20"/>
              </w:rPr>
            </w:pPr>
            <w:r w:rsidRPr="001A2E38">
              <w:rPr>
                <w:rFonts w:ascii="Times New Roman" w:eastAsia="Times New Roman" w:hAnsi="Times New Roman" w:cs="Times New Roman"/>
                <w:b/>
                <w:color w:val="000000"/>
                <w:sz w:val="20"/>
                <w:szCs w:val="20"/>
              </w:rPr>
              <w:t>IDI</w:t>
            </w:r>
          </w:p>
        </w:tc>
      </w:tr>
      <w:tr w:rsidR="00FB21E9" w:rsidRPr="001A2E38" w14:paraId="6C2203D3" w14:textId="77777777" w:rsidTr="005046C0">
        <w:trPr>
          <w:cantSplit/>
          <w:tblHeader/>
          <w:jc w:val="center"/>
        </w:trPr>
        <w:tc>
          <w:tcPr>
            <w:tcW w:w="3978" w:type="dxa"/>
            <w:vMerge/>
            <w:tcBorders>
              <w:top w:val="single" w:sz="4" w:space="0" w:color="000000"/>
              <w:left w:val="none" w:sz="0" w:space="0" w:color="000000"/>
              <w:bottom w:val="single" w:sz="4" w:space="0" w:color="000000"/>
              <w:right w:val="none" w:sz="0" w:space="0" w:color="000000"/>
            </w:tcBorders>
            <w:tcMar>
              <w:top w:w="0" w:type="dxa"/>
              <w:left w:w="0" w:type="dxa"/>
              <w:bottom w:w="0" w:type="dxa"/>
              <w:right w:w="0" w:type="dxa"/>
            </w:tcMar>
            <w:vAlign w:val="center"/>
          </w:tcPr>
          <w:p w14:paraId="35B51491" w14:textId="77777777" w:rsidR="00FB21E9" w:rsidRPr="001A2E38" w:rsidRDefault="00FB21E9" w:rsidP="005046C0">
            <w:pPr>
              <w:keepNext/>
              <w:pBdr>
                <w:top w:val="none" w:sz="0" w:space="0" w:color="000000"/>
                <w:left w:val="none" w:sz="0" w:space="0" w:color="000000"/>
                <w:bottom w:val="none" w:sz="0" w:space="0" w:color="000000"/>
                <w:right w:val="none" w:sz="0" w:space="0" w:color="000000"/>
              </w:pBdr>
              <w:spacing w:before="40" w:after="40"/>
              <w:ind w:left="40" w:right="40"/>
              <w:rPr>
                <w:rFonts w:ascii="Times New Roman" w:eastAsia="Times New Roman" w:hAnsi="Times New Roman" w:cs="Times New Roman"/>
                <w:b/>
                <w:color w:val="000000"/>
                <w:sz w:val="20"/>
                <w:szCs w:val="20"/>
              </w:rPr>
            </w:pPr>
          </w:p>
        </w:tc>
        <w:tc>
          <w:tcPr>
            <w:tcW w:w="1085" w:type="dxa"/>
            <w:tcBorders>
              <w:top w:val="single" w:sz="4" w:space="0" w:color="000000"/>
              <w:left w:val="none" w:sz="0" w:space="0" w:color="000000"/>
              <w:bottom w:val="single" w:sz="4" w:space="0" w:color="000000"/>
              <w:right w:val="none" w:sz="0" w:space="0" w:color="000000"/>
            </w:tcBorders>
            <w:tcMar>
              <w:top w:w="0" w:type="dxa"/>
              <w:left w:w="0" w:type="dxa"/>
              <w:bottom w:w="0" w:type="dxa"/>
              <w:right w:w="0" w:type="dxa"/>
            </w:tcMar>
            <w:vAlign w:val="center"/>
          </w:tcPr>
          <w:p w14:paraId="7EE2E21A" w14:textId="77777777" w:rsidR="00FB21E9" w:rsidRPr="001A2E38" w:rsidRDefault="00FB21E9" w:rsidP="005046C0">
            <w:pPr>
              <w:keepNext/>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Times New Roman" w:hAnsi="Times New Roman" w:cs="Times New Roman"/>
                <w:b/>
                <w:color w:val="000000"/>
                <w:sz w:val="20"/>
                <w:szCs w:val="20"/>
              </w:rPr>
            </w:pPr>
            <w:r w:rsidRPr="001A2E38">
              <w:rPr>
                <w:rFonts w:ascii="Times New Roman" w:eastAsia="Times New Roman" w:hAnsi="Times New Roman" w:cs="Times New Roman"/>
                <w:b/>
                <w:color w:val="000000"/>
                <w:sz w:val="20"/>
                <w:szCs w:val="20"/>
              </w:rPr>
              <w:t>Estimate</w:t>
            </w:r>
          </w:p>
        </w:tc>
        <w:tc>
          <w:tcPr>
            <w:tcW w:w="1592" w:type="dxa"/>
            <w:tcBorders>
              <w:top w:val="single" w:sz="4" w:space="0" w:color="000000"/>
              <w:left w:val="none" w:sz="0" w:space="0" w:color="000000"/>
              <w:bottom w:val="single" w:sz="4" w:space="0" w:color="000000"/>
              <w:right w:val="none" w:sz="0" w:space="0" w:color="000000"/>
            </w:tcBorders>
            <w:tcMar>
              <w:top w:w="0" w:type="dxa"/>
              <w:left w:w="0" w:type="dxa"/>
              <w:bottom w:w="0" w:type="dxa"/>
              <w:right w:w="0" w:type="dxa"/>
            </w:tcMar>
            <w:vAlign w:val="center"/>
          </w:tcPr>
          <w:p w14:paraId="61090112" w14:textId="77777777" w:rsidR="00FB21E9" w:rsidRPr="001A2E38" w:rsidRDefault="00FB21E9" w:rsidP="005046C0">
            <w:pPr>
              <w:keepNext/>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Times New Roman" w:hAnsi="Times New Roman" w:cs="Times New Roman"/>
                <w:b/>
                <w:color w:val="000000"/>
                <w:sz w:val="20"/>
                <w:szCs w:val="20"/>
              </w:rPr>
            </w:pPr>
            <w:r w:rsidRPr="001A2E38">
              <w:rPr>
                <w:rFonts w:ascii="Times New Roman" w:eastAsia="Times New Roman" w:hAnsi="Times New Roman" w:cs="Times New Roman"/>
                <w:b/>
                <w:color w:val="000000"/>
                <w:sz w:val="20"/>
                <w:szCs w:val="20"/>
              </w:rPr>
              <w:t>95% CI</w:t>
            </w:r>
          </w:p>
        </w:tc>
        <w:tc>
          <w:tcPr>
            <w:tcW w:w="1013" w:type="dxa"/>
            <w:tcBorders>
              <w:top w:val="single" w:sz="4" w:space="0" w:color="000000"/>
              <w:left w:val="none" w:sz="0" w:space="0" w:color="000000"/>
              <w:bottom w:val="single" w:sz="4" w:space="0" w:color="000000"/>
              <w:right w:val="none" w:sz="0" w:space="0" w:color="000000"/>
            </w:tcBorders>
            <w:tcMar>
              <w:top w:w="0" w:type="dxa"/>
              <w:left w:w="0" w:type="dxa"/>
              <w:bottom w:w="0" w:type="dxa"/>
              <w:right w:w="0" w:type="dxa"/>
            </w:tcMar>
            <w:vAlign w:val="center"/>
          </w:tcPr>
          <w:p w14:paraId="317AF2AC" w14:textId="77777777" w:rsidR="00FB21E9" w:rsidRPr="001A2E38" w:rsidRDefault="00FB21E9" w:rsidP="005046C0">
            <w:pPr>
              <w:keepNext/>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Times New Roman" w:hAnsi="Times New Roman" w:cs="Times New Roman"/>
                <w:b/>
                <w:i/>
                <w:color w:val="000000"/>
                <w:sz w:val="20"/>
                <w:szCs w:val="20"/>
              </w:rPr>
            </w:pPr>
            <w:r w:rsidRPr="001A2E38">
              <w:rPr>
                <w:rFonts w:ascii="Times New Roman" w:eastAsia="Times New Roman" w:hAnsi="Times New Roman" w:cs="Times New Roman"/>
                <w:b/>
                <w:i/>
                <w:color w:val="000000"/>
                <w:sz w:val="20"/>
                <w:szCs w:val="20"/>
              </w:rPr>
              <w:t>P value</w:t>
            </w:r>
          </w:p>
        </w:tc>
        <w:tc>
          <w:tcPr>
            <w:tcW w:w="1085" w:type="dxa"/>
            <w:tcBorders>
              <w:top w:val="single" w:sz="4" w:space="0" w:color="000000"/>
              <w:left w:val="none" w:sz="0" w:space="0" w:color="000000"/>
              <w:bottom w:val="single" w:sz="4" w:space="0" w:color="000000"/>
              <w:right w:val="none" w:sz="0" w:space="0" w:color="000000"/>
            </w:tcBorders>
            <w:tcMar>
              <w:top w:w="0" w:type="dxa"/>
              <w:left w:w="0" w:type="dxa"/>
              <w:bottom w:w="0" w:type="dxa"/>
              <w:right w:w="0" w:type="dxa"/>
            </w:tcMar>
            <w:vAlign w:val="center"/>
          </w:tcPr>
          <w:p w14:paraId="54BC6FDF" w14:textId="77777777" w:rsidR="00FB21E9" w:rsidRPr="001A2E38" w:rsidRDefault="00FB21E9" w:rsidP="005046C0">
            <w:pPr>
              <w:keepNext/>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Times New Roman" w:hAnsi="Times New Roman" w:cs="Times New Roman"/>
                <w:b/>
                <w:color w:val="000000"/>
                <w:sz w:val="20"/>
                <w:szCs w:val="20"/>
              </w:rPr>
            </w:pPr>
            <w:r w:rsidRPr="001A2E38">
              <w:rPr>
                <w:rFonts w:ascii="Times New Roman" w:eastAsia="Times New Roman" w:hAnsi="Times New Roman" w:cs="Times New Roman"/>
                <w:b/>
                <w:color w:val="000000"/>
                <w:sz w:val="20"/>
                <w:szCs w:val="20"/>
              </w:rPr>
              <w:t>Estimate</w:t>
            </w:r>
          </w:p>
        </w:tc>
        <w:tc>
          <w:tcPr>
            <w:tcW w:w="1592" w:type="dxa"/>
            <w:tcBorders>
              <w:top w:val="single" w:sz="4" w:space="0" w:color="000000"/>
              <w:left w:val="none" w:sz="0" w:space="0" w:color="000000"/>
              <w:bottom w:val="single" w:sz="4" w:space="0" w:color="000000"/>
              <w:right w:val="none" w:sz="0" w:space="0" w:color="000000"/>
            </w:tcBorders>
            <w:tcMar>
              <w:top w:w="0" w:type="dxa"/>
              <w:left w:w="0" w:type="dxa"/>
              <w:bottom w:w="0" w:type="dxa"/>
              <w:right w:w="0" w:type="dxa"/>
            </w:tcMar>
            <w:vAlign w:val="center"/>
          </w:tcPr>
          <w:p w14:paraId="5C1CB17A" w14:textId="77777777" w:rsidR="00FB21E9" w:rsidRPr="001A2E38" w:rsidRDefault="00FB21E9" w:rsidP="005046C0">
            <w:pPr>
              <w:keepNext/>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Times New Roman" w:hAnsi="Times New Roman" w:cs="Times New Roman"/>
                <w:b/>
                <w:color w:val="000000"/>
                <w:sz w:val="20"/>
                <w:szCs w:val="20"/>
              </w:rPr>
            </w:pPr>
            <w:r w:rsidRPr="001A2E38">
              <w:rPr>
                <w:rFonts w:ascii="Times New Roman" w:eastAsia="Times New Roman" w:hAnsi="Times New Roman" w:cs="Times New Roman"/>
                <w:b/>
                <w:color w:val="000000"/>
                <w:sz w:val="20"/>
                <w:szCs w:val="20"/>
              </w:rPr>
              <w:t>95% CI</w:t>
            </w:r>
          </w:p>
        </w:tc>
        <w:tc>
          <w:tcPr>
            <w:tcW w:w="1013" w:type="dxa"/>
            <w:tcBorders>
              <w:top w:val="single" w:sz="4" w:space="0" w:color="000000"/>
              <w:left w:val="none" w:sz="0" w:space="0" w:color="000000"/>
              <w:bottom w:val="single" w:sz="4" w:space="0" w:color="000000"/>
              <w:right w:val="none" w:sz="0" w:space="0" w:color="000000"/>
            </w:tcBorders>
            <w:tcMar>
              <w:top w:w="0" w:type="dxa"/>
              <w:left w:w="0" w:type="dxa"/>
              <w:bottom w:w="0" w:type="dxa"/>
              <w:right w:w="0" w:type="dxa"/>
            </w:tcMar>
            <w:vAlign w:val="center"/>
          </w:tcPr>
          <w:p w14:paraId="53D16BA3" w14:textId="77777777" w:rsidR="00FB21E9" w:rsidRPr="001A2E38" w:rsidRDefault="00FB21E9" w:rsidP="005046C0">
            <w:pPr>
              <w:keepNext/>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Times New Roman" w:hAnsi="Times New Roman" w:cs="Times New Roman"/>
                <w:b/>
                <w:i/>
                <w:color w:val="000000"/>
                <w:sz w:val="20"/>
                <w:szCs w:val="20"/>
              </w:rPr>
            </w:pPr>
            <w:r w:rsidRPr="001A2E38">
              <w:rPr>
                <w:rFonts w:ascii="Times New Roman" w:eastAsia="Times New Roman" w:hAnsi="Times New Roman" w:cs="Times New Roman"/>
                <w:b/>
                <w:i/>
                <w:color w:val="000000"/>
                <w:sz w:val="20"/>
                <w:szCs w:val="20"/>
              </w:rPr>
              <w:t>P value</w:t>
            </w:r>
          </w:p>
        </w:tc>
        <w:tc>
          <w:tcPr>
            <w:tcW w:w="1085" w:type="dxa"/>
            <w:tcBorders>
              <w:top w:val="single" w:sz="4" w:space="0" w:color="000000"/>
              <w:left w:val="none" w:sz="0" w:space="0" w:color="000000"/>
              <w:bottom w:val="single" w:sz="4" w:space="0" w:color="000000"/>
              <w:right w:val="none" w:sz="0" w:space="0" w:color="000000"/>
            </w:tcBorders>
            <w:tcMar>
              <w:top w:w="0" w:type="dxa"/>
              <w:left w:w="0" w:type="dxa"/>
              <w:bottom w:w="0" w:type="dxa"/>
              <w:right w:w="0" w:type="dxa"/>
            </w:tcMar>
            <w:vAlign w:val="center"/>
          </w:tcPr>
          <w:p w14:paraId="241B2FA6" w14:textId="77777777" w:rsidR="00FB21E9" w:rsidRPr="001A2E38" w:rsidRDefault="00FB21E9" w:rsidP="005046C0">
            <w:pPr>
              <w:keepNext/>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Times New Roman" w:hAnsi="Times New Roman" w:cs="Times New Roman"/>
                <w:b/>
                <w:color w:val="000000"/>
                <w:sz w:val="20"/>
                <w:szCs w:val="20"/>
              </w:rPr>
            </w:pPr>
            <w:r w:rsidRPr="001A2E38">
              <w:rPr>
                <w:rFonts w:ascii="Times New Roman" w:eastAsia="Times New Roman" w:hAnsi="Times New Roman" w:cs="Times New Roman"/>
                <w:b/>
                <w:color w:val="000000"/>
                <w:sz w:val="20"/>
                <w:szCs w:val="20"/>
              </w:rPr>
              <w:t>Estimate</w:t>
            </w:r>
          </w:p>
        </w:tc>
        <w:tc>
          <w:tcPr>
            <w:tcW w:w="1592" w:type="dxa"/>
            <w:tcBorders>
              <w:top w:val="single" w:sz="4" w:space="0" w:color="000000"/>
              <w:left w:val="none" w:sz="0" w:space="0" w:color="000000"/>
              <w:bottom w:val="single" w:sz="4" w:space="0" w:color="000000"/>
              <w:right w:val="none" w:sz="0" w:space="0" w:color="000000"/>
            </w:tcBorders>
            <w:tcMar>
              <w:top w:w="0" w:type="dxa"/>
              <w:left w:w="0" w:type="dxa"/>
              <w:bottom w:w="0" w:type="dxa"/>
              <w:right w:w="0" w:type="dxa"/>
            </w:tcMar>
            <w:vAlign w:val="center"/>
          </w:tcPr>
          <w:p w14:paraId="41FFA834" w14:textId="77777777" w:rsidR="00FB21E9" w:rsidRPr="001A2E38" w:rsidRDefault="00FB21E9" w:rsidP="005046C0">
            <w:pPr>
              <w:keepNext/>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Times New Roman" w:hAnsi="Times New Roman" w:cs="Times New Roman"/>
                <w:b/>
                <w:color w:val="000000"/>
                <w:sz w:val="20"/>
                <w:szCs w:val="20"/>
              </w:rPr>
            </w:pPr>
            <w:r w:rsidRPr="001A2E38">
              <w:rPr>
                <w:rFonts w:ascii="Times New Roman" w:eastAsia="Times New Roman" w:hAnsi="Times New Roman" w:cs="Times New Roman"/>
                <w:b/>
                <w:color w:val="000000"/>
                <w:sz w:val="20"/>
                <w:szCs w:val="20"/>
              </w:rPr>
              <w:t>95% CI</w:t>
            </w:r>
          </w:p>
        </w:tc>
        <w:tc>
          <w:tcPr>
            <w:tcW w:w="1013" w:type="dxa"/>
            <w:tcBorders>
              <w:top w:val="single" w:sz="4" w:space="0" w:color="000000"/>
              <w:left w:val="none" w:sz="0" w:space="0" w:color="000000"/>
              <w:bottom w:val="single" w:sz="4" w:space="0" w:color="000000"/>
              <w:right w:val="none" w:sz="0" w:space="0" w:color="000000"/>
            </w:tcBorders>
            <w:tcMar>
              <w:top w:w="0" w:type="dxa"/>
              <w:left w:w="0" w:type="dxa"/>
              <w:bottom w:w="0" w:type="dxa"/>
              <w:right w:w="0" w:type="dxa"/>
            </w:tcMar>
            <w:vAlign w:val="center"/>
          </w:tcPr>
          <w:p w14:paraId="07E4B5E0" w14:textId="77777777" w:rsidR="00FB21E9" w:rsidRPr="001A2E38" w:rsidRDefault="00FB21E9" w:rsidP="005046C0">
            <w:pPr>
              <w:keepNext/>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Times New Roman" w:hAnsi="Times New Roman" w:cs="Times New Roman"/>
                <w:b/>
                <w:i/>
                <w:color w:val="000000"/>
                <w:sz w:val="20"/>
                <w:szCs w:val="20"/>
              </w:rPr>
            </w:pPr>
            <w:r w:rsidRPr="001A2E38">
              <w:rPr>
                <w:rFonts w:ascii="Times New Roman" w:eastAsia="Times New Roman" w:hAnsi="Times New Roman" w:cs="Times New Roman"/>
                <w:b/>
                <w:i/>
                <w:color w:val="000000"/>
                <w:sz w:val="20"/>
                <w:szCs w:val="20"/>
              </w:rPr>
              <w:t>P value</w:t>
            </w:r>
          </w:p>
        </w:tc>
      </w:tr>
      <w:tr w:rsidR="00FB21E9" w:rsidRPr="001A2E38" w14:paraId="1B92455D" w14:textId="77777777" w:rsidTr="005046C0">
        <w:trPr>
          <w:cantSplit/>
          <w:jc w:val="center"/>
        </w:trPr>
        <w:tc>
          <w:tcPr>
            <w:tcW w:w="3978" w:type="dxa"/>
            <w:tcBorders>
              <w:top w:val="single" w:sz="4"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6FF9B15B" w14:textId="77777777" w:rsidR="00FB21E9" w:rsidRPr="001A2E38" w:rsidRDefault="00FB21E9" w:rsidP="005046C0">
            <w:pPr>
              <w:keepNext/>
              <w:pBdr>
                <w:top w:val="none" w:sz="0" w:space="0" w:color="000000"/>
                <w:left w:val="none" w:sz="0" w:space="0" w:color="000000"/>
                <w:bottom w:val="none" w:sz="0" w:space="0" w:color="000000"/>
                <w:right w:val="none" w:sz="0" w:space="0" w:color="000000"/>
              </w:pBdr>
              <w:spacing w:before="40" w:after="40"/>
              <w:ind w:left="40" w:right="40"/>
              <w:rPr>
                <w:rFonts w:ascii="Times New Roman" w:eastAsia="Times New Roman" w:hAnsi="Times New Roman" w:cs="Times New Roman"/>
                <w:b/>
                <w:color w:val="000000"/>
                <w:sz w:val="20"/>
                <w:szCs w:val="20"/>
              </w:rPr>
            </w:pPr>
            <w:r w:rsidRPr="001A2E38">
              <w:rPr>
                <w:rFonts w:ascii="Times New Roman" w:eastAsia="Times New Roman" w:hAnsi="Times New Roman" w:cs="Times New Roman"/>
                <w:b/>
                <w:color w:val="000000"/>
                <w:sz w:val="20"/>
                <w:szCs w:val="20"/>
              </w:rPr>
              <w:t>Conventional model (Reference)</w:t>
            </w:r>
          </w:p>
        </w:tc>
        <w:tc>
          <w:tcPr>
            <w:tcW w:w="1085" w:type="dxa"/>
            <w:tcBorders>
              <w:top w:val="single" w:sz="4"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5915EC10" w14:textId="77777777" w:rsidR="00FB21E9" w:rsidRPr="001A2E38" w:rsidRDefault="00FB21E9" w:rsidP="005046C0">
            <w:pPr>
              <w:keepNext/>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Times New Roman" w:hAnsi="Times New Roman" w:cs="Times New Roman"/>
                <w:color w:val="000000"/>
                <w:sz w:val="20"/>
                <w:szCs w:val="20"/>
              </w:rPr>
            </w:pPr>
            <w:r w:rsidRPr="001A2E38">
              <w:rPr>
                <w:rFonts w:ascii="Times New Roman" w:eastAsia="Times New Roman" w:hAnsi="Times New Roman" w:cs="Times New Roman"/>
                <w:color w:val="000000"/>
                <w:sz w:val="20"/>
                <w:szCs w:val="20"/>
              </w:rPr>
              <w:t>0.691</w:t>
            </w:r>
          </w:p>
        </w:tc>
        <w:tc>
          <w:tcPr>
            <w:tcW w:w="1592" w:type="dxa"/>
            <w:tcBorders>
              <w:top w:val="single" w:sz="4"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390E1354" w14:textId="77777777" w:rsidR="00FB21E9" w:rsidRPr="001A2E38" w:rsidRDefault="00FB21E9" w:rsidP="005046C0">
            <w:pPr>
              <w:keepNext/>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Times New Roman" w:hAnsi="Times New Roman" w:cs="Times New Roman"/>
                <w:color w:val="000000"/>
                <w:sz w:val="20"/>
                <w:szCs w:val="20"/>
              </w:rPr>
            </w:pPr>
            <w:r w:rsidRPr="001A2E38">
              <w:rPr>
                <w:rFonts w:ascii="Times New Roman" w:eastAsia="Times New Roman" w:hAnsi="Times New Roman" w:cs="Times New Roman"/>
                <w:color w:val="000000"/>
                <w:sz w:val="20"/>
                <w:szCs w:val="20"/>
              </w:rPr>
              <w:t>0.678-0.704</w:t>
            </w:r>
          </w:p>
        </w:tc>
        <w:tc>
          <w:tcPr>
            <w:tcW w:w="1013" w:type="dxa"/>
            <w:tcBorders>
              <w:top w:val="single" w:sz="4"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6C085E78" w14:textId="77777777" w:rsidR="00FB21E9" w:rsidRPr="001A2E38" w:rsidRDefault="00FB21E9" w:rsidP="005046C0">
            <w:pPr>
              <w:keepNext/>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Times New Roman" w:hAnsi="Times New Roman" w:cs="Times New Roman"/>
                <w:color w:val="000000"/>
                <w:sz w:val="20"/>
                <w:szCs w:val="20"/>
              </w:rPr>
            </w:pPr>
            <w:r w:rsidRPr="001A2E38">
              <w:rPr>
                <w:rFonts w:ascii="Times New Roman" w:eastAsia="Times New Roman" w:hAnsi="Times New Roman" w:cs="Times New Roman"/>
                <w:color w:val="000000"/>
                <w:sz w:val="20"/>
                <w:szCs w:val="20"/>
              </w:rPr>
              <w:t>-</w:t>
            </w:r>
          </w:p>
        </w:tc>
        <w:tc>
          <w:tcPr>
            <w:tcW w:w="1085" w:type="dxa"/>
            <w:tcBorders>
              <w:top w:val="single" w:sz="4"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181D2372" w14:textId="77777777" w:rsidR="00FB21E9" w:rsidRPr="001A2E38" w:rsidRDefault="00FB21E9" w:rsidP="005046C0">
            <w:pPr>
              <w:keepNext/>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Times New Roman" w:hAnsi="Times New Roman" w:cs="Times New Roman"/>
                <w:color w:val="000000"/>
                <w:sz w:val="20"/>
                <w:szCs w:val="20"/>
              </w:rPr>
            </w:pPr>
            <w:r w:rsidRPr="001A2E38">
              <w:rPr>
                <w:rFonts w:ascii="Times New Roman" w:eastAsia="Times New Roman" w:hAnsi="Times New Roman" w:cs="Times New Roman"/>
                <w:color w:val="000000"/>
                <w:sz w:val="20"/>
                <w:szCs w:val="20"/>
              </w:rPr>
              <w:t>Ref</w:t>
            </w:r>
          </w:p>
        </w:tc>
        <w:tc>
          <w:tcPr>
            <w:tcW w:w="1592" w:type="dxa"/>
            <w:tcBorders>
              <w:top w:val="single" w:sz="4"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30E59E03" w14:textId="77777777" w:rsidR="00FB21E9" w:rsidRPr="001A2E38" w:rsidRDefault="00FB21E9" w:rsidP="005046C0">
            <w:pPr>
              <w:keepNext/>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Times New Roman" w:hAnsi="Times New Roman" w:cs="Times New Roman"/>
                <w:color w:val="000000"/>
                <w:sz w:val="20"/>
                <w:szCs w:val="20"/>
              </w:rPr>
            </w:pPr>
            <w:r w:rsidRPr="001A2E38">
              <w:rPr>
                <w:rFonts w:ascii="Times New Roman" w:eastAsia="Times New Roman" w:hAnsi="Times New Roman" w:cs="Times New Roman"/>
                <w:color w:val="000000"/>
                <w:sz w:val="20"/>
                <w:szCs w:val="20"/>
              </w:rPr>
              <w:t>-</w:t>
            </w:r>
          </w:p>
        </w:tc>
        <w:tc>
          <w:tcPr>
            <w:tcW w:w="1013" w:type="dxa"/>
            <w:tcBorders>
              <w:top w:val="single" w:sz="4"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73EBAB82" w14:textId="77777777" w:rsidR="00FB21E9" w:rsidRPr="001A2E38" w:rsidRDefault="00FB21E9" w:rsidP="005046C0">
            <w:pPr>
              <w:keepNext/>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Times New Roman" w:hAnsi="Times New Roman" w:cs="Times New Roman"/>
                <w:color w:val="000000"/>
                <w:sz w:val="20"/>
                <w:szCs w:val="20"/>
              </w:rPr>
            </w:pPr>
            <w:r w:rsidRPr="001A2E38">
              <w:rPr>
                <w:rFonts w:ascii="Times New Roman" w:eastAsia="Times New Roman" w:hAnsi="Times New Roman" w:cs="Times New Roman"/>
                <w:color w:val="000000"/>
                <w:sz w:val="20"/>
                <w:szCs w:val="20"/>
              </w:rPr>
              <w:t>-</w:t>
            </w:r>
          </w:p>
        </w:tc>
        <w:tc>
          <w:tcPr>
            <w:tcW w:w="1085" w:type="dxa"/>
            <w:tcBorders>
              <w:top w:val="single" w:sz="4"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331F92F0" w14:textId="77777777" w:rsidR="00FB21E9" w:rsidRPr="001A2E38" w:rsidRDefault="00FB21E9" w:rsidP="005046C0">
            <w:pPr>
              <w:keepNext/>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Times New Roman" w:hAnsi="Times New Roman" w:cs="Times New Roman"/>
                <w:color w:val="000000"/>
                <w:sz w:val="20"/>
                <w:szCs w:val="20"/>
              </w:rPr>
            </w:pPr>
            <w:r w:rsidRPr="001A2E38">
              <w:rPr>
                <w:rFonts w:ascii="Times New Roman" w:eastAsia="Times New Roman" w:hAnsi="Times New Roman" w:cs="Times New Roman"/>
                <w:color w:val="000000"/>
                <w:sz w:val="20"/>
                <w:szCs w:val="20"/>
              </w:rPr>
              <w:t>Ref</w:t>
            </w:r>
          </w:p>
        </w:tc>
        <w:tc>
          <w:tcPr>
            <w:tcW w:w="1592" w:type="dxa"/>
            <w:tcBorders>
              <w:top w:val="single" w:sz="4"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5D54CCA4" w14:textId="77777777" w:rsidR="00FB21E9" w:rsidRPr="001A2E38" w:rsidRDefault="00FB21E9" w:rsidP="005046C0">
            <w:pPr>
              <w:keepNext/>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Times New Roman" w:hAnsi="Times New Roman" w:cs="Times New Roman"/>
                <w:color w:val="000000"/>
                <w:sz w:val="20"/>
                <w:szCs w:val="20"/>
              </w:rPr>
            </w:pPr>
            <w:r w:rsidRPr="001A2E38">
              <w:rPr>
                <w:rFonts w:ascii="Times New Roman" w:eastAsia="Times New Roman" w:hAnsi="Times New Roman" w:cs="Times New Roman"/>
                <w:color w:val="000000"/>
                <w:sz w:val="20"/>
                <w:szCs w:val="20"/>
              </w:rPr>
              <w:t>-</w:t>
            </w:r>
          </w:p>
        </w:tc>
        <w:tc>
          <w:tcPr>
            <w:tcW w:w="1013" w:type="dxa"/>
            <w:tcBorders>
              <w:top w:val="single" w:sz="4"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193B860C" w14:textId="77777777" w:rsidR="00FB21E9" w:rsidRPr="001A2E38" w:rsidRDefault="00FB21E9" w:rsidP="005046C0">
            <w:pPr>
              <w:keepNext/>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Times New Roman" w:hAnsi="Times New Roman" w:cs="Times New Roman"/>
                <w:color w:val="000000"/>
                <w:sz w:val="20"/>
                <w:szCs w:val="20"/>
              </w:rPr>
            </w:pPr>
            <w:r w:rsidRPr="001A2E38">
              <w:rPr>
                <w:rFonts w:ascii="Times New Roman" w:eastAsia="Times New Roman" w:hAnsi="Times New Roman" w:cs="Times New Roman"/>
                <w:color w:val="000000"/>
                <w:sz w:val="20"/>
                <w:szCs w:val="20"/>
              </w:rPr>
              <w:t>-</w:t>
            </w:r>
          </w:p>
        </w:tc>
      </w:tr>
      <w:tr w:rsidR="00FB21E9" w:rsidRPr="001A2E38" w14:paraId="3B164356" w14:textId="77777777" w:rsidTr="005046C0">
        <w:trPr>
          <w:cantSplit/>
          <w:jc w:val="center"/>
        </w:trPr>
        <w:tc>
          <w:tcPr>
            <w:tcW w:w="3978"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557BD3CE" w14:textId="77777777" w:rsidR="00FB21E9" w:rsidRPr="001A2E38" w:rsidRDefault="00FB21E9" w:rsidP="005046C0">
            <w:pPr>
              <w:keepNext/>
              <w:pBdr>
                <w:top w:val="none" w:sz="0" w:space="0" w:color="000000"/>
                <w:left w:val="none" w:sz="0" w:space="0" w:color="000000"/>
                <w:bottom w:val="none" w:sz="0" w:space="0" w:color="000000"/>
                <w:right w:val="none" w:sz="0" w:space="0" w:color="000000"/>
              </w:pBdr>
              <w:spacing w:before="40" w:after="40"/>
              <w:ind w:left="40" w:right="40"/>
              <w:rPr>
                <w:rFonts w:ascii="Times New Roman" w:eastAsia="Times New Roman" w:hAnsi="Times New Roman" w:cs="Times New Roman"/>
                <w:b/>
                <w:color w:val="000000"/>
                <w:sz w:val="20"/>
                <w:szCs w:val="20"/>
              </w:rPr>
            </w:pPr>
            <w:r w:rsidRPr="001A2E38">
              <w:rPr>
                <w:rFonts w:ascii="Times New Roman" w:eastAsia="Times New Roman" w:hAnsi="Times New Roman" w:cs="Times New Roman"/>
                <w:b/>
                <w:color w:val="000000"/>
                <w:sz w:val="20"/>
                <w:szCs w:val="20"/>
              </w:rPr>
              <w:t>Conventional model + BMI</w:t>
            </w:r>
          </w:p>
        </w:tc>
        <w:tc>
          <w:tcPr>
            <w:tcW w:w="1085"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0A796992" w14:textId="77777777" w:rsidR="00FB21E9" w:rsidRPr="001A2E38" w:rsidRDefault="00FB21E9" w:rsidP="005046C0">
            <w:pPr>
              <w:keepNext/>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Times New Roman" w:hAnsi="Times New Roman" w:cs="Times New Roman"/>
                <w:color w:val="000000"/>
                <w:sz w:val="20"/>
                <w:szCs w:val="20"/>
              </w:rPr>
            </w:pPr>
            <w:r w:rsidRPr="001A2E38">
              <w:rPr>
                <w:rFonts w:ascii="Times New Roman" w:eastAsia="Times New Roman" w:hAnsi="Times New Roman" w:cs="Times New Roman"/>
                <w:color w:val="000000"/>
                <w:sz w:val="20"/>
                <w:szCs w:val="20"/>
              </w:rPr>
              <w:t>0.701</w:t>
            </w:r>
          </w:p>
        </w:tc>
        <w:tc>
          <w:tcPr>
            <w:tcW w:w="1592"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6ED3B072" w14:textId="77777777" w:rsidR="00FB21E9" w:rsidRPr="001A2E38" w:rsidRDefault="00FB21E9" w:rsidP="005046C0">
            <w:pPr>
              <w:keepNext/>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Times New Roman" w:hAnsi="Times New Roman" w:cs="Times New Roman"/>
                <w:color w:val="000000"/>
                <w:sz w:val="20"/>
                <w:szCs w:val="20"/>
              </w:rPr>
            </w:pPr>
            <w:r w:rsidRPr="001A2E38">
              <w:rPr>
                <w:rFonts w:ascii="Times New Roman" w:eastAsia="Times New Roman" w:hAnsi="Times New Roman" w:cs="Times New Roman"/>
                <w:color w:val="000000"/>
                <w:sz w:val="20"/>
                <w:szCs w:val="20"/>
              </w:rPr>
              <w:t>0.688-0.714</w:t>
            </w:r>
          </w:p>
        </w:tc>
        <w:tc>
          <w:tcPr>
            <w:tcW w:w="1013"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4A24FE46" w14:textId="77777777" w:rsidR="00FB21E9" w:rsidRPr="001A2E38" w:rsidRDefault="00FB21E9" w:rsidP="005046C0">
            <w:pPr>
              <w:keepNext/>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Times New Roman" w:hAnsi="Times New Roman" w:cs="Times New Roman"/>
                <w:color w:val="000000"/>
                <w:sz w:val="20"/>
                <w:szCs w:val="20"/>
              </w:rPr>
            </w:pPr>
            <w:r w:rsidRPr="001A2E38">
              <w:rPr>
                <w:rFonts w:ascii="Times New Roman" w:eastAsia="Times New Roman" w:hAnsi="Times New Roman" w:cs="Times New Roman"/>
                <w:color w:val="000000"/>
                <w:sz w:val="20"/>
                <w:szCs w:val="20"/>
              </w:rPr>
              <w:t>0.019</w:t>
            </w:r>
          </w:p>
        </w:tc>
        <w:tc>
          <w:tcPr>
            <w:tcW w:w="1085"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083B9CD3" w14:textId="77777777" w:rsidR="00FB21E9" w:rsidRPr="001A2E38" w:rsidRDefault="00FB21E9" w:rsidP="005046C0">
            <w:pPr>
              <w:keepNext/>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Times New Roman" w:hAnsi="Times New Roman" w:cs="Times New Roman"/>
                <w:color w:val="000000"/>
                <w:sz w:val="20"/>
                <w:szCs w:val="20"/>
              </w:rPr>
            </w:pPr>
            <w:r w:rsidRPr="001A2E38">
              <w:rPr>
                <w:rFonts w:ascii="Times New Roman" w:eastAsia="Times New Roman" w:hAnsi="Times New Roman" w:cs="Times New Roman"/>
                <w:color w:val="000000"/>
                <w:sz w:val="20"/>
                <w:szCs w:val="20"/>
              </w:rPr>
              <w:t>0.111</w:t>
            </w:r>
          </w:p>
        </w:tc>
        <w:tc>
          <w:tcPr>
            <w:tcW w:w="1592"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71FBF283" w14:textId="77777777" w:rsidR="00FB21E9" w:rsidRPr="001A2E38" w:rsidRDefault="00FB21E9" w:rsidP="005046C0">
            <w:pPr>
              <w:keepNext/>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Times New Roman" w:hAnsi="Times New Roman" w:cs="Times New Roman"/>
                <w:color w:val="000000"/>
                <w:sz w:val="20"/>
                <w:szCs w:val="20"/>
              </w:rPr>
            </w:pPr>
            <w:r w:rsidRPr="001A2E38">
              <w:rPr>
                <w:rFonts w:ascii="Times New Roman" w:eastAsia="Times New Roman" w:hAnsi="Times New Roman" w:cs="Times New Roman"/>
                <w:color w:val="000000"/>
                <w:sz w:val="20"/>
                <w:szCs w:val="20"/>
              </w:rPr>
              <w:t>0.041-0.175</w:t>
            </w:r>
          </w:p>
        </w:tc>
        <w:tc>
          <w:tcPr>
            <w:tcW w:w="1013"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69937DB4" w14:textId="77777777" w:rsidR="00FB21E9" w:rsidRPr="001A2E38" w:rsidRDefault="00FB21E9" w:rsidP="005046C0">
            <w:pPr>
              <w:keepNext/>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Times New Roman" w:hAnsi="Times New Roman" w:cs="Times New Roman"/>
                <w:color w:val="000000"/>
                <w:sz w:val="20"/>
                <w:szCs w:val="20"/>
              </w:rPr>
            </w:pPr>
            <w:r w:rsidRPr="001A2E38">
              <w:rPr>
                <w:rFonts w:ascii="Times New Roman" w:eastAsia="Times New Roman" w:hAnsi="Times New Roman" w:cs="Times New Roman"/>
                <w:color w:val="000000"/>
                <w:sz w:val="20"/>
                <w:szCs w:val="20"/>
              </w:rPr>
              <w:t>0.007</w:t>
            </w:r>
          </w:p>
        </w:tc>
        <w:tc>
          <w:tcPr>
            <w:tcW w:w="1085"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5A4A54CE" w14:textId="77777777" w:rsidR="00FB21E9" w:rsidRPr="001A2E38" w:rsidRDefault="00FB21E9" w:rsidP="005046C0">
            <w:pPr>
              <w:keepNext/>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Times New Roman" w:hAnsi="Times New Roman" w:cs="Times New Roman"/>
                <w:color w:val="000000"/>
                <w:sz w:val="20"/>
                <w:szCs w:val="20"/>
              </w:rPr>
            </w:pPr>
            <w:r w:rsidRPr="001A2E38">
              <w:rPr>
                <w:rFonts w:ascii="Times New Roman" w:eastAsia="Times New Roman" w:hAnsi="Times New Roman" w:cs="Times New Roman"/>
                <w:color w:val="000000"/>
                <w:sz w:val="20"/>
                <w:szCs w:val="20"/>
              </w:rPr>
              <w:t>0.0003</w:t>
            </w:r>
          </w:p>
        </w:tc>
        <w:tc>
          <w:tcPr>
            <w:tcW w:w="1592"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70A44AAF" w14:textId="77777777" w:rsidR="00FB21E9" w:rsidRPr="001A2E38" w:rsidRDefault="00FB21E9" w:rsidP="005046C0">
            <w:pPr>
              <w:keepNext/>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Times New Roman" w:hAnsi="Times New Roman" w:cs="Times New Roman"/>
                <w:color w:val="000000"/>
                <w:sz w:val="20"/>
                <w:szCs w:val="20"/>
              </w:rPr>
            </w:pPr>
            <w:r w:rsidRPr="001A2E38">
              <w:rPr>
                <w:rFonts w:ascii="Times New Roman" w:eastAsia="Times New Roman" w:hAnsi="Times New Roman" w:cs="Times New Roman"/>
                <w:color w:val="000000"/>
                <w:sz w:val="20"/>
                <w:szCs w:val="20"/>
              </w:rPr>
              <w:t>0.0000-0.0006</w:t>
            </w:r>
          </w:p>
        </w:tc>
        <w:tc>
          <w:tcPr>
            <w:tcW w:w="1013"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69D21255" w14:textId="77777777" w:rsidR="00FB21E9" w:rsidRPr="001A2E38" w:rsidRDefault="00FB21E9" w:rsidP="005046C0">
            <w:pPr>
              <w:keepNext/>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Times New Roman" w:hAnsi="Times New Roman" w:cs="Times New Roman"/>
                <w:color w:val="000000"/>
                <w:sz w:val="20"/>
                <w:szCs w:val="20"/>
              </w:rPr>
            </w:pPr>
            <w:r w:rsidRPr="001A2E38">
              <w:rPr>
                <w:rFonts w:ascii="Times New Roman" w:eastAsia="Times New Roman" w:hAnsi="Times New Roman" w:cs="Times New Roman"/>
                <w:color w:val="000000"/>
                <w:sz w:val="20"/>
                <w:szCs w:val="20"/>
              </w:rPr>
              <w:t>0.040</w:t>
            </w:r>
          </w:p>
        </w:tc>
      </w:tr>
      <w:tr w:rsidR="00FB21E9" w:rsidRPr="001A2E38" w14:paraId="7A7CCDE3" w14:textId="77777777" w:rsidTr="005046C0">
        <w:trPr>
          <w:cantSplit/>
          <w:jc w:val="center"/>
        </w:trPr>
        <w:tc>
          <w:tcPr>
            <w:tcW w:w="3978"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602208C4" w14:textId="77777777" w:rsidR="00FB21E9" w:rsidRPr="001A2E38" w:rsidRDefault="00FB21E9" w:rsidP="005046C0">
            <w:pPr>
              <w:keepNext/>
              <w:pBdr>
                <w:top w:val="none" w:sz="0" w:space="0" w:color="000000"/>
                <w:left w:val="none" w:sz="0" w:space="0" w:color="000000"/>
                <w:bottom w:val="none" w:sz="0" w:space="0" w:color="000000"/>
                <w:right w:val="none" w:sz="0" w:space="0" w:color="000000"/>
              </w:pBdr>
              <w:spacing w:before="40" w:after="40"/>
              <w:ind w:left="40" w:right="40"/>
              <w:rPr>
                <w:rFonts w:ascii="Times New Roman" w:eastAsia="Times New Roman" w:hAnsi="Times New Roman" w:cs="Times New Roman"/>
                <w:b/>
                <w:color w:val="000000"/>
                <w:sz w:val="20"/>
                <w:szCs w:val="20"/>
              </w:rPr>
            </w:pPr>
            <w:r w:rsidRPr="001A2E38">
              <w:rPr>
                <w:rFonts w:ascii="Times New Roman" w:eastAsia="Times New Roman" w:hAnsi="Times New Roman" w:cs="Times New Roman"/>
                <w:b/>
                <w:color w:val="000000"/>
                <w:sz w:val="20"/>
                <w:szCs w:val="20"/>
              </w:rPr>
              <w:t>Conventional model + WC</w:t>
            </w:r>
          </w:p>
        </w:tc>
        <w:tc>
          <w:tcPr>
            <w:tcW w:w="1085"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14B72ED5" w14:textId="77777777" w:rsidR="00FB21E9" w:rsidRPr="001A2E38" w:rsidRDefault="00FB21E9" w:rsidP="005046C0">
            <w:pPr>
              <w:keepNext/>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Times New Roman" w:hAnsi="Times New Roman" w:cs="Times New Roman"/>
                <w:color w:val="000000"/>
                <w:sz w:val="20"/>
                <w:szCs w:val="20"/>
              </w:rPr>
            </w:pPr>
            <w:r w:rsidRPr="001A2E38">
              <w:rPr>
                <w:rFonts w:ascii="Times New Roman" w:eastAsia="Times New Roman" w:hAnsi="Times New Roman" w:cs="Times New Roman"/>
                <w:color w:val="000000"/>
                <w:sz w:val="20"/>
                <w:szCs w:val="20"/>
              </w:rPr>
              <w:t>0.709</w:t>
            </w:r>
          </w:p>
        </w:tc>
        <w:tc>
          <w:tcPr>
            <w:tcW w:w="1592"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528C5CDF" w14:textId="77777777" w:rsidR="00FB21E9" w:rsidRPr="001A2E38" w:rsidRDefault="00FB21E9" w:rsidP="005046C0">
            <w:pPr>
              <w:keepNext/>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Times New Roman" w:hAnsi="Times New Roman" w:cs="Times New Roman"/>
                <w:color w:val="000000"/>
                <w:sz w:val="20"/>
                <w:szCs w:val="20"/>
              </w:rPr>
            </w:pPr>
            <w:r w:rsidRPr="001A2E38">
              <w:rPr>
                <w:rFonts w:ascii="Times New Roman" w:eastAsia="Times New Roman" w:hAnsi="Times New Roman" w:cs="Times New Roman"/>
                <w:color w:val="000000"/>
                <w:sz w:val="20"/>
                <w:szCs w:val="20"/>
              </w:rPr>
              <w:t>0.696-0.722</w:t>
            </w:r>
          </w:p>
        </w:tc>
        <w:tc>
          <w:tcPr>
            <w:tcW w:w="1013"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6DD3B964" w14:textId="77777777" w:rsidR="00FB21E9" w:rsidRPr="001A2E38" w:rsidRDefault="00FB21E9" w:rsidP="005046C0">
            <w:pPr>
              <w:keepNext/>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Times New Roman" w:hAnsi="Times New Roman" w:cs="Times New Roman"/>
                <w:color w:val="000000"/>
                <w:sz w:val="20"/>
                <w:szCs w:val="20"/>
              </w:rPr>
            </w:pPr>
            <w:r w:rsidRPr="001A2E38">
              <w:rPr>
                <w:rFonts w:ascii="Times New Roman" w:eastAsia="Times New Roman" w:hAnsi="Times New Roman" w:cs="Times New Roman"/>
                <w:color w:val="000000"/>
                <w:sz w:val="20"/>
                <w:szCs w:val="20"/>
              </w:rPr>
              <w:t>&lt;0.001</w:t>
            </w:r>
          </w:p>
        </w:tc>
        <w:tc>
          <w:tcPr>
            <w:tcW w:w="1085"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6E7C1E1F" w14:textId="77777777" w:rsidR="00FB21E9" w:rsidRPr="001A2E38" w:rsidRDefault="00FB21E9" w:rsidP="005046C0">
            <w:pPr>
              <w:keepNext/>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Times New Roman" w:hAnsi="Times New Roman" w:cs="Times New Roman"/>
                <w:color w:val="000000"/>
                <w:sz w:val="20"/>
                <w:szCs w:val="20"/>
              </w:rPr>
            </w:pPr>
            <w:r w:rsidRPr="001A2E38">
              <w:rPr>
                <w:rFonts w:ascii="Times New Roman" w:eastAsia="Times New Roman" w:hAnsi="Times New Roman" w:cs="Times New Roman"/>
                <w:color w:val="000000"/>
                <w:sz w:val="20"/>
                <w:szCs w:val="20"/>
              </w:rPr>
              <w:t>0.170</w:t>
            </w:r>
          </w:p>
        </w:tc>
        <w:tc>
          <w:tcPr>
            <w:tcW w:w="1592"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2A9C8193" w14:textId="77777777" w:rsidR="00FB21E9" w:rsidRPr="001A2E38" w:rsidRDefault="00FB21E9" w:rsidP="005046C0">
            <w:pPr>
              <w:keepNext/>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Times New Roman" w:hAnsi="Times New Roman" w:cs="Times New Roman"/>
                <w:color w:val="000000"/>
                <w:sz w:val="20"/>
                <w:szCs w:val="20"/>
              </w:rPr>
            </w:pPr>
            <w:r w:rsidRPr="001A2E38">
              <w:rPr>
                <w:rFonts w:ascii="Times New Roman" w:eastAsia="Times New Roman" w:hAnsi="Times New Roman" w:cs="Times New Roman"/>
                <w:color w:val="000000"/>
                <w:sz w:val="20"/>
                <w:szCs w:val="20"/>
              </w:rPr>
              <w:t>0.102-0.241</w:t>
            </w:r>
          </w:p>
        </w:tc>
        <w:tc>
          <w:tcPr>
            <w:tcW w:w="1013"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5123B70C" w14:textId="77777777" w:rsidR="00FB21E9" w:rsidRPr="001A2E38" w:rsidRDefault="00FB21E9" w:rsidP="005046C0">
            <w:pPr>
              <w:keepNext/>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Times New Roman" w:hAnsi="Times New Roman" w:cs="Times New Roman"/>
                <w:color w:val="000000"/>
                <w:sz w:val="20"/>
                <w:szCs w:val="20"/>
              </w:rPr>
            </w:pPr>
            <w:r w:rsidRPr="001A2E38">
              <w:rPr>
                <w:rFonts w:ascii="Times New Roman" w:eastAsia="Times New Roman" w:hAnsi="Times New Roman" w:cs="Times New Roman"/>
                <w:color w:val="000000"/>
                <w:sz w:val="20"/>
                <w:szCs w:val="20"/>
              </w:rPr>
              <w:t>&lt;0.001</w:t>
            </w:r>
          </w:p>
        </w:tc>
        <w:tc>
          <w:tcPr>
            <w:tcW w:w="1085"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62322E9C" w14:textId="77777777" w:rsidR="00FB21E9" w:rsidRPr="001A2E38" w:rsidRDefault="00FB21E9" w:rsidP="005046C0">
            <w:pPr>
              <w:keepNext/>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Times New Roman" w:hAnsi="Times New Roman" w:cs="Times New Roman"/>
                <w:color w:val="000000"/>
                <w:sz w:val="20"/>
                <w:szCs w:val="20"/>
              </w:rPr>
            </w:pPr>
            <w:r w:rsidRPr="001A2E38">
              <w:rPr>
                <w:rFonts w:ascii="Times New Roman" w:eastAsia="Times New Roman" w:hAnsi="Times New Roman" w:cs="Times New Roman"/>
                <w:color w:val="000000"/>
                <w:sz w:val="20"/>
                <w:szCs w:val="20"/>
              </w:rPr>
              <w:t>0.0009</w:t>
            </w:r>
          </w:p>
        </w:tc>
        <w:tc>
          <w:tcPr>
            <w:tcW w:w="1592"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3A32FC0D" w14:textId="77777777" w:rsidR="00FB21E9" w:rsidRPr="001A2E38" w:rsidRDefault="00FB21E9" w:rsidP="005046C0">
            <w:pPr>
              <w:keepNext/>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Times New Roman" w:hAnsi="Times New Roman" w:cs="Times New Roman"/>
                <w:color w:val="000000"/>
                <w:sz w:val="20"/>
                <w:szCs w:val="20"/>
              </w:rPr>
            </w:pPr>
            <w:r w:rsidRPr="001A2E38">
              <w:rPr>
                <w:rFonts w:ascii="Times New Roman" w:eastAsia="Times New Roman" w:hAnsi="Times New Roman" w:cs="Times New Roman"/>
                <w:color w:val="000000"/>
                <w:sz w:val="20"/>
                <w:szCs w:val="20"/>
              </w:rPr>
              <w:t>0.0004-0.0015</w:t>
            </w:r>
          </w:p>
        </w:tc>
        <w:tc>
          <w:tcPr>
            <w:tcW w:w="1013"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50FC4F58" w14:textId="77777777" w:rsidR="00FB21E9" w:rsidRPr="001A2E38" w:rsidRDefault="00FB21E9" w:rsidP="005046C0">
            <w:pPr>
              <w:keepNext/>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Times New Roman" w:hAnsi="Times New Roman" w:cs="Times New Roman"/>
                <w:color w:val="000000"/>
                <w:sz w:val="20"/>
                <w:szCs w:val="20"/>
              </w:rPr>
            </w:pPr>
            <w:r w:rsidRPr="001A2E38">
              <w:rPr>
                <w:rFonts w:ascii="Times New Roman" w:eastAsia="Times New Roman" w:hAnsi="Times New Roman" w:cs="Times New Roman"/>
                <w:color w:val="000000"/>
                <w:sz w:val="20"/>
                <w:szCs w:val="20"/>
              </w:rPr>
              <w:t>&lt;0.001</w:t>
            </w:r>
          </w:p>
        </w:tc>
      </w:tr>
      <w:tr w:rsidR="00FB21E9" w:rsidRPr="001A2E38" w14:paraId="2C2E92B2" w14:textId="77777777" w:rsidTr="005046C0">
        <w:trPr>
          <w:cantSplit/>
          <w:jc w:val="center"/>
        </w:trPr>
        <w:tc>
          <w:tcPr>
            <w:tcW w:w="3978"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20F38563" w14:textId="77777777" w:rsidR="00FB21E9" w:rsidRPr="001A2E38" w:rsidRDefault="00FB21E9" w:rsidP="005046C0">
            <w:pPr>
              <w:keepNext/>
              <w:pBdr>
                <w:top w:val="none" w:sz="0" w:space="0" w:color="000000"/>
                <w:left w:val="none" w:sz="0" w:space="0" w:color="000000"/>
                <w:bottom w:val="none" w:sz="0" w:space="0" w:color="000000"/>
                <w:right w:val="none" w:sz="0" w:space="0" w:color="000000"/>
              </w:pBdr>
              <w:spacing w:before="40" w:after="40"/>
              <w:ind w:left="40" w:right="40"/>
              <w:rPr>
                <w:rFonts w:ascii="Times New Roman" w:eastAsia="Times New Roman" w:hAnsi="Times New Roman" w:cs="Times New Roman"/>
                <w:b/>
                <w:color w:val="000000"/>
                <w:sz w:val="20"/>
                <w:szCs w:val="20"/>
              </w:rPr>
            </w:pPr>
            <w:r w:rsidRPr="001A2E38">
              <w:rPr>
                <w:rFonts w:ascii="Times New Roman" w:eastAsia="Times New Roman" w:hAnsi="Times New Roman" w:cs="Times New Roman"/>
                <w:b/>
                <w:color w:val="000000"/>
                <w:sz w:val="20"/>
                <w:szCs w:val="20"/>
              </w:rPr>
              <w:t>Conventional model + WHtR</w:t>
            </w:r>
          </w:p>
        </w:tc>
        <w:tc>
          <w:tcPr>
            <w:tcW w:w="1085"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3950ED9F" w14:textId="77777777" w:rsidR="00FB21E9" w:rsidRPr="001A2E38" w:rsidRDefault="00FB21E9" w:rsidP="005046C0">
            <w:pPr>
              <w:keepNext/>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Times New Roman" w:hAnsi="Times New Roman" w:cs="Times New Roman"/>
                <w:color w:val="000000"/>
                <w:sz w:val="20"/>
                <w:szCs w:val="20"/>
              </w:rPr>
            </w:pPr>
            <w:r w:rsidRPr="001A2E38">
              <w:rPr>
                <w:rFonts w:ascii="Times New Roman" w:eastAsia="Times New Roman" w:hAnsi="Times New Roman" w:cs="Times New Roman"/>
                <w:color w:val="000000"/>
                <w:sz w:val="20"/>
                <w:szCs w:val="20"/>
              </w:rPr>
              <w:t>0.711</w:t>
            </w:r>
          </w:p>
        </w:tc>
        <w:tc>
          <w:tcPr>
            <w:tcW w:w="1592"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70B8D19D" w14:textId="77777777" w:rsidR="00FB21E9" w:rsidRPr="001A2E38" w:rsidRDefault="00FB21E9" w:rsidP="005046C0">
            <w:pPr>
              <w:keepNext/>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Times New Roman" w:hAnsi="Times New Roman" w:cs="Times New Roman"/>
                <w:color w:val="000000"/>
                <w:sz w:val="20"/>
                <w:szCs w:val="20"/>
              </w:rPr>
            </w:pPr>
            <w:r w:rsidRPr="001A2E38">
              <w:rPr>
                <w:rFonts w:ascii="Times New Roman" w:eastAsia="Times New Roman" w:hAnsi="Times New Roman" w:cs="Times New Roman"/>
                <w:color w:val="000000"/>
                <w:sz w:val="20"/>
                <w:szCs w:val="20"/>
              </w:rPr>
              <w:t>0.699-0.724</w:t>
            </w:r>
          </w:p>
        </w:tc>
        <w:tc>
          <w:tcPr>
            <w:tcW w:w="1013"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7D4E609A" w14:textId="77777777" w:rsidR="00FB21E9" w:rsidRPr="001A2E38" w:rsidRDefault="00FB21E9" w:rsidP="005046C0">
            <w:pPr>
              <w:keepNext/>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Times New Roman" w:hAnsi="Times New Roman" w:cs="Times New Roman"/>
                <w:color w:val="000000"/>
                <w:sz w:val="20"/>
                <w:szCs w:val="20"/>
              </w:rPr>
            </w:pPr>
            <w:r w:rsidRPr="001A2E38">
              <w:rPr>
                <w:rFonts w:ascii="Times New Roman" w:eastAsia="Times New Roman" w:hAnsi="Times New Roman" w:cs="Times New Roman"/>
                <w:color w:val="000000"/>
                <w:sz w:val="20"/>
                <w:szCs w:val="20"/>
              </w:rPr>
              <w:t>&lt;0.001</w:t>
            </w:r>
          </w:p>
        </w:tc>
        <w:tc>
          <w:tcPr>
            <w:tcW w:w="1085"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42DCFBCA" w14:textId="77777777" w:rsidR="00FB21E9" w:rsidRPr="001A2E38" w:rsidRDefault="00FB21E9" w:rsidP="005046C0">
            <w:pPr>
              <w:keepNext/>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Times New Roman" w:hAnsi="Times New Roman" w:cs="Times New Roman"/>
                <w:color w:val="000000"/>
                <w:sz w:val="20"/>
                <w:szCs w:val="20"/>
              </w:rPr>
            </w:pPr>
            <w:r w:rsidRPr="001A2E38">
              <w:rPr>
                <w:rFonts w:ascii="Times New Roman" w:eastAsia="Times New Roman" w:hAnsi="Times New Roman" w:cs="Times New Roman"/>
                <w:color w:val="000000"/>
                <w:sz w:val="20"/>
                <w:szCs w:val="20"/>
              </w:rPr>
              <w:t>0.186</w:t>
            </w:r>
          </w:p>
        </w:tc>
        <w:tc>
          <w:tcPr>
            <w:tcW w:w="1592"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32B45A5D" w14:textId="77777777" w:rsidR="00FB21E9" w:rsidRPr="001A2E38" w:rsidRDefault="00FB21E9" w:rsidP="005046C0">
            <w:pPr>
              <w:keepNext/>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Times New Roman" w:hAnsi="Times New Roman" w:cs="Times New Roman"/>
                <w:color w:val="000000"/>
                <w:sz w:val="20"/>
                <w:szCs w:val="20"/>
              </w:rPr>
            </w:pPr>
            <w:r w:rsidRPr="001A2E38">
              <w:rPr>
                <w:rFonts w:ascii="Times New Roman" w:eastAsia="Times New Roman" w:hAnsi="Times New Roman" w:cs="Times New Roman"/>
                <w:color w:val="000000"/>
                <w:sz w:val="20"/>
                <w:szCs w:val="20"/>
              </w:rPr>
              <w:t>0.121-0.260</w:t>
            </w:r>
          </w:p>
        </w:tc>
        <w:tc>
          <w:tcPr>
            <w:tcW w:w="1013"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4BFB5D6D" w14:textId="77777777" w:rsidR="00FB21E9" w:rsidRPr="001A2E38" w:rsidRDefault="00FB21E9" w:rsidP="005046C0">
            <w:pPr>
              <w:keepNext/>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Times New Roman" w:hAnsi="Times New Roman" w:cs="Times New Roman"/>
                <w:color w:val="000000"/>
                <w:sz w:val="20"/>
                <w:szCs w:val="20"/>
              </w:rPr>
            </w:pPr>
            <w:r w:rsidRPr="001A2E38">
              <w:rPr>
                <w:rFonts w:ascii="Times New Roman" w:eastAsia="Times New Roman" w:hAnsi="Times New Roman" w:cs="Times New Roman"/>
                <w:color w:val="000000"/>
                <w:sz w:val="20"/>
                <w:szCs w:val="20"/>
              </w:rPr>
              <w:t>&lt;0.001</w:t>
            </w:r>
          </w:p>
        </w:tc>
        <w:tc>
          <w:tcPr>
            <w:tcW w:w="1085"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053C0EEB" w14:textId="77777777" w:rsidR="00FB21E9" w:rsidRPr="001A2E38" w:rsidRDefault="00FB21E9" w:rsidP="005046C0">
            <w:pPr>
              <w:keepNext/>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Times New Roman" w:hAnsi="Times New Roman" w:cs="Times New Roman"/>
                <w:color w:val="000000"/>
                <w:sz w:val="20"/>
                <w:szCs w:val="20"/>
              </w:rPr>
            </w:pPr>
            <w:r w:rsidRPr="001A2E38">
              <w:rPr>
                <w:rFonts w:ascii="Times New Roman" w:eastAsia="Times New Roman" w:hAnsi="Times New Roman" w:cs="Times New Roman"/>
                <w:color w:val="000000"/>
                <w:sz w:val="20"/>
                <w:szCs w:val="20"/>
              </w:rPr>
              <w:t>0.0010</w:t>
            </w:r>
          </w:p>
        </w:tc>
        <w:tc>
          <w:tcPr>
            <w:tcW w:w="1592"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6C150B8F" w14:textId="77777777" w:rsidR="00FB21E9" w:rsidRPr="001A2E38" w:rsidRDefault="00FB21E9" w:rsidP="005046C0">
            <w:pPr>
              <w:keepNext/>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Times New Roman" w:hAnsi="Times New Roman" w:cs="Times New Roman"/>
                <w:color w:val="000000"/>
                <w:sz w:val="20"/>
                <w:szCs w:val="20"/>
              </w:rPr>
            </w:pPr>
            <w:r w:rsidRPr="001A2E38">
              <w:rPr>
                <w:rFonts w:ascii="Times New Roman" w:eastAsia="Times New Roman" w:hAnsi="Times New Roman" w:cs="Times New Roman"/>
                <w:color w:val="000000"/>
                <w:sz w:val="20"/>
                <w:szCs w:val="20"/>
              </w:rPr>
              <w:t>0.0005-0.0016</w:t>
            </w:r>
          </w:p>
        </w:tc>
        <w:tc>
          <w:tcPr>
            <w:tcW w:w="1013"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7E696402" w14:textId="77777777" w:rsidR="00FB21E9" w:rsidRPr="001A2E38" w:rsidRDefault="00FB21E9" w:rsidP="005046C0">
            <w:pPr>
              <w:keepNext/>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Times New Roman" w:hAnsi="Times New Roman" w:cs="Times New Roman"/>
                <w:color w:val="000000"/>
                <w:sz w:val="20"/>
                <w:szCs w:val="20"/>
              </w:rPr>
            </w:pPr>
            <w:r w:rsidRPr="001A2E38">
              <w:rPr>
                <w:rFonts w:ascii="Times New Roman" w:eastAsia="Times New Roman" w:hAnsi="Times New Roman" w:cs="Times New Roman"/>
                <w:color w:val="000000"/>
                <w:sz w:val="20"/>
                <w:szCs w:val="20"/>
              </w:rPr>
              <w:t>&lt;0.001</w:t>
            </w:r>
          </w:p>
        </w:tc>
      </w:tr>
      <w:tr w:rsidR="00FB21E9" w:rsidRPr="001A2E38" w14:paraId="2AC46120" w14:textId="77777777" w:rsidTr="005046C0">
        <w:trPr>
          <w:cantSplit/>
          <w:jc w:val="center"/>
        </w:trPr>
        <w:tc>
          <w:tcPr>
            <w:tcW w:w="3978"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11BE74C8" w14:textId="77777777" w:rsidR="00FB21E9" w:rsidRPr="001A2E38" w:rsidRDefault="00FB21E9" w:rsidP="005046C0">
            <w:pPr>
              <w:keepNext/>
              <w:pBdr>
                <w:top w:val="none" w:sz="0" w:space="0" w:color="000000"/>
                <w:left w:val="none" w:sz="0" w:space="0" w:color="000000"/>
                <w:bottom w:val="none" w:sz="0" w:space="0" w:color="000000"/>
                <w:right w:val="none" w:sz="0" w:space="0" w:color="000000"/>
              </w:pBdr>
              <w:spacing w:before="40" w:after="40"/>
              <w:ind w:left="40" w:right="40"/>
              <w:rPr>
                <w:rFonts w:ascii="Times New Roman" w:eastAsia="Times New Roman" w:hAnsi="Times New Roman" w:cs="Times New Roman"/>
                <w:b/>
                <w:color w:val="000000"/>
                <w:sz w:val="20"/>
                <w:szCs w:val="20"/>
              </w:rPr>
            </w:pPr>
            <w:r w:rsidRPr="001A2E38">
              <w:rPr>
                <w:rFonts w:ascii="Times New Roman" w:eastAsia="Times New Roman" w:hAnsi="Times New Roman" w:cs="Times New Roman"/>
                <w:b/>
                <w:color w:val="000000"/>
                <w:sz w:val="20"/>
                <w:szCs w:val="20"/>
              </w:rPr>
              <w:t>Conventional model + BRI</w:t>
            </w:r>
          </w:p>
        </w:tc>
        <w:tc>
          <w:tcPr>
            <w:tcW w:w="1085"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5292E663" w14:textId="77777777" w:rsidR="00FB21E9" w:rsidRPr="001A2E38" w:rsidRDefault="00FB21E9" w:rsidP="005046C0">
            <w:pPr>
              <w:keepNext/>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Times New Roman" w:hAnsi="Times New Roman" w:cs="Times New Roman"/>
                <w:color w:val="000000"/>
                <w:sz w:val="20"/>
                <w:szCs w:val="20"/>
              </w:rPr>
            </w:pPr>
            <w:r w:rsidRPr="001A2E38">
              <w:rPr>
                <w:rFonts w:ascii="Times New Roman" w:eastAsia="Times New Roman" w:hAnsi="Times New Roman" w:cs="Times New Roman"/>
                <w:color w:val="000000"/>
                <w:sz w:val="20"/>
                <w:szCs w:val="20"/>
              </w:rPr>
              <w:t>0.712</w:t>
            </w:r>
          </w:p>
        </w:tc>
        <w:tc>
          <w:tcPr>
            <w:tcW w:w="1592"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689D339D" w14:textId="77777777" w:rsidR="00FB21E9" w:rsidRPr="001A2E38" w:rsidRDefault="00FB21E9" w:rsidP="005046C0">
            <w:pPr>
              <w:keepNext/>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Times New Roman" w:hAnsi="Times New Roman" w:cs="Times New Roman"/>
                <w:color w:val="000000"/>
                <w:sz w:val="20"/>
                <w:szCs w:val="20"/>
              </w:rPr>
            </w:pPr>
            <w:r w:rsidRPr="001A2E38">
              <w:rPr>
                <w:rFonts w:ascii="Times New Roman" w:eastAsia="Times New Roman" w:hAnsi="Times New Roman" w:cs="Times New Roman"/>
                <w:color w:val="000000"/>
                <w:sz w:val="20"/>
                <w:szCs w:val="20"/>
              </w:rPr>
              <w:t>0.699-0.724</w:t>
            </w:r>
          </w:p>
        </w:tc>
        <w:tc>
          <w:tcPr>
            <w:tcW w:w="1013"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71D1EB18" w14:textId="77777777" w:rsidR="00FB21E9" w:rsidRPr="001A2E38" w:rsidRDefault="00FB21E9" w:rsidP="005046C0">
            <w:pPr>
              <w:keepNext/>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Times New Roman" w:hAnsi="Times New Roman" w:cs="Times New Roman"/>
                <w:color w:val="000000"/>
                <w:sz w:val="20"/>
                <w:szCs w:val="20"/>
              </w:rPr>
            </w:pPr>
            <w:r w:rsidRPr="001A2E38">
              <w:rPr>
                <w:rFonts w:ascii="Times New Roman" w:eastAsia="Times New Roman" w:hAnsi="Times New Roman" w:cs="Times New Roman"/>
                <w:color w:val="000000"/>
                <w:sz w:val="20"/>
                <w:szCs w:val="20"/>
              </w:rPr>
              <w:t>&lt;0.001</w:t>
            </w:r>
          </w:p>
        </w:tc>
        <w:tc>
          <w:tcPr>
            <w:tcW w:w="1085"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1D34E87D" w14:textId="77777777" w:rsidR="00FB21E9" w:rsidRPr="001A2E38" w:rsidRDefault="00FB21E9" w:rsidP="005046C0">
            <w:pPr>
              <w:keepNext/>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Times New Roman" w:hAnsi="Times New Roman" w:cs="Times New Roman"/>
                <w:color w:val="000000"/>
                <w:sz w:val="20"/>
                <w:szCs w:val="20"/>
              </w:rPr>
            </w:pPr>
            <w:r w:rsidRPr="001A2E38">
              <w:rPr>
                <w:rFonts w:ascii="Times New Roman" w:eastAsia="Times New Roman" w:hAnsi="Times New Roman" w:cs="Times New Roman"/>
                <w:color w:val="000000"/>
                <w:sz w:val="20"/>
                <w:szCs w:val="20"/>
              </w:rPr>
              <w:t>0.181</w:t>
            </w:r>
          </w:p>
        </w:tc>
        <w:tc>
          <w:tcPr>
            <w:tcW w:w="1592"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11C7C520" w14:textId="77777777" w:rsidR="00FB21E9" w:rsidRPr="001A2E38" w:rsidRDefault="00FB21E9" w:rsidP="005046C0">
            <w:pPr>
              <w:keepNext/>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Times New Roman" w:hAnsi="Times New Roman" w:cs="Times New Roman"/>
                <w:color w:val="000000"/>
                <w:sz w:val="20"/>
                <w:szCs w:val="20"/>
              </w:rPr>
            </w:pPr>
            <w:r w:rsidRPr="001A2E38">
              <w:rPr>
                <w:rFonts w:ascii="Times New Roman" w:eastAsia="Times New Roman" w:hAnsi="Times New Roman" w:cs="Times New Roman"/>
                <w:color w:val="000000"/>
                <w:sz w:val="20"/>
                <w:szCs w:val="20"/>
              </w:rPr>
              <w:t>0.116-0.260</w:t>
            </w:r>
          </w:p>
        </w:tc>
        <w:tc>
          <w:tcPr>
            <w:tcW w:w="1013"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37E21B91" w14:textId="77777777" w:rsidR="00FB21E9" w:rsidRPr="001A2E38" w:rsidRDefault="00FB21E9" w:rsidP="005046C0">
            <w:pPr>
              <w:keepNext/>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Times New Roman" w:hAnsi="Times New Roman" w:cs="Times New Roman"/>
                <w:color w:val="000000"/>
                <w:sz w:val="20"/>
                <w:szCs w:val="20"/>
              </w:rPr>
            </w:pPr>
            <w:r w:rsidRPr="001A2E38">
              <w:rPr>
                <w:rFonts w:ascii="Times New Roman" w:eastAsia="Times New Roman" w:hAnsi="Times New Roman" w:cs="Times New Roman"/>
                <w:color w:val="000000"/>
                <w:sz w:val="20"/>
                <w:szCs w:val="20"/>
              </w:rPr>
              <w:t>&lt;0.001</w:t>
            </w:r>
          </w:p>
        </w:tc>
        <w:tc>
          <w:tcPr>
            <w:tcW w:w="1085"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78485354" w14:textId="77777777" w:rsidR="00FB21E9" w:rsidRPr="001A2E38" w:rsidRDefault="00FB21E9" w:rsidP="005046C0">
            <w:pPr>
              <w:keepNext/>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Times New Roman" w:hAnsi="Times New Roman" w:cs="Times New Roman"/>
                <w:color w:val="000000"/>
                <w:sz w:val="20"/>
                <w:szCs w:val="20"/>
              </w:rPr>
            </w:pPr>
            <w:r w:rsidRPr="001A2E38">
              <w:rPr>
                <w:rFonts w:ascii="Times New Roman" w:eastAsia="Times New Roman" w:hAnsi="Times New Roman" w:cs="Times New Roman"/>
                <w:color w:val="000000"/>
                <w:sz w:val="20"/>
                <w:szCs w:val="20"/>
              </w:rPr>
              <w:t>0.0010</w:t>
            </w:r>
          </w:p>
        </w:tc>
        <w:tc>
          <w:tcPr>
            <w:tcW w:w="1592"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09B1AC90" w14:textId="77777777" w:rsidR="00FB21E9" w:rsidRPr="001A2E38" w:rsidRDefault="00FB21E9" w:rsidP="005046C0">
            <w:pPr>
              <w:keepNext/>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Times New Roman" w:hAnsi="Times New Roman" w:cs="Times New Roman"/>
                <w:color w:val="000000"/>
                <w:sz w:val="20"/>
                <w:szCs w:val="20"/>
              </w:rPr>
            </w:pPr>
            <w:r w:rsidRPr="001A2E38">
              <w:rPr>
                <w:rFonts w:ascii="Times New Roman" w:eastAsia="Times New Roman" w:hAnsi="Times New Roman" w:cs="Times New Roman"/>
                <w:color w:val="000000"/>
                <w:sz w:val="20"/>
                <w:szCs w:val="20"/>
              </w:rPr>
              <w:t>0.0005-0.0016</w:t>
            </w:r>
          </w:p>
        </w:tc>
        <w:tc>
          <w:tcPr>
            <w:tcW w:w="1013"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0035CB49" w14:textId="77777777" w:rsidR="00FB21E9" w:rsidRPr="001A2E38" w:rsidRDefault="00FB21E9" w:rsidP="005046C0">
            <w:pPr>
              <w:keepNext/>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Times New Roman" w:hAnsi="Times New Roman" w:cs="Times New Roman"/>
                <w:color w:val="000000"/>
                <w:sz w:val="20"/>
                <w:szCs w:val="20"/>
              </w:rPr>
            </w:pPr>
            <w:r w:rsidRPr="001A2E38">
              <w:rPr>
                <w:rFonts w:ascii="Times New Roman" w:eastAsia="Times New Roman" w:hAnsi="Times New Roman" w:cs="Times New Roman"/>
                <w:color w:val="000000"/>
                <w:sz w:val="20"/>
                <w:szCs w:val="20"/>
              </w:rPr>
              <w:t>&lt;0.001</w:t>
            </w:r>
          </w:p>
        </w:tc>
      </w:tr>
      <w:tr w:rsidR="00FB21E9" w:rsidRPr="001A2E38" w14:paraId="0899F67B" w14:textId="77777777" w:rsidTr="005046C0">
        <w:trPr>
          <w:cantSplit/>
          <w:jc w:val="center"/>
        </w:trPr>
        <w:tc>
          <w:tcPr>
            <w:tcW w:w="3978"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4ACEC58B" w14:textId="77777777" w:rsidR="00FB21E9" w:rsidRPr="001A2E38" w:rsidRDefault="00FB21E9" w:rsidP="005046C0">
            <w:pPr>
              <w:keepNext/>
              <w:pBdr>
                <w:top w:val="none" w:sz="0" w:space="0" w:color="000000"/>
                <w:left w:val="none" w:sz="0" w:space="0" w:color="000000"/>
                <w:bottom w:val="none" w:sz="0" w:space="0" w:color="000000"/>
                <w:right w:val="none" w:sz="0" w:space="0" w:color="000000"/>
              </w:pBdr>
              <w:spacing w:before="40" w:after="40"/>
              <w:ind w:left="40" w:right="40"/>
              <w:rPr>
                <w:rFonts w:ascii="Times New Roman" w:eastAsia="Times New Roman" w:hAnsi="Times New Roman" w:cs="Times New Roman"/>
                <w:b/>
                <w:color w:val="000000"/>
                <w:sz w:val="20"/>
                <w:szCs w:val="20"/>
              </w:rPr>
            </w:pPr>
            <w:r w:rsidRPr="001A2E38">
              <w:rPr>
                <w:rFonts w:ascii="Times New Roman" w:eastAsia="Times New Roman" w:hAnsi="Times New Roman" w:cs="Times New Roman"/>
                <w:b/>
                <w:color w:val="000000"/>
                <w:sz w:val="20"/>
                <w:szCs w:val="20"/>
              </w:rPr>
              <w:t>Conventional model + ABSI</w:t>
            </w:r>
          </w:p>
        </w:tc>
        <w:tc>
          <w:tcPr>
            <w:tcW w:w="1085"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797D4135" w14:textId="77777777" w:rsidR="00FB21E9" w:rsidRPr="001A2E38" w:rsidRDefault="00FB21E9" w:rsidP="005046C0">
            <w:pPr>
              <w:keepNext/>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Times New Roman" w:hAnsi="Times New Roman" w:cs="Times New Roman"/>
                <w:color w:val="000000"/>
                <w:sz w:val="20"/>
                <w:szCs w:val="20"/>
              </w:rPr>
            </w:pPr>
            <w:r w:rsidRPr="001A2E38">
              <w:rPr>
                <w:rFonts w:ascii="Times New Roman" w:eastAsia="Times New Roman" w:hAnsi="Times New Roman" w:cs="Times New Roman"/>
                <w:color w:val="000000"/>
                <w:sz w:val="20"/>
                <w:szCs w:val="20"/>
              </w:rPr>
              <w:t>0.696</w:t>
            </w:r>
          </w:p>
        </w:tc>
        <w:tc>
          <w:tcPr>
            <w:tcW w:w="1592"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553B74AE" w14:textId="77777777" w:rsidR="00FB21E9" w:rsidRPr="001A2E38" w:rsidRDefault="00FB21E9" w:rsidP="005046C0">
            <w:pPr>
              <w:keepNext/>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Times New Roman" w:hAnsi="Times New Roman" w:cs="Times New Roman"/>
                <w:color w:val="000000"/>
                <w:sz w:val="20"/>
                <w:szCs w:val="20"/>
              </w:rPr>
            </w:pPr>
            <w:r w:rsidRPr="001A2E38">
              <w:rPr>
                <w:rFonts w:ascii="Times New Roman" w:eastAsia="Times New Roman" w:hAnsi="Times New Roman" w:cs="Times New Roman"/>
                <w:color w:val="000000"/>
                <w:sz w:val="20"/>
                <w:szCs w:val="20"/>
              </w:rPr>
              <w:t>0.683-0.710</w:t>
            </w:r>
          </w:p>
        </w:tc>
        <w:tc>
          <w:tcPr>
            <w:tcW w:w="1013"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64F81CBD" w14:textId="77777777" w:rsidR="00FB21E9" w:rsidRPr="001A2E38" w:rsidRDefault="00FB21E9" w:rsidP="005046C0">
            <w:pPr>
              <w:keepNext/>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Times New Roman" w:hAnsi="Times New Roman" w:cs="Times New Roman"/>
                <w:color w:val="000000"/>
                <w:sz w:val="20"/>
                <w:szCs w:val="20"/>
              </w:rPr>
            </w:pPr>
            <w:r w:rsidRPr="001A2E38">
              <w:rPr>
                <w:rFonts w:ascii="Times New Roman" w:eastAsia="Times New Roman" w:hAnsi="Times New Roman" w:cs="Times New Roman"/>
                <w:color w:val="000000"/>
                <w:sz w:val="20"/>
                <w:szCs w:val="20"/>
              </w:rPr>
              <w:t>0.109</w:t>
            </w:r>
          </w:p>
        </w:tc>
        <w:tc>
          <w:tcPr>
            <w:tcW w:w="1085"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1D735D39" w14:textId="77777777" w:rsidR="00FB21E9" w:rsidRPr="001A2E38" w:rsidRDefault="00FB21E9" w:rsidP="005046C0">
            <w:pPr>
              <w:keepNext/>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Times New Roman" w:hAnsi="Times New Roman" w:cs="Times New Roman"/>
                <w:color w:val="000000"/>
                <w:sz w:val="20"/>
                <w:szCs w:val="20"/>
              </w:rPr>
            </w:pPr>
            <w:r w:rsidRPr="001A2E38">
              <w:rPr>
                <w:rFonts w:ascii="Times New Roman" w:eastAsia="Times New Roman" w:hAnsi="Times New Roman" w:cs="Times New Roman"/>
                <w:color w:val="000000"/>
                <w:sz w:val="20"/>
                <w:szCs w:val="20"/>
              </w:rPr>
              <w:t>0.115</w:t>
            </w:r>
          </w:p>
        </w:tc>
        <w:tc>
          <w:tcPr>
            <w:tcW w:w="1592"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6DCC1006" w14:textId="77777777" w:rsidR="00FB21E9" w:rsidRPr="001A2E38" w:rsidRDefault="00FB21E9" w:rsidP="005046C0">
            <w:pPr>
              <w:keepNext/>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Times New Roman" w:hAnsi="Times New Roman" w:cs="Times New Roman"/>
                <w:color w:val="000000"/>
                <w:sz w:val="20"/>
                <w:szCs w:val="20"/>
              </w:rPr>
            </w:pPr>
            <w:r w:rsidRPr="001A2E38">
              <w:rPr>
                <w:rFonts w:ascii="Times New Roman" w:eastAsia="Times New Roman" w:hAnsi="Times New Roman" w:cs="Times New Roman"/>
                <w:color w:val="000000"/>
                <w:sz w:val="20"/>
                <w:szCs w:val="20"/>
              </w:rPr>
              <w:t>0.049-0.186</w:t>
            </w:r>
          </w:p>
        </w:tc>
        <w:tc>
          <w:tcPr>
            <w:tcW w:w="1013"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488F987C" w14:textId="77777777" w:rsidR="00FB21E9" w:rsidRPr="001A2E38" w:rsidRDefault="00FB21E9" w:rsidP="005046C0">
            <w:pPr>
              <w:keepNext/>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Times New Roman" w:hAnsi="Times New Roman" w:cs="Times New Roman"/>
                <w:color w:val="000000"/>
                <w:sz w:val="20"/>
                <w:szCs w:val="20"/>
              </w:rPr>
            </w:pPr>
            <w:r w:rsidRPr="001A2E38">
              <w:rPr>
                <w:rFonts w:ascii="Times New Roman" w:eastAsia="Times New Roman" w:hAnsi="Times New Roman" w:cs="Times New Roman"/>
                <w:color w:val="000000"/>
                <w:sz w:val="20"/>
                <w:szCs w:val="20"/>
              </w:rPr>
              <w:t>&lt;0.001</w:t>
            </w:r>
          </w:p>
        </w:tc>
        <w:tc>
          <w:tcPr>
            <w:tcW w:w="1085"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47D9B2E0" w14:textId="77777777" w:rsidR="00FB21E9" w:rsidRPr="001A2E38" w:rsidRDefault="00FB21E9" w:rsidP="005046C0">
            <w:pPr>
              <w:keepNext/>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Times New Roman" w:hAnsi="Times New Roman" w:cs="Times New Roman"/>
                <w:color w:val="000000"/>
                <w:sz w:val="20"/>
                <w:szCs w:val="20"/>
              </w:rPr>
            </w:pPr>
            <w:r w:rsidRPr="001A2E38">
              <w:rPr>
                <w:rFonts w:ascii="Times New Roman" w:eastAsia="Times New Roman" w:hAnsi="Times New Roman" w:cs="Times New Roman"/>
                <w:color w:val="000000"/>
                <w:sz w:val="20"/>
                <w:szCs w:val="20"/>
              </w:rPr>
              <w:t>0.0004</w:t>
            </w:r>
          </w:p>
        </w:tc>
        <w:tc>
          <w:tcPr>
            <w:tcW w:w="1592"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05B00F73" w14:textId="77777777" w:rsidR="00FB21E9" w:rsidRPr="001A2E38" w:rsidRDefault="00FB21E9" w:rsidP="005046C0">
            <w:pPr>
              <w:keepNext/>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Times New Roman" w:hAnsi="Times New Roman" w:cs="Times New Roman"/>
                <w:color w:val="000000"/>
                <w:sz w:val="20"/>
                <w:szCs w:val="20"/>
              </w:rPr>
            </w:pPr>
            <w:r w:rsidRPr="001A2E38">
              <w:rPr>
                <w:rFonts w:ascii="Times New Roman" w:eastAsia="Times New Roman" w:hAnsi="Times New Roman" w:cs="Times New Roman"/>
                <w:color w:val="000000"/>
                <w:sz w:val="20"/>
                <w:szCs w:val="20"/>
              </w:rPr>
              <w:t>0.0002-0.0008</w:t>
            </w:r>
          </w:p>
        </w:tc>
        <w:tc>
          <w:tcPr>
            <w:tcW w:w="1013"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4E4D5A9C" w14:textId="77777777" w:rsidR="00FB21E9" w:rsidRPr="001A2E38" w:rsidRDefault="00FB21E9" w:rsidP="005046C0">
            <w:pPr>
              <w:keepNext/>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Times New Roman" w:hAnsi="Times New Roman" w:cs="Times New Roman"/>
                <w:color w:val="000000"/>
                <w:sz w:val="20"/>
                <w:szCs w:val="20"/>
              </w:rPr>
            </w:pPr>
            <w:r w:rsidRPr="001A2E38">
              <w:rPr>
                <w:rFonts w:ascii="Times New Roman" w:eastAsia="Times New Roman" w:hAnsi="Times New Roman" w:cs="Times New Roman"/>
                <w:color w:val="000000"/>
                <w:sz w:val="20"/>
                <w:szCs w:val="20"/>
              </w:rPr>
              <w:t>&lt;0.001</w:t>
            </w:r>
          </w:p>
        </w:tc>
      </w:tr>
      <w:tr w:rsidR="00FB21E9" w:rsidRPr="001A2E38" w14:paraId="7CF69929" w14:textId="77777777" w:rsidTr="005046C0">
        <w:trPr>
          <w:cantSplit/>
          <w:jc w:val="center"/>
        </w:trPr>
        <w:tc>
          <w:tcPr>
            <w:tcW w:w="3978"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15917E10" w14:textId="77777777" w:rsidR="00FB21E9" w:rsidRPr="001A2E38" w:rsidRDefault="00FB21E9" w:rsidP="005046C0">
            <w:pPr>
              <w:keepNext/>
              <w:pBdr>
                <w:top w:val="none" w:sz="0" w:space="0" w:color="000000"/>
                <w:left w:val="none" w:sz="0" w:space="0" w:color="000000"/>
                <w:bottom w:val="none" w:sz="0" w:space="0" w:color="000000"/>
                <w:right w:val="none" w:sz="0" w:space="0" w:color="000000"/>
              </w:pBdr>
              <w:spacing w:before="40" w:after="40"/>
              <w:ind w:left="40" w:right="40"/>
              <w:rPr>
                <w:rFonts w:ascii="Times New Roman" w:eastAsia="Times New Roman" w:hAnsi="Times New Roman" w:cs="Times New Roman"/>
                <w:b/>
                <w:color w:val="000000"/>
                <w:sz w:val="20"/>
                <w:szCs w:val="20"/>
              </w:rPr>
            </w:pPr>
            <w:r w:rsidRPr="001A2E38">
              <w:rPr>
                <w:rFonts w:ascii="Times New Roman" w:eastAsia="Times New Roman" w:hAnsi="Times New Roman" w:cs="Times New Roman"/>
                <w:b/>
                <w:color w:val="000000"/>
                <w:sz w:val="20"/>
                <w:szCs w:val="20"/>
              </w:rPr>
              <w:t>Conventional model + VAI</w:t>
            </w:r>
          </w:p>
        </w:tc>
        <w:tc>
          <w:tcPr>
            <w:tcW w:w="1085"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099DFA31" w14:textId="77777777" w:rsidR="00FB21E9" w:rsidRPr="001A2E38" w:rsidRDefault="00FB21E9" w:rsidP="005046C0">
            <w:pPr>
              <w:keepNext/>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Times New Roman" w:hAnsi="Times New Roman" w:cs="Times New Roman"/>
                <w:color w:val="000000"/>
                <w:sz w:val="20"/>
                <w:szCs w:val="20"/>
              </w:rPr>
            </w:pPr>
            <w:r w:rsidRPr="001A2E38">
              <w:rPr>
                <w:rFonts w:ascii="Times New Roman" w:eastAsia="Times New Roman" w:hAnsi="Times New Roman" w:cs="Times New Roman"/>
                <w:color w:val="000000"/>
                <w:sz w:val="20"/>
                <w:szCs w:val="20"/>
              </w:rPr>
              <w:t>0.704</w:t>
            </w:r>
          </w:p>
        </w:tc>
        <w:tc>
          <w:tcPr>
            <w:tcW w:w="1592"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0C93DD21" w14:textId="77777777" w:rsidR="00FB21E9" w:rsidRPr="001A2E38" w:rsidRDefault="00FB21E9" w:rsidP="005046C0">
            <w:pPr>
              <w:keepNext/>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Times New Roman" w:hAnsi="Times New Roman" w:cs="Times New Roman"/>
                <w:color w:val="000000"/>
                <w:sz w:val="20"/>
                <w:szCs w:val="20"/>
              </w:rPr>
            </w:pPr>
            <w:r w:rsidRPr="001A2E38">
              <w:rPr>
                <w:rFonts w:ascii="Times New Roman" w:eastAsia="Times New Roman" w:hAnsi="Times New Roman" w:cs="Times New Roman"/>
                <w:color w:val="000000"/>
                <w:sz w:val="20"/>
                <w:szCs w:val="20"/>
              </w:rPr>
              <w:t>0.691-0.717</w:t>
            </w:r>
          </w:p>
        </w:tc>
        <w:tc>
          <w:tcPr>
            <w:tcW w:w="1013"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1F96FEBA" w14:textId="77777777" w:rsidR="00FB21E9" w:rsidRPr="001A2E38" w:rsidRDefault="00FB21E9" w:rsidP="005046C0">
            <w:pPr>
              <w:keepNext/>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Times New Roman" w:hAnsi="Times New Roman" w:cs="Times New Roman"/>
                <w:color w:val="000000"/>
                <w:sz w:val="20"/>
                <w:szCs w:val="20"/>
              </w:rPr>
            </w:pPr>
            <w:r w:rsidRPr="001A2E38">
              <w:rPr>
                <w:rFonts w:ascii="Times New Roman" w:eastAsia="Times New Roman" w:hAnsi="Times New Roman" w:cs="Times New Roman"/>
                <w:color w:val="000000"/>
                <w:sz w:val="20"/>
                <w:szCs w:val="20"/>
              </w:rPr>
              <w:t>0.002</w:t>
            </w:r>
          </w:p>
        </w:tc>
        <w:tc>
          <w:tcPr>
            <w:tcW w:w="1085"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7EB6E0D6" w14:textId="77777777" w:rsidR="00FB21E9" w:rsidRPr="001A2E38" w:rsidRDefault="00FB21E9" w:rsidP="005046C0">
            <w:pPr>
              <w:keepNext/>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Times New Roman" w:hAnsi="Times New Roman" w:cs="Times New Roman"/>
                <w:color w:val="000000"/>
                <w:sz w:val="20"/>
                <w:szCs w:val="20"/>
              </w:rPr>
            </w:pPr>
            <w:r w:rsidRPr="001A2E38">
              <w:rPr>
                <w:rFonts w:ascii="Times New Roman" w:eastAsia="Times New Roman" w:hAnsi="Times New Roman" w:cs="Times New Roman"/>
                <w:color w:val="000000"/>
                <w:sz w:val="20"/>
                <w:szCs w:val="20"/>
              </w:rPr>
              <w:t>0.118</w:t>
            </w:r>
          </w:p>
        </w:tc>
        <w:tc>
          <w:tcPr>
            <w:tcW w:w="1592"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48DC6595" w14:textId="77777777" w:rsidR="00FB21E9" w:rsidRPr="001A2E38" w:rsidRDefault="00FB21E9" w:rsidP="005046C0">
            <w:pPr>
              <w:keepNext/>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Times New Roman" w:hAnsi="Times New Roman" w:cs="Times New Roman"/>
                <w:color w:val="000000"/>
                <w:sz w:val="20"/>
                <w:szCs w:val="20"/>
              </w:rPr>
            </w:pPr>
            <w:r w:rsidRPr="001A2E38">
              <w:rPr>
                <w:rFonts w:ascii="Times New Roman" w:eastAsia="Times New Roman" w:hAnsi="Times New Roman" w:cs="Times New Roman"/>
                <w:color w:val="000000"/>
                <w:sz w:val="20"/>
                <w:szCs w:val="20"/>
              </w:rPr>
              <w:t>0.050-0.182</w:t>
            </w:r>
          </w:p>
        </w:tc>
        <w:tc>
          <w:tcPr>
            <w:tcW w:w="1013"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4A31D813" w14:textId="77777777" w:rsidR="00FB21E9" w:rsidRPr="001A2E38" w:rsidRDefault="00FB21E9" w:rsidP="005046C0">
            <w:pPr>
              <w:keepNext/>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Times New Roman" w:hAnsi="Times New Roman" w:cs="Times New Roman"/>
                <w:color w:val="000000"/>
                <w:sz w:val="20"/>
                <w:szCs w:val="20"/>
              </w:rPr>
            </w:pPr>
            <w:r w:rsidRPr="001A2E38">
              <w:rPr>
                <w:rFonts w:ascii="Times New Roman" w:eastAsia="Times New Roman" w:hAnsi="Times New Roman" w:cs="Times New Roman"/>
                <w:color w:val="000000"/>
                <w:sz w:val="20"/>
                <w:szCs w:val="20"/>
              </w:rPr>
              <w:t>&lt;0.001</w:t>
            </w:r>
          </w:p>
        </w:tc>
        <w:tc>
          <w:tcPr>
            <w:tcW w:w="1085"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753B2DA9" w14:textId="77777777" w:rsidR="00FB21E9" w:rsidRPr="001A2E38" w:rsidRDefault="00FB21E9" w:rsidP="005046C0">
            <w:pPr>
              <w:keepNext/>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Times New Roman" w:hAnsi="Times New Roman" w:cs="Times New Roman"/>
                <w:color w:val="000000"/>
                <w:sz w:val="20"/>
                <w:szCs w:val="20"/>
              </w:rPr>
            </w:pPr>
            <w:r w:rsidRPr="001A2E38">
              <w:rPr>
                <w:rFonts w:ascii="Times New Roman" w:eastAsia="Times New Roman" w:hAnsi="Times New Roman" w:cs="Times New Roman"/>
                <w:color w:val="000000"/>
                <w:sz w:val="20"/>
                <w:szCs w:val="20"/>
              </w:rPr>
              <w:t>0.0004</w:t>
            </w:r>
          </w:p>
        </w:tc>
        <w:tc>
          <w:tcPr>
            <w:tcW w:w="1592"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7A53A7A6" w14:textId="77777777" w:rsidR="00FB21E9" w:rsidRPr="001A2E38" w:rsidRDefault="00FB21E9" w:rsidP="005046C0">
            <w:pPr>
              <w:keepNext/>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Times New Roman" w:hAnsi="Times New Roman" w:cs="Times New Roman"/>
                <w:color w:val="000000"/>
                <w:sz w:val="20"/>
                <w:szCs w:val="20"/>
              </w:rPr>
            </w:pPr>
            <w:r w:rsidRPr="001A2E38">
              <w:rPr>
                <w:rFonts w:ascii="Times New Roman" w:eastAsia="Times New Roman" w:hAnsi="Times New Roman" w:cs="Times New Roman"/>
                <w:color w:val="000000"/>
                <w:sz w:val="20"/>
                <w:szCs w:val="20"/>
              </w:rPr>
              <w:t>0.0000-0.0010</w:t>
            </w:r>
          </w:p>
        </w:tc>
        <w:tc>
          <w:tcPr>
            <w:tcW w:w="1013"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765383DC" w14:textId="77777777" w:rsidR="00FB21E9" w:rsidRPr="001A2E38" w:rsidRDefault="00FB21E9" w:rsidP="005046C0">
            <w:pPr>
              <w:keepNext/>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Times New Roman" w:hAnsi="Times New Roman" w:cs="Times New Roman"/>
                <w:color w:val="000000"/>
                <w:sz w:val="20"/>
                <w:szCs w:val="20"/>
              </w:rPr>
            </w:pPr>
            <w:r w:rsidRPr="001A2E38">
              <w:rPr>
                <w:rFonts w:ascii="Times New Roman" w:eastAsia="Times New Roman" w:hAnsi="Times New Roman" w:cs="Times New Roman"/>
                <w:color w:val="000000"/>
                <w:sz w:val="20"/>
                <w:szCs w:val="20"/>
              </w:rPr>
              <w:t>0.040</w:t>
            </w:r>
          </w:p>
        </w:tc>
      </w:tr>
      <w:tr w:rsidR="00FB21E9" w:rsidRPr="001A2E38" w14:paraId="24B4F058" w14:textId="77777777" w:rsidTr="005046C0">
        <w:trPr>
          <w:cantSplit/>
          <w:jc w:val="center"/>
        </w:trPr>
        <w:tc>
          <w:tcPr>
            <w:tcW w:w="3978"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1B5EBF0B" w14:textId="77777777" w:rsidR="00FB21E9" w:rsidRPr="001A2E38" w:rsidRDefault="00FB21E9" w:rsidP="005046C0">
            <w:pPr>
              <w:keepNext/>
              <w:pBdr>
                <w:top w:val="none" w:sz="0" w:space="0" w:color="000000"/>
                <w:left w:val="none" w:sz="0" w:space="0" w:color="000000"/>
                <w:bottom w:val="none" w:sz="0" w:space="0" w:color="000000"/>
                <w:right w:val="none" w:sz="0" w:space="0" w:color="000000"/>
              </w:pBdr>
              <w:spacing w:before="40" w:after="40"/>
              <w:ind w:left="40" w:right="40"/>
              <w:rPr>
                <w:rFonts w:ascii="Times New Roman" w:eastAsia="Times New Roman" w:hAnsi="Times New Roman" w:cs="Times New Roman"/>
                <w:b/>
                <w:color w:val="000000"/>
                <w:sz w:val="20"/>
                <w:szCs w:val="20"/>
              </w:rPr>
            </w:pPr>
            <w:r w:rsidRPr="001A2E38">
              <w:rPr>
                <w:rFonts w:ascii="Times New Roman" w:eastAsia="Times New Roman" w:hAnsi="Times New Roman" w:cs="Times New Roman"/>
                <w:b/>
                <w:color w:val="000000"/>
                <w:sz w:val="20"/>
                <w:szCs w:val="20"/>
              </w:rPr>
              <w:t>Conventional model + WWI</w:t>
            </w:r>
          </w:p>
        </w:tc>
        <w:tc>
          <w:tcPr>
            <w:tcW w:w="1085"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1CD3DA4C" w14:textId="77777777" w:rsidR="00FB21E9" w:rsidRPr="001A2E38" w:rsidRDefault="00FB21E9" w:rsidP="005046C0">
            <w:pPr>
              <w:keepNext/>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Times New Roman" w:hAnsi="Times New Roman" w:cs="Times New Roman"/>
                <w:color w:val="000000"/>
                <w:sz w:val="20"/>
                <w:szCs w:val="20"/>
              </w:rPr>
            </w:pPr>
            <w:r w:rsidRPr="001A2E38">
              <w:rPr>
                <w:rFonts w:ascii="Times New Roman" w:eastAsia="Times New Roman" w:hAnsi="Times New Roman" w:cs="Times New Roman"/>
                <w:color w:val="000000"/>
                <w:sz w:val="20"/>
                <w:szCs w:val="20"/>
              </w:rPr>
              <w:t>0.705</w:t>
            </w:r>
          </w:p>
        </w:tc>
        <w:tc>
          <w:tcPr>
            <w:tcW w:w="1592"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066A4C29" w14:textId="77777777" w:rsidR="00FB21E9" w:rsidRPr="001A2E38" w:rsidRDefault="00FB21E9" w:rsidP="005046C0">
            <w:pPr>
              <w:keepNext/>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Times New Roman" w:hAnsi="Times New Roman" w:cs="Times New Roman"/>
                <w:color w:val="000000"/>
                <w:sz w:val="20"/>
                <w:szCs w:val="20"/>
              </w:rPr>
            </w:pPr>
            <w:r w:rsidRPr="001A2E38">
              <w:rPr>
                <w:rFonts w:ascii="Times New Roman" w:eastAsia="Times New Roman" w:hAnsi="Times New Roman" w:cs="Times New Roman"/>
                <w:color w:val="000000"/>
                <w:sz w:val="20"/>
                <w:szCs w:val="20"/>
              </w:rPr>
              <w:t>0.692-0.718</w:t>
            </w:r>
          </w:p>
        </w:tc>
        <w:tc>
          <w:tcPr>
            <w:tcW w:w="1013"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36F87D5D" w14:textId="77777777" w:rsidR="00FB21E9" w:rsidRPr="001A2E38" w:rsidRDefault="00FB21E9" w:rsidP="005046C0">
            <w:pPr>
              <w:keepNext/>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Times New Roman" w:hAnsi="Times New Roman" w:cs="Times New Roman"/>
                <w:color w:val="000000"/>
                <w:sz w:val="20"/>
                <w:szCs w:val="20"/>
              </w:rPr>
            </w:pPr>
            <w:r w:rsidRPr="001A2E38">
              <w:rPr>
                <w:rFonts w:ascii="Times New Roman" w:eastAsia="Times New Roman" w:hAnsi="Times New Roman" w:cs="Times New Roman"/>
                <w:color w:val="000000"/>
                <w:sz w:val="20"/>
                <w:szCs w:val="20"/>
              </w:rPr>
              <w:t>0.006</w:t>
            </w:r>
          </w:p>
        </w:tc>
        <w:tc>
          <w:tcPr>
            <w:tcW w:w="1085"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75EE22A9" w14:textId="77777777" w:rsidR="00FB21E9" w:rsidRPr="001A2E38" w:rsidRDefault="00FB21E9" w:rsidP="005046C0">
            <w:pPr>
              <w:keepNext/>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Times New Roman" w:hAnsi="Times New Roman" w:cs="Times New Roman"/>
                <w:color w:val="000000"/>
                <w:sz w:val="20"/>
                <w:szCs w:val="20"/>
              </w:rPr>
            </w:pPr>
            <w:r w:rsidRPr="001A2E38">
              <w:rPr>
                <w:rFonts w:ascii="Times New Roman" w:eastAsia="Times New Roman" w:hAnsi="Times New Roman" w:cs="Times New Roman"/>
                <w:color w:val="000000"/>
                <w:sz w:val="20"/>
                <w:szCs w:val="20"/>
              </w:rPr>
              <w:t>0.175</w:t>
            </w:r>
          </w:p>
        </w:tc>
        <w:tc>
          <w:tcPr>
            <w:tcW w:w="1592"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4BB4B158" w14:textId="77777777" w:rsidR="00FB21E9" w:rsidRPr="001A2E38" w:rsidRDefault="00FB21E9" w:rsidP="005046C0">
            <w:pPr>
              <w:keepNext/>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Times New Roman" w:hAnsi="Times New Roman" w:cs="Times New Roman"/>
                <w:color w:val="000000"/>
                <w:sz w:val="20"/>
                <w:szCs w:val="20"/>
              </w:rPr>
            </w:pPr>
            <w:r w:rsidRPr="001A2E38">
              <w:rPr>
                <w:rFonts w:ascii="Times New Roman" w:eastAsia="Times New Roman" w:hAnsi="Times New Roman" w:cs="Times New Roman"/>
                <w:color w:val="000000"/>
                <w:sz w:val="20"/>
                <w:szCs w:val="20"/>
              </w:rPr>
              <w:t>0.093-0.236</w:t>
            </w:r>
          </w:p>
        </w:tc>
        <w:tc>
          <w:tcPr>
            <w:tcW w:w="1013"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6E0451DC" w14:textId="77777777" w:rsidR="00FB21E9" w:rsidRPr="001A2E38" w:rsidRDefault="00FB21E9" w:rsidP="005046C0">
            <w:pPr>
              <w:keepNext/>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Times New Roman" w:hAnsi="Times New Roman" w:cs="Times New Roman"/>
                <w:color w:val="000000"/>
                <w:sz w:val="20"/>
                <w:szCs w:val="20"/>
              </w:rPr>
            </w:pPr>
            <w:r w:rsidRPr="001A2E38">
              <w:rPr>
                <w:rFonts w:ascii="Times New Roman" w:eastAsia="Times New Roman" w:hAnsi="Times New Roman" w:cs="Times New Roman"/>
                <w:color w:val="000000"/>
                <w:sz w:val="20"/>
                <w:szCs w:val="20"/>
              </w:rPr>
              <w:t>&lt;0.001</w:t>
            </w:r>
          </w:p>
        </w:tc>
        <w:tc>
          <w:tcPr>
            <w:tcW w:w="1085"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36C55D68" w14:textId="77777777" w:rsidR="00FB21E9" w:rsidRPr="001A2E38" w:rsidRDefault="00FB21E9" w:rsidP="005046C0">
            <w:pPr>
              <w:keepNext/>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Times New Roman" w:hAnsi="Times New Roman" w:cs="Times New Roman"/>
                <w:color w:val="000000"/>
                <w:sz w:val="20"/>
                <w:szCs w:val="20"/>
              </w:rPr>
            </w:pPr>
            <w:r w:rsidRPr="001A2E38">
              <w:rPr>
                <w:rFonts w:ascii="Times New Roman" w:eastAsia="Times New Roman" w:hAnsi="Times New Roman" w:cs="Times New Roman"/>
                <w:color w:val="000000"/>
                <w:sz w:val="20"/>
                <w:szCs w:val="20"/>
              </w:rPr>
              <w:t>0.0009</w:t>
            </w:r>
          </w:p>
        </w:tc>
        <w:tc>
          <w:tcPr>
            <w:tcW w:w="1592"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4C9D3B9E" w14:textId="77777777" w:rsidR="00FB21E9" w:rsidRPr="001A2E38" w:rsidRDefault="00FB21E9" w:rsidP="005046C0">
            <w:pPr>
              <w:keepNext/>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Times New Roman" w:hAnsi="Times New Roman" w:cs="Times New Roman"/>
                <w:color w:val="000000"/>
                <w:sz w:val="20"/>
                <w:szCs w:val="20"/>
              </w:rPr>
            </w:pPr>
            <w:r w:rsidRPr="001A2E38">
              <w:rPr>
                <w:rFonts w:ascii="Times New Roman" w:eastAsia="Times New Roman" w:hAnsi="Times New Roman" w:cs="Times New Roman"/>
                <w:color w:val="000000"/>
                <w:sz w:val="20"/>
                <w:szCs w:val="20"/>
              </w:rPr>
              <w:t>0.0004-0.0015</w:t>
            </w:r>
          </w:p>
        </w:tc>
        <w:tc>
          <w:tcPr>
            <w:tcW w:w="1013"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4704F843" w14:textId="77777777" w:rsidR="00FB21E9" w:rsidRPr="001A2E38" w:rsidRDefault="00FB21E9" w:rsidP="005046C0">
            <w:pPr>
              <w:keepNext/>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Times New Roman" w:hAnsi="Times New Roman" w:cs="Times New Roman"/>
                <w:color w:val="000000"/>
                <w:sz w:val="20"/>
                <w:szCs w:val="20"/>
              </w:rPr>
            </w:pPr>
            <w:r w:rsidRPr="001A2E38">
              <w:rPr>
                <w:rFonts w:ascii="Times New Roman" w:eastAsia="Times New Roman" w:hAnsi="Times New Roman" w:cs="Times New Roman"/>
                <w:color w:val="000000"/>
                <w:sz w:val="20"/>
                <w:szCs w:val="20"/>
              </w:rPr>
              <w:t>&lt;0.001</w:t>
            </w:r>
          </w:p>
        </w:tc>
      </w:tr>
      <w:tr w:rsidR="00FB21E9" w:rsidRPr="001A2E38" w14:paraId="42EBBFE5" w14:textId="77777777" w:rsidTr="005046C0">
        <w:trPr>
          <w:cantSplit/>
          <w:jc w:val="center"/>
        </w:trPr>
        <w:tc>
          <w:tcPr>
            <w:tcW w:w="3978"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4C7516D1" w14:textId="77777777" w:rsidR="00FB21E9" w:rsidRPr="001A2E38" w:rsidRDefault="00FB21E9" w:rsidP="005046C0">
            <w:pPr>
              <w:keepNext/>
              <w:pBdr>
                <w:top w:val="none" w:sz="0" w:space="0" w:color="000000"/>
                <w:left w:val="none" w:sz="0" w:space="0" w:color="000000"/>
                <w:bottom w:val="none" w:sz="0" w:space="0" w:color="000000"/>
                <w:right w:val="none" w:sz="0" w:space="0" w:color="000000"/>
              </w:pBdr>
              <w:spacing w:before="40" w:after="40"/>
              <w:ind w:left="40" w:right="40"/>
              <w:rPr>
                <w:rFonts w:ascii="Times New Roman" w:eastAsia="Times New Roman" w:hAnsi="Times New Roman" w:cs="Times New Roman"/>
                <w:b/>
                <w:color w:val="000000"/>
                <w:sz w:val="20"/>
                <w:szCs w:val="20"/>
              </w:rPr>
            </w:pPr>
            <w:r w:rsidRPr="001A2E38">
              <w:rPr>
                <w:rFonts w:ascii="Times New Roman" w:eastAsia="Times New Roman" w:hAnsi="Times New Roman" w:cs="Times New Roman"/>
                <w:b/>
                <w:color w:val="000000"/>
                <w:sz w:val="20"/>
                <w:szCs w:val="20"/>
              </w:rPr>
              <w:t>Conventional model + CHG</w:t>
            </w:r>
          </w:p>
        </w:tc>
        <w:tc>
          <w:tcPr>
            <w:tcW w:w="1085"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42F92844" w14:textId="77777777" w:rsidR="00FB21E9" w:rsidRPr="001A2E38" w:rsidRDefault="00FB21E9" w:rsidP="005046C0">
            <w:pPr>
              <w:keepNext/>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Times New Roman" w:hAnsi="Times New Roman" w:cs="Times New Roman"/>
                <w:color w:val="000000"/>
                <w:sz w:val="20"/>
                <w:szCs w:val="20"/>
              </w:rPr>
            </w:pPr>
            <w:r w:rsidRPr="001A2E38">
              <w:rPr>
                <w:rFonts w:ascii="Times New Roman" w:eastAsia="Times New Roman" w:hAnsi="Times New Roman" w:cs="Times New Roman"/>
                <w:color w:val="000000"/>
                <w:sz w:val="20"/>
                <w:szCs w:val="20"/>
              </w:rPr>
              <w:t>0.719</w:t>
            </w:r>
          </w:p>
        </w:tc>
        <w:tc>
          <w:tcPr>
            <w:tcW w:w="1592"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6B8A9876" w14:textId="77777777" w:rsidR="00FB21E9" w:rsidRPr="001A2E38" w:rsidRDefault="00FB21E9" w:rsidP="005046C0">
            <w:pPr>
              <w:keepNext/>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Times New Roman" w:hAnsi="Times New Roman" w:cs="Times New Roman"/>
                <w:color w:val="000000"/>
                <w:sz w:val="20"/>
                <w:szCs w:val="20"/>
              </w:rPr>
            </w:pPr>
            <w:r w:rsidRPr="001A2E38">
              <w:rPr>
                <w:rFonts w:ascii="Times New Roman" w:eastAsia="Times New Roman" w:hAnsi="Times New Roman" w:cs="Times New Roman"/>
                <w:color w:val="000000"/>
                <w:sz w:val="20"/>
                <w:szCs w:val="20"/>
              </w:rPr>
              <w:t>0.707-0.732</w:t>
            </w:r>
          </w:p>
        </w:tc>
        <w:tc>
          <w:tcPr>
            <w:tcW w:w="1013"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3F07C5F4" w14:textId="77777777" w:rsidR="00FB21E9" w:rsidRPr="001A2E38" w:rsidRDefault="00FB21E9" w:rsidP="005046C0">
            <w:pPr>
              <w:keepNext/>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Times New Roman" w:hAnsi="Times New Roman" w:cs="Times New Roman"/>
                <w:color w:val="000000"/>
                <w:sz w:val="20"/>
                <w:szCs w:val="20"/>
              </w:rPr>
            </w:pPr>
            <w:r w:rsidRPr="001A2E38">
              <w:rPr>
                <w:rFonts w:ascii="Times New Roman" w:eastAsia="Times New Roman" w:hAnsi="Times New Roman" w:cs="Times New Roman"/>
                <w:color w:val="000000"/>
                <w:sz w:val="20"/>
                <w:szCs w:val="20"/>
              </w:rPr>
              <w:t>&lt;0.001</w:t>
            </w:r>
          </w:p>
        </w:tc>
        <w:tc>
          <w:tcPr>
            <w:tcW w:w="1085"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2841E873" w14:textId="77777777" w:rsidR="00FB21E9" w:rsidRPr="001A2E38" w:rsidRDefault="00FB21E9" w:rsidP="005046C0">
            <w:pPr>
              <w:keepNext/>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Times New Roman" w:hAnsi="Times New Roman" w:cs="Times New Roman"/>
                <w:color w:val="000000"/>
                <w:sz w:val="20"/>
                <w:szCs w:val="20"/>
              </w:rPr>
            </w:pPr>
            <w:r w:rsidRPr="001A2E38">
              <w:rPr>
                <w:rFonts w:ascii="Times New Roman" w:eastAsia="Times New Roman" w:hAnsi="Times New Roman" w:cs="Times New Roman"/>
                <w:color w:val="000000"/>
                <w:sz w:val="20"/>
                <w:szCs w:val="20"/>
              </w:rPr>
              <w:t>0.164</w:t>
            </w:r>
          </w:p>
        </w:tc>
        <w:tc>
          <w:tcPr>
            <w:tcW w:w="1592"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037F5035" w14:textId="77777777" w:rsidR="00FB21E9" w:rsidRPr="001A2E38" w:rsidRDefault="00FB21E9" w:rsidP="005046C0">
            <w:pPr>
              <w:keepNext/>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Times New Roman" w:hAnsi="Times New Roman" w:cs="Times New Roman"/>
                <w:color w:val="000000"/>
                <w:sz w:val="20"/>
                <w:szCs w:val="20"/>
              </w:rPr>
            </w:pPr>
            <w:r w:rsidRPr="001A2E38">
              <w:rPr>
                <w:rFonts w:ascii="Times New Roman" w:eastAsia="Times New Roman" w:hAnsi="Times New Roman" w:cs="Times New Roman"/>
                <w:color w:val="000000"/>
                <w:sz w:val="20"/>
                <w:szCs w:val="20"/>
              </w:rPr>
              <w:t>0.105-0.231</w:t>
            </w:r>
          </w:p>
        </w:tc>
        <w:tc>
          <w:tcPr>
            <w:tcW w:w="1013"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4634BF38" w14:textId="77777777" w:rsidR="00FB21E9" w:rsidRPr="001A2E38" w:rsidRDefault="00FB21E9" w:rsidP="005046C0">
            <w:pPr>
              <w:keepNext/>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Times New Roman" w:hAnsi="Times New Roman" w:cs="Times New Roman"/>
                <w:color w:val="000000"/>
                <w:sz w:val="20"/>
                <w:szCs w:val="20"/>
              </w:rPr>
            </w:pPr>
            <w:r w:rsidRPr="001A2E38">
              <w:rPr>
                <w:rFonts w:ascii="Times New Roman" w:eastAsia="Times New Roman" w:hAnsi="Times New Roman" w:cs="Times New Roman"/>
                <w:color w:val="000000"/>
                <w:sz w:val="20"/>
                <w:szCs w:val="20"/>
              </w:rPr>
              <w:t>&lt;0.001</w:t>
            </w:r>
          </w:p>
        </w:tc>
        <w:tc>
          <w:tcPr>
            <w:tcW w:w="1085"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7098A97F" w14:textId="77777777" w:rsidR="00FB21E9" w:rsidRPr="001A2E38" w:rsidRDefault="00FB21E9" w:rsidP="005046C0">
            <w:pPr>
              <w:keepNext/>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Times New Roman" w:hAnsi="Times New Roman" w:cs="Times New Roman"/>
                <w:color w:val="000000"/>
                <w:sz w:val="20"/>
                <w:szCs w:val="20"/>
              </w:rPr>
            </w:pPr>
            <w:r w:rsidRPr="001A2E38">
              <w:rPr>
                <w:rFonts w:ascii="Times New Roman" w:eastAsia="Times New Roman" w:hAnsi="Times New Roman" w:cs="Times New Roman"/>
                <w:color w:val="000000"/>
                <w:sz w:val="20"/>
                <w:szCs w:val="20"/>
              </w:rPr>
              <w:t>0.0025</w:t>
            </w:r>
          </w:p>
        </w:tc>
        <w:tc>
          <w:tcPr>
            <w:tcW w:w="1592"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2BAB6B64" w14:textId="77777777" w:rsidR="00FB21E9" w:rsidRPr="001A2E38" w:rsidRDefault="00FB21E9" w:rsidP="005046C0">
            <w:pPr>
              <w:keepNext/>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Times New Roman" w:hAnsi="Times New Roman" w:cs="Times New Roman"/>
                <w:color w:val="000000"/>
                <w:sz w:val="20"/>
                <w:szCs w:val="20"/>
              </w:rPr>
            </w:pPr>
            <w:r w:rsidRPr="001A2E38">
              <w:rPr>
                <w:rFonts w:ascii="Times New Roman" w:eastAsia="Times New Roman" w:hAnsi="Times New Roman" w:cs="Times New Roman"/>
                <w:color w:val="000000"/>
                <w:sz w:val="20"/>
                <w:szCs w:val="20"/>
              </w:rPr>
              <w:t>0.0015-0.0040</w:t>
            </w:r>
          </w:p>
        </w:tc>
        <w:tc>
          <w:tcPr>
            <w:tcW w:w="1013"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6A43B7B6" w14:textId="77777777" w:rsidR="00FB21E9" w:rsidRPr="001A2E38" w:rsidRDefault="00FB21E9" w:rsidP="005046C0">
            <w:pPr>
              <w:keepNext/>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Times New Roman" w:hAnsi="Times New Roman" w:cs="Times New Roman"/>
                <w:color w:val="000000"/>
                <w:sz w:val="20"/>
                <w:szCs w:val="20"/>
              </w:rPr>
            </w:pPr>
            <w:r w:rsidRPr="001A2E38">
              <w:rPr>
                <w:rFonts w:ascii="Times New Roman" w:eastAsia="Times New Roman" w:hAnsi="Times New Roman" w:cs="Times New Roman"/>
                <w:color w:val="000000"/>
                <w:sz w:val="20"/>
                <w:szCs w:val="20"/>
              </w:rPr>
              <w:t>&lt;0.001</w:t>
            </w:r>
          </w:p>
        </w:tc>
      </w:tr>
      <w:tr w:rsidR="00FB21E9" w:rsidRPr="001A2E38" w14:paraId="2163F12D" w14:textId="77777777" w:rsidTr="005046C0">
        <w:trPr>
          <w:cantSplit/>
          <w:jc w:val="center"/>
        </w:trPr>
        <w:tc>
          <w:tcPr>
            <w:tcW w:w="3978"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692D9AEA" w14:textId="77777777" w:rsidR="00FB21E9" w:rsidRPr="001A2E38" w:rsidRDefault="00FB21E9" w:rsidP="005046C0">
            <w:pPr>
              <w:keepNext/>
              <w:pBdr>
                <w:top w:val="none" w:sz="0" w:space="0" w:color="000000"/>
                <w:left w:val="none" w:sz="0" w:space="0" w:color="000000"/>
                <w:bottom w:val="none" w:sz="0" w:space="0" w:color="000000"/>
                <w:right w:val="none" w:sz="0" w:space="0" w:color="000000"/>
              </w:pBdr>
              <w:spacing w:before="40" w:after="40"/>
              <w:ind w:left="40" w:right="40"/>
              <w:rPr>
                <w:rFonts w:ascii="Times New Roman" w:eastAsia="Times New Roman" w:hAnsi="Times New Roman" w:cs="Times New Roman"/>
                <w:b/>
                <w:color w:val="000000"/>
                <w:sz w:val="20"/>
                <w:szCs w:val="20"/>
              </w:rPr>
            </w:pPr>
            <w:r w:rsidRPr="001A2E38">
              <w:rPr>
                <w:rFonts w:ascii="Times New Roman" w:eastAsia="Times New Roman" w:hAnsi="Times New Roman" w:cs="Times New Roman"/>
                <w:b/>
                <w:color w:val="000000"/>
                <w:sz w:val="20"/>
                <w:szCs w:val="20"/>
              </w:rPr>
              <w:t>Conventional model + CHG-BMI</w:t>
            </w:r>
          </w:p>
        </w:tc>
        <w:tc>
          <w:tcPr>
            <w:tcW w:w="1085"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159D0456" w14:textId="77777777" w:rsidR="00FB21E9" w:rsidRPr="001A2E38" w:rsidRDefault="00FB21E9" w:rsidP="005046C0">
            <w:pPr>
              <w:keepNext/>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Times New Roman" w:hAnsi="Times New Roman" w:cs="Times New Roman"/>
                <w:color w:val="000000"/>
                <w:sz w:val="20"/>
                <w:szCs w:val="20"/>
              </w:rPr>
            </w:pPr>
            <w:r w:rsidRPr="001A2E38">
              <w:rPr>
                <w:rFonts w:ascii="Times New Roman" w:eastAsia="Times New Roman" w:hAnsi="Times New Roman" w:cs="Times New Roman"/>
                <w:color w:val="000000"/>
                <w:sz w:val="20"/>
                <w:szCs w:val="20"/>
              </w:rPr>
              <w:t>0.717</w:t>
            </w:r>
          </w:p>
        </w:tc>
        <w:tc>
          <w:tcPr>
            <w:tcW w:w="1592"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43BC1E59" w14:textId="77777777" w:rsidR="00FB21E9" w:rsidRPr="001A2E38" w:rsidRDefault="00FB21E9" w:rsidP="005046C0">
            <w:pPr>
              <w:keepNext/>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Times New Roman" w:hAnsi="Times New Roman" w:cs="Times New Roman"/>
                <w:color w:val="000000"/>
                <w:sz w:val="20"/>
                <w:szCs w:val="20"/>
              </w:rPr>
            </w:pPr>
            <w:r w:rsidRPr="001A2E38">
              <w:rPr>
                <w:rFonts w:ascii="Times New Roman" w:eastAsia="Times New Roman" w:hAnsi="Times New Roman" w:cs="Times New Roman"/>
                <w:color w:val="000000"/>
                <w:sz w:val="20"/>
                <w:szCs w:val="20"/>
              </w:rPr>
              <w:t>0.704-0.730</w:t>
            </w:r>
          </w:p>
        </w:tc>
        <w:tc>
          <w:tcPr>
            <w:tcW w:w="1013"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22E524A2" w14:textId="77777777" w:rsidR="00FB21E9" w:rsidRPr="001A2E38" w:rsidRDefault="00FB21E9" w:rsidP="005046C0">
            <w:pPr>
              <w:keepNext/>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Times New Roman" w:hAnsi="Times New Roman" w:cs="Times New Roman"/>
                <w:color w:val="000000"/>
                <w:sz w:val="20"/>
                <w:szCs w:val="20"/>
              </w:rPr>
            </w:pPr>
            <w:r w:rsidRPr="001A2E38">
              <w:rPr>
                <w:rFonts w:ascii="Times New Roman" w:eastAsia="Times New Roman" w:hAnsi="Times New Roman" w:cs="Times New Roman"/>
                <w:color w:val="000000"/>
                <w:sz w:val="20"/>
                <w:szCs w:val="20"/>
              </w:rPr>
              <w:t>&lt;0.001</w:t>
            </w:r>
          </w:p>
        </w:tc>
        <w:tc>
          <w:tcPr>
            <w:tcW w:w="1085"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4BBB2EB2" w14:textId="77777777" w:rsidR="00FB21E9" w:rsidRPr="001A2E38" w:rsidRDefault="00FB21E9" w:rsidP="005046C0">
            <w:pPr>
              <w:keepNext/>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Times New Roman" w:hAnsi="Times New Roman" w:cs="Times New Roman"/>
                <w:color w:val="000000"/>
                <w:sz w:val="20"/>
                <w:szCs w:val="20"/>
              </w:rPr>
            </w:pPr>
            <w:r w:rsidRPr="001A2E38">
              <w:rPr>
                <w:rFonts w:ascii="Times New Roman" w:eastAsia="Times New Roman" w:hAnsi="Times New Roman" w:cs="Times New Roman"/>
                <w:color w:val="000000"/>
                <w:sz w:val="20"/>
                <w:szCs w:val="20"/>
              </w:rPr>
              <w:t>0.186</w:t>
            </w:r>
          </w:p>
        </w:tc>
        <w:tc>
          <w:tcPr>
            <w:tcW w:w="1592"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66FB4651" w14:textId="77777777" w:rsidR="00FB21E9" w:rsidRPr="001A2E38" w:rsidRDefault="00FB21E9" w:rsidP="005046C0">
            <w:pPr>
              <w:keepNext/>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Times New Roman" w:hAnsi="Times New Roman" w:cs="Times New Roman"/>
                <w:color w:val="000000"/>
                <w:sz w:val="20"/>
                <w:szCs w:val="20"/>
              </w:rPr>
            </w:pPr>
            <w:r w:rsidRPr="001A2E38">
              <w:rPr>
                <w:rFonts w:ascii="Times New Roman" w:eastAsia="Times New Roman" w:hAnsi="Times New Roman" w:cs="Times New Roman"/>
                <w:color w:val="000000"/>
                <w:sz w:val="20"/>
                <w:szCs w:val="20"/>
              </w:rPr>
              <w:t>0.124-0.259</w:t>
            </w:r>
          </w:p>
        </w:tc>
        <w:tc>
          <w:tcPr>
            <w:tcW w:w="1013"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50C58198" w14:textId="77777777" w:rsidR="00FB21E9" w:rsidRPr="001A2E38" w:rsidRDefault="00FB21E9" w:rsidP="005046C0">
            <w:pPr>
              <w:keepNext/>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Times New Roman" w:hAnsi="Times New Roman" w:cs="Times New Roman"/>
                <w:color w:val="000000"/>
                <w:sz w:val="20"/>
                <w:szCs w:val="20"/>
              </w:rPr>
            </w:pPr>
            <w:r w:rsidRPr="001A2E38">
              <w:rPr>
                <w:rFonts w:ascii="Times New Roman" w:eastAsia="Times New Roman" w:hAnsi="Times New Roman" w:cs="Times New Roman"/>
                <w:color w:val="000000"/>
                <w:sz w:val="20"/>
                <w:szCs w:val="20"/>
              </w:rPr>
              <w:t>&lt;0.001</w:t>
            </w:r>
          </w:p>
        </w:tc>
        <w:tc>
          <w:tcPr>
            <w:tcW w:w="1085"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44097AD6" w14:textId="77777777" w:rsidR="00FB21E9" w:rsidRPr="001A2E38" w:rsidRDefault="00FB21E9" w:rsidP="005046C0">
            <w:pPr>
              <w:keepNext/>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Times New Roman" w:hAnsi="Times New Roman" w:cs="Times New Roman"/>
                <w:color w:val="000000"/>
                <w:sz w:val="20"/>
                <w:szCs w:val="20"/>
              </w:rPr>
            </w:pPr>
            <w:r w:rsidRPr="001A2E38">
              <w:rPr>
                <w:rFonts w:ascii="Times New Roman" w:eastAsia="Times New Roman" w:hAnsi="Times New Roman" w:cs="Times New Roman"/>
                <w:color w:val="000000"/>
                <w:sz w:val="20"/>
                <w:szCs w:val="20"/>
              </w:rPr>
              <w:t>0.0012</w:t>
            </w:r>
          </w:p>
        </w:tc>
        <w:tc>
          <w:tcPr>
            <w:tcW w:w="1592"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3ABA3CAF" w14:textId="77777777" w:rsidR="00FB21E9" w:rsidRPr="001A2E38" w:rsidRDefault="00FB21E9" w:rsidP="005046C0">
            <w:pPr>
              <w:keepNext/>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Times New Roman" w:hAnsi="Times New Roman" w:cs="Times New Roman"/>
                <w:color w:val="000000"/>
                <w:sz w:val="20"/>
                <w:szCs w:val="20"/>
              </w:rPr>
            </w:pPr>
            <w:r w:rsidRPr="001A2E38">
              <w:rPr>
                <w:rFonts w:ascii="Times New Roman" w:eastAsia="Times New Roman" w:hAnsi="Times New Roman" w:cs="Times New Roman"/>
                <w:color w:val="000000"/>
                <w:sz w:val="20"/>
                <w:szCs w:val="20"/>
              </w:rPr>
              <w:t>0.0006-0.0021</w:t>
            </w:r>
          </w:p>
        </w:tc>
        <w:tc>
          <w:tcPr>
            <w:tcW w:w="1013"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15B6D05B" w14:textId="77777777" w:rsidR="00FB21E9" w:rsidRPr="001A2E38" w:rsidRDefault="00FB21E9" w:rsidP="005046C0">
            <w:pPr>
              <w:keepNext/>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Times New Roman" w:hAnsi="Times New Roman" w:cs="Times New Roman"/>
                <w:color w:val="000000"/>
                <w:sz w:val="20"/>
                <w:szCs w:val="20"/>
              </w:rPr>
            </w:pPr>
            <w:r w:rsidRPr="001A2E38">
              <w:rPr>
                <w:rFonts w:ascii="Times New Roman" w:eastAsia="Times New Roman" w:hAnsi="Times New Roman" w:cs="Times New Roman"/>
                <w:color w:val="000000"/>
                <w:sz w:val="20"/>
                <w:szCs w:val="20"/>
              </w:rPr>
              <w:t>&lt;0.001</w:t>
            </w:r>
          </w:p>
        </w:tc>
      </w:tr>
      <w:tr w:rsidR="00FB21E9" w:rsidRPr="001A2E38" w14:paraId="62C75B34" w14:textId="77777777" w:rsidTr="005046C0">
        <w:trPr>
          <w:cantSplit/>
          <w:jc w:val="center"/>
        </w:trPr>
        <w:tc>
          <w:tcPr>
            <w:tcW w:w="3978"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12281515" w14:textId="77777777" w:rsidR="00FB21E9" w:rsidRPr="001A2E38" w:rsidRDefault="00FB21E9" w:rsidP="005046C0">
            <w:pPr>
              <w:keepNext/>
              <w:pBdr>
                <w:top w:val="none" w:sz="0" w:space="0" w:color="000000"/>
                <w:left w:val="none" w:sz="0" w:space="0" w:color="000000"/>
                <w:bottom w:val="none" w:sz="0" w:space="0" w:color="000000"/>
                <w:right w:val="none" w:sz="0" w:space="0" w:color="000000"/>
              </w:pBdr>
              <w:spacing w:before="40" w:after="40"/>
              <w:ind w:left="40" w:right="40"/>
              <w:rPr>
                <w:rFonts w:ascii="Times New Roman" w:eastAsia="Times New Roman" w:hAnsi="Times New Roman" w:cs="Times New Roman"/>
                <w:b/>
                <w:color w:val="000000"/>
                <w:sz w:val="20"/>
                <w:szCs w:val="20"/>
              </w:rPr>
            </w:pPr>
            <w:r w:rsidRPr="001A2E38">
              <w:rPr>
                <w:rFonts w:ascii="Times New Roman" w:eastAsia="Times New Roman" w:hAnsi="Times New Roman" w:cs="Times New Roman"/>
                <w:b/>
                <w:color w:val="000000"/>
                <w:sz w:val="20"/>
                <w:szCs w:val="20"/>
              </w:rPr>
              <w:t>Conventional model + CHG-WC</w:t>
            </w:r>
          </w:p>
        </w:tc>
        <w:tc>
          <w:tcPr>
            <w:tcW w:w="1085"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26BD6FEB" w14:textId="77777777" w:rsidR="00FB21E9" w:rsidRPr="001A2E38" w:rsidRDefault="00FB21E9" w:rsidP="005046C0">
            <w:pPr>
              <w:keepNext/>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Times New Roman" w:hAnsi="Times New Roman" w:cs="Times New Roman"/>
                <w:color w:val="000000"/>
                <w:sz w:val="20"/>
                <w:szCs w:val="20"/>
              </w:rPr>
            </w:pPr>
            <w:r w:rsidRPr="001A2E38">
              <w:rPr>
                <w:rFonts w:ascii="Times New Roman" w:eastAsia="Times New Roman" w:hAnsi="Times New Roman" w:cs="Times New Roman"/>
                <w:color w:val="000000"/>
                <w:sz w:val="20"/>
                <w:szCs w:val="20"/>
              </w:rPr>
              <w:t>0.730</w:t>
            </w:r>
          </w:p>
        </w:tc>
        <w:tc>
          <w:tcPr>
            <w:tcW w:w="1592"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4C7B4111" w14:textId="77777777" w:rsidR="00FB21E9" w:rsidRPr="001A2E38" w:rsidRDefault="00FB21E9" w:rsidP="005046C0">
            <w:pPr>
              <w:keepNext/>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Times New Roman" w:hAnsi="Times New Roman" w:cs="Times New Roman"/>
                <w:color w:val="000000"/>
                <w:sz w:val="20"/>
                <w:szCs w:val="20"/>
              </w:rPr>
            </w:pPr>
            <w:r w:rsidRPr="001A2E38">
              <w:rPr>
                <w:rFonts w:ascii="Times New Roman" w:eastAsia="Times New Roman" w:hAnsi="Times New Roman" w:cs="Times New Roman"/>
                <w:color w:val="000000"/>
                <w:sz w:val="20"/>
                <w:szCs w:val="20"/>
              </w:rPr>
              <w:t>0.718-0.743</w:t>
            </w:r>
          </w:p>
        </w:tc>
        <w:tc>
          <w:tcPr>
            <w:tcW w:w="1013"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2F7C19F2" w14:textId="77777777" w:rsidR="00FB21E9" w:rsidRPr="001A2E38" w:rsidRDefault="00FB21E9" w:rsidP="005046C0">
            <w:pPr>
              <w:keepNext/>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Times New Roman" w:hAnsi="Times New Roman" w:cs="Times New Roman"/>
                <w:color w:val="000000"/>
                <w:sz w:val="20"/>
                <w:szCs w:val="20"/>
              </w:rPr>
            </w:pPr>
            <w:r w:rsidRPr="001A2E38">
              <w:rPr>
                <w:rFonts w:ascii="Times New Roman" w:eastAsia="Times New Roman" w:hAnsi="Times New Roman" w:cs="Times New Roman"/>
                <w:color w:val="000000"/>
                <w:sz w:val="20"/>
                <w:szCs w:val="20"/>
              </w:rPr>
              <w:t>&lt;0.001</w:t>
            </w:r>
          </w:p>
        </w:tc>
        <w:tc>
          <w:tcPr>
            <w:tcW w:w="1085"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46FC1A8D" w14:textId="77777777" w:rsidR="00FB21E9" w:rsidRPr="001A2E38" w:rsidRDefault="00FB21E9" w:rsidP="005046C0">
            <w:pPr>
              <w:keepNext/>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Times New Roman" w:hAnsi="Times New Roman" w:cs="Times New Roman"/>
                <w:color w:val="000000"/>
                <w:sz w:val="20"/>
                <w:szCs w:val="20"/>
              </w:rPr>
            </w:pPr>
            <w:r w:rsidRPr="001A2E38">
              <w:rPr>
                <w:rFonts w:ascii="Times New Roman" w:eastAsia="Times New Roman" w:hAnsi="Times New Roman" w:cs="Times New Roman"/>
                <w:color w:val="000000"/>
                <w:sz w:val="20"/>
                <w:szCs w:val="20"/>
              </w:rPr>
              <w:t>0.237</w:t>
            </w:r>
          </w:p>
        </w:tc>
        <w:tc>
          <w:tcPr>
            <w:tcW w:w="1592"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5093718F" w14:textId="77777777" w:rsidR="00FB21E9" w:rsidRPr="001A2E38" w:rsidRDefault="00FB21E9" w:rsidP="005046C0">
            <w:pPr>
              <w:keepNext/>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Times New Roman" w:hAnsi="Times New Roman" w:cs="Times New Roman"/>
                <w:color w:val="000000"/>
                <w:sz w:val="20"/>
                <w:szCs w:val="20"/>
              </w:rPr>
            </w:pPr>
            <w:r w:rsidRPr="001A2E38">
              <w:rPr>
                <w:rFonts w:ascii="Times New Roman" w:eastAsia="Times New Roman" w:hAnsi="Times New Roman" w:cs="Times New Roman"/>
                <w:color w:val="000000"/>
                <w:sz w:val="20"/>
                <w:szCs w:val="20"/>
              </w:rPr>
              <w:t>0.166-0.300</w:t>
            </w:r>
          </w:p>
        </w:tc>
        <w:tc>
          <w:tcPr>
            <w:tcW w:w="1013"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437848BA" w14:textId="77777777" w:rsidR="00FB21E9" w:rsidRPr="001A2E38" w:rsidRDefault="00FB21E9" w:rsidP="005046C0">
            <w:pPr>
              <w:keepNext/>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Times New Roman" w:hAnsi="Times New Roman" w:cs="Times New Roman"/>
                <w:color w:val="000000"/>
                <w:sz w:val="20"/>
                <w:szCs w:val="20"/>
              </w:rPr>
            </w:pPr>
            <w:r w:rsidRPr="001A2E38">
              <w:rPr>
                <w:rFonts w:ascii="Times New Roman" w:eastAsia="Times New Roman" w:hAnsi="Times New Roman" w:cs="Times New Roman"/>
                <w:color w:val="000000"/>
                <w:sz w:val="20"/>
                <w:szCs w:val="20"/>
              </w:rPr>
              <w:t>&lt;0.001</w:t>
            </w:r>
          </w:p>
        </w:tc>
        <w:tc>
          <w:tcPr>
            <w:tcW w:w="1085"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788ACFDF" w14:textId="77777777" w:rsidR="00FB21E9" w:rsidRPr="001A2E38" w:rsidRDefault="00FB21E9" w:rsidP="005046C0">
            <w:pPr>
              <w:keepNext/>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Times New Roman" w:hAnsi="Times New Roman" w:cs="Times New Roman"/>
                <w:color w:val="000000"/>
                <w:sz w:val="20"/>
                <w:szCs w:val="20"/>
              </w:rPr>
            </w:pPr>
            <w:r w:rsidRPr="001A2E38">
              <w:rPr>
                <w:rFonts w:ascii="Times New Roman" w:eastAsia="Times New Roman" w:hAnsi="Times New Roman" w:cs="Times New Roman"/>
                <w:color w:val="000000"/>
                <w:sz w:val="20"/>
                <w:szCs w:val="20"/>
              </w:rPr>
              <w:t>0.0028</w:t>
            </w:r>
          </w:p>
        </w:tc>
        <w:tc>
          <w:tcPr>
            <w:tcW w:w="1592"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0055A915" w14:textId="77777777" w:rsidR="00FB21E9" w:rsidRPr="001A2E38" w:rsidRDefault="00FB21E9" w:rsidP="005046C0">
            <w:pPr>
              <w:keepNext/>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Times New Roman" w:hAnsi="Times New Roman" w:cs="Times New Roman"/>
                <w:color w:val="000000"/>
                <w:sz w:val="20"/>
                <w:szCs w:val="20"/>
              </w:rPr>
            </w:pPr>
            <w:r w:rsidRPr="001A2E38">
              <w:rPr>
                <w:rFonts w:ascii="Times New Roman" w:eastAsia="Times New Roman" w:hAnsi="Times New Roman" w:cs="Times New Roman"/>
                <w:color w:val="000000"/>
                <w:sz w:val="20"/>
                <w:szCs w:val="20"/>
              </w:rPr>
              <w:t>0.0018-0.0044</w:t>
            </w:r>
          </w:p>
        </w:tc>
        <w:tc>
          <w:tcPr>
            <w:tcW w:w="1013"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714442E6" w14:textId="77777777" w:rsidR="00FB21E9" w:rsidRPr="001A2E38" w:rsidRDefault="00FB21E9" w:rsidP="005046C0">
            <w:pPr>
              <w:keepNext/>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Times New Roman" w:hAnsi="Times New Roman" w:cs="Times New Roman"/>
                <w:color w:val="000000"/>
                <w:sz w:val="20"/>
                <w:szCs w:val="20"/>
              </w:rPr>
            </w:pPr>
            <w:r w:rsidRPr="001A2E38">
              <w:rPr>
                <w:rFonts w:ascii="Times New Roman" w:eastAsia="Times New Roman" w:hAnsi="Times New Roman" w:cs="Times New Roman"/>
                <w:color w:val="000000"/>
                <w:sz w:val="20"/>
                <w:szCs w:val="20"/>
              </w:rPr>
              <w:t>&lt;0.001</w:t>
            </w:r>
          </w:p>
        </w:tc>
      </w:tr>
      <w:tr w:rsidR="00FB21E9" w:rsidRPr="001A2E38" w14:paraId="01A75E11" w14:textId="77777777" w:rsidTr="005046C0">
        <w:trPr>
          <w:cantSplit/>
          <w:jc w:val="center"/>
        </w:trPr>
        <w:tc>
          <w:tcPr>
            <w:tcW w:w="3978"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1502C677" w14:textId="77777777" w:rsidR="00FB21E9" w:rsidRPr="001A2E38" w:rsidRDefault="00FB21E9" w:rsidP="005046C0">
            <w:pPr>
              <w:keepNext/>
              <w:pBdr>
                <w:top w:val="none" w:sz="0" w:space="0" w:color="000000"/>
                <w:left w:val="none" w:sz="0" w:space="0" w:color="000000"/>
                <w:bottom w:val="none" w:sz="0" w:space="0" w:color="000000"/>
                <w:right w:val="none" w:sz="0" w:space="0" w:color="000000"/>
              </w:pBdr>
              <w:spacing w:before="40" w:after="40"/>
              <w:ind w:left="40" w:right="40"/>
              <w:rPr>
                <w:rFonts w:ascii="Times New Roman" w:eastAsia="Times New Roman" w:hAnsi="Times New Roman" w:cs="Times New Roman"/>
                <w:b/>
                <w:color w:val="000000"/>
                <w:sz w:val="20"/>
                <w:szCs w:val="20"/>
              </w:rPr>
            </w:pPr>
            <w:r w:rsidRPr="001A2E38">
              <w:rPr>
                <w:rFonts w:ascii="Times New Roman" w:eastAsia="Times New Roman" w:hAnsi="Times New Roman" w:cs="Times New Roman"/>
                <w:b/>
                <w:color w:val="000000"/>
                <w:sz w:val="20"/>
                <w:szCs w:val="20"/>
              </w:rPr>
              <w:t>Conventional model + CHG-WHtR</w:t>
            </w:r>
          </w:p>
        </w:tc>
        <w:tc>
          <w:tcPr>
            <w:tcW w:w="1085"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26847E47" w14:textId="77777777" w:rsidR="00FB21E9" w:rsidRPr="001A2E38" w:rsidRDefault="00FB21E9" w:rsidP="005046C0">
            <w:pPr>
              <w:keepNext/>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Times New Roman" w:hAnsi="Times New Roman" w:cs="Times New Roman"/>
                <w:color w:val="000000"/>
                <w:sz w:val="20"/>
                <w:szCs w:val="20"/>
              </w:rPr>
            </w:pPr>
            <w:r w:rsidRPr="001A2E38">
              <w:rPr>
                <w:rFonts w:ascii="Times New Roman" w:eastAsia="Times New Roman" w:hAnsi="Times New Roman" w:cs="Times New Roman"/>
                <w:color w:val="000000"/>
                <w:sz w:val="20"/>
                <w:szCs w:val="20"/>
              </w:rPr>
              <w:t>0.733</w:t>
            </w:r>
          </w:p>
        </w:tc>
        <w:tc>
          <w:tcPr>
            <w:tcW w:w="1592"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43ED225D" w14:textId="77777777" w:rsidR="00FB21E9" w:rsidRPr="001A2E38" w:rsidRDefault="00FB21E9" w:rsidP="005046C0">
            <w:pPr>
              <w:keepNext/>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Times New Roman" w:hAnsi="Times New Roman" w:cs="Times New Roman"/>
                <w:color w:val="000000"/>
                <w:sz w:val="20"/>
                <w:szCs w:val="20"/>
              </w:rPr>
            </w:pPr>
            <w:r w:rsidRPr="001A2E38">
              <w:rPr>
                <w:rFonts w:ascii="Times New Roman" w:eastAsia="Times New Roman" w:hAnsi="Times New Roman" w:cs="Times New Roman"/>
                <w:color w:val="000000"/>
                <w:sz w:val="20"/>
                <w:szCs w:val="20"/>
              </w:rPr>
              <w:t>0.720-0.745</w:t>
            </w:r>
          </w:p>
        </w:tc>
        <w:tc>
          <w:tcPr>
            <w:tcW w:w="1013"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7B4C28F1" w14:textId="77777777" w:rsidR="00FB21E9" w:rsidRPr="001A2E38" w:rsidRDefault="00FB21E9" w:rsidP="005046C0">
            <w:pPr>
              <w:keepNext/>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Times New Roman" w:hAnsi="Times New Roman" w:cs="Times New Roman"/>
                <w:color w:val="000000"/>
                <w:sz w:val="20"/>
                <w:szCs w:val="20"/>
              </w:rPr>
            </w:pPr>
            <w:r w:rsidRPr="001A2E38">
              <w:rPr>
                <w:rFonts w:ascii="Times New Roman" w:eastAsia="Times New Roman" w:hAnsi="Times New Roman" w:cs="Times New Roman"/>
                <w:color w:val="000000"/>
                <w:sz w:val="20"/>
                <w:szCs w:val="20"/>
              </w:rPr>
              <w:t>&lt;0.001</w:t>
            </w:r>
          </w:p>
        </w:tc>
        <w:tc>
          <w:tcPr>
            <w:tcW w:w="1085"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33CB999E" w14:textId="77777777" w:rsidR="00FB21E9" w:rsidRPr="001A2E38" w:rsidRDefault="00FB21E9" w:rsidP="005046C0">
            <w:pPr>
              <w:keepNext/>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Times New Roman" w:hAnsi="Times New Roman" w:cs="Times New Roman"/>
                <w:color w:val="000000"/>
                <w:sz w:val="20"/>
                <w:szCs w:val="20"/>
              </w:rPr>
            </w:pPr>
            <w:r w:rsidRPr="001A2E38">
              <w:rPr>
                <w:rFonts w:ascii="Times New Roman" w:eastAsia="Times New Roman" w:hAnsi="Times New Roman" w:cs="Times New Roman"/>
                <w:color w:val="000000"/>
                <w:sz w:val="20"/>
                <w:szCs w:val="20"/>
              </w:rPr>
              <w:t>0.250</w:t>
            </w:r>
          </w:p>
        </w:tc>
        <w:tc>
          <w:tcPr>
            <w:tcW w:w="1592"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24D103D0" w14:textId="77777777" w:rsidR="00FB21E9" w:rsidRPr="001A2E38" w:rsidRDefault="00FB21E9" w:rsidP="005046C0">
            <w:pPr>
              <w:keepNext/>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Times New Roman" w:hAnsi="Times New Roman" w:cs="Times New Roman"/>
                <w:color w:val="000000"/>
                <w:sz w:val="20"/>
                <w:szCs w:val="20"/>
              </w:rPr>
            </w:pPr>
            <w:r w:rsidRPr="001A2E38">
              <w:rPr>
                <w:rFonts w:ascii="Times New Roman" w:eastAsia="Times New Roman" w:hAnsi="Times New Roman" w:cs="Times New Roman"/>
                <w:color w:val="000000"/>
                <w:sz w:val="20"/>
                <w:szCs w:val="20"/>
              </w:rPr>
              <w:t>0.195-0.322</w:t>
            </w:r>
          </w:p>
        </w:tc>
        <w:tc>
          <w:tcPr>
            <w:tcW w:w="1013"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018C0BFF" w14:textId="77777777" w:rsidR="00FB21E9" w:rsidRPr="001A2E38" w:rsidRDefault="00FB21E9" w:rsidP="005046C0">
            <w:pPr>
              <w:keepNext/>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Times New Roman" w:hAnsi="Times New Roman" w:cs="Times New Roman"/>
                <w:color w:val="000000"/>
                <w:sz w:val="20"/>
                <w:szCs w:val="20"/>
              </w:rPr>
            </w:pPr>
            <w:r w:rsidRPr="001A2E38">
              <w:rPr>
                <w:rFonts w:ascii="Times New Roman" w:eastAsia="Times New Roman" w:hAnsi="Times New Roman" w:cs="Times New Roman"/>
                <w:color w:val="000000"/>
                <w:sz w:val="20"/>
                <w:szCs w:val="20"/>
              </w:rPr>
              <w:t>&lt;0.001</w:t>
            </w:r>
          </w:p>
        </w:tc>
        <w:tc>
          <w:tcPr>
            <w:tcW w:w="1085"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74B4E969" w14:textId="77777777" w:rsidR="00FB21E9" w:rsidRPr="001A2E38" w:rsidRDefault="00FB21E9" w:rsidP="005046C0">
            <w:pPr>
              <w:keepNext/>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Times New Roman" w:hAnsi="Times New Roman" w:cs="Times New Roman"/>
                <w:color w:val="000000"/>
                <w:sz w:val="20"/>
                <w:szCs w:val="20"/>
              </w:rPr>
            </w:pPr>
            <w:r w:rsidRPr="001A2E38">
              <w:rPr>
                <w:rFonts w:ascii="Times New Roman" w:eastAsia="Times New Roman" w:hAnsi="Times New Roman" w:cs="Times New Roman"/>
                <w:color w:val="000000"/>
                <w:sz w:val="20"/>
                <w:szCs w:val="20"/>
              </w:rPr>
              <w:t>0.0029</w:t>
            </w:r>
          </w:p>
        </w:tc>
        <w:tc>
          <w:tcPr>
            <w:tcW w:w="1592"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5B6B4EB1" w14:textId="77777777" w:rsidR="00FB21E9" w:rsidRPr="001A2E38" w:rsidRDefault="00FB21E9" w:rsidP="005046C0">
            <w:pPr>
              <w:keepNext/>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Times New Roman" w:hAnsi="Times New Roman" w:cs="Times New Roman"/>
                <w:color w:val="000000"/>
                <w:sz w:val="20"/>
                <w:szCs w:val="20"/>
              </w:rPr>
            </w:pPr>
            <w:r w:rsidRPr="001A2E38">
              <w:rPr>
                <w:rFonts w:ascii="Times New Roman" w:eastAsia="Times New Roman" w:hAnsi="Times New Roman" w:cs="Times New Roman"/>
                <w:color w:val="000000"/>
                <w:sz w:val="20"/>
                <w:szCs w:val="20"/>
              </w:rPr>
              <w:t>0.0019-0.0045</w:t>
            </w:r>
          </w:p>
        </w:tc>
        <w:tc>
          <w:tcPr>
            <w:tcW w:w="1013"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3EB6B0BF" w14:textId="77777777" w:rsidR="00FB21E9" w:rsidRPr="001A2E38" w:rsidRDefault="00FB21E9" w:rsidP="005046C0">
            <w:pPr>
              <w:keepNext/>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Times New Roman" w:hAnsi="Times New Roman" w:cs="Times New Roman"/>
                <w:color w:val="000000"/>
                <w:sz w:val="20"/>
                <w:szCs w:val="20"/>
              </w:rPr>
            </w:pPr>
            <w:r w:rsidRPr="001A2E38">
              <w:rPr>
                <w:rFonts w:ascii="Times New Roman" w:eastAsia="Times New Roman" w:hAnsi="Times New Roman" w:cs="Times New Roman"/>
                <w:color w:val="000000"/>
                <w:sz w:val="20"/>
                <w:szCs w:val="20"/>
              </w:rPr>
              <w:t>&lt;0.001</w:t>
            </w:r>
          </w:p>
        </w:tc>
      </w:tr>
      <w:tr w:rsidR="00FB21E9" w:rsidRPr="001A2E38" w14:paraId="49A11487" w14:textId="77777777" w:rsidTr="005046C0">
        <w:trPr>
          <w:cantSplit/>
          <w:jc w:val="center"/>
        </w:trPr>
        <w:tc>
          <w:tcPr>
            <w:tcW w:w="3978"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0CD05B04" w14:textId="77777777" w:rsidR="00FB21E9" w:rsidRPr="001A2E38" w:rsidRDefault="00FB21E9" w:rsidP="005046C0">
            <w:pPr>
              <w:keepNext/>
              <w:pBdr>
                <w:top w:val="none" w:sz="0" w:space="0" w:color="000000"/>
                <w:left w:val="none" w:sz="0" w:space="0" w:color="000000"/>
                <w:bottom w:val="none" w:sz="0" w:space="0" w:color="000000"/>
                <w:right w:val="none" w:sz="0" w:space="0" w:color="000000"/>
              </w:pBdr>
              <w:spacing w:before="40" w:after="40"/>
              <w:ind w:left="40" w:right="40"/>
              <w:rPr>
                <w:rFonts w:ascii="Times New Roman" w:eastAsia="Times New Roman" w:hAnsi="Times New Roman" w:cs="Times New Roman"/>
                <w:b/>
                <w:color w:val="000000"/>
                <w:sz w:val="20"/>
                <w:szCs w:val="20"/>
              </w:rPr>
            </w:pPr>
            <w:r w:rsidRPr="001A2E38">
              <w:rPr>
                <w:rFonts w:ascii="Times New Roman" w:eastAsia="Times New Roman" w:hAnsi="Times New Roman" w:cs="Times New Roman"/>
                <w:b/>
                <w:color w:val="000000"/>
                <w:sz w:val="20"/>
                <w:szCs w:val="20"/>
              </w:rPr>
              <w:t>Conventional model + CHG-BRI</w:t>
            </w:r>
          </w:p>
        </w:tc>
        <w:tc>
          <w:tcPr>
            <w:tcW w:w="1085"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30405BB5" w14:textId="77777777" w:rsidR="00FB21E9" w:rsidRPr="001A2E38" w:rsidRDefault="00FB21E9" w:rsidP="005046C0">
            <w:pPr>
              <w:keepNext/>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Times New Roman" w:hAnsi="Times New Roman" w:cs="Times New Roman"/>
                <w:color w:val="000000"/>
                <w:sz w:val="20"/>
                <w:szCs w:val="20"/>
              </w:rPr>
            </w:pPr>
            <w:r w:rsidRPr="001A2E38">
              <w:rPr>
                <w:rFonts w:ascii="Times New Roman" w:eastAsia="Times New Roman" w:hAnsi="Times New Roman" w:cs="Times New Roman"/>
                <w:color w:val="000000"/>
                <w:sz w:val="20"/>
                <w:szCs w:val="20"/>
              </w:rPr>
              <w:t>0.722</w:t>
            </w:r>
          </w:p>
        </w:tc>
        <w:tc>
          <w:tcPr>
            <w:tcW w:w="1592"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300AF706" w14:textId="77777777" w:rsidR="00FB21E9" w:rsidRPr="001A2E38" w:rsidRDefault="00FB21E9" w:rsidP="005046C0">
            <w:pPr>
              <w:keepNext/>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Times New Roman" w:hAnsi="Times New Roman" w:cs="Times New Roman"/>
                <w:color w:val="000000"/>
                <w:sz w:val="20"/>
                <w:szCs w:val="20"/>
              </w:rPr>
            </w:pPr>
            <w:r w:rsidRPr="001A2E38">
              <w:rPr>
                <w:rFonts w:ascii="Times New Roman" w:eastAsia="Times New Roman" w:hAnsi="Times New Roman" w:cs="Times New Roman"/>
                <w:color w:val="000000"/>
                <w:sz w:val="20"/>
                <w:szCs w:val="20"/>
              </w:rPr>
              <w:t>0.710-0.735</w:t>
            </w:r>
          </w:p>
        </w:tc>
        <w:tc>
          <w:tcPr>
            <w:tcW w:w="1013"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2FB36F38" w14:textId="77777777" w:rsidR="00FB21E9" w:rsidRPr="001A2E38" w:rsidRDefault="00FB21E9" w:rsidP="005046C0">
            <w:pPr>
              <w:keepNext/>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Times New Roman" w:hAnsi="Times New Roman" w:cs="Times New Roman"/>
                <w:color w:val="000000"/>
                <w:sz w:val="20"/>
                <w:szCs w:val="20"/>
              </w:rPr>
            </w:pPr>
            <w:r w:rsidRPr="001A2E38">
              <w:rPr>
                <w:rFonts w:ascii="Times New Roman" w:eastAsia="Times New Roman" w:hAnsi="Times New Roman" w:cs="Times New Roman"/>
                <w:color w:val="000000"/>
                <w:sz w:val="20"/>
                <w:szCs w:val="20"/>
              </w:rPr>
              <w:t>&lt;0.001</w:t>
            </w:r>
          </w:p>
        </w:tc>
        <w:tc>
          <w:tcPr>
            <w:tcW w:w="1085"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11BE84DC" w14:textId="77777777" w:rsidR="00FB21E9" w:rsidRPr="001A2E38" w:rsidRDefault="00FB21E9" w:rsidP="005046C0">
            <w:pPr>
              <w:keepNext/>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Times New Roman" w:hAnsi="Times New Roman" w:cs="Times New Roman"/>
                <w:color w:val="000000"/>
                <w:sz w:val="20"/>
                <w:szCs w:val="20"/>
              </w:rPr>
            </w:pPr>
            <w:r w:rsidRPr="001A2E38">
              <w:rPr>
                <w:rFonts w:ascii="Times New Roman" w:eastAsia="Times New Roman" w:hAnsi="Times New Roman" w:cs="Times New Roman"/>
                <w:color w:val="000000"/>
                <w:sz w:val="20"/>
                <w:szCs w:val="20"/>
              </w:rPr>
              <w:t>0.274</w:t>
            </w:r>
          </w:p>
        </w:tc>
        <w:tc>
          <w:tcPr>
            <w:tcW w:w="1592"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54FBAF05" w14:textId="77777777" w:rsidR="00FB21E9" w:rsidRPr="001A2E38" w:rsidRDefault="00FB21E9" w:rsidP="005046C0">
            <w:pPr>
              <w:keepNext/>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Times New Roman" w:hAnsi="Times New Roman" w:cs="Times New Roman"/>
                <w:color w:val="000000"/>
                <w:sz w:val="20"/>
                <w:szCs w:val="20"/>
              </w:rPr>
            </w:pPr>
            <w:r w:rsidRPr="001A2E38">
              <w:rPr>
                <w:rFonts w:ascii="Times New Roman" w:eastAsia="Times New Roman" w:hAnsi="Times New Roman" w:cs="Times New Roman"/>
                <w:color w:val="000000"/>
                <w:sz w:val="20"/>
                <w:szCs w:val="20"/>
              </w:rPr>
              <w:t>0.192-0.324</w:t>
            </w:r>
          </w:p>
        </w:tc>
        <w:tc>
          <w:tcPr>
            <w:tcW w:w="1013"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567632C3" w14:textId="77777777" w:rsidR="00FB21E9" w:rsidRPr="001A2E38" w:rsidRDefault="00FB21E9" w:rsidP="005046C0">
            <w:pPr>
              <w:keepNext/>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Times New Roman" w:hAnsi="Times New Roman" w:cs="Times New Roman"/>
                <w:color w:val="000000"/>
                <w:sz w:val="20"/>
                <w:szCs w:val="20"/>
              </w:rPr>
            </w:pPr>
            <w:r w:rsidRPr="001A2E38">
              <w:rPr>
                <w:rFonts w:ascii="Times New Roman" w:eastAsia="Times New Roman" w:hAnsi="Times New Roman" w:cs="Times New Roman"/>
                <w:color w:val="000000"/>
                <w:sz w:val="20"/>
                <w:szCs w:val="20"/>
              </w:rPr>
              <w:t>&lt;0.001</w:t>
            </w:r>
          </w:p>
        </w:tc>
        <w:tc>
          <w:tcPr>
            <w:tcW w:w="1085"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0F864034" w14:textId="77777777" w:rsidR="00FB21E9" w:rsidRPr="001A2E38" w:rsidRDefault="00FB21E9" w:rsidP="005046C0">
            <w:pPr>
              <w:keepNext/>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Times New Roman" w:hAnsi="Times New Roman" w:cs="Times New Roman"/>
                <w:color w:val="000000"/>
                <w:sz w:val="20"/>
                <w:szCs w:val="20"/>
              </w:rPr>
            </w:pPr>
            <w:r w:rsidRPr="001A2E38">
              <w:rPr>
                <w:rFonts w:ascii="Times New Roman" w:eastAsia="Times New Roman" w:hAnsi="Times New Roman" w:cs="Times New Roman"/>
                <w:color w:val="000000"/>
                <w:sz w:val="20"/>
                <w:szCs w:val="20"/>
              </w:rPr>
              <w:t>0.0017</w:t>
            </w:r>
          </w:p>
        </w:tc>
        <w:tc>
          <w:tcPr>
            <w:tcW w:w="1592"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2C59CACE" w14:textId="77777777" w:rsidR="00FB21E9" w:rsidRPr="001A2E38" w:rsidRDefault="00FB21E9" w:rsidP="005046C0">
            <w:pPr>
              <w:keepNext/>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Times New Roman" w:hAnsi="Times New Roman" w:cs="Times New Roman"/>
                <w:color w:val="000000"/>
                <w:sz w:val="20"/>
                <w:szCs w:val="20"/>
              </w:rPr>
            </w:pPr>
            <w:r w:rsidRPr="001A2E38">
              <w:rPr>
                <w:rFonts w:ascii="Times New Roman" w:eastAsia="Times New Roman" w:hAnsi="Times New Roman" w:cs="Times New Roman"/>
                <w:color w:val="000000"/>
                <w:sz w:val="20"/>
                <w:szCs w:val="20"/>
              </w:rPr>
              <w:t>0.0011-0.0027</w:t>
            </w:r>
          </w:p>
        </w:tc>
        <w:tc>
          <w:tcPr>
            <w:tcW w:w="1013"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0BC6185B" w14:textId="77777777" w:rsidR="00FB21E9" w:rsidRPr="001A2E38" w:rsidRDefault="00FB21E9" w:rsidP="005046C0">
            <w:pPr>
              <w:keepNext/>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Times New Roman" w:hAnsi="Times New Roman" w:cs="Times New Roman"/>
                <w:color w:val="000000"/>
                <w:sz w:val="20"/>
                <w:szCs w:val="20"/>
              </w:rPr>
            </w:pPr>
            <w:r w:rsidRPr="001A2E38">
              <w:rPr>
                <w:rFonts w:ascii="Times New Roman" w:eastAsia="Times New Roman" w:hAnsi="Times New Roman" w:cs="Times New Roman"/>
                <w:color w:val="000000"/>
                <w:sz w:val="20"/>
                <w:szCs w:val="20"/>
              </w:rPr>
              <w:t>&lt;0.001</w:t>
            </w:r>
          </w:p>
        </w:tc>
      </w:tr>
      <w:tr w:rsidR="00FB21E9" w:rsidRPr="001A2E38" w14:paraId="3D6CF19C" w14:textId="77777777" w:rsidTr="005046C0">
        <w:trPr>
          <w:cantSplit/>
          <w:jc w:val="center"/>
        </w:trPr>
        <w:tc>
          <w:tcPr>
            <w:tcW w:w="3978"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439D6518" w14:textId="77777777" w:rsidR="00FB21E9" w:rsidRPr="001A2E38" w:rsidRDefault="00FB21E9" w:rsidP="005046C0">
            <w:pPr>
              <w:keepNext/>
              <w:pBdr>
                <w:top w:val="none" w:sz="0" w:space="0" w:color="000000"/>
                <w:left w:val="none" w:sz="0" w:space="0" w:color="000000"/>
                <w:bottom w:val="none" w:sz="0" w:space="0" w:color="000000"/>
                <w:right w:val="none" w:sz="0" w:space="0" w:color="000000"/>
              </w:pBdr>
              <w:spacing w:before="40" w:after="40"/>
              <w:ind w:left="40" w:right="40"/>
              <w:rPr>
                <w:rFonts w:ascii="Times New Roman" w:eastAsia="Times New Roman" w:hAnsi="Times New Roman" w:cs="Times New Roman"/>
                <w:b/>
                <w:color w:val="000000"/>
                <w:sz w:val="20"/>
                <w:szCs w:val="20"/>
              </w:rPr>
            </w:pPr>
            <w:r w:rsidRPr="001A2E38">
              <w:rPr>
                <w:rFonts w:ascii="Times New Roman" w:eastAsia="Times New Roman" w:hAnsi="Times New Roman" w:cs="Times New Roman"/>
                <w:b/>
                <w:color w:val="000000"/>
                <w:sz w:val="20"/>
                <w:szCs w:val="20"/>
              </w:rPr>
              <w:t>Conventional model + CHG-ABSI</w:t>
            </w:r>
          </w:p>
        </w:tc>
        <w:tc>
          <w:tcPr>
            <w:tcW w:w="1085"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083C32B2" w14:textId="77777777" w:rsidR="00FB21E9" w:rsidRPr="001A2E38" w:rsidRDefault="00FB21E9" w:rsidP="005046C0">
            <w:pPr>
              <w:keepNext/>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Times New Roman" w:hAnsi="Times New Roman" w:cs="Times New Roman"/>
                <w:color w:val="000000"/>
                <w:sz w:val="20"/>
                <w:szCs w:val="20"/>
              </w:rPr>
            </w:pPr>
            <w:r w:rsidRPr="001A2E38">
              <w:rPr>
                <w:rFonts w:ascii="Times New Roman" w:eastAsia="Times New Roman" w:hAnsi="Times New Roman" w:cs="Times New Roman"/>
                <w:color w:val="000000"/>
                <w:sz w:val="20"/>
                <w:szCs w:val="20"/>
              </w:rPr>
              <w:t>0.718</w:t>
            </w:r>
          </w:p>
        </w:tc>
        <w:tc>
          <w:tcPr>
            <w:tcW w:w="1592"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08719C80" w14:textId="77777777" w:rsidR="00FB21E9" w:rsidRPr="001A2E38" w:rsidRDefault="00FB21E9" w:rsidP="005046C0">
            <w:pPr>
              <w:keepNext/>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Times New Roman" w:hAnsi="Times New Roman" w:cs="Times New Roman"/>
                <w:color w:val="000000"/>
                <w:sz w:val="20"/>
                <w:szCs w:val="20"/>
              </w:rPr>
            </w:pPr>
            <w:r w:rsidRPr="001A2E38">
              <w:rPr>
                <w:rFonts w:ascii="Times New Roman" w:eastAsia="Times New Roman" w:hAnsi="Times New Roman" w:cs="Times New Roman"/>
                <w:color w:val="000000"/>
                <w:sz w:val="20"/>
                <w:szCs w:val="20"/>
              </w:rPr>
              <w:t>0.705-0.730</w:t>
            </w:r>
          </w:p>
        </w:tc>
        <w:tc>
          <w:tcPr>
            <w:tcW w:w="1013"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098D9912" w14:textId="77777777" w:rsidR="00FB21E9" w:rsidRPr="001A2E38" w:rsidRDefault="00FB21E9" w:rsidP="005046C0">
            <w:pPr>
              <w:keepNext/>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Times New Roman" w:hAnsi="Times New Roman" w:cs="Times New Roman"/>
                <w:color w:val="000000"/>
                <w:sz w:val="20"/>
                <w:szCs w:val="20"/>
              </w:rPr>
            </w:pPr>
            <w:r w:rsidRPr="001A2E38">
              <w:rPr>
                <w:rFonts w:ascii="Times New Roman" w:eastAsia="Times New Roman" w:hAnsi="Times New Roman" w:cs="Times New Roman"/>
                <w:color w:val="000000"/>
                <w:sz w:val="20"/>
                <w:szCs w:val="20"/>
              </w:rPr>
              <w:t>&lt;0.001</w:t>
            </w:r>
          </w:p>
        </w:tc>
        <w:tc>
          <w:tcPr>
            <w:tcW w:w="1085"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1835EE5B" w14:textId="77777777" w:rsidR="00FB21E9" w:rsidRPr="001A2E38" w:rsidRDefault="00FB21E9" w:rsidP="005046C0">
            <w:pPr>
              <w:keepNext/>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Times New Roman" w:hAnsi="Times New Roman" w:cs="Times New Roman"/>
                <w:color w:val="000000"/>
                <w:sz w:val="20"/>
                <w:szCs w:val="20"/>
              </w:rPr>
            </w:pPr>
            <w:r w:rsidRPr="001A2E38">
              <w:rPr>
                <w:rFonts w:ascii="Times New Roman" w:eastAsia="Times New Roman" w:hAnsi="Times New Roman" w:cs="Times New Roman"/>
                <w:color w:val="000000"/>
                <w:sz w:val="20"/>
                <w:szCs w:val="20"/>
              </w:rPr>
              <w:t>0.210</w:t>
            </w:r>
          </w:p>
        </w:tc>
        <w:tc>
          <w:tcPr>
            <w:tcW w:w="1592"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6805CFFB" w14:textId="77777777" w:rsidR="00FB21E9" w:rsidRPr="001A2E38" w:rsidRDefault="00FB21E9" w:rsidP="005046C0">
            <w:pPr>
              <w:keepNext/>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Times New Roman" w:hAnsi="Times New Roman" w:cs="Times New Roman"/>
                <w:color w:val="000000"/>
                <w:sz w:val="20"/>
                <w:szCs w:val="20"/>
              </w:rPr>
            </w:pPr>
            <w:r w:rsidRPr="001A2E38">
              <w:rPr>
                <w:rFonts w:ascii="Times New Roman" w:eastAsia="Times New Roman" w:hAnsi="Times New Roman" w:cs="Times New Roman"/>
                <w:color w:val="000000"/>
                <w:sz w:val="20"/>
                <w:szCs w:val="20"/>
              </w:rPr>
              <w:t>0.141-0.262</w:t>
            </w:r>
          </w:p>
        </w:tc>
        <w:tc>
          <w:tcPr>
            <w:tcW w:w="1013"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4208AF7E" w14:textId="77777777" w:rsidR="00FB21E9" w:rsidRPr="001A2E38" w:rsidRDefault="00FB21E9" w:rsidP="005046C0">
            <w:pPr>
              <w:keepNext/>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Times New Roman" w:hAnsi="Times New Roman" w:cs="Times New Roman"/>
                <w:color w:val="000000"/>
                <w:sz w:val="20"/>
                <w:szCs w:val="20"/>
              </w:rPr>
            </w:pPr>
            <w:r w:rsidRPr="001A2E38">
              <w:rPr>
                <w:rFonts w:ascii="Times New Roman" w:eastAsia="Times New Roman" w:hAnsi="Times New Roman" w:cs="Times New Roman"/>
                <w:color w:val="000000"/>
                <w:sz w:val="20"/>
                <w:szCs w:val="20"/>
              </w:rPr>
              <w:t>&lt;0.001</w:t>
            </w:r>
          </w:p>
        </w:tc>
        <w:tc>
          <w:tcPr>
            <w:tcW w:w="1085"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62415069" w14:textId="77777777" w:rsidR="00FB21E9" w:rsidRPr="001A2E38" w:rsidRDefault="00FB21E9" w:rsidP="005046C0">
            <w:pPr>
              <w:keepNext/>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Times New Roman" w:hAnsi="Times New Roman" w:cs="Times New Roman"/>
                <w:color w:val="000000"/>
                <w:sz w:val="20"/>
                <w:szCs w:val="20"/>
              </w:rPr>
            </w:pPr>
            <w:r w:rsidRPr="001A2E38">
              <w:rPr>
                <w:rFonts w:ascii="Times New Roman" w:eastAsia="Times New Roman" w:hAnsi="Times New Roman" w:cs="Times New Roman"/>
                <w:color w:val="000000"/>
                <w:sz w:val="20"/>
                <w:szCs w:val="20"/>
              </w:rPr>
              <w:t>0.0021</w:t>
            </w:r>
          </w:p>
        </w:tc>
        <w:tc>
          <w:tcPr>
            <w:tcW w:w="1592"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7EB6AB9A" w14:textId="77777777" w:rsidR="00FB21E9" w:rsidRPr="001A2E38" w:rsidRDefault="00FB21E9" w:rsidP="005046C0">
            <w:pPr>
              <w:keepNext/>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Times New Roman" w:hAnsi="Times New Roman" w:cs="Times New Roman"/>
                <w:color w:val="000000"/>
                <w:sz w:val="20"/>
                <w:szCs w:val="20"/>
              </w:rPr>
            </w:pPr>
            <w:r w:rsidRPr="001A2E38">
              <w:rPr>
                <w:rFonts w:ascii="Times New Roman" w:eastAsia="Times New Roman" w:hAnsi="Times New Roman" w:cs="Times New Roman"/>
                <w:color w:val="000000"/>
                <w:sz w:val="20"/>
                <w:szCs w:val="20"/>
              </w:rPr>
              <w:t>0.0014-0.0033</w:t>
            </w:r>
          </w:p>
        </w:tc>
        <w:tc>
          <w:tcPr>
            <w:tcW w:w="1013"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40E21C85" w14:textId="77777777" w:rsidR="00FB21E9" w:rsidRPr="001A2E38" w:rsidRDefault="00FB21E9" w:rsidP="005046C0">
            <w:pPr>
              <w:keepNext/>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Times New Roman" w:hAnsi="Times New Roman" w:cs="Times New Roman"/>
                <w:color w:val="000000"/>
                <w:sz w:val="20"/>
                <w:szCs w:val="20"/>
              </w:rPr>
            </w:pPr>
            <w:r w:rsidRPr="001A2E38">
              <w:rPr>
                <w:rFonts w:ascii="Times New Roman" w:eastAsia="Times New Roman" w:hAnsi="Times New Roman" w:cs="Times New Roman"/>
                <w:color w:val="000000"/>
                <w:sz w:val="20"/>
                <w:szCs w:val="20"/>
              </w:rPr>
              <w:t>&lt;0.001</w:t>
            </w:r>
          </w:p>
        </w:tc>
      </w:tr>
      <w:tr w:rsidR="00FB21E9" w:rsidRPr="001A2E38" w14:paraId="05794859" w14:textId="77777777" w:rsidTr="005046C0">
        <w:trPr>
          <w:cantSplit/>
          <w:jc w:val="center"/>
        </w:trPr>
        <w:tc>
          <w:tcPr>
            <w:tcW w:w="3978"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177DB89A" w14:textId="77777777" w:rsidR="00FB21E9" w:rsidRPr="001A2E38" w:rsidRDefault="00FB21E9" w:rsidP="005046C0">
            <w:pPr>
              <w:keepNext/>
              <w:pBdr>
                <w:top w:val="none" w:sz="0" w:space="0" w:color="000000"/>
                <w:left w:val="none" w:sz="0" w:space="0" w:color="000000"/>
                <w:bottom w:val="none" w:sz="0" w:space="0" w:color="000000"/>
                <w:right w:val="none" w:sz="0" w:space="0" w:color="000000"/>
              </w:pBdr>
              <w:spacing w:before="40" w:after="40"/>
              <w:ind w:left="40" w:right="40"/>
              <w:rPr>
                <w:rFonts w:ascii="Times New Roman" w:eastAsia="Times New Roman" w:hAnsi="Times New Roman" w:cs="Times New Roman"/>
                <w:b/>
                <w:color w:val="000000"/>
                <w:sz w:val="20"/>
                <w:szCs w:val="20"/>
              </w:rPr>
            </w:pPr>
            <w:r w:rsidRPr="001A2E38">
              <w:rPr>
                <w:rFonts w:ascii="Times New Roman" w:eastAsia="Times New Roman" w:hAnsi="Times New Roman" w:cs="Times New Roman"/>
                <w:b/>
                <w:color w:val="000000"/>
                <w:sz w:val="20"/>
                <w:szCs w:val="20"/>
              </w:rPr>
              <w:t>Conventional model + CHG-VAI</w:t>
            </w:r>
          </w:p>
        </w:tc>
        <w:tc>
          <w:tcPr>
            <w:tcW w:w="1085"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4D1FB7FF" w14:textId="77777777" w:rsidR="00FB21E9" w:rsidRPr="001A2E38" w:rsidRDefault="00FB21E9" w:rsidP="005046C0">
            <w:pPr>
              <w:keepNext/>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Times New Roman" w:hAnsi="Times New Roman" w:cs="Times New Roman"/>
                <w:color w:val="000000"/>
                <w:sz w:val="20"/>
                <w:szCs w:val="20"/>
              </w:rPr>
            </w:pPr>
            <w:r w:rsidRPr="001A2E38">
              <w:rPr>
                <w:rFonts w:ascii="Times New Roman" w:eastAsia="Times New Roman" w:hAnsi="Times New Roman" w:cs="Times New Roman"/>
                <w:color w:val="000000"/>
                <w:sz w:val="20"/>
                <w:szCs w:val="20"/>
              </w:rPr>
              <w:t>0.706</w:t>
            </w:r>
          </w:p>
        </w:tc>
        <w:tc>
          <w:tcPr>
            <w:tcW w:w="1592"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54E2997D" w14:textId="77777777" w:rsidR="00FB21E9" w:rsidRPr="001A2E38" w:rsidRDefault="00FB21E9" w:rsidP="005046C0">
            <w:pPr>
              <w:keepNext/>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Times New Roman" w:hAnsi="Times New Roman" w:cs="Times New Roman"/>
                <w:color w:val="000000"/>
                <w:sz w:val="20"/>
                <w:szCs w:val="20"/>
              </w:rPr>
            </w:pPr>
            <w:r w:rsidRPr="001A2E38">
              <w:rPr>
                <w:rFonts w:ascii="Times New Roman" w:eastAsia="Times New Roman" w:hAnsi="Times New Roman" w:cs="Times New Roman"/>
                <w:color w:val="000000"/>
                <w:sz w:val="20"/>
                <w:szCs w:val="20"/>
              </w:rPr>
              <w:t>0.693-0.719</w:t>
            </w:r>
          </w:p>
        </w:tc>
        <w:tc>
          <w:tcPr>
            <w:tcW w:w="1013"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142720D0" w14:textId="77777777" w:rsidR="00FB21E9" w:rsidRPr="001A2E38" w:rsidRDefault="00FB21E9" w:rsidP="005046C0">
            <w:pPr>
              <w:keepNext/>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Times New Roman" w:hAnsi="Times New Roman" w:cs="Times New Roman"/>
                <w:color w:val="000000"/>
                <w:sz w:val="20"/>
                <w:szCs w:val="20"/>
              </w:rPr>
            </w:pPr>
            <w:r w:rsidRPr="001A2E38">
              <w:rPr>
                <w:rFonts w:ascii="Times New Roman" w:eastAsia="Times New Roman" w:hAnsi="Times New Roman" w:cs="Times New Roman"/>
                <w:color w:val="000000"/>
                <w:sz w:val="20"/>
                <w:szCs w:val="20"/>
              </w:rPr>
              <w:t>&lt;0.001</w:t>
            </w:r>
          </w:p>
        </w:tc>
        <w:tc>
          <w:tcPr>
            <w:tcW w:w="1085"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3C227B38" w14:textId="77777777" w:rsidR="00FB21E9" w:rsidRPr="001A2E38" w:rsidRDefault="00FB21E9" w:rsidP="005046C0">
            <w:pPr>
              <w:keepNext/>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Times New Roman" w:hAnsi="Times New Roman" w:cs="Times New Roman"/>
                <w:color w:val="000000"/>
                <w:sz w:val="20"/>
                <w:szCs w:val="20"/>
              </w:rPr>
            </w:pPr>
            <w:r w:rsidRPr="001A2E38">
              <w:rPr>
                <w:rFonts w:ascii="Times New Roman" w:eastAsia="Times New Roman" w:hAnsi="Times New Roman" w:cs="Times New Roman"/>
                <w:color w:val="000000"/>
                <w:sz w:val="20"/>
                <w:szCs w:val="20"/>
              </w:rPr>
              <w:t>0.124</w:t>
            </w:r>
          </w:p>
        </w:tc>
        <w:tc>
          <w:tcPr>
            <w:tcW w:w="1592"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11DDDAE7" w14:textId="77777777" w:rsidR="00FB21E9" w:rsidRPr="001A2E38" w:rsidRDefault="00FB21E9" w:rsidP="005046C0">
            <w:pPr>
              <w:keepNext/>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Times New Roman" w:hAnsi="Times New Roman" w:cs="Times New Roman"/>
                <w:color w:val="000000"/>
                <w:sz w:val="20"/>
                <w:szCs w:val="20"/>
              </w:rPr>
            </w:pPr>
            <w:r w:rsidRPr="001A2E38">
              <w:rPr>
                <w:rFonts w:ascii="Times New Roman" w:eastAsia="Times New Roman" w:hAnsi="Times New Roman" w:cs="Times New Roman"/>
                <w:color w:val="000000"/>
                <w:sz w:val="20"/>
                <w:szCs w:val="20"/>
              </w:rPr>
              <w:t>0.062-0.192</w:t>
            </w:r>
          </w:p>
        </w:tc>
        <w:tc>
          <w:tcPr>
            <w:tcW w:w="1013"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0723954E" w14:textId="77777777" w:rsidR="00FB21E9" w:rsidRPr="001A2E38" w:rsidRDefault="00FB21E9" w:rsidP="005046C0">
            <w:pPr>
              <w:keepNext/>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Times New Roman" w:hAnsi="Times New Roman" w:cs="Times New Roman"/>
                <w:color w:val="000000"/>
                <w:sz w:val="20"/>
                <w:szCs w:val="20"/>
              </w:rPr>
            </w:pPr>
            <w:r w:rsidRPr="001A2E38">
              <w:rPr>
                <w:rFonts w:ascii="Times New Roman" w:eastAsia="Times New Roman" w:hAnsi="Times New Roman" w:cs="Times New Roman"/>
                <w:color w:val="000000"/>
                <w:sz w:val="20"/>
                <w:szCs w:val="20"/>
              </w:rPr>
              <w:t>&lt;0.001</w:t>
            </w:r>
          </w:p>
        </w:tc>
        <w:tc>
          <w:tcPr>
            <w:tcW w:w="1085"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7B238C73" w14:textId="77777777" w:rsidR="00FB21E9" w:rsidRPr="001A2E38" w:rsidRDefault="00FB21E9" w:rsidP="005046C0">
            <w:pPr>
              <w:keepNext/>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Times New Roman" w:hAnsi="Times New Roman" w:cs="Times New Roman"/>
                <w:color w:val="000000"/>
                <w:sz w:val="20"/>
                <w:szCs w:val="20"/>
              </w:rPr>
            </w:pPr>
            <w:r w:rsidRPr="001A2E38">
              <w:rPr>
                <w:rFonts w:ascii="Times New Roman" w:eastAsia="Times New Roman" w:hAnsi="Times New Roman" w:cs="Times New Roman"/>
                <w:color w:val="000000"/>
                <w:sz w:val="20"/>
                <w:szCs w:val="20"/>
              </w:rPr>
              <w:t>0.0005</w:t>
            </w:r>
          </w:p>
        </w:tc>
        <w:tc>
          <w:tcPr>
            <w:tcW w:w="1592"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1DD0240C" w14:textId="77777777" w:rsidR="00FB21E9" w:rsidRPr="001A2E38" w:rsidRDefault="00FB21E9" w:rsidP="005046C0">
            <w:pPr>
              <w:keepNext/>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Times New Roman" w:hAnsi="Times New Roman" w:cs="Times New Roman"/>
                <w:color w:val="000000"/>
                <w:sz w:val="20"/>
                <w:szCs w:val="20"/>
              </w:rPr>
            </w:pPr>
            <w:r w:rsidRPr="001A2E38">
              <w:rPr>
                <w:rFonts w:ascii="Times New Roman" w:eastAsia="Times New Roman" w:hAnsi="Times New Roman" w:cs="Times New Roman"/>
                <w:color w:val="000000"/>
                <w:sz w:val="20"/>
                <w:szCs w:val="20"/>
              </w:rPr>
              <w:t>0.0001-0.0011</w:t>
            </w:r>
          </w:p>
        </w:tc>
        <w:tc>
          <w:tcPr>
            <w:tcW w:w="1013"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55039508" w14:textId="77777777" w:rsidR="00FB21E9" w:rsidRPr="001A2E38" w:rsidRDefault="00FB21E9" w:rsidP="005046C0">
            <w:pPr>
              <w:keepNext/>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Times New Roman" w:hAnsi="Times New Roman" w:cs="Times New Roman"/>
                <w:color w:val="000000"/>
                <w:sz w:val="20"/>
                <w:szCs w:val="20"/>
              </w:rPr>
            </w:pPr>
            <w:r w:rsidRPr="001A2E38">
              <w:rPr>
                <w:rFonts w:ascii="Times New Roman" w:eastAsia="Times New Roman" w:hAnsi="Times New Roman" w:cs="Times New Roman"/>
                <w:color w:val="000000"/>
                <w:sz w:val="20"/>
                <w:szCs w:val="20"/>
              </w:rPr>
              <w:t>0.007</w:t>
            </w:r>
          </w:p>
        </w:tc>
      </w:tr>
      <w:tr w:rsidR="00FB21E9" w:rsidRPr="001A2E38" w14:paraId="65991075" w14:textId="77777777" w:rsidTr="005046C0">
        <w:trPr>
          <w:cantSplit/>
          <w:jc w:val="center"/>
        </w:trPr>
        <w:tc>
          <w:tcPr>
            <w:tcW w:w="3978" w:type="dxa"/>
            <w:tcBorders>
              <w:top w:val="none" w:sz="0" w:space="0" w:color="000000"/>
              <w:left w:val="none" w:sz="0" w:space="0" w:color="000000"/>
              <w:bottom w:val="single" w:sz="12" w:space="0" w:color="000000"/>
              <w:right w:val="none" w:sz="0" w:space="0" w:color="000000"/>
            </w:tcBorders>
            <w:tcMar>
              <w:top w:w="0" w:type="dxa"/>
              <w:left w:w="0" w:type="dxa"/>
              <w:bottom w:w="0" w:type="dxa"/>
              <w:right w:w="0" w:type="dxa"/>
            </w:tcMar>
            <w:vAlign w:val="center"/>
          </w:tcPr>
          <w:p w14:paraId="18D93C27" w14:textId="77777777" w:rsidR="00FB21E9" w:rsidRPr="001A2E38" w:rsidRDefault="00FB21E9" w:rsidP="005046C0">
            <w:pPr>
              <w:keepNext/>
              <w:pBdr>
                <w:top w:val="none" w:sz="0" w:space="0" w:color="000000"/>
                <w:left w:val="none" w:sz="0" w:space="0" w:color="000000"/>
                <w:bottom w:val="none" w:sz="0" w:space="0" w:color="000000"/>
                <w:right w:val="none" w:sz="0" w:space="0" w:color="000000"/>
              </w:pBdr>
              <w:spacing w:before="40" w:after="40"/>
              <w:ind w:left="40" w:right="40"/>
              <w:rPr>
                <w:rFonts w:ascii="Times New Roman" w:eastAsia="Times New Roman" w:hAnsi="Times New Roman" w:cs="Times New Roman"/>
                <w:b/>
                <w:color w:val="000000"/>
                <w:sz w:val="20"/>
                <w:szCs w:val="20"/>
              </w:rPr>
            </w:pPr>
            <w:r w:rsidRPr="001A2E38">
              <w:rPr>
                <w:rFonts w:ascii="Times New Roman" w:eastAsia="Times New Roman" w:hAnsi="Times New Roman" w:cs="Times New Roman"/>
                <w:b/>
                <w:color w:val="000000"/>
                <w:sz w:val="20"/>
                <w:szCs w:val="20"/>
              </w:rPr>
              <w:t>Conventional model + CHG-WWI</w:t>
            </w:r>
          </w:p>
        </w:tc>
        <w:tc>
          <w:tcPr>
            <w:tcW w:w="1085" w:type="dxa"/>
            <w:tcBorders>
              <w:top w:val="none" w:sz="0" w:space="0" w:color="000000"/>
              <w:left w:val="none" w:sz="0" w:space="0" w:color="000000"/>
              <w:bottom w:val="single" w:sz="12" w:space="0" w:color="000000"/>
              <w:right w:val="none" w:sz="0" w:space="0" w:color="000000"/>
            </w:tcBorders>
            <w:tcMar>
              <w:top w:w="0" w:type="dxa"/>
              <w:left w:w="0" w:type="dxa"/>
              <w:bottom w:w="0" w:type="dxa"/>
              <w:right w:w="0" w:type="dxa"/>
            </w:tcMar>
            <w:vAlign w:val="center"/>
          </w:tcPr>
          <w:p w14:paraId="60E55206" w14:textId="77777777" w:rsidR="00FB21E9" w:rsidRPr="001A2E38" w:rsidRDefault="00FB21E9" w:rsidP="005046C0">
            <w:pPr>
              <w:keepNext/>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Times New Roman" w:hAnsi="Times New Roman" w:cs="Times New Roman"/>
                <w:color w:val="000000"/>
                <w:sz w:val="20"/>
                <w:szCs w:val="20"/>
              </w:rPr>
            </w:pPr>
            <w:r w:rsidRPr="001A2E38">
              <w:rPr>
                <w:rFonts w:ascii="Times New Roman" w:eastAsia="Times New Roman" w:hAnsi="Times New Roman" w:cs="Times New Roman"/>
                <w:color w:val="000000"/>
                <w:sz w:val="20"/>
                <w:szCs w:val="20"/>
              </w:rPr>
              <w:t>0.728</w:t>
            </w:r>
          </w:p>
        </w:tc>
        <w:tc>
          <w:tcPr>
            <w:tcW w:w="1592" w:type="dxa"/>
            <w:tcBorders>
              <w:top w:val="none" w:sz="0" w:space="0" w:color="000000"/>
              <w:left w:val="none" w:sz="0" w:space="0" w:color="000000"/>
              <w:bottom w:val="single" w:sz="12" w:space="0" w:color="000000"/>
              <w:right w:val="none" w:sz="0" w:space="0" w:color="000000"/>
            </w:tcBorders>
            <w:tcMar>
              <w:top w:w="0" w:type="dxa"/>
              <w:left w:w="0" w:type="dxa"/>
              <w:bottom w:w="0" w:type="dxa"/>
              <w:right w:w="0" w:type="dxa"/>
            </w:tcMar>
            <w:vAlign w:val="center"/>
          </w:tcPr>
          <w:p w14:paraId="58889050" w14:textId="77777777" w:rsidR="00FB21E9" w:rsidRPr="001A2E38" w:rsidRDefault="00FB21E9" w:rsidP="005046C0">
            <w:pPr>
              <w:keepNext/>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Times New Roman" w:hAnsi="Times New Roman" w:cs="Times New Roman"/>
                <w:color w:val="000000"/>
                <w:sz w:val="20"/>
                <w:szCs w:val="20"/>
              </w:rPr>
            </w:pPr>
            <w:r w:rsidRPr="001A2E38">
              <w:rPr>
                <w:rFonts w:ascii="Times New Roman" w:eastAsia="Times New Roman" w:hAnsi="Times New Roman" w:cs="Times New Roman"/>
                <w:color w:val="000000"/>
                <w:sz w:val="20"/>
                <w:szCs w:val="20"/>
              </w:rPr>
              <w:t>0.715-0.740</w:t>
            </w:r>
          </w:p>
        </w:tc>
        <w:tc>
          <w:tcPr>
            <w:tcW w:w="1013" w:type="dxa"/>
            <w:tcBorders>
              <w:top w:val="none" w:sz="0" w:space="0" w:color="000000"/>
              <w:left w:val="none" w:sz="0" w:space="0" w:color="000000"/>
              <w:bottom w:val="single" w:sz="12" w:space="0" w:color="000000"/>
              <w:right w:val="none" w:sz="0" w:space="0" w:color="000000"/>
            </w:tcBorders>
            <w:tcMar>
              <w:top w:w="0" w:type="dxa"/>
              <w:left w:w="0" w:type="dxa"/>
              <w:bottom w:w="0" w:type="dxa"/>
              <w:right w:w="0" w:type="dxa"/>
            </w:tcMar>
            <w:vAlign w:val="center"/>
          </w:tcPr>
          <w:p w14:paraId="0A1528A1" w14:textId="77777777" w:rsidR="00FB21E9" w:rsidRPr="001A2E38" w:rsidRDefault="00FB21E9" w:rsidP="005046C0">
            <w:pPr>
              <w:keepNext/>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Times New Roman" w:hAnsi="Times New Roman" w:cs="Times New Roman"/>
                <w:color w:val="000000"/>
                <w:sz w:val="20"/>
                <w:szCs w:val="20"/>
              </w:rPr>
            </w:pPr>
            <w:r w:rsidRPr="001A2E38">
              <w:rPr>
                <w:rFonts w:ascii="Times New Roman" w:eastAsia="Times New Roman" w:hAnsi="Times New Roman" w:cs="Times New Roman"/>
                <w:color w:val="000000"/>
                <w:sz w:val="20"/>
                <w:szCs w:val="20"/>
              </w:rPr>
              <w:t>&lt;0.001</w:t>
            </w:r>
          </w:p>
        </w:tc>
        <w:tc>
          <w:tcPr>
            <w:tcW w:w="1085" w:type="dxa"/>
            <w:tcBorders>
              <w:top w:val="none" w:sz="0" w:space="0" w:color="000000"/>
              <w:left w:val="none" w:sz="0" w:space="0" w:color="000000"/>
              <w:bottom w:val="single" w:sz="12" w:space="0" w:color="000000"/>
              <w:right w:val="none" w:sz="0" w:space="0" w:color="000000"/>
            </w:tcBorders>
            <w:tcMar>
              <w:top w:w="0" w:type="dxa"/>
              <w:left w:w="0" w:type="dxa"/>
              <w:bottom w:w="0" w:type="dxa"/>
              <w:right w:w="0" w:type="dxa"/>
            </w:tcMar>
            <w:vAlign w:val="center"/>
          </w:tcPr>
          <w:p w14:paraId="68C45A9D" w14:textId="77777777" w:rsidR="00FB21E9" w:rsidRPr="001A2E38" w:rsidRDefault="00FB21E9" w:rsidP="005046C0">
            <w:pPr>
              <w:keepNext/>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Times New Roman" w:hAnsi="Times New Roman" w:cs="Times New Roman"/>
                <w:color w:val="000000"/>
                <w:sz w:val="20"/>
                <w:szCs w:val="20"/>
              </w:rPr>
            </w:pPr>
            <w:r w:rsidRPr="001A2E38">
              <w:rPr>
                <w:rFonts w:ascii="Times New Roman" w:eastAsia="Times New Roman" w:hAnsi="Times New Roman" w:cs="Times New Roman"/>
                <w:color w:val="000000"/>
                <w:sz w:val="20"/>
                <w:szCs w:val="20"/>
              </w:rPr>
              <w:t>0.242</w:t>
            </w:r>
          </w:p>
        </w:tc>
        <w:tc>
          <w:tcPr>
            <w:tcW w:w="1592" w:type="dxa"/>
            <w:tcBorders>
              <w:top w:val="none" w:sz="0" w:space="0" w:color="000000"/>
              <w:left w:val="none" w:sz="0" w:space="0" w:color="000000"/>
              <w:bottom w:val="single" w:sz="12" w:space="0" w:color="000000"/>
              <w:right w:val="none" w:sz="0" w:space="0" w:color="000000"/>
            </w:tcBorders>
            <w:tcMar>
              <w:top w:w="0" w:type="dxa"/>
              <w:left w:w="0" w:type="dxa"/>
              <w:bottom w:w="0" w:type="dxa"/>
              <w:right w:w="0" w:type="dxa"/>
            </w:tcMar>
            <w:vAlign w:val="center"/>
          </w:tcPr>
          <w:p w14:paraId="4FD526BB" w14:textId="77777777" w:rsidR="00FB21E9" w:rsidRPr="001A2E38" w:rsidRDefault="00FB21E9" w:rsidP="005046C0">
            <w:pPr>
              <w:keepNext/>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Times New Roman" w:hAnsi="Times New Roman" w:cs="Times New Roman"/>
                <w:color w:val="000000"/>
                <w:sz w:val="20"/>
                <w:szCs w:val="20"/>
              </w:rPr>
            </w:pPr>
            <w:r w:rsidRPr="001A2E38">
              <w:rPr>
                <w:rFonts w:ascii="Times New Roman" w:eastAsia="Times New Roman" w:hAnsi="Times New Roman" w:cs="Times New Roman"/>
                <w:color w:val="000000"/>
                <w:sz w:val="20"/>
                <w:szCs w:val="20"/>
              </w:rPr>
              <w:t>0.173-0.315</w:t>
            </w:r>
          </w:p>
        </w:tc>
        <w:tc>
          <w:tcPr>
            <w:tcW w:w="1013" w:type="dxa"/>
            <w:tcBorders>
              <w:top w:val="none" w:sz="0" w:space="0" w:color="000000"/>
              <w:left w:val="none" w:sz="0" w:space="0" w:color="000000"/>
              <w:bottom w:val="single" w:sz="12" w:space="0" w:color="000000"/>
              <w:right w:val="none" w:sz="0" w:space="0" w:color="000000"/>
            </w:tcBorders>
            <w:tcMar>
              <w:top w:w="0" w:type="dxa"/>
              <w:left w:w="0" w:type="dxa"/>
              <w:bottom w:w="0" w:type="dxa"/>
              <w:right w:w="0" w:type="dxa"/>
            </w:tcMar>
            <w:vAlign w:val="center"/>
          </w:tcPr>
          <w:p w14:paraId="3F3BAAC7" w14:textId="77777777" w:rsidR="00FB21E9" w:rsidRPr="001A2E38" w:rsidRDefault="00FB21E9" w:rsidP="005046C0">
            <w:pPr>
              <w:keepNext/>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Times New Roman" w:hAnsi="Times New Roman" w:cs="Times New Roman"/>
                <w:color w:val="000000"/>
                <w:sz w:val="20"/>
                <w:szCs w:val="20"/>
              </w:rPr>
            </w:pPr>
            <w:r w:rsidRPr="001A2E38">
              <w:rPr>
                <w:rFonts w:ascii="Times New Roman" w:eastAsia="Times New Roman" w:hAnsi="Times New Roman" w:cs="Times New Roman"/>
                <w:color w:val="000000"/>
                <w:sz w:val="20"/>
                <w:szCs w:val="20"/>
              </w:rPr>
              <w:t>&lt;0.001</w:t>
            </w:r>
          </w:p>
        </w:tc>
        <w:tc>
          <w:tcPr>
            <w:tcW w:w="1085" w:type="dxa"/>
            <w:tcBorders>
              <w:top w:val="none" w:sz="0" w:space="0" w:color="000000"/>
              <w:left w:val="none" w:sz="0" w:space="0" w:color="000000"/>
              <w:bottom w:val="single" w:sz="12" w:space="0" w:color="000000"/>
              <w:right w:val="none" w:sz="0" w:space="0" w:color="000000"/>
            </w:tcBorders>
            <w:tcMar>
              <w:top w:w="0" w:type="dxa"/>
              <w:left w:w="0" w:type="dxa"/>
              <w:bottom w:w="0" w:type="dxa"/>
              <w:right w:w="0" w:type="dxa"/>
            </w:tcMar>
            <w:vAlign w:val="center"/>
          </w:tcPr>
          <w:p w14:paraId="6F135BC6" w14:textId="77777777" w:rsidR="00FB21E9" w:rsidRPr="001A2E38" w:rsidRDefault="00FB21E9" w:rsidP="005046C0">
            <w:pPr>
              <w:keepNext/>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Times New Roman" w:hAnsi="Times New Roman" w:cs="Times New Roman"/>
                <w:color w:val="000000"/>
                <w:sz w:val="20"/>
                <w:szCs w:val="20"/>
              </w:rPr>
            </w:pPr>
            <w:r w:rsidRPr="001A2E38">
              <w:rPr>
                <w:rFonts w:ascii="Times New Roman" w:eastAsia="Times New Roman" w:hAnsi="Times New Roman" w:cs="Times New Roman"/>
                <w:color w:val="000000"/>
                <w:sz w:val="20"/>
                <w:szCs w:val="20"/>
              </w:rPr>
              <w:t>0.0030</w:t>
            </w:r>
          </w:p>
        </w:tc>
        <w:tc>
          <w:tcPr>
            <w:tcW w:w="1592" w:type="dxa"/>
            <w:tcBorders>
              <w:top w:val="none" w:sz="0" w:space="0" w:color="000000"/>
              <w:left w:val="none" w:sz="0" w:space="0" w:color="000000"/>
              <w:bottom w:val="single" w:sz="12" w:space="0" w:color="000000"/>
              <w:right w:val="none" w:sz="0" w:space="0" w:color="000000"/>
            </w:tcBorders>
            <w:tcMar>
              <w:top w:w="0" w:type="dxa"/>
              <w:left w:w="0" w:type="dxa"/>
              <w:bottom w:w="0" w:type="dxa"/>
              <w:right w:w="0" w:type="dxa"/>
            </w:tcMar>
            <w:vAlign w:val="center"/>
          </w:tcPr>
          <w:p w14:paraId="54B49FB5" w14:textId="77777777" w:rsidR="00FB21E9" w:rsidRPr="001A2E38" w:rsidRDefault="00FB21E9" w:rsidP="005046C0">
            <w:pPr>
              <w:keepNext/>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Times New Roman" w:hAnsi="Times New Roman" w:cs="Times New Roman"/>
                <w:color w:val="000000"/>
                <w:sz w:val="20"/>
                <w:szCs w:val="20"/>
              </w:rPr>
            </w:pPr>
            <w:r w:rsidRPr="001A2E38">
              <w:rPr>
                <w:rFonts w:ascii="Times New Roman" w:eastAsia="Times New Roman" w:hAnsi="Times New Roman" w:cs="Times New Roman"/>
                <w:color w:val="000000"/>
                <w:sz w:val="20"/>
                <w:szCs w:val="20"/>
              </w:rPr>
              <w:t>0.0020-0.0047</w:t>
            </w:r>
          </w:p>
        </w:tc>
        <w:tc>
          <w:tcPr>
            <w:tcW w:w="1013" w:type="dxa"/>
            <w:tcBorders>
              <w:top w:val="none" w:sz="0" w:space="0" w:color="000000"/>
              <w:left w:val="none" w:sz="0" w:space="0" w:color="000000"/>
              <w:bottom w:val="single" w:sz="12" w:space="0" w:color="000000"/>
              <w:right w:val="none" w:sz="0" w:space="0" w:color="000000"/>
            </w:tcBorders>
            <w:tcMar>
              <w:top w:w="0" w:type="dxa"/>
              <w:left w:w="0" w:type="dxa"/>
              <w:bottom w:w="0" w:type="dxa"/>
              <w:right w:w="0" w:type="dxa"/>
            </w:tcMar>
            <w:vAlign w:val="center"/>
          </w:tcPr>
          <w:p w14:paraId="305FC86F" w14:textId="77777777" w:rsidR="00FB21E9" w:rsidRPr="001A2E38" w:rsidRDefault="00FB21E9" w:rsidP="005046C0">
            <w:pPr>
              <w:keepNext/>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Times New Roman" w:hAnsi="Times New Roman" w:cs="Times New Roman"/>
                <w:color w:val="000000"/>
                <w:sz w:val="20"/>
                <w:szCs w:val="20"/>
              </w:rPr>
            </w:pPr>
            <w:r w:rsidRPr="001A2E38">
              <w:rPr>
                <w:rFonts w:ascii="Times New Roman" w:eastAsia="Times New Roman" w:hAnsi="Times New Roman" w:cs="Times New Roman"/>
                <w:color w:val="000000"/>
                <w:sz w:val="20"/>
                <w:szCs w:val="20"/>
              </w:rPr>
              <w:t>&lt;0.001</w:t>
            </w:r>
          </w:p>
        </w:tc>
      </w:tr>
    </w:tbl>
    <w:p w14:paraId="3C1932F1" w14:textId="77777777" w:rsidR="00FB21E9" w:rsidRPr="001A2E38" w:rsidRDefault="00FB21E9" w:rsidP="00FB21E9">
      <w:pPr>
        <w:pBdr>
          <w:top w:val="none" w:sz="0" w:space="0" w:color="000000"/>
          <w:left w:val="none" w:sz="0" w:space="0" w:color="000000"/>
          <w:bottom w:val="none" w:sz="0" w:space="0" w:color="000000"/>
          <w:right w:val="none" w:sz="0" w:space="0" w:color="000000"/>
        </w:pBdr>
        <w:rPr>
          <w:rFonts w:ascii="Times New Roman" w:hAnsi="Times New Roman" w:cs="Times New Roman"/>
          <w:sz w:val="20"/>
          <w:szCs w:val="20"/>
        </w:rPr>
      </w:pPr>
      <w:r w:rsidRPr="001A2E38">
        <w:rPr>
          <w:rFonts w:ascii="Times New Roman" w:eastAsia="Arial" w:hAnsi="Times New Roman" w:cs="Times New Roman"/>
          <w:i/>
          <w:iCs/>
          <w:color w:val="000000"/>
          <w:sz w:val="20"/>
          <w:szCs w:val="20"/>
        </w:rPr>
        <w:t xml:space="preserve">Notes: </w:t>
      </w:r>
      <w:r w:rsidRPr="001A2E38">
        <w:rPr>
          <w:rFonts w:ascii="Times New Roman" w:eastAsia="Arial" w:hAnsi="Times New Roman" w:cs="Times New Roman"/>
          <w:color w:val="000000"/>
          <w:sz w:val="20"/>
          <w:szCs w:val="20"/>
        </w:rPr>
        <w:t>The conventional model included age, sex, ethnicity, employment status, educational levels, Townsend deprivation index, frequency of drinking, smoking status, sleep duration, physical activity, sedentary behaviour, and family history of cardiometabolic disease.</w:t>
      </w:r>
    </w:p>
    <w:p w14:paraId="2DC42A9B" w14:textId="77777777" w:rsidR="00FB21E9" w:rsidRPr="001A2E38" w:rsidRDefault="00FB21E9" w:rsidP="00FB21E9">
      <w:pPr>
        <w:pBdr>
          <w:top w:val="none" w:sz="0" w:space="0" w:color="000000"/>
          <w:left w:val="none" w:sz="0" w:space="0" w:color="000000"/>
          <w:bottom w:val="none" w:sz="0" w:space="0" w:color="000000"/>
          <w:right w:val="none" w:sz="0" w:space="0" w:color="000000"/>
        </w:pBdr>
        <w:rPr>
          <w:rFonts w:ascii="Times New Roman" w:eastAsia="Arial" w:hAnsi="Times New Roman" w:cs="Times New Roman"/>
          <w:color w:val="000000"/>
          <w:sz w:val="20"/>
          <w:szCs w:val="20"/>
        </w:rPr>
        <w:sectPr w:rsidR="00FB21E9" w:rsidRPr="001A2E38" w:rsidSect="00FB21E9">
          <w:pgSz w:w="16840" w:h="11900" w:orient="landscape"/>
          <w:pgMar w:top="650" w:right="650" w:bottom="650" w:left="650" w:header="708" w:footer="708" w:gutter="0"/>
          <w:cols w:space="708"/>
          <w:docGrid w:linePitch="360"/>
        </w:sectPr>
      </w:pPr>
      <w:r w:rsidRPr="001A2E38">
        <w:rPr>
          <w:rFonts w:ascii="Times New Roman" w:eastAsia="Arial" w:hAnsi="Times New Roman" w:cs="Times New Roman"/>
          <w:i/>
          <w:iCs/>
          <w:color w:val="000000"/>
          <w:sz w:val="20"/>
          <w:szCs w:val="20"/>
        </w:rPr>
        <w:t xml:space="preserve">Abbreviations: </w:t>
      </w:r>
      <w:r w:rsidRPr="001A2E38">
        <w:rPr>
          <w:rFonts w:ascii="Times New Roman" w:eastAsia="Arial" w:hAnsi="Times New Roman" w:cs="Times New Roman"/>
          <w:color w:val="000000"/>
          <w:sz w:val="20"/>
          <w:szCs w:val="20"/>
        </w:rPr>
        <w:t>CMM, cardiometabolic multimorbidity; NRI, net reclassification improvement; IDI, integrated discrimination improvement.</w:t>
      </w:r>
    </w:p>
    <w:p w14:paraId="74D1E0E0" w14:textId="77777777" w:rsidR="00891349" w:rsidRPr="001A2E38" w:rsidRDefault="00891349" w:rsidP="0065294A">
      <w:pPr>
        <w:pStyle w:val="a"/>
        <w:rPr>
          <w:rFonts w:eastAsiaTheme="minorEastAsia"/>
        </w:rPr>
      </w:pPr>
    </w:p>
    <w:p w14:paraId="14059509" w14:textId="42669742" w:rsidR="00457BC1" w:rsidRPr="001A2E38" w:rsidRDefault="00457BC1" w:rsidP="0065294A">
      <w:pPr>
        <w:pStyle w:val="a"/>
      </w:pPr>
      <w:bookmarkStart w:id="18" w:name="_Toc236834799"/>
      <w:r w:rsidRPr="001A2E38">
        <w:t>Table S</w:t>
      </w:r>
      <w:r w:rsidR="0065294A" w:rsidRPr="001A2E38">
        <w:rPr>
          <w:rFonts w:eastAsiaTheme="minorEastAsia" w:hint="eastAsia"/>
        </w:rPr>
        <w:t>9</w:t>
      </w:r>
      <w:r w:rsidR="00015C69" w:rsidRPr="001A2E38">
        <w:t>.</w:t>
      </w:r>
      <w:r w:rsidRPr="001A2E38">
        <w:t xml:space="preserve"> </w:t>
      </w:r>
      <w:r w:rsidR="00B430CE" w:rsidRPr="001A2E38">
        <w:t>Associations between CHG</w:t>
      </w:r>
      <w:r w:rsidR="00970926" w:rsidRPr="001A2E38">
        <w:rPr>
          <w:rFonts w:eastAsiaTheme="minorEastAsia"/>
        </w:rPr>
        <w:t xml:space="preserve">-related </w:t>
      </w:r>
      <w:r w:rsidR="00B430CE" w:rsidRPr="001A2E38">
        <w:t xml:space="preserve">indices and </w:t>
      </w:r>
      <w:r w:rsidR="00970926" w:rsidRPr="001A2E38">
        <w:rPr>
          <w:rFonts w:eastAsiaTheme="minorEastAsia"/>
        </w:rPr>
        <w:t>selected biomarkers</w:t>
      </w:r>
      <w:r w:rsidR="00B430CE" w:rsidRPr="001A2E38">
        <w:t>.</w:t>
      </w:r>
      <w:bookmarkEnd w:id="12"/>
      <w:bookmarkEnd w:id="18"/>
    </w:p>
    <w:tbl>
      <w:tblPr>
        <w:tblW w:w="5000" w:type="pct"/>
        <w:jc w:val="center"/>
        <w:tblLook w:val="0420" w:firstRow="1" w:lastRow="0" w:firstColumn="0" w:lastColumn="0" w:noHBand="0" w:noVBand="1"/>
      </w:tblPr>
      <w:tblGrid>
        <w:gridCol w:w="4831"/>
        <w:gridCol w:w="1561"/>
        <w:gridCol w:w="1561"/>
        <w:gridCol w:w="1561"/>
        <w:gridCol w:w="1736"/>
        <w:gridCol w:w="2708"/>
      </w:tblGrid>
      <w:tr w:rsidR="00630527" w:rsidRPr="001A2E38" w14:paraId="5C793224" w14:textId="77777777" w:rsidTr="00865DCD">
        <w:trPr>
          <w:jc w:val="center"/>
        </w:trPr>
        <w:tc>
          <w:tcPr>
            <w:tcW w:w="1731" w:type="pct"/>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29ED19AF"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rPr>
                <w:rFonts w:ascii="Times New Roman" w:eastAsia="Arial" w:hAnsi="Times New Roman" w:cs="Times New Roman"/>
                <w:b/>
                <w:color w:val="000000"/>
                <w:sz w:val="20"/>
                <w:szCs w:val="20"/>
              </w:rPr>
            </w:pPr>
            <w:r w:rsidRPr="001A2E38">
              <w:rPr>
                <w:rFonts w:ascii="Times New Roman" w:eastAsia="Arial" w:hAnsi="Times New Roman" w:cs="Times New Roman"/>
                <w:b/>
                <w:color w:val="000000"/>
                <w:sz w:val="20"/>
                <w:szCs w:val="20"/>
              </w:rPr>
              <w:t>Mediators</w:t>
            </w:r>
          </w:p>
        </w:tc>
        <w:tc>
          <w:tcPr>
            <w:tcW w:w="559" w:type="pct"/>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07FF1130"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b/>
                <w:color w:val="000000"/>
                <w:sz w:val="20"/>
                <w:szCs w:val="20"/>
              </w:rPr>
            </w:pPr>
            <w:r w:rsidRPr="001A2E38">
              <w:rPr>
                <w:rFonts w:ascii="Times New Roman" w:eastAsia="Arial" w:hAnsi="Times New Roman" w:cs="Times New Roman"/>
                <w:b/>
                <w:color w:val="000000"/>
                <w:sz w:val="20"/>
                <w:szCs w:val="20"/>
              </w:rPr>
              <w:t>Beta</w:t>
            </w:r>
          </w:p>
        </w:tc>
        <w:tc>
          <w:tcPr>
            <w:tcW w:w="559" w:type="pct"/>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5F432445"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b/>
                <w:color w:val="000000"/>
                <w:sz w:val="20"/>
                <w:szCs w:val="20"/>
              </w:rPr>
            </w:pPr>
            <w:r w:rsidRPr="001A2E38">
              <w:rPr>
                <w:rFonts w:ascii="Times New Roman" w:eastAsia="Arial" w:hAnsi="Times New Roman" w:cs="Times New Roman"/>
                <w:b/>
                <w:color w:val="000000"/>
                <w:sz w:val="20"/>
                <w:szCs w:val="20"/>
              </w:rPr>
              <w:t>Low</w:t>
            </w:r>
          </w:p>
        </w:tc>
        <w:tc>
          <w:tcPr>
            <w:tcW w:w="559" w:type="pct"/>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2DD34FFF"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b/>
                <w:color w:val="000000"/>
                <w:sz w:val="20"/>
                <w:szCs w:val="20"/>
              </w:rPr>
            </w:pPr>
            <w:r w:rsidRPr="001A2E38">
              <w:rPr>
                <w:rFonts w:ascii="Times New Roman" w:eastAsia="Arial" w:hAnsi="Times New Roman" w:cs="Times New Roman"/>
                <w:b/>
                <w:color w:val="000000"/>
                <w:sz w:val="20"/>
                <w:szCs w:val="20"/>
              </w:rPr>
              <w:t>High</w:t>
            </w:r>
          </w:p>
        </w:tc>
        <w:tc>
          <w:tcPr>
            <w:tcW w:w="622" w:type="pct"/>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1EB0B6D1"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b/>
                <w:color w:val="000000"/>
                <w:sz w:val="20"/>
                <w:szCs w:val="20"/>
              </w:rPr>
            </w:pPr>
            <w:r w:rsidRPr="001A2E38">
              <w:rPr>
                <w:rFonts w:ascii="Times New Roman" w:eastAsia="Arial" w:hAnsi="Times New Roman" w:cs="Times New Roman"/>
                <w:b/>
                <w:color w:val="000000"/>
                <w:sz w:val="20"/>
                <w:szCs w:val="20"/>
              </w:rPr>
              <w:t>P value</w:t>
            </w:r>
          </w:p>
        </w:tc>
        <w:tc>
          <w:tcPr>
            <w:tcW w:w="970" w:type="pct"/>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7C6226D8"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b/>
                <w:color w:val="000000"/>
                <w:sz w:val="20"/>
                <w:szCs w:val="20"/>
              </w:rPr>
            </w:pPr>
            <w:r w:rsidRPr="001A2E38">
              <w:rPr>
                <w:rFonts w:ascii="Times New Roman" w:eastAsia="Arial" w:hAnsi="Times New Roman" w:cs="Times New Roman"/>
                <w:b/>
                <w:color w:val="000000"/>
                <w:sz w:val="20"/>
                <w:szCs w:val="20"/>
              </w:rPr>
              <w:t>FDR P value</w:t>
            </w:r>
          </w:p>
        </w:tc>
      </w:tr>
      <w:tr w:rsidR="00630527" w:rsidRPr="001A2E38" w14:paraId="1E223AE7" w14:textId="77777777" w:rsidTr="00865DCD">
        <w:trPr>
          <w:jc w:val="center"/>
        </w:trPr>
        <w:tc>
          <w:tcPr>
            <w:tcW w:w="1731" w:type="pct"/>
            <w:tcBorders>
              <w:top w:val="single" w:sz="12" w:space="0" w:color="666666"/>
              <w:left w:val="none" w:sz="0" w:space="0" w:color="000000"/>
              <w:bottom w:val="none" w:sz="0" w:space="0" w:color="000000"/>
              <w:right w:val="none" w:sz="0" w:space="0" w:color="000000"/>
            </w:tcBorders>
            <w:shd w:val="clear" w:color="auto" w:fill="F2F2F2"/>
            <w:tcMar>
              <w:top w:w="0" w:type="dxa"/>
              <w:left w:w="0" w:type="dxa"/>
              <w:bottom w:w="0" w:type="dxa"/>
              <w:right w:w="0" w:type="dxa"/>
            </w:tcMar>
            <w:vAlign w:val="center"/>
          </w:tcPr>
          <w:p w14:paraId="30856AB7"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rPr>
                <w:rFonts w:ascii="Times New Roman" w:eastAsia="Arial" w:hAnsi="Times New Roman" w:cs="Times New Roman"/>
                <w:b/>
                <w:color w:val="000000"/>
                <w:sz w:val="20"/>
                <w:szCs w:val="20"/>
              </w:rPr>
            </w:pPr>
            <w:r w:rsidRPr="001A2E38">
              <w:rPr>
                <w:rFonts w:ascii="Times New Roman" w:eastAsia="Arial" w:hAnsi="Times New Roman" w:cs="Times New Roman"/>
                <w:b/>
                <w:color w:val="000000"/>
                <w:sz w:val="20"/>
                <w:szCs w:val="20"/>
              </w:rPr>
              <w:t>CHG</w:t>
            </w:r>
          </w:p>
        </w:tc>
        <w:tc>
          <w:tcPr>
            <w:tcW w:w="559" w:type="pct"/>
            <w:tcBorders>
              <w:top w:val="single" w:sz="12" w:space="0" w:color="666666"/>
              <w:left w:val="none" w:sz="0" w:space="0" w:color="000000"/>
              <w:bottom w:val="none" w:sz="0" w:space="0" w:color="000000"/>
              <w:right w:val="none" w:sz="0" w:space="0" w:color="000000"/>
            </w:tcBorders>
            <w:shd w:val="clear" w:color="auto" w:fill="F2F2F2"/>
            <w:tcMar>
              <w:top w:w="0" w:type="dxa"/>
              <w:left w:w="0" w:type="dxa"/>
              <w:bottom w:w="0" w:type="dxa"/>
              <w:right w:w="0" w:type="dxa"/>
            </w:tcMar>
            <w:vAlign w:val="center"/>
          </w:tcPr>
          <w:p w14:paraId="095BCDF1"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b/>
                <w:color w:val="000000"/>
                <w:sz w:val="20"/>
                <w:szCs w:val="20"/>
              </w:rPr>
            </w:pPr>
          </w:p>
        </w:tc>
        <w:tc>
          <w:tcPr>
            <w:tcW w:w="559" w:type="pct"/>
            <w:tcBorders>
              <w:top w:val="single" w:sz="12" w:space="0" w:color="666666"/>
              <w:left w:val="none" w:sz="0" w:space="0" w:color="000000"/>
              <w:bottom w:val="none" w:sz="0" w:space="0" w:color="000000"/>
              <w:right w:val="none" w:sz="0" w:space="0" w:color="000000"/>
            </w:tcBorders>
            <w:shd w:val="clear" w:color="auto" w:fill="F2F2F2"/>
            <w:tcMar>
              <w:top w:w="0" w:type="dxa"/>
              <w:left w:w="0" w:type="dxa"/>
              <w:bottom w:w="0" w:type="dxa"/>
              <w:right w:w="0" w:type="dxa"/>
            </w:tcMar>
            <w:vAlign w:val="center"/>
          </w:tcPr>
          <w:p w14:paraId="21F859C3"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b/>
                <w:color w:val="000000"/>
                <w:sz w:val="20"/>
                <w:szCs w:val="20"/>
              </w:rPr>
            </w:pPr>
          </w:p>
        </w:tc>
        <w:tc>
          <w:tcPr>
            <w:tcW w:w="559" w:type="pct"/>
            <w:tcBorders>
              <w:top w:val="single" w:sz="12" w:space="0" w:color="666666"/>
              <w:left w:val="none" w:sz="0" w:space="0" w:color="000000"/>
              <w:bottom w:val="none" w:sz="0" w:space="0" w:color="000000"/>
              <w:right w:val="none" w:sz="0" w:space="0" w:color="000000"/>
            </w:tcBorders>
            <w:shd w:val="clear" w:color="auto" w:fill="F2F2F2"/>
            <w:tcMar>
              <w:top w:w="0" w:type="dxa"/>
              <w:left w:w="0" w:type="dxa"/>
              <w:bottom w:w="0" w:type="dxa"/>
              <w:right w:w="0" w:type="dxa"/>
            </w:tcMar>
            <w:vAlign w:val="center"/>
          </w:tcPr>
          <w:p w14:paraId="4F98650E"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b/>
                <w:color w:val="000000"/>
                <w:sz w:val="20"/>
                <w:szCs w:val="20"/>
              </w:rPr>
            </w:pPr>
          </w:p>
        </w:tc>
        <w:tc>
          <w:tcPr>
            <w:tcW w:w="622" w:type="pct"/>
            <w:tcBorders>
              <w:top w:val="single" w:sz="12" w:space="0" w:color="666666"/>
              <w:left w:val="none" w:sz="0" w:space="0" w:color="000000"/>
              <w:bottom w:val="none" w:sz="0" w:space="0" w:color="000000"/>
              <w:right w:val="none" w:sz="0" w:space="0" w:color="000000"/>
            </w:tcBorders>
            <w:shd w:val="clear" w:color="auto" w:fill="F2F2F2"/>
            <w:tcMar>
              <w:top w:w="0" w:type="dxa"/>
              <w:left w:w="0" w:type="dxa"/>
              <w:bottom w:w="0" w:type="dxa"/>
              <w:right w:w="0" w:type="dxa"/>
            </w:tcMar>
            <w:vAlign w:val="center"/>
          </w:tcPr>
          <w:p w14:paraId="2469B469"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b/>
                <w:color w:val="000000"/>
                <w:sz w:val="20"/>
                <w:szCs w:val="20"/>
              </w:rPr>
            </w:pPr>
          </w:p>
        </w:tc>
        <w:tc>
          <w:tcPr>
            <w:tcW w:w="970" w:type="pct"/>
            <w:tcBorders>
              <w:top w:val="single" w:sz="12" w:space="0" w:color="666666"/>
              <w:left w:val="none" w:sz="0" w:space="0" w:color="000000"/>
              <w:bottom w:val="none" w:sz="0" w:space="0" w:color="000000"/>
              <w:right w:val="none" w:sz="0" w:space="0" w:color="000000"/>
            </w:tcBorders>
            <w:shd w:val="clear" w:color="auto" w:fill="F2F2F2"/>
            <w:tcMar>
              <w:top w:w="0" w:type="dxa"/>
              <w:left w:w="0" w:type="dxa"/>
              <w:bottom w:w="0" w:type="dxa"/>
              <w:right w:w="0" w:type="dxa"/>
            </w:tcMar>
            <w:vAlign w:val="center"/>
          </w:tcPr>
          <w:p w14:paraId="063AF052"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b/>
                <w:color w:val="000000"/>
                <w:sz w:val="20"/>
                <w:szCs w:val="20"/>
              </w:rPr>
            </w:pPr>
          </w:p>
        </w:tc>
      </w:tr>
      <w:tr w:rsidR="00630527" w:rsidRPr="001A2E38" w14:paraId="302139E1" w14:textId="77777777" w:rsidTr="00865DCD">
        <w:trPr>
          <w:jc w:val="center"/>
        </w:trPr>
        <w:tc>
          <w:tcPr>
            <w:tcW w:w="173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23A83D7"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rPr>
                <w:rFonts w:ascii="Times New Roman" w:eastAsia="Arial" w:hAnsi="Times New Roman" w:cs="Times New Roman"/>
                <w:b/>
                <w:color w:val="000000"/>
                <w:sz w:val="20"/>
                <w:szCs w:val="20"/>
              </w:rPr>
            </w:pPr>
            <w:r w:rsidRPr="001A2E38">
              <w:rPr>
                <w:rFonts w:ascii="Times New Roman" w:eastAsia="Arial" w:hAnsi="Times New Roman" w:cs="Times New Roman"/>
                <w:b/>
                <w:color w:val="000000"/>
                <w:sz w:val="20"/>
                <w:szCs w:val="20"/>
              </w:rPr>
              <w:t>Liver function</w:t>
            </w: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9E0935E"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b/>
                <w:color w:val="000000"/>
                <w:sz w:val="20"/>
                <w:szCs w:val="20"/>
              </w:rPr>
            </w:pP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78242D4"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b/>
                <w:color w:val="000000"/>
                <w:sz w:val="20"/>
                <w:szCs w:val="20"/>
              </w:rPr>
            </w:pP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B4ABC5F"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b/>
                <w:color w:val="000000"/>
                <w:sz w:val="20"/>
                <w:szCs w:val="20"/>
              </w:rPr>
            </w:pPr>
          </w:p>
        </w:tc>
        <w:tc>
          <w:tcPr>
            <w:tcW w:w="62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D295E01"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b/>
                <w:color w:val="000000"/>
                <w:sz w:val="20"/>
                <w:szCs w:val="20"/>
              </w:rPr>
            </w:pPr>
          </w:p>
        </w:tc>
        <w:tc>
          <w:tcPr>
            <w:tcW w:w="97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7082FDF"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b/>
                <w:color w:val="000000"/>
                <w:sz w:val="20"/>
                <w:szCs w:val="20"/>
              </w:rPr>
            </w:pPr>
          </w:p>
        </w:tc>
      </w:tr>
      <w:tr w:rsidR="00630527" w:rsidRPr="001A2E38" w14:paraId="254A770D" w14:textId="77777777" w:rsidTr="00865DCD">
        <w:trPr>
          <w:jc w:val="center"/>
        </w:trPr>
        <w:tc>
          <w:tcPr>
            <w:tcW w:w="173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5B64B9A"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Albumin</w:t>
            </w: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D7F04C6"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0.072</w:t>
            </w: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CE6F1C0"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0.057</w:t>
            </w: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2D53A13"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0.087</w:t>
            </w:r>
          </w:p>
        </w:tc>
        <w:tc>
          <w:tcPr>
            <w:tcW w:w="62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921D73F"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&lt;0.001</w:t>
            </w:r>
          </w:p>
        </w:tc>
        <w:tc>
          <w:tcPr>
            <w:tcW w:w="97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24B7EC2"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&lt;0.001</w:t>
            </w:r>
          </w:p>
        </w:tc>
      </w:tr>
      <w:tr w:rsidR="00630527" w:rsidRPr="001A2E38" w14:paraId="7CCABB26" w14:textId="77777777" w:rsidTr="00865DCD">
        <w:trPr>
          <w:jc w:val="center"/>
        </w:trPr>
        <w:tc>
          <w:tcPr>
            <w:tcW w:w="173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4C5E566"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ALP</w:t>
            </w: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6FE42F6"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0.804</w:t>
            </w: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35BA718"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0.646</w:t>
            </w: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E260162"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0.963</w:t>
            </w:r>
          </w:p>
        </w:tc>
        <w:tc>
          <w:tcPr>
            <w:tcW w:w="62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30FF93F"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&lt;0.001</w:t>
            </w:r>
          </w:p>
        </w:tc>
        <w:tc>
          <w:tcPr>
            <w:tcW w:w="97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6D9CE43"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&lt;0.001</w:t>
            </w:r>
          </w:p>
        </w:tc>
      </w:tr>
      <w:tr w:rsidR="00630527" w:rsidRPr="001A2E38" w14:paraId="217E19FB" w14:textId="77777777" w:rsidTr="00865DCD">
        <w:trPr>
          <w:jc w:val="center"/>
        </w:trPr>
        <w:tc>
          <w:tcPr>
            <w:tcW w:w="173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87AA6B5"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ALT</w:t>
            </w: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45A11A5"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1.631</w:t>
            </w: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E63C101"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1.534</w:t>
            </w: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3F029F2"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1.728</w:t>
            </w:r>
          </w:p>
        </w:tc>
        <w:tc>
          <w:tcPr>
            <w:tcW w:w="62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F85CFA7"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&lt;0.001</w:t>
            </w:r>
          </w:p>
        </w:tc>
        <w:tc>
          <w:tcPr>
            <w:tcW w:w="97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B7C0FFC"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&lt;0.001</w:t>
            </w:r>
          </w:p>
        </w:tc>
      </w:tr>
      <w:tr w:rsidR="00630527" w:rsidRPr="001A2E38" w14:paraId="1E99B042" w14:textId="77777777" w:rsidTr="00865DCD">
        <w:trPr>
          <w:jc w:val="center"/>
        </w:trPr>
        <w:tc>
          <w:tcPr>
            <w:tcW w:w="173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DB76714"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AST</w:t>
            </w: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FFA739B"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0.310</w:t>
            </w: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631FF90"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0.244</w:t>
            </w: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72613B4"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0.375</w:t>
            </w:r>
          </w:p>
        </w:tc>
        <w:tc>
          <w:tcPr>
            <w:tcW w:w="62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ACE9271"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&lt;0.001</w:t>
            </w:r>
          </w:p>
        </w:tc>
        <w:tc>
          <w:tcPr>
            <w:tcW w:w="97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1D4DFC7"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&lt;0.001</w:t>
            </w:r>
          </w:p>
        </w:tc>
      </w:tr>
      <w:tr w:rsidR="00630527" w:rsidRPr="001A2E38" w14:paraId="32850AFD" w14:textId="77777777" w:rsidTr="00865DCD">
        <w:trPr>
          <w:jc w:val="center"/>
        </w:trPr>
        <w:tc>
          <w:tcPr>
            <w:tcW w:w="173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90B9B16"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GGT</w:t>
            </w: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D495CEE"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-0.103</w:t>
            </w: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27EEA4F"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-0.383</w:t>
            </w: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9EF95FD"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0.177</w:t>
            </w:r>
          </w:p>
        </w:tc>
        <w:tc>
          <w:tcPr>
            <w:tcW w:w="62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759FB13"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0.472</w:t>
            </w:r>
          </w:p>
        </w:tc>
        <w:tc>
          <w:tcPr>
            <w:tcW w:w="97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20204F5"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0.485</w:t>
            </w:r>
          </w:p>
        </w:tc>
      </w:tr>
      <w:tr w:rsidR="00630527" w:rsidRPr="001A2E38" w14:paraId="08A408B7" w14:textId="77777777" w:rsidTr="00865DCD">
        <w:trPr>
          <w:jc w:val="center"/>
        </w:trPr>
        <w:tc>
          <w:tcPr>
            <w:tcW w:w="173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5035989"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TBIL</w:t>
            </w: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C8EBD80"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-0.170</w:t>
            </w: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B08C472"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-0.194</w:t>
            </w: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A65274D"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-0.146</w:t>
            </w:r>
          </w:p>
        </w:tc>
        <w:tc>
          <w:tcPr>
            <w:tcW w:w="62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5A17F61"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&lt;0.001</w:t>
            </w:r>
          </w:p>
        </w:tc>
        <w:tc>
          <w:tcPr>
            <w:tcW w:w="97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FA06DE0"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&lt;0.001</w:t>
            </w:r>
          </w:p>
        </w:tc>
      </w:tr>
      <w:tr w:rsidR="00630527" w:rsidRPr="001A2E38" w14:paraId="1D247032" w14:textId="77777777" w:rsidTr="00865DCD">
        <w:trPr>
          <w:jc w:val="center"/>
        </w:trPr>
        <w:tc>
          <w:tcPr>
            <w:tcW w:w="173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7EEFBE5"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TP</w:t>
            </w: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642487F"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0.122</w:t>
            </w: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7E414D6"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0.098</w:t>
            </w: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4005ABE"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0.146</w:t>
            </w:r>
          </w:p>
        </w:tc>
        <w:tc>
          <w:tcPr>
            <w:tcW w:w="62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CA5EE63"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&lt;0.001</w:t>
            </w:r>
          </w:p>
        </w:tc>
        <w:tc>
          <w:tcPr>
            <w:tcW w:w="97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4B70AC2"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&lt;0.001</w:t>
            </w:r>
          </w:p>
        </w:tc>
      </w:tr>
      <w:tr w:rsidR="00630527" w:rsidRPr="001A2E38" w14:paraId="48BD4DF6" w14:textId="77777777" w:rsidTr="00865DCD">
        <w:trPr>
          <w:jc w:val="center"/>
        </w:trPr>
        <w:tc>
          <w:tcPr>
            <w:tcW w:w="173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9F0FF17"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rPr>
                <w:rFonts w:ascii="Times New Roman" w:eastAsia="Arial" w:hAnsi="Times New Roman" w:cs="Times New Roman"/>
                <w:b/>
                <w:color w:val="000000"/>
                <w:sz w:val="20"/>
                <w:szCs w:val="20"/>
              </w:rPr>
            </w:pPr>
            <w:r w:rsidRPr="001A2E38">
              <w:rPr>
                <w:rFonts w:ascii="Times New Roman" w:eastAsia="Arial" w:hAnsi="Times New Roman" w:cs="Times New Roman"/>
                <w:b/>
                <w:color w:val="000000"/>
                <w:sz w:val="20"/>
                <w:szCs w:val="20"/>
              </w:rPr>
              <w:t>Renal function</w:t>
            </w: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D76CF6D"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b/>
                <w:color w:val="000000"/>
                <w:sz w:val="20"/>
                <w:szCs w:val="20"/>
              </w:rPr>
            </w:pP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20059AB"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b/>
                <w:color w:val="000000"/>
                <w:sz w:val="20"/>
                <w:szCs w:val="20"/>
              </w:rPr>
            </w:pP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27CE37E"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b/>
                <w:color w:val="000000"/>
                <w:sz w:val="20"/>
                <w:szCs w:val="20"/>
              </w:rPr>
            </w:pPr>
          </w:p>
        </w:tc>
        <w:tc>
          <w:tcPr>
            <w:tcW w:w="62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C30219A"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b/>
                <w:color w:val="000000"/>
                <w:sz w:val="20"/>
                <w:szCs w:val="20"/>
              </w:rPr>
            </w:pPr>
          </w:p>
        </w:tc>
        <w:tc>
          <w:tcPr>
            <w:tcW w:w="97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D860010"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b/>
                <w:color w:val="000000"/>
                <w:sz w:val="20"/>
                <w:szCs w:val="20"/>
              </w:rPr>
            </w:pPr>
          </w:p>
        </w:tc>
      </w:tr>
      <w:tr w:rsidR="00630527" w:rsidRPr="001A2E38" w14:paraId="4B4CF36B" w14:textId="77777777" w:rsidTr="00865DCD">
        <w:trPr>
          <w:jc w:val="center"/>
        </w:trPr>
        <w:tc>
          <w:tcPr>
            <w:tcW w:w="173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164C2A4"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Urea</w:t>
            </w: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18BD31D"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-0.004</w:t>
            </w: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C2EC897"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-0.012</w:t>
            </w: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9D22685"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0.004</w:t>
            </w:r>
          </w:p>
        </w:tc>
        <w:tc>
          <w:tcPr>
            <w:tcW w:w="62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E1C71BD"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0.322</w:t>
            </w:r>
          </w:p>
        </w:tc>
        <w:tc>
          <w:tcPr>
            <w:tcW w:w="97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4444D0F"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0.337</w:t>
            </w:r>
          </w:p>
        </w:tc>
      </w:tr>
      <w:tr w:rsidR="00630527" w:rsidRPr="001A2E38" w14:paraId="01AD3729" w14:textId="77777777" w:rsidTr="00865DCD">
        <w:trPr>
          <w:jc w:val="center"/>
        </w:trPr>
        <w:tc>
          <w:tcPr>
            <w:tcW w:w="173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22327D6"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Creatinine</w:t>
            </w: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9BC2005"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-0.838</w:t>
            </w: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1255382"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-0.934</w:t>
            </w: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0016716"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-0.742</w:t>
            </w:r>
          </w:p>
        </w:tc>
        <w:tc>
          <w:tcPr>
            <w:tcW w:w="62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0DC8E0F"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&lt;0.001</w:t>
            </w:r>
          </w:p>
        </w:tc>
        <w:tc>
          <w:tcPr>
            <w:tcW w:w="97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842B1D7"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&lt;0.001</w:t>
            </w:r>
          </w:p>
        </w:tc>
      </w:tr>
      <w:tr w:rsidR="00630527" w:rsidRPr="001A2E38" w14:paraId="767FB634" w14:textId="77777777" w:rsidTr="00865DCD">
        <w:trPr>
          <w:jc w:val="center"/>
        </w:trPr>
        <w:tc>
          <w:tcPr>
            <w:tcW w:w="173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D29E041"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Cystatin C</w:t>
            </w: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A8D1EF0"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-0.001</w:t>
            </w: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2E8E197"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-0.001</w:t>
            </w: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B230FD6"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0.000</w:t>
            </w:r>
          </w:p>
        </w:tc>
        <w:tc>
          <w:tcPr>
            <w:tcW w:w="62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B233E23"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0.280</w:t>
            </w:r>
          </w:p>
        </w:tc>
        <w:tc>
          <w:tcPr>
            <w:tcW w:w="97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213A3CC"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0.295</w:t>
            </w:r>
          </w:p>
        </w:tc>
      </w:tr>
      <w:tr w:rsidR="00630527" w:rsidRPr="001A2E38" w14:paraId="7D54648E" w14:textId="77777777" w:rsidTr="00865DCD">
        <w:trPr>
          <w:jc w:val="center"/>
        </w:trPr>
        <w:tc>
          <w:tcPr>
            <w:tcW w:w="173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C7DD4B7"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Urate</w:t>
            </w: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25632A5"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4.513</w:t>
            </w: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FE1A654"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4.105</w:t>
            </w: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EB6BBCE"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4.921</w:t>
            </w:r>
          </w:p>
        </w:tc>
        <w:tc>
          <w:tcPr>
            <w:tcW w:w="62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34FBF20"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&lt;0.001</w:t>
            </w:r>
          </w:p>
        </w:tc>
        <w:tc>
          <w:tcPr>
            <w:tcW w:w="97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564210A"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&lt;0.001</w:t>
            </w:r>
          </w:p>
        </w:tc>
      </w:tr>
      <w:tr w:rsidR="00630527" w:rsidRPr="001A2E38" w14:paraId="658D99F3" w14:textId="77777777" w:rsidTr="00865DCD">
        <w:trPr>
          <w:jc w:val="center"/>
        </w:trPr>
        <w:tc>
          <w:tcPr>
            <w:tcW w:w="173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9A29951"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rPr>
                <w:rFonts w:ascii="Times New Roman" w:eastAsia="Arial" w:hAnsi="Times New Roman" w:cs="Times New Roman"/>
                <w:b/>
                <w:color w:val="000000"/>
                <w:sz w:val="20"/>
                <w:szCs w:val="20"/>
              </w:rPr>
            </w:pPr>
            <w:r w:rsidRPr="001A2E38">
              <w:rPr>
                <w:rFonts w:ascii="Times New Roman" w:eastAsia="Arial" w:hAnsi="Times New Roman" w:cs="Times New Roman"/>
                <w:b/>
                <w:color w:val="000000"/>
                <w:sz w:val="20"/>
                <w:szCs w:val="20"/>
              </w:rPr>
              <w:t>Systemic inflammation</w:t>
            </w: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DE08A52"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b/>
                <w:color w:val="000000"/>
                <w:sz w:val="20"/>
                <w:szCs w:val="20"/>
              </w:rPr>
            </w:pP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A275A16"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b/>
                <w:color w:val="000000"/>
                <w:sz w:val="20"/>
                <w:szCs w:val="20"/>
              </w:rPr>
            </w:pP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2B7BFDB"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b/>
                <w:color w:val="000000"/>
                <w:sz w:val="20"/>
                <w:szCs w:val="20"/>
              </w:rPr>
            </w:pPr>
          </w:p>
        </w:tc>
        <w:tc>
          <w:tcPr>
            <w:tcW w:w="62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E48016E"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b/>
                <w:color w:val="000000"/>
                <w:sz w:val="20"/>
                <w:szCs w:val="20"/>
              </w:rPr>
            </w:pPr>
          </w:p>
        </w:tc>
        <w:tc>
          <w:tcPr>
            <w:tcW w:w="97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B6BE71A"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b/>
                <w:color w:val="000000"/>
                <w:sz w:val="20"/>
                <w:szCs w:val="20"/>
              </w:rPr>
            </w:pPr>
          </w:p>
        </w:tc>
      </w:tr>
      <w:tr w:rsidR="00630527" w:rsidRPr="001A2E38" w14:paraId="3E88D50C" w14:textId="77777777" w:rsidTr="00865DCD">
        <w:trPr>
          <w:jc w:val="center"/>
        </w:trPr>
        <w:tc>
          <w:tcPr>
            <w:tcW w:w="173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457E063"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CRP</w:t>
            </w: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A47F907"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0.136</w:t>
            </w: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6294AD2"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0.108</w:t>
            </w: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9284CDB"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0.164</w:t>
            </w:r>
          </w:p>
        </w:tc>
        <w:tc>
          <w:tcPr>
            <w:tcW w:w="62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A193D10"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&lt;0.001</w:t>
            </w:r>
          </w:p>
        </w:tc>
        <w:tc>
          <w:tcPr>
            <w:tcW w:w="97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5483794"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&lt;0.001</w:t>
            </w:r>
          </w:p>
        </w:tc>
      </w:tr>
      <w:tr w:rsidR="00630527" w:rsidRPr="001A2E38" w14:paraId="1E4087E0" w14:textId="77777777" w:rsidTr="00865DCD">
        <w:trPr>
          <w:jc w:val="center"/>
        </w:trPr>
        <w:tc>
          <w:tcPr>
            <w:tcW w:w="173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262149D"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WBC</w:t>
            </w: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7BD8A0D"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0.032</w:t>
            </w: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D65E559"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0.020</w:t>
            </w: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91C4BE4"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0.044</w:t>
            </w:r>
          </w:p>
        </w:tc>
        <w:tc>
          <w:tcPr>
            <w:tcW w:w="62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D984B63"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&lt;0.001</w:t>
            </w:r>
          </w:p>
        </w:tc>
        <w:tc>
          <w:tcPr>
            <w:tcW w:w="97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690DB79"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&lt;0.001</w:t>
            </w:r>
          </w:p>
        </w:tc>
      </w:tr>
      <w:tr w:rsidR="00630527" w:rsidRPr="001A2E38" w14:paraId="65F97C57" w14:textId="77777777" w:rsidTr="00865DCD">
        <w:trPr>
          <w:jc w:val="center"/>
        </w:trPr>
        <w:tc>
          <w:tcPr>
            <w:tcW w:w="173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CA96AD4"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PLT</w:t>
            </w: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A74014E"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1.550</w:t>
            </w: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F6319AD"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1.198</w:t>
            </w: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7DCE3EE"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1.902</w:t>
            </w:r>
          </w:p>
        </w:tc>
        <w:tc>
          <w:tcPr>
            <w:tcW w:w="62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020F262"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&lt;0.001</w:t>
            </w:r>
          </w:p>
        </w:tc>
        <w:tc>
          <w:tcPr>
            <w:tcW w:w="97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AFF7A08"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&lt;0.001</w:t>
            </w:r>
          </w:p>
        </w:tc>
      </w:tr>
      <w:tr w:rsidR="00630527" w:rsidRPr="001A2E38" w14:paraId="7351B4B3" w14:textId="77777777" w:rsidTr="00865DCD">
        <w:trPr>
          <w:jc w:val="center"/>
        </w:trPr>
        <w:tc>
          <w:tcPr>
            <w:tcW w:w="173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F2403FA"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Lymphocyte</w:t>
            </w: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3B956A7"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0.034</w:t>
            </w: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83E0D6C"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0.027</w:t>
            </w: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F95D063"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0.040</w:t>
            </w:r>
          </w:p>
        </w:tc>
        <w:tc>
          <w:tcPr>
            <w:tcW w:w="62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1682BE1"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&lt;0.001</w:t>
            </w:r>
          </w:p>
        </w:tc>
        <w:tc>
          <w:tcPr>
            <w:tcW w:w="97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467F5E9"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&lt;0.001</w:t>
            </w:r>
          </w:p>
        </w:tc>
      </w:tr>
      <w:tr w:rsidR="00630527" w:rsidRPr="001A2E38" w14:paraId="6903AEF6" w14:textId="77777777" w:rsidTr="00865DCD">
        <w:trPr>
          <w:jc w:val="center"/>
        </w:trPr>
        <w:tc>
          <w:tcPr>
            <w:tcW w:w="173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08E2031"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Monocyte</w:t>
            </w: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775BBEA"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-0.009</w:t>
            </w: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AB6B7C1"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-0.010</w:t>
            </w: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EB44658"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-0.008</w:t>
            </w:r>
          </w:p>
        </w:tc>
        <w:tc>
          <w:tcPr>
            <w:tcW w:w="62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4FB9900"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&lt;0.001</w:t>
            </w:r>
          </w:p>
        </w:tc>
        <w:tc>
          <w:tcPr>
            <w:tcW w:w="97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3297895"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&lt;0.001</w:t>
            </w:r>
          </w:p>
        </w:tc>
      </w:tr>
      <w:tr w:rsidR="00630527" w:rsidRPr="001A2E38" w14:paraId="242CCFA3" w14:textId="77777777" w:rsidTr="00865DCD">
        <w:trPr>
          <w:jc w:val="center"/>
        </w:trPr>
        <w:tc>
          <w:tcPr>
            <w:tcW w:w="173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D5C1478"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Neutrophil</w:t>
            </w: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08A2F29"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0.008</w:t>
            </w: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040237E"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0.000</w:t>
            </w: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79E6C52"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0.016</w:t>
            </w:r>
          </w:p>
        </w:tc>
        <w:tc>
          <w:tcPr>
            <w:tcW w:w="62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3AE4D93"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0.061</w:t>
            </w:r>
          </w:p>
        </w:tc>
        <w:tc>
          <w:tcPr>
            <w:tcW w:w="97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0E2B454"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0.066</w:t>
            </w:r>
          </w:p>
        </w:tc>
      </w:tr>
      <w:tr w:rsidR="00630527" w:rsidRPr="001A2E38" w14:paraId="6ECA1FB6" w14:textId="77777777" w:rsidTr="00865DCD">
        <w:trPr>
          <w:jc w:val="center"/>
        </w:trPr>
        <w:tc>
          <w:tcPr>
            <w:tcW w:w="173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62660E0"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Eosinophil</w:t>
            </w: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95F6836"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-0.001</w:t>
            </w: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C2DBC9B"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-0.001</w:t>
            </w: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1A949BE"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0.000</w:t>
            </w:r>
          </w:p>
        </w:tc>
        <w:tc>
          <w:tcPr>
            <w:tcW w:w="62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67EEA25"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0.210</w:t>
            </w:r>
          </w:p>
        </w:tc>
        <w:tc>
          <w:tcPr>
            <w:tcW w:w="97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DE96B67"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0.221</w:t>
            </w:r>
          </w:p>
        </w:tc>
      </w:tr>
      <w:tr w:rsidR="00630527" w:rsidRPr="001A2E38" w14:paraId="18F6D797" w14:textId="77777777" w:rsidTr="00865DCD">
        <w:trPr>
          <w:jc w:val="center"/>
        </w:trPr>
        <w:tc>
          <w:tcPr>
            <w:tcW w:w="173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B2F8C64"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lastRenderedPageBreak/>
              <w:t>Basophil</w:t>
            </w: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A29BB29"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0.000</w:t>
            </w: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DFDDDC6"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0.000</w:t>
            </w: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F31D284"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0.000</w:t>
            </w:r>
          </w:p>
        </w:tc>
        <w:tc>
          <w:tcPr>
            <w:tcW w:w="62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565E6C6"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0.882</w:t>
            </w:r>
          </w:p>
        </w:tc>
        <w:tc>
          <w:tcPr>
            <w:tcW w:w="97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1530515"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0.890</w:t>
            </w:r>
          </w:p>
        </w:tc>
      </w:tr>
      <w:tr w:rsidR="00630527" w:rsidRPr="001A2E38" w14:paraId="62A1CB25" w14:textId="77777777" w:rsidTr="00865DCD">
        <w:trPr>
          <w:jc w:val="center"/>
        </w:trPr>
        <w:tc>
          <w:tcPr>
            <w:tcW w:w="173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0B970FB"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rPr>
                <w:rFonts w:ascii="Times New Roman" w:eastAsia="Arial" w:hAnsi="Times New Roman" w:cs="Times New Roman"/>
                <w:b/>
                <w:color w:val="000000"/>
                <w:sz w:val="20"/>
                <w:szCs w:val="20"/>
              </w:rPr>
            </w:pPr>
            <w:r w:rsidRPr="001A2E38">
              <w:rPr>
                <w:rFonts w:ascii="Times New Roman" w:eastAsia="Arial" w:hAnsi="Times New Roman" w:cs="Times New Roman"/>
                <w:b/>
                <w:color w:val="000000"/>
                <w:sz w:val="20"/>
                <w:szCs w:val="20"/>
              </w:rPr>
              <w:t>Metabolic</w:t>
            </w: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5301EB4"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b/>
                <w:color w:val="000000"/>
                <w:sz w:val="20"/>
                <w:szCs w:val="20"/>
              </w:rPr>
            </w:pP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216D135"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b/>
                <w:color w:val="000000"/>
                <w:sz w:val="20"/>
                <w:szCs w:val="20"/>
              </w:rPr>
            </w:pP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064B4CC"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b/>
                <w:color w:val="000000"/>
                <w:sz w:val="20"/>
                <w:szCs w:val="20"/>
              </w:rPr>
            </w:pPr>
          </w:p>
        </w:tc>
        <w:tc>
          <w:tcPr>
            <w:tcW w:w="62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278C815"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b/>
                <w:color w:val="000000"/>
                <w:sz w:val="20"/>
                <w:szCs w:val="20"/>
              </w:rPr>
            </w:pPr>
          </w:p>
        </w:tc>
        <w:tc>
          <w:tcPr>
            <w:tcW w:w="97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EA09C88"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b/>
                <w:color w:val="000000"/>
                <w:sz w:val="20"/>
                <w:szCs w:val="20"/>
              </w:rPr>
            </w:pPr>
          </w:p>
        </w:tc>
      </w:tr>
      <w:tr w:rsidR="00630527" w:rsidRPr="001A2E38" w14:paraId="2A1E4869" w14:textId="77777777" w:rsidTr="00865DCD">
        <w:trPr>
          <w:jc w:val="center"/>
        </w:trPr>
        <w:tc>
          <w:tcPr>
            <w:tcW w:w="173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3FB3E0E"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ApoA</w:t>
            </w: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8888358"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-0.093</w:t>
            </w: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8237BCA"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-0.094</w:t>
            </w: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450F6C3"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-0.092</w:t>
            </w:r>
          </w:p>
        </w:tc>
        <w:tc>
          <w:tcPr>
            <w:tcW w:w="62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1174C6A"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&lt;0.001</w:t>
            </w:r>
          </w:p>
        </w:tc>
        <w:tc>
          <w:tcPr>
            <w:tcW w:w="97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5DB5379"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&lt;0.001</w:t>
            </w:r>
          </w:p>
        </w:tc>
      </w:tr>
      <w:tr w:rsidR="00630527" w:rsidRPr="001A2E38" w14:paraId="5DE32A8A" w14:textId="77777777" w:rsidTr="00865DCD">
        <w:trPr>
          <w:jc w:val="center"/>
        </w:trPr>
        <w:tc>
          <w:tcPr>
            <w:tcW w:w="173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6CCBCDC"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ApoB</w:t>
            </w: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7762028"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0.130</w:t>
            </w: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9BC8F5F"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0.129</w:t>
            </w: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1D51E7C"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0.132</w:t>
            </w:r>
          </w:p>
        </w:tc>
        <w:tc>
          <w:tcPr>
            <w:tcW w:w="62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FF2EE5"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&lt;0.001</w:t>
            </w:r>
          </w:p>
        </w:tc>
        <w:tc>
          <w:tcPr>
            <w:tcW w:w="97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3B6FBB5"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&lt;0.001</w:t>
            </w:r>
          </w:p>
        </w:tc>
      </w:tr>
      <w:tr w:rsidR="00630527" w:rsidRPr="001A2E38" w14:paraId="7154B11D" w14:textId="77777777" w:rsidTr="00865DCD">
        <w:trPr>
          <w:jc w:val="center"/>
        </w:trPr>
        <w:tc>
          <w:tcPr>
            <w:tcW w:w="173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EE3DD87"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HbA1c</w:t>
            </w: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6B66560"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2.385</w:t>
            </w: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E5BEBEB"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2.346</w:t>
            </w: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7765A41"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2.423</w:t>
            </w:r>
          </w:p>
        </w:tc>
        <w:tc>
          <w:tcPr>
            <w:tcW w:w="62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2715F2F"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&lt;0.001</w:t>
            </w:r>
          </w:p>
        </w:tc>
        <w:tc>
          <w:tcPr>
            <w:tcW w:w="97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25D5363"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&lt;0.001</w:t>
            </w:r>
          </w:p>
        </w:tc>
      </w:tr>
      <w:tr w:rsidR="00630527" w:rsidRPr="001A2E38" w14:paraId="05C8DCE5" w14:textId="77777777" w:rsidTr="00865DCD">
        <w:trPr>
          <w:jc w:val="center"/>
        </w:trPr>
        <w:tc>
          <w:tcPr>
            <w:tcW w:w="173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91B8F8F"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LDL-C</w:t>
            </w: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15F3BB1"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0.405</w:t>
            </w: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D81A782"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0.400</w:t>
            </w: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203CE2A"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0.409</w:t>
            </w:r>
          </w:p>
        </w:tc>
        <w:tc>
          <w:tcPr>
            <w:tcW w:w="62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708F3FB"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&lt;0.001</w:t>
            </w:r>
          </w:p>
        </w:tc>
        <w:tc>
          <w:tcPr>
            <w:tcW w:w="97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D84AC0B"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&lt;0.001</w:t>
            </w:r>
          </w:p>
        </w:tc>
      </w:tr>
      <w:tr w:rsidR="00630527" w:rsidRPr="001A2E38" w14:paraId="752636EB" w14:textId="77777777" w:rsidTr="00865DCD">
        <w:trPr>
          <w:jc w:val="center"/>
        </w:trPr>
        <w:tc>
          <w:tcPr>
            <w:tcW w:w="173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5CEE7D4"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IGF-1</w:t>
            </w: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DA0710D"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-0.307</w:t>
            </w: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F1DF30A"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-0.340</w:t>
            </w: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B018F16"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-0.274</w:t>
            </w:r>
          </w:p>
        </w:tc>
        <w:tc>
          <w:tcPr>
            <w:tcW w:w="62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5DB31A3"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&lt;0.001</w:t>
            </w:r>
          </w:p>
        </w:tc>
        <w:tc>
          <w:tcPr>
            <w:tcW w:w="97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50BEA3E"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&lt;0.001</w:t>
            </w:r>
          </w:p>
        </w:tc>
      </w:tr>
      <w:tr w:rsidR="00630527" w:rsidRPr="001A2E38" w14:paraId="645690F2" w14:textId="77777777" w:rsidTr="00865DCD">
        <w:trPr>
          <w:jc w:val="center"/>
        </w:trPr>
        <w:tc>
          <w:tcPr>
            <w:tcW w:w="173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615D2E0"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Lp(a)</w:t>
            </w: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E47BECF"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0.258</w:t>
            </w: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16FC019"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-0.072</w:t>
            </w: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729620F"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0.587</w:t>
            </w:r>
          </w:p>
        </w:tc>
        <w:tc>
          <w:tcPr>
            <w:tcW w:w="62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9A3D7A2"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0.126</w:t>
            </w:r>
          </w:p>
        </w:tc>
        <w:tc>
          <w:tcPr>
            <w:tcW w:w="97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D9410D4"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0.134</w:t>
            </w:r>
          </w:p>
        </w:tc>
      </w:tr>
      <w:tr w:rsidR="00630527" w:rsidRPr="001A2E38" w14:paraId="2A993262" w14:textId="77777777" w:rsidTr="00865DCD">
        <w:trPr>
          <w:jc w:val="center"/>
        </w:trPr>
        <w:tc>
          <w:tcPr>
            <w:tcW w:w="173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8037E63"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SBP</w:t>
            </w: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9147A13"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1.081</w:t>
            </w: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19C0A23"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0.971</w:t>
            </w: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A3DB562"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1.190</w:t>
            </w:r>
          </w:p>
        </w:tc>
        <w:tc>
          <w:tcPr>
            <w:tcW w:w="62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C64542E"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&lt;0.001</w:t>
            </w:r>
          </w:p>
        </w:tc>
        <w:tc>
          <w:tcPr>
            <w:tcW w:w="97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FFE51EA"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&lt;0.001</w:t>
            </w:r>
          </w:p>
        </w:tc>
      </w:tr>
      <w:tr w:rsidR="00630527" w:rsidRPr="001A2E38" w14:paraId="3D829BA8" w14:textId="77777777" w:rsidTr="00865DCD">
        <w:trPr>
          <w:jc w:val="center"/>
        </w:trPr>
        <w:tc>
          <w:tcPr>
            <w:tcW w:w="173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22EB22B"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DBP</w:t>
            </w: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475E9EB"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0.357</w:t>
            </w: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A9BD575"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0.294</w:t>
            </w: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58B15C"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0.419</w:t>
            </w:r>
          </w:p>
        </w:tc>
        <w:tc>
          <w:tcPr>
            <w:tcW w:w="62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098F7AE"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&lt;0.001</w:t>
            </w:r>
          </w:p>
        </w:tc>
        <w:tc>
          <w:tcPr>
            <w:tcW w:w="97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7629F36"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&lt;0.001</w:t>
            </w:r>
          </w:p>
        </w:tc>
      </w:tr>
      <w:tr w:rsidR="00630527" w:rsidRPr="001A2E38" w14:paraId="28E0D0A9" w14:textId="77777777" w:rsidTr="00865DCD">
        <w:trPr>
          <w:jc w:val="center"/>
        </w:trPr>
        <w:tc>
          <w:tcPr>
            <w:tcW w:w="1731" w:type="pct"/>
            <w:tcBorders>
              <w:top w:val="none" w:sz="0" w:space="0" w:color="000000"/>
              <w:left w:val="none" w:sz="0" w:space="0" w:color="000000"/>
              <w:bottom w:val="none" w:sz="0" w:space="0" w:color="000000"/>
              <w:right w:val="none" w:sz="0" w:space="0" w:color="000000"/>
            </w:tcBorders>
            <w:shd w:val="clear" w:color="auto" w:fill="F2F2F2"/>
            <w:tcMar>
              <w:top w:w="0" w:type="dxa"/>
              <w:left w:w="0" w:type="dxa"/>
              <w:bottom w:w="0" w:type="dxa"/>
              <w:right w:w="0" w:type="dxa"/>
            </w:tcMar>
            <w:vAlign w:val="center"/>
          </w:tcPr>
          <w:p w14:paraId="569A48FB"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rPr>
                <w:rFonts w:ascii="Times New Roman" w:eastAsia="Arial" w:hAnsi="Times New Roman" w:cs="Times New Roman"/>
                <w:b/>
                <w:color w:val="000000"/>
                <w:sz w:val="20"/>
                <w:szCs w:val="20"/>
              </w:rPr>
            </w:pPr>
            <w:r w:rsidRPr="001A2E38">
              <w:rPr>
                <w:rFonts w:ascii="Times New Roman" w:eastAsia="Arial" w:hAnsi="Times New Roman" w:cs="Times New Roman"/>
                <w:b/>
                <w:color w:val="000000"/>
                <w:sz w:val="20"/>
                <w:szCs w:val="20"/>
              </w:rPr>
              <w:t>CHG-BMI</w:t>
            </w:r>
          </w:p>
        </w:tc>
        <w:tc>
          <w:tcPr>
            <w:tcW w:w="559" w:type="pct"/>
            <w:tcBorders>
              <w:top w:val="none" w:sz="0" w:space="0" w:color="000000"/>
              <w:left w:val="none" w:sz="0" w:space="0" w:color="000000"/>
              <w:bottom w:val="none" w:sz="0" w:space="0" w:color="000000"/>
              <w:right w:val="none" w:sz="0" w:space="0" w:color="000000"/>
            </w:tcBorders>
            <w:shd w:val="clear" w:color="auto" w:fill="F2F2F2"/>
            <w:tcMar>
              <w:top w:w="0" w:type="dxa"/>
              <w:left w:w="0" w:type="dxa"/>
              <w:bottom w:w="0" w:type="dxa"/>
              <w:right w:w="0" w:type="dxa"/>
            </w:tcMar>
            <w:vAlign w:val="center"/>
          </w:tcPr>
          <w:p w14:paraId="77EEB3ED"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b/>
                <w:color w:val="000000"/>
                <w:sz w:val="20"/>
                <w:szCs w:val="20"/>
              </w:rPr>
            </w:pPr>
          </w:p>
        </w:tc>
        <w:tc>
          <w:tcPr>
            <w:tcW w:w="559" w:type="pct"/>
            <w:tcBorders>
              <w:top w:val="none" w:sz="0" w:space="0" w:color="000000"/>
              <w:left w:val="none" w:sz="0" w:space="0" w:color="000000"/>
              <w:bottom w:val="none" w:sz="0" w:space="0" w:color="000000"/>
              <w:right w:val="none" w:sz="0" w:space="0" w:color="000000"/>
            </w:tcBorders>
            <w:shd w:val="clear" w:color="auto" w:fill="F2F2F2"/>
            <w:tcMar>
              <w:top w:w="0" w:type="dxa"/>
              <w:left w:w="0" w:type="dxa"/>
              <w:bottom w:w="0" w:type="dxa"/>
              <w:right w:w="0" w:type="dxa"/>
            </w:tcMar>
            <w:vAlign w:val="center"/>
          </w:tcPr>
          <w:p w14:paraId="1B7976C6"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b/>
                <w:color w:val="000000"/>
                <w:sz w:val="20"/>
                <w:szCs w:val="20"/>
              </w:rPr>
            </w:pPr>
          </w:p>
        </w:tc>
        <w:tc>
          <w:tcPr>
            <w:tcW w:w="559" w:type="pct"/>
            <w:tcBorders>
              <w:top w:val="none" w:sz="0" w:space="0" w:color="000000"/>
              <w:left w:val="none" w:sz="0" w:space="0" w:color="000000"/>
              <w:bottom w:val="none" w:sz="0" w:space="0" w:color="000000"/>
              <w:right w:val="none" w:sz="0" w:space="0" w:color="000000"/>
            </w:tcBorders>
            <w:shd w:val="clear" w:color="auto" w:fill="F2F2F2"/>
            <w:tcMar>
              <w:top w:w="0" w:type="dxa"/>
              <w:left w:w="0" w:type="dxa"/>
              <w:bottom w:w="0" w:type="dxa"/>
              <w:right w:w="0" w:type="dxa"/>
            </w:tcMar>
            <w:vAlign w:val="center"/>
          </w:tcPr>
          <w:p w14:paraId="1DCE3E28"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b/>
                <w:color w:val="000000"/>
                <w:sz w:val="20"/>
                <w:szCs w:val="20"/>
              </w:rPr>
            </w:pPr>
          </w:p>
        </w:tc>
        <w:tc>
          <w:tcPr>
            <w:tcW w:w="622" w:type="pct"/>
            <w:tcBorders>
              <w:top w:val="none" w:sz="0" w:space="0" w:color="000000"/>
              <w:left w:val="none" w:sz="0" w:space="0" w:color="000000"/>
              <w:bottom w:val="none" w:sz="0" w:space="0" w:color="000000"/>
              <w:right w:val="none" w:sz="0" w:space="0" w:color="000000"/>
            </w:tcBorders>
            <w:shd w:val="clear" w:color="auto" w:fill="F2F2F2"/>
            <w:tcMar>
              <w:top w:w="0" w:type="dxa"/>
              <w:left w:w="0" w:type="dxa"/>
              <w:bottom w:w="0" w:type="dxa"/>
              <w:right w:w="0" w:type="dxa"/>
            </w:tcMar>
            <w:vAlign w:val="center"/>
          </w:tcPr>
          <w:p w14:paraId="0C334F2A"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b/>
                <w:color w:val="000000"/>
                <w:sz w:val="20"/>
                <w:szCs w:val="20"/>
              </w:rPr>
            </w:pPr>
          </w:p>
        </w:tc>
        <w:tc>
          <w:tcPr>
            <w:tcW w:w="970" w:type="pct"/>
            <w:tcBorders>
              <w:top w:val="none" w:sz="0" w:space="0" w:color="000000"/>
              <w:left w:val="none" w:sz="0" w:space="0" w:color="000000"/>
              <w:bottom w:val="none" w:sz="0" w:space="0" w:color="000000"/>
              <w:right w:val="none" w:sz="0" w:space="0" w:color="000000"/>
            </w:tcBorders>
            <w:shd w:val="clear" w:color="auto" w:fill="F2F2F2"/>
            <w:tcMar>
              <w:top w:w="0" w:type="dxa"/>
              <w:left w:w="0" w:type="dxa"/>
              <w:bottom w:w="0" w:type="dxa"/>
              <w:right w:w="0" w:type="dxa"/>
            </w:tcMar>
            <w:vAlign w:val="center"/>
          </w:tcPr>
          <w:p w14:paraId="2770AE70"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b/>
                <w:color w:val="000000"/>
                <w:sz w:val="20"/>
                <w:szCs w:val="20"/>
              </w:rPr>
            </w:pPr>
          </w:p>
        </w:tc>
      </w:tr>
      <w:tr w:rsidR="00630527" w:rsidRPr="001A2E38" w14:paraId="3045AC8E" w14:textId="77777777" w:rsidTr="00865DCD">
        <w:trPr>
          <w:jc w:val="center"/>
        </w:trPr>
        <w:tc>
          <w:tcPr>
            <w:tcW w:w="173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3B1B24B"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rPr>
                <w:rFonts w:ascii="Times New Roman" w:eastAsia="Arial" w:hAnsi="Times New Roman" w:cs="Times New Roman"/>
                <w:b/>
                <w:color w:val="000000"/>
                <w:sz w:val="20"/>
                <w:szCs w:val="20"/>
              </w:rPr>
            </w:pPr>
            <w:r w:rsidRPr="001A2E38">
              <w:rPr>
                <w:rFonts w:ascii="Times New Roman" w:eastAsia="Arial" w:hAnsi="Times New Roman" w:cs="Times New Roman"/>
                <w:b/>
                <w:color w:val="000000"/>
                <w:sz w:val="20"/>
                <w:szCs w:val="20"/>
              </w:rPr>
              <w:t>Liver function</w:t>
            </w: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311CB59"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b/>
                <w:color w:val="000000"/>
                <w:sz w:val="20"/>
                <w:szCs w:val="20"/>
              </w:rPr>
            </w:pP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CB308F2"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b/>
                <w:color w:val="000000"/>
                <w:sz w:val="20"/>
                <w:szCs w:val="20"/>
              </w:rPr>
            </w:pP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B6B102B"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b/>
                <w:color w:val="000000"/>
                <w:sz w:val="20"/>
                <w:szCs w:val="20"/>
              </w:rPr>
            </w:pPr>
          </w:p>
        </w:tc>
        <w:tc>
          <w:tcPr>
            <w:tcW w:w="62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5581CD0"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b/>
                <w:color w:val="000000"/>
                <w:sz w:val="20"/>
                <w:szCs w:val="20"/>
              </w:rPr>
            </w:pPr>
          </w:p>
        </w:tc>
        <w:tc>
          <w:tcPr>
            <w:tcW w:w="97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0560D35"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b/>
                <w:color w:val="000000"/>
                <w:sz w:val="20"/>
                <w:szCs w:val="20"/>
              </w:rPr>
            </w:pPr>
          </w:p>
        </w:tc>
      </w:tr>
      <w:tr w:rsidR="00630527" w:rsidRPr="001A2E38" w14:paraId="778CEE00" w14:textId="77777777" w:rsidTr="00865DCD">
        <w:trPr>
          <w:jc w:val="center"/>
        </w:trPr>
        <w:tc>
          <w:tcPr>
            <w:tcW w:w="173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BF998A0"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Albumin</w:t>
            </w: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161388C"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-0.468</w:t>
            </w: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9C32773"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-0.484</w:t>
            </w: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ECD69C0"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-0.452</w:t>
            </w:r>
          </w:p>
        </w:tc>
        <w:tc>
          <w:tcPr>
            <w:tcW w:w="62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95ED812"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&lt;0.001</w:t>
            </w:r>
          </w:p>
        </w:tc>
        <w:tc>
          <w:tcPr>
            <w:tcW w:w="97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69404E8"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&lt;0.001</w:t>
            </w:r>
          </w:p>
        </w:tc>
      </w:tr>
      <w:tr w:rsidR="00630527" w:rsidRPr="001A2E38" w14:paraId="6AB77D61" w14:textId="77777777" w:rsidTr="00865DCD">
        <w:trPr>
          <w:jc w:val="center"/>
        </w:trPr>
        <w:tc>
          <w:tcPr>
            <w:tcW w:w="173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4937F44"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ALP</w:t>
            </w: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9864AEA"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-0.816</w:t>
            </w: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FF4CC8D"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-0.983</w:t>
            </w: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D57F306"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-0.649</w:t>
            </w:r>
          </w:p>
        </w:tc>
        <w:tc>
          <w:tcPr>
            <w:tcW w:w="62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212F0B0"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&lt;0.001</w:t>
            </w:r>
          </w:p>
        </w:tc>
        <w:tc>
          <w:tcPr>
            <w:tcW w:w="97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BA88307"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&lt;0.001</w:t>
            </w:r>
          </w:p>
        </w:tc>
      </w:tr>
      <w:tr w:rsidR="00630527" w:rsidRPr="001A2E38" w14:paraId="1DAEB473" w14:textId="77777777" w:rsidTr="00865DCD">
        <w:trPr>
          <w:jc w:val="center"/>
        </w:trPr>
        <w:tc>
          <w:tcPr>
            <w:tcW w:w="173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C51EA47"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ALT</w:t>
            </w: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D9558D3"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0.512</w:t>
            </w: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57D3E84"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0.409</w:t>
            </w: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0D419B5"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0.614</w:t>
            </w:r>
          </w:p>
        </w:tc>
        <w:tc>
          <w:tcPr>
            <w:tcW w:w="62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3EB00BC"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&lt;0.001</w:t>
            </w:r>
          </w:p>
        </w:tc>
        <w:tc>
          <w:tcPr>
            <w:tcW w:w="97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987E6D0"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&lt;0.001</w:t>
            </w:r>
          </w:p>
        </w:tc>
      </w:tr>
      <w:tr w:rsidR="00630527" w:rsidRPr="001A2E38" w14:paraId="2C8C4126" w14:textId="77777777" w:rsidTr="00865DCD">
        <w:trPr>
          <w:jc w:val="center"/>
        </w:trPr>
        <w:tc>
          <w:tcPr>
            <w:tcW w:w="173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24D4F0E"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AST</w:t>
            </w: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ADEBD86"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-0.120</w:t>
            </w: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E19BE08"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-0.189</w:t>
            </w: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C9C1897"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-0.052</w:t>
            </w:r>
          </w:p>
        </w:tc>
        <w:tc>
          <w:tcPr>
            <w:tcW w:w="62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B6830F9"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&lt;0.001</w:t>
            </w:r>
          </w:p>
        </w:tc>
        <w:tc>
          <w:tcPr>
            <w:tcW w:w="97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72B8B50"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&lt;0.001</w:t>
            </w:r>
          </w:p>
        </w:tc>
      </w:tr>
      <w:tr w:rsidR="00630527" w:rsidRPr="001A2E38" w14:paraId="0A7F66A9" w14:textId="77777777" w:rsidTr="00865DCD">
        <w:trPr>
          <w:jc w:val="center"/>
        </w:trPr>
        <w:tc>
          <w:tcPr>
            <w:tcW w:w="173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BAC146A"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GGT</w:t>
            </w: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397F688"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-4.805</w:t>
            </w: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D998F2"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-5.099</w:t>
            </w: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1CD5814"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-4.512</w:t>
            </w:r>
          </w:p>
        </w:tc>
        <w:tc>
          <w:tcPr>
            <w:tcW w:w="62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DB8BAC6"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&lt;0.001</w:t>
            </w:r>
          </w:p>
        </w:tc>
        <w:tc>
          <w:tcPr>
            <w:tcW w:w="97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2E23106"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&lt;0.001</w:t>
            </w:r>
          </w:p>
        </w:tc>
      </w:tr>
      <w:tr w:rsidR="00630527" w:rsidRPr="001A2E38" w14:paraId="01826DA0" w14:textId="77777777" w:rsidTr="00865DCD">
        <w:trPr>
          <w:jc w:val="center"/>
        </w:trPr>
        <w:tc>
          <w:tcPr>
            <w:tcW w:w="173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4920CB4"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TBIL</w:t>
            </w: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1FE2EC9"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-0.163</w:t>
            </w: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F557CE2"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-0.188</w:t>
            </w: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DA4B5DB"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-0.138</w:t>
            </w:r>
          </w:p>
        </w:tc>
        <w:tc>
          <w:tcPr>
            <w:tcW w:w="62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2E1758B"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&lt;0.001</w:t>
            </w:r>
          </w:p>
        </w:tc>
        <w:tc>
          <w:tcPr>
            <w:tcW w:w="97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E6706F2"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&lt;0.001</w:t>
            </w:r>
          </w:p>
        </w:tc>
      </w:tr>
      <w:tr w:rsidR="00630527" w:rsidRPr="001A2E38" w14:paraId="365D2FD3" w14:textId="77777777" w:rsidTr="00865DCD">
        <w:trPr>
          <w:jc w:val="center"/>
        </w:trPr>
        <w:tc>
          <w:tcPr>
            <w:tcW w:w="173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3B44269"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TP</w:t>
            </w: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5645ADD"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-0.200</w:t>
            </w: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5FE8F69"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-0.225</w:t>
            </w: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1D09D70"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-0.175</w:t>
            </w:r>
          </w:p>
        </w:tc>
        <w:tc>
          <w:tcPr>
            <w:tcW w:w="62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B34B9E9"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&lt;0.001</w:t>
            </w:r>
          </w:p>
        </w:tc>
        <w:tc>
          <w:tcPr>
            <w:tcW w:w="97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0CD12F5"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&lt;0.001</w:t>
            </w:r>
          </w:p>
        </w:tc>
      </w:tr>
      <w:tr w:rsidR="00630527" w:rsidRPr="001A2E38" w14:paraId="1647957D" w14:textId="77777777" w:rsidTr="00865DCD">
        <w:trPr>
          <w:jc w:val="center"/>
        </w:trPr>
        <w:tc>
          <w:tcPr>
            <w:tcW w:w="173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0007DEE"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rPr>
                <w:rFonts w:ascii="Times New Roman" w:eastAsia="Arial" w:hAnsi="Times New Roman" w:cs="Times New Roman"/>
                <w:b/>
                <w:color w:val="000000"/>
                <w:sz w:val="20"/>
                <w:szCs w:val="20"/>
              </w:rPr>
            </w:pPr>
            <w:r w:rsidRPr="001A2E38">
              <w:rPr>
                <w:rFonts w:ascii="Times New Roman" w:eastAsia="Arial" w:hAnsi="Times New Roman" w:cs="Times New Roman"/>
                <w:b/>
                <w:color w:val="000000"/>
                <w:sz w:val="20"/>
                <w:szCs w:val="20"/>
              </w:rPr>
              <w:t>Renal function</w:t>
            </w: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DEBE9DB"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b/>
                <w:color w:val="000000"/>
                <w:sz w:val="20"/>
                <w:szCs w:val="20"/>
              </w:rPr>
            </w:pP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E773A97"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b/>
                <w:color w:val="000000"/>
                <w:sz w:val="20"/>
                <w:szCs w:val="20"/>
              </w:rPr>
            </w:pP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F0FB05C"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b/>
                <w:color w:val="000000"/>
                <w:sz w:val="20"/>
                <w:szCs w:val="20"/>
              </w:rPr>
            </w:pPr>
          </w:p>
        </w:tc>
        <w:tc>
          <w:tcPr>
            <w:tcW w:w="62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7ED9CDA"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b/>
                <w:color w:val="000000"/>
                <w:sz w:val="20"/>
                <w:szCs w:val="20"/>
              </w:rPr>
            </w:pPr>
          </w:p>
        </w:tc>
        <w:tc>
          <w:tcPr>
            <w:tcW w:w="97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1A73275"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b/>
                <w:color w:val="000000"/>
                <w:sz w:val="20"/>
                <w:szCs w:val="20"/>
              </w:rPr>
            </w:pPr>
          </w:p>
        </w:tc>
      </w:tr>
      <w:tr w:rsidR="00630527" w:rsidRPr="001A2E38" w14:paraId="4B96413E" w14:textId="77777777" w:rsidTr="00865DCD">
        <w:trPr>
          <w:jc w:val="center"/>
        </w:trPr>
        <w:tc>
          <w:tcPr>
            <w:tcW w:w="173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33E8DDD"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Urea</w:t>
            </w: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1D52CA1"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0.029</w:t>
            </w: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A1DF20F"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0.021</w:t>
            </w: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9DBED8F"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0.037</w:t>
            </w:r>
          </w:p>
        </w:tc>
        <w:tc>
          <w:tcPr>
            <w:tcW w:w="62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535650F"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&lt;0.001</w:t>
            </w:r>
          </w:p>
        </w:tc>
        <w:tc>
          <w:tcPr>
            <w:tcW w:w="97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C72CFAF"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&lt;0.001</w:t>
            </w:r>
          </w:p>
        </w:tc>
      </w:tr>
      <w:tr w:rsidR="00630527" w:rsidRPr="001A2E38" w14:paraId="1F360AEB" w14:textId="77777777" w:rsidTr="00865DCD">
        <w:trPr>
          <w:jc w:val="center"/>
        </w:trPr>
        <w:tc>
          <w:tcPr>
            <w:tcW w:w="173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E51CB1A"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Creatinine</w:t>
            </w: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2E98DA6"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-0.089</w:t>
            </w: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4EBCDAE"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-0.190</w:t>
            </w: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53E64C7"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0.012</w:t>
            </w:r>
          </w:p>
        </w:tc>
        <w:tc>
          <w:tcPr>
            <w:tcW w:w="62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5AD0B98"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0.083</w:t>
            </w:r>
          </w:p>
        </w:tc>
        <w:tc>
          <w:tcPr>
            <w:tcW w:w="97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AA2B63D"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0.090</w:t>
            </w:r>
          </w:p>
        </w:tc>
      </w:tr>
      <w:tr w:rsidR="00630527" w:rsidRPr="001A2E38" w14:paraId="4BFB9E96" w14:textId="77777777" w:rsidTr="00865DCD">
        <w:trPr>
          <w:jc w:val="center"/>
        </w:trPr>
        <w:tc>
          <w:tcPr>
            <w:tcW w:w="173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74D9B28"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Cystatin C</w:t>
            </w: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74639CD"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0.026</w:t>
            </w: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C245971"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0.025</w:t>
            </w: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9883A82"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0.027</w:t>
            </w:r>
          </w:p>
        </w:tc>
        <w:tc>
          <w:tcPr>
            <w:tcW w:w="62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A399418"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&lt;0.001</w:t>
            </w:r>
          </w:p>
        </w:tc>
        <w:tc>
          <w:tcPr>
            <w:tcW w:w="97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DF35B20"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&lt;0.001</w:t>
            </w:r>
          </w:p>
        </w:tc>
      </w:tr>
      <w:tr w:rsidR="00630527" w:rsidRPr="001A2E38" w14:paraId="26718277" w14:textId="77777777" w:rsidTr="00865DCD">
        <w:trPr>
          <w:jc w:val="center"/>
        </w:trPr>
        <w:tc>
          <w:tcPr>
            <w:tcW w:w="173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EFFB0AB"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Urate</w:t>
            </w: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229513D"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13.419</w:t>
            </w: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61E3EB8"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12.996</w:t>
            </w: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158DD1B"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13.841</w:t>
            </w:r>
          </w:p>
        </w:tc>
        <w:tc>
          <w:tcPr>
            <w:tcW w:w="62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927317D"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&lt;0.001</w:t>
            </w:r>
          </w:p>
        </w:tc>
        <w:tc>
          <w:tcPr>
            <w:tcW w:w="97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FA2750E"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&lt;0.001</w:t>
            </w:r>
          </w:p>
        </w:tc>
      </w:tr>
      <w:tr w:rsidR="00630527" w:rsidRPr="001A2E38" w14:paraId="5B530580" w14:textId="77777777" w:rsidTr="00865DCD">
        <w:trPr>
          <w:jc w:val="center"/>
        </w:trPr>
        <w:tc>
          <w:tcPr>
            <w:tcW w:w="173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BA6C3AE"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rPr>
                <w:rFonts w:ascii="Times New Roman" w:eastAsia="Arial" w:hAnsi="Times New Roman" w:cs="Times New Roman"/>
                <w:b/>
                <w:color w:val="000000"/>
                <w:sz w:val="20"/>
                <w:szCs w:val="20"/>
              </w:rPr>
            </w:pPr>
            <w:r w:rsidRPr="001A2E38">
              <w:rPr>
                <w:rFonts w:ascii="Times New Roman" w:eastAsia="Arial" w:hAnsi="Times New Roman" w:cs="Times New Roman"/>
                <w:b/>
                <w:color w:val="000000"/>
                <w:sz w:val="20"/>
                <w:szCs w:val="20"/>
              </w:rPr>
              <w:t>Systemic inflammation</w:t>
            </w: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7ADC9BE"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b/>
                <w:color w:val="000000"/>
                <w:sz w:val="20"/>
                <w:szCs w:val="20"/>
              </w:rPr>
            </w:pP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1216EA4"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b/>
                <w:color w:val="000000"/>
                <w:sz w:val="20"/>
                <w:szCs w:val="20"/>
              </w:rPr>
            </w:pP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A9E63B7"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b/>
                <w:color w:val="000000"/>
                <w:sz w:val="20"/>
                <w:szCs w:val="20"/>
              </w:rPr>
            </w:pPr>
          </w:p>
        </w:tc>
        <w:tc>
          <w:tcPr>
            <w:tcW w:w="62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9645107"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b/>
                <w:color w:val="000000"/>
                <w:sz w:val="20"/>
                <w:szCs w:val="20"/>
              </w:rPr>
            </w:pPr>
          </w:p>
        </w:tc>
        <w:tc>
          <w:tcPr>
            <w:tcW w:w="97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8854272"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b/>
                <w:color w:val="000000"/>
                <w:sz w:val="20"/>
                <w:szCs w:val="20"/>
              </w:rPr>
            </w:pPr>
          </w:p>
        </w:tc>
      </w:tr>
      <w:tr w:rsidR="00630527" w:rsidRPr="001A2E38" w14:paraId="049A5708" w14:textId="77777777" w:rsidTr="00865DCD">
        <w:trPr>
          <w:jc w:val="center"/>
        </w:trPr>
        <w:tc>
          <w:tcPr>
            <w:tcW w:w="173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B06E388"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CRP</w:t>
            </w: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2539EB0"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0.885</w:t>
            </w: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CFBAE51"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0.856</w:t>
            </w: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E5B0DF4"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0.913</w:t>
            </w:r>
          </w:p>
        </w:tc>
        <w:tc>
          <w:tcPr>
            <w:tcW w:w="62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63309C7"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&lt;0.001</w:t>
            </w:r>
          </w:p>
        </w:tc>
        <w:tc>
          <w:tcPr>
            <w:tcW w:w="97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F0B03B7"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&lt;0.001</w:t>
            </w:r>
          </w:p>
        </w:tc>
      </w:tr>
      <w:tr w:rsidR="00630527" w:rsidRPr="001A2E38" w14:paraId="074165AC" w14:textId="77777777" w:rsidTr="00865DCD">
        <w:trPr>
          <w:jc w:val="center"/>
        </w:trPr>
        <w:tc>
          <w:tcPr>
            <w:tcW w:w="173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0096F53"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lastRenderedPageBreak/>
              <w:t>WBC</w:t>
            </w: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5009D70"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0.176</w:t>
            </w: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3A4CD2C"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0.163</w:t>
            </w: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45FD1A6"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0.188</w:t>
            </w:r>
          </w:p>
        </w:tc>
        <w:tc>
          <w:tcPr>
            <w:tcW w:w="62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AFA9DC6"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&lt;0.001</w:t>
            </w:r>
          </w:p>
        </w:tc>
        <w:tc>
          <w:tcPr>
            <w:tcW w:w="97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B83B847"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&lt;0.001</w:t>
            </w:r>
          </w:p>
        </w:tc>
      </w:tr>
      <w:tr w:rsidR="00630527" w:rsidRPr="001A2E38" w14:paraId="00FDC8BE" w14:textId="77777777" w:rsidTr="00865DCD">
        <w:trPr>
          <w:jc w:val="center"/>
        </w:trPr>
        <w:tc>
          <w:tcPr>
            <w:tcW w:w="173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2E61DEB"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PLT</w:t>
            </w: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116C78C"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-1.015</w:t>
            </w: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1F1ED0C"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-1.386</w:t>
            </w: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91FBF21"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-0.645</w:t>
            </w:r>
          </w:p>
        </w:tc>
        <w:tc>
          <w:tcPr>
            <w:tcW w:w="62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1F404CA"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&lt;0.001</w:t>
            </w:r>
          </w:p>
        </w:tc>
        <w:tc>
          <w:tcPr>
            <w:tcW w:w="97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968B53D"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&lt;0.001</w:t>
            </w:r>
          </w:p>
        </w:tc>
      </w:tr>
      <w:tr w:rsidR="00630527" w:rsidRPr="001A2E38" w14:paraId="15BEF3A8" w14:textId="77777777" w:rsidTr="00865DCD">
        <w:trPr>
          <w:jc w:val="center"/>
        </w:trPr>
        <w:tc>
          <w:tcPr>
            <w:tcW w:w="173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30AE3DD"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Lymphocyte</w:t>
            </w: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3D449A9"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0.042</w:t>
            </w: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21ABC76"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0.035</w:t>
            </w: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6BCD7DA"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0.049</w:t>
            </w:r>
          </w:p>
        </w:tc>
        <w:tc>
          <w:tcPr>
            <w:tcW w:w="62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5B1AFFE"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&lt;0.001</w:t>
            </w:r>
          </w:p>
        </w:tc>
        <w:tc>
          <w:tcPr>
            <w:tcW w:w="97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CB98F66"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&lt;0.001</w:t>
            </w:r>
          </w:p>
        </w:tc>
      </w:tr>
      <w:tr w:rsidR="00630527" w:rsidRPr="001A2E38" w14:paraId="2C75AC6D" w14:textId="77777777" w:rsidTr="00865DCD">
        <w:trPr>
          <w:jc w:val="center"/>
        </w:trPr>
        <w:tc>
          <w:tcPr>
            <w:tcW w:w="173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9961EF7"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Monocyte</w:t>
            </w: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F2EC6A4"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0.009</w:t>
            </w: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0876468"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0.008</w:t>
            </w: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523DA1A"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0.010</w:t>
            </w:r>
          </w:p>
        </w:tc>
        <w:tc>
          <w:tcPr>
            <w:tcW w:w="62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B72D5B7"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&lt;0.001</w:t>
            </w:r>
          </w:p>
        </w:tc>
        <w:tc>
          <w:tcPr>
            <w:tcW w:w="97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F7D7EC9"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&lt;0.001</w:t>
            </w:r>
          </w:p>
        </w:tc>
      </w:tr>
      <w:tr w:rsidR="00630527" w:rsidRPr="001A2E38" w14:paraId="5E6E8E5F" w14:textId="77777777" w:rsidTr="00865DCD">
        <w:trPr>
          <w:jc w:val="center"/>
        </w:trPr>
        <w:tc>
          <w:tcPr>
            <w:tcW w:w="173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964AF69"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Neutrophil</w:t>
            </w: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6AA1281"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0.117</w:t>
            </w: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594C405"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0.108</w:t>
            </w: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730AF88"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0.126</w:t>
            </w:r>
          </w:p>
        </w:tc>
        <w:tc>
          <w:tcPr>
            <w:tcW w:w="62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1CAEBB2"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&lt;0.001</w:t>
            </w:r>
          </w:p>
        </w:tc>
        <w:tc>
          <w:tcPr>
            <w:tcW w:w="97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0C0C5BB"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&lt;0.001</w:t>
            </w:r>
          </w:p>
        </w:tc>
      </w:tr>
      <w:tr w:rsidR="00630527" w:rsidRPr="001A2E38" w14:paraId="31DEC7C5" w14:textId="77777777" w:rsidTr="00865DCD">
        <w:trPr>
          <w:jc w:val="center"/>
        </w:trPr>
        <w:tc>
          <w:tcPr>
            <w:tcW w:w="173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258B185"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Eosinophil</w:t>
            </w: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F9F2172"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0.006</w:t>
            </w: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6D2DBFF"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0.005</w:t>
            </w: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24E8759"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0.006</w:t>
            </w:r>
          </w:p>
        </w:tc>
        <w:tc>
          <w:tcPr>
            <w:tcW w:w="62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9AB46A2"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&lt;0.001</w:t>
            </w:r>
          </w:p>
        </w:tc>
        <w:tc>
          <w:tcPr>
            <w:tcW w:w="97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AC1A4DF"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&lt;0.001</w:t>
            </w:r>
          </w:p>
        </w:tc>
      </w:tr>
      <w:tr w:rsidR="00630527" w:rsidRPr="001A2E38" w14:paraId="2173A4B7" w14:textId="77777777" w:rsidTr="00865DCD">
        <w:trPr>
          <w:jc w:val="center"/>
        </w:trPr>
        <w:tc>
          <w:tcPr>
            <w:tcW w:w="173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AA2925A"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Basophil</w:t>
            </w: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9D572F7"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0.002</w:t>
            </w: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CA859A0"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0.002</w:t>
            </w: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1833E8C"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0.002</w:t>
            </w:r>
          </w:p>
        </w:tc>
        <w:tc>
          <w:tcPr>
            <w:tcW w:w="62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303383B"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&lt;0.001</w:t>
            </w:r>
          </w:p>
        </w:tc>
        <w:tc>
          <w:tcPr>
            <w:tcW w:w="97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D911230"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&lt;0.001</w:t>
            </w:r>
          </w:p>
        </w:tc>
      </w:tr>
      <w:tr w:rsidR="00630527" w:rsidRPr="001A2E38" w14:paraId="3686A2F6" w14:textId="77777777" w:rsidTr="00865DCD">
        <w:trPr>
          <w:jc w:val="center"/>
        </w:trPr>
        <w:tc>
          <w:tcPr>
            <w:tcW w:w="173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C82BBD2"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rPr>
                <w:rFonts w:ascii="Times New Roman" w:eastAsia="Arial" w:hAnsi="Times New Roman" w:cs="Times New Roman"/>
                <w:b/>
                <w:color w:val="000000"/>
                <w:sz w:val="20"/>
                <w:szCs w:val="20"/>
              </w:rPr>
            </w:pPr>
            <w:r w:rsidRPr="001A2E38">
              <w:rPr>
                <w:rFonts w:ascii="Times New Roman" w:eastAsia="Arial" w:hAnsi="Times New Roman" w:cs="Times New Roman"/>
                <w:b/>
                <w:color w:val="000000"/>
                <w:sz w:val="20"/>
                <w:szCs w:val="20"/>
              </w:rPr>
              <w:t>Metabolic</w:t>
            </w: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E6C6218"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b/>
                <w:color w:val="000000"/>
                <w:sz w:val="20"/>
                <w:szCs w:val="20"/>
              </w:rPr>
            </w:pP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EFC27D5"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b/>
                <w:color w:val="000000"/>
                <w:sz w:val="20"/>
                <w:szCs w:val="20"/>
              </w:rPr>
            </w:pP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A90EC9F"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b/>
                <w:color w:val="000000"/>
                <w:sz w:val="20"/>
                <w:szCs w:val="20"/>
              </w:rPr>
            </w:pPr>
          </w:p>
        </w:tc>
        <w:tc>
          <w:tcPr>
            <w:tcW w:w="62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4D26C39"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b/>
                <w:color w:val="000000"/>
                <w:sz w:val="20"/>
                <w:szCs w:val="20"/>
              </w:rPr>
            </w:pPr>
          </w:p>
        </w:tc>
        <w:tc>
          <w:tcPr>
            <w:tcW w:w="97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78EA616"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b/>
                <w:color w:val="000000"/>
                <w:sz w:val="20"/>
                <w:szCs w:val="20"/>
              </w:rPr>
            </w:pPr>
          </w:p>
        </w:tc>
      </w:tr>
      <w:tr w:rsidR="00630527" w:rsidRPr="001A2E38" w14:paraId="4B2E80E2" w14:textId="77777777" w:rsidTr="00865DCD">
        <w:trPr>
          <w:jc w:val="center"/>
        </w:trPr>
        <w:tc>
          <w:tcPr>
            <w:tcW w:w="173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62692B4"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ApoA</w:t>
            </w: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0D6ED56"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-0.053</w:t>
            </w: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05BF64E"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-0.054</w:t>
            </w: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304BDC4"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-0.052</w:t>
            </w:r>
          </w:p>
        </w:tc>
        <w:tc>
          <w:tcPr>
            <w:tcW w:w="62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7F0E138"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&lt;0.001</w:t>
            </w:r>
          </w:p>
        </w:tc>
        <w:tc>
          <w:tcPr>
            <w:tcW w:w="97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EFD0179"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&lt;0.001</w:t>
            </w:r>
          </w:p>
        </w:tc>
      </w:tr>
      <w:tr w:rsidR="00630527" w:rsidRPr="001A2E38" w14:paraId="41E6CC00" w14:textId="77777777" w:rsidTr="00865DCD">
        <w:trPr>
          <w:jc w:val="center"/>
        </w:trPr>
        <w:tc>
          <w:tcPr>
            <w:tcW w:w="173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2133697"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ApoB</w:t>
            </w: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6222C8D"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0.017</w:t>
            </w: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813F411"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0.016</w:t>
            </w: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086F7A9"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0.019</w:t>
            </w:r>
          </w:p>
        </w:tc>
        <w:tc>
          <w:tcPr>
            <w:tcW w:w="62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4D7CCCF"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&lt;0.001</w:t>
            </w:r>
          </w:p>
        </w:tc>
        <w:tc>
          <w:tcPr>
            <w:tcW w:w="97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5D906CE"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&lt;0.001</w:t>
            </w:r>
          </w:p>
        </w:tc>
      </w:tr>
      <w:tr w:rsidR="00630527" w:rsidRPr="001A2E38" w14:paraId="2CC40F70" w14:textId="77777777" w:rsidTr="00865DCD">
        <w:trPr>
          <w:jc w:val="center"/>
        </w:trPr>
        <w:tc>
          <w:tcPr>
            <w:tcW w:w="173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E2CFA8F"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HbA1c</w:t>
            </w: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E9522A2"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1.808</w:t>
            </w: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A5E5CCC"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1.766</w:t>
            </w: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11ABD94"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1.850</w:t>
            </w:r>
          </w:p>
        </w:tc>
        <w:tc>
          <w:tcPr>
            <w:tcW w:w="62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9E78478"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&lt;0.001</w:t>
            </w:r>
          </w:p>
        </w:tc>
        <w:tc>
          <w:tcPr>
            <w:tcW w:w="97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1D1E828"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&lt;0.001</w:t>
            </w:r>
          </w:p>
        </w:tc>
      </w:tr>
      <w:tr w:rsidR="00630527" w:rsidRPr="001A2E38" w14:paraId="389AA53A" w14:textId="77777777" w:rsidTr="00865DCD">
        <w:trPr>
          <w:jc w:val="center"/>
        </w:trPr>
        <w:tc>
          <w:tcPr>
            <w:tcW w:w="173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8910B68"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LDL-C</w:t>
            </w: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F6F9F2C"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0.024</w:t>
            </w: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83A47B5"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0.018</w:t>
            </w: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EDDB3CF"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0.029</w:t>
            </w:r>
          </w:p>
        </w:tc>
        <w:tc>
          <w:tcPr>
            <w:tcW w:w="62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A47E9DB"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&lt;0.001</w:t>
            </w:r>
          </w:p>
        </w:tc>
        <w:tc>
          <w:tcPr>
            <w:tcW w:w="97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3E378B6"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&lt;0.001</w:t>
            </w:r>
          </w:p>
        </w:tc>
      </w:tr>
      <w:tr w:rsidR="00630527" w:rsidRPr="001A2E38" w14:paraId="279700CE" w14:textId="77777777" w:rsidTr="00865DCD">
        <w:trPr>
          <w:jc w:val="center"/>
        </w:trPr>
        <w:tc>
          <w:tcPr>
            <w:tcW w:w="173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FC16402"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IGF-1</w:t>
            </w: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9267492"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-0.960</w:t>
            </w: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352E8B2"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-0.995</w:t>
            </w: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EB5BE79"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-0.926</w:t>
            </w:r>
          </w:p>
        </w:tc>
        <w:tc>
          <w:tcPr>
            <w:tcW w:w="62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D58D835"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&lt;0.001</w:t>
            </w:r>
          </w:p>
        </w:tc>
        <w:tc>
          <w:tcPr>
            <w:tcW w:w="97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46B6890"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&lt;0.001</w:t>
            </w:r>
          </w:p>
        </w:tc>
      </w:tr>
      <w:tr w:rsidR="00630527" w:rsidRPr="001A2E38" w14:paraId="51F4B65B" w14:textId="77777777" w:rsidTr="00865DCD">
        <w:trPr>
          <w:jc w:val="center"/>
        </w:trPr>
        <w:tc>
          <w:tcPr>
            <w:tcW w:w="173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06A3EB"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Lp(a)</w:t>
            </w: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4CB5A59"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0.825</w:t>
            </w: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855B1FF"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0.480</w:t>
            </w: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A9A36D0"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1.170</w:t>
            </w:r>
          </w:p>
        </w:tc>
        <w:tc>
          <w:tcPr>
            <w:tcW w:w="62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935A5B9"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&lt;0.001</w:t>
            </w:r>
          </w:p>
        </w:tc>
        <w:tc>
          <w:tcPr>
            <w:tcW w:w="97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A239415"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&lt;0.001</w:t>
            </w:r>
          </w:p>
        </w:tc>
      </w:tr>
      <w:tr w:rsidR="00630527" w:rsidRPr="001A2E38" w14:paraId="3F9F08B5" w14:textId="77777777" w:rsidTr="00865DCD">
        <w:trPr>
          <w:jc w:val="center"/>
        </w:trPr>
        <w:tc>
          <w:tcPr>
            <w:tcW w:w="173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4049AE6"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SBP</w:t>
            </w: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FB73B3A"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1.829</w:t>
            </w: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367F976"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1.714</w:t>
            </w: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6D9F217"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1.945</w:t>
            </w:r>
          </w:p>
        </w:tc>
        <w:tc>
          <w:tcPr>
            <w:tcW w:w="62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2294E78"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&lt;0.001</w:t>
            </w:r>
          </w:p>
        </w:tc>
        <w:tc>
          <w:tcPr>
            <w:tcW w:w="97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5B443F0"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&lt;0.001</w:t>
            </w:r>
          </w:p>
        </w:tc>
      </w:tr>
      <w:tr w:rsidR="00630527" w:rsidRPr="001A2E38" w14:paraId="4240451F" w14:textId="77777777" w:rsidTr="00865DCD">
        <w:trPr>
          <w:jc w:val="center"/>
        </w:trPr>
        <w:tc>
          <w:tcPr>
            <w:tcW w:w="173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31DDC46"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DBP</w:t>
            </w: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B983F13"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1.726</w:t>
            </w: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AB886FB"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1.661</w:t>
            </w: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41F252B"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1.791</w:t>
            </w:r>
          </w:p>
        </w:tc>
        <w:tc>
          <w:tcPr>
            <w:tcW w:w="62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9E1E897"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&lt;0.001</w:t>
            </w:r>
          </w:p>
        </w:tc>
        <w:tc>
          <w:tcPr>
            <w:tcW w:w="97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AA4E05E"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&lt;0.001</w:t>
            </w:r>
          </w:p>
        </w:tc>
      </w:tr>
      <w:tr w:rsidR="00630527" w:rsidRPr="001A2E38" w14:paraId="24D12E84" w14:textId="77777777" w:rsidTr="00865DCD">
        <w:trPr>
          <w:jc w:val="center"/>
        </w:trPr>
        <w:tc>
          <w:tcPr>
            <w:tcW w:w="1731" w:type="pct"/>
            <w:tcBorders>
              <w:top w:val="none" w:sz="0" w:space="0" w:color="000000"/>
              <w:left w:val="none" w:sz="0" w:space="0" w:color="000000"/>
              <w:bottom w:val="none" w:sz="0" w:space="0" w:color="000000"/>
              <w:right w:val="none" w:sz="0" w:space="0" w:color="000000"/>
            </w:tcBorders>
            <w:shd w:val="clear" w:color="auto" w:fill="F2F2F2"/>
            <w:tcMar>
              <w:top w:w="0" w:type="dxa"/>
              <w:left w:w="0" w:type="dxa"/>
              <w:bottom w:w="0" w:type="dxa"/>
              <w:right w:w="0" w:type="dxa"/>
            </w:tcMar>
            <w:vAlign w:val="center"/>
          </w:tcPr>
          <w:p w14:paraId="36A8A156"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rPr>
                <w:rFonts w:ascii="Times New Roman" w:eastAsia="Arial" w:hAnsi="Times New Roman" w:cs="Times New Roman"/>
                <w:b/>
                <w:color w:val="000000"/>
                <w:sz w:val="20"/>
                <w:szCs w:val="20"/>
              </w:rPr>
            </w:pPr>
            <w:r w:rsidRPr="001A2E38">
              <w:rPr>
                <w:rFonts w:ascii="Times New Roman" w:eastAsia="Arial" w:hAnsi="Times New Roman" w:cs="Times New Roman"/>
                <w:b/>
                <w:color w:val="000000"/>
                <w:sz w:val="20"/>
                <w:szCs w:val="20"/>
              </w:rPr>
              <w:t>CHG-WC</w:t>
            </w:r>
          </w:p>
        </w:tc>
        <w:tc>
          <w:tcPr>
            <w:tcW w:w="559" w:type="pct"/>
            <w:tcBorders>
              <w:top w:val="none" w:sz="0" w:space="0" w:color="000000"/>
              <w:left w:val="none" w:sz="0" w:space="0" w:color="000000"/>
              <w:bottom w:val="none" w:sz="0" w:space="0" w:color="000000"/>
              <w:right w:val="none" w:sz="0" w:space="0" w:color="000000"/>
            </w:tcBorders>
            <w:shd w:val="clear" w:color="auto" w:fill="F2F2F2"/>
            <w:tcMar>
              <w:top w:w="0" w:type="dxa"/>
              <w:left w:w="0" w:type="dxa"/>
              <w:bottom w:w="0" w:type="dxa"/>
              <w:right w:w="0" w:type="dxa"/>
            </w:tcMar>
            <w:vAlign w:val="center"/>
          </w:tcPr>
          <w:p w14:paraId="7E42295E"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b/>
                <w:color w:val="000000"/>
                <w:sz w:val="20"/>
                <w:szCs w:val="20"/>
              </w:rPr>
            </w:pPr>
          </w:p>
        </w:tc>
        <w:tc>
          <w:tcPr>
            <w:tcW w:w="559" w:type="pct"/>
            <w:tcBorders>
              <w:top w:val="none" w:sz="0" w:space="0" w:color="000000"/>
              <w:left w:val="none" w:sz="0" w:space="0" w:color="000000"/>
              <w:bottom w:val="none" w:sz="0" w:space="0" w:color="000000"/>
              <w:right w:val="none" w:sz="0" w:space="0" w:color="000000"/>
            </w:tcBorders>
            <w:shd w:val="clear" w:color="auto" w:fill="F2F2F2"/>
            <w:tcMar>
              <w:top w:w="0" w:type="dxa"/>
              <w:left w:w="0" w:type="dxa"/>
              <w:bottom w:w="0" w:type="dxa"/>
              <w:right w:w="0" w:type="dxa"/>
            </w:tcMar>
            <w:vAlign w:val="center"/>
          </w:tcPr>
          <w:p w14:paraId="4B3A0624"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b/>
                <w:color w:val="000000"/>
                <w:sz w:val="20"/>
                <w:szCs w:val="20"/>
              </w:rPr>
            </w:pPr>
          </w:p>
        </w:tc>
        <w:tc>
          <w:tcPr>
            <w:tcW w:w="559" w:type="pct"/>
            <w:tcBorders>
              <w:top w:val="none" w:sz="0" w:space="0" w:color="000000"/>
              <w:left w:val="none" w:sz="0" w:space="0" w:color="000000"/>
              <w:bottom w:val="none" w:sz="0" w:space="0" w:color="000000"/>
              <w:right w:val="none" w:sz="0" w:space="0" w:color="000000"/>
            </w:tcBorders>
            <w:shd w:val="clear" w:color="auto" w:fill="F2F2F2"/>
            <w:tcMar>
              <w:top w:w="0" w:type="dxa"/>
              <w:left w:w="0" w:type="dxa"/>
              <w:bottom w:w="0" w:type="dxa"/>
              <w:right w:w="0" w:type="dxa"/>
            </w:tcMar>
            <w:vAlign w:val="center"/>
          </w:tcPr>
          <w:p w14:paraId="0C0A6AD3"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b/>
                <w:color w:val="000000"/>
                <w:sz w:val="20"/>
                <w:szCs w:val="20"/>
              </w:rPr>
            </w:pPr>
          </w:p>
        </w:tc>
        <w:tc>
          <w:tcPr>
            <w:tcW w:w="622" w:type="pct"/>
            <w:tcBorders>
              <w:top w:val="none" w:sz="0" w:space="0" w:color="000000"/>
              <w:left w:val="none" w:sz="0" w:space="0" w:color="000000"/>
              <w:bottom w:val="none" w:sz="0" w:space="0" w:color="000000"/>
              <w:right w:val="none" w:sz="0" w:space="0" w:color="000000"/>
            </w:tcBorders>
            <w:shd w:val="clear" w:color="auto" w:fill="F2F2F2"/>
            <w:tcMar>
              <w:top w:w="0" w:type="dxa"/>
              <w:left w:w="0" w:type="dxa"/>
              <w:bottom w:w="0" w:type="dxa"/>
              <w:right w:w="0" w:type="dxa"/>
            </w:tcMar>
            <w:vAlign w:val="center"/>
          </w:tcPr>
          <w:p w14:paraId="06B0C8AB"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b/>
                <w:color w:val="000000"/>
                <w:sz w:val="20"/>
                <w:szCs w:val="20"/>
              </w:rPr>
            </w:pPr>
          </w:p>
        </w:tc>
        <w:tc>
          <w:tcPr>
            <w:tcW w:w="970" w:type="pct"/>
            <w:tcBorders>
              <w:top w:val="none" w:sz="0" w:space="0" w:color="000000"/>
              <w:left w:val="none" w:sz="0" w:space="0" w:color="000000"/>
              <w:bottom w:val="none" w:sz="0" w:space="0" w:color="000000"/>
              <w:right w:val="none" w:sz="0" w:space="0" w:color="000000"/>
            </w:tcBorders>
            <w:shd w:val="clear" w:color="auto" w:fill="F2F2F2"/>
            <w:tcMar>
              <w:top w:w="0" w:type="dxa"/>
              <w:left w:w="0" w:type="dxa"/>
              <w:bottom w:w="0" w:type="dxa"/>
              <w:right w:w="0" w:type="dxa"/>
            </w:tcMar>
            <w:vAlign w:val="center"/>
          </w:tcPr>
          <w:p w14:paraId="470EFB72"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b/>
                <w:color w:val="000000"/>
                <w:sz w:val="20"/>
                <w:szCs w:val="20"/>
              </w:rPr>
            </w:pPr>
          </w:p>
        </w:tc>
      </w:tr>
      <w:tr w:rsidR="00630527" w:rsidRPr="001A2E38" w14:paraId="14839C55" w14:textId="77777777" w:rsidTr="00865DCD">
        <w:trPr>
          <w:jc w:val="center"/>
        </w:trPr>
        <w:tc>
          <w:tcPr>
            <w:tcW w:w="173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7F2393A"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rPr>
                <w:rFonts w:ascii="Times New Roman" w:eastAsia="Arial" w:hAnsi="Times New Roman" w:cs="Times New Roman"/>
                <w:b/>
                <w:color w:val="000000"/>
                <w:sz w:val="20"/>
                <w:szCs w:val="20"/>
              </w:rPr>
            </w:pPr>
            <w:r w:rsidRPr="001A2E38">
              <w:rPr>
                <w:rFonts w:ascii="Times New Roman" w:eastAsia="Arial" w:hAnsi="Times New Roman" w:cs="Times New Roman"/>
                <w:b/>
                <w:color w:val="000000"/>
                <w:sz w:val="20"/>
                <w:szCs w:val="20"/>
              </w:rPr>
              <w:t>Liver function</w:t>
            </w: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28A0D2E"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b/>
                <w:color w:val="000000"/>
                <w:sz w:val="20"/>
                <w:szCs w:val="20"/>
              </w:rPr>
            </w:pP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52896DF"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b/>
                <w:color w:val="000000"/>
                <w:sz w:val="20"/>
                <w:szCs w:val="20"/>
              </w:rPr>
            </w:pP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130B7E9"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b/>
                <w:color w:val="000000"/>
                <w:sz w:val="20"/>
                <w:szCs w:val="20"/>
              </w:rPr>
            </w:pPr>
          </w:p>
        </w:tc>
        <w:tc>
          <w:tcPr>
            <w:tcW w:w="62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50C49BF"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b/>
                <w:color w:val="000000"/>
                <w:sz w:val="20"/>
                <w:szCs w:val="20"/>
              </w:rPr>
            </w:pPr>
          </w:p>
        </w:tc>
        <w:tc>
          <w:tcPr>
            <w:tcW w:w="97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3761800"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b/>
                <w:color w:val="000000"/>
                <w:sz w:val="20"/>
                <w:szCs w:val="20"/>
              </w:rPr>
            </w:pPr>
          </w:p>
        </w:tc>
      </w:tr>
      <w:tr w:rsidR="00630527" w:rsidRPr="001A2E38" w14:paraId="04E3CE6F" w14:textId="77777777" w:rsidTr="00865DCD">
        <w:trPr>
          <w:jc w:val="center"/>
        </w:trPr>
        <w:tc>
          <w:tcPr>
            <w:tcW w:w="173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81124C0"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Albumin</w:t>
            </w: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4BB923E"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-0.375</w:t>
            </w: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AE65315"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-0.391</w:t>
            </w: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10DF816"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-0.360</w:t>
            </w:r>
          </w:p>
        </w:tc>
        <w:tc>
          <w:tcPr>
            <w:tcW w:w="62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FF34B51"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&lt;0.001</w:t>
            </w:r>
          </w:p>
        </w:tc>
        <w:tc>
          <w:tcPr>
            <w:tcW w:w="97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39D4EC6"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&lt;0.001</w:t>
            </w:r>
          </w:p>
        </w:tc>
      </w:tr>
      <w:tr w:rsidR="00630527" w:rsidRPr="001A2E38" w14:paraId="500CDA42" w14:textId="77777777" w:rsidTr="00865DCD">
        <w:trPr>
          <w:jc w:val="center"/>
        </w:trPr>
        <w:tc>
          <w:tcPr>
            <w:tcW w:w="173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2733D42"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ALP</w:t>
            </w: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A01EB04"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-0.365</w:t>
            </w: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6A1AA5C"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-0.528</w:t>
            </w: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3113DDA"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-0.201</w:t>
            </w:r>
          </w:p>
        </w:tc>
        <w:tc>
          <w:tcPr>
            <w:tcW w:w="62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77E9109"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&lt;0.001</w:t>
            </w:r>
          </w:p>
        </w:tc>
        <w:tc>
          <w:tcPr>
            <w:tcW w:w="97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D8EF2FE"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&lt;0.001</w:t>
            </w:r>
          </w:p>
        </w:tc>
      </w:tr>
      <w:tr w:rsidR="00630527" w:rsidRPr="001A2E38" w14:paraId="1EF7EA7B" w14:textId="77777777" w:rsidTr="00865DCD">
        <w:trPr>
          <w:jc w:val="center"/>
        </w:trPr>
        <w:tc>
          <w:tcPr>
            <w:tcW w:w="173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81DE39B"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ALT</w:t>
            </w: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DB16BAD"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0.843</w:t>
            </w: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A7CB8CC"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0.743</w:t>
            </w: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DCA21A2"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0.943</w:t>
            </w:r>
          </w:p>
        </w:tc>
        <w:tc>
          <w:tcPr>
            <w:tcW w:w="62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E790E2F"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&lt;0.001</w:t>
            </w:r>
          </w:p>
        </w:tc>
        <w:tc>
          <w:tcPr>
            <w:tcW w:w="97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521DBBF"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&lt;0.001</w:t>
            </w:r>
          </w:p>
        </w:tc>
      </w:tr>
      <w:tr w:rsidR="00630527" w:rsidRPr="001A2E38" w14:paraId="6E83A127" w14:textId="77777777" w:rsidTr="00865DCD">
        <w:trPr>
          <w:jc w:val="center"/>
        </w:trPr>
        <w:tc>
          <w:tcPr>
            <w:tcW w:w="173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7EB3E16"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AST</w:t>
            </w: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6B99DD3"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-0.002</w:t>
            </w: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9E8543D"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-0.069</w:t>
            </w: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0F45E90"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0.066</w:t>
            </w:r>
          </w:p>
        </w:tc>
        <w:tc>
          <w:tcPr>
            <w:tcW w:w="62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9DC68D8"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0.956</w:t>
            </w:r>
          </w:p>
        </w:tc>
        <w:tc>
          <w:tcPr>
            <w:tcW w:w="97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7AEF897"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0.956</w:t>
            </w:r>
          </w:p>
        </w:tc>
      </w:tr>
      <w:tr w:rsidR="00630527" w:rsidRPr="001A2E38" w14:paraId="3F37C513" w14:textId="77777777" w:rsidTr="00865DCD">
        <w:trPr>
          <w:jc w:val="center"/>
        </w:trPr>
        <w:tc>
          <w:tcPr>
            <w:tcW w:w="173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ACA4F60"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GGT</w:t>
            </w: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E53F99B"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-4.609</w:t>
            </w: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69B8016"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-4.896</w:t>
            </w: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68D7821"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-4.321</w:t>
            </w:r>
          </w:p>
        </w:tc>
        <w:tc>
          <w:tcPr>
            <w:tcW w:w="62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C463CF0"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&lt;0.001</w:t>
            </w:r>
          </w:p>
        </w:tc>
        <w:tc>
          <w:tcPr>
            <w:tcW w:w="97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D9CB0CF"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&lt;0.001</w:t>
            </w:r>
          </w:p>
        </w:tc>
      </w:tr>
      <w:tr w:rsidR="00630527" w:rsidRPr="001A2E38" w14:paraId="62436874" w14:textId="77777777" w:rsidTr="00865DCD">
        <w:trPr>
          <w:jc w:val="center"/>
        </w:trPr>
        <w:tc>
          <w:tcPr>
            <w:tcW w:w="173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9903581"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TBIL</w:t>
            </w: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C617A45"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-0.173</w:t>
            </w: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29C6BD5"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-0.198</w:t>
            </w: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5E177CA"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-0.148</w:t>
            </w:r>
          </w:p>
        </w:tc>
        <w:tc>
          <w:tcPr>
            <w:tcW w:w="62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5BD36B6"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&lt;0.001</w:t>
            </w:r>
          </w:p>
        </w:tc>
        <w:tc>
          <w:tcPr>
            <w:tcW w:w="97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6E88BAE"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&lt;0.001</w:t>
            </w:r>
          </w:p>
        </w:tc>
      </w:tr>
      <w:tr w:rsidR="00630527" w:rsidRPr="001A2E38" w14:paraId="2EA8EAED" w14:textId="77777777" w:rsidTr="00865DCD">
        <w:trPr>
          <w:jc w:val="center"/>
        </w:trPr>
        <w:tc>
          <w:tcPr>
            <w:tcW w:w="173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F0B069A"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TP</w:t>
            </w: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5092153"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-0.160</w:t>
            </w: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A50761E"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-0.184</w:t>
            </w: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BD05E99"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-0.135</w:t>
            </w:r>
          </w:p>
        </w:tc>
        <w:tc>
          <w:tcPr>
            <w:tcW w:w="62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3C9FD9C"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&lt;0.001</w:t>
            </w:r>
          </w:p>
        </w:tc>
        <w:tc>
          <w:tcPr>
            <w:tcW w:w="97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712FE0B"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&lt;0.001</w:t>
            </w:r>
          </w:p>
        </w:tc>
      </w:tr>
      <w:tr w:rsidR="00630527" w:rsidRPr="001A2E38" w14:paraId="1724CEE6" w14:textId="77777777" w:rsidTr="00865DCD">
        <w:trPr>
          <w:jc w:val="center"/>
        </w:trPr>
        <w:tc>
          <w:tcPr>
            <w:tcW w:w="173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1495466"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rPr>
                <w:rFonts w:ascii="Times New Roman" w:eastAsia="Arial" w:hAnsi="Times New Roman" w:cs="Times New Roman"/>
                <w:b/>
                <w:color w:val="000000"/>
                <w:sz w:val="20"/>
                <w:szCs w:val="20"/>
              </w:rPr>
            </w:pPr>
            <w:r w:rsidRPr="001A2E38">
              <w:rPr>
                <w:rFonts w:ascii="Times New Roman" w:eastAsia="Arial" w:hAnsi="Times New Roman" w:cs="Times New Roman"/>
                <w:b/>
                <w:color w:val="000000"/>
                <w:sz w:val="20"/>
                <w:szCs w:val="20"/>
              </w:rPr>
              <w:t>Renal function</w:t>
            </w: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5379FC7"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b/>
                <w:color w:val="000000"/>
                <w:sz w:val="20"/>
                <w:szCs w:val="20"/>
              </w:rPr>
            </w:pP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1F95D27"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b/>
                <w:color w:val="000000"/>
                <w:sz w:val="20"/>
                <w:szCs w:val="20"/>
              </w:rPr>
            </w:pP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6775C10"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b/>
                <w:color w:val="000000"/>
                <w:sz w:val="20"/>
                <w:szCs w:val="20"/>
              </w:rPr>
            </w:pPr>
          </w:p>
        </w:tc>
        <w:tc>
          <w:tcPr>
            <w:tcW w:w="62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C13A2CF"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b/>
                <w:color w:val="000000"/>
                <w:sz w:val="20"/>
                <w:szCs w:val="20"/>
              </w:rPr>
            </w:pPr>
          </w:p>
        </w:tc>
        <w:tc>
          <w:tcPr>
            <w:tcW w:w="97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859C69A"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b/>
                <w:color w:val="000000"/>
                <w:sz w:val="20"/>
                <w:szCs w:val="20"/>
              </w:rPr>
            </w:pPr>
          </w:p>
        </w:tc>
      </w:tr>
      <w:tr w:rsidR="00630527" w:rsidRPr="001A2E38" w14:paraId="4D61E47D" w14:textId="77777777" w:rsidTr="00865DCD">
        <w:trPr>
          <w:jc w:val="center"/>
        </w:trPr>
        <w:tc>
          <w:tcPr>
            <w:tcW w:w="173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A2215EF"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lastRenderedPageBreak/>
              <w:t>Urea</w:t>
            </w: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8B05D80"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0.014</w:t>
            </w: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0FFABB9"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0.006</w:t>
            </w: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B6BC934"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0.022</w:t>
            </w:r>
          </w:p>
        </w:tc>
        <w:tc>
          <w:tcPr>
            <w:tcW w:w="62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1128013"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&lt;0.001</w:t>
            </w:r>
          </w:p>
        </w:tc>
        <w:tc>
          <w:tcPr>
            <w:tcW w:w="97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DC80484"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&lt;0.001</w:t>
            </w:r>
          </w:p>
        </w:tc>
      </w:tr>
      <w:tr w:rsidR="00630527" w:rsidRPr="001A2E38" w14:paraId="60318E8C" w14:textId="77777777" w:rsidTr="00865DCD">
        <w:trPr>
          <w:jc w:val="center"/>
        </w:trPr>
        <w:tc>
          <w:tcPr>
            <w:tcW w:w="173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F877384"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Creatinine</w:t>
            </w: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A675C34"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-0.429</w:t>
            </w: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A491B24"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-0.528</w:t>
            </w: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1A335A1"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-0.330</w:t>
            </w:r>
          </w:p>
        </w:tc>
        <w:tc>
          <w:tcPr>
            <w:tcW w:w="62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D4D3D93"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&lt;0.001</w:t>
            </w:r>
          </w:p>
        </w:tc>
        <w:tc>
          <w:tcPr>
            <w:tcW w:w="97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740134F"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&lt;0.001</w:t>
            </w:r>
          </w:p>
        </w:tc>
      </w:tr>
      <w:tr w:rsidR="00630527" w:rsidRPr="001A2E38" w14:paraId="3B6C2307" w14:textId="77777777" w:rsidTr="00865DCD">
        <w:trPr>
          <w:jc w:val="center"/>
        </w:trPr>
        <w:tc>
          <w:tcPr>
            <w:tcW w:w="173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8366A52"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Cystatin C</w:t>
            </w: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A99C759"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0.023</w:t>
            </w: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88168F7"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0.022</w:t>
            </w: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7A49816"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0.024</w:t>
            </w:r>
          </w:p>
        </w:tc>
        <w:tc>
          <w:tcPr>
            <w:tcW w:w="62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06B3AFD"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&lt;0.001</w:t>
            </w:r>
          </w:p>
        </w:tc>
        <w:tc>
          <w:tcPr>
            <w:tcW w:w="97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CC2E230"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&lt;0.001</w:t>
            </w:r>
          </w:p>
        </w:tc>
      </w:tr>
      <w:tr w:rsidR="00630527" w:rsidRPr="001A2E38" w14:paraId="4FF9E189" w14:textId="77777777" w:rsidTr="00865DCD">
        <w:trPr>
          <w:jc w:val="center"/>
        </w:trPr>
        <w:tc>
          <w:tcPr>
            <w:tcW w:w="173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E88AA58"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Urate</w:t>
            </w: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BFBD3E7"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11.590</w:t>
            </w: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6FD07E8"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11.174</w:t>
            </w: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4251198"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12.006</w:t>
            </w:r>
          </w:p>
        </w:tc>
        <w:tc>
          <w:tcPr>
            <w:tcW w:w="62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D20C48B"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&lt;0.001</w:t>
            </w:r>
          </w:p>
        </w:tc>
        <w:tc>
          <w:tcPr>
            <w:tcW w:w="97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D20D78B"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&lt;0.001</w:t>
            </w:r>
          </w:p>
        </w:tc>
      </w:tr>
      <w:tr w:rsidR="00630527" w:rsidRPr="001A2E38" w14:paraId="245669A0" w14:textId="77777777" w:rsidTr="00865DCD">
        <w:trPr>
          <w:jc w:val="center"/>
        </w:trPr>
        <w:tc>
          <w:tcPr>
            <w:tcW w:w="173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04E3024"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rPr>
                <w:rFonts w:ascii="Times New Roman" w:eastAsia="Arial" w:hAnsi="Times New Roman" w:cs="Times New Roman"/>
                <w:b/>
                <w:color w:val="000000"/>
                <w:sz w:val="20"/>
                <w:szCs w:val="20"/>
              </w:rPr>
            </w:pPr>
            <w:r w:rsidRPr="001A2E38">
              <w:rPr>
                <w:rFonts w:ascii="Times New Roman" w:eastAsia="Arial" w:hAnsi="Times New Roman" w:cs="Times New Roman"/>
                <w:b/>
                <w:color w:val="000000"/>
                <w:sz w:val="20"/>
                <w:szCs w:val="20"/>
              </w:rPr>
              <w:t>Systemic inflammation</w:t>
            </w: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299BA16"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b/>
                <w:color w:val="000000"/>
                <w:sz w:val="20"/>
                <w:szCs w:val="20"/>
              </w:rPr>
            </w:pP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E848BC6"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b/>
                <w:color w:val="000000"/>
                <w:sz w:val="20"/>
                <w:szCs w:val="20"/>
              </w:rPr>
            </w:pP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DF30419"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b/>
                <w:color w:val="000000"/>
                <w:sz w:val="20"/>
                <w:szCs w:val="20"/>
              </w:rPr>
            </w:pPr>
          </w:p>
        </w:tc>
        <w:tc>
          <w:tcPr>
            <w:tcW w:w="62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EF0EC67"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b/>
                <w:color w:val="000000"/>
                <w:sz w:val="20"/>
                <w:szCs w:val="20"/>
              </w:rPr>
            </w:pPr>
          </w:p>
        </w:tc>
        <w:tc>
          <w:tcPr>
            <w:tcW w:w="97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BAA0388"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b/>
                <w:color w:val="000000"/>
                <w:sz w:val="20"/>
                <w:szCs w:val="20"/>
              </w:rPr>
            </w:pPr>
          </w:p>
        </w:tc>
      </w:tr>
      <w:tr w:rsidR="00630527" w:rsidRPr="001A2E38" w14:paraId="2A011D95" w14:textId="77777777" w:rsidTr="00865DCD">
        <w:trPr>
          <w:jc w:val="center"/>
        </w:trPr>
        <w:tc>
          <w:tcPr>
            <w:tcW w:w="173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21EE436"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CRP</w:t>
            </w: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625B13A"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0.708</w:t>
            </w: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F0CCE18"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0.680</w:t>
            </w: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94B4842"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0.737</w:t>
            </w:r>
          </w:p>
        </w:tc>
        <w:tc>
          <w:tcPr>
            <w:tcW w:w="62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81FE824"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&lt;0.001</w:t>
            </w:r>
          </w:p>
        </w:tc>
        <w:tc>
          <w:tcPr>
            <w:tcW w:w="97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B197097"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&lt;0.001</w:t>
            </w:r>
          </w:p>
        </w:tc>
      </w:tr>
      <w:tr w:rsidR="00630527" w:rsidRPr="001A2E38" w14:paraId="337E6677" w14:textId="77777777" w:rsidTr="00865DCD">
        <w:trPr>
          <w:jc w:val="center"/>
        </w:trPr>
        <w:tc>
          <w:tcPr>
            <w:tcW w:w="173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7D8B6F9"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WBC</w:t>
            </w: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FF019C5"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0.172</w:t>
            </w: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9194D97"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0.160</w:t>
            </w: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AC28E72"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0.185</w:t>
            </w:r>
          </w:p>
        </w:tc>
        <w:tc>
          <w:tcPr>
            <w:tcW w:w="62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4DF772A"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&lt;0.001</w:t>
            </w:r>
          </w:p>
        </w:tc>
        <w:tc>
          <w:tcPr>
            <w:tcW w:w="97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BEB789A"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&lt;0.001</w:t>
            </w:r>
          </w:p>
        </w:tc>
      </w:tr>
      <w:tr w:rsidR="00630527" w:rsidRPr="001A2E38" w14:paraId="12C83DEE" w14:textId="77777777" w:rsidTr="00865DCD">
        <w:trPr>
          <w:jc w:val="center"/>
        </w:trPr>
        <w:tc>
          <w:tcPr>
            <w:tcW w:w="173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32DB7C1"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PLT</w:t>
            </w: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BEF1664"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-0.558</w:t>
            </w: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E3AEBC4"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-0.921</w:t>
            </w: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573BE8E"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-0.194</w:t>
            </w:r>
          </w:p>
        </w:tc>
        <w:tc>
          <w:tcPr>
            <w:tcW w:w="62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4622D45"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0.003</w:t>
            </w:r>
          </w:p>
        </w:tc>
        <w:tc>
          <w:tcPr>
            <w:tcW w:w="97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56F882F"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0.003</w:t>
            </w:r>
          </w:p>
        </w:tc>
      </w:tr>
      <w:tr w:rsidR="00630527" w:rsidRPr="001A2E38" w14:paraId="6D2203DE" w14:textId="77777777" w:rsidTr="00865DCD">
        <w:trPr>
          <w:jc w:val="center"/>
        </w:trPr>
        <w:tc>
          <w:tcPr>
            <w:tcW w:w="173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6FC988C"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Lymphocyte</w:t>
            </w: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374F878"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0.040</w:t>
            </w: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96CE39D"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0.033</w:t>
            </w: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164FDF0"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0.047</w:t>
            </w:r>
          </w:p>
        </w:tc>
        <w:tc>
          <w:tcPr>
            <w:tcW w:w="62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A6EBC6C"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&lt;0.001</w:t>
            </w:r>
          </w:p>
        </w:tc>
        <w:tc>
          <w:tcPr>
            <w:tcW w:w="97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53F6C15"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&lt;0.001</w:t>
            </w:r>
          </w:p>
        </w:tc>
      </w:tr>
      <w:tr w:rsidR="00630527" w:rsidRPr="001A2E38" w14:paraId="42A9E14F" w14:textId="77777777" w:rsidTr="00865DCD">
        <w:trPr>
          <w:jc w:val="center"/>
        </w:trPr>
        <w:tc>
          <w:tcPr>
            <w:tcW w:w="173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CFB5C3A"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Monocyte</w:t>
            </w: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20DEB38"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0.008</w:t>
            </w: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B05AE7E"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0.006</w:t>
            </w: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403E7DF"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0.009</w:t>
            </w:r>
          </w:p>
        </w:tc>
        <w:tc>
          <w:tcPr>
            <w:tcW w:w="62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4E33686"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&lt;0.001</w:t>
            </w:r>
          </w:p>
        </w:tc>
        <w:tc>
          <w:tcPr>
            <w:tcW w:w="97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BAF645B"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&lt;0.001</w:t>
            </w:r>
          </w:p>
        </w:tc>
      </w:tr>
      <w:tr w:rsidR="00630527" w:rsidRPr="001A2E38" w14:paraId="38BE386F" w14:textId="77777777" w:rsidTr="00865DCD">
        <w:trPr>
          <w:jc w:val="center"/>
        </w:trPr>
        <w:tc>
          <w:tcPr>
            <w:tcW w:w="173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A355CE8"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Neutrophil</w:t>
            </w: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C39F584"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0.117</w:t>
            </w: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68C9C80"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0.109</w:t>
            </w: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B5CA248"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0.126</w:t>
            </w:r>
          </w:p>
        </w:tc>
        <w:tc>
          <w:tcPr>
            <w:tcW w:w="62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BCA7E73"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&lt;0.001</w:t>
            </w:r>
          </w:p>
        </w:tc>
        <w:tc>
          <w:tcPr>
            <w:tcW w:w="97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261B088"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&lt;0.001</w:t>
            </w:r>
          </w:p>
        </w:tc>
      </w:tr>
      <w:tr w:rsidR="00630527" w:rsidRPr="001A2E38" w14:paraId="08CCC449" w14:textId="77777777" w:rsidTr="00865DCD">
        <w:trPr>
          <w:jc w:val="center"/>
        </w:trPr>
        <w:tc>
          <w:tcPr>
            <w:tcW w:w="173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487CACB"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Eosinophil</w:t>
            </w: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87BD119"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0.006</w:t>
            </w: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1116F97"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0.005</w:t>
            </w: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4F2E6F1"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0.007</w:t>
            </w:r>
          </w:p>
        </w:tc>
        <w:tc>
          <w:tcPr>
            <w:tcW w:w="62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592ABC1"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&lt;0.001</w:t>
            </w:r>
          </w:p>
        </w:tc>
        <w:tc>
          <w:tcPr>
            <w:tcW w:w="97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6D3DCDD"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&lt;0.001</w:t>
            </w:r>
          </w:p>
        </w:tc>
      </w:tr>
      <w:tr w:rsidR="00630527" w:rsidRPr="001A2E38" w14:paraId="601EAFB6" w14:textId="77777777" w:rsidTr="00865DCD">
        <w:trPr>
          <w:jc w:val="center"/>
        </w:trPr>
        <w:tc>
          <w:tcPr>
            <w:tcW w:w="173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292C843"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Basophil</w:t>
            </w: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4197E78"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0.002</w:t>
            </w: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1158A0D"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0.001</w:t>
            </w: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25DE100"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0.002</w:t>
            </w:r>
          </w:p>
        </w:tc>
        <w:tc>
          <w:tcPr>
            <w:tcW w:w="62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68D9364"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&lt;0.001</w:t>
            </w:r>
          </w:p>
        </w:tc>
        <w:tc>
          <w:tcPr>
            <w:tcW w:w="97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05C4DBA"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&lt;0.001</w:t>
            </w:r>
          </w:p>
        </w:tc>
      </w:tr>
      <w:tr w:rsidR="00630527" w:rsidRPr="001A2E38" w14:paraId="2CCEE5CA" w14:textId="77777777" w:rsidTr="00865DCD">
        <w:trPr>
          <w:jc w:val="center"/>
        </w:trPr>
        <w:tc>
          <w:tcPr>
            <w:tcW w:w="173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447BC7A"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rPr>
                <w:rFonts w:ascii="Times New Roman" w:eastAsia="Arial" w:hAnsi="Times New Roman" w:cs="Times New Roman"/>
                <w:b/>
                <w:color w:val="000000"/>
                <w:sz w:val="20"/>
                <w:szCs w:val="20"/>
              </w:rPr>
            </w:pPr>
            <w:r w:rsidRPr="001A2E38">
              <w:rPr>
                <w:rFonts w:ascii="Times New Roman" w:eastAsia="Arial" w:hAnsi="Times New Roman" w:cs="Times New Roman"/>
                <w:b/>
                <w:color w:val="000000"/>
                <w:sz w:val="20"/>
                <w:szCs w:val="20"/>
              </w:rPr>
              <w:t>Metabolic</w:t>
            </w: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F164241"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b/>
                <w:color w:val="000000"/>
                <w:sz w:val="20"/>
                <w:szCs w:val="20"/>
              </w:rPr>
            </w:pP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3F8785A"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b/>
                <w:color w:val="000000"/>
                <w:sz w:val="20"/>
                <w:szCs w:val="20"/>
              </w:rPr>
            </w:pP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E2DEC23"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b/>
                <w:color w:val="000000"/>
                <w:sz w:val="20"/>
                <w:szCs w:val="20"/>
              </w:rPr>
            </w:pPr>
          </w:p>
        </w:tc>
        <w:tc>
          <w:tcPr>
            <w:tcW w:w="62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2C8D395"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b/>
                <w:color w:val="000000"/>
                <w:sz w:val="20"/>
                <w:szCs w:val="20"/>
              </w:rPr>
            </w:pPr>
          </w:p>
        </w:tc>
        <w:tc>
          <w:tcPr>
            <w:tcW w:w="97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D69BEF1"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b/>
                <w:color w:val="000000"/>
                <w:sz w:val="20"/>
                <w:szCs w:val="20"/>
              </w:rPr>
            </w:pPr>
          </w:p>
        </w:tc>
      </w:tr>
      <w:tr w:rsidR="00630527" w:rsidRPr="001A2E38" w14:paraId="40D30BD5" w14:textId="77777777" w:rsidTr="00865DCD">
        <w:trPr>
          <w:jc w:val="center"/>
        </w:trPr>
        <w:tc>
          <w:tcPr>
            <w:tcW w:w="173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8523FBE"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ApoA</w:t>
            </w: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66408D5"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-0.064</w:t>
            </w: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6B39EAE"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-0.065</w:t>
            </w: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3DB681C"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-0.063</w:t>
            </w:r>
          </w:p>
        </w:tc>
        <w:tc>
          <w:tcPr>
            <w:tcW w:w="62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335A70D"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&lt;0.001</w:t>
            </w:r>
          </w:p>
        </w:tc>
        <w:tc>
          <w:tcPr>
            <w:tcW w:w="97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C56965C"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&lt;0.001</w:t>
            </w:r>
          </w:p>
        </w:tc>
      </w:tr>
      <w:tr w:rsidR="00630527" w:rsidRPr="001A2E38" w14:paraId="5A233C43" w14:textId="77777777" w:rsidTr="00865DCD">
        <w:trPr>
          <w:jc w:val="center"/>
        </w:trPr>
        <w:tc>
          <w:tcPr>
            <w:tcW w:w="173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B79BDFF"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ApoB</w:t>
            </w: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87AD4C1"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0.037</w:t>
            </w: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B409FFD"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0.035</w:t>
            </w: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946AFBD"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0.038</w:t>
            </w:r>
          </w:p>
        </w:tc>
        <w:tc>
          <w:tcPr>
            <w:tcW w:w="62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7D09EAF"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&lt;0.001</w:t>
            </w:r>
          </w:p>
        </w:tc>
        <w:tc>
          <w:tcPr>
            <w:tcW w:w="97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9645BD1"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&lt;0.001</w:t>
            </w:r>
          </w:p>
        </w:tc>
      </w:tr>
      <w:tr w:rsidR="00630527" w:rsidRPr="001A2E38" w14:paraId="43577223" w14:textId="77777777" w:rsidTr="00865DCD">
        <w:trPr>
          <w:jc w:val="center"/>
        </w:trPr>
        <w:tc>
          <w:tcPr>
            <w:tcW w:w="173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4CBC04B"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HbA1c</w:t>
            </w: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CAA93"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2.158</w:t>
            </w: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048C57D"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2.118</w:t>
            </w: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2CCF819"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2.199</w:t>
            </w:r>
          </w:p>
        </w:tc>
        <w:tc>
          <w:tcPr>
            <w:tcW w:w="62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C568697"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&lt;0.001</w:t>
            </w:r>
          </w:p>
        </w:tc>
        <w:tc>
          <w:tcPr>
            <w:tcW w:w="97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E7616D9"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&lt;0.001</w:t>
            </w:r>
          </w:p>
        </w:tc>
      </w:tr>
      <w:tr w:rsidR="00630527" w:rsidRPr="001A2E38" w14:paraId="38010E47" w14:textId="77777777" w:rsidTr="00865DCD">
        <w:trPr>
          <w:jc w:val="center"/>
        </w:trPr>
        <w:tc>
          <w:tcPr>
            <w:tcW w:w="173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CC28F25"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LDL-C</w:t>
            </w: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EFA3D89"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0.085</w:t>
            </w: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1176200"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0.080</w:t>
            </w: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9175A6F"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0.090</w:t>
            </w:r>
          </w:p>
        </w:tc>
        <w:tc>
          <w:tcPr>
            <w:tcW w:w="62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FF55CA0"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&lt;0.001</w:t>
            </w:r>
          </w:p>
        </w:tc>
        <w:tc>
          <w:tcPr>
            <w:tcW w:w="97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2EF0E36"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&lt;0.001</w:t>
            </w:r>
          </w:p>
        </w:tc>
      </w:tr>
      <w:tr w:rsidR="00630527" w:rsidRPr="001A2E38" w14:paraId="69655D01" w14:textId="77777777" w:rsidTr="00865DCD">
        <w:trPr>
          <w:jc w:val="center"/>
        </w:trPr>
        <w:tc>
          <w:tcPr>
            <w:tcW w:w="173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B8D7969"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IGF-1</w:t>
            </w: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D776CCA"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-0.794</w:t>
            </w: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9954B57"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-0.828</w:t>
            </w: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F7806CC"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-0.760</w:t>
            </w:r>
          </w:p>
        </w:tc>
        <w:tc>
          <w:tcPr>
            <w:tcW w:w="62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AA990CE"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&lt;0.001</w:t>
            </w:r>
          </w:p>
        </w:tc>
        <w:tc>
          <w:tcPr>
            <w:tcW w:w="97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62520BA"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&lt;0.001</w:t>
            </w:r>
          </w:p>
        </w:tc>
      </w:tr>
      <w:tr w:rsidR="00630527" w:rsidRPr="001A2E38" w14:paraId="64EC0D91" w14:textId="77777777" w:rsidTr="00865DCD">
        <w:trPr>
          <w:jc w:val="center"/>
        </w:trPr>
        <w:tc>
          <w:tcPr>
            <w:tcW w:w="173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0ADDC9B"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Lp(a)</w:t>
            </w: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8F52011"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0.557</w:t>
            </w: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EDC0C75"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0.219</w:t>
            </w: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AD6CE00"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0.895</w:t>
            </w:r>
          </w:p>
        </w:tc>
        <w:tc>
          <w:tcPr>
            <w:tcW w:w="62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DA9CC9C"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0.001</w:t>
            </w:r>
          </w:p>
        </w:tc>
        <w:tc>
          <w:tcPr>
            <w:tcW w:w="97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61B6B32"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0.001</w:t>
            </w:r>
          </w:p>
        </w:tc>
      </w:tr>
      <w:tr w:rsidR="00630527" w:rsidRPr="001A2E38" w14:paraId="0AED7505" w14:textId="77777777" w:rsidTr="00865DCD">
        <w:trPr>
          <w:jc w:val="center"/>
        </w:trPr>
        <w:tc>
          <w:tcPr>
            <w:tcW w:w="173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ED15A8D"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SBP</w:t>
            </w: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08BBC1F"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1.304</w:t>
            </w: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BBCD67E"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1.191</w:t>
            </w: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67D6276"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1.417</w:t>
            </w:r>
          </w:p>
        </w:tc>
        <w:tc>
          <w:tcPr>
            <w:tcW w:w="62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33715AC"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&lt;0.001</w:t>
            </w:r>
          </w:p>
        </w:tc>
        <w:tc>
          <w:tcPr>
            <w:tcW w:w="97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34721ED"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&lt;0.001</w:t>
            </w:r>
          </w:p>
        </w:tc>
      </w:tr>
      <w:tr w:rsidR="00630527" w:rsidRPr="001A2E38" w14:paraId="09AA33C1" w14:textId="77777777" w:rsidTr="00865DCD">
        <w:trPr>
          <w:jc w:val="center"/>
        </w:trPr>
        <w:tc>
          <w:tcPr>
            <w:tcW w:w="173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2AEE4DB"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DBP</w:t>
            </w: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A8E8D90"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1.250</w:t>
            </w: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9D98548"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1.185</w:t>
            </w: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8DB0F4B"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1.314</w:t>
            </w:r>
          </w:p>
        </w:tc>
        <w:tc>
          <w:tcPr>
            <w:tcW w:w="62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6E69EEA"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&lt;0.001</w:t>
            </w:r>
          </w:p>
        </w:tc>
        <w:tc>
          <w:tcPr>
            <w:tcW w:w="97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86B5BB6"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&lt;0.001</w:t>
            </w:r>
          </w:p>
        </w:tc>
      </w:tr>
      <w:tr w:rsidR="00630527" w:rsidRPr="001A2E38" w14:paraId="13182759" w14:textId="77777777" w:rsidTr="00865DCD">
        <w:trPr>
          <w:jc w:val="center"/>
        </w:trPr>
        <w:tc>
          <w:tcPr>
            <w:tcW w:w="1731" w:type="pct"/>
            <w:tcBorders>
              <w:top w:val="none" w:sz="0" w:space="0" w:color="000000"/>
              <w:left w:val="none" w:sz="0" w:space="0" w:color="000000"/>
              <w:bottom w:val="none" w:sz="0" w:space="0" w:color="000000"/>
              <w:right w:val="none" w:sz="0" w:space="0" w:color="000000"/>
            </w:tcBorders>
            <w:shd w:val="clear" w:color="auto" w:fill="F2F2F2"/>
            <w:tcMar>
              <w:top w:w="0" w:type="dxa"/>
              <w:left w:w="0" w:type="dxa"/>
              <w:bottom w:w="0" w:type="dxa"/>
              <w:right w:w="0" w:type="dxa"/>
            </w:tcMar>
            <w:vAlign w:val="center"/>
          </w:tcPr>
          <w:p w14:paraId="61903666"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rPr>
                <w:rFonts w:ascii="Times New Roman" w:eastAsia="Arial" w:hAnsi="Times New Roman" w:cs="Times New Roman"/>
                <w:b/>
                <w:color w:val="000000"/>
                <w:sz w:val="20"/>
                <w:szCs w:val="20"/>
              </w:rPr>
            </w:pPr>
            <w:r w:rsidRPr="001A2E38">
              <w:rPr>
                <w:rFonts w:ascii="Times New Roman" w:eastAsia="Arial" w:hAnsi="Times New Roman" w:cs="Times New Roman"/>
                <w:b/>
                <w:color w:val="000000"/>
                <w:sz w:val="20"/>
                <w:szCs w:val="20"/>
              </w:rPr>
              <w:t>CHG-WHtR</w:t>
            </w:r>
          </w:p>
        </w:tc>
        <w:tc>
          <w:tcPr>
            <w:tcW w:w="559" w:type="pct"/>
            <w:tcBorders>
              <w:top w:val="none" w:sz="0" w:space="0" w:color="000000"/>
              <w:left w:val="none" w:sz="0" w:space="0" w:color="000000"/>
              <w:bottom w:val="none" w:sz="0" w:space="0" w:color="000000"/>
              <w:right w:val="none" w:sz="0" w:space="0" w:color="000000"/>
            </w:tcBorders>
            <w:shd w:val="clear" w:color="auto" w:fill="F2F2F2"/>
            <w:tcMar>
              <w:top w:w="0" w:type="dxa"/>
              <w:left w:w="0" w:type="dxa"/>
              <w:bottom w:w="0" w:type="dxa"/>
              <w:right w:w="0" w:type="dxa"/>
            </w:tcMar>
            <w:vAlign w:val="center"/>
          </w:tcPr>
          <w:p w14:paraId="7483C53D"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b/>
                <w:color w:val="000000"/>
                <w:sz w:val="20"/>
                <w:szCs w:val="20"/>
              </w:rPr>
            </w:pPr>
          </w:p>
        </w:tc>
        <w:tc>
          <w:tcPr>
            <w:tcW w:w="559" w:type="pct"/>
            <w:tcBorders>
              <w:top w:val="none" w:sz="0" w:space="0" w:color="000000"/>
              <w:left w:val="none" w:sz="0" w:space="0" w:color="000000"/>
              <w:bottom w:val="none" w:sz="0" w:space="0" w:color="000000"/>
              <w:right w:val="none" w:sz="0" w:space="0" w:color="000000"/>
            </w:tcBorders>
            <w:shd w:val="clear" w:color="auto" w:fill="F2F2F2"/>
            <w:tcMar>
              <w:top w:w="0" w:type="dxa"/>
              <w:left w:w="0" w:type="dxa"/>
              <w:bottom w:w="0" w:type="dxa"/>
              <w:right w:w="0" w:type="dxa"/>
            </w:tcMar>
            <w:vAlign w:val="center"/>
          </w:tcPr>
          <w:p w14:paraId="7E329B5C"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b/>
                <w:color w:val="000000"/>
                <w:sz w:val="20"/>
                <w:szCs w:val="20"/>
              </w:rPr>
            </w:pPr>
          </w:p>
        </w:tc>
        <w:tc>
          <w:tcPr>
            <w:tcW w:w="559" w:type="pct"/>
            <w:tcBorders>
              <w:top w:val="none" w:sz="0" w:space="0" w:color="000000"/>
              <w:left w:val="none" w:sz="0" w:space="0" w:color="000000"/>
              <w:bottom w:val="none" w:sz="0" w:space="0" w:color="000000"/>
              <w:right w:val="none" w:sz="0" w:space="0" w:color="000000"/>
            </w:tcBorders>
            <w:shd w:val="clear" w:color="auto" w:fill="F2F2F2"/>
            <w:tcMar>
              <w:top w:w="0" w:type="dxa"/>
              <w:left w:w="0" w:type="dxa"/>
              <w:bottom w:w="0" w:type="dxa"/>
              <w:right w:w="0" w:type="dxa"/>
            </w:tcMar>
            <w:vAlign w:val="center"/>
          </w:tcPr>
          <w:p w14:paraId="767F0F55"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b/>
                <w:color w:val="000000"/>
                <w:sz w:val="20"/>
                <w:szCs w:val="20"/>
              </w:rPr>
            </w:pPr>
          </w:p>
        </w:tc>
        <w:tc>
          <w:tcPr>
            <w:tcW w:w="622" w:type="pct"/>
            <w:tcBorders>
              <w:top w:val="none" w:sz="0" w:space="0" w:color="000000"/>
              <w:left w:val="none" w:sz="0" w:space="0" w:color="000000"/>
              <w:bottom w:val="none" w:sz="0" w:space="0" w:color="000000"/>
              <w:right w:val="none" w:sz="0" w:space="0" w:color="000000"/>
            </w:tcBorders>
            <w:shd w:val="clear" w:color="auto" w:fill="F2F2F2"/>
            <w:tcMar>
              <w:top w:w="0" w:type="dxa"/>
              <w:left w:w="0" w:type="dxa"/>
              <w:bottom w:w="0" w:type="dxa"/>
              <w:right w:w="0" w:type="dxa"/>
            </w:tcMar>
            <w:vAlign w:val="center"/>
          </w:tcPr>
          <w:p w14:paraId="037C13EA"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b/>
                <w:color w:val="000000"/>
                <w:sz w:val="20"/>
                <w:szCs w:val="20"/>
              </w:rPr>
            </w:pPr>
          </w:p>
        </w:tc>
        <w:tc>
          <w:tcPr>
            <w:tcW w:w="970" w:type="pct"/>
            <w:tcBorders>
              <w:top w:val="none" w:sz="0" w:space="0" w:color="000000"/>
              <w:left w:val="none" w:sz="0" w:space="0" w:color="000000"/>
              <w:bottom w:val="none" w:sz="0" w:space="0" w:color="000000"/>
              <w:right w:val="none" w:sz="0" w:space="0" w:color="000000"/>
            </w:tcBorders>
            <w:shd w:val="clear" w:color="auto" w:fill="F2F2F2"/>
            <w:tcMar>
              <w:top w:w="0" w:type="dxa"/>
              <w:left w:w="0" w:type="dxa"/>
              <w:bottom w:w="0" w:type="dxa"/>
              <w:right w:w="0" w:type="dxa"/>
            </w:tcMar>
            <w:vAlign w:val="center"/>
          </w:tcPr>
          <w:p w14:paraId="4A149800"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b/>
                <w:color w:val="000000"/>
                <w:sz w:val="20"/>
                <w:szCs w:val="20"/>
              </w:rPr>
            </w:pPr>
          </w:p>
        </w:tc>
      </w:tr>
      <w:tr w:rsidR="00630527" w:rsidRPr="001A2E38" w14:paraId="597DD9F9" w14:textId="77777777" w:rsidTr="00865DCD">
        <w:trPr>
          <w:jc w:val="center"/>
        </w:trPr>
        <w:tc>
          <w:tcPr>
            <w:tcW w:w="173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0AA31AA"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rPr>
                <w:rFonts w:ascii="Times New Roman" w:eastAsia="Arial" w:hAnsi="Times New Roman" w:cs="Times New Roman"/>
                <w:b/>
                <w:color w:val="000000"/>
                <w:sz w:val="20"/>
                <w:szCs w:val="20"/>
              </w:rPr>
            </w:pPr>
            <w:r w:rsidRPr="001A2E38">
              <w:rPr>
                <w:rFonts w:ascii="Times New Roman" w:eastAsia="Arial" w:hAnsi="Times New Roman" w:cs="Times New Roman"/>
                <w:b/>
                <w:color w:val="000000"/>
                <w:sz w:val="20"/>
                <w:szCs w:val="20"/>
              </w:rPr>
              <w:t>Liver function</w:t>
            </w: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C40004E"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b/>
                <w:color w:val="000000"/>
                <w:sz w:val="20"/>
                <w:szCs w:val="20"/>
              </w:rPr>
            </w:pP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E5876FD"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b/>
                <w:color w:val="000000"/>
                <w:sz w:val="20"/>
                <w:szCs w:val="20"/>
              </w:rPr>
            </w:pP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2D9D321"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b/>
                <w:color w:val="000000"/>
                <w:sz w:val="20"/>
                <w:szCs w:val="20"/>
              </w:rPr>
            </w:pPr>
          </w:p>
        </w:tc>
        <w:tc>
          <w:tcPr>
            <w:tcW w:w="62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9855F33"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b/>
                <w:color w:val="000000"/>
                <w:sz w:val="20"/>
                <w:szCs w:val="20"/>
              </w:rPr>
            </w:pPr>
          </w:p>
        </w:tc>
        <w:tc>
          <w:tcPr>
            <w:tcW w:w="97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CA1E293"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b/>
                <w:color w:val="000000"/>
                <w:sz w:val="20"/>
                <w:szCs w:val="20"/>
              </w:rPr>
            </w:pPr>
          </w:p>
        </w:tc>
      </w:tr>
      <w:tr w:rsidR="00630527" w:rsidRPr="001A2E38" w14:paraId="6F9E01A2" w14:textId="77777777" w:rsidTr="00865DCD">
        <w:trPr>
          <w:jc w:val="center"/>
        </w:trPr>
        <w:tc>
          <w:tcPr>
            <w:tcW w:w="173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C20049E"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Albumin</w:t>
            </w: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35DEF1A"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-0.357</w:t>
            </w: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5AA79C8"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-0.373</w:t>
            </w: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80ED67B"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-0.342</w:t>
            </w:r>
          </w:p>
        </w:tc>
        <w:tc>
          <w:tcPr>
            <w:tcW w:w="62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C470AF2"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&lt;0.001</w:t>
            </w:r>
          </w:p>
        </w:tc>
        <w:tc>
          <w:tcPr>
            <w:tcW w:w="97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C7BACB9"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&lt;0.001</w:t>
            </w:r>
          </w:p>
        </w:tc>
      </w:tr>
      <w:tr w:rsidR="00630527" w:rsidRPr="001A2E38" w14:paraId="06FC7724" w14:textId="77777777" w:rsidTr="00865DCD">
        <w:trPr>
          <w:jc w:val="center"/>
        </w:trPr>
        <w:tc>
          <w:tcPr>
            <w:tcW w:w="173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BB1882F"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ALP</w:t>
            </w: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4C22EF2"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-0.189</w:t>
            </w: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88FB269"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-0.350</w:t>
            </w: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BBC3E56"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-0.027</w:t>
            </w:r>
          </w:p>
        </w:tc>
        <w:tc>
          <w:tcPr>
            <w:tcW w:w="62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FB03B10"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0.022</w:t>
            </w:r>
          </w:p>
        </w:tc>
        <w:tc>
          <w:tcPr>
            <w:tcW w:w="97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6D6BC23"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0.025</w:t>
            </w:r>
          </w:p>
        </w:tc>
      </w:tr>
      <w:tr w:rsidR="00630527" w:rsidRPr="001A2E38" w14:paraId="0BDBC3FD" w14:textId="77777777" w:rsidTr="00865DCD">
        <w:trPr>
          <w:jc w:val="center"/>
        </w:trPr>
        <w:tc>
          <w:tcPr>
            <w:tcW w:w="173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E734D30"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lastRenderedPageBreak/>
              <w:t>ALT</w:t>
            </w: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864EB40"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0.940</w:t>
            </w: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2A1D4A8"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0.841</w:t>
            </w: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5682C23"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1.039</w:t>
            </w:r>
          </w:p>
        </w:tc>
        <w:tc>
          <w:tcPr>
            <w:tcW w:w="62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8722543"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&lt;0.001</w:t>
            </w:r>
          </w:p>
        </w:tc>
        <w:tc>
          <w:tcPr>
            <w:tcW w:w="97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E0C606C"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&lt;0.001</w:t>
            </w:r>
          </w:p>
        </w:tc>
      </w:tr>
      <w:tr w:rsidR="00630527" w:rsidRPr="001A2E38" w14:paraId="211AABE7" w14:textId="77777777" w:rsidTr="00865DCD">
        <w:trPr>
          <w:jc w:val="center"/>
        </w:trPr>
        <w:tc>
          <w:tcPr>
            <w:tcW w:w="173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8FA6F98"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AST</w:t>
            </w: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A97D3EB"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0.020</w:t>
            </w: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DA98C99"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-0.046</w:t>
            </w: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C83CC8E"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0.087</w:t>
            </w:r>
          </w:p>
        </w:tc>
        <w:tc>
          <w:tcPr>
            <w:tcW w:w="62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74B50E9"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0.552</w:t>
            </w:r>
          </w:p>
        </w:tc>
        <w:tc>
          <w:tcPr>
            <w:tcW w:w="97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F6BAEB8"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0.565</w:t>
            </w:r>
          </w:p>
        </w:tc>
      </w:tr>
      <w:tr w:rsidR="00630527" w:rsidRPr="001A2E38" w14:paraId="385B9C4E" w14:textId="77777777" w:rsidTr="00865DCD">
        <w:trPr>
          <w:jc w:val="center"/>
        </w:trPr>
        <w:tc>
          <w:tcPr>
            <w:tcW w:w="173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7417557"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GGT</w:t>
            </w: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53F5BD4"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-3.755</w:t>
            </w: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AB2A9F6"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-4.040</w:t>
            </w: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32F02F5"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-3.470</w:t>
            </w:r>
          </w:p>
        </w:tc>
        <w:tc>
          <w:tcPr>
            <w:tcW w:w="62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D913A82"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&lt;0.001</w:t>
            </w:r>
          </w:p>
        </w:tc>
        <w:tc>
          <w:tcPr>
            <w:tcW w:w="97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77E6E56"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&lt;0.001</w:t>
            </w:r>
          </w:p>
        </w:tc>
      </w:tr>
      <w:tr w:rsidR="00630527" w:rsidRPr="001A2E38" w14:paraId="0A9C0095" w14:textId="77777777" w:rsidTr="00865DCD">
        <w:trPr>
          <w:jc w:val="center"/>
        </w:trPr>
        <w:tc>
          <w:tcPr>
            <w:tcW w:w="173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D88259E"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TBIL</w:t>
            </w: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B17EA99"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-0.249</w:t>
            </w: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F8FE55F"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-0.274</w:t>
            </w: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E5F35AC"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-0.225</w:t>
            </w:r>
          </w:p>
        </w:tc>
        <w:tc>
          <w:tcPr>
            <w:tcW w:w="62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59AB7E3"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&lt;0.001</w:t>
            </w:r>
          </w:p>
        </w:tc>
        <w:tc>
          <w:tcPr>
            <w:tcW w:w="97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B8D6657"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&lt;0.001</w:t>
            </w:r>
          </w:p>
        </w:tc>
      </w:tr>
      <w:tr w:rsidR="00630527" w:rsidRPr="001A2E38" w14:paraId="0D9B9C3A" w14:textId="77777777" w:rsidTr="00865DCD">
        <w:trPr>
          <w:jc w:val="center"/>
        </w:trPr>
        <w:tc>
          <w:tcPr>
            <w:tcW w:w="173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DCF19F7"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TP</w:t>
            </w: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D23D74C"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-0.119</w:t>
            </w: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3074BC9"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-0.143</w:t>
            </w: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9F33B4E"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-0.095</w:t>
            </w:r>
          </w:p>
        </w:tc>
        <w:tc>
          <w:tcPr>
            <w:tcW w:w="62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336FEA5"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&lt;0.001</w:t>
            </w:r>
          </w:p>
        </w:tc>
        <w:tc>
          <w:tcPr>
            <w:tcW w:w="97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FD3DB94"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&lt;0.001</w:t>
            </w:r>
          </w:p>
        </w:tc>
      </w:tr>
      <w:tr w:rsidR="00630527" w:rsidRPr="001A2E38" w14:paraId="1947E63A" w14:textId="77777777" w:rsidTr="00865DCD">
        <w:trPr>
          <w:jc w:val="center"/>
        </w:trPr>
        <w:tc>
          <w:tcPr>
            <w:tcW w:w="173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5C52048"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rPr>
                <w:rFonts w:ascii="Times New Roman" w:eastAsia="Arial" w:hAnsi="Times New Roman" w:cs="Times New Roman"/>
                <w:b/>
                <w:color w:val="000000"/>
                <w:sz w:val="20"/>
                <w:szCs w:val="20"/>
              </w:rPr>
            </w:pPr>
            <w:r w:rsidRPr="001A2E38">
              <w:rPr>
                <w:rFonts w:ascii="Times New Roman" w:eastAsia="Arial" w:hAnsi="Times New Roman" w:cs="Times New Roman"/>
                <w:b/>
                <w:color w:val="000000"/>
                <w:sz w:val="20"/>
                <w:szCs w:val="20"/>
              </w:rPr>
              <w:t>Renal function</w:t>
            </w: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6744160"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b/>
                <w:color w:val="000000"/>
                <w:sz w:val="20"/>
                <w:szCs w:val="20"/>
              </w:rPr>
            </w:pP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4FCC3D7"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b/>
                <w:color w:val="000000"/>
                <w:sz w:val="20"/>
                <w:szCs w:val="20"/>
              </w:rPr>
            </w:pP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FF1B8EA"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b/>
                <w:color w:val="000000"/>
                <w:sz w:val="20"/>
                <w:szCs w:val="20"/>
              </w:rPr>
            </w:pPr>
          </w:p>
        </w:tc>
        <w:tc>
          <w:tcPr>
            <w:tcW w:w="62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74FD07C"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b/>
                <w:color w:val="000000"/>
                <w:sz w:val="20"/>
                <w:szCs w:val="20"/>
              </w:rPr>
            </w:pPr>
          </w:p>
        </w:tc>
        <w:tc>
          <w:tcPr>
            <w:tcW w:w="97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BFDF90B"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b/>
                <w:color w:val="000000"/>
                <w:sz w:val="20"/>
                <w:szCs w:val="20"/>
              </w:rPr>
            </w:pPr>
          </w:p>
        </w:tc>
      </w:tr>
      <w:tr w:rsidR="00630527" w:rsidRPr="001A2E38" w14:paraId="257494F5" w14:textId="77777777" w:rsidTr="00865DCD">
        <w:trPr>
          <w:jc w:val="center"/>
        </w:trPr>
        <w:tc>
          <w:tcPr>
            <w:tcW w:w="173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65800A1"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Urea</w:t>
            </w: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91D1E38"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0.016</w:t>
            </w: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D1D1C3D"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0.008</w:t>
            </w: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0D13E74"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0.024</w:t>
            </w:r>
          </w:p>
        </w:tc>
        <w:tc>
          <w:tcPr>
            <w:tcW w:w="62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655D05E"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&lt;0.001</w:t>
            </w:r>
          </w:p>
        </w:tc>
        <w:tc>
          <w:tcPr>
            <w:tcW w:w="97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5277307"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&lt;0.001</w:t>
            </w:r>
          </w:p>
        </w:tc>
      </w:tr>
      <w:tr w:rsidR="00630527" w:rsidRPr="001A2E38" w14:paraId="3B0D6F84" w14:textId="77777777" w:rsidTr="00865DCD">
        <w:trPr>
          <w:jc w:val="center"/>
        </w:trPr>
        <w:tc>
          <w:tcPr>
            <w:tcW w:w="173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4834470"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Creatinine</w:t>
            </w: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AE53077"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-0.678</w:t>
            </w: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5810C6B"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-0.776</w:t>
            </w: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2C6076A"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-0.580</w:t>
            </w:r>
          </w:p>
        </w:tc>
        <w:tc>
          <w:tcPr>
            <w:tcW w:w="62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2173D3B"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&lt;0.001</w:t>
            </w:r>
          </w:p>
        </w:tc>
        <w:tc>
          <w:tcPr>
            <w:tcW w:w="97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094E477"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&lt;0.001</w:t>
            </w:r>
          </w:p>
        </w:tc>
      </w:tr>
      <w:tr w:rsidR="00630527" w:rsidRPr="001A2E38" w14:paraId="41832EF4" w14:textId="77777777" w:rsidTr="00865DCD">
        <w:trPr>
          <w:jc w:val="center"/>
        </w:trPr>
        <w:tc>
          <w:tcPr>
            <w:tcW w:w="173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D7BDCF8"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Cystatin C</w:t>
            </w: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3D8CA8B"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0.021</w:t>
            </w: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EDF1608"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0.020</w:t>
            </w: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F5CFB16"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0.022</w:t>
            </w:r>
          </w:p>
        </w:tc>
        <w:tc>
          <w:tcPr>
            <w:tcW w:w="62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D194E16"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&lt;0.001</w:t>
            </w:r>
          </w:p>
        </w:tc>
        <w:tc>
          <w:tcPr>
            <w:tcW w:w="97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ED58CB0"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&lt;0.001</w:t>
            </w:r>
          </w:p>
        </w:tc>
      </w:tr>
      <w:tr w:rsidR="00630527" w:rsidRPr="001A2E38" w14:paraId="747C55E4" w14:textId="77777777" w:rsidTr="00865DCD">
        <w:trPr>
          <w:jc w:val="center"/>
        </w:trPr>
        <w:tc>
          <w:tcPr>
            <w:tcW w:w="173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0AD1982"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Urate</w:t>
            </w: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BB88C61"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11.329</w:t>
            </w: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1EE649E"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10.917</w:t>
            </w: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196D325"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11.741</w:t>
            </w:r>
          </w:p>
        </w:tc>
        <w:tc>
          <w:tcPr>
            <w:tcW w:w="62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22F12CD"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&lt;0.001</w:t>
            </w:r>
          </w:p>
        </w:tc>
        <w:tc>
          <w:tcPr>
            <w:tcW w:w="97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2F10C95"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&lt;0.001</w:t>
            </w:r>
          </w:p>
        </w:tc>
      </w:tr>
      <w:tr w:rsidR="00630527" w:rsidRPr="001A2E38" w14:paraId="15CECD79" w14:textId="77777777" w:rsidTr="00865DCD">
        <w:trPr>
          <w:jc w:val="center"/>
        </w:trPr>
        <w:tc>
          <w:tcPr>
            <w:tcW w:w="173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0F7FAA6"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rPr>
                <w:rFonts w:ascii="Times New Roman" w:eastAsia="Arial" w:hAnsi="Times New Roman" w:cs="Times New Roman"/>
                <w:b/>
                <w:color w:val="000000"/>
                <w:sz w:val="20"/>
                <w:szCs w:val="20"/>
              </w:rPr>
            </w:pPr>
            <w:r w:rsidRPr="001A2E38">
              <w:rPr>
                <w:rFonts w:ascii="Times New Roman" w:eastAsia="Arial" w:hAnsi="Times New Roman" w:cs="Times New Roman"/>
                <w:b/>
                <w:color w:val="000000"/>
                <w:sz w:val="20"/>
                <w:szCs w:val="20"/>
              </w:rPr>
              <w:t>Systemic inflammation</w:t>
            </w: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4579596"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b/>
                <w:color w:val="000000"/>
                <w:sz w:val="20"/>
                <w:szCs w:val="20"/>
              </w:rPr>
            </w:pP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F1268D1"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b/>
                <w:color w:val="000000"/>
                <w:sz w:val="20"/>
                <w:szCs w:val="20"/>
              </w:rPr>
            </w:pP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04C0527"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b/>
                <w:color w:val="000000"/>
                <w:sz w:val="20"/>
                <w:szCs w:val="20"/>
              </w:rPr>
            </w:pPr>
          </w:p>
        </w:tc>
        <w:tc>
          <w:tcPr>
            <w:tcW w:w="62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F6E59DF"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b/>
                <w:color w:val="000000"/>
                <w:sz w:val="20"/>
                <w:szCs w:val="20"/>
              </w:rPr>
            </w:pPr>
          </w:p>
        </w:tc>
        <w:tc>
          <w:tcPr>
            <w:tcW w:w="97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77A9C66"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b/>
                <w:color w:val="000000"/>
                <w:sz w:val="20"/>
                <w:szCs w:val="20"/>
              </w:rPr>
            </w:pPr>
          </w:p>
        </w:tc>
      </w:tr>
      <w:tr w:rsidR="00630527" w:rsidRPr="001A2E38" w14:paraId="0318DB87" w14:textId="77777777" w:rsidTr="00865DCD">
        <w:trPr>
          <w:jc w:val="center"/>
        </w:trPr>
        <w:tc>
          <w:tcPr>
            <w:tcW w:w="173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9AD5B52"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CRP</w:t>
            </w: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A9533C0"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0.776</w:t>
            </w: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8EF3A38"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0.748</w:t>
            </w: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C995EA4"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0.804</w:t>
            </w:r>
          </w:p>
        </w:tc>
        <w:tc>
          <w:tcPr>
            <w:tcW w:w="62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2D0B3C9"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&lt;0.001</w:t>
            </w:r>
          </w:p>
        </w:tc>
        <w:tc>
          <w:tcPr>
            <w:tcW w:w="97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B8E09C0"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&lt;0.001</w:t>
            </w:r>
          </w:p>
        </w:tc>
      </w:tr>
      <w:tr w:rsidR="00630527" w:rsidRPr="001A2E38" w14:paraId="35DE3A03" w14:textId="77777777" w:rsidTr="00865DCD">
        <w:trPr>
          <w:jc w:val="center"/>
        </w:trPr>
        <w:tc>
          <w:tcPr>
            <w:tcW w:w="173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BAA762C"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WBC</w:t>
            </w: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58475AB"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0.226</w:t>
            </w: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5A2D8F1"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0.214</w:t>
            </w: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3697BC2"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0.238</w:t>
            </w:r>
          </w:p>
        </w:tc>
        <w:tc>
          <w:tcPr>
            <w:tcW w:w="62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0BD6BA9"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&lt;0.001</w:t>
            </w:r>
          </w:p>
        </w:tc>
        <w:tc>
          <w:tcPr>
            <w:tcW w:w="97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DD8165A"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&lt;0.001</w:t>
            </w:r>
          </w:p>
        </w:tc>
      </w:tr>
      <w:tr w:rsidR="00630527" w:rsidRPr="001A2E38" w14:paraId="4B1644DD" w14:textId="77777777" w:rsidTr="00865DCD">
        <w:trPr>
          <w:jc w:val="center"/>
        </w:trPr>
        <w:tc>
          <w:tcPr>
            <w:tcW w:w="173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9644B39"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PLT</w:t>
            </w: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7A6A426"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1.317</w:t>
            </w: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EF40280"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0.957</w:t>
            </w: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210A0ED"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1.677</w:t>
            </w:r>
          </w:p>
        </w:tc>
        <w:tc>
          <w:tcPr>
            <w:tcW w:w="62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2FA4EF5"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&lt;0.001</w:t>
            </w:r>
          </w:p>
        </w:tc>
        <w:tc>
          <w:tcPr>
            <w:tcW w:w="97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7B3E2F2"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&lt;0.001</w:t>
            </w:r>
          </w:p>
        </w:tc>
      </w:tr>
      <w:tr w:rsidR="00630527" w:rsidRPr="001A2E38" w14:paraId="7A7AD4FB" w14:textId="77777777" w:rsidTr="00865DCD">
        <w:trPr>
          <w:jc w:val="center"/>
        </w:trPr>
        <w:tc>
          <w:tcPr>
            <w:tcW w:w="173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05CC228"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Lymphocyte</w:t>
            </w: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1913346"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0.053</w:t>
            </w: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A68EDDA"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0.046</w:t>
            </w: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679B3EA"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0.060</w:t>
            </w:r>
          </w:p>
        </w:tc>
        <w:tc>
          <w:tcPr>
            <w:tcW w:w="62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5F7EB2E"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&lt;0.001</w:t>
            </w:r>
          </w:p>
        </w:tc>
        <w:tc>
          <w:tcPr>
            <w:tcW w:w="97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3060F03"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&lt;0.001</w:t>
            </w:r>
          </w:p>
        </w:tc>
      </w:tr>
      <w:tr w:rsidR="00630527" w:rsidRPr="001A2E38" w14:paraId="08D7703B" w14:textId="77777777" w:rsidTr="00865DCD">
        <w:trPr>
          <w:jc w:val="center"/>
        </w:trPr>
        <w:tc>
          <w:tcPr>
            <w:tcW w:w="173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5499ACB"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Monocyte</w:t>
            </w: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3C43019"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0.011</w:t>
            </w: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875D419"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0.009</w:t>
            </w: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B569294"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0.012</w:t>
            </w:r>
          </w:p>
        </w:tc>
        <w:tc>
          <w:tcPr>
            <w:tcW w:w="62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3422D41"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&lt;0.001</w:t>
            </w:r>
          </w:p>
        </w:tc>
        <w:tc>
          <w:tcPr>
            <w:tcW w:w="97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CCEE942"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&lt;0.001</w:t>
            </w:r>
          </w:p>
        </w:tc>
      </w:tr>
      <w:tr w:rsidR="00630527" w:rsidRPr="001A2E38" w14:paraId="689290A8" w14:textId="77777777" w:rsidTr="00865DCD">
        <w:trPr>
          <w:jc w:val="center"/>
        </w:trPr>
        <w:tc>
          <w:tcPr>
            <w:tcW w:w="173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BF94673"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Neutrophil</w:t>
            </w: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5107A67"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0.154</w:t>
            </w: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43485FA"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0.145</w:t>
            </w: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E04A960"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0.162</w:t>
            </w:r>
          </w:p>
        </w:tc>
        <w:tc>
          <w:tcPr>
            <w:tcW w:w="62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3E2B4C0"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&lt;0.001</w:t>
            </w:r>
          </w:p>
        </w:tc>
        <w:tc>
          <w:tcPr>
            <w:tcW w:w="97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B3CDA60"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&lt;0.001</w:t>
            </w:r>
          </w:p>
        </w:tc>
      </w:tr>
      <w:tr w:rsidR="00630527" w:rsidRPr="001A2E38" w14:paraId="1B5D9975" w14:textId="77777777" w:rsidTr="00865DCD">
        <w:trPr>
          <w:jc w:val="center"/>
        </w:trPr>
        <w:tc>
          <w:tcPr>
            <w:tcW w:w="173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9C45991"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Eosinophil</w:t>
            </w: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CACF607"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0.007</w:t>
            </w: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2674906"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0.006</w:t>
            </w: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F696D40"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0.008</w:t>
            </w:r>
          </w:p>
        </w:tc>
        <w:tc>
          <w:tcPr>
            <w:tcW w:w="62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A913D0B"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&lt;0.001</w:t>
            </w:r>
          </w:p>
        </w:tc>
        <w:tc>
          <w:tcPr>
            <w:tcW w:w="97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0DF8E2A"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&lt;0.001</w:t>
            </w:r>
          </w:p>
        </w:tc>
      </w:tr>
      <w:tr w:rsidR="00630527" w:rsidRPr="001A2E38" w14:paraId="59035CAE" w14:textId="77777777" w:rsidTr="00865DCD">
        <w:trPr>
          <w:jc w:val="center"/>
        </w:trPr>
        <w:tc>
          <w:tcPr>
            <w:tcW w:w="173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0D4D9D2"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Basophil</w:t>
            </w: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0B53B19"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0.002</w:t>
            </w: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3A8FC3C"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0.001</w:t>
            </w: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4E14E94"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0.002</w:t>
            </w:r>
          </w:p>
        </w:tc>
        <w:tc>
          <w:tcPr>
            <w:tcW w:w="62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2907A3B"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&lt;0.001</w:t>
            </w:r>
          </w:p>
        </w:tc>
        <w:tc>
          <w:tcPr>
            <w:tcW w:w="97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BADE3A6"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&lt;0.001</w:t>
            </w:r>
          </w:p>
        </w:tc>
      </w:tr>
      <w:tr w:rsidR="00630527" w:rsidRPr="001A2E38" w14:paraId="1C3EC408" w14:textId="77777777" w:rsidTr="00865DCD">
        <w:trPr>
          <w:jc w:val="center"/>
        </w:trPr>
        <w:tc>
          <w:tcPr>
            <w:tcW w:w="173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10755E6"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rPr>
                <w:rFonts w:ascii="Times New Roman" w:eastAsia="Arial" w:hAnsi="Times New Roman" w:cs="Times New Roman"/>
                <w:b/>
                <w:color w:val="000000"/>
                <w:sz w:val="20"/>
                <w:szCs w:val="20"/>
              </w:rPr>
            </w:pPr>
            <w:r w:rsidRPr="001A2E38">
              <w:rPr>
                <w:rFonts w:ascii="Times New Roman" w:eastAsia="Arial" w:hAnsi="Times New Roman" w:cs="Times New Roman"/>
                <w:b/>
                <w:color w:val="000000"/>
                <w:sz w:val="20"/>
                <w:szCs w:val="20"/>
              </w:rPr>
              <w:t>Metabolic</w:t>
            </w: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1775ED4"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b/>
                <w:color w:val="000000"/>
                <w:sz w:val="20"/>
                <w:szCs w:val="20"/>
              </w:rPr>
            </w:pP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B7DB1AD"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b/>
                <w:color w:val="000000"/>
                <w:sz w:val="20"/>
                <w:szCs w:val="20"/>
              </w:rPr>
            </w:pP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015F857"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b/>
                <w:color w:val="000000"/>
                <w:sz w:val="20"/>
                <w:szCs w:val="20"/>
              </w:rPr>
            </w:pPr>
          </w:p>
        </w:tc>
        <w:tc>
          <w:tcPr>
            <w:tcW w:w="62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5E4E7D1"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b/>
                <w:color w:val="000000"/>
                <w:sz w:val="20"/>
                <w:szCs w:val="20"/>
              </w:rPr>
            </w:pPr>
          </w:p>
        </w:tc>
        <w:tc>
          <w:tcPr>
            <w:tcW w:w="97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99DF7F8"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b/>
                <w:color w:val="000000"/>
                <w:sz w:val="20"/>
                <w:szCs w:val="20"/>
              </w:rPr>
            </w:pPr>
          </w:p>
        </w:tc>
      </w:tr>
      <w:tr w:rsidR="00630527" w:rsidRPr="001A2E38" w14:paraId="36AB86C9" w14:textId="77777777" w:rsidTr="00865DCD">
        <w:trPr>
          <w:jc w:val="center"/>
        </w:trPr>
        <w:tc>
          <w:tcPr>
            <w:tcW w:w="173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EF31FB4"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ApoA</w:t>
            </w: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0140A17"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-0.060</w:t>
            </w: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BD3FC0E"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-0.061</w:t>
            </w: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E798DE8"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-0.059</w:t>
            </w:r>
          </w:p>
        </w:tc>
        <w:tc>
          <w:tcPr>
            <w:tcW w:w="62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84601E7"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&lt;0.001</w:t>
            </w:r>
          </w:p>
        </w:tc>
        <w:tc>
          <w:tcPr>
            <w:tcW w:w="97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0C3E817"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&lt;0.001</w:t>
            </w:r>
          </w:p>
        </w:tc>
      </w:tr>
      <w:tr w:rsidR="00630527" w:rsidRPr="001A2E38" w14:paraId="67CBBA24" w14:textId="77777777" w:rsidTr="00865DCD">
        <w:trPr>
          <w:jc w:val="center"/>
        </w:trPr>
        <w:tc>
          <w:tcPr>
            <w:tcW w:w="173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D5E8AFC"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ApoB</w:t>
            </w: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F06C7B4"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0.039</w:t>
            </w: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2281C49"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0.038</w:t>
            </w: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7D1D277"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0.041</w:t>
            </w:r>
          </w:p>
        </w:tc>
        <w:tc>
          <w:tcPr>
            <w:tcW w:w="62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784170A"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&lt;0.001</w:t>
            </w:r>
          </w:p>
        </w:tc>
        <w:tc>
          <w:tcPr>
            <w:tcW w:w="97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174C58F"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&lt;0.001</w:t>
            </w:r>
          </w:p>
        </w:tc>
      </w:tr>
      <w:tr w:rsidR="00630527" w:rsidRPr="001A2E38" w14:paraId="1A8F2EE4" w14:textId="77777777" w:rsidTr="00865DCD">
        <w:trPr>
          <w:jc w:val="center"/>
        </w:trPr>
        <w:tc>
          <w:tcPr>
            <w:tcW w:w="173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DB0E3F4"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HbA1c</w:t>
            </w: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625B831"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2.154</w:t>
            </w: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018249E"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2.114</w:t>
            </w: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9417BB2"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2.194</w:t>
            </w:r>
          </w:p>
        </w:tc>
        <w:tc>
          <w:tcPr>
            <w:tcW w:w="62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0331B48"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&lt;0.001</w:t>
            </w:r>
          </w:p>
        </w:tc>
        <w:tc>
          <w:tcPr>
            <w:tcW w:w="97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3AA626F"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&lt;0.001</w:t>
            </w:r>
          </w:p>
        </w:tc>
      </w:tr>
      <w:tr w:rsidR="00630527" w:rsidRPr="001A2E38" w14:paraId="353D0BBA" w14:textId="77777777" w:rsidTr="00865DCD">
        <w:trPr>
          <w:jc w:val="center"/>
        </w:trPr>
        <w:tc>
          <w:tcPr>
            <w:tcW w:w="173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206B042"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LDL-C</w:t>
            </w: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5A475C5"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0.092</w:t>
            </w: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146DD57"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0.086</w:t>
            </w: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6A603C2"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0.097</w:t>
            </w:r>
          </w:p>
        </w:tc>
        <w:tc>
          <w:tcPr>
            <w:tcW w:w="62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9EB0950"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&lt;0.001</w:t>
            </w:r>
          </w:p>
        </w:tc>
        <w:tc>
          <w:tcPr>
            <w:tcW w:w="97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8D101C0"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&lt;0.001</w:t>
            </w:r>
          </w:p>
        </w:tc>
      </w:tr>
      <w:tr w:rsidR="00630527" w:rsidRPr="001A2E38" w14:paraId="33461F83" w14:textId="77777777" w:rsidTr="00865DCD">
        <w:trPr>
          <w:jc w:val="center"/>
        </w:trPr>
        <w:tc>
          <w:tcPr>
            <w:tcW w:w="173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1F7A468"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IGF-1</w:t>
            </w: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46AE859"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-0.901</w:t>
            </w: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4606B82"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-0.935</w:t>
            </w: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2094E83"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-0.868</w:t>
            </w:r>
          </w:p>
        </w:tc>
        <w:tc>
          <w:tcPr>
            <w:tcW w:w="62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A15F433"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&lt;0.001</w:t>
            </w:r>
          </w:p>
        </w:tc>
        <w:tc>
          <w:tcPr>
            <w:tcW w:w="97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745FEA0"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&lt;0.001</w:t>
            </w:r>
          </w:p>
        </w:tc>
      </w:tr>
      <w:tr w:rsidR="00630527" w:rsidRPr="001A2E38" w14:paraId="6DBB83FA" w14:textId="77777777" w:rsidTr="00865DCD">
        <w:trPr>
          <w:jc w:val="center"/>
        </w:trPr>
        <w:tc>
          <w:tcPr>
            <w:tcW w:w="173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433A0D6"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Lp(a)</w:t>
            </w: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BADE6B7"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0.353</w:t>
            </w: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978E46F"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0.017</w:t>
            </w: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DE023A7"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0.688</w:t>
            </w:r>
          </w:p>
        </w:tc>
        <w:tc>
          <w:tcPr>
            <w:tcW w:w="62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AC4B9C0"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0.039</w:t>
            </w:r>
          </w:p>
        </w:tc>
        <w:tc>
          <w:tcPr>
            <w:tcW w:w="97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816CCCD"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0.043</w:t>
            </w:r>
          </w:p>
        </w:tc>
      </w:tr>
      <w:tr w:rsidR="00630527" w:rsidRPr="001A2E38" w14:paraId="5BEDC752" w14:textId="77777777" w:rsidTr="00865DCD">
        <w:trPr>
          <w:jc w:val="center"/>
        </w:trPr>
        <w:tc>
          <w:tcPr>
            <w:tcW w:w="173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DC2EDCE"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lastRenderedPageBreak/>
              <w:t>SBP</w:t>
            </w: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A29C589"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1.612</w:t>
            </w: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F8C0078"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1.501</w:t>
            </w: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8FAE46A"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1.724</w:t>
            </w:r>
          </w:p>
        </w:tc>
        <w:tc>
          <w:tcPr>
            <w:tcW w:w="62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C19BB21"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&lt;0.001</w:t>
            </w:r>
          </w:p>
        </w:tc>
        <w:tc>
          <w:tcPr>
            <w:tcW w:w="97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22CCE29"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&lt;0.001</w:t>
            </w:r>
          </w:p>
        </w:tc>
      </w:tr>
      <w:tr w:rsidR="00630527" w:rsidRPr="001A2E38" w14:paraId="4722BB98" w14:textId="77777777" w:rsidTr="00865DCD">
        <w:trPr>
          <w:jc w:val="center"/>
        </w:trPr>
        <w:tc>
          <w:tcPr>
            <w:tcW w:w="173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C04791E"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DBP</w:t>
            </w: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2A7560D"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1.274</w:t>
            </w: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89D2EFA"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1.211</w:t>
            </w: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1200922"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1.338</w:t>
            </w:r>
          </w:p>
        </w:tc>
        <w:tc>
          <w:tcPr>
            <w:tcW w:w="62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50B2ECC"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&lt;0.001</w:t>
            </w:r>
          </w:p>
        </w:tc>
        <w:tc>
          <w:tcPr>
            <w:tcW w:w="97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90F32F5"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&lt;0.001</w:t>
            </w:r>
          </w:p>
        </w:tc>
      </w:tr>
      <w:tr w:rsidR="00630527" w:rsidRPr="001A2E38" w14:paraId="5A0EEA5B" w14:textId="77777777" w:rsidTr="00865DCD">
        <w:trPr>
          <w:jc w:val="center"/>
        </w:trPr>
        <w:tc>
          <w:tcPr>
            <w:tcW w:w="1731" w:type="pct"/>
            <w:tcBorders>
              <w:top w:val="none" w:sz="0" w:space="0" w:color="000000"/>
              <w:left w:val="none" w:sz="0" w:space="0" w:color="000000"/>
              <w:bottom w:val="none" w:sz="0" w:space="0" w:color="000000"/>
              <w:right w:val="none" w:sz="0" w:space="0" w:color="000000"/>
            </w:tcBorders>
            <w:shd w:val="clear" w:color="auto" w:fill="F2F2F2"/>
            <w:tcMar>
              <w:top w:w="0" w:type="dxa"/>
              <w:left w:w="0" w:type="dxa"/>
              <w:bottom w:w="0" w:type="dxa"/>
              <w:right w:w="0" w:type="dxa"/>
            </w:tcMar>
            <w:vAlign w:val="center"/>
          </w:tcPr>
          <w:p w14:paraId="1A8380DA"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rPr>
                <w:rFonts w:ascii="Times New Roman" w:eastAsia="Arial" w:hAnsi="Times New Roman" w:cs="Times New Roman"/>
                <w:b/>
                <w:color w:val="000000"/>
                <w:sz w:val="20"/>
                <w:szCs w:val="20"/>
              </w:rPr>
            </w:pPr>
            <w:r w:rsidRPr="001A2E38">
              <w:rPr>
                <w:rFonts w:ascii="Times New Roman" w:eastAsia="Arial" w:hAnsi="Times New Roman" w:cs="Times New Roman"/>
                <w:b/>
                <w:color w:val="000000"/>
                <w:sz w:val="20"/>
                <w:szCs w:val="20"/>
              </w:rPr>
              <w:t>CHG-BRI</w:t>
            </w:r>
          </w:p>
        </w:tc>
        <w:tc>
          <w:tcPr>
            <w:tcW w:w="559" w:type="pct"/>
            <w:tcBorders>
              <w:top w:val="none" w:sz="0" w:space="0" w:color="000000"/>
              <w:left w:val="none" w:sz="0" w:space="0" w:color="000000"/>
              <w:bottom w:val="none" w:sz="0" w:space="0" w:color="000000"/>
              <w:right w:val="none" w:sz="0" w:space="0" w:color="000000"/>
            </w:tcBorders>
            <w:shd w:val="clear" w:color="auto" w:fill="F2F2F2"/>
            <w:tcMar>
              <w:top w:w="0" w:type="dxa"/>
              <w:left w:w="0" w:type="dxa"/>
              <w:bottom w:w="0" w:type="dxa"/>
              <w:right w:w="0" w:type="dxa"/>
            </w:tcMar>
            <w:vAlign w:val="center"/>
          </w:tcPr>
          <w:p w14:paraId="41F2DB60"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b/>
                <w:color w:val="000000"/>
                <w:sz w:val="20"/>
                <w:szCs w:val="20"/>
              </w:rPr>
            </w:pPr>
          </w:p>
        </w:tc>
        <w:tc>
          <w:tcPr>
            <w:tcW w:w="559" w:type="pct"/>
            <w:tcBorders>
              <w:top w:val="none" w:sz="0" w:space="0" w:color="000000"/>
              <w:left w:val="none" w:sz="0" w:space="0" w:color="000000"/>
              <w:bottom w:val="none" w:sz="0" w:space="0" w:color="000000"/>
              <w:right w:val="none" w:sz="0" w:space="0" w:color="000000"/>
            </w:tcBorders>
            <w:shd w:val="clear" w:color="auto" w:fill="F2F2F2"/>
            <w:tcMar>
              <w:top w:w="0" w:type="dxa"/>
              <w:left w:w="0" w:type="dxa"/>
              <w:bottom w:w="0" w:type="dxa"/>
              <w:right w:w="0" w:type="dxa"/>
            </w:tcMar>
            <w:vAlign w:val="center"/>
          </w:tcPr>
          <w:p w14:paraId="1CD6C3D9"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b/>
                <w:color w:val="000000"/>
                <w:sz w:val="20"/>
                <w:szCs w:val="20"/>
              </w:rPr>
            </w:pPr>
          </w:p>
        </w:tc>
        <w:tc>
          <w:tcPr>
            <w:tcW w:w="559" w:type="pct"/>
            <w:tcBorders>
              <w:top w:val="none" w:sz="0" w:space="0" w:color="000000"/>
              <w:left w:val="none" w:sz="0" w:space="0" w:color="000000"/>
              <w:bottom w:val="none" w:sz="0" w:space="0" w:color="000000"/>
              <w:right w:val="none" w:sz="0" w:space="0" w:color="000000"/>
            </w:tcBorders>
            <w:shd w:val="clear" w:color="auto" w:fill="F2F2F2"/>
            <w:tcMar>
              <w:top w:w="0" w:type="dxa"/>
              <w:left w:w="0" w:type="dxa"/>
              <w:bottom w:w="0" w:type="dxa"/>
              <w:right w:w="0" w:type="dxa"/>
            </w:tcMar>
            <w:vAlign w:val="center"/>
          </w:tcPr>
          <w:p w14:paraId="76242ABB"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b/>
                <w:color w:val="000000"/>
                <w:sz w:val="20"/>
                <w:szCs w:val="20"/>
              </w:rPr>
            </w:pPr>
          </w:p>
        </w:tc>
        <w:tc>
          <w:tcPr>
            <w:tcW w:w="622" w:type="pct"/>
            <w:tcBorders>
              <w:top w:val="none" w:sz="0" w:space="0" w:color="000000"/>
              <w:left w:val="none" w:sz="0" w:space="0" w:color="000000"/>
              <w:bottom w:val="none" w:sz="0" w:space="0" w:color="000000"/>
              <w:right w:val="none" w:sz="0" w:space="0" w:color="000000"/>
            </w:tcBorders>
            <w:shd w:val="clear" w:color="auto" w:fill="F2F2F2"/>
            <w:tcMar>
              <w:top w:w="0" w:type="dxa"/>
              <w:left w:w="0" w:type="dxa"/>
              <w:bottom w:w="0" w:type="dxa"/>
              <w:right w:w="0" w:type="dxa"/>
            </w:tcMar>
            <w:vAlign w:val="center"/>
          </w:tcPr>
          <w:p w14:paraId="64882C09"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b/>
                <w:color w:val="000000"/>
                <w:sz w:val="20"/>
                <w:szCs w:val="20"/>
              </w:rPr>
            </w:pPr>
          </w:p>
        </w:tc>
        <w:tc>
          <w:tcPr>
            <w:tcW w:w="970" w:type="pct"/>
            <w:tcBorders>
              <w:top w:val="none" w:sz="0" w:space="0" w:color="000000"/>
              <w:left w:val="none" w:sz="0" w:space="0" w:color="000000"/>
              <w:bottom w:val="none" w:sz="0" w:space="0" w:color="000000"/>
              <w:right w:val="none" w:sz="0" w:space="0" w:color="000000"/>
            </w:tcBorders>
            <w:shd w:val="clear" w:color="auto" w:fill="F2F2F2"/>
            <w:tcMar>
              <w:top w:w="0" w:type="dxa"/>
              <w:left w:w="0" w:type="dxa"/>
              <w:bottom w:w="0" w:type="dxa"/>
              <w:right w:w="0" w:type="dxa"/>
            </w:tcMar>
            <w:vAlign w:val="center"/>
          </w:tcPr>
          <w:p w14:paraId="570E48E2"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b/>
                <w:color w:val="000000"/>
                <w:sz w:val="20"/>
                <w:szCs w:val="20"/>
              </w:rPr>
            </w:pPr>
          </w:p>
        </w:tc>
      </w:tr>
      <w:tr w:rsidR="00630527" w:rsidRPr="001A2E38" w14:paraId="2746CF7D" w14:textId="77777777" w:rsidTr="00865DCD">
        <w:trPr>
          <w:jc w:val="center"/>
        </w:trPr>
        <w:tc>
          <w:tcPr>
            <w:tcW w:w="173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9418040"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rPr>
                <w:rFonts w:ascii="Times New Roman" w:eastAsia="Arial" w:hAnsi="Times New Roman" w:cs="Times New Roman"/>
                <w:b/>
                <w:color w:val="000000"/>
                <w:sz w:val="20"/>
                <w:szCs w:val="20"/>
              </w:rPr>
            </w:pPr>
            <w:r w:rsidRPr="001A2E38">
              <w:rPr>
                <w:rFonts w:ascii="Times New Roman" w:eastAsia="Arial" w:hAnsi="Times New Roman" w:cs="Times New Roman"/>
                <w:b/>
                <w:color w:val="000000"/>
                <w:sz w:val="20"/>
                <w:szCs w:val="20"/>
              </w:rPr>
              <w:t>Liver function</w:t>
            </w: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0E1CCE6"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b/>
                <w:color w:val="000000"/>
                <w:sz w:val="20"/>
                <w:szCs w:val="20"/>
              </w:rPr>
            </w:pP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17E6F7D"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b/>
                <w:color w:val="000000"/>
                <w:sz w:val="20"/>
                <w:szCs w:val="20"/>
              </w:rPr>
            </w:pP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A8809BE"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b/>
                <w:color w:val="000000"/>
                <w:sz w:val="20"/>
                <w:szCs w:val="20"/>
              </w:rPr>
            </w:pPr>
          </w:p>
        </w:tc>
        <w:tc>
          <w:tcPr>
            <w:tcW w:w="62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FEA971D"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b/>
                <w:color w:val="000000"/>
                <w:sz w:val="20"/>
                <w:szCs w:val="20"/>
              </w:rPr>
            </w:pPr>
          </w:p>
        </w:tc>
        <w:tc>
          <w:tcPr>
            <w:tcW w:w="97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5B40C40"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b/>
                <w:color w:val="000000"/>
                <w:sz w:val="20"/>
                <w:szCs w:val="20"/>
              </w:rPr>
            </w:pPr>
          </w:p>
        </w:tc>
      </w:tr>
      <w:tr w:rsidR="00630527" w:rsidRPr="001A2E38" w14:paraId="76C520B9" w14:textId="77777777" w:rsidTr="00865DCD">
        <w:trPr>
          <w:jc w:val="center"/>
        </w:trPr>
        <w:tc>
          <w:tcPr>
            <w:tcW w:w="173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292B8E3"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Albumin</w:t>
            </w: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1CBCB6F"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-0.435</w:t>
            </w: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2483B89"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-0.450</w:t>
            </w: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820EB48"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-0.419</w:t>
            </w:r>
          </w:p>
        </w:tc>
        <w:tc>
          <w:tcPr>
            <w:tcW w:w="62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1EF1462"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&lt;0.001</w:t>
            </w:r>
          </w:p>
        </w:tc>
        <w:tc>
          <w:tcPr>
            <w:tcW w:w="97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BEDA44E"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&lt;0.001</w:t>
            </w:r>
          </w:p>
        </w:tc>
      </w:tr>
      <w:tr w:rsidR="00630527" w:rsidRPr="001A2E38" w14:paraId="124933D0" w14:textId="77777777" w:rsidTr="00865DCD">
        <w:trPr>
          <w:jc w:val="center"/>
        </w:trPr>
        <w:tc>
          <w:tcPr>
            <w:tcW w:w="173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38548A1"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ALP</w:t>
            </w: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B3FFFDD"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-0.364</w:t>
            </w: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1477DAD"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-0.527</w:t>
            </w: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EAD3F1F"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-0.200</w:t>
            </w:r>
          </w:p>
        </w:tc>
        <w:tc>
          <w:tcPr>
            <w:tcW w:w="62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75B69F9"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&lt;0.001</w:t>
            </w:r>
          </w:p>
        </w:tc>
        <w:tc>
          <w:tcPr>
            <w:tcW w:w="97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8FD238A"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&lt;0.001</w:t>
            </w:r>
          </w:p>
        </w:tc>
      </w:tr>
      <w:tr w:rsidR="00630527" w:rsidRPr="001A2E38" w14:paraId="250DD992" w14:textId="77777777" w:rsidTr="00865DCD">
        <w:trPr>
          <w:jc w:val="center"/>
        </w:trPr>
        <w:tc>
          <w:tcPr>
            <w:tcW w:w="173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D555B67"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ALT</w:t>
            </w: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EA031AB"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0.524</w:t>
            </w: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29E5041"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0.423</w:t>
            </w: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E798D13"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0.624</w:t>
            </w:r>
          </w:p>
        </w:tc>
        <w:tc>
          <w:tcPr>
            <w:tcW w:w="62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8260C55"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&lt;0.001</w:t>
            </w:r>
          </w:p>
        </w:tc>
        <w:tc>
          <w:tcPr>
            <w:tcW w:w="97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6B41170"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&lt;0.001</w:t>
            </w:r>
          </w:p>
        </w:tc>
      </w:tr>
      <w:tr w:rsidR="00630527" w:rsidRPr="001A2E38" w14:paraId="4217CA11" w14:textId="77777777" w:rsidTr="00865DCD">
        <w:trPr>
          <w:jc w:val="center"/>
        </w:trPr>
        <w:tc>
          <w:tcPr>
            <w:tcW w:w="173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F606E63"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AST</w:t>
            </w: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1779638"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-0.055</w:t>
            </w: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3CABC68"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-0.122</w:t>
            </w: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3AAC85C"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0.013</w:t>
            </w:r>
          </w:p>
        </w:tc>
        <w:tc>
          <w:tcPr>
            <w:tcW w:w="62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9D53E87"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0.112</w:t>
            </w:r>
          </w:p>
        </w:tc>
        <w:tc>
          <w:tcPr>
            <w:tcW w:w="97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4CC70FF"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0.120</w:t>
            </w:r>
          </w:p>
        </w:tc>
      </w:tr>
      <w:tr w:rsidR="00630527" w:rsidRPr="001A2E38" w14:paraId="691F13A5" w14:textId="77777777" w:rsidTr="00865DCD">
        <w:trPr>
          <w:jc w:val="center"/>
        </w:trPr>
        <w:tc>
          <w:tcPr>
            <w:tcW w:w="173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5AFC971"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GGT</w:t>
            </w: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3CFB0AA"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-3.795</w:t>
            </w: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1B967F0"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-4.083</w:t>
            </w: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0D53788"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-3.507</w:t>
            </w:r>
          </w:p>
        </w:tc>
        <w:tc>
          <w:tcPr>
            <w:tcW w:w="62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EC031F9"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&lt;0.001</w:t>
            </w:r>
          </w:p>
        </w:tc>
        <w:tc>
          <w:tcPr>
            <w:tcW w:w="97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E4A07EE"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&lt;0.001</w:t>
            </w:r>
          </w:p>
        </w:tc>
      </w:tr>
      <w:tr w:rsidR="00630527" w:rsidRPr="001A2E38" w14:paraId="0C425F44" w14:textId="77777777" w:rsidTr="00865DCD">
        <w:trPr>
          <w:jc w:val="center"/>
        </w:trPr>
        <w:tc>
          <w:tcPr>
            <w:tcW w:w="173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8418724"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TBIL</w:t>
            </w: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4EA66FE"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-0.220</w:t>
            </w: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F7DDBDE"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-0.245</w:t>
            </w: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A6892F7"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-0.196</w:t>
            </w:r>
          </w:p>
        </w:tc>
        <w:tc>
          <w:tcPr>
            <w:tcW w:w="62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8DAD3DD"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&lt;0.001</w:t>
            </w:r>
          </w:p>
        </w:tc>
        <w:tc>
          <w:tcPr>
            <w:tcW w:w="97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DFE9FB9"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&lt;0.001</w:t>
            </w:r>
          </w:p>
        </w:tc>
      </w:tr>
      <w:tr w:rsidR="00630527" w:rsidRPr="001A2E38" w14:paraId="567705EE" w14:textId="77777777" w:rsidTr="00865DCD">
        <w:trPr>
          <w:jc w:val="center"/>
        </w:trPr>
        <w:tc>
          <w:tcPr>
            <w:tcW w:w="173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94D6C1F"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TP</w:t>
            </w: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A39D8D9"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-0.177</w:t>
            </w: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840D2C6"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-0.202</w:t>
            </w: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9E2DCE1"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-0.153</w:t>
            </w:r>
          </w:p>
        </w:tc>
        <w:tc>
          <w:tcPr>
            <w:tcW w:w="62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F40939B"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&lt;0.001</w:t>
            </w:r>
          </w:p>
        </w:tc>
        <w:tc>
          <w:tcPr>
            <w:tcW w:w="97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B6B826B"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&lt;0.001</w:t>
            </w:r>
          </w:p>
        </w:tc>
      </w:tr>
      <w:tr w:rsidR="00630527" w:rsidRPr="001A2E38" w14:paraId="11F459B7" w14:textId="77777777" w:rsidTr="00865DCD">
        <w:trPr>
          <w:jc w:val="center"/>
        </w:trPr>
        <w:tc>
          <w:tcPr>
            <w:tcW w:w="173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F2B6B1B"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rPr>
                <w:rFonts w:ascii="Times New Roman" w:eastAsia="Arial" w:hAnsi="Times New Roman" w:cs="Times New Roman"/>
                <w:b/>
                <w:color w:val="000000"/>
                <w:sz w:val="20"/>
                <w:szCs w:val="20"/>
              </w:rPr>
            </w:pPr>
            <w:r w:rsidRPr="001A2E38">
              <w:rPr>
                <w:rFonts w:ascii="Times New Roman" w:eastAsia="Arial" w:hAnsi="Times New Roman" w:cs="Times New Roman"/>
                <w:b/>
                <w:color w:val="000000"/>
                <w:sz w:val="20"/>
                <w:szCs w:val="20"/>
              </w:rPr>
              <w:t>Renal function</w:t>
            </w: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FB8B703"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b/>
                <w:color w:val="000000"/>
                <w:sz w:val="20"/>
                <w:szCs w:val="20"/>
              </w:rPr>
            </w:pP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C51BD83"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b/>
                <w:color w:val="000000"/>
                <w:sz w:val="20"/>
                <w:szCs w:val="20"/>
              </w:rPr>
            </w:pP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6E0391C"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b/>
                <w:color w:val="000000"/>
                <w:sz w:val="20"/>
                <w:szCs w:val="20"/>
              </w:rPr>
            </w:pPr>
          </w:p>
        </w:tc>
        <w:tc>
          <w:tcPr>
            <w:tcW w:w="62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2FBBDF1"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b/>
                <w:color w:val="000000"/>
                <w:sz w:val="20"/>
                <w:szCs w:val="20"/>
              </w:rPr>
            </w:pPr>
          </w:p>
        </w:tc>
        <w:tc>
          <w:tcPr>
            <w:tcW w:w="97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EB28711"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b/>
                <w:color w:val="000000"/>
                <w:sz w:val="20"/>
                <w:szCs w:val="20"/>
              </w:rPr>
            </w:pPr>
          </w:p>
        </w:tc>
      </w:tr>
      <w:tr w:rsidR="00630527" w:rsidRPr="001A2E38" w14:paraId="37D29BA6" w14:textId="77777777" w:rsidTr="00865DCD">
        <w:trPr>
          <w:jc w:val="center"/>
        </w:trPr>
        <w:tc>
          <w:tcPr>
            <w:tcW w:w="173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6228058"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Urea</w:t>
            </w: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4A29904"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0.021</w:t>
            </w: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CD5219D"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0.013</w:t>
            </w: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7778B35"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0.030</w:t>
            </w:r>
          </w:p>
        </w:tc>
        <w:tc>
          <w:tcPr>
            <w:tcW w:w="62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0243DCE"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&lt;0.001</w:t>
            </w:r>
          </w:p>
        </w:tc>
        <w:tc>
          <w:tcPr>
            <w:tcW w:w="97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963E199"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&lt;0.001</w:t>
            </w:r>
          </w:p>
        </w:tc>
      </w:tr>
      <w:tr w:rsidR="00630527" w:rsidRPr="001A2E38" w14:paraId="4C0DC46D" w14:textId="77777777" w:rsidTr="00865DCD">
        <w:trPr>
          <w:jc w:val="center"/>
        </w:trPr>
        <w:tc>
          <w:tcPr>
            <w:tcW w:w="173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5AA0CD1"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Creatinine</w:t>
            </w: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7BA7BC8"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-0.484</w:t>
            </w: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82B5092"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-0.583</w:t>
            </w: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0BEAB42"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-0.385</w:t>
            </w:r>
          </w:p>
        </w:tc>
        <w:tc>
          <w:tcPr>
            <w:tcW w:w="62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DBCE1FC"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&lt;0.001</w:t>
            </w:r>
          </w:p>
        </w:tc>
        <w:tc>
          <w:tcPr>
            <w:tcW w:w="97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23666AD"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&lt;0.001</w:t>
            </w:r>
          </w:p>
        </w:tc>
      </w:tr>
      <w:tr w:rsidR="00630527" w:rsidRPr="001A2E38" w14:paraId="436B5B88" w14:textId="77777777" w:rsidTr="00865DCD">
        <w:trPr>
          <w:jc w:val="center"/>
        </w:trPr>
        <w:tc>
          <w:tcPr>
            <w:tcW w:w="173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73571AC"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Cystatin C</w:t>
            </w: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856B8C9"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0.024</w:t>
            </w: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1FBE709"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0.023</w:t>
            </w: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7DB3351"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0.025</w:t>
            </w:r>
          </w:p>
        </w:tc>
        <w:tc>
          <w:tcPr>
            <w:tcW w:w="62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F4C653E"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&lt;0.001</w:t>
            </w:r>
          </w:p>
        </w:tc>
        <w:tc>
          <w:tcPr>
            <w:tcW w:w="97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0D4EBEB"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&lt;0.001</w:t>
            </w:r>
          </w:p>
        </w:tc>
      </w:tr>
      <w:tr w:rsidR="00630527" w:rsidRPr="001A2E38" w14:paraId="5D7A9D0F" w14:textId="77777777" w:rsidTr="00865DCD">
        <w:trPr>
          <w:jc w:val="center"/>
        </w:trPr>
        <w:tc>
          <w:tcPr>
            <w:tcW w:w="173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8A33CFD"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Urate</w:t>
            </w: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9675B72"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11.363</w:t>
            </w: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D2C24B2"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10.947</w:t>
            </w: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18872F0"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11.780</w:t>
            </w:r>
          </w:p>
        </w:tc>
        <w:tc>
          <w:tcPr>
            <w:tcW w:w="62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AAE5CD2"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&lt;0.001</w:t>
            </w:r>
          </w:p>
        </w:tc>
        <w:tc>
          <w:tcPr>
            <w:tcW w:w="97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E2BB2E4"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&lt;0.001</w:t>
            </w:r>
          </w:p>
        </w:tc>
      </w:tr>
      <w:tr w:rsidR="00630527" w:rsidRPr="001A2E38" w14:paraId="32066960" w14:textId="77777777" w:rsidTr="00865DCD">
        <w:trPr>
          <w:jc w:val="center"/>
        </w:trPr>
        <w:tc>
          <w:tcPr>
            <w:tcW w:w="173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3E8262F"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rPr>
                <w:rFonts w:ascii="Times New Roman" w:eastAsia="Arial" w:hAnsi="Times New Roman" w:cs="Times New Roman"/>
                <w:b/>
                <w:color w:val="000000"/>
                <w:sz w:val="20"/>
                <w:szCs w:val="20"/>
              </w:rPr>
            </w:pPr>
            <w:r w:rsidRPr="001A2E38">
              <w:rPr>
                <w:rFonts w:ascii="Times New Roman" w:eastAsia="Arial" w:hAnsi="Times New Roman" w:cs="Times New Roman"/>
                <w:b/>
                <w:color w:val="000000"/>
                <w:sz w:val="20"/>
                <w:szCs w:val="20"/>
              </w:rPr>
              <w:t>Systemic inflammation</w:t>
            </w: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C0DBBD5"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b/>
                <w:color w:val="000000"/>
                <w:sz w:val="20"/>
                <w:szCs w:val="20"/>
              </w:rPr>
            </w:pP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5EB9D49"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b/>
                <w:color w:val="000000"/>
                <w:sz w:val="20"/>
                <w:szCs w:val="20"/>
              </w:rPr>
            </w:pP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AFE0196"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b/>
                <w:color w:val="000000"/>
                <w:sz w:val="20"/>
                <w:szCs w:val="20"/>
              </w:rPr>
            </w:pPr>
          </w:p>
        </w:tc>
        <w:tc>
          <w:tcPr>
            <w:tcW w:w="62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D8FD24D"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b/>
                <w:color w:val="000000"/>
                <w:sz w:val="20"/>
                <w:szCs w:val="20"/>
              </w:rPr>
            </w:pPr>
          </w:p>
        </w:tc>
        <w:tc>
          <w:tcPr>
            <w:tcW w:w="97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183A2BA"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b/>
                <w:color w:val="000000"/>
                <w:sz w:val="20"/>
                <w:szCs w:val="20"/>
              </w:rPr>
            </w:pPr>
          </w:p>
        </w:tc>
      </w:tr>
      <w:tr w:rsidR="00630527" w:rsidRPr="001A2E38" w14:paraId="70BF43FB" w14:textId="77777777" w:rsidTr="00865DCD">
        <w:trPr>
          <w:jc w:val="center"/>
        </w:trPr>
        <w:tc>
          <w:tcPr>
            <w:tcW w:w="173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B055D5F"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CRP</w:t>
            </w: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7DBCE27"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0.853</w:t>
            </w: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6809F16"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0.825</w:t>
            </w: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F63DE91"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0.881</w:t>
            </w:r>
          </w:p>
        </w:tc>
        <w:tc>
          <w:tcPr>
            <w:tcW w:w="62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55E36C5"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&lt;0.001</w:t>
            </w:r>
          </w:p>
        </w:tc>
        <w:tc>
          <w:tcPr>
            <w:tcW w:w="97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A67F218"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&lt;0.001</w:t>
            </w:r>
          </w:p>
        </w:tc>
      </w:tr>
      <w:tr w:rsidR="00630527" w:rsidRPr="001A2E38" w14:paraId="30410E99" w14:textId="77777777" w:rsidTr="00865DCD">
        <w:trPr>
          <w:jc w:val="center"/>
        </w:trPr>
        <w:tc>
          <w:tcPr>
            <w:tcW w:w="173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49FD609"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WBC</w:t>
            </w: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2E32004"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0.246</w:t>
            </w: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E4FFFF6"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0.234</w:t>
            </w: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E1B5748"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0.259</w:t>
            </w:r>
          </w:p>
        </w:tc>
        <w:tc>
          <w:tcPr>
            <w:tcW w:w="62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9F059F9"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&lt;0.001</w:t>
            </w:r>
          </w:p>
        </w:tc>
        <w:tc>
          <w:tcPr>
            <w:tcW w:w="97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4B85FD5"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&lt;0.001</w:t>
            </w:r>
          </w:p>
        </w:tc>
      </w:tr>
      <w:tr w:rsidR="00630527" w:rsidRPr="001A2E38" w14:paraId="0E7DF023" w14:textId="77777777" w:rsidTr="00865DCD">
        <w:trPr>
          <w:jc w:val="center"/>
        </w:trPr>
        <w:tc>
          <w:tcPr>
            <w:tcW w:w="173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AD9E178"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PLT</w:t>
            </w: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3AB82ED"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0.978</w:t>
            </w: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5CA78C5"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0.614</w:t>
            </w: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387D9A9"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1.341</w:t>
            </w:r>
          </w:p>
        </w:tc>
        <w:tc>
          <w:tcPr>
            <w:tcW w:w="62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DB5F5CC"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&lt;0.001</w:t>
            </w:r>
          </w:p>
        </w:tc>
        <w:tc>
          <w:tcPr>
            <w:tcW w:w="97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8A35EF0"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&lt;0.001</w:t>
            </w:r>
          </w:p>
        </w:tc>
      </w:tr>
      <w:tr w:rsidR="00630527" w:rsidRPr="001A2E38" w14:paraId="125E7522" w14:textId="77777777" w:rsidTr="00865DCD">
        <w:trPr>
          <w:jc w:val="center"/>
        </w:trPr>
        <w:tc>
          <w:tcPr>
            <w:tcW w:w="173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072251E"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Lymphocyte</w:t>
            </w: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6069E6F"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0.047</w:t>
            </w: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6F8B415"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0.041</w:t>
            </w: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E216677"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0.054</w:t>
            </w:r>
          </w:p>
        </w:tc>
        <w:tc>
          <w:tcPr>
            <w:tcW w:w="62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264BF17"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&lt;0.001</w:t>
            </w:r>
          </w:p>
        </w:tc>
        <w:tc>
          <w:tcPr>
            <w:tcW w:w="97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E03C9B9"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&lt;0.001</w:t>
            </w:r>
          </w:p>
        </w:tc>
      </w:tr>
      <w:tr w:rsidR="00630527" w:rsidRPr="001A2E38" w14:paraId="4A5BFE1D" w14:textId="77777777" w:rsidTr="00865DCD">
        <w:trPr>
          <w:jc w:val="center"/>
        </w:trPr>
        <w:tc>
          <w:tcPr>
            <w:tcW w:w="173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CC0524C"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Monocyte</w:t>
            </w: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9220940"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0.015</w:t>
            </w: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9C99558"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0.014</w:t>
            </w: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5733A8B"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0.017</w:t>
            </w:r>
          </w:p>
        </w:tc>
        <w:tc>
          <w:tcPr>
            <w:tcW w:w="62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099BDC9"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&lt;0.001</w:t>
            </w:r>
          </w:p>
        </w:tc>
        <w:tc>
          <w:tcPr>
            <w:tcW w:w="97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512B94F"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&lt;0.001</w:t>
            </w:r>
          </w:p>
        </w:tc>
      </w:tr>
      <w:tr w:rsidR="00630527" w:rsidRPr="001A2E38" w14:paraId="48AB9066" w14:textId="77777777" w:rsidTr="00865DCD">
        <w:trPr>
          <w:jc w:val="center"/>
        </w:trPr>
        <w:tc>
          <w:tcPr>
            <w:tcW w:w="173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6308663"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Neutrophil</w:t>
            </w: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EA0545D"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0.173</w:t>
            </w: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7D149CD"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0.165</w:t>
            </w: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3092B65"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0.182</w:t>
            </w:r>
          </w:p>
        </w:tc>
        <w:tc>
          <w:tcPr>
            <w:tcW w:w="62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1D28727"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&lt;0.001</w:t>
            </w:r>
          </w:p>
        </w:tc>
        <w:tc>
          <w:tcPr>
            <w:tcW w:w="97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497A542"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&lt;0.001</w:t>
            </w:r>
          </w:p>
        </w:tc>
      </w:tr>
      <w:tr w:rsidR="00630527" w:rsidRPr="001A2E38" w14:paraId="1639BBA3" w14:textId="77777777" w:rsidTr="00865DCD">
        <w:trPr>
          <w:jc w:val="center"/>
        </w:trPr>
        <w:tc>
          <w:tcPr>
            <w:tcW w:w="173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8CF6519"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Eosinophil</w:t>
            </w: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76676A7"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0.008</w:t>
            </w: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0E2C733"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0.007</w:t>
            </w: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700C3E5"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0.009</w:t>
            </w:r>
          </w:p>
        </w:tc>
        <w:tc>
          <w:tcPr>
            <w:tcW w:w="62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3681643"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&lt;0.001</w:t>
            </w:r>
          </w:p>
        </w:tc>
        <w:tc>
          <w:tcPr>
            <w:tcW w:w="97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B2ADBA9"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&lt;0.001</w:t>
            </w:r>
          </w:p>
        </w:tc>
      </w:tr>
      <w:tr w:rsidR="00630527" w:rsidRPr="001A2E38" w14:paraId="5F45BAF1" w14:textId="77777777" w:rsidTr="00865DCD">
        <w:trPr>
          <w:jc w:val="center"/>
        </w:trPr>
        <w:tc>
          <w:tcPr>
            <w:tcW w:w="173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FE01C81"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Basophil</w:t>
            </w: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3B254DC"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0.002</w:t>
            </w: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B6E4727"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0.002</w:t>
            </w: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0AC64BC"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0.002</w:t>
            </w:r>
          </w:p>
        </w:tc>
        <w:tc>
          <w:tcPr>
            <w:tcW w:w="62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0A1314D"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&lt;0.001</w:t>
            </w:r>
          </w:p>
        </w:tc>
        <w:tc>
          <w:tcPr>
            <w:tcW w:w="97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2ED28E0"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&lt;0.001</w:t>
            </w:r>
          </w:p>
        </w:tc>
      </w:tr>
      <w:tr w:rsidR="00630527" w:rsidRPr="001A2E38" w14:paraId="4AE10CF2" w14:textId="77777777" w:rsidTr="00865DCD">
        <w:trPr>
          <w:jc w:val="center"/>
        </w:trPr>
        <w:tc>
          <w:tcPr>
            <w:tcW w:w="173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12197C8"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rPr>
                <w:rFonts w:ascii="Times New Roman" w:eastAsia="Arial" w:hAnsi="Times New Roman" w:cs="Times New Roman"/>
                <w:b/>
                <w:color w:val="000000"/>
                <w:sz w:val="20"/>
                <w:szCs w:val="20"/>
              </w:rPr>
            </w:pPr>
            <w:r w:rsidRPr="001A2E38">
              <w:rPr>
                <w:rFonts w:ascii="Times New Roman" w:eastAsia="Arial" w:hAnsi="Times New Roman" w:cs="Times New Roman"/>
                <w:b/>
                <w:color w:val="000000"/>
                <w:sz w:val="20"/>
                <w:szCs w:val="20"/>
              </w:rPr>
              <w:t>Metabolic</w:t>
            </w: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0C8912C"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b/>
                <w:color w:val="000000"/>
                <w:sz w:val="20"/>
                <w:szCs w:val="20"/>
              </w:rPr>
            </w:pP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97623B2"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b/>
                <w:color w:val="000000"/>
                <w:sz w:val="20"/>
                <w:szCs w:val="20"/>
              </w:rPr>
            </w:pP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4442DEC"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b/>
                <w:color w:val="000000"/>
                <w:sz w:val="20"/>
                <w:szCs w:val="20"/>
              </w:rPr>
            </w:pPr>
          </w:p>
        </w:tc>
        <w:tc>
          <w:tcPr>
            <w:tcW w:w="62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6A26A6F"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b/>
                <w:color w:val="000000"/>
                <w:sz w:val="20"/>
                <w:szCs w:val="20"/>
              </w:rPr>
            </w:pPr>
          </w:p>
        </w:tc>
        <w:tc>
          <w:tcPr>
            <w:tcW w:w="97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FDA0AE6"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b/>
                <w:color w:val="000000"/>
                <w:sz w:val="20"/>
                <w:szCs w:val="20"/>
              </w:rPr>
            </w:pPr>
          </w:p>
        </w:tc>
      </w:tr>
      <w:tr w:rsidR="00630527" w:rsidRPr="001A2E38" w14:paraId="44E1A678" w14:textId="77777777" w:rsidTr="00865DCD">
        <w:trPr>
          <w:jc w:val="center"/>
        </w:trPr>
        <w:tc>
          <w:tcPr>
            <w:tcW w:w="173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6BA6F44"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lastRenderedPageBreak/>
              <w:t>ApoA</w:t>
            </w: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94B44E4"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-0.035</w:t>
            </w: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79EB9B7"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-0.036</w:t>
            </w: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F4787FC"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-0.034</w:t>
            </w:r>
          </w:p>
        </w:tc>
        <w:tc>
          <w:tcPr>
            <w:tcW w:w="62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638949A"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&lt;0.001</w:t>
            </w:r>
          </w:p>
        </w:tc>
        <w:tc>
          <w:tcPr>
            <w:tcW w:w="97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3A9D1C8"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&lt;0.001</w:t>
            </w:r>
          </w:p>
        </w:tc>
      </w:tr>
      <w:tr w:rsidR="00630527" w:rsidRPr="001A2E38" w14:paraId="52997782" w14:textId="77777777" w:rsidTr="00865DCD">
        <w:trPr>
          <w:jc w:val="center"/>
        </w:trPr>
        <w:tc>
          <w:tcPr>
            <w:tcW w:w="173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FBC2801"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ApoB</w:t>
            </w: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057831C"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0.000</w:t>
            </w: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84D8D5C"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-0.002</w:t>
            </w: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234C124"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0.001</w:t>
            </w:r>
          </w:p>
        </w:tc>
        <w:tc>
          <w:tcPr>
            <w:tcW w:w="62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CE236D4"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0.888</w:t>
            </w:r>
          </w:p>
        </w:tc>
        <w:tc>
          <w:tcPr>
            <w:tcW w:w="97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D5E380F"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0.892</w:t>
            </w:r>
          </w:p>
        </w:tc>
      </w:tr>
      <w:tr w:rsidR="00630527" w:rsidRPr="001A2E38" w14:paraId="4F915F18" w14:textId="77777777" w:rsidTr="00865DCD">
        <w:trPr>
          <w:jc w:val="center"/>
        </w:trPr>
        <w:tc>
          <w:tcPr>
            <w:tcW w:w="173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48A8AD2"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HbA1c</w:t>
            </w: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1FC76E7"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1.617</w:t>
            </w: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D6A42E0"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1.576</w:t>
            </w: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09465BD"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1.658</w:t>
            </w:r>
          </w:p>
        </w:tc>
        <w:tc>
          <w:tcPr>
            <w:tcW w:w="62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80FDFBF"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&lt;0.001</w:t>
            </w:r>
          </w:p>
        </w:tc>
        <w:tc>
          <w:tcPr>
            <w:tcW w:w="97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407854B"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&lt;0.001</w:t>
            </w:r>
          </w:p>
        </w:tc>
      </w:tr>
      <w:tr w:rsidR="00630527" w:rsidRPr="001A2E38" w14:paraId="21A37271" w14:textId="77777777" w:rsidTr="00865DCD">
        <w:trPr>
          <w:jc w:val="center"/>
        </w:trPr>
        <w:tc>
          <w:tcPr>
            <w:tcW w:w="173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6F9F530"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LDL-C</w:t>
            </w: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E3FE145"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-0.036</w:t>
            </w: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3B1DBB3"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-0.041</w:t>
            </w: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9462E62"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-0.031</w:t>
            </w:r>
          </w:p>
        </w:tc>
        <w:tc>
          <w:tcPr>
            <w:tcW w:w="62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46E1C9A"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&lt;0.001</w:t>
            </w:r>
          </w:p>
        </w:tc>
        <w:tc>
          <w:tcPr>
            <w:tcW w:w="97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F4BFFDB"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&lt;0.001</w:t>
            </w:r>
          </w:p>
        </w:tc>
      </w:tr>
      <w:tr w:rsidR="00630527" w:rsidRPr="001A2E38" w14:paraId="16474DFE" w14:textId="77777777" w:rsidTr="00865DCD">
        <w:trPr>
          <w:jc w:val="center"/>
        </w:trPr>
        <w:tc>
          <w:tcPr>
            <w:tcW w:w="173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66A1286"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IGF-1</w:t>
            </w: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E555E5E"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-0.916</w:t>
            </w: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C122520"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-0.950</w:t>
            </w: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F270288"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-0.882</w:t>
            </w:r>
          </w:p>
        </w:tc>
        <w:tc>
          <w:tcPr>
            <w:tcW w:w="62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699074E"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&lt;0.001</w:t>
            </w:r>
          </w:p>
        </w:tc>
        <w:tc>
          <w:tcPr>
            <w:tcW w:w="97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7BA0464"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&lt;0.001</w:t>
            </w:r>
          </w:p>
        </w:tc>
      </w:tr>
      <w:tr w:rsidR="00630527" w:rsidRPr="001A2E38" w14:paraId="1A4BFB04" w14:textId="77777777" w:rsidTr="00865DCD">
        <w:trPr>
          <w:jc w:val="center"/>
        </w:trPr>
        <w:tc>
          <w:tcPr>
            <w:tcW w:w="173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887BEB2"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Lp(a)</w:t>
            </w: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AABA010"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0.285</w:t>
            </w: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52840C8"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-0.053</w:t>
            </w: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44A10A0"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0.623</w:t>
            </w:r>
          </w:p>
        </w:tc>
        <w:tc>
          <w:tcPr>
            <w:tcW w:w="62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86C870B"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0.099</w:t>
            </w:r>
          </w:p>
        </w:tc>
        <w:tc>
          <w:tcPr>
            <w:tcW w:w="97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6857E53"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0.106</w:t>
            </w:r>
          </w:p>
        </w:tc>
      </w:tr>
      <w:tr w:rsidR="00630527" w:rsidRPr="001A2E38" w14:paraId="18E4E459" w14:textId="77777777" w:rsidTr="00865DCD">
        <w:trPr>
          <w:jc w:val="center"/>
        </w:trPr>
        <w:tc>
          <w:tcPr>
            <w:tcW w:w="173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FE97927"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SBP</w:t>
            </w: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AD9CFEA"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1.465</w:t>
            </w: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10A42DD"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1.352</w:t>
            </w: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1B3DFB1"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1.578</w:t>
            </w:r>
          </w:p>
        </w:tc>
        <w:tc>
          <w:tcPr>
            <w:tcW w:w="62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C99671D"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&lt;0.001</w:t>
            </w:r>
          </w:p>
        </w:tc>
        <w:tc>
          <w:tcPr>
            <w:tcW w:w="97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41586E6"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&lt;0.001</w:t>
            </w:r>
          </w:p>
        </w:tc>
      </w:tr>
      <w:tr w:rsidR="00630527" w:rsidRPr="001A2E38" w14:paraId="193AC2A8" w14:textId="77777777" w:rsidTr="00865DCD">
        <w:trPr>
          <w:jc w:val="center"/>
        </w:trPr>
        <w:tc>
          <w:tcPr>
            <w:tcW w:w="173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018E60D"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DBP</w:t>
            </w: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63E51A4"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1.316</w:t>
            </w: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FCF0760"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1.252</w:t>
            </w: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45ABF05"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1.380</w:t>
            </w:r>
          </w:p>
        </w:tc>
        <w:tc>
          <w:tcPr>
            <w:tcW w:w="62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85F1828"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&lt;0.001</w:t>
            </w:r>
          </w:p>
        </w:tc>
        <w:tc>
          <w:tcPr>
            <w:tcW w:w="97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32E7B3E"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&lt;0.001</w:t>
            </w:r>
          </w:p>
        </w:tc>
      </w:tr>
      <w:tr w:rsidR="00630527" w:rsidRPr="001A2E38" w14:paraId="43D8750E" w14:textId="77777777" w:rsidTr="00865DCD">
        <w:trPr>
          <w:jc w:val="center"/>
        </w:trPr>
        <w:tc>
          <w:tcPr>
            <w:tcW w:w="1731" w:type="pct"/>
            <w:tcBorders>
              <w:top w:val="none" w:sz="0" w:space="0" w:color="000000"/>
              <w:left w:val="none" w:sz="0" w:space="0" w:color="000000"/>
              <w:bottom w:val="none" w:sz="0" w:space="0" w:color="000000"/>
              <w:right w:val="none" w:sz="0" w:space="0" w:color="000000"/>
            </w:tcBorders>
            <w:shd w:val="clear" w:color="auto" w:fill="F2F2F2"/>
            <w:tcMar>
              <w:top w:w="0" w:type="dxa"/>
              <w:left w:w="0" w:type="dxa"/>
              <w:bottom w:w="0" w:type="dxa"/>
              <w:right w:w="0" w:type="dxa"/>
            </w:tcMar>
            <w:vAlign w:val="center"/>
          </w:tcPr>
          <w:p w14:paraId="7E4A654B"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rPr>
                <w:rFonts w:ascii="Times New Roman" w:eastAsia="Arial" w:hAnsi="Times New Roman" w:cs="Times New Roman"/>
                <w:b/>
                <w:color w:val="000000"/>
                <w:sz w:val="20"/>
                <w:szCs w:val="20"/>
              </w:rPr>
            </w:pPr>
            <w:r w:rsidRPr="001A2E38">
              <w:rPr>
                <w:rFonts w:ascii="Times New Roman" w:eastAsia="Arial" w:hAnsi="Times New Roman" w:cs="Times New Roman"/>
                <w:b/>
                <w:color w:val="000000"/>
                <w:sz w:val="20"/>
                <w:szCs w:val="20"/>
              </w:rPr>
              <w:t>CHG-ABSI</w:t>
            </w:r>
          </w:p>
        </w:tc>
        <w:tc>
          <w:tcPr>
            <w:tcW w:w="559" w:type="pct"/>
            <w:tcBorders>
              <w:top w:val="none" w:sz="0" w:space="0" w:color="000000"/>
              <w:left w:val="none" w:sz="0" w:space="0" w:color="000000"/>
              <w:bottom w:val="none" w:sz="0" w:space="0" w:color="000000"/>
              <w:right w:val="none" w:sz="0" w:space="0" w:color="000000"/>
            </w:tcBorders>
            <w:shd w:val="clear" w:color="auto" w:fill="F2F2F2"/>
            <w:tcMar>
              <w:top w:w="0" w:type="dxa"/>
              <w:left w:w="0" w:type="dxa"/>
              <w:bottom w:w="0" w:type="dxa"/>
              <w:right w:w="0" w:type="dxa"/>
            </w:tcMar>
            <w:vAlign w:val="center"/>
          </w:tcPr>
          <w:p w14:paraId="071CEC47"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b/>
                <w:color w:val="000000"/>
                <w:sz w:val="20"/>
                <w:szCs w:val="20"/>
              </w:rPr>
            </w:pPr>
          </w:p>
        </w:tc>
        <w:tc>
          <w:tcPr>
            <w:tcW w:w="559" w:type="pct"/>
            <w:tcBorders>
              <w:top w:val="none" w:sz="0" w:space="0" w:color="000000"/>
              <w:left w:val="none" w:sz="0" w:space="0" w:color="000000"/>
              <w:bottom w:val="none" w:sz="0" w:space="0" w:color="000000"/>
              <w:right w:val="none" w:sz="0" w:space="0" w:color="000000"/>
            </w:tcBorders>
            <w:shd w:val="clear" w:color="auto" w:fill="F2F2F2"/>
            <w:tcMar>
              <w:top w:w="0" w:type="dxa"/>
              <w:left w:w="0" w:type="dxa"/>
              <w:bottom w:w="0" w:type="dxa"/>
              <w:right w:w="0" w:type="dxa"/>
            </w:tcMar>
            <w:vAlign w:val="center"/>
          </w:tcPr>
          <w:p w14:paraId="7BA12732"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b/>
                <w:color w:val="000000"/>
                <w:sz w:val="20"/>
                <w:szCs w:val="20"/>
              </w:rPr>
            </w:pPr>
          </w:p>
        </w:tc>
        <w:tc>
          <w:tcPr>
            <w:tcW w:w="559" w:type="pct"/>
            <w:tcBorders>
              <w:top w:val="none" w:sz="0" w:space="0" w:color="000000"/>
              <w:left w:val="none" w:sz="0" w:space="0" w:color="000000"/>
              <w:bottom w:val="none" w:sz="0" w:space="0" w:color="000000"/>
              <w:right w:val="none" w:sz="0" w:space="0" w:color="000000"/>
            </w:tcBorders>
            <w:shd w:val="clear" w:color="auto" w:fill="F2F2F2"/>
            <w:tcMar>
              <w:top w:w="0" w:type="dxa"/>
              <w:left w:w="0" w:type="dxa"/>
              <w:bottom w:w="0" w:type="dxa"/>
              <w:right w:w="0" w:type="dxa"/>
            </w:tcMar>
            <w:vAlign w:val="center"/>
          </w:tcPr>
          <w:p w14:paraId="7069AD56"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b/>
                <w:color w:val="000000"/>
                <w:sz w:val="20"/>
                <w:szCs w:val="20"/>
              </w:rPr>
            </w:pPr>
          </w:p>
        </w:tc>
        <w:tc>
          <w:tcPr>
            <w:tcW w:w="622" w:type="pct"/>
            <w:tcBorders>
              <w:top w:val="none" w:sz="0" w:space="0" w:color="000000"/>
              <w:left w:val="none" w:sz="0" w:space="0" w:color="000000"/>
              <w:bottom w:val="none" w:sz="0" w:space="0" w:color="000000"/>
              <w:right w:val="none" w:sz="0" w:space="0" w:color="000000"/>
            </w:tcBorders>
            <w:shd w:val="clear" w:color="auto" w:fill="F2F2F2"/>
            <w:tcMar>
              <w:top w:w="0" w:type="dxa"/>
              <w:left w:w="0" w:type="dxa"/>
              <w:bottom w:w="0" w:type="dxa"/>
              <w:right w:w="0" w:type="dxa"/>
            </w:tcMar>
            <w:vAlign w:val="center"/>
          </w:tcPr>
          <w:p w14:paraId="212BA5F8"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b/>
                <w:color w:val="000000"/>
                <w:sz w:val="20"/>
                <w:szCs w:val="20"/>
              </w:rPr>
            </w:pPr>
          </w:p>
        </w:tc>
        <w:tc>
          <w:tcPr>
            <w:tcW w:w="970" w:type="pct"/>
            <w:tcBorders>
              <w:top w:val="none" w:sz="0" w:space="0" w:color="000000"/>
              <w:left w:val="none" w:sz="0" w:space="0" w:color="000000"/>
              <w:bottom w:val="none" w:sz="0" w:space="0" w:color="000000"/>
              <w:right w:val="none" w:sz="0" w:space="0" w:color="000000"/>
            </w:tcBorders>
            <w:shd w:val="clear" w:color="auto" w:fill="F2F2F2"/>
            <w:tcMar>
              <w:top w:w="0" w:type="dxa"/>
              <w:left w:w="0" w:type="dxa"/>
              <w:bottom w:w="0" w:type="dxa"/>
              <w:right w:w="0" w:type="dxa"/>
            </w:tcMar>
            <w:vAlign w:val="center"/>
          </w:tcPr>
          <w:p w14:paraId="228AD9F6"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b/>
                <w:color w:val="000000"/>
                <w:sz w:val="20"/>
                <w:szCs w:val="20"/>
              </w:rPr>
            </w:pPr>
          </w:p>
        </w:tc>
      </w:tr>
      <w:tr w:rsidR="00630527" w:rsidRPr="001A2E38" w14:paraId="3B8C4F84" w14:textId="77777777" w:rsidTr="00865DCD">
        <w:trPr>
          <w:jc w:val="center"/>
        </w:trPr>
        <w:tc>
          <w:tcPr>
            <w:tcW w:w="173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20F66E3"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rPr>
                <w:rFonts w:ascii="Times New Roman" w:eastAsia="Arial" w:hAnsi="Times New Roman" w:cs="Times New Roman"/>
                <w:b/>
                <w:color w:val="000000"/>
                <w:sz w:val="20"/>
                <w:szCs w:val="20"/>
              </w:rPr>
            </w:pPr>
            <w:r w:rsidRPr="001A2E38">
              <w:rPr>
                <w:rFonts w:ascii="Times New Roman" w:eastAsia="Arial" w:hAnsi="Times New Roman" w:cs="Times New Roman"/>
                <w:b/>
                <w:color w:val="000000"/>
                <w:sz w:val="20"/>
                <w:szCs w:val="20"/>
              </w:rPr>
              <w:t>Liver function</w:t>
            </w: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3EAF347"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b/>
                <w:color w:val="000000"/>
                <w:sz w:val="20"/>
                <w:szCs w:val="20"/>
              </w:rPr>
            </w:pP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8391FA"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b/>
                <w:color w:val="000000"/>
                <w:sz w:val="20"/>
                <w:szCs w:val="20"/>
              </w:rPr>
            </w:pP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D8423F3"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b/>
                <w:color w:val="000000"/>
                <w:sz w:val="20"/>
                <w:szCs w:val="20"/>
              </w:rPr>
            </w:pPr>
          </w:p>
        </w:tc>
        <w:tc>
          <w:tcPr>
            <w:tcW w:w="62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163EBFC"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b/>
                <w:color w:val="000000"/>
                <w:sz w:val="20"/>
                <w:szCs w:val="20"/>
              </w:rPr>
            </w:pPr>
          </w:p>
        </w:tc>
        <w:tc>
          <w:tcPr>
            <w:tcW w:w="97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160D9B2"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b/>
                <w:color w:val="000000"/>
                <w:sz w:val="20"/>
                <w:szCs w:val="20"/>
              </w:rPr>
            </w:pPr>
          </w:p>
        </w:tc>
      </w:tr>
      <w:tr w:rsidR="00630527" w:rsidRPr="001A2E38" w14:paraId="0C646A4B" w14:textId="77777777" w:rsidTr="00865DCD">
        <w:trPr>
          <w:jc w:val="center"/>
        </w:trPr>
        <w:tc>
          <w:tcPr>
            <w:tcW w:w="173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0D34A3B"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Albumin</w:t>
            </w: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4D373A8"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0.048</w:t>
            </w: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F08ACAE"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0.032</w:t>
            </w: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AD54EF9"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0.065</w:t>
            </w:r>
          </w:p>
        </w:tc>
        <w:tc>
          <w:tcPr>
            <w:tcW w:w="62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4439666"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&lt;0.001</w:t>
            </w:r>
          </w:p>
        </w:tc>
        <w:tc>
          <w:tcPr>
            <w:tcW w:w="97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FEDAF21"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&lt;0.001</w:t>
            </w:r>
          </w:p>
        </w:tc>
      </w:tr>
      <w:tr w:rsidR="00630527" w:rsidRPr="001A2E38" w14:paraId="0651E849" w14:textId="77777777" w:rsidTr="00865DCD">
        <w:trPr>
          <w:jc w:val="center"/>
        </w:trPr>
        <w:tc>
          <w:tcPr>
            <w:tcW w:w="173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34E88E8"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ALP</w:t>
            </w: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6E6CE98"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1.066</w:t>
            </w: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F90A4C5"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0.892</w:t>
            </w: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B0DD43C"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1.240</w:t>
            </w:r>
          </w:p>
        </w:tc>
        <w:tc>
          <w:tcPr>
            <w:tcW w:w="62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C93E441"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&lt;0.001</w:t>
            </w:r>
          </w:p>
        </w:tc>
        <w:tc>
          <w:tcPr>
            <w:tcW w:w="97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0A85F03"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&lt;0.001</w:t>
            </w:r>
          </w:p>
        </w:tc>
      </w:tr>
      <w:tr w:rsidR="00630527" w:rsidRPr="001A2E38" w14:paraId="01038638" w14:textId="77777777" w:rsidTr="00865DCD">
        <w:trPr>
          <w:jc w:val="center"/>
        </w:trPr>
        <w:tc>
          <w:tcPr>
            <w:tcW w:w="173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F48E51B"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ALT</w:t>
            </w: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A89F334"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1.400</w:t>
            </w: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9440D26"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1.294</w:t>
            </w: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2B93D00"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1.507</w:t>
            </w:r>
          </w:p>
        </w:tc>
        <w:tc>
          <w:tcPr>
            <w:tcW w:w="62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7660CCD"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&lt;0.001</w:t>
            </w:r>
          </w:p>
        </w:tc>
        <w:tc>
          <w:tcPr>
            <w:tcW w:w="97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1061294"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&lt;0.001</w:t>
            </w:r>
          </w:p>
        </w:tc>
      </w:tr>
      <w:tr w:rsidR="00630527" w:rsidRPr="001A2E38" w14:paraId="0011993C" w14:textId="77777777" w:rsidTr="00865DCD">
        <w:trPr>
          <w:jc w:val="center"/>
        </w:trPr>
        <w:tc>
          <w:tcPr>
            <w:tcW w:w="173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F40CCA2"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AST</w:t>
            </w: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3F76F31"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0.263</w:t>
            </w: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6719845"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0.192</w:t>
            </w: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EEB7770"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0.335</w:t>
            </w:r>
          </w:p>
        </w:tc>
        <w:tc>
          <w:tcPr>
            <w:tcW w:w="62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A5204F1"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&lt;0.001</w:t>
            </w:r>
          </w:p>
        </w:tc>
        <w:tc>
          <w:tcPr>
            <w:tcW w:w="97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79451C4"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&lt;0.001</w:t>
            </w:r>
          </w:p>
        </w:tc>
      </w:tr>
      <w:tr w:rsidR="00630527" w:rsidRPr="001A2E38" w14:paraId="2900CC9E" w14:textId="77777777" w:rsidTr="00865DCD">
        <w:trPr>
          <w:jc w:val="center"/>
        </w:trPr>
        <w:tc>
          <w:tcPr>
            <w:tcW w:w="173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E303BC8"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GGT</w:t>
            </w: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B724F35"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-0.301</w:t>
            </w: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B558CC7"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-0.608</w:t>
            </w: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C06970B"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0.006</w:t>
            </w:r>
          </w:p>
        </w:tc>
        <w:tc>
          <w:tcPr>
            <w:tcW w:w="62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3DD584A"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0.055</w:t>
            </w:r>
          </w:p>
        </w:tc>
        <w:tc>
          <w:tcPr>
            <w:tcW w:w="97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D90D9D0"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0.060</w:t>
            </w:r>
          </w:p>
        </w:tc>
      </w:tr>
      <w:tr w:rsidR="00630527" w:rsidRPr="001A2E38" w14:paraId="39A39702" w14:textId="77777777" w:rsidTr="00865DCD">
        <w:trPr>
          <w:jc w:val="center"/>
        </w:trPr>
        <w:tc>
          <w:tcPr>
            <w:tcW w:w="173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EB68AE3"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TBIL</w:t>
            </w: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BFAF6DD"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-0.202</w:t>
            </w: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5DD524E"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-0.228</w:t>
            </w: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6AB41E4"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-0.176</w:t>
            </w:r>
          </w:p>
        </w:tc>
        <w:tc>
          <w:tcPr>
            <w:tcW w:w="62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30BB394"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&lt;0.001</w:t>
            </w:r>
          </w:p>
        </w:tc>
        <w:tc>
          <w:tcPr>
            <w:tcW w:w="97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2F4EFE2"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&lt;0.001</w:t>
            </w:r>
          </w:p>
        </w:tc>
      </w:tr>
      <w:tr w:rsidR="00630527" w:rsidRPr="001A2E38" w14:paraId="7164620E" w14:textId="77777777" w:rsidTr="00865DCD">
        <w:trPr>
          <w:jc w:val="center"/>
        </w:trPr>
        <w:tc>
          <w:tcPr>
            <w:tcW w:w="173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3E4F354"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TP</w:t>
            </w: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157C1EC"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0.095</w:t>
            </w: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EB73D7E"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0.069</w:t>
            </w: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6BF04E9"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0.121</w:t>
            </w:r>
          </w:p>
        </w:tc>
        <w:tc>
          <w:tcPr>
            <w:tcW w:w="62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92C14F7"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&lt;0.001</w:t>
            </w:r>
          </w:p>
        </w:tc>
        <w:tc>
          <w:tcPr>
            <w:tcW w:w="97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B2D3C05"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&lt;0.001</w:t>
            </w:r>
          </w:p>
        </w:tc>
      </w:tr>
      <w:tr w:rsidR="00630527" w:rsidRPr="001A2E38" w14:paraId="4B9AEFE1" w14:textId="77777777" w:rsidTr="00865DCD">
        <w:trPr>
          <w:jc w:val="center"/>
        </w:trPr>
        <w:tc>
          <w:tcPr>
            <w:tcW w:w="173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312B5E9"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rPr>
                <w:rFonts w:ascii="Times New Roman" w:eastAsia="Arial" w:hAnsi="Times New Roman" w:cs="Times New Roman"/>
                <w:b/>
                <w:color w:val="000000"/>
                <w:sz w:val="20"/>
                <w:szCs w:val="20"/>
              </w:rPr>
            </w:pPr>
            <w:r w:rsidRPr="001A2E38">
              <w:rPr>
                <w:rFonts w:ascii="Times New Roman" w:eastAsia="Arial" w:hAnsi="Times New Roman" w:cs="Times New Roman"/>
                <w:b/>
                <w:color w:val="000000"/>
                <w:sz w:val="20"/>
                <w:szCs w:val="20"/>
              </w:rPr>
              <w:t>Renal function</w:t>
            </w: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FD98B07"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b/>
                <w:color w:val="000000"/>
                <w:sz w:val="20"/>
                <w:szCs w:val="20"/>
              </w:rPr>
            </w:pP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7B76E27"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b/>
                <w:color w:val="000000"/>
                <w:sz w:val="20"/>
                <w:szCs w:val="20"/>
              </w:rPr>
            </w:pP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3098325"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b/>
                <w:color w:val="000000"/>
                <w:sz w:val="20"/>
                <w:szCs w:val="20"/>
              </w:rPr>
            </w:pPr>
          </w:p>
        </w:tc>
        <w:tc>
          <w:tcPr>
            <w:tcW w:w="62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EF8E607"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b/>
                <w:color w:val="000000"/>
                <w:sz w:val="20"/>
                <w:szCs w:val="20"/>
              </w:rPr>
            </w:pPr>
          </w:p>
        </w:tc>
        <w:tc>
          <w:tcPr>
            <w:tcW w:w="97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D9D6E3C"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b/>
                <w:color w:val="000000"/>
                <w:sz w:val="20"/>
                <w:szCs w:val="20"/>
              </w:rPr>
            </w:pPr>
          </w:p>
        </w:tc>
      </w:tr>
      <w:tr w:rsidR="00630527" w:rsidRPr="001A2E38" w14:paraId="41E05AEA" w14:textId="77777777" w:rsidTr="00865DCD">
        <w:trPr>
          <w:jc w:val="center"/>
        </w:trPr>
        <w:tc>
          <w:tcPr>
            <w:tcW w:w="173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1F15CCA"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Urea</w:t>
            </w: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38160E2"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-0.017</w:t>
            </w: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56EC473"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-0.026</w:t>
            </w: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5733D7A"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-0.008</w:t>
            </w:r>
          </w:p>
        </w:tc>
        <w:tc>
          <w:tcPr>
            <w:tcW w:w="62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10A5905"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&lt;0.001</w:t>
            </w:r>
          </w:p>
        </w:tc>
        <w:tc>
          <w:tcPr>
            <w:tcW w:w="97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505FDA4"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&lt;0.001</w:t>
            </w:r>
          </w:p>
        </w:tc>
      </w:tr>
      <w:tr w:rsidR="00630527" w:rsidRPr="001A2E38" w14:paraId="6C2ED0A4" w14:textId="77777777" w:rsidTr="00865DCD">
        <w:trPr>
          <w:jc w:val="center"/>
        </w:trPr>
        <w:tc>
          <w:tcPr>
            <w:tcW w:w="173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70C90C8"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Creatinine</w:t>
            </w: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81B3754"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-1.149</w:t>
            </w: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264FDB"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-1.255</w:t>
            </w: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3D26331"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-1.044</w:t>
            </w:r>
          </w:p>
        </w:tc>
        <w:tc>
          <w:tcPr>
            <w:tcW w:w="62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9343872"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&lt;0.001</w:t>
            </w:r>
          </w:p>
        </w:tc>
        <w:tc>
          <w:tcPr>
            <w:tcW w:w="97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36671F6"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&lt;0.001</w:t>
            </w:r>
          </w:p>
        </w:tc>
      </w:tr>
      <w:tr w:rsidR="00630527" w:rsidRPr="001A2E38" w14:paraId="6BFCC1FC" w14:textId="77777777" w:rsidTr="00865DCD">
        <w:trPr>
          <w:jc w:val="center"/>
        </w:trPr>
        <w:tc>
          <w:tcPr>
            <w:tcW w:w="173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B072175"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Cystatin C</w:t>
            </w: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B9B6556"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0.001</w:t>
            </w: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38B7A4B"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0.000</w:t>
            </w: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8DF7839"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0.002</w:t>
            </w:r>
          </w:p>
        </w:tc>
        <w:tc>
          <w:tcPr>
            <w:tcW w:w="62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013E88B"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0.015</w:t>
            </w:r>
          </w:p>
        </w:tc>
        <w:tc>
          <w:tcPr>
            <w:tcW w:w="97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6CCDB10"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0.017</w:t>
            </w:r>
          </w:p>
        </w:tc>
      </w:tr>
      <w:tr w:rsidR="00630527" w:rsidRPr="001A2E38" w14:paraId="75462EE5" w14:textId="77777777" w:rsidTr="00865DCD">
        <w:trPr>
          <w:jc w:val="center"/>
        </w:trPr>
        <w:tc>
          <w:tcPr>
            <w:tcW w:w="173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AAAE432"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Urate</w:t>
            </w: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901318C"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2.746</w:t>
            </w: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DD6AA76"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2.298</w:t>
            </w: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F567291"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3.195</w:t>
            </w:r>
          </w:p>
        </w:tc>
        <w:tc>
          <w:tcPr>
            <w:tcW w:w="62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2760EB4"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&lt;0.001</w:t>
            </w:r>
          </w:p>
        </w:tc>
        <w:tc>
          <w:tcPr>
            <w:tcW w:w="97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61EC3B1"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&lt;0.001</w:t>
            </w:r>
          </w:p>
        </w:tc>
      </w:tr>
      <w:tr w:rsidR="00630527" w:rsidRPr="001A2E38" w14:paraId="38FA81D2" w14:textId="77777777" w:rsidTr="00865DCD">
        <w:trPr>
          <w:jc w:val="center"/>
        </w:trPr>
        <w:tc>
          <w:tcPr>
            <w:tcW w:w="173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081FFFA"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rPr>
                <w:rFonts w:ascii="Times New Roman" w:eastAsia="Arial" w:hAnsi="Times New Roman" w:cs="Times New Roman"/>
                <w:b/>
                <w:color w:val="000000"/>
                <w:sz w:val="20"/>
                <w:szCs w:val="20"/>
              </w:rPr>
            </w:pPr>
            <w:r w:rsidRPr="001A2E38">
              <w:rPr>
                <w:rFonts w:ascii="Times New Roman" w:eastAsia="Arial" w:hAnsi="Times New Roman" w:cs="Times New Roman"/>
                <w:b/>
                <w:color w:val="000000"/>
                <w:sz w:val="20"/>
                <w:szCs w:val="20"/>
              </w:rPr>
              <w:t>Systemic inflammation</w:t>
            </w: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645EC2B"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b/>
                <w:color w:val="000000"/>
                <w:sz w:val="20"/>
                <w:szCs w:val="20"/>
              </w:rPr>
            </w:pP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381F900"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b/>
                <w:color w:val="000000"/>
                <w:sz w:val="20"/>
                <w:szCs w:val="20"/>
              </w:rPr>
            </w:pP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C3A4480"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b/>
                <w:color w:val="000000"/>
                <w:sz w:val="20"/>
                <w:szCs w:val="20"/>
              </w:rPr>
            </w:pPr>
          </w:p>
        </w:tc>
        <w:tc>
          <w:tcPr>
            <w:tcW w:w="62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262B1A1"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b/>
                <w:color w:val="000000"/>
                <w:sz w:val="20"/>
                <w:szCs w:val="20"/>
              </w:rPr>
            </w:pPr>
          </w:p>
        </w:tc>
        <w:tc>
          <w:tcPr>
            <w:tcW w:w="97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F4519C6"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b/>
                <w:color w:val="000000"/>
                <w:sz w:val="20"/>
                <w:szCs w:val="20"/>
              </w:rPr>
            </w:pPr>
          </w:p>
        </w:tc>
      </w:tr>
      <w:tr w:rsidR="00630527" w:rsidRPr="001A2E38" w14:paraId="3A73C78E" w14:textId="77777777" w:rsidTr="00865DCD">
        <w:trPr>
          <w:jc w:val="center"/>
        </w:trPr>
        <w:tc>
          <w:tcPr>
            <w:tcW w:w="173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D532B4E"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CRP</w:t>
            </w: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AB13D41"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0.130</w:t>
            </w: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C87D26F"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0.100</w:t>
            </w: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1A0D4DA"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0.161</w:t>
            </w:r>
          </w:p>
        </w:tc>
        <w:tc>
          <w:tcPr>
            <w:tcW w:w="62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21271A9"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&lt;0.001</w:t>
            </w:r>
          </w:p>
        </w:tc>
        <w:tc>
          <w:tcPr>
            <w:tcW w:w="97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89F184A"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&lt;0.001</w:t>
            </w:r>
          </w:p>
        </w:tc>
      </w:tr>
      <w:tr w:rsidR="00630527" w:rsidRPr="001A2E38" w14:paraId="793AF196" w14:textId="77777777" w:rsidTr="00865DCD">
        <w:trPr>
          <w:jc w:val="center"/>
        </w:trPr>
        <w:tc>
          <w:tcPr>
            <w:tcW w:w="173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6BB6DB4"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WBC</w:t>
            </w: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F6C4112"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0.102</w:t>
            </w: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7092F99"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0.089</w:t>
            </w: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673D52E"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0.116</w:t>
            </w:r>
          </w:p>
        </w:tc>
        <w:tc>
          <w:tcPr>
            <w:tcW w:w="62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4C5FBF5"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&lt;0.001</w:t>
            </w:r>
          </w:p>
        </w:tc>
        <w:tc>
          <w:tcPr>
            <w:tcW w:w="97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A5FD352"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&lt;0.001</w:t>
            </w:r>
          </w:p>
        </w:tc>
      </w:tr>
      <w:tr w:rsidR="00630527" w:rsidRPr="001A2E38" w14:paraId="01A1BBB5" w14:textId="77777777" w:rsidTr="00865DCD">
        <w:trPr>
          <w:jc w:val="center"/>
        </w:trPr>
        <w:tc>
          <w:tcPr>
            <w:tcW w:w="173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55310E9"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PLT</w:t>
            </w: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EBC996E"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2.757</w:t>
            </w: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456E22E"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2.371</w:t>
            </w: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42FFB04"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3.143</w:t>
            </w:r>
          </w:p>
        </w:tc>
        <w:tc>
          <w:tcPr>
            <w:tcW w:w="62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FBDAF67"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&lt;0.001</w:t>
            </w:r>
          </w:p>
        </w:tc>
        <w:tc>
          <w:tcPr>
            <w:tcW w:w="97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AFEF249"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&lt;0.001</w:t>
            </w:r>
          </w:p>
        </w:tc>
      </w:tr>
      <w:tr w:rsidR="00630527" w:rsidRPr="001A2E38" w14:paraId="4B2A7D9D" w14:textId="77777777" w:rsidTr="00865DCD">
        <w:trPr>
          <w:jc w:val="center"/>
        </w:trPr>
        <w:tc>
          <w:tcPr>
            <w:tcW w:w="173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4AAB26C"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lastRenderedPageBreak/>
              <w:t>Lymphocyte</w:t>
            </w: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38B9E66"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0.032</w:t>
            </w: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E4860C4"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0.024</w:t>
            </w: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9B5401D"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0.039</w:t>
            </w:r>
          </w:p>
        </w:tc>
        <w:tc>
          <w:tcPr>
            <w:tcW w:w="62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969992F"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&lt;0.001</w:t>
            </w:r>
          </w:p>
        </w:tc>
        <w:tc>
          <w:tcPr>
            <w:tcW w:w="97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3269B8F"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&lt;0.001</w:t>
            </w:r>
          </w:p>
        </w:tc>
      </w:tr>
      <w:tr w:rsidR="00630527" w:rsidRPr="001A2E38" w14:paraId="19A5669A" w14:textId="77777777" w:rsidTr="00865DCD">
        <w:trPr>
          <w:jc w:val="center"/>
        </w:trPr>
        <w:tc>
          <w:tcPr>
            <w:tcW w:w="173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821C082"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Monocyte</w:t>
            </w: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1E31837"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-0.002</w:t>
            </w: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024B96C"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-0.004</w:t>
            </w: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BEA03A2"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-0.001</w:t>
            </w:r>
          </w:p>
        </w:tc>
        <w:tc>
          <w:tcPr>
            <w:tcW w:w="62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B9A2C71"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0.007</w:t>
            </w:r>
          </w:p>
        </w:tc>
        <w:tc>
          <w:tcPr>
            <w:tcW w:w="97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4A7EFBF"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0.008</w:t>
            </w:r>
          </w:p>
        </w:tc>
      </w:tr>
      <w:tr w:rsidR="00630527" w:rsidRPr="001A2E38" w14:paraId="1A33F078" w14:textId="77777777" w:rsidTr="00865DCD">
        <w:trPr>
          <w:jc w:val="center"/>
        </w:trPr>
        <w:tc>
          <w:tcPr>
            <w:tcW w:w="173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95DF137"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Neutrophil</w:t>
            </w: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3FBD1EE"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0.070</w:t>
            </w: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EB1502F"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0.061</w:t>
            </w: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35DE1CF"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0.079</w:t>
            </w:r>
          </w:p>
        </w:tc>
        <w:tc>
          <w:tcPr>
            <w:tcW w:w="62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3AC87A9"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&lt;0.001</w:t>
            </w:r>
          </w:p>
        </w:tc>
        <w:tc>
          <w:tcPr>
            <w:tcW w:w="97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CDD207C"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&lt;0.001</w:t>
            </w:r>
          </w:p>
        </w:tc>
      </w:tr>
      <w:tr w:rsidR="00630527" w:rsidRPr="001A2E38" w14:paraId="5271343F" w14:textId="77777777" w:rsidTr="00865DCD">
        <w:trPr>
          <w:jc w:val="center"/>
        </w:trPr>
        <w:tc>
          <w:tcPr>
            <w:tcW w:w="173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59CE0A4"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Eosinophil</w:t>
            </w: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E62E47E"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0.002</w:t>
            </w: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2E4ABB6"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0.002</w:t>
            </w: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99C3B37"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0.003</w:t>
            </w:r>
          </w:p>
        </w:tc>
        <w:tc>
          <w:tcPr>
            <w:tcW w:w="62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9985524"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&lt;0.001</w:t>
            </w:r>
          </w:p>
        </w:tc>
        <w:tc>
          <w:tcPr>
            <w:tcW w:w="97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4072DB3"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&lt;0.001</w:t>
            </w:r>
          </w:p>
        </w:tc>
      </w:tr>
      <w:tr w:rsidR="00630527" w:rsidRPr="001A2E38" w14:paraId="79EC4A04" w14:textId="77777777" w:rsidTr="00865DCD">
        <w:trPr>
          <w:jc w:val="center"/>
        </w:trPr>
        <w:tc>
          <w:tcPr>
            <w:tcW w:w="173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BEE3744"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Basophil</w:t>
            </w: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CCB187F"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0.000</w:t>
            </w: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677B672"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0.000</w:t>
            </w: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99F2C59"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0.000</w:t>
            </w:r>
          </w:p>
        </w:tc>
        <w:tc>
          <w:tcPr>
            <w:tcW w:w="62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A75329E"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0.411</w:t>
            </w:r>
          </w:p>
        </w:tc>
        <w:tc>
          <w:tcPr>
            <w:tcW w:w="97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D239A89"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0.426</w:t>
            </w:r>
          </w:p>
        </w:tc>
      </w:tr>
      <w:tr w:rsidR="00630527" w:rsidRPr="001A2E38" w14:paraId="10EA8E6B" w14:textId="77777777" w:rsidTr="00865DCD">
        <w:trPr>
          <w:jc w:val="center"/>
        </w:trPr>
        <w:tc>
          <w:tcPr>
            <w:tcW w:w="173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8E069E5"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rPr>
                <w:rFonts w:ascii="Times New Roman" w:eastAsia="Arial" w:hAnsi="Times New Roman" w:cs="Times New Roman"/>
                <w:b/>
                <w:color w:val="000000"/>
                <w:sz w:val="20"/>
                <w:szCs w:val="20"/>
              </w:rPr>
            </w:pPr>
            <w:r w:rsidRPr="001A2E38">
              <w:rPr>
                <w:rFonts w:ascii="Times New Roman" w:eastAsia="Arial" w:hAnsi="Times New Roman" w:cs="Times New Roman"/>
                <w:b/>
                <w:color w:val="000000"/>
                <w:sz w:val="20"/>
                <w:szCs w:val="20"/>
              </w:rPr>
              <w:t>Metabolic</w:t>
            </w: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44B6C5A"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b/>
                <w:color w:val="000000"/>
                <w:sz w:val="20"/>
                <w:szCs w:val="20"/>
              </w:rPr>
            </w:pP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C88A3C4"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b/>
                <w:color w:val="000000"/>
                <w:sz w:val="20"/>
                <w:szCs w:val="20"/>
              </w:rPr>
            </w:pP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0FF85B2"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b/>
                <w:color w:val="000000"/>
                <w:sz w:val="20"/>
                <w:szCs w:val="20"/>
              </w:rPr>
            </w:pPr>
          </w:p>
        </w:tc>
        <w:tc>
          <w:tcPr>
            <w:tcW w:w="62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5B8E24A"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b/>
                <w:color w:val="000000"/>
                <w:sz w:val="20"/>
                <w:szCs w:val="20"/>
              </w:rPr>
            </w:pPr>
          </w:p>
        </w:tc>
        <w:tc>
          <w:tcPr>
            <w:tcW w:w="97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0CE2EE9"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b/>
                <w:color w:val="000000"/>
                <w:sz w:val="20"/>
                <w:szCs w:val="20"/>
              </w:rPr>
            </w:pPr>
          </w:p>
        </w:tc>
      </w:tr>
      <w:tr w:rsidR="00630527" w:rsidRPr="001A2E38" w14:paraId="31422B20" w14:textId="77777777" w:rsidTr="00865DCD">
        <w:trPr>
          <w:jc w:val="center"/>
        </w:trPr>
        <w:tc>
          <w:tcPr>
            <w:tcW w:w="173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1665652"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ApoA</w:t>
            </w: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E0A4B27"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-0.073</w:t>
            </w: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BF1D5F6"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-0.074</w:t>
            </w: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7A9FA15"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-0.071</w:t>
            </w:r>
          </w:p>
        </w:tc>
        <w:tc>
          <w:tcPr>
            <w:tcW w:w="62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EEBEEEB"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&lt;0.001</w:t>
            </w:r>
          </w:p>
        </w:tc>
        <w:tc>
          <w:tcPr>
            <w:tcW w:w="97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C396771"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&lt;0.001</w:t>
            </w:r>
          </w:p>
        </w:tc>
      </w:tr>
      <w:tr w:rsidR="00630527" w:rsidRPr="001A2E38" w14:paraId="7A37C31A" w14:textId="77777777" w:rsidTr="00865DCD">
        <w:trPr>
          <w:jc w:val="center"/>
        </w:trPr>
        <w:tc>
          <w:tcPr>
            <w:tcW w:w="173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27D32A1"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ApoB</w:t>
            </w: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80C39AF"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0.099</w:t>
            </w: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80DB754"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0.098</w:t>
            </w: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13EF9AB"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0.101</w:t>
            </w:r>
          </w:p>
        </w:tc>
        <w:tc>
          <w:tcPr>
            <w:tcW w:w="62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7FCDB08"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&lt;0.001</w:t>
            </w:r>
          </w:p>
        </w:tc>
        <w:tc>
          <w:tcPr>
            <w:tcW w:w="97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A6B8771"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&lt;0.001</w:t>
            </w:r>
          </w:p>
        </w:tc>
      </w:tr>
      <w:tr w:rsidR="00630527" w:rsidRPr="001A2E38" w14:paraId="63309C55" w14:textId="77777777" w:rsidTr="00865DCD">
        <w:trPr>
          <w:jc w:val="center"/>
        </w:trPr>
        <w:tc>
          <w:tcPr>
            <w:tcW w:w="173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844C078"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HbA1c</w:t>
            </w: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0989762"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2.156</w:t>
            </w: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8F451A2"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2.113</w:t>
            </w: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FEC952F"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2.199</w:t>
            </w:r>
          </w:p>
        </w:tc>
        <w:tc>
          <w:tcPr>
            <w:tcW w:w="62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224040B"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&lt;0.001</w:t>
            </w:r>
          </w:p>
        </w:tc>
        <w:tc>
          <w:tcPr>
            <w:tcW w:w="97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ABBD6EB"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&lt;0.001</w:t>
            </w:r>
          </w:p>
        </w:tc>
      </w:tr>
      <w:tr w:rsidR="00630527" w:rsidRPr="001A2E38" w14:paraId="374F300D" w14:textId="77777777" w:rsidTr="00865DCD">
        <w:trPr>
          <w:jc w:val="center"/>
        </w:trPr>
        <w:tc>
          <w:tcPr>
            <w:tcW w:w="173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AEA541A"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LDL-C</w:t>
            </w: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AA94082"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0.303</w:t>
            </w: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A1CBDF9"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0.298</w:t>
            </w: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BB0F83C"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0.309</w:t>
            </w:r>
          </w:p>
        </w:tc>
        <w:tc>
          <w:tcPr>
            <w:tcW w:w="62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F2FFC87"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&lt;0.001</w:t>
            </w:r>
          </w:p>
        </w:tc>
        <w:tc>
          <w:tcPr>
            <w:tcW w:w="97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EF77BA5"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&lt;0.001</w:t>
            </w:r>
          </w:p>
        </w:tc>
      </w:tr>
      <w:tr w:rsidR="00630527" w:rsidRPr="001A2E38" w14:paraId="7E5E5867" w14:textId="77777777" w:rsidTr="00865DCD">
        <w:trPr>
          <w:jc w:val="center"/>
        </w:trPr>
        <w:tc>
          <w:tcPr>
            <w:tcW w:w="173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3F324A8"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IGF-1</w:t>
            </w: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1D23B3D"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-0.245</w:t>
            </w: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93776E5"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-0.281</w:t>
            </w: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FD8D99A"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-0.208</w:t>
            </w:r>
          </w:p>
        </w:tc>
        <w:tc>
          <w:tcPr>
            <w:tcW w:w="62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D20BB71"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&lt;0.001</w:t>
            </w:r>
          </w:p>
        </w:tc>
        <w:tc>
          <w:tcPr>
            <w:tcW w:w="97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BC3B75D"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&lt;0.001</w:t>
            </w:r>
          </w:p>
        </w:tc>
      </w:tr>
      <w:tr w:rsidR="00630527" w:rsidRPr="001A2E38" w14:paraId="2703823C" w14:textId="77777777" w:rsidTr="00865DCD">
        <w:trPr>
          <w:jc w:val="center"/>
        </w:trPr>
        <w:tc>
          <w:tcPr>
            <w:tcW w:w="173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4725DA9"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Lp(a)</w:t>
            </w: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27FC1A3"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-0.144</w:t>
            </w: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A344841"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-0.504</w:t>
            </w: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2C4CEBC"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0.216</w:t>
            </w:r>
          </w:p>
        </w:tc>
        <w:tc>
          <w:tcPr>
            <w:tcW w:w="62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33BFC6F"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0.433</w:t>
            </w:r>
          </w:p>
        </w:tc>
        <w:tc>
          <w:tcPr>
            <w:tcW w:w="97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F4FE4A6"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0.447</w:t>
            </w:r>
          </w:p>
        </w:tc>
      </w:tr>
      <w:tr w:rsidR="00630527" w:rsidRPr="001A2E38" w14:paraId="0F04B3FB" w14:textId="77777777" w:rsidTr="00865DCD">
        <w:trPr>
          <w:jc w:val="center"/>
        </w:trPr>
        <w:tc>
          <w:tcPr>
            <w:tcW w:w="173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CA7FEAE"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SBP</w:t>
            </w: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3E22C9B"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0.485</w:t>
            </w: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6D61683"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0.365</w:t>
            </w: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E2AA87D"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0.606</w:t>
            </w:r>
          </w:p>
        </w:tc>
        <w:tc>
          <w:tcPr>
            <w:tcW w:w="62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58E717E"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&lt;0.001</w:t>
            </w:r>
          </w:p>
        </w:tc>
        <w:tc>
          <w:tcPr>
            <w:tcW w:w="97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4A4BD73"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&lt;0.001</w:t>
            </w:r>
          </w:p>
        </w:tc>
      </w:tr>
      <w:tr w:rsidR="00630527" w:rsidRPr="001A2E38" w14:paraId="0674A74A" w14:textId="77777777" w:rsidTr="00865DCD">
        <w:trPr>
          <w:jc w:val="center"/>
        </w:trPr>
        <w:tc>
          <w:tcPr>
            <w:tcW w:w="173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279576F"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DBP</w:t>
            </w: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41C2074"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-0.032</w:t>
            </w: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615E7E6"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-0.101</w:t>
            </w: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16E094C"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0.037</w:t>
            </w:r>
          </w:p>
        </w:tc>
        <w:tc>
          <w:tcPr>
            <w:tcW w:w="62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5675890"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0.362</w:t>
            </w:r>
          </w:p>
        </w:tc>
        <w:tc>
          <w:tcPr>
            <w:tcW w:w="97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8BD6FBE"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0.377</w:t>
            </w:r>
          </w:p>
        </w:tc>
      </w:tr>
      <w:tr w:rsidR="00630527" w:rsidRPr="001A2E38" w14:paraId="465AD113" w14:textId="77777777" w:rsidTr="00865DCD">
        <w:trPr>
          <w:jc w:val="center"/>
        </w:trPr>
        <w:tc>
          <w:tcPr>
            <w:tcW w:w="1731" w:type="pct"/>
            <w:tcBorders>
              <w:top w:val="none" w:sz="0" w:space="0" w:color="000000"/>
              <w:left w:val="none" w:sz="0" w:space="0" w:color="000000"/>
              <w:bottom w:val="none" w:sz="0" w:space="0" w:color="000000"/>
              <w:right w:val="none" w:sz="0" w:space="0" w:color="000000"/>
            </w:tcBorders>
            <w:shd w:val="clear" w:color="auto" w:fill="F2F2F2"/>
            <w:tcMar>
              <w:top w:w="0" w:type="dxa"/>
              <w:left w:w="0" w:type="dxa"/>
              <w:bottom w:w="0" w:type="dxa"/>
              <w:right w:w="0" w:type="dxa"/>
            </w:tcMar>
            <w:vAlign w:val="center"/>
          </w:tcPr>
          <w:p w14:paraId="44427E80"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rPr>
                <w:rFonts w:ascii="Times New Roman" w:eastAsia="Arial" w:hAnsi="Times New Roman" w:cs="Times New Roman"/>
                <w:b/>
                <w:color w:val="000000"/>
                <w:sz w:val="20"/>
                <w:szCs w:val="20"/>
              </w:rPr>
            </w:pPr>
            <w:r w:rsidRPr="001A2E38">
              <w:rPr>
                <w:rFonts w:ascii="Times New Roman" w:eastAsia="Arial" w:hAnsi="Times New Roman" w:cs="Times New Roman"/>
                <w:b/>
                <w:color w:val="000000"/>
                <w:sz w:val="20"/>
                <w:szCs w:val="20"/>
              </w:rPr>
              <w:t>CHG-VAI</w:t>
            </w:r>
          </w:p>
        </w:tc>
        <w:tc>
          <w:tcPr>
            <w:tcW w:w="559" w:type="pct"/>
            <w:tcBorders>
              <w:top w:val="none" w:sz="0" w:space="0" w:color="000000"/>
              <w:left w:val="none" w:sz="0" w:space="0" w:color="000000"/>
              <w:bottom w:val="none" w:sz="0" w:space="0" w:color="000000"/>
              <w:right w:val="none" w:sz="0" w:space="0" w:color="000000"/>
            </w:tcBorders>
            <w:shd w:val="clear" w:color="auto" w:fill="F2F2F2"/>
            <w:tcMar>
              <w:top w:w="0" w:type="dxa"/>
              <w:left w:w="0" w:type="dxa"/>
              <w:bottom w:w="0" w:type="dxa"/>
              <w:right w:w="0" w:type="dxa"/>
            </w:tcMar>
            <w:vAlign w:val="center"/>
          </w:tcPr>
          <w:p w14:paraId="45FBCC51"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b/>
                <w:color w:val="000000"/>
                <w:sz w:val="20"/>
                <w:szCs w:val="20"/>
              </w:rPr>
            </w:pPr>
          </w:p>
        </w:tc>
        <w:tc>
          <w:tcPr>
            <w:tcW w:w="559" w:type="pct"/>
            <w:tcBorders>
              <w:top w:val="none" w:sz="0" w:space="0" w:color="000000"/>
              <w:left w:val="none" w:sz="0" w:space="0" w:color="000000"/>
              <w:bottom w:val="none" w:sz="0" w:space="0" w:color="000000"/>
              <w:right w:val="none" w:sz="0" w:space="0" w:color="000000"/>
            </w:tcBorders>
            <w:shd w:val="clear" w:color="auto" w:fill="F2F2F2"/>
            <w:tcMar>
              <w:top w:w="0" w:type="dxa"/>
              <w:left w:w="0" w:type="dxa"/>
              <w:bottom w:w="0" w:type="dxa"/>
              <w:right w:w="0" w:type="dxa"/>
            </w:tcMar>
            <w:vAlign w:val="center"/>
          </w:tcPr>
          <w:p w14:paraId="67DA14C4"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b/>
                <w:color w:val="000000"/>
                <w:sz w:val="20"/>
                <w:szCs w:val="20"/>
              </w:rPr>
            </w:pPr>
          </w:p>
        </w:tc>
        <w:tc>
          <w:tcPr>
            <w:tcW w:w="559" w:type="pct"/>
            <w:tcBorders>
              <w:top w:val="none" w:sz="0" w:space="0" w:color="000000"/>
              <w:left w:val="none" w:sz="0" w:space="0" w:color="000000"/>
              <w:bottom w:val="none" w:sz="0" w:space="0" w:color="000000"/>
              <w:right w:val="none" w:sz="0" w:space="0" w:color="000000"/>
            </w:tcBorders>
            <w:shd w:val="clear" w:color="auto" w:fill="F2F2F2"/>
            <w:tcMar>
              <w:top w:w="0" w:type="dxa"/>
              <w:left w:w="0" w:type="dxa"/>
              <w:bottom w:w="0" w:type="dxa"/>
              <w:right w:w="0" w:type="dxa"/>
            </w:tcMar>
            <w:vAlign w:val="center"/>
          </w:tcPr>
          <w:p w14:paraId="345B9F23"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b/>
                <w:color w:val="000000"/>
                <w:sz w:val="20"/>
                <w:szCs w:val="20"/>
              </w:rPr>
            </w:pPr>
          </w:p>
        </w:tc>
        <w:tc>
          <w:tcPr>
            <w:tcW w:w="622" w:type="pct"/>
            <w:tcBorders>
              <w:top w:val="none" w:sz="0" w:space="0" w:color="000000"/>
              <w:left w:val="none" w:sz="0" w:space="0" w:color="000000"/>
              <w:bottom w:val="none" w:sz="0" w:space="0" w:color="000000"/>
              <w:right w:val="none" w:sz="0" w:space="0" w:color="000000"/>
            </w:tcBorders>
            <w:shd w:val="clear" w:color="auto" w:fill="F2F2F2"/>
            <w:tcMar>
              <w:top w:w="0" w:type="dxa"/>
              <w:left w:w="0" w:type="dxa"/>
              <w:bottom w:w="0" w:type="dxa"/>
              <w:right w:w="0" w:type="dxa"/>
            </w:tcMar>
            <w:vAlign w:val="center"/>
          </w:tcPr>
          <w:p w14:paraId="39F4C5D3"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b/>
                <w:color w:val="000000"/>
                <w:sz w:val="20"/>
                <w:szCs w:val="20"/>
              </w:rPr>
            </w:pPr>
          </w:p>
        </w:tc>
        <w:tc>
          <w:tcPr>
            <w:tcW w:w="970" w:type="pct"/>
            <w:tcBorders>
              <w:top w:val="none" w:sz="0" w:space="0" w:color="000000"/>
              <w:left w:val="none" w:sz="0" w:space="0" w:color="000000"/>
              <w:bottom w:val="none" w:sz="0" w:space="0" w:color="000000"/>
              <w:right w:val="none" w:sz="0" w:space="0" w:color="000000"/>
            </w:tcBorders>
            <w:shd w:val="clear" w:color="auto" w:fill="F2F2F2"/>
            <w:tcMar>
              <w:top w:w="0" w:type="dxa"/>
              <w:left w:w="0" w:type="dxa"/>
              <w:bottom w:w="0" w:type="dxa"/>
              <w:right w:w="0" w:type="dxa"/>
            </w:tcMar>
            <w:vAlign w:val="center"/>
          </w:tcPr>
          <w:p w14:paraId="7E560DC2"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b/>
                <w:color w:val="000000"/>
                <w:sz w:val="20"/>
                <w:szCs w:val="20"/>
              </w:rPr>
            </w:pPr>
          </w:p>
        </w:tc>
      </w:tr>
      <w:tr w:rsidR="00630527" w:rsidRPr="001A2E38" w14:paraId="7407477F" w14:textId="77777777" w:rsidTr="00865DCD">
        <w:trPr>
          <w:jc w:val="center"/>
        </w:trPr>
        <w:tc>
          <w:tcPr>
            <w:tcW w:w="173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5139AA6"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rPr>
                <w:rFonts w:ascii="Times New Roman" w:eastAsia="Arial" w:hAnsi="Times New Roman" w:cs="Times New Roman"/>
                <w:b/>
                <w:color w:val="000000"/>
                <w:sz w:val="20"/>
                <w:szCs w:val="20"/>
              </w:rPr>
            </w:pPr>
            <w:r w:rsidRPr="001A2E38">
              <w:rPr>
                <w:rFonts w:ascii="Times New Roman" w:eastAsia="Arial" w:hAnsi="Times New Roman" w:cs="Times New Roman"/>
                <w:b/>
                <w:color w:val="000000"/>
                <w:sz w:val="20"/>
                <w:szCs w:val="20"/>
              </w:rPr>
              <w:t>Liver function</w:t>
            </w: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C20967C"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b/>
                <w:color w:val="000000"/>
                <w:sz w:val="20"/>
                <w:szCs w:val="20"/>
              </w:rPr>
            </w:pP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93A1E7E"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b/>
                <w:color w:val="000000"/>
                <w:sz w:val="20"/>
                <w:szCs w:val="20"/>
              </w:rPr>
            </w:pP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5B07C9A"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b/>
                <w:color w:val="000000"/>
                <w:sz w:val="20"/>
                <w:szCs w:val="20"/>
              </w:rPr>
            </w:pPr>
          </w:p>
        </w:tc>
        <w:tc>
          <w:tcPr>
            <w:tcW w:w="62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EA8D598"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b/>
                <w:color w:val="000000"/>
                <w:sz w:val="20"/>
                <w:szCs w:val="20"/>
              </w:rPr>
            </w:pPr>
          </w:p>
        </w:tc>
        <w:tc>
          <w:tcPr>
            <w:tcW w:w="97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E170428"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b/>
                <w:color w:val="000000"/>
                <w:sz w:val="20"/>
                <w:szCs w:val="20"/>
              </w:rPr>
            </w:pPr>
          </w:p>
        </w:tc>
      </w:tr>
      <w:tr w:rsidR="00630527" w:rsidRPr="001A2E38" w14:paraId="3F061D1B" w14:textId="77777777" w:rsidTr="00865DCD">
        <w:trPr>
          <w:jc w:val="center"/>
        </w:trPr>
        <w:tc>
          <w:tcPr>
            <w:tcW w:w="173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64ED297"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Albumin</w:t>
            </w: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8F1C3A6"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0.110</w:t>
            </w: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DEB7425"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0.094</w:t>
            </w: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CD39C2A"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0.125</w:t>
            </w:r>
          </w:p>
        </w:tc>
        <w:tc>
          <w:tcPr>
            <w:tcW w:w="62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D1AC03D"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&lt;0.001</w:t>
            </w:r>
          </w:p>
        </w:tc>
        <w:tc>
          <w:tcPr>
            <w:tcW w:w="97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64DBADB"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&lt;0.001</w:t>
            </w:r>
          </w:p>
        </w:tc>
      </w:tr>
      <w:tr w:rsidR="00630527" w:rsidRPr="001A2E38" w14:paraId="1C018EEB" w14:textId="77777777" w:rsidTr="00865DCD">
        <w:trPr>
          <w:jc w:val="center"/>
        </w:trPr>
        <w:tc>
          <w:tcPr>
            <w:tcW w:w="173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8975B77"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ALP</w:t>
            </w: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19CC916"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0.345</w:t>
            </w: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6DB1733"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0.188</w:t>
            </w: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E15E0EF"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0.502</w:t>
            </w:r>
          </w:p>
        </w:tc>
        <w:tc>
          <w:tcPr>
            <w:tcW w:w="62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8630FC3"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&lt;0.001</w:t>
            </w:r>
          </w:p>
        </w:tc>
        <w:tc>
          <w:tcPr>
            <w:tcW w:w="97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B6064A2"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&lt;0.001</w:t>
            </w:r>
          </w:p>
        </w:tc>
      </w:tr>
      <w:tr w:rsidR="00630527" w:rsidRPr="001A2E38" w14:paraId="603D3468" w14:textId="77777777" w:rsidTr="00865DCD">
        <w:trPr>
          <w:jc w:val="center"/>
        </w:trPr>
        <w:tc>
          <w:tcPr>
            <w:tcW w:w="173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2D48EB6"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ALT</w:t>
            </w: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F739E94"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1.497</w:t>
            </w: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1977208"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1.399</w:t>
            </w: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9FE545B"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1.594</w:t>
            </w:r>
          </w:p>
        </w:tc>
        <w:tc>
          <w:tcPr>
            <w:tcW w:w="62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CF6EA6C"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&lt;0.001</w:t>
            </w:r>
          </w:p>
        </w:tc>
        <w:tc>
          <w:tcPr>
            <w:tcW w:w="97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78BFB87"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&lt;0.001</w:t>
            </w:r>
          </w:p>
        </w:tc>
      </w:tr>
      <w:tr w:rsidR="00630527" w:rsidRPr="001A2E38" w14:paraId="29954A4B" w14:textId="77777777" w:rsidTr="00865DCD">
        <w:trPr>
          <w:jc w:val="center"/>
        </w:trPr>
        <w:tc>
          <w:tcPr>
            <w:tcW w:w="173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7107185"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AST</w:t>
            </w: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CDFB8D5"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0.553</w:t>
            </w: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DC2A216"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0.487</w:t>
            </w: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ED1169C"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0.619</w:t>
            </w:r>
          </w:p>
        </w:tc>
        <w:tc>
          <w:tcPr>
            <w:tcW w:w="62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65D38D0"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&lt;0.001</w:t>
            </w:r>
          </w:p>
        </w:tc>
        <w:tc>
          <w:tcPr>
            <w:tcW w:w="97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1594ABF"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&lt;0.001</w:t>
            </w:r>
          </w:p>
        </w:tc>
      </w:tr>
      <w:tr w:rsidR="00630527" w:rsidRPr="001A2E38" w14:paraId="7D80E68A" w14:textId="77777777" w:rsidTr="00865DCD">
        <w:trPr>
          <w:jc w:val="center"/>
        </w:trPr>
        <w:tc>
          <w:tcPr>
            <w:tcW w:w="173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F4FEEF8"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GGT</w:t>
            </w: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88F8420"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0.083</w:t>
            </w: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4CC85E8"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-0.194</w:t>
            </w: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539FDA8"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0.361</w:t>
            </w:r>
          </w:p>
        </w:tc>
        <w:tc>
          <w:tcPr>
            <w:tcW w:w="62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CC4F0D8"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0.557</w:t>
            </w:r>
          </w:p>
        </w:tc>
        <w:tc>
          <w:tcPr>
            <w:tcW w:w="97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A586E02"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0.567</w:t>
            </w:r>
          </w:p>
        </w:tc>
      </w:tr>
      <w:tr w:rsidR="00630527" w:rsidRPr="001A2E38" w14:paraId="601881A6" w14:textId="77777777" w:rsidTr="00865DCD">
        <w:trPr>
          <w:jc w:val="center"/>
        </w:trPr>
        <w:tc>
          <w:tcPr>
            <w:tcW w:w="173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5193597"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TBIL</w:t>
            </w: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329CCA1"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-0.277</w:t>
            </w: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59C101C"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-0.302</w:t>
            </w: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F22D0EC"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-0.253</w:t>
            </w:r>
          </w:p>
        </w:tc>
        <w:tc>
          <w:tcPr>
            <w:tcW w:w="62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5B5C3E7"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&lt;0.001</w:t>
            </w:r>
          </w:p>
        </w:tc>
        <w:tc>
          <w:tcPr>
            <w:tcW w:w="97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9294A6A"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&lt;0.001</w:t>
            </w:r>
          </w:p>
        </w:tc>
      </w:tr>
      <w:tr w:rsidR="00630527" w:rsidRPr="001A2E38" w14:paraId="75DEEC28" w14:textId="77777777" w:rsidTr="00865DCD">
        <w:trPr>
          <w:jc w:val="center"/>
        </w:trPr>
        <w:tc>
          <w:tcPr>
            <w:tcW w:w="173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7329F8A"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TP</w:t>
            </w: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C1F29A1"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-0.206</w:t>
            </w: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28CDDAE"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-0.230</w:t>
            </w: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1212E08"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-0.183</w:t>
            </w:r>
          </w:p>
        </w:tc>
        <w:tc>
          <w:tcPr>
            <w:tcW w:w="62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0EFD03B"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&lt;0.001</w:t>
            </w:r>
          </w:p>
        </w:tc>
        <w:tc>
          <w:tcPr>
            <w:tcW w:w="97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B1453C8"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&lt;0.001</w:t>
            </w:r>
          </w:p>
        </w:tc>
      </w:tr>
      <w:tr w:rsidR="00630527" w:rsidRPr="001A2E38" w14:paraId="39D29983" w14:textId="77777777" w:rsidTr="00865DCD">
        <w:trPr>
          <w:jc w:val="center"/>
        </w:trPr>
        <w:tc>
          <w:tcPr>
            <w:tcW w:w="173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416A5D5"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rPr>
                <w:rFonts w:ascii="Times New Roman" w:eastAsia="Arial" w:hAnsi="Times New Roman" w:cs="Times New Roman"/>
                <w:b/>
                <w:color w:val="000000"/>
                <w:sz w:val="20"/>
                <w:szCs w:val="20"/>
              </w:rPr>
            </w:pPr>
            <w:r w:rsidRPr="001A2E38">
              <w:rPr>
                <w:rFonts w:ascii="Times New Roman" w:eastAsia="Arial" w:hAnsi="Times New Roman" w:cs="Times New Roman"/>
                <w:b/>
                <w:color w:val="000000"/>
                <w:sz w:val="20"/>
                <w:szCs w:val="20"/>
              </w:rPr>
              <w:t>Renal function</w:t>
            </w: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3E4940C"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b/>
                <w:color w:val="000000"/>
                <w:sz w:val="20"/>
                <w:szCs w:val="20"/>
              </w:rPr>
            </w:pP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3108EFE"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b/>
                <w:color w:val="000000"/>
                <w:sz w:val="20"/>
                <w:szCs w:val="20"/>
              </w:rPr>
            </w:pP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D4A58B3"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b/>
                <w:color w:val="000000"/>
                <w:sz w:val="20"/>
                <w:szCs w:val="20"/>
              </w:rPr>
            </w:pPr>
          </w:p>
        </w:tc>
        <w:tc>
          <w:tcPr>
            <w:tcW w:w="62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839AE3C"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b/>
                <w:color w:val="000000"/>
                <w:sz w:val="20"/>
                <w:szCs w:val="20"/>
              </w:rPr>
            </w:pPr>
          </w:p>
        </w:tc>
        <w:tc>
          <w:tcPr>
            <w:tcW w:w="97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7DDFA28"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b/>
                <w:color w:val="000000"/>
                <w:sz w:val="20"/>
                <w:szCs w:val="20"/>
              </w:rPr>
            </w:pPr>
          </w:p>
        </w:tc>
      </w:tr>
      <w:tr w:rsidR="00630527" w:rsidRPr="001A2E38" w14:paraId="08847C81" w14:textId="77777777" w:rsidTr="00865DCD">
        <w:trPr>
          <w:jc w:val="center"/>
        </w:trPr>
        <w:tc>
          <w:tcPr>
            <w:tcW w:w="173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F580D48"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Urea</w:t>
            </w: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0026310"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0.042</w:t>
            </w: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69F49D6"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0.035</w:t>
            </w: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7E0553C"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0.050</w:t>
            </w:r>
          </w:p>
        </w:tc>
        <w:tc>
          <w:tcPr>
            <w:tcW w:w="62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432A501"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&lt;0.001</w:t>
            </w:r>
          </w:p>
        </w:tc>
        <w:tc>
          <w:tcPr>
            <w:tcW w:w="97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5F0F8C6"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&lt;0.001</w:t>
            </w:r>
          </w:p>
        </w:tc>
      </w:tr>
      <w:tr w:rsidR="00630527" w:rsidRPr="001A2E38" w14:paraId="39D0FFB5" w14:textId="77777777" w:rsidTr="00865DCD">
        <w:trPr>
          <w:jc w:val="center"/>
        </w:trPr>
        <w:tc>
          <w:tcPr>
            <w:tcW w:w="173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DA919A8"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Creatinine</w:t>
            </w: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B4A3619"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-0.413</w:t>
            </w: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90A1E6C"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-0.508</w:t>
            </w: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43DD7B3"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-0.318</w:t>
            </w:r>
          </w:p>
        </w:tc>
        <w:tc>
          <w:tcPr>
            <w:tcW w:w="62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388A5EC"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&lt;0.001</w:t>
            </w:r>
          </w:p>
        </w:tc>
        <w:tc>
          <w:tcPr>
            <w:tcW w:w="97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C523BE8"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&lt;0.001</w:t>
            </w:r>
          </w:p>
        </w:tc>
      </w:tr>
      <w:tr w:rsidR="00630527" w:rsidRPr="001A2E38" w14:paraId="25ACE8B7" w14:textId="77777777" w:rsidTr="00865DCD">
        <w:trPr>
          <w:jc w:val="center"/>
        </w:trPr>
        <w:tc>
          <w:tcPr>
            <w:tcW w:w="173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1EEA716"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lastRenderedPageBreak/>
              <w:t>Cystatin C</w:t>
            </w: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B8CB2C9"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0.006</w:t>
            </w: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FB3A0E9"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0.005</w:t>
            </w: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930E6F4"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0.007</w:t>
            </w:r>
          </w:p>
        </w:tc>
        <w:tc>
          <w:tcPr>
            <w:tcW w:w="62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4191674"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&lt;0.001</w:t>
            </w:r>
          </w:p>
        </w:tc>
        <w:tc>
          <w:tcPr>
            <w:tcW w:w="97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17F24A1"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&lt;0.001</w:t>
            </w:r>
          </w:p>
        </w:tc>
      </w:tr>
      <w:tr w:rsidR="00630527" w:rsidRPr="001A2E38" w14:paraId="4C720644" w14:textId="77777777" w:rsidTr="00865DCD">
        <w:trPr>
          <w:jc w:val="center"/>
        </w:trPr>
        <w:tc>
          <w:tcPr>
            <w:tcW w:w="173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5687F1B"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Urate</w:t>
            </w: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4E12BB7"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6.753</w:t>
            </w: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D56DD88"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6.350</w:t>
            </w: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87D59E9"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7.156</w:t>
            </w:r>
          </w:p>
        </w:tc>
        <w:tc>
          <w:tcPr>
            <w:tcW w:w="62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BEF1FA0"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&lt;0.001</w:t>
            </w:r>
          </w:p>
        </w:tc>
        <w:tc>
          <w:tcPr>
            <w:tcW w:w="97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F9D311C"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&lt;0.001</w:t>
            </w:r>
          </w:p>
        </w:tc>
      </w:tr>
      <w:tr w:rsidR="00630527" w:rsidRPr="001A2E38" w14:paraId="51CFA55C" w14:textId="77777777" w:rsidTr="00865DCD">
        <w:trPr>
          <w:jc w:val="center"/>
        </w:trPr>
        <w:tc>
          <w:tcPr>
            <w:tcW w:w="173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D674BB9"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rPr>
                <w:rFonts w:ascii="Times New Roman" w:eastAsia="Arial" w:hAnsi="Times New Roman" w:cs="Times New Roman"/>
                <w:b/>
                <w:color w:val="000000"/>
                <w:sz w:val="20"/>
                <w:szCs w:val="20"/>
              </w:rPr>
            </w:pPr>
            <w:r w:rsidRPr="001A2E38">
              <w:rPr>
                <w:rFonts w:ascii="Times New Roman" w:eastAsia="Arial" w:hAnsi="Times New Roman" w:cs="Times New Roman"/>
                <w:b/>
                <w:color w:val="000000"/>
                <w:sz w:val="20"/>
                <w:szCs w:val="20"/>
              </w:rPr>
              <w:t>Systemic inflammation</w:t>
            </w: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ED0DD10"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b/>
                <w:color w:val="000000"/>
                <w:sz w:val="20"/>
                <w:szCs w:val="20"/>
              </w:rPr>
            </w:pP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DBD7504"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b/>
                <w:color w:val="000000"/>
                <w:sz w:val="20"/>
                <w:szCs w:val="20"/>
              </w:rPr>
            </w:pP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83F2239"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b/>
                <w:color w:val="000000"/>
                <w:sz w:val="20"/>
                <w:szCs w:val="20"/>
              </w:rPr>
            </w:pPr>
          </w:p>
        </w:tc>
        <w:tc>
          <w:tcPr>
            <w:tcW w:w="62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910C3A4"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b/>
                <w:color w:val="000000"/>
                <w:sz w:val="20"/>
                <w:szCs w:val="20"/>
              </w:rPr>
            </w:pPr>
          </w:p>
        </w:tc>
        <w:tc>
          <w:tcPr>
            <w:tcW w:w="97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32E49BC"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b/>
                <w:color w:val="000000"/>
                <w:sz w:val="20"/>
                <w:szCs w:val="20"/>
              </w:rPr>
            </w:pPr>
          </w:p>
        </w:tc>
      </w:tr>
      <w:tr w:rsidR="00630527" w:rsidRPr="001A2E38" w14:paraId="62E98F84" w14:textId="77777777" w:rsidTr="00865DCD">
        <w:trPr>
          <w:jc w:val="center"/>
        </w:trPr>
        <w:tc>
          <w:tcPr>
            <w:tcW w:w="173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607A233"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CRP</w:t>
            </w: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DE647F6"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-0.113</w:t>
            </w: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6635C24"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-0.141</w:t>
            </w: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CD2BEA0"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-0.085</w:t>
            </w:r>
          </w:p>
        </w:tc>
        <w:tc>
          <w:tcPr>
            <w:tcW w:w="62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BE7C907"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&lt;0.001</w:t>
            </w:r>
          </w:p>
        </w:tc>
        <w:tc>
          <w:tcPr>
            <w:tcW w:w="97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61807A2"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&lt;0.001</w:t>
            </w:r>
          </w:p>
        </w:tc>
      </w:tr>
      <w:tr w:rsidR="00630527" w:rsidRPr="001A2E38" w14:paraId="0590E6D8" w14:textId="77777777" w:rsidTr="00865DCD">
        <w:trPr>
          <w:jc w:val="center"/>
        </w:trPr>
        <w:tc>
          <w:tcPr>
            <w:tcW w:w="173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533A79A"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WBC</w:t>
            </w: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9B180F6"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0.144</w:t>
            </w: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9AD11D1"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0.133</w:t>
            </w: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F915E76"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0.156</w:t>
            </w:r>
          </w:p>
        </w:tc>
        <w:tc>
          <w:tcPr>
            <w:tcW w:w="62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6E19F0C"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&lt;0.001</w:t>
            </w:r>
          </w:p>
        </w:tc>
        <w:tc>
          <w:tcPr>
            <w:tcW w:w="97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89F6275"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&lt;0.001</w:t>
            </w:r>
          </w:p>
        </w:tc>
      </w:tr>
      <w:tr w:rsidR="00630527" w:rsidRPr="001A2E38" w14:paraId="2A212BB2" w14:textId="77777777" w:rsidTr="00865DCD">
        <w:trPr>
          <w:jc w:val="center"/>
        </w:trPr>
        <w:tc>
          <w:tcPr>
            <w:tcW w:w="173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2F492C2"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PLT</w:t>
            </w: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BAEEF5A"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0.745</w:t>
            </w: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120FF21"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0.397</w:t>
            </w: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9E847A5"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1.094</w:t>
            </w:r>
          </w:p>
        </w:tc>
        <w:tc>
          <w:tcPr>
            <w:tcW w:w="62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F113054"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&lt;0.001</w:t>
            </w:r>
          </w:p>
        </w:tc>
        <w:tc>
          <w:tcPr>
            <w:tcW w:w="97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177C083"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&lt;0.001</w:t>
            </w:r>
          </w:p>
        </w:tc>
      </w:tr>
      <w:tr w:rsidR="00630527" w:rsidRPr="001A2E38" w14:paraId="52252594" w14:textId="77777777" w:rsidTr="00865DCD">
        <w:trPr>
          <w:jc w:val="center"/>
        </w:trPr>
        <w:tc>
          <w:tcPr>
            <w:tcW w:w="173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59617CA"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Lymphocyte</w:t>
            </w: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A1B8F33"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0.072</w:t>
            </w: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E518A2C"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0.066</w:t>
            </w: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92E6A03"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0.079</w:t>
            </w:r>
          </w:p>
        </w:tc>
        <w:tc>
          <w:tcPr>
            <w:tcW w:w="62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4A5DF7D"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&lt;0.001</w:t>
            </w:r>
          </w:p>
        </w:tc>
        <w:tc>
          <w:tcPr>
            <w:tcW w:w="97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A7B958D"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&lt;0.001</w:t>
            </w:r>
          </w:p>
        </w:tc>
      </w:tr>
      <w:tr w:rsidR="00630527" w:rsidRPr="001A2E38" w14:paraId="5F6E13D2" w14:textId="77777777" w:rsidTr="00865DCD">
        <w:trPr>
          <w:jc w:val="center"/>
        </w:trPr>
        <w:tc>
          <w:tcPr>
            <w:tcW w:w="173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61F730F"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Monocyte</w:t>
            </w: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F8DED8D"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0.007</w:t>
            </w: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2DF11A9"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0.006</w:t>
            </w: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2B57F9F"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0.008</w:t>
            </w:r>
          </w:p>
        </w:tc>
        <w:tc>
          <w:tcPr>
            <w:tcW w:w="62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7EDE0F0"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&lt;0.001</w:t>
            </w:r>
          </w:p>
        </w:tc>
        <w:tc>
          <w:tcPr>
            <w:tcW w:w="97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BDB1980"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&lt;0.001</w:t>
            </w:r>
          </w:p>
        </w:tc>
      </w:tr>
      <w:tr w:rsidR="00630527" w:rsidRPr="001A2E38" w14:paraId="0A0BF584" w14:textId="77777777" w:rsidTr="00865DCD">
        <w:trPr>
          <w:jc w:val="center"/>
        </w:trPr>
        <w:tc>
          <w:tcPr>
            <w:tcW w:w="173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CFB54B4"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Neutrophil</w:t>
            </w: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0ED4911"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0.060</w:t>
            </w: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A18FC8C"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0.052</w:t>
            </w: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B9D6BF1"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0.069</w:t>
            </w:r>
          </w:p>
        </w:tc>
        <w:tc>
          <w:tcPr>
            <w:tcW w:w="62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142B14D"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&lt;0.001</w:t>
            </w:r>
          </w:p>
        </w:tc>
        <w:tc>
          <w:tcPr>
            <w:tcW w:w="97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698AC04"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&lt;0.001</w:t>
            </w:r>
          </w:p>
        </w:tc>
      </w:tr>
      <w:tr w:rsidR="00630527" w:rsidRPr="001A2E38" w14:paraId="5A58042D" w14:textId="77777777" w:rsidTr="00865DCD">
        <w:trPr>
          <w:jc w:val="center"/>
        </w:trPr>
        <w:tc>
          <w:tcPr>
            <w:tcW w:w="173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7D67730"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Eosinophil</w:t>
            </w: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9A722AF"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0.004</w:t>
            </w: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BEA80E5"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0.003</w:t>
            </w: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E5FAB8E"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0.005</w:t>
            </w:r>
          </w:p>
        </w:tc>
        <w:tc>
          <w:tcPr>
            <w:tcW w:w="62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74542AD"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&lt;0.001</w:t>
            </w:r>
          </w:p>
        </w:tc>
        <w:tc>
          <w:tcPr>
            <w:tcW w:w="97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71BA363"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&lt;0.001</w:t>
            </w:r>
          </w:p>
        </w:tc>
      </w:tr>
      <w:tr w:rsidR="00630527" w:rsidRPr="001A2E38" w14:paraId="3F042F67" w14:textId="77777777" w:rsidTr="00865DCD">
        <w:trPr>
          <w:jc w:val="center"/>
        </w:trPr>
        <w:tc>
          <w:tcPr>
            <w:tcW w:w="173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DA50BCF"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Basophil</w:t>
            </w: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FC2FFC2"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0.001</w:t>
            </w: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6DA7D2F"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0.000</w:t>
            </w: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7014764"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0.001</w:t>
            </w:r>
          </w:p>
        </w:tc>
        <w:tc>
          <w:tcPr>
            <w:tcW w:w="62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71CC6EF"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&lt;0.001</w:t>
            </w:r>
          </w:p>
        </w:tc>
        <w:tc>
          <w:tcPr>
            <w:tcW w:w="97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6087F2F"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&lt;0.001</w:t>
            </w:r>
          </w:p>
        </w:tc>
      </w:tr>
      <w:tr w:rsidR="00630527" w:rsidRPr="001A2E38" w14:paraId="37FB0414" w14:textId="77777777" w:rsidTr="00865DCD">
        <w:trPr>
          <w:jc w:val="center"/>
        </w:trPr>
        <w:tc>
          <w:tcPr>
            <w:tcW w:w="173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E9B4987"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rPr>
                <w:rFonts w:ascii="Times New Roman" w:eastAsia="Arial" w:hAnsi="Times New Roman" w:cs="Times New Roman"/>
                <w:b/>
                <w:color w:val="000000"/>
                <w:sz w:val="20"/>
                <w:szCs w:val="20"/>
              </w:rPr>
            </w:pPr>
            <w:r w:rsidRPr="001A2E38">
              <w:rPr>
                <w:rFonts w:ascii="Times New Roman" w:eastAsia="Arial" w:hAnsi="Times New Roman" w:cs="Times New Roman"/>
                <w:b/>
                <w:color w:val="000000"/>
                <w:sz w:val="20"/>
                <w:szCs w:val="20"/>
              </w:rPr>
              <w:t>Metabolic</w:t>
            </w: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66081FB"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b/>
                <w:color w:val="000000"/>
                <w:sz w:val="20"/>
                <w:szCs w:val="20"/>
              </w:rPr>
            </w:pP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F674E06"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b/>
                <w:color w:val="000000"/>
                <w:sz w:val="20"/>
                <w:szCs w:val="20"/>
              </w:rPr>
            </w:pP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9294633"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b/>
                <w:color w:val="000000"/>
                <w:sz w:val="20"/>
                <w:szCs w:val="20"/>
              </w:rPr>
            </w:pPr>
          </w:p>
        </w:tc>
        <w:tc>
          <w:tcPr>
            <w:tcW w:w="62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F76DC54"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b/>
                <w:color w:val="000000"/>
                <w:sz w:val="20"/>
                <w:szCs w:val="20"/>
              </w:rPr>
            </w:pPr>
          </w:p>
        </w:tc>
        <w:tc>
          <w:tcPr>
            <w:tcW w:w="97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DEF7F80"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b/>
                <w:color w:val="000000"/>
                <w:sz w:val="20"/>
                <w:szCs w:val="20"/>
              </w:rPr>
            </w:pPr>
          </w:p>
        </w:tc>
      </w:tr>
      <w:tr w:rsidR="00630527" w:rsidRPr="001A2E38" w14:paraId="6A54A0E9" w14:textId="77777777" w:rsidTr="00865DCD">
        <w:trPr>
          <w:jc w:val="center"/>
        </w:trPr>
        <w:tc>
          <w:tcPr>
            <w:tcW w:w="173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3D83E0C"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ApoA</w:t>
            </w: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9D1107B"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-0.083</w:t>
            </w: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471E20D"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-0.084</w:t>
            </w: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FF9DC60"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-0.082</w:t>
            </w:r>
          </w:p>
        </w:tc>
        <w:tc>
          <w:tcPr>
            <w:tcW w:w="62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F880592"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&lt;0.001</w:t>
            </w:r>
          </w:p>
        </w:tc>
        <w:tc>
          <w:tcPr>
            <w:tcW w:w="97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04AA2CF"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&lt;0.001</w:t>
            </w:r>
          </w:p>
        </w:tc>
      </w:tr>
      <w:tr w:rsidR="00630527" w:rsidRPr="001A2E38" w14:paraId="5B8C59E0" w14:textId="77777777" w:rsidTr="00865DCD">
        <w:trPr>
          <w:jc w:val="center"/>
        </w:trPr>
        <w:tc>
          <w:tcPr>
            <w:tcW w:w="173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BADEFF2"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ApoB</w:t>
            </w: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ADB06EE"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0.042</w:t>
            </w: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FA5C781"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0.041</w:t>
            </w: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5E3810C"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0.044</w:t>
            </w:r>
          </w:p>
        </w:tc>
        <w:tc>
          <w:tcPr>
            <w:tcW w:w="62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3DA7377"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&lt;0.001</w:t>
            </w:r>
          </w:p>
        </w:tc>
        <w:tc>
          <w:tcPr>
            <w:tcW w:w="97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E8C685C"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&lt;0.001</w:t>
            </w:r>
          </w:p>
        </w:tc>
      </w:tr>
      <w:tr w:rsidR="00630527" w:rsidRPr="001A2E38" w14:paraId="07D9F0BF" w14:textId="77777777" w:rsidTr="00865DCD">
        <w:trPr>
          <w:jc w:val="center"/>
        </w:trPr>
        <w:tc>
          <w:tcPr>
            <w:tcW w:w="173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260D904"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HbA1c</w:t>
            </w: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87244D8"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0.813</w:t>
            </w: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2C7FCDD"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0.772</w:t>
            </w: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D3CA7CB"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0.853</w:t>
            </w:r>
          </w:p>
        </w:tc>
        <w:tc>
          <w:tcPr>
            <w:tcW w:w="62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AFDD3BE"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&lt;0.001</w:t>
            </w:r>
          </w:p>
        </w:tc>
        <w:tc>
          <w:tcPr>
            <w:tcW w:w="97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6B0CDF4"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&lt;0.001</w:t>
            </w:r>
          </w:p>
        </w:tc>
      </w:tr>
      <w:tr w:rsidR="00630527" w:rsidRPr="001A2E38" w14:paraId="125C3AC2" w14:textId="77777777" w:rsidTr="00865DCD">
        <w:trPr>
          <w:jc w:val="center"/>
        </w:trPr>
        <w:tc>
          <w:tcPr>
            <w:tcW w:w="173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EF58077"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LDL-C</w:t>
            </w: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B4E2E19"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0.065</w:t>
            </w: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14B38E4"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0.060</w:t>
            </w: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DD26B6D"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0.070</w:t>
            </w:r>
          </w:p>
        </w:tc>
        <w:tc>
          <w:tcPr>
            <w:tcW w:w="62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C702452"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&lt;0.001</w:t>
            </w:r>
          </w:p>
        </w:tc>
        <w:tc>
          <w:tcPr>
            <w:tcW w:w="97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52E0AAC"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&lt;0.001</w:t>
            </w:r>
          </w:p>
        </w:tc>
      </w:tr>
      <w:tr w:rsidR="00630527" w:rsidRPr="001A2E38" w14:paraId="2E96522F" w14:textId="77777777" w:rsidTr="00865DCD">
        <w:trPr>
          <w:jc w:val="center"/>
        </w:trPr>
        <w:tc>
          <w:tcPr>
            <w:tcW w:w="173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746E8E2"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IGF-1</w:t>
            </w: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6612015"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-0.203</w:t>
            </w: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718BABF"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-0.236</w:t>
            </w: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AC0E144"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-0.170</w:t>
            </w:r>
          </w:p>
        </w:tc>
        <w:tc>
          <w:tcPr>
            <w:tcW w:w="62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48ECA2A"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&lt;0.001</w:t>
            </w:r>
          </w:p>
        </w:tc>
        <w:tc>
          <w:tcPr>
            <w:tcW w:w="97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4EE8CA4"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&lt;0.001</w:t>
            </w:r>
          </w:p>
        </w:tc>
      </w:tr>
      <w:tr w:rsidR="00630527" w:rsidRPr="001A2E38" w14:paraId="33964030" w14:textId="77777777" w:rsidTr="00865DCD">
        <w:trPr>
          <w:jc w:val="center"/>
        </w:trPr>
        <w:tc>
          <w:tcPr>
            <w:tcW w:w="173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7DBB069"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Lp(a)</w:t>
            </w: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20B9618"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-2.306</w:t>
            </w: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189EA6A"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-2.634</w:t>
            </w: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2F2BA3B"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-1.978</w:t>
            </w:r>
          </w:p>
        </w:tc>
        <w:tc>
          <w:tcPr>
            <w:tcW w:w="62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4DF151F"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&lt;0.001</w:t>
            </w:r>
          </w:p>
        </w:tc>
        <w:tc>
          <w:tcPr>
            <w:tcW w:w="97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D39F5C3"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&lt;0.001</w:t>
            </w:r>
          </w:p>
        </w:tc>
      </w:tr>
      <w:tr w:rsidR="00630527" w:rsidRPr="001A2E38" w14:paraId="3FC67928" w14:textId="77777777" w:rsidTr="00865DCD">
        <w:trPr>
          <w:jc w:val="center"/>
        </w:trPr>
        <w:tc>
          <w:tcPr>
            <w:tcW w:w="173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6293F24"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SBP</w:t>
            </w: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768096B"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0.154</w:t>
            </w: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D3E1056"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0.045</w:t>
            </w: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1056B24"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0.263</w:t>
            </w:r>
          </w:p>
        </w:tc>
        <w:tc>
          <w:tcPr>
            <w:tcW w:w="62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EC0AE2"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0.006</w:t>
            </w:r>
          </w:p>
        </w:tc>
        <w:tc>
          <w:tcPr>
            <w:tcW w:w="97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56A72E4"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0.006</w:t>
            </w:r>
          </w:p>
        </w:tc>
      </w:tr>
      <w:tr w:rsidR="00630527" w:rsidRPr="001A2E38" w14:paraId="167097AC" w14:textId="77777777" w:rsidTr="00865DCD">
        <w:trPr>
          <w:jc w:val="center"/>
        </w:trPr>
        <w:tc>
          <w:tcPr>
            <w:tcW w:w="173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C22D5B0"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DBP</w:t>
            </w: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F6C98D5"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-0.182</w:t>
            </w: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42FD954"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-0.244</w:t>
            </w: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AB13CF6"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-0.120</w:t>
            </w:r>
          </w:p>
        </w:tc>
        <w:tc>
          <w:tcPr>
            <w:tcW w:w="62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C7C9437"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&lt;0.001</w:t>
            </w:r>
          </w:p>
        </w:tc>
        <w:tc>
          <w:tcPr>
            <w:tcW w:w="97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24EDC92"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&lt;0.001</w:t>
            </w:r>
          </w:p>
        </w:tc>
      </w:tr>
      <w:tr w:rsidR="00630527" w:rsidRPr="001A2E38" w14:paraId="68BF2D79" w14:textId="77777777" w:rsidTr="00865DCD">
        <w:trPr>
          <w:jc w:val="center"/>
        </w:trPr>
        <w:tc>
          <w:tcPr>
            <w:tcW w:w="1731" w:type="pct"/>
            <w:tcBorders>
              <w:top w:val="none" w:sz="0" w:space="0" w:color="000000"/>
              <w:left w:val="none" w:sz="0" w:space="0" w:color="000000"/>
              <w:bottom w:val="none" w:sz="0" w:space="0" w:color="000000"/>
              <w:right w:val="none" w:sz="0" w:space="0" w:color="000000"/>
            </w:tcBorders>
            <w:shd w:val="clear" w:color="auto" w:fill="F2F2F2"/>
            <w:tcMar>
              <w:top w:w="0" w:type="dxa"/>
              <w:left w:w="0" w:type="dxa"/>
              <w:bottom w:w="0" w:type="dxa"/>
              <w:right w:w="0" w:type="dxa"/>
            </w:tcMar>
            <w:vAlign w:val="center"/>
          </w:tcPr>
          <w:p w14:paraId="787751A9"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rPr>
                <w:rFonts w:ascii="Times New Roman" w:eastAsia="Arial" w:hAnsi="Times New Roman" w:cs="Times New Roman"/>
                <w:b/>
                <w:color w:val="000000"/>
                <w:sz w:val="20"/>
                <w:szCs w:val="20"/>
              </w:rPr>
            </w:pPr>
            <w:r w:rsidRPr="001A2E38">
              <w:rPr>
                <w:rFonts w:ascii="Times New Roman" w:eastAsia="Arial" w:hAnsi="Times New Roman" w:cs="Times New Roman"/>
                <w:b/>
                <w:color w:val="000000"/>
                <w:sz w:val="20"/>
                <w:szCs w:val="20"/>
              </w:rPr>
              <w:t>CHG-WWI</w:t>
            </w:r>
          </w:p>
        </w:tc>
        <w:tc>
          <w:tcPr>
            <w:tcW w:w="559" w:type="pct"/>
            <w:tcBorders>
              <w:top w:val="none" w:sz="0" w:space="0" w:color="000000"/>
              <w:left w:val="none" w:sz="0" w:space="0" w:color="000000"/>
              <w:bottom w:val="none" w:sz="0" w:space="0" w:color="000000"/>
              <w:right w:val="none" w:sz="0" w:space="0" w:color="000000"/>
            </w:tcBorders>
            <w:shd w:val="clear" w:color="auto" w:fill="F2F2F2"/>
            <w:tcMar>
              <w:top w:w="0" w:type="dxa"/>
              <w:left w:w="0" w:type="dxa"/>
              <w:bottom w:w="0" w:type="dxa"/>
              <w:right w:w="0" w:type="dxa"/>
            </w:tcMar>
            <w:vAlign w:val="center"/>
          </w:tcPr>
          <w:p w14:paraId="1484B8BB"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b/>
                <w:color w:val="000000"/>
                <w:sz w:val="20"/>
                <w:szCs w:val="20"/>
              </w:rPr>
            </w:pPr>
          </w:p>
        </w:tc>
        <w:tc>
          <w:tcPr>
            <w:tcW w:w="559" w:type="pct"/>
            <w:tcBorders>
              <w:top w:val="none" w:sz="0" w:space="0" w:color="000000"/>
              <w:left w:val="none" w:sz="0" w:space="0" w:color="000000"/>
              <w:bottom w:val="none" w:sz="0" w:space="0" w:color="000000"/>
              <w:right w:val="none" w:sz="0" w:space="0" w:color="000000"/>
            </w:tcBorders>
            <w:shd w:val="clear" w:color="auto" w:fill="F2F2F2"/>
            <w:tcMar>
              <w:top w:w="0" w:type="dxa"/>
              <w:left w:w="0" w:type="dxa"/>
              <w:bottom w:w="0" w:type="dxa"/>
              <w:right w:w="0" w:type="dxa"/>
            </w:tcMar>
            <w:vAlign w:val="center"/>
          </w:tcPr>
          <w:p w14:paraId="42AFACD5"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b/>
                <w:color w:val="000000"/>
                <w:sz w:val="20"/>
                <w:szCs w:val="20"/>
              </w:rPr>
            </w:pPr>
          </w:p>
        </w:tc>
        <w:tc>
          <w:tcPr>
            <w:tcW w:w="559" w:type="pct"/>
            <w:tcBorders>
              <w:top w:val="none" w:sz="0" w:space="0" w:color="000000"/>
              <w:left w:val="none" w:sz="0" w:space="0" w:color="000000"/>
              <w:bottom w:val="none" w:sz="0" w:space="0" w:color="000000"/>
              <w:right w:val="none" w:sz="0" w:space="0" w:color="000000"/>
            </w:tcBorders>
            <w:shd w:val="clear" w:color="auto" w:fill="F2F2F2"/>
            <w:tcMar>
              <w:top w:w="0" w:type="dxa"/>
              <w:left w:w="0" w:type="dxa"/>
              <w:bottom w:w="0" w:type="dxa"/>
              <w:right w:w="0" w:type="dxa"/>
            </w:tcMar>
            <w:vAlign w:val="center"/>
          </w:tcPr>
          <w:p w14:paraId="68864B7B"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b/>
                <w:color w:val="000000"/>
                <w:sz w:val="20"/>
                <w:szCs w:val="20"/>
              </w:rPr>
            </w:pPr>
          </w:p>
        </w:tc>
        <w:tc>
          <w:tcPr>
            <w:tcW w:w="622" w:type="pct"/>
            <w:tcBorders>
              <w:top w:val="none" w:sz="0" w:space="0" w:color="000000"/>
              <w:left w:val="none" w:sz="0" w:space="0" w:color="000000"/>
              <w:bottom w:val="none" w:sz="0" w:space="0" w:color="000000"/>
              <w:right w:val="none" w:sz="0" w:space="0" w:color="000000"/>
            </w:tcBorders>
            <w:shd w:val="clear" w:color="auto" w:fill="F2F2F2"/>
            <w:tcMar>
              <w:top w:w="0" w:type="dxa"/>
              <w:left w:w="0" w:type="dxa"/>
              <w:bottom w:w="0" w:type="dxa"/>
              <w:right w:w="0" w:type="dxa"/>
            </w:tcMar>
            <w:vAlign w:val="center"/>
          </w:tcPr>
          <w:p w14:paraId="030AA14D"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b/>
                <w:color w:val="000000"/>
                <w:sz w:val="20"/>
                <w:szCs w:val="20"/>
              </w:rPr>
            </w:pPr>
          </w:p>
        </w:tc>
        <w:tc>
          <w:tcPr>
            <w:tcW w:w="970" w:type="pct"/>
            <w:tcBorders>
              <w:top w:val="none" w:sz="0" w:space="0" w:color="000000"/>
              <w:left w:val="none" w:sz="0" w:space="0" w:color="000000"/>
              <w:bottom w:val="none" w:sz="0" w:space="0" w:color="000000"/>
              <w:right w:val="none" w:sz="0" w:space="0" w:color="000000"/>
            </w:tcBorders>
            <w:shd w:val="clear" w:color="auto" w:fill="F2F2F2"/>
            <w:tcMar>
              <w:top w:w="0" w:type="dxa"/>
              <w:left w:w="0" w:type="dxa"/>
              <w:bottom w:w="0" w:type="dxa"/>
              <w:right w:w="0" w:type="dxa"/>
            </w:tcMar>
            <w:vAlign w:val="center"/>
          </w:tcPr>
          <w:p w14:paraId="49DAC4DD"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b/>
                <w:color w:val="000000"/>
                <w:sz w:val="20"/>
                <w:szCs w:val="20"/>
              </w:rPr>
            </w:pPr>
          </w:p>
        </w:tc>
      </w:tr>
      <w:tr w:rsidR="00630527" w:rsidRPr="001A2E38" w14:paraId="01394412" w14:textId="77777777" w:rsidTr="00865DCD">
        <w:trPr>
          <w:jc w:val="center"/>
        </w:trPr>
        <w:tc>
          <w:tcPr>
            <w:tcW w:w="173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9406DFA"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rPr>
                <w:rFonts w:ascii="Times New Roman" w:eastAsia="Arial" w:hAnsi="Times New Roman" w:cs="Times New Roman"/>
                <w:b/>
                <w:color w:val="000000"/>
                <w:sz w:val="20"/>
                <w:szCs w:val="20"/>
              </w:rPr>
            </w:pPr>
            <w:r w:rsidRPr="001A2E38">
              <w:rPr>
                <w:rFonts w:ascii="Times New Roman" w:eastAsia="Arial" w:hAnsi="Times New Roman" w:cs="Times New Roman"/>
                <w:b/>
                <w:color w:val="000000"/>
                <w:sz w:val="20"/>
                <w:szCs w:val="20"/>
              </w:rPr>
              <w:t>Liver function</w:t>
            </w: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7C7BC55"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b/>
                <w:color w:val="000000"/>
                <w:sz w:val="20"/>
                <w:szCs w:val="20"/>
              </w:rPr>
            </w:pP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490B850"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b/>
                <w:color w:val="000000"/>
                <w:sz w:val="20"/>
                <w:szCs w:val="20"/>
              </w:rPr>
            </w:pP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EFB87B8"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b/>
                <w:color w:val="000000"/>
                <w:sz w:val="20"/>
                <w:szCs w:val="20"/>
              </w:rPr>
            </w:pPr>
          </w:p>
        </w:tc>
        <w:tc>
          <w:tcPr>
            <w:tcW w:w="62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292493A"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b/>
                <w:color w:val="000000"/>
                <w:sz w:val="20"/>
                <w:szCs w:val="20"/>
              </w:rPr>
            </w:pPr>
          </w:p>
        </w:tc>
        <w:tc>
          <w:tcPr>
            <w:tcW w:w="97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110166E"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b/>
                <w:color w:val="000000"/>
                <w:sz w:val="20"/>
                <w:szCs w:val="20"/>
              </w:rPr>
            </w:pPr>
          </w:p>
        </w:tc>
      </w:tr>
      <w:tr w:rsidR="00630527" w:rsidRPr="001A2E38" w14:paraId="46970972" w14:textId="77777777" w:rsidTr="00865DCD">
        <w:trPr>
          <w:jc w:val="center"/>
        </w:trPr>
        <w:tc>
          <w:tcPr>
            <w:tcW w:w="173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CF50C4E"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Albumin</w:t>
            </w: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FE5D4CB"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-0.074</w:t>
            </w: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F214787"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-0.089</w:t>
            </w: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AC1C4B8"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-0.058</w:t>
            </w:r>
          </w:p>
        </w:tc>
        <w:tc>
          <w:tcPr>
            <w:tcW w:w="62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6A4B1A7"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&lt;0.001</w:t>
            </w:r>
          </w:p>
        </w:tc>
        <w:tc>
          <w:tcPr>
            <w:tcW w:w="97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7403DFF"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&lt;0.001</w:t>
            </w:r>
          </w:p>
        </w:tc>
      </w:tr>
      <w:tr w:rsidR="00630527" w:rsidRPr="001A2E38" w14:paraId="23D48EB5" w14:textId="77777777" w:rsidTr="00865DCD">
        <w:trPr>
          <w:jc w:val="center"/>
        </w:trPr>
        <w:tc>
          <w:tcPr>
            <w:tcW w:w="173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B5241E4"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ALP</w:t>
            </w: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DB69BC0"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0.734</w:t>
            </w: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181D903"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0.574</w:t>
            </w: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D6F0DC6"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0.894</w:t>
            </w:r>
          </w:p>
        </w:tc>
        <w:tc>
          <w:tcPr>
            <w:tcW w:w="62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8703BED"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&lt;0.001</w:t>
            </w:r>
          </w:p>
        </w:tc>
        <w:tc>
          <w:tcPr>
            <w:tcW w:w="97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4B7A227"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&lt;0.001</w:t>
            </w:r>
          </w:p>
        </w:tc>
      </w:tr>
      <w:tr w:rsidR="00630527" w:rsidRPr="001A2E38" w14:paraId="42C898E0" w14:textId="77777777" w:rsidTr="00865DCD">
        <w:trPr>
          <w:jc w:val="center"/>
        </w:trPr>
        <w:tc>
          <w:tcPr>
            <w:tcW w:w="173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C7375BF"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ALT</w:t>
            </w: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478D882"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1.356</w:t>
            </w: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B16CEF1"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1.258</w:t>
            </w: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50DB39E"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1.454</w:t>
            </w:r>
          </w:p>
        </w:tc>
        <w:tc>
          <w:tcPr>
            <w:tcW w:w="62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9B0737C"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&lt;0.001</w:t>
            </w:r>
          </w:p>
        </w:tc>
        <w:tc>
          <w:tcPr>
            <w:tcW w:w="97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14B5A01"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&lt;0.001</w:t>
            </w:r>
          </w:p>
        </w:tc>
      </w:tr>
      <w:tr w:rsidR="00630527" w:rsidRPr="001A2E38" w14:paraId="5BD08459" w14:textId="77777777" w:rsidTr="00865DCD">
        <w:trPr>
          <w:jc w:val="center"/>
        </w:trPr>
        <w:tc>
          <w:tcPr>
            <w:tcW w:w="173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49DB247"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AST</w:t>
            </w: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0CD181F"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0.212</w:t>
            </w: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233E4B"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0.146</w:t>
            </w: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E19A5B4"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0.278</w:t>
            </w:r>
          </w:p>
        </w:tc>
        <w:tc>
          <w:tcPr>
            <w:tcW w:w="62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8F6B7CB"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&lt;0.001</w:t>
            </w:r>
          </w:p>
        </w:tc>
        <w:tc>
          <w:tcPr>
            <w:tcW w:w="97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BF5B293"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&lt;0.001</w:t>
            </w:r>
          </w:p>
        </w:tc>
      </w:tr>
      <w:tr w:rsidR="00630527" w:rsidRPr="001A2E38" w14:paraId="50619691" w14:textId="77777777" w:rsidTr="00865DCD">
        <w:trPr>
          <w:jc w:val="center"/>
        </w:trPr>
        <w:tc>
          <w:tcPr>
            <w:tcW w:w="173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9722717"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lastRenderedPageBreak/>
              <w:t>GGT</w:t>
            </w: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B52989C"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-1.074</w:t>
            </w: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AB59129"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-1.356</w:t>
            </w: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28E885D"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-0.791</w:t>
            </w:r>
          </w:p>
        </w:tc>
        <w:tc>
          <w:tcPr>
            <w:tcW w:w="62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1125A02"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&lt;0.001</w:t>
            </w:r>
          </w:p>
        </w:tc>
        <w:tc>
          <w:tcPr>
            <w:tcW w:w="97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813F318"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&lt;0.001</w:t>
            </w:r>
          </w:p>
        </w:tc>
      </w:tr>
      <w:tr w:rsidR="00630527" w:rsidRPr="001A2E38" w14:paraId="5B1F140C" w14:textId="77777777" w:rsidTr="00865DCD">
        <w:trPr>
          <w:jc w:val="center"/>
        </w:trPr>
        <w:tc>
          <w:tcPr>
            <w:tcW w:w="173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ADA1104"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TBIL</w:t>
            </w: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ACBA637"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-0.261</w:t>
            </w: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1B444B3"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-0.286</w:t>
            </w: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BBC741F"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-0.237</w:t>
            </w:r>
          </w:p>
        </w:tc>
        <w:tc>
          <w:tcPr>
            <w:tcW w:w="62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BFB515"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&lt;0.001</w:t>
            </w:r>
          </w:p>
        </w:tc>
        <w:tc>
          <w:tcPr>
            <w:tcW w:w="97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092CF14"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&lt;0.001</w:t>
            </w:r>
          </w:p>
        </w:tc>
      </w:tr>
      <w:tr w:rsidR="00630527" w:rsidRPr="001A2E38" w14:paraId="4B7C845C" w14:textId="77777777" w:rsidTr="00865DCD">
        <w:trPr>
          <w:jc w:val="center"/>
        </w:trPr>
        <w:tc>
          <w:tcPr>
            <w:tcW w:w="173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250EBC5"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TP</w:t>
            </w: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571D57D"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0.047</w:t>
            </w: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B17C59E"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0.023</w:t>
            </w: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A053ADA"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0.071</w:t>
            </w:r>
          </w:p>
        </w:tc>
        <w:tc>
          <w:tcPr>
            <w:tcW w:w="62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5AFB229"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&lt;0.001</w:t>
            </w:r>
          </w:p>
        </w:tc>
        <w:tc>
          <w:tcPr>
            <w:tcW w:w="97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0529721"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&lt;0.001</w:t>
            </w:r>
          </w:p>
        </w:tc>
      </w:tr>
      <w:tr w:rsidR="00630527" w:rsidRPr="001A2E38" w14:paraId="74FEBE6A" w14:textId="77777777" w:rsidTr="00865DCD">
        <w:trPr>
          <w:jc w:val="center"/>
        </w:trPr>
        <w:tc>
          <w:tcPr>
            <w:tcW w:w="173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2EEA02E"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rPr>
                <w:rFonts w:ascii="Times New Roman" w:eastAsia="Arial" w:hAnsi="Times New Roman" w:cs="Times New Roman"/>
                <w:b/>
                <w:color w:val="000000"/>
                <w:sz w:val="20"/>
                <w:szCs w:val="20"/>
              </w:rPr>
            </w:pPr>
            <w:r w:rsidRPr="001A2E38">
              <w:rPr>
                <w:rFonts w:ascii="Times New Roman" w:eastAsia="Arial" w:hAnsi="Times New Roman" w:cs="Times New Roman"/>
                <w:b/>
                <w:color w:val="000000"/>
                <w:sz w:val="20"/>
                <w:szCs w:val="20"/>
              </w:rPr>
              <w:t>Renal function</w:t>
            </w: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783C7A0"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b/>
                <w:color w:val="000000"/>
                <w:sz w:val="20"/>
                <w:szCs w:val="20"/>
              </w:rPr>
            </w:pP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58E0079"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b/>
                <w:color w:val="000000"/>
                <w:sz w:val="20"/>
                <w:szCs w:val="20"/>
              </w:rPr>
            </w:pP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3B4E70B"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b/>
                <w:color w:val="000000"/>
                <w:sz w:val="20"/>
                <w:szCs w:val="20"/>
              </w:rPr>
            </w:pPr>
          </w:p>
        </w:tc>
        <w:tc>
          <w:tcPr>
            <w:tcW w:w="62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E10569A"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b/>
                <w:color w:val="000000"/>
                <w:sz w:val="20"/>
                <w:szCs w:val="20"/>
              </w:rPr>
            </w:pPr>
          </w:p>
        </w:tc>
        <w:tc>
          <w:tcPr>
            <w:tcW w:w="97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3D74856"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b/>
                <w:color w:val="000000"/>
                <w:sz w:val="20"/>
                <w:szCs w:val="20"/>
              </w:rPr>
            </w:pPr>
          </w:p>
        </w:tc>
      </w:tr>
      <w:tr w:rsidR="00630527" w:rsidRPr="001A2E38" w14:paraId="415F0E61" w14:textId="77777777" w:rsidTr="00865DCD">
        <w:trPr>
          <w:jc w:val="center"/>
        </w:trPr>
        <w:tc>
          <w:tcPr>
            <w:tcW w:w="173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BDBEB08"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Urea</w:t>
            </w: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ED47BC7"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-0.006</w:t>
            </w: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89D7475"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-0.014</w:t>
            </w: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B898D62"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0.002</w:t>
            </w:r>
          </w:p>
        </w:tc>
        <w:tc>
          <w:tcPr>
            <w:tcW w:w="62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01E37B"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0.166</w:t>
            </w:r>
          </w:p>
        </w:tc>
        <w:tc>
          <w:tcPr>
            <w:tcW w:w="97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E80E1B0"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0.176</w:t>
            </w:r>
          </w:p>
        </w:tc>
      </w:tr>
      <w:tr w:rsidR="00630527" w:rsidRPr="001A2E38" w14:paraId="26F7EBCA" w14:textId="77777777" w:rsidTr="00865DCD">
        <w:trPr>
          <w:jc w:val="center"/>
        </w:trPr>
        <w:tc>
          <w:tcPr>
            <w:tcW w:w="173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6B77939"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Creatinine</w:t>
            </w: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7B285AD"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-1.141</w:t>
            </w: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6BF355C"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-1.238</w:t>
            </w: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06ED979"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-1.044</w:t>
            </w:r>
          </w:p>
        </w:tc>
        <w:tc>
          <w:tcPr>
            <w:tcW w:w="62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799C2A2"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&lt;0.001</w:t>
            </w:r>
          </w:p>
        </w:tc>
        <w:tc>
          <w:tcPr>
            <w:tcW w:w="97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0CCAC39"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&lt;0.001</w:t>
            </w:r>
          </w:p>
        </w:tc>
      </w:tr>
      <w:tr w:rsidR="00630527" w:rsidRPr="001A2E38" w14:paraId="37C01F5B" w14:textId="77777777" w:rsidTr="00865DCD">
        <w:trPr>
          <w:jc w:val="center"/>
        </w:trPr>
        <w:tc>
          <w:tcPr>
            <w:tcW w:w="173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01D5923"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Cystatin C</w:t>
            </w: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0F14265"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0.007</w:t>
            </w: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28CFCC0"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0.006</w:t>
            </w: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5C92659"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0.007</w:t>
            </w:r>
          </w:p>
        </w:tc>
        <w:tc>
          <w:tcPr>
            <w:tcW w:w="62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0D0DA95"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&lt;0.001</w:t>
            </w:r>
          </w:p>
        </w:tc>
        <w:tc>
          <w:tcPr>
            <w:tcW w:w="97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75E4D16"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&lt;0.001</w:t>
            </w:r>
          </w:p>
        </w:tc>
      </w:tr>
      <w:tr w:rsidR="00630527" w:rsidRPr="001A2E38" w14:paraId="4CDBF68E" w14:textId="77777777" w:rsidTr="00865DCD">
        <w:trPr>
          <w:jc w:val="center"/>
        </w:trPr>
        <w:tc>
          <w:tcPr>
            <w:tcW w:w="173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07FC225"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Urate</w:t>
            </w: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047E859"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5.565</w:t>
            </w: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1A96F2F"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5.154</w:t>
            </w: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C1B112D"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5.977</w:t>
            </w:r>
          </w:p>
        </w:tc>
        <w:tc>
          <w:tcPr>
            <w:tcW w:w="62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56EC08C"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&lt;0.001</w:t>
            </w:r>
          </w:p>
        </w:tc>
        <w:tc>
          <w:tcPr>
            <w:tcW w:w="97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4DD6797"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&lt;0.001</w:t>
            </w:r>
          </w:p>
        </w:tc>
      </w:tr>
      <w:tr w:rsidR="00630527" w:rsidRPr="001A2E38" w14:paraId="57A5CEA6" w14:textId="77777777" w:rsidTr="00865DCD">
        <w:trPr>
          <w:jc w:val="center"/>
        </w:trPr>
        <w:tc>
          <w:tcPr>
            <w:tcW w:w="173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D8E723D"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rPr>
                <w:rFonts w:ascii="Times New Roman" w:eastAsia="Arial" w:hAnsi="Times New Roman" w:cs="Times New Roman"/>
                <w:b/>
                <w:color w:val="000000"/>
                <w:sz w:val="20"/>
                <w:szCs w:val="20"/>
              </w:rPr>
            </w:pPr>
            <w:r w:rsidRPr="001A2E38">
              <w:rPr>
                <w:rFonts w:ascii="Times New Roman" w:eastAsia="Arial" w:hAnsi="Times New Roman" w:cs="Times New Roman"/>
                <w:b/>
                <w:color w:val="000000"/>
                <w:sz w:val="20"/>
                <w:szCs w:val="20"/>
              </w:rPr>
              <w:t>Systemic inflammation</w:t>
            </w: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CC16108"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b/>
                <w:color w:val="000000"/>
                <w:sz w:val="20"/>
                <w:szCs w:val="20"/>
              </w:rPr>
            </w:pP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1B445B3"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b/>
                <w:color w:val="000000"/>
                <w:sz w:val="20"/>
                <w:szCs w:val="20"/>
              </w:rPr>
            </w:pP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BE2BD0A"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b/>
                <w:color w:val="000000"/>
                <w:sz w:val="20"/>
                <w:szCs w:val="20"/>
              </w:rPr>
            </w:pPr>
          </w:p>
        </w:tc>
        <w:tc>
          <w:tcPr>
            <w:tcW w:w="62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47B20BD"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b/>
                <w:color w:val="000000"/>
                <w:sz w:val="20"/>
                <w:szCs w:val="20"/>
              </w:rPr>
            </w:pPr>
          </w:p>
        </w:tc>
        <w:tc>
          <w:tcPr>
            <w:tcW w:w="97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2A3F975"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b/>
                <w:color w:val="000000"/>
                <w:sz w:val="20"/>
                <w:szCs w:val="20"/>
              </w:rPr>
            </w:pPr>
          </w:p>
        </w:tc>
      </w:tr>
      <w:tr w:rsidR="00630527" w:rsidRPr="001A2E38" w14:paraId="3755A0FB" w14:textId="77777777" w:rsidTr="00865DCD">
        <w:trPr>
          <w:jc w:val="center"/>
        </w:trPr>
        <w:tc>
          <w:tcPr>
            <w:tcW w:w="173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EF5ABA5"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CRP</w:t>
            </w: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1C69DA8"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0.373</w:t>
            </w: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B9AD8CC"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0.345</w:t>
            </w: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E7BEEBE"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0.401</w:t>
            </w:r>
          </w:p>
        </w:tc>
        <w:tc>
          <w:tcPr>
            <w:tcW w:w="62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382B755"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&lt;0.001</w:t>
            </w:r>
          </w:p>
        </w:tc>
        <w:tc>
          <w:tcPr>
            <w:tcW w:w="97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8BFF638"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&lt;0.001</w:t>
            </w:r>
          </w:p>
        </w:tc>
      </w:tr>
      <w:tr w:rsidR="00630527" w:rsidRPr="001A2E38" w14:paraId="39D4BB51" w14:textId="77777777" w:rsidTr="00865DCD">
        <w:trPr>
          <w:jc w:val="center"/>
        </w:trPr>
        <w:tc>
          <w:tcPr>
            <w:tcW w:w="173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B0D8078"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WBC</w:t>
            </w: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00659C8"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0.173</w:t>
            </w: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EAF0D93"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0.161</w:t>
            </w: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CA8718E"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0.185</w:t>
            </w:r>
          </w:p>
        </w:tc>
        <w:tc>
          <w:tcPr>
            <w:tcW w:w="62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5194214"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&lt;0.001</w:t>
            </w:r>
          </w:p>
        </w:tc>
        <w:tc>
          <w:tcPr>
            <w:tcW w:w="97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508B357"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&lt;0.001</w:t>
            </w:r>
          </w:p>
        </w:tc>
      </w:tr>
      <w:tr w:rsidR="00630527" w:rsidRPr="001A2E38" w14:paraId="5A3F95FF" w14:textId="77777777" w:rsidTr="00865DCD">
        <w:trPr>
          <w:jc w:val="center"/>
        </w:trPr>
        <w:tc>
          <w:tcPr>
            <w:tcW w:w="173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122DA6F"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PLT</w:t>
            </w: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1229D28"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3.247</w:t>
            </w: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7F3D049"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2.891</w:t>
            </w: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F8A68AB"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3.602</w:t>
            </w:r>
          </w:p>
        </w:tc>
        <w:tc>
          <w:tcPr>
            <w:tcW w:w="62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BDE5465"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&lt;0.001</w:t>
            </w:r>
          </w:p>
        </w:tc>
        <w:tc>
          <w:tcPr>
            <w:tcW w:w="97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B586C4E"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&lt;0.001</w:t>
            </w:r>
          </w:p>
        </w:tc>
      </w:tr>
      <w:tr w:rsidR="00630527" w:rsidRPr="001A2E38" w14:paraId="3273FC8B" w14:textId="77777777" w:rsidTr="00865DCD">
        <w:trPr>
          <w:jc w:val="center"/>
        </w:trPr>
        <w:tc>
          <w:tcPr>
            <w:tcW w:w="173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46A312D"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Lymphocyte</w:t>
            </w: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8ED6783"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0.047</w:t>
            </w: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6A8D01A"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0.040</w:t>
            </w: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544422C"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0.054</w:t>
            </w:r>
          </w:p>
        </w:tc>
        <w:tc>
          <w:tcPr>
            <w:tcW w:w="62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6AB6BD4"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&lt;0.001</w:t>
            </w:r>
          </w:p>
        </w:tc>
        <w:tc>
          <w:tcPr>
            <w:tcW w:w="97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9544F52"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&lt;0.001</w:t>
            </w:r>
          </w:p>
        </w:tc>
      </w:tr>
      <w:tr w:rsidR="00630527" w:rsidRPr="001A2E38" w14:paraId="2E3D02DC" w14:textId="77777777" w:rsidTr="00865DCD">
        <w:trPr>
          <w:jc w:val="center"/>
        </w:trPr>
        <w:tc>
          <w:tcPr>
            <w:tcW w:w="173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6AC2ECC"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Monocyte</w:t>
            </w: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68C1AD5"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0.004</w:t>
            </w: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7EE253C"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0.002</w:t>
            </w: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617500E"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0.005</w:t>
            </w:r>
          </w:p>
        </w:tc>
        <w:tc>
          <w:tcPr>
            <w:tcW w:w="62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766FA16"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&lt;0.001</w:t>
            </w:r>
          </w:p>
        </w:tc>
        <w:tc>
          <w:tcPr>
            <w:tcW w:w="97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494DF08"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&lt;0.001</w:t>
            </w:r>
          </w:p>
        </w:tc>
      </w:tr>
      <w:tr w:rsidR="00630527" w:rsidRPr="001A2E38" w14:paraId="0B6711AC" w14:textId="77777777" w:rsidTr="00865DCD">
        <w:trPr>
          <w:jc w:val="center"/>
        </w:trPr>
        <w:tc>
          <w:tcPr>
            <w:tcW w:w="173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5A37A4D"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Neutrophil</w:t>
            </w: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B97C7A6"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0.116</w:t>
            </w: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8D2DF88"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0.108</w:t>
            </w: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CD62F09"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0.125</w:t>
            </w:r>
          </w:p>
        </w:tc>
        <w:tc>
          <w:tcPr>
            <w:tcW w:w="62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FD742CF"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&lt;0.001</w:t>
            </w:r>
          </w:p>
        </w:tc>
        <w:tc>
          <w:tcPr>
            <w:tcW w:w="97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02AF78A"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&lt;0.001</w:t>
            </w:r>
          </w:p>
        </w:tc>
      </w:tr>
      <w:tr w:rsidR="00630527" w:rsidRPr="001A2E38" w14:paraId="0A57FB22" w14:textId="77777777" w:rsidTr="00865DCD">
        <w:trPr>
          <w:jc w:val="center"/>
        </w:trPr>
        <w:tc>
          <w:tcPr>
            <w:tcW w:w="173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C1DB13B"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Eosinophil</w:t>
            </w: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A24D9B2"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0.005</w:t>
            </w: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2C0783B"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0.004</w:t>
            </w: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CD137F7"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0.005</w:t>
            </w:r>
          </w:p>
        </w:tc>
        <w:tc>
          <w:tcPr>
            <w:tcW w:w="62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15CD1FB"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&lt;0.001</w:t>
            </w:r>
          </w:p>
        </w:tc>
        <w:tc>
          <w:tcPr>
            <w:tcW w:w="97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0F03618"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&lt;0.001</w:t>
            </w:r>
          </w:p>
        </w:tc>
      </w:tr>
      <w:tr w:rsidR="00630527" w:rsidRPr="001A2E38" w14:paraId="3EE76DEA" w14:textId="77777777" w:rsidTr="00865DCD">
        <w:trPr>
          <w:jc w:val="center"/>
        </w:trPr>
        <w:tc>
          <w:tcPr>
            <w:tcW w:w="173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C49F49B"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Basophil</w:t>
            </w: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C39D36B"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0.001</w:t>
            </w: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170AC7B"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0.001</w:t>
            </w: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A95A0DB"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0.001</w:t>
            </w:r>
          </w:p>
        </w:tc>
        <w:tc>
          <w:tcPr>
            <w:tcW w:w="62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948D7EA"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&lt;0.001</w:t>
            </w:r>
          </w:p>
        </w:tc>
        <w:tc>
          <w:tcPr>
            <w:tcW w:w="97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A8FEF98"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&lt;0.001</w:t>
            </w:r>
          </w:p>
        </w:tc>
      </w:tr>
      <w:tr w:rsidR="00630527" w:rsidRPr="001A2E38" w14:paraId="5337EFF1" w14:textId="77777777" w:rsidTr="00865DCD">
        <w:trPr>
          <w:jc w:val="center"/>
        </w:trPr>
        <w:tc>
          <w:tcPr>
            <w:tcW w:w="173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F707FBA"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rPr>
                <w:rFonts w:ascii="Times New Roman" w:eastAsia="Arial" w:hAnsi="Times New Roman" w:cs="Times New Roman"/>
                <w:b/>
                <w:color w:val="000000"/>
                <w:sz w:val="20"/>
                <w:szCs w:val="20"/>
              </w:rPr>
            </w:pPr>
            <w:r w:rsidRPr="001A2E38">
              <w:rPr>
                <w:rFonts w:ascii="Times New Roman" w:eastAsia="Arial" w:hAnsi="Times New Roman" w:cs="Times New Roman"/>
                <w:b/>
                <w:color w:val="000000"/>
                <w:sz w:val="20"/>
                <w:szCs w:val="20"/>
              </w:rPr>
              <w:t>Metabolic</w:t>
            </w: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9E0D49E"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b/>
                <w:color w:val="000000"/>
                <w:sz w:val="20"/>
                <w:szCs w:val="20"/>
              </w:rPr>
            </w:pP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1498744"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b/>
                <w:color w:val="000000"/>
                <w:sz w:val="20"/>
                <w:szCs w:val="20"/>
              </w:rPr>
            </w:pP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CD71BAF"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b/>
                <w:color w:val="000000"/>
                <w:sz w:val="20"/>
                <w:szCs w:val="20"/>
              </w:rPr>
            </w:pPr>
          </w:p>
        </w:tc>
        <w:tc>
          <w:tcPr>
            <w:tcW w:w="62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34DFC91"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b/>
                <w:color w:val="000000"/>
                <w:sz w:val="20"/>
                <w:szCs w:val="20"/>
              </w:rPr>
            </w:pPr>
          </w:p>
        </w:tc>
        <w:tc>
          <w:tcPr>
            <w:tcW w:w="97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1DF010C"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b/>
                <w:color w:val="000000"/>
                <w:sz w:val="20"/>
                <w:szCs w:val="20"/>
              </w:rPr>
            </w:pPr>
          </w:p>
        </w:tc>
      </w:tr>
      <w:tr w:rsidR="00630527" w:rsidRPr="001A2E38" w14:paraId="6048945A" w14:textId="77777777" w:rsidTr="00865DCD">
        <w:trPr>
          <w:jc w:val="center"/>
        </w:trPr>
        <w:tc>
          <w:tcPr>
            <w:tcW w:w="173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3FCCE70"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ApoA</w:t>
            </w: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4886904"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-0.068</w:t>
            </w: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0319F7C"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-0.069</w:t>
            </w: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AC03A81"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-0.067</w:t>
            </w:r>
          </w:p>
        </w:tc>
        <w:tc>
          <w:tcPr>
            <w:tcW w:w="62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B913443"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&lt;0.001</w:t>
            </w:r>
          </w:p>
        </w:tc>
        <w:tc>
          <w:tcPr>
            <w:tcW w:w="97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C8EE089"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&lt;0.001</w:t>
            </w:r>
          </w:p>
        </w:tc>
      </w:tr>
      <w:tr w:rsidR="00630527" w:rsidRPr="001A2E38" w14:paraId="64AB35A5" w14:textId="77777777" w:rsidTr="00865DCD">
        <w:trPr>
          <w:jc w:val="center"/>
        </w:trPr>
        <w:tc>
          <w:tcPr>
            <w:tcW w:w="173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B701D75"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ApoB</w:t>
            </w: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726E665"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0.082</w:t>
            </w: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A61A92E"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0.081</w:t>
            </w: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FA4002E"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0.084</w:t>
            </w:r>
          </w:p>
        </w:tc>
        <w:tc>
          <w:tcPr>
            <w:tcW w:w="62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1A7E6F0"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&lt;0.001</w:t>
            </w:r>
          </w:p>
        </w:tc>
        <w:tc>
          <w:tcPr>
            <w:tcW w:w="97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1535330"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&lt;0.001</w:t>
            </w:r>
          </w:p>
        </w:tc>
      </w:tr>
      <w:tr w:rsidR="00630527" w:rsidRPr="001A2E38" w14:paraId="24C37BA4" w14:textId="77777777" w:rsidTr="00865DCD">
        <w:trPr>
          <w:jc w:val="center"/>
        </w:trPr>
        <w:tc>
          <w:tcPr>
            <w:tcW w:w="173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735F9A6"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HbA1c</w:t>
            </w: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CB70EB4"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2.206</w:t>
            </w: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5BBC81C"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2.167</w:t>
            </w: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FF8C744"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2.246</w:t>
            </w:r>
          </w:p>
        </w:tc>
        <w:tc>
          <w:tcPr>
            <w:tcW w:w="62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6016787"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&lt;0.001</w:t>
            </w:r>
          </w:p>
        </w:tc>
        <w:tc>
          <w:tcPr>
            <w:tcW w:w="97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EED6834"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&lt;0.001</w:t>
            </w:r>
          </w:p>
        </w:tc>
      </w:tr>
      <w:tr w:rsidR="00630527" w:rsidRPr="001A2E38" w14:paraId="598189A5" w14:textId="77777777" w:rsidTr="00865DCD">
        <w:trPr>
          <w:jc w:val="center"/>
        </w:trPr>
        <w:tc>
          <w:tcPr>
            <w:tcW w:w="173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A6B19DE"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LDL-C</w:t>
            </w: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9CC4AF0"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0.242</w:t>
            </w: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D63CB9B"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0.237</w:t>
            </w: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886BADE"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0.247</w:t>
            </w:r>
          </w:p>
        </w:tc>
        <w:tc>
          <w:tcPr>
            <w:tcW w:w="62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3BBD462"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&lt;0.001</w:t>
            </w:r>
          </w:p>
        </w:tc>
        <w:tc>
          <w:tcPr>
            <w:tcW w:w="97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7CF5F23"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&lt;0.001</w:t>
            </w:r>
          </w:p>
        </w:tc>
      </w:tr>
      <w:tr w:rsidR="00630527" w:rsidRPr="001A2E38" w14:paraId="21F0516F" w14:textId="77777777" w:rsidTr="00865DCD">
        <w:trPr>
          <w:jc w:val="center"/>
        </w:trPr>
        <w:tc>
          <w:tcPr>
            <w:tcW w:w="173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98A672A"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IGF-1</w:t>
            </w: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DA4A980"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-0.525</w:t>
            </w: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10754EA"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-0.559</w:t>
            </w: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1515E70"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-0.492</w:t>
            </w:r>
          </w:p>
        </w:tc>
        <w:tc>
          <w:tcPr>
            <w:tcW w:w="62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9A0C8D4"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&lt;0.001</w:t>
            </w:r>
          </w:p>
        </w:tc>
        <w:tc>
          <w:tcPr>
            <w:tcW w:w="97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8453433"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&lt;0.001</w:t>
            </w:r>
          </w:p>
        </w:tc>
      </w:tr>
      <w:tr w:rsidR="00630527" w:rsidRPr="001A2E38" w14:paraId="4A2C987F" w14:textId="77777777" w:rsidTr="00865DCD">
        <w:trPr>
          <w:jc w:val="center"/>
        </w:trPr>
        <w:tc>
          <w:tcPr>
            <w:tcW w:w="173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B70DF0D"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Lp(a)</w:t>
            </w: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429B363"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-0.096</w:t>
            </w: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ED3C99C"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-0.428</w:t>
            </w: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DEA4E0B"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0.236</w:t>
            </w:r>
          </w:p>
        </w:tc>
        <w:tc>
          <w:tcPr>
            <w:tcW w:w="62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0C0FD2D"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0.570</w:t>
            </w:r>
          </w:p>
        </w:tc>
        <w:tc>
          <w:tcPr>
            <w:tcW w:w="97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6BD6085"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0.577</w:t>
            </w:r>
          </w:p>
        </w:tc>
      </w:tr>
      <w:tr w:rsidR="00630527" w:rsidRPr="001A2E38" w14:paraId="6BB223C2" w14:textId="77777777" w:rsidTr="00865DCD">
        <w:trPr>
          <w:jc w:val="center"/>
        </w:trPr>
        <w:tc>
          <w:tcPr>
            <w:tcW w:w="173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BE3133C"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SBP</w:t>
            </w: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165A922"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1.037</w:t>
            </w: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4164A00"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0.926</w:t>
            </w:r>
          </w:p>
        </w:tc>
        <w:tc>
          <w:tcPr>
            <w:tcW w:w="5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621DB3D"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1.148</w:t>
            </w:r>
          </w:p>
        </w:tc>
        <w:tc>
          <w:tcPr>
            <w:tcW w:w="62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BE46297"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&lt;0.001</w:t>
            </w:r>
          </w:p>
        </w:tc>
        <w:tc>
          <w:tcPr>
            <w:tcW w:w="97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3A713DE"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&lt;0.001</w:t>
            </w:r>
          </w:p>
        </w:tc>
      </w:tr>
      <w:tr w:rsidR="00630527" w:rsidRPr="001A2E38" w14:paraId="1AF41BA8" w14:textId="77777777" w:rsidTr="00865DCD">
        <w:trPr>
          <w:jc w:val="center"/>
        </w:trPr>
        <w:tc>
          <w:tcPr>
            <w:tcW w:w="1731" w:type="pct"/>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2C12A9E9"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DBP</w:t>
            </w:r>
          </w:p>
        </w:tc>
        <w:tc>
          <w:tcPr>
            <w:tcW w:w="559" w:type="pct"/>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630D20CA"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0.421</w:t>
            </w:r>
          </w:p>
        </w:tc>
        <w:tc>
          <w:tcPr>
            <w:tcW w:w="559" w:type="pct"/>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09AFDAB9"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0.358</w:t>
            </w:r>
          </w:p>
        </w:tc>
        <w:tc>
          <w:tcPr>
            <w:tcW w:w="559" w:type="pct"/>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3A66AFEB"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0.484</w:t>
            </w:r>
          </w:p>
        </w:tc>
        <w:tc>
          <w:tcPr>
            <w:tcW w:w="622" w:type="pct"/>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10779381"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&lt;0.001</w:t>
            </w:r>
          </w:p>
        </w:tc>
        <w:tc>
          <w:tcPr>
            <w:tcW w:w="970" w:type="pct"/>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56627A21" w14:textId="77777777" w:rsidR="00630527" w:rsidRPr="001A2E38" w:rsidRDefault="00630527"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&lt;0.001</w:t>
            </w:r>
          </w:p>
        </w:tc>
      </w:tr>
    </w:tbl>
    <w:p w14:paraId="27922236" w14:textId="7D582D20" w:rsidR="00984C07" w:rsidRPr="001A2E38" w:rsidRDefault="00865DCD" w:rsidP="005E1D6F">
      <w:pPr>
        <w:spacing w:line="240" w:lineRule="auto"/>
        <w:contextualSpacing/>
        <w:rPr>
          <w:rFonts w:ascii="Times New Roman" w:hAnsi="Times New Roman" w:cs="Times New Roman"/>
          <w:sz w:val="20"/>
          <w:szCs w:val="20"/>
        </w:rPr>
      </w:pPr>
      <w:r w:rsidRPr="001A2E38">
        <w:rPr>
          <w:rFonts w:ascii="Times New Roman" w:hAnsi="Times New Roman" w:cs="Times New Roman"/>
          <w:sz w:val="20"/>
          <w:szCs w:val="20"/>
        </w:rPr>
        <w:lastRenderedPageBreak/>
        <w:t>Linear regression models were used to estimate the associations between CHG-related indices (per 1-SD increase) and candidate mediators.</w:t>
      </w:r>
      <w:r w:rsidR="00984C07" w:rsidRPr="001A2E38">
        <w:rPr>
          <w:rFonts w:ascii="Times New Roman" w:hAnsi="Times New Roman" w:cs="Times New Roman"/>
          <w:sz w:val="20"/>
          <w:szCs w:val="20"/>
        </w:rPr>
        <w:t xml:space="preserve"> Models were adjusted for </w:t>
      </w:r>
      <w:r w:rsidR="00DF4840" w:rsidRPr="001A2E38">
        <w:rPr>
          <w:rFonts w:ascii="Times New Roman" w:hAnsi="Times New Roman" w:cs="Times New Roman"/>
          <w:sz w:val="20"/>
          <w:szCs w:val="20"/>
        </w:rPr>
        <w:t xml:space="preserve">age, sex, ethnicity, employment status, educational levels, Townsend deprivation index, frequency of drinking, smoking status, sleep duration, physical activity, sedentary </w:t>
      </w:r>
      <w:r w:rsidR="00256670" w:rsidRPr="001A2E38">
        <w:rPr>
          <w:rFonts w:ascii="Times New Roman" w:hAnsi="Times New Roman" w:cs="Times New Roman"/>
          <w:sz w:val="20"/>
          <w:szCs w:val="20"/>
        </w:rPr>
        <w:t>behavior</w:t>
      </w:r>
      <w:r w:rsidR="00DF4840" w:rsidRPr="001A2E38">
        <w:rPr>
          <w:rFonts w:ascii="Times New Roman" w:hAnsi="Times New Roman" w:cs="Times New Roman"/>
          <w:sz w:val="20"/>
          <w:szCs w:val="20"/>
        </w:rPr>
        <w:t>, and family history of cardiometabolic disease.</w:t>
      </w:r>
    </w:p>
    <w:p w14:paraId="50B03169" w14:textId="77965F06" w:rsidR="00037936" w:rsidRPr="001A2E38" w:rsidRDefault="008D006D" w:rsidP="005E1D6F">
      <w:pPr>
        <w:spacing w:line="240" w:lineRule="auto"/>
        <w:contextualSpacing/>
        <w:rPr>
          <w:rFonts w:ascii="Times New Roman" w:hAnsi="Times New Roman" w:cs="Times New Roman"/>
          <w:sz w:val="20"/>
          <w:szCs w:val="20"/>
        </w:rPr>
        <w:sectPr w:rsidR="00037936" w:rsidRPr="001A2E38" w:rsidSect="00FE3790">
          <w:pgSz w:w="16838" w:h="11906" w:orient="landscape"/>
          <w:pgMar w:top="1797" w:right="1440" w:bottom="1797" w:left="1440" w:header="851" w:footer="992" w:gutter="0"/>
          <w:cols w:space="425"/>
          <w:docGrid w:type="linesAndChars" w:linePitch="312"/>
        </w:sectPr>
      </w:pPr>
      <w:r w:rsidRPr="001A2E38">
        <w:rPr>
          <w:rFonts w:ascii="Times New Roman" w:hAnsi="Times New Roman" w:cs="Times New Roman"/>
          <w:i/>
          <w:iCs/>
          <w:sz w:val="20"/>
          <w:szCs w:val="20"/>
        </w:rPr>
        <w:t xml:space="preserve">Abbreviations: </w:t>
      </w:r>
      <w:r w:rsidR="00E81078" w:rsidRPr="001A2E38">
        <w:rPr>
          <w:rFonts w:ascii="Times New Roman" w:hAnsi="Times New Roman" w:cs="Times New Roman"/>
          <w:sz w:val="20"/>
          <w:szCs w:val="20"/>
        </w:rPr>
        <w:t>CMM, cardiometabolic multimorbidity; CHG, cholesterol-high-density lipoprotein-glucose index; BMI, body mass index; WC, waist circumference; WHtR, waist-to-height ratio; BRI, body roundness index; ABSI, a body shape index; VAI, visceral adiposity index; WWI, weight-adjusted waist index; ALP, alkaline phosphatase; ALT, alanine aminotransferase; AST, aspartate aminotransferase; GGT, gamma-glutamyltransferase; TBIL, total bilirubin; TP, total protein; CRP, C-reactive protein; WBC, white blood cell count; PLT, platelet count; ApoA, apolipoprotein A; ApoB, apolipoprotein B; HbA1c, glycated hemoglobin; LDL-C, low-density lipoprotein cholesterol; IGF-1, insulin-like growth factor 1; Lp(a), lipoprotein(a); SBP, systolic blood pressure; DBP, diastolic blood pressure; SD, standard deviation; Q1, first quartile; Q3, third quartile; HR, hazard ratio; CI, confidence interval; FDR, false discovery rate</w:t>
      </w:r>
      <w:r w:rsidR="00750CE6" w:rsidRPr="001A2E38">
        <w:rPr>
          <w:rFonts w:ascii="Times New Roman" w:hAnsi="Times New Roman" w:cs="Times New Roman"/>
          <w:sz w:val="20"/>
          <w:szCs w:val="20"/>
        </w:rPr>
        <w:t>.</w:t>
      </w:r>
    </w:p>
    <w:p w14:paraId="50AF1D19" w14:textId="5ABE1D15" w:rsidR="000B67AE" w:rsidRPr="001A2E38" w:rsidRDefault="003D689C" w:rsidP="0065294A">
      <w:pPr>
        <w:pStyle w:val="a"/>
      </w:pPr>
      <w:bookmarkStart w:id="19" w:name="_Toc232530170"/>
      <w:bookmarkStart w:id="20" w:name="_Toc236834800"/>
      <w:bookmarkStart w:id="21" w:name="OLE_LINK3"/>
      <w:r w:rsidRPr="001A2E38">
        <w:lastRenderedPageBreak/>
        <w:t>Table S</w:t>
      </w:r>
      <w:r w:rsidR="0065294A" w:rsidRPr="001A2E38">
        <w:rPr>
          <w:rFonts w:eastAsiaTheme="minorEastAsia" w:hint="eastAsia"/>
        </w:rPr>
        <w:t>10</w:t>
      </w:r>
      <w:r w:rsidRPr="001A2E38">
        <w:t xml:space="preserve">. Association between </w:t>
      </w:r>
      <w:r w:rsidR="00970926" w:rsidRPr="001A2E38">
        <w:rPr>
          <w:rFonts w:eastAsiaTheme="minorEastAsia"/>
        </w:rPr>
        <w:t>selected biomarkers</w:t>
      </w:r>
      <w:r w:rsidRPr="001A2E38">
        <w:t xml:space="preserve"> and risk of cardiometabolic multimorbidity.</w:t>
      </w:r>
      <w:bookmarkEnd w:id="19"/>
      <w:bookmarkEnd w:id="20"/>
    </w:p>
    <w:tbl>
      <w:tblPr>
        <w:tblW w:w="0" w:type="auto"/>
        <w:jc w:val="center"/>
        <w:tblLook w:val="0420" w:firstRow="1" w:lastRow="0" w:firstColumn="0" w:lastColumn="0" w:noHBand="0" w:noVBand="1"/>
      </w:tblPr>
      <w:tblGrid>
        <w:gridCol w:w="2041"/>
        <w:gridCol w:w="530"/>
        <w:gridCol w:w="530"/>
        <w:gridCol w:w="530"/>
        <w:gridCol w:w="708"/>
        <w:gridCol w:w="1162"/>
      </w:tblGrid>
      <w:tr w:rsidR="005E1D6F" w:rsidRPr="001A2E38" w14:paraId="5B693B87" w14:textId="77777777" w:rsidTr="00322E8A">
        <w:trPr>
          <w:tblHeader/>
          <w:jc w:val="center"/>
        </w:trPr>
        <w:tc>
          <w:tcPr>
            <w:tcW w:w="0" w:type="auto"/>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61CC5211" w14:textId="77777777" w:rsidR="005E1D6F" w:rsidRPr="001A2E38" w:rsidRDefault="005E1D6F"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rPr>
                <w:rFonts w:ascii="Times New Roman" w:eastAsia="Arial" w:hAnsi="Times New Roman" w:cs="Times New Roman"/>
                <w:b/>
                <w:color w:val="000000"/>
                <w:sz w:val="20"/>
                <w:szCs w:val="20"/>
              </w:rPr>
            </w:pPr>
            <w:r w:rsidRPr="001A2E38">
              <w:rPr>
                <w:rFonts w:ascii="Times New Roman" w:eastAsia="Arial" w:hAnsi="Times New Roman" w:cs="Times New Roman"/>
                <w:b/>
                <w:color w:val="000000"/>
                <w:sz w:val="20"/>
                <w:szCs w:val="20"/>
              </w:rPr>
              <w:t>Mediators</w:t>
            </w:r>
          </w:p>
        </w:tc>
        <w:tc>
          <w:tcPr>
            <w:tcW w:w="0" w:type="auto"/>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7675328F" w14:textId="77777777" w:rsidR="005E1D6F" w:rsidRPr="001A2E38" w:rsidRDefault="005E1D6F"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b/>
                <w:color w:val="000000"/>
                <w:sz w:val="20"/>
                <w:szCs w:val="20"/>
              </w:rPr>
            </w:pPr>
            <w:r w:rsidRPr="001A2E38">
              <w:rPr>
                <w:rFonts w:ascii="Times New Roman" w:eastAsia="Arial" w:hAnsi="Times New Roman" w:cs="Times New Roman"/>
                <w:b/>
                <w:color w:val="000000"/>
                <w:sz w:val="20"/>
                <w:szCs w:val="20"/>
              </w:rPr>
              <w:t>HR</w:t>
            </w:r>
          </w:p>
        </w:tc>
        <w:tc>
          <w:tcPr>
            <w:tcW w:w="0" w:type="auto"/>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092196BB" w14:textId="77777777" w:rsidR="005E1D6F" w:rsidRPr="001A2E38" w:rsidRDefault="005E1D6F"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b/>
                <w:color w:val="000000"/>
                <w:sz w:val="20"/>
                <w:szCs w:val="20"/>
              </w:rPr>
            </w:pPr>
            <w:r w:rsidRPr="001A2E38">
              <w:rPr>
                <w:rFonts w:ascii="Times New Roman" w:eastAsia="Arial" w:hAnsi="Times New Roman" w:cs="Times New Roman"/>
                <w:b/>
                <w:color w:val="000000"/>
                <w:sz w:val="20"/>
                <w:szCs w:val="20"/>
              </w:rPr>
              <w:t>Low</w:t>
            </w:r>
          </w:p>
        </w:tc>
        <w:tc>
          <w:tcPr>
            <w:tcW w:w="0" w:type="auto"/>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68A0444B" w14:textId="77777777" w:rsidR="005E1D6F" w:rsidRPr="001A2E38" w:rsidRDefault="005E1D6F"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b/>
                <w:color w:val="000000"/>
                <w:sz w:val="20"/>
                <w:szCs w:val="20"/>
              </w:rPr>
            </w:pPr>
            <w:r w:rsidRPr="001A2E38">
              <w:rPr>
                <w:rFonts w:ascii="Times New Roman" w:eastAsia="Arial" w:hAnsi="Times New Roman" w:cs="Times New Roman"/>
                <w:b/>
                <w:color w:val="000000"/>
                <w:sz w:val="20"/>
                <w:szCs w:val="20"/>
              </w:rPr>
              <w:t>High</w:t>
            </w:r>
          </w:p>
        </w:tc>
        <w:tc>
          <w:tcPr>
            <w:tcW w:w="0" w:type="auto"/>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6768F292" w14:textId="77777777" w:rsidR="005E1D6F" w:rsidRPr="001A2E38" w:rsidRDefault="005E1D6F"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b/>
                <w:color w:val="000000"/>
                <w:sz w:val="20"/>
                <w:szCs w:val="20"/>
              </w:rPr>
            </w:pPr>
            <w:r w:rsidRPr="001A2E38">
              <w:rPr>
                <w:rFonts w:ascii="Times New Roman" w:eastAsia="Arial" w:hAnsi="Times New Roman" w:cs="Times New Roman"/>
                <w:b/>
                <w:i/>
                <w:iCs/>
                <w:color w:val="000000"/>
                <w:sz w:val="20"/>
                <w:szCs w:val="20"/>
              </w:rPr>
              <w:t>P</w:t>
            </w:r>
            <w:r w:rsidRPr="001A2E38">
              <w:rPr>
                <w:rFonts w:ascii="Times New Roman" w:eastAsia="Arial" w:hAnsi="Times New Roman" w:cs="Times New Roman"/>
                <w:b/>
                <w:color w:val="000000"/>
                <w:sz w:val="20"/>
                <w:szCs w:val="20"/>
              </w:rPr>
              <w:t xml:space="preserve"> value</w:t>
            </w:r>
          </w:p>
        </w:tc>
        <w:tc>
          <w:tcPr>
            <w:tcW w:w="0" w:type="auto"/>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402EB882" w14:textId="77777777" w:rsidR="005E1D6F" w:rsidRPr="001A2E38" w:rsidRDefault="005E1D6F"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b/>
                <w:color w:val="000000"/>
                <w:sz w:val="20"/>
                <w:szCs w:val="20"/>
              </w:rPr>
            </w:pPr>
            <w:r w:rsidRPr="001A2E38">
              <w:rPr>
                <w:rFonts w:ascii="Times New Roman" w:eastAsia="Arial" w:hAnsi="Times New Roman" w:cs="Times New Roman"/>
                <w:b/>
                <w:color w:val="000000"/>
                <w:sz w:val="20"/>
                <w:szCs w:val="20"/>
              </w:rPr>
              <w:t xml:space="preserve">FDR </w:t>
            </w:r>
            <w:r w:rsidRPr="001A2E38">
              <w:rPr>
                <w:rFonts w:ascii="Times New Roman" w:eastAsia="Arial" w:hAnsi="Times New Roman" w:cs="Times New Roman"/>
                <w:b/>
                <w:i/>
                <w:iCs/>
                <w:color w:val="000000"/>
                <w:sz w:val="20"/>
                <w:szCs w:val="20"/>
              </w:rPr>
              <w:t xml:space="preserve">P </w:t>
            </w:r>
            <w:r w:rsidRPr="001A2E38">
              <w:rPr>
                <w:rFonts w:ascii="Times New Roman" w:eastAsia="Arial" w:hAnsi="Times New Roman" w:cs="Times New Roman"/>
                <w:b/>
                <w:color w:val="000000"/>
                <w:sz w:val="20"/>
                <w:szCs w:val="20"/>
              </w:rPr>
              <w:t>value</w:t>
            </w:r>
          </w:p>
        </w:tc>
      </w:tr>
      <w:tr w:rsidR="005E1D6F" w:rsidRPr="001A2E38" w14:paraId="26CA7CF6" w14:textId="77777777" w:rsidTr="00322E8A">
        <w:trPr>
          <w:jc w:val="center"/>
        </w:trPr>
        <w:tc>
          <w:tcPr>
            <w:tcW w:w="0" w:type="auto"/>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F1D7DE3" w14:textId="77777777" w:rsidR="005E1D6F" w:rsidRPr="001A2E38" w:rsidRDefault="005E1D6F"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rPr>
                <w:rFonts w:ascii="Times New Roman" w:eastAsia="Arial" w:hAnsi="Times New Roman" w:cs="Times New Roman"/>
                <w:b/>
                <w:color w:val="000000"/>
                <w:sz w:val="20"/>
                <w:szCs w:val="20"/>
              </w:rPr>
            </w:pPr>
            <w:r w:rsidRPr="001A2E38">
              <w:rPr>
                <w:rFonts w:ascii="Times New Roman" w:eastAsia="Arial" w:hAnsi="Times New Roman" w:cs="Times New Roman"/>
                <w:b/>
                <w:color w:val="000000"/>
                <w:sz w:val="20"/>
                <w:szCs w:val="20"/>
              </w:rPr>
              <w:t>Liver function</w:t>
            </w:r>
          </w:p>
        </w:tc>
        <w:tc>
          <w:tcPr>
            <w:tcW w:w="0" w:type="auto"/>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973511E" w14:textId="77777777" w:rsidR="005E1D6F" w:rsidRPr="001A2E38" w:rsidRDefault="005E1D6F"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b/>
                <w:color w:val="000000"/>
                <w:sz w:val="20"/>
                <w:szCs w:val="20"/>
              </w:rPr>
            </w:pPr>
          </w:p>
        </w:tc>
        <w:tc>
          <w:tcPr>
            <w:tcW w:w="0" w:type="auto"/>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7FBDC11" w14:textId="77777777" w:rsidR="005E1D6F" w:rsidRPr="001A2E38" w:rsidRDefault="005E1D6F"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b/>
                <w:color w:val="000000"/>
                <w:sz w:val="20"/>
                <w:szCs w:val="20"/>
              </w:rPr>
            </w:pPr>
          </w:p>
        </w:tc>
        <w:tc>
          <w:tcPr>
            <w:tcW w:w="0" w:type="auto"/>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4364ECB" w14:textId="77777777" w:rsidR="005E1D6F" w:rsidRPr="001A2E38" w:rsidRDefault="005E1D6F"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b/>
                <w:color w:val="000000"/>
                <w:sz w:val="20"/>
                <w:szCs w:val="20"/>
              </w:rPr>
            </w:pPr>
          </w:p>
        </w:tc>
        <w:tc>
          <w:tcPr>
            <w:tcW w:w="0" w:type="auto"/>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2799AB0" w14:textId="77777777" w:rsidR="005E1D6F" w:rsidRPr="001A2E38" w:rsidRDefault="005E1D6F"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b/>
                <w:color w:val="000000"/>
                <w:sz w:val="20"/>
                <w:szCs w:val="20"/>
              </w:rPr>
            </w:pPr>
          </w:p>
        </w:tc>
        <w:tc>
          <w:tcPr>
            <w:tcW w:w="0" w:type="auto"/>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E301CB7" w14:textId="77777777" w:rsidR="005E1D6F" w:rsidRPr="001A2E38" w:rsidRDefault="005E1D6F"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b/>
                <w:color w:val="000000"/>
                <w:sz w:val="20"/>
                <w:szCs w:val="20"/>
              </w:rPr>
            </w:pPr>
          </w:p>
        </w:tc>
      </w:tr>
      <w:tr w:rsidR="005E1D6F" w:rsidRPr="001A2E38" w14:paraId="6F84C736" w14:textId="77777777" w:rsidTr="00322E8A">
        <w:trPr>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128B319" w14:textId="77777777" w:rsidR="005E1D6F" w:rsidRPr="001A2E38" w:rsidRDefault="005E1D6F"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Albumin</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16B95BB" w14:textId="77777777" w:rsidR="005E1D6F" w:rsidRPr="001A2E38" w:rsidRDefault="005E1D6F"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0.933</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75C03FF" w14:textId="77777777" w:rsidR="005E1D6F" w:rsidRPr="001A2E38" w:rsidRDefault="005E1D6F"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0.904</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012180B" w14:textId="77777777" w:rsidR="005E1D6F" w:rsidRPr="001A2E38" w:rsidRDefault="005E1D6F"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0.963</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1311FA3" w14:textId="77777777" w:rsidR="005E1D6F" w:rsidRPr="001A2E38" w:rsidRDefault="005E1D6F"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&lt;0.001</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497682F" w14:textId="77777777" w:rsidR="005E1D6F" w:rsidRPr="001A2E38" w:rsidRDefault="005E1D6F"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&lt;0.001</w:t>
            </w:r>
          </w:p>
        </w:tc>
      </w:tr>
      <w:tr w:rsidR="005E1D6F" w:rsidRPr="001A2E38" w14:paraId="1312ED85" w14:textId="77777777" w:rsidTr="00322E8A">
        <w:trPr>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3DB5149" w14:textId="77777777" w:rsidR="005E1D6F" w:rsidRPr="001A2E38" w:rsidRDefault="005E1D6F"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ALP</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FCA424D" w14:textId="77777777" w:rsidR="005E1D6F" w:rsidRPr="001A2E38" w:rsidRDefault="005E1D6F"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1.064</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D5E4337" w14:textId="77777777" w:rsidR="005E1D6F" w:rsidRPr="001A2E38" w:rsidRDefault="005E1D6F"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1.038</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4455426" w14:textId="77777777" w:rsidR="005E1D6F" w:rsidRPr="001A2E38" w:rsidRDefault="005E1D6F"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1.091</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2B9EE00" w14:textId="77777777" w:rsidR="005E1D6F" w:rsidRPr="001A2E38" w:rsidRDefault="005E1D6F"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&lt;0.001</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1EC58AE" w14:textId="77777777" w:rsidR="005E1D6F" w:rsidRPr="001A2E38" w:rsidRDefault="005E1D6F"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&lt;0.001</w:t>
            </w:r>
          </w:p>
        </w:tc>
      </w:tr>
      <w:tr w:rsidR="005E1D6F" w:rsidRPr="001A2E38" w14:paraId="7C974EC8" w14:textId="77777777" w:rsidTr="00322E8A">
        <w:trPr>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82EC6C8" w14:textId="77777777" w:rsidR="005E1D6F" w:rsidRPr="001A2E38" w:rsidRDefault="005E1D6F"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ALT</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58CBABB" w14:textId="77777777" w:rsidR="005E1D6F" w:rsidRPr="001A2E38" w:rsidRDefault="005E1D6F"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1.136</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2E443C4" w14:textId="77777777" w:rsidR="005E1D6F" w:rsidRPr="001A2E38" w:rsidRDefault="005E1D6F"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1.115</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A089A03" w14:textId="77777777" w:rsidR="005E1D6F" w:rsidRPr="001A2E38" w:rsidRDefault="005E1D6F"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1.158</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7091677" w14:textId="77777777" w:rsidR="005E1D6F" w:rsidRPr="001A2E38" w:rsidRDefault="005E1D6F"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&lt;0.001</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2AFC7F9" w14:textId="77777777" w:rsidR="005E1D6F" w:rsidRPr="001A2E38" w:rsidRDefault="005E1D6F"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&lt;0.001</w:t>
            </w:r>
          </w:p>
        </w:tc>
      </w:tr>
      <w:tr w:rsidR="005E1D6F" w:rsidRPr="001A2E38" w14:paraId="6C160E2A" w14:textId="77777777" w:rsidTr="00322E8A">
        <w:trPr>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3B638C1" w14:textId="77777777" w:rsidR="005E1D6F" w:rsidRPr="001A2E38" w:rsidRDefault="005E1D6F"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AST</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0AC25C0" w14:textId="77777777" w:rsidR="005E1D6F" w:rsidRPr="001A2E38" w:rsidRDefault="005E1D6F"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1.070</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730DDDD" w14:textId="77777777" w:rsidR="005E1D6F" w:rsidRPr="001A2E38" w:rsidRDefault="005E1D6F"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1.052</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8BC3A14" w14:textId="77777777" w:rsidR="005E1D6F" w:rsidRPr="001A2E38" w:rsidRDefault="005E1D6F"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1.089</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80D0675" w14:textId="77777777" w:rsidR="005E1D6F" w:rsidRPr="001A2E38" w:rsidRDefault="005E1D6F"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&lt;0.001</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6BD6D47" w14:textId="77777777" w:rsidR="005E1D6F" w:rsidRPr="001A2E38" w:rsidRDefault="005E1D6F"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&lt;0.001</w:t>
            </w:r>
          </w:p>
        </w:tc>
      </w:tr>
      <w:tr w:rsidR="005E1D6F" w:rsidRPr="001A2E38" w14:paraId="607D5F2E" w14:textId="77777777" w:rsidTr="00322E8A">
        <w:trPr>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52A4524" w14:textId="77777777" w:rsidR="005E1D6F" w:rsidRPr="001A2E38" w:rsidRDefault="005E1D6F"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GGT</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1AB2E7F" w14:textId="77777777" w:rsidR="005E1D6F" w:rsidRPr="001A2E38" w:rsidRDefault="005E1D6F"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1.101</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F23B5B8" w14:textId="77777777" w:rsidR="005E1D6F" w:rsidRPr="001A2E38" w:rsidRDefault="005E1D6F"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1.077</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7FF5027" w14:textId="77777777" w:rsidR="005E1D6F" w:rsidRPr="001A2E38" w:rsidRDefault="005E1D6F"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1.126</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8B2A8D5" w14:textId="77777777" w:rsidR="005E1D6F" w:rsidRPr="001A2E38" w:rsidRDefault="005E1D6F"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&lt;0.001</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903C3DA" w14:textId="77777777" w:rsidR="005E1D6F" w:rsidRPr="001A2E38" w:rsidRDefault="005E1D6F"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&lt;0.001</w:t>
            </w:r>
          </w:p>
        </w:tc>
      </w:tr>
      <w:tr w:rsidR="005E1D6F" w:rsidRPr="001A2E38" w14:paraId="27F849CF" w14:textId="77777777" w:rsidTr="00322E8A">
        <w:trPr>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4B95182" w14:textId="77777777" w:rsidR="005E1D6F" w:rsidRPr="001A2E38" w:rsidRDefault="005E1D6F"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TBIL</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478D45A" w14:textId="77777777" w:rsidR="005E1D6F" w:rsidRPr="001A2E38" w:rsidRDefault="005E1D6F"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0.978</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A77384A" w14:textId="77777777" w:rsidR="005E1D6F" w:rsidRPr="001A2E38" w:rsidRDefault="005E1D6F"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0.946</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AB7668B" w14:textId="77777777" w:rsidR="005E1D6F" w:rsidRPr="001A2E38" w:rsidRDefault="005E1D6F"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1.010</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8E5BF7B" w14:textId="77777777" w:rsidR="005E1D6F" w:rsidRPr="001A2E38" w:rsidRDefault="005E1D6F"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0.178</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0EFBB7C" w14:textId="77777777" w:rsidR="005E1D6F" w:rsidRPr="001A2E38" w:rsidRDefault="005E1D6F"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0.191</w:t>
            </w:r>
          </w:p>
        </w:tc>
      </w:tr>
      <w:tr w:rsidR="005E1D6F" w:rsidRPr="001A2E38" w14:paraId="0500BE02" w14:textId="77777777" w:rsidTr="00322E8A">
        <w:trPr>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B3441CB" w14:textId="77777777" w:rsidR="005E1D6F" w:rsidRPr="001A2E38" w:rsidRDefault="005E1D6F"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TP</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ECD0069" w14:textId="77777777" w:rsidR="005E1D6F" w:rsidRPr="001A2E38" w:rsidRDefault="005E1D6F"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1.021</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99572C5" w14:textId="77777777" w:rsidR="005E1D6F" w:rsidRPr="001A2E38" w:rsidRDefault="005E1D6F"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0.990</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560B301" w14:textId="77777777" w:rsidR="005E1D6F" w:rsidRPr="001A2E38" w:rsidRDefault="005E1D6F"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1.052</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9BFF31F" w14:textId="77777777" w:rsidR="005E1D6F" w:rsidRPr="001A2E38" w:rsidRDefault="005E1D6F"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0.188</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3DECA39" w14:textId="77777777" w:rsidR="005E1D6F" w:rsidRPr="001A2E38" w:rsidRDefault="005E1D6F"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0.195</w:t>
            </w:r>
          </w:p>
        </w:tc>
      </w:tr>
      <w:tr w:rsidR="005E1D6F" w:rsidRPr="001A2E38" w14:paraId="454AA9A8" w14:textId="77777777" w:rsidTr="00322E8A">
        <w:trPr>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8860947" w14:textId="77777777" w:rsidR="005E1D6F" w:rsidRPr="001A2E38" w:rsidRDefault="005E1D6F"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rPr>
                <w:rFonts w:ascii="Times New Roman" w:eastAsia="Arial" w:hAnsi="Times New Roman" w:cs="Times New Roman"/>
                <w:b/>
                <w:color w:val="000000"/>
                <w:sz w:val="20"/>
                <w:szCs w:val="20"/>
              </w:rPr>
            </w:pPr>
            <w:r w:rsidRPr="001A2E38">
              <w:rPr>
                <w:rFonts w:ascii="Times New Roman" w:eastAsia="Arial" w:hAnsi="Times New Roman" w:cs="Times New Roman"/>
                <w:b/>
                <w:color w:val="000000"/>
                <w:sz w:val="20"/>
                <w:szCs w:val="20"/>
              </w:rPr>
              <w:t>Renal function</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91EA543" w14:textId="77777777" w:rsidR="005E1D6F" w:rsidRPr="001A2E38" w:rsidRDefault="005E1D6F"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b/>
                <w:color w:val="000000"/>
                <w:sz w:val="20"/>
                <w:szCs w:val="20"/>
              </w:rPr>
            </w:pP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7B6C538" w14:textId="77777777" w:rsidR="005E1D6F" w:rsidRPr="001A2E38" w:rsidRDefault="005E1D6F"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b/>
                <w:color w:val="000000"/>
                <w:sz w:val="20"/>
                <w:szCs w:val="20"/>
              </w:rPr>
            </w:pP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9B8D2EE" w14:textId="77777777" w:rsidR="005E1D6F" w:rsidRPr="001A2E38" w:rsidRDefault="005E1D6F"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b/>
                <w:color w:val="000000"/>
                <w:sz w:val="20"/>
                <w:szCs w:val="20"/>
              </w:rPr>
            </w:pP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280C947" w14:textId="77777777" w:rsidR="005E1D6F" w:rsidRPr="001A2E38" w:rsidRDefault="005E1D6F"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b/>
                <w:color w:val="000000"/>
                <w:sz w:val="20"/>
                <w:szCs w:val="20"/>
              </w:rPr>
            </w:pP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1B69A4F" w14:textId="77777777" w:rsidR="005E1D6F" w:rsidRPr="001A2E38" w:rsidRDefault="005E1D6F"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b/>
                <w:color w:val="000000"/>
                <w:sz w:val="20"/>
                <w:szCs w:val="20"/>
              </w:rPr>
            </w:pPr>
          </w:p>
        </w:tc>
      </w:tr>
      <w:tr w:rsidR="005E1D6F" w:rsidRPr="001A2E38" w14:paraId="4B09446C" w14:textId="77777777" w:rsidTr="00322E8A">
        <w:trPr>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C5B6D84" w14:textId="77777777" w:rsidR="005E1D6F" w:rsidRPr="001A2E38" w:rsidRDefault="005E1D6F"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Urea</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A8558D7" w14:textId="77777777" w:rsidR="005E1D6F" w:rsidRPr="001A2E38" w:rsidRDefault="005E1D6F"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1.089</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8ADFB8F" w14:textId="77777777" w:rsidR="005E1D6F" w:rsidRPr="001A2E38" w:rsidRDefault="005E1D6F"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1.061</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598736B" w14:textId="77777777" w:rsidR="005E1D6F" w:rsidRPr="001A2E38" w:rsidRDefault="005E1D6F"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1.118</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4909AE0" w14:textId="77777777" w:rsidR="005E1D6F" w:rsidRPr="001A2E38" w:rsidRDefault="005E1D6F"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&lt;0.001</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A925666" w14:textId="77777777" w:rsidR="005E1D6F" w:rsidRPr="001A2E38" w:rsidRDefault="005E1D6F"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&lt;0.001</w:t>
            </w:r>
          </w:p>
        </w:tc>
      </w:tr>
      <w:tr w:rsidR="005E1D6F" w:rsidRPr="001A2E38" w14:paraId="1AD71C6A" w14:textId="77777777" w:rsidTr="00322E8A">
        <w:trPr>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D92B402" w14:textId="77777777" w:rsidR="005E1D6F" w:rsidRPr="001A2E38" w:rsidRDefault="005E1D6F"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Creatinine</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0108339" w14:textId="77777777" w:rsidR="005E1D6F" w:rsidRPr="001A2E38" w:rsidRDefault="005E1D6F"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0.993</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486FB05" w14:textId="77777777" w:rsidR="005E1D6F" w:rsidRPr="001A2E38" w:rsidRDefault="005E1D6F"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0.962</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958DC6F" w14:textId="77777777" w:rsidR="005E1D6F" w:rsidRPr="001A2E38" w:rsidRDefault="005E1D6F"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1.025</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10D8490" w14:textId="77777777" w:rsidR="005E1D6F" w:rsidRPr="001A2E38" w:rsidRDefault="005E1D6F"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0.652</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EA353EA" w14:textId="77777777" w:rsidR="005E1D6F" w:rsidRPr="001A2E38" w:rsidRDefault="005E1D6F"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0.652</w:t>
            </w:r>
          </w:p>
        </w:tc>
      </w:tr>
      <w:tr w:rsidR="005E1D6F" w:rsidRPr="001A2E38" w14:paraId="74852990" w14:textId="77777777" w:rsidTr="00322E8A">
        <w:trPr>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969D145" w14:textId="77777777" w:rsidR="005E1D6F" w:rsidRPr="001A2E38" w:rsidRDefault="005E1D6F"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Cystatin C</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B8E17D5" w14:textId="77777777" w:rsidR="005E1D6F" w:rsidRPr="001A2E38" w:rsidRDefault="005E1D6F"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1.121</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535496E" w14:textId="77777777" w:rsidR="005E1D6F" w:rsidRPr="001A2E38" w:rsidRDefault="005E1D6F"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1.104</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84ECEF6" w14:textId="77777777" w:rsidR="005E1D6F" w:rsidRPr="001A2E38" w:rsidRDefault="005E1D6F"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1.138</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2669094" w14:textId="77777777" w:rsidR="005E1D6F" w:rsidRPr="001A2E38" w:rsidRDefault="005E1D6F"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&lt;0.001</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3C5561A" w14:textId="77777777" w:rsidR="005E1D6F" w:rsidRPr="001A2E38" w:rsidRDefault="005E1D6F"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&lt;0.001</w:t>
            </w:r>
          </w:p>
        </w:tc>
      </w:tr>
      <w:tr w:rsidR="005E1D6F" w:rsidRPr="001A2E38" w14:paraId="5A18F3DA" w14:textId="77777777" w:rsidTr="00322E8A">
        <w:trPr>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3987EC3" w14:textId="77777777" w:rsidR="005E1D6F" w:rsidRPr="001A2E38" w:rsidRDefault="005E1D6F"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Urate</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C43C5A5" w14:textId="77777777" w:rsidR="005E1D6F" w:rsidRPr="001A2E38" w:rsidRDefault="005E1D6F"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1.164</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F023DBB" w14:textId="77777777" w:rsidR="005E1D6F" w:rsidRPr="001A2E38" w:rsidRDefault="005E1D6F"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1.128</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4071344" w14:textId="77777777" w:rsidR="005E1D6F" w:rsidRPr="001A2E38" w:rsidRDefault="005E1D6F"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1.200</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E7AD37F" w14:textId="77777777" w:rsidR="005E1D6F" w:rsidRPr="001A2E38" w:rsidRDefault="005E1D6F"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&lt;0.001</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9108708" w14:textId="77777777" w:rsidR="005E1D6F" w:rsidRPr="001A2E38" w:rsidRDefault="005E1D6F"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&lt;0.001</w:t>
            </w:r>
          </w:p>
        </w:tc>
      </w:tr>
      <w:tr w:rsidR="005E1D6F" w:rsidRPr="001A2E38" w14:paraId="007E82E9" w14:textId="77777777" w:rsidTr="00322E8A">
        <w:trPr>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A4FEA02" w14:textId="77777777" w:rsidR="005E1D6F" w:rsidRPr="001A2E38" w:rsidRDefault="005E1D6F"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rPr>
                <w:rFonts w:ascii="Times New Roman" w:eastAsia="Arial" w:hAnsi="Times New Roman" w:cs="Times New Roman"/>
                <w:b/>
                <w:color w:val="000000"/>
                <w:sz w:val="20"/>
                <w:szCs w:val="20"/>
              </w:rPr>
            </w:pPr>
            <w:r w:rsidRPr="001A2E38">
              <w:rPr>
                <w:rFonts w:ascii="Times New Roman" w:eastAsia="Arial" w:hAnsi="Times New Roman" w:cs="Times New Roman"/>
                <w:b/>
                <w:color w:val="000000"/>
                <w:sz w:val="20"/>
                <w:szCs w:val="20"/>
              </w:rPr>
              <w:t>Systemic inflammation</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6D11336" w14:textId="77777777" w:rsidR="005E1D6F" w:rsidRPr="001A2E38" w:rsidRDefault="005E1D6F"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b/>
                <w:color w:val="000000"/>
                <w:sz w:val="20"/>
                <w:szCs w:val="20"/>
              </w:rPr>
            </w:pP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DDAD935" w14:textId="77777777" w:rsidR="005E1D6F" w:rsidRPr="001A2E38" w:rsidRDefault="005E1D6F"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b/>
                <w:color w:val="000000"/>
                <w:sz w:val="20"/>
                <w:szCs w:val="20"/>
              </w:rPr>
            </w:pP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FCB90E3" w14:textId="77777777" w:rsidR="005E1D6F" w:rsidRPr="001A2E38" w:rsidRDefault="005E1D6F"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b/>
                <w:color w:val="000000"/>
                <w:sz w:val="20"/>
                <w:szCs w:val="20"/>
              </w:rPr>
            </w:pP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F8204A4" w14:textId="77777777" w:rsidR="005E1D6F" w:rsidRPr="001A2E38" w:rsidRDefault="005E1D6F"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b/>
                <w:color w:val="000000"/>
                <w:sz w:val="20"/>
                <w:szCs w:val="20"/>
              </w:rPr>
            </w:pP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9F8FFEA" w14:textId="77777777" w:rsidR="005E1D6F" w:rsidRPr="001A2E38" w:rsidRDefault="005E1D6F"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b/>
                <w:color w:val="000000"/>
                <w:sz w:val="20"/>
                <w:szCs w:val="20"/>
              </w:rPr>
            </w:pPr>
          </w:p>
        </w:tc>
      </w:tr>
      <w:tr w:rsidR="005E1D6F" w:rsidRPr="001A2E38" w14:paraId="7A04DD90" w14:textId="77777777" w:rsidTr="00322E8A">
        <w:trPr>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070E264" w14:textId="77777777" w:rsidR="005E1D6F" w:rsidRPr="001A2E38" w:rsidRDefault="005E1D6F"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CRP</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5A9BD37" w14:textId="77777777" w:rsidR="005E1D6F" w:rsidRPr="001A2E38" w:rsidRDefault="005E1D6F"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1.125</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BCCD6BC" w14:textId="77777777" w:rsidR="005E1D6F" w:rsidRPr="001A2E38" w:rsidRDefault="005E1D6F"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1.101</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C56D42C" w14:textId="77777777" w:rsidR="005E1D6F" w:rsidRPr="001A2E38" w:rsidRDefault="005E1D6F"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1.149</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A1668CA" w14:textId="77777777" w:rsidR="005E1D6F" w:rsidRPr="001A2E38" w:rsidRDefault="005E1D6F"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&lt;0.001</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8BEC7D3" w14:textId="77777777" w:rsidR="005E1D6F" w:rsidRPr="001A2E38" w:rsidRDefault="005E1D6F"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&lt;0.001</w:t>
            </w:r>
          </w:p>
        </w:tc>
      </w:tr>
      <w:tr w:rsidR="005E1D6F" w:rsidRPr="001A2E38" w14:paraId="393D93E0" w14:textId="77777777" w:rsidTr="00322E8A">
        <w:trPr>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7B4DD71" w14:textId="77777777" w:rsidR="005E1D6F" w:rsidRPr="001A2E38" w:rsidRDefault="005E1D6F"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WBC</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0A002C1" w14:textId="77777777" w:rsidR="005E1D6F" w:rsidRPr="001A2E38" w:rsidRDefault="005E1D6F"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1.062</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596839F" w14:textId="77777777" w:rsidR="005E1D6F" w:rsidRPr="001A2E38" w:rsidRDefault="005E1D6F"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1.053</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A445EFA" w14:textId="77777777" w:rsidR="005E1D6F" w:rsidRPr="001A2E38" w:rsidRDefault="005E1D6F"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1.071</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BFC6C2C" w14:textId="77777777" w:rsidR="005E1D6F" w:rsidRPr="001A2E38" w:rsidRDefault="005E1D6F"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&lt;0.001</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DCE952C" w14:textId="77777777" w:rsidR="005E1D6F" w:rsidRPr="001A2E38" w:rsidRDefault="005E1D6F"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&lt;0.001</w:t>
            </w:r>
          </w:p>
        </w:tc>
      </w:tr>
      <w:tr w:rsidR="005E1D6F" w:rsidRPr="001A2E38" w14:paraId="5BA7CAA3" w14:textId="77777777" w:rsidTr="00322E8A">
        <w:trPr>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A5EB884" w14:textId="77777777" w:rsidR="005E1D6F" w:rsidRPr="001A2E38" w:rsidRDefault="005E1D6F"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PLT</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ED96602" w14:textId="77777777" w:rsidR="005E1D6F" w:rsidRPr="001A2E38" w:rsidRDefault="005E1D6F"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1.029</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52B5490" w14:textId="77777777" w:rsidR="005E1D6F" w:rsidRPr="001A2E38" w:rsidRDefault="005E1D6F"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0.996</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A57D921" w14:textId="77777777" w:rsidR="005E1D6F" w:rsidRPr="001A2E38" w:rsidRDefault="005E1D6F"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1.062</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317F08" w14:textId="77777777" w:rsidR="005E1D6F" w:rsidRPr="001A2E38" w:rsidRDefault="005E1D6F"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0.085</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0E35103" w14:textId="77777777" w:rsidR="005E1D6F" w:rsidRPr="001A2E38" w:rsidRDefault="005E1D6F"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0.096</w:t>
            </w:r>
          </w:p>
        </w:tc>
      </w:tr>
      <w:tr w:rsidR="005E1D6F" w:rsidRPr="001A2E38" w14:paraId="18BA81C9" w14:textId="77777777" w:rsidTr="00322E8A">
        <w:trPr>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F15B44B" w14:textId="77777777" w:rsidR="005E1D6F" w:rsidRPr="001A2E38" w:rsidRDefault="005E1D6F"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Lymphocyte</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EB27C5D" w14:textId="77777777" w:rsidR="005E1D6F" w:rsidRPr="001A2E38" w:rsidRDefault="005E1D6F"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1.023</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059AA76" w14:textId="77777777" w:rsidR="005E1D6F" w:rsidRPr="001A2E38" w:rsidRDefault="005E1D6F"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1.010</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AED774A" w14:textId="77777777" w:rsidR="005E1D6F" w:rsidRPr="001A2E38" w:rsidRDefault="005E1D6F"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1.036</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306267A" w14:textId="77777777" w:rsidR="005E1D6F" w:rsidRPr="001A2E38" w:rsidRDefault="005E1D6F"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&lt;0.001</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DFEF2EE" w14:textId="77777777" w:rsidR="005E1D6F" w:rsidRPr="001A2E38" w:rsidRDefault="005E1D6F"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&lt;0.001</w:t>
            </w:r>
          </w:p>
        </w:tc>
      </w:tr>
      <w:tr w:rsidR="005E1D6F" w:rsidRPr="001A2E38" w14:paraId="20B09CBB" w14:textId="77777777" w:rsidTr="00322E8A">
        <w:trPr>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611B005" w14:textId="77777777" w:rsidR="005E1D6F" w:rsidRPr="001A2E38" w:rsidRDefault="005E1D6F"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Monocyte</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F9A8BE8" w14:textId="77777777" w:rsidR="005E1D6F" w:rsidRPr="001A2E38" w:rsidRDefault="005E1D6F"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1.074</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6F5FFD2" w14:textId="77777777" w:rsidR="005E1D6F" w:rsidRPr="001A2E38" w:rsidRDefault="005E1D6F"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1.058</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6641280" w14:textId="77777777" w:rsidR="005E1D6F" w:rsidRPr="001A2E38" w:rsidRDefault="005E1D6F"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1.091</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82691F7" w14:textId="77777777" w:rsidR="005E1D6F" w:rsidRPr="001A2E38" w:rsidRDefault="005E1D6F"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&lt;0.001</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ABA85ED" w14:textId="77777777" w:rsidR="005E1D6F" w:rsidRPr="001A2E38" w:rsidRDefault="005E1D6F"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&lt;0.001</w:t>
            </w:r>
          </w:p>
        </w:tc>
      </w:tr>
      <w:tr w:rsidR="005E1D6F" w:rsidRPr="001A2E38" w14:paraId="39D5C30F" w14:textId="77777777" w:rsidTr="00322E8A">
        <w:trPr>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2797E49" w14:textId="77777777" w:rsidR="005E1D6F" w:rsidRPr="001A2E38" w:rsidRDefault="005E1D6F"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Neutrophil</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9EE93E1" w14:textId="77777777" w:rsidR="005E1D6F" w:rsidRPr="001A2E38" w:rsidRDefault="005E1D6F"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1.199</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0AC0504" w14:textId="77777777" w:rsidR="005E1D6F" w:rsidRPr="001A2E38" w:rsidRDefault="005E1D6F"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1.174</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249420B" w14:textId="77777777" w:rsidR="005E1D6F" w:rsidRPr="001A2E38" w:rsidRDefault="005E1D6F"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1.224</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F7786CB" w14:textId="77777777" w:rsidR="005E1D6F" w:rsidRPr="001A2E38" w:rsidRDefault="005E1D6F"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&lt;0.001</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77B220B" w14:textId="77777777" w:rsidR="005E1D6F" w:rsidRPr="001A2E38" w:rsidRDefault="005E1D6F"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&lt;0.001</w:t>
            </w:r>
          </w:p>
        </w:tc>
      </w:tr>
      <w:tr w:rsidR="005E1D6F" w:rsidRPr="001A2E38" w14:paraId="2516BD57" w14:textId="77777777" w:rsidTr="00322E8A">
        <w:trPr>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8A8DFBA" w14:textId="77777777" w:rsidR="005E1D6F" w:rsidRPr="001A2E38" w:rsidRDefault="005E1D6F"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Eosinophil</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19BD522" w14:textId="77777777" w:rsidR="005E1D6F" w:rsidRPr="001A2E38" w:rsidRDefault="005E1D6F"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1.053</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24C6F24" w14:textId="77777777" w:rsidR="005E1D6F" w:rsidRPr="001A2E38" w:rsidRDefault="005E1D6F"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1.036</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950803C" w14:textId="77777777" w:rsidR="005E1D6F" w:rsidRPr="001A2E38" w:rsidRDefault="005E1D6F"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1.070</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0545490" w14:textId="77777777" w:rsidR="005E1D6F" w:rsidRPr="001A2E38" w:rsidRDefault="005E1D6F"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&lt;0.001</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E3CFF31" w14:textId="77777777" w:rsidR="005E1D6F" w:rsidRPr="001A2E38" w:rsidRDefault="005E1D6F"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&lt;0.001</w:t>
            </w:r>
          </w:p>
        </w:tc>
      </w:tr>
      <w:tr w:rsidR="005E1D6F" w:rsidRPr="001A2E38" w14:paraId="566327C6" w14:textId="77777777" w:rsidTr="00322E8A">
        <w:trPr>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46A7178" w14:textId="77777777" w:rsidR="005E1D6F" w:rsidRPr="001A2E38" w:rsidRDefault="005E1D6F"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Basophil</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28FF1A5" w14:textId="77777777" w:rsidR="005E1D6F" w:rsidRPr="001A2E38" w:rsidRDefault="005E1D6F"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1.043</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73613BE" w14:textId="77777777" w:rsidR="005E1D6F" w:rsidRPr="001A2E38" w:rsidRDefault="005E1D6F"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1.017</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0A040D5" w14:textId="77777777" w:rsidR="005E1D6F" w:rsidRPr="001A2E38" w:rsidRDefault="005E1D6F"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1.070</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EE3F8EE" w14:textId="77777777" w:rsidR="005E1D6F" w:rsidRPr="001A2E38" w:rsidRDefault="005E1D6F"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0.001</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AD19C39" w14:textId="77777777" w:rsidR="005E1D6F" w:rsidRPr="001A2E38" w:rsidRDefault="005E1D6F"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0.001</w:t>
            </w:r>
          </w:p>
        </w:tc>
      </w:tr>
      <w:tr w:rsidR="005E1D6F" w:rsidRPr="001A2E38" w14:paraId="143BE336" w14:textId="77777777" w:rsidTr="00322E8A">
        <w:trPr>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4F9B484" w14:textId="77777777" w:rsidR="005E1D6F" w:rsidRPr="001A2E38" w:rsidRDefault="005E1D6F"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rPr>
                <w:rFonts w:ascii="Times New Roman" w:eastAsia="Arial" w:hAnsi="Times New Roman" w:cs="Times New Roman"/>
                <w:b/>
                <w:color w:val="000000"/>
                <w:sz w:val="20"/>
                <w:szCs w:val="20"/>
              </w:rPr>
            </w:pPr>
            <w:r w:rsidRPr="001A2E38">
              <w:rPr>
                <w:rFonts w:ascii="Times New Roman" w:eastAsia="Arial" w:hAnsi="Times New Roman" w:cs="Times New Roman"/>
                <w:b/>
                <w:color w:val="000000"/>
                <w:sz w:val="20"/>
                <w:szCs w:val="20"/>
              </w:rPr>
              <w:t>Metabolic</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A8F00C5" w14:textId="77777777" w:rsidR="005E1D6F" w:rsidRPr="001A2E38" w:rsidRDefault="005E1D6F"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b/>
                <w:color w:val="000000"/>
                <w:sz w:val="20"/>
                <w:szCs w:val="20"/>
              </w:rPr>
            </w:pP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B1D7716" w14:textId="77777777" w:rsidR="005E1D6F" w:rsidRPr="001A2E38" w:rsidRDefault="005E1D6F"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b/>
                <w:color w:val="000000"/>
                <w:sz w:val="20"/>
                <w:szCs w:val="20"/>
              </w:rPr>
            </w:pP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46E4197" w14:textId="77777777" w:rsidR="005E1D6F" w:rsidRPr="001A2E38" w:rsidRDefault="005E1D6F"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b/>
                <w:color w:val="000000"/>
                <w:sz w:val="20"/>
                <w:szCs w:val="20"/>
              </w:rPr>
            </w:pP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4D6F2FC" w14:textId="77777777" w:rsidR="005E1D6F" w:rsidRPr="001A2E38" w:rsidRDefault="005E1D6F"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b/>
                <w:color w:val="000000"/>
                <w:sz w:val="20"/>
                <w:szCs w:val="20"/>
              </w:rPr>
            </w:pP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53458B5" w14:textId="77777777" w:rsidR="005E1D6F" w:rsidRPr="001A2E38" w:rsidRDefault="005E1D6F"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b/>
                <w:color w:val="000000"/>
                <w:sz w:val="20"/>
                <w:szCs w:val="20"/>
              </w:rPr>
            </w:pPr>
          </w:p>
        </w:tc>
      </w:tr>
      <w:tr w:rsidR="005E1D6F" w:rsidRPr="001A2E38" w14:paraId="5AA735A3" w14:textId="77777777" w:rsidTr="00322E8A">
        <w:trPr>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8883EB8" w14:textId="77777777" w:rsidR="005E1D6F" w:rsidRPr="001A2E38" w:rsidRDefault="005E1D6F"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lastRenderedPageBreak/>
              <w:t>ApoA</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DDB0A35" w14:textId="77777777" w:rsidR="005E1D6F" w:rsidRPr="001A2E38" w:rsidRDefault="005E1D6F"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0.767</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7238CA3" w14:textId="77777777" w:rsidR="005E1D6F" w:rsidRPr="001A2E38" w:rsidRDefault="005E1D6F"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0.739</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9D72CF3" w14:textId="77777777" w:rsidR="005E1D6F" w:rsidRPr="001A2E38" w:rsidRDefault="005E1D6F"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0.796</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EE410B0" w14:textId="77777777" w:rsidR="005E1D6F" w:rsidRPr="001A2E38" w:rsidRDefault="005E1D6F"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&lt;0.001</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E61026F" w14:textId="77777777" w:rsidR="005E1D6F" w:rsidRPr="001A2E38" w:rsidRDefault="005E1D6F"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&lt;0.001</w:t>
            </w:r>
          </w:p>
        </w:tc>
      </w:tr>
      <w:tr w:rsidR="005E1D6F" w:rsidRPr="001A2E38" w14:paraId="24F0DA64" w14:textId="77777777" w:rsidTr="00322E8A">
        <w:trPr>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BC19BD5" w14:textId="77777777" w:rsidR="005E1D6F" w:rsidRPr="001A2E38" w:rsidRDefault="005E1D6F"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ApoB</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D84309E" w14:textId="77777777" w:rsidR="005E1D6F" w:rsidRPr="001A2E38" w:rsidRDefault="005E1D6F"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0.860</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349E900" w14:textId="77777777" w:rsidR="005E1D6F" w:rsidRPr="001A2E38" w:rsidRDefault="005E1D6F"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0.834</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57C8968" w14:textId="77777777" w:rsidR="005E1D6F" w:rsidRPr="001A2E38" w:rsidRDefault="005E1D6F"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0.887</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5B01D8C" w14:textId="77777777" w:rsidR="005E1D6F" w:rsidRPr="001A2E38" w:rsidRDefault="005E1D6F"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&lt;0.001</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06A3145" w14:textId="77777777" w:rsidR="005E1D6F" w:rsidRPr="001A2E38" w:rsidRDefault="005E1D6F"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&lt;0.001</w:t>
            </w:r>
          </w:p>
        </w:tc>
      </w:tr>
      <w:tr w:rsidR="005E1D6F" w:rsidRPr="001A2E38" w14:paraId="61096BF6" w14:textId="77777777" w:rsidTr="00322E8A">
        <w:trPr>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6F6FC41" w14:textId="77777777" w:rsidR="005E1D6F" w:rsidRPr="001A2E38" w:rsidRDefault="005E1D6F"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HbA1c</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C381FDC" w14:textId="77777777" w:rsidR="005E1D6F" w:rsidRPr="001A2E38" w:rsidRDefault="005E1D6F"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1.327</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02AF105" w14:textId="77777777" w:rsidR="005E1D6F" w:rsidRPr="001A2E38" w:rsidRDefault="005E1D6F"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1.315</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A6D2C33" w14:textId="77777777" w:rsidR="005E1D6F" w:rsidRPr="001A2E38" w:rsidRDefault="005E1D6F"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1.339</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9458321" w14:textId="77777777" w:rsidR="005E1D6F" w:rsidRPr="001A2E38" w:rsidRDefault="005E1D6F"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&lt;0.001</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AC48AB0" w14:textId="77777777" w:rsidR="005E1D6F" w:rsidRPr="001A2E38" w:rsidRDefault="005E1D6F"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&lt;0.001</w:t>
            </w:r>
          </w:p>
        </w:tc>
      </w:tr>
      <w:tr w:rsidR="005E1D6F" w:rsidRPr="001A2E38" w14:paraId="45D5C546" w14:textId="77777777" w:rsidTr="00322E8A">
        <w:trPr>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17F971B" w14:textId="77777777" w:rsidR="005E1D6F" w:rsidRPr="001A2E38" w:rsidRDefault="005E1D6F"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LDL-C</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6D4BF5F" w14:textId="77777777" w:rsidR="005E1D6F" w:rsidRPr="001A2E38" w:rsidRDefault="005E1D6F"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0.786</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ABE942D" w14:textId="77777777" w:rsidR="005E1D6F" w:rsidRPr="001A2E38" w:rsidRDefault="005E1D6F"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0.762</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C475512" w14:textId="77777777" w:rsidR="005E1D6F" w:rsidRPr="001A2E38" w:rsidRDefault="005E1D6F"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0.811</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7975B66" w14:textId="77777777" w:rsidR="005E1D6F" w:rsidRPr="001A2E38" w:rsidRDefault="005E1D6F"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&lt;0.001</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49A12F3" w14:textId="77777777" w:rsidR="005E1D6F" w:rsidRPr="001A2E38" w:rsidRDefault="005E1D6F"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&lt;0.001</w:t>
            </w:r>
          </w:p>
        </w:tc>
      </w:tr>
      <w:tr w:rsidR="005E1D6F" w:rsidRPr="001A2E38" w14:paraId="564E1B3D" w14:textId="77777777" w:rsidTr="00322E8A">
        <w:trPr>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4FDF5D5" w14:textId="77777777" w:rsidR="005E1D6F" w:rsidRPr="001A2E38" w:rsidRDefault="005E1D6F"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IGF-1</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DCCB955" w14:textId="77777777" w:rsidR="005E1D6F" w:rsidRPr="001A2E38" w:rsidRDefault="005E1D6F"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0.890</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1EEBA44" w14:textId="77777777" w:rsidR="005E1D6F" w:rsidRPr="001A2E38" w:rsidRDefault="005E1D6F"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0.861</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E6C61A6" w14:textId="77777777" w:rsidR="005E1D6F" w:rsidRPr="001A2E38" w:rsidRDefault="005E1D6F"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0.920</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EEAF7D2" w14:textId="77777777" w:rsidR="005E1D6F" w:rsidRPr="001A2E38" w:rsidRDefault="005E1D6F"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&lt;0.001</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7320DF3" w14:textId="77777777" w:rsidR="005E1D6F" w:rsidRPr="001A2E38" w:rsidRDefault="005E1D6F"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&lt;0.001</w:t>
            </w:r>
          </w:p>
        </w:tc>
      </w:tr>
      <w:tr w:rsidR="005E1D6F" w:rsidRPr="001A2E38" w14:paraId="36247E1C" w14:textId="77777777" w:rsidTr="00322E8A">
        <w:trPr>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D77C5A9" w14:textId="77777777" w:rsidR="005E1D6F" w:rsidRPr="001A2E38" w:rsidRDefault="005E1D6F"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Lp(a)</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6E69758" w14:textId="77777777" w:rsidR="005E1D6F" w:rsidRPr="001A2E38" w:rsidRDefault="005E1D6F"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1.071</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748F897" w14:textId="77777777" w:rsidR="005E1D6F" w:rsidRPr="001A2E38" w:rsidRDefault="005E1D6F"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1.036</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57588BA" w14:textId="77777777" w:rsidR="005E1D6F" w:rsidRPr="001A2E38" w:rsidRDefault="005E1D6F"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1.107</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90B3989" w14:textId="77777777" w:rsidR="005E1D6F" w:rsidRPr="001A2E38" w:rsidRDefault="005E1D6F"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&lt;0.001</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EAB212C" w14:textId="77777777" w:rsidR="005E1D6F" w:rsidRPr="001A2E38" w:rsidRDefault="005E1D6F"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&lt;0.001</w:t>
            </w:r>
          </w:p>
        </w:tc>
      </w:tr>
      <w:tr w:rsidR="005E1D6F" w:rsidRPr="001A2E38" w14:paraId="0C7F3E63" w14:textId="77777777" w:rsidTr="00322E8A">
        <w:trPr>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106CC05" w14:textId="77777777" w:rsidR="005E1D6F" w:rsidRPr="001A2E38" w:rsidRDefault="005E1D6F"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SBP</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CCD991B" w14:textId="77777777" w:rsidR="005E1D6F" w:rsidRPr="001A2E38" w:rsidRDefault="005E1D6F"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1.156</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67790FA" w14:textId="77777777" w:rsidR="005E1D6F" w:rsidRPr="001A2E38" w:rsidRDefault="005E1D6F"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1.121</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4019D83" w14:textId="77777777" w:rsidR="005E1D6F" w:rsidRPr="001A2E38" w:rsidRDefault="005E1D6F"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1.192</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D048A7F" w14:textId="77777777" w:rsidR="005E1D6F" w:rsidRPr="001A2E38" w:rsidRDefault="005E1D6F"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&lt;0.001</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2421729" w14:textId="77777777" w:rsidR="005E1D6F" w:rsidRPr="001A2E38" w:rsidRDefault="005E1D6F"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&lt;0.001</w:t>
            </w:r>
          </w:p>
        </w:tc>
      </w:tr>
      <w:tr w:rsidR="005E1D6F" w:rsidRPr="001A2E38" w14:paraId="21BA00E6" w14:textId="77777777" w:rsidTr="00322E8A">
        <w:trPr>
          <w:jc w:val="center"/>
        </w:trPr>
        <w:tc>
          <w:tcPr>
            <w:tcW w:w="0" w:type="auto"/>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0889222D" w14:textId="77777777" w:rsidR="005E1D6F" w:rsidRPr="001A2E38" w:rsidRDefault="005E1D6F"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DBP</w:t>
            </w:r>
          </w:p>
        </w:tc>
        <w:tc>
          <w:tcPr>
            <w:tcW w:w="0" w:type="auto"/>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0FF0D365" w14:textId="77777777" w:rsidR="005E1D6F" w:rsidRPr="001A2E38" w:rsidRDefault="005E1D6F"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1.049</w:t>
            </w:r>
          </w:p>
        </w:tc>
        <w:tc>
          <w:tcPr>
            <w:tcW w:w="0" w:type="auto"/>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24EA8244" w14:textId="77777777" w:rsidR="005E1D6F" w:rsidRPr="001A2E38" w:rsidRDefault="005E1D6F"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1.016</w:t>
            </w:r>
          </w:p>
        </w:tc>
        <w:tc>
          <w:tcPr>
            <w:tcW w:w="0" w:type="auto"/>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5394237F" w14:textId="77777777" w:rsidR="005E1D6F" w:rsidRPr="001A2E38" w:rsidRDefault="005E1D6F"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1.082</w:t>
            </w:r>
          </w:p>
        </w:tc>
        <w:tc>
          <w:tcPr>
            <w:tcW w:w="0" w:type="auto"/>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7522B333" w14:textId="77777777" w:rsidR="005E1D6F" w:rsidRPr="001A2E38" w:rsidRDefault="005E1D6F"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0.003</w:t>
            </w:r>
          </w:p>
        </w:tc>
        <w:tc>
          <w:tcPr>
            <w:tcW w:w="0" w:type="auto"/>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4F41933A" w14:textId="77777777" w:rsidR="005E1D6F" w:rsidRPr="001A2E38" w:rsidRDefault="005E1D6F" w:rsidP="005E1D6F">
            <w:pPr>
              <w:pBdr>
                <w:top w:val="none" w:sz="0" w:space="0" w:color="000000"/>
                <w:left w:val="none" w:sz="0" w:space="0" w:color="000000"/>
                <w:bottom w:val="none" w:sz="0" w:space="0" w:color="000000"/>
                <w:right w:val="none" w:sz="0" w:space="0" w:color="000000"/>
              </w:pBdr>
              <w:spacing w:before="40" w:after="40" w:line="240" w:lineRule="auto"/>
              <w:ind w:left="40" w:right="40"/>
              <w:contextualSpacing/>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0.003</w:t>
            </w:r>
          </w:p>
        </w:tc>
      </w:tr>
    </w:tbl>
    <w:p w14:paraId="65666ED1" w14:textId="2D41F348" w:rsidR="008B1CA7" w:rsidRPr="001A2E38" w:rsidRDefault="00666DBF" w:rsidP="00666DBF">
      <w:pPr>
        <w:widowControl/>
        <w:spacing w:line="240" w:lineRule="auto"/>
        <w:contextualSpacing/>
        <w:textAlignment w:val="center"/>
        <w:rPr>
          <w:rFonts w:ascii="Times New Roman" w:eastAsia="SimSun" w:hAnsi="Times New Roman" w:cs="Times New Roman"/>
          <w:color w:val="000000"/>
          <w:kern w:val="0"/>
          <w:sz w:val="20"/>
          <w:szCs w:val="20"/>
          <w:lang w:bidi="ar"/>
        </w:rPr>
      </w:pPr>
      <w:r w:rsidRPr="001A2E38">
        <w:rPr>
          <w:rFonts w:ascii="Times New Roman" w:eastAsia="SimSun" w:hAnsi="Times New Roman" w:cs="Times New Roman"/>
          <w:i/>
          <w:iCs/>
          <w:color w:val="000000"/>
          <w:kern w:val="0"/>
          <w:sz w:val="20"/>
          <w:szCs w:val="20"/>
          <w:lang w:bidi="ar"/>
        </w:rPr>
        <w:t>Notes</w:t>
      </w:r>
      <w:r w:rsidRPr="001A2E38">
        <w:rPr>
          <w:rFonts w:ascii="Times New Roman" w:eastAsia="SimSun" w:hAnsi="Times New Roman" w:cs="Times New Roman"/>
          <w:color w:val="000000"/>
          <w:kern w:val="0"/>
          <w:sz w:val="20"/>
          <w:szCs w:val="20"/>
          <w:lang w:bidi="ar"/>
        </w:rPr>
        <w:t xml:space="preserve">: </w:t>
      </w:r>
      <w:r w:rsidR="009079D5" w:rsidRPr="001A2E38">
        <w:rPr>
          <w:rFonts w:ascii="Times New Roman" w:eastAsia="SimSun" w:hAnsi="Times New Roman" w:cs="Times New Roman"/>
          <w:color w:val="000000"/>
          <w:kern w:val="0"/>
          <w:sz w:val="20"/>
          <w:szCs w:val="20"/>
          <w:lang w:bidi="ar"/>
        </w:rPr>
        <w:t>Cox proportional hazards regression model</w:t>
      </w:r>
      <w:r w:rsidR="008B1CA7" w:rsidRPr="001A2E38">
        <w:rPr>
          <w:rFonts w:ascii="Times New Roman" w:eastAsia="SimSun" w:hAnsi="Times New Roman" w:cs="Times New Roman"/>
          <w:color w:val="000000"/>
          <w:kern w:val="0"/>
          <w:sz w:val="20"/>
          <w:szCs w:val="20"/>
          <w:lang w:bidi="ar"/>
        </w:rPr>
        <w:t xml:space="preserve"> </w:t>
      </w:r>
      <w:r w:rsidR="008B4135" w:rsidRPr="001A2E38">
        <w:rPr>
          <w:rFonts w:ascii="Times New Roman" w:eastAsia="SimSun" w:hAnsi="Times New Roman" w:cs="Times New Roman"/>
          <w:color w:val="000000"/>
          <w:kern w:val="0"/>
          <w:sz w:val="20"/>
          <w:szCs w:val="20"/>
          <w:lang w:bidi="ar"/>
        </w:rPr>
        <w:t>was</w:t>
      </w:r>
      <w:r w:rsidR="008B1CA7" w:rsidRPr="001A2E38">
        <w:rPr>
          <w:rFonts w:ascii="Times New Roman" w:eastAsia="SimSun" w:hAnsi="Times New Roman" w:cs="Times New Roman"/>
          <w:color w:val="000000"/>
          <w:kern w:val="0"/>
          <w:sz w:val="20"/>
          <w:szCs w:val="20"/>
          <w:lang w:bidi="ar"/>
        </w:rPr>
        <w:t xml:space="preserve"> used to estimate the association between selected mediators (per 1-SD increase) and risk of cardiometabolic multimorbidity.</w:t>
      </w:r>
      <w:r w:rsidRPr="001A2E38">
        <w:rPr>
          <w:rFonts w:ascii="Times New Roman" w:eastAsia="SimSun" w:hAnsi="Times New Roman" w:cs="Times New Roman"/>
          <w:color w:val="000000"/>
          <w:kern w:val="0"/>
          <w:sz w:val="20"/>
          <w:szCs w:val="20"/>
          <w:lang w:bidi="ar"/>
        </w:rPr>
        <w:t xml:space="preserve"> </w:t>
      </w:r>
      <w:r w:rsidR="008B1CA7" w:rsidRPr="001A2E38">
        <w:rPr>
          <w:rFonts w:ascii="Times New Roman" w:eastAsia="SimSun" w:hAnsi="Times New Roman" w:cs="Times New Roman"/>
          <w:color w:val="000000"/>
          <w:kern w:val="0"/>
          <w:sz w:val="20"/>
          <w:szCs w:val="20"/>
          <w:lang w:bidi="ar"/>
        </w:rPr>
        <w:t>Models were adjusted for</w:t>
      </w:r>
      <w:r w:rsidR="00427FC9" w:rsidRPr="001A2E38">
        <w:rPr>
          <w:rFonts w:ascii="Times New Roman" w:eastAsia="SimSun" w:hAnsi="Times New Roman" w:cs="Times New Roman"/>
          <w:color w:val="000000"/>
          <w:kern w:val="0"/>
          <w:sz w:val="20"/>
          <w:szCs w:val="20"/>
          <w:lang w:bidi="ar"/>
        </w:rPr>
        <w:t xml:space="preserve"> </w:t>
      </w:r>
      <w:r w:rsidRPr="001A2E38">
        <w:rPr>
          <w:rFonts w:ascii="Times New Roman" w:hAnsi="Times New Roman" w:cs="Times New Roman"/>
          <w:sz w:val="20"/>
          <w:szCs w:val="20"/>
        </w:rPr>
        <w:t xml:space="preserve">age, sex, ethnicity, employment status, educational levels, Townsend deprivation index, frequency of drinking, smoking status, sleep duration, physical activity, sedentary </w:t>
      </w:r>
      <w:r w:rsidR="00256670" w:rsidRPr="001A2E38">
        <w:rPr>
          <w:rFonts w:ascii="Times New Roman" w:hAnsi="Times New Roman" w:cs="Times New Roman"/>
          <w:sz w:val="20"/>
          <w:szCs w:val="20"/>
        </w:rPr>
        <w:t>behavior</w:t>
      </w:r>
      <w:r w:rsidRPr="001A2E38">
        <w:rPr>
          <w:rFonts w:ascii="Times New Roman" w:hAnsi="Times New Roman" w:cs="Times New Roman"/>
          <w:sz w:val="20"/>
          <w:szCs w:val="20"/>
        </w:rPr>
        <w:t>, and family history of cardiometabolic disease.</w:t>
      </w:r>
    </w:p>
    <w:p w14:paraId="3DB7342E" w14:textId="5F799717" w:rsidR="008B1CA7" w:rsidRPr="001A2E38" w:rsidRDefault="008D006D" w:rsidP="00336ED0">
      <w:pPr>
        <w:spacing w:line="240" w:lineRule="auto"/>
        <w:contextualSpacing/>
        <w:rPr>
          <w:rFonts w:ascii="Times New Roman" w:hAnsi="Times New Roman" w:cs="Times New Roman"/>
          <w:sz w:val="20"/>
          <w:szCs w:val="20"/>
        </w:rPr>
        <w:sectPr w:rsidR="008B1CA7" w:rsidRPr="001A2E38" w:rsidSect="00FE3790">
          <w:pgSz w:w="16838" w:h="11906" w:orient="landscape"/>
          <w:pgMar w:top="1797" w:right="1440" w:bottom="1797" w:left="1440" w:header="851" w:footer="992" w:gutter="0"/>
          <w:cols w:space="425"/>
          <w:docGrid w:type="linesAndChars" w:linePitch="312"/>
        </w:sectPr>
      </w:pPr>
      <w:r w:rsidRPr="001A2E38">
        <w:rPr>
          <w:rFonts w:ascii="Times New Roman" w:hAnsi="Times New Roman" w:cs="Times New Roman"/>
          <w:i/>
          <w:iCs/>
          <w:sz w:val="20"/>
          <w:szCs w:val="20"/>
        </w:rPr>
        <w:t>Abbreviations:</w:t>
      </w:r>
      <w:r w:rsidR="007329C1" w:rsidRPr="001A2E38">
        <w:rPr>
          <w:rFonts w:ascii="Times New Roman" w:hAnsi="Times New Roman" w:cs="Times New Roman"/>
          <w:sz w:val="20"/>
          <w:szCs w:val="20"/>
        </w:rPr>
        <w:t xml:space="preserve"> ALP, alkaline phosphatase; ALT, alanine aminotransferase; AST, aspartate aminotransferase; GGT, gamma-glutamyltransferase; TBIL, total bilirubin; TP, total protein; CRP, C-reactive protein; WBC, white blood cell count; PLT, platelet count; ApoA, apolipoprotein A; ApoB, apolipoprotein B; HbA1c, glycated hemoglobin; LDL-C, low-density lipoprotein cholesterol; IGF-1, insulin-like growth factor 1; Lp(a), lipoprotein(a); SBP, systolic blood pressure; DBP, diastolic blood pressure</w:t>
      </w:r>
      <w:r w:rsidR="00826A9C" w:rsidRPr="001A2E38">
        <w:rPr>
          <w:rFonts w:ascii="Times New Roman" w:hAnsi="Times New Roman" w:cs="Times New Roman"/>
          <w:sz w:val="20"/>
          <w:szCs w:val="20"/>
        </w:rPr>
        <w:t>;</w:t>
      </w:r>
      <w:r w:rsidR="007329C1" w:rsidRPr="001A2E38">
        <w:rPr>
          <w:rFonts w:ascii="Times New Roman" w:hAnsi="Times New Roman" w:cs="Times New Roman"/>
          <w:sz w:val="20"/>
          <w:szCs w:val="20"/>
        </w:rPr>
        <w:t xml:space="preserve"> HR, hazard ratio; CI, confidence interval; FDR, false discovery rate.</w:t>
      </w:r>
    </w:p>
    <w:p w14:paraId="5D8112D0" w14:textId="4364611F" w:rsidR="00094F43" w:rsidRPr="001A2E38" w:rsidRDefault="00094F43" w:rsidP="0065294A">
      <w:pPr>
        <w:pStyle w:val="a"/>
      </w:pPr>
      <w:bookmarkStart w:id="22" w:name="_Toc232530171"/>
      <w:bookmarkStart w:id="23" w:name="_Toc236834801"/>
      <w:bookmarkEnd w:id="21"/>
      <w:r w:rsidRPr="001A2E38">
        <w:lastRenderedPageBreak/>
        <w:t>Table S</w:t>
      </w:r>
      <w:r w:rsidR="0065294A" w:rsidRPr="001A2E38">
        <w:rPr>
          <w:rFonts w:eastAsiaTheme="minorEastAsia" w:hint="eastAsia"/>
        </w:rPr>
        <w:t>11</w:t>
      </w:r>
      <w:r w:rsidRPr="001A2E38">
        <w:t>.</w:t>
      </w:r>
      <w:r w:rsidR="00740BA4" w:rsidRPr="001A2E38">
        <w:t xml:space="preserve"> </w:t>
      </w:r>
      <w:r w:rsidR="00970926" w:rsidRPr="001A2E38">
        <w:t>Exploratory mediation analysis of screened biomarkers</w:t>
      </w:r>
      <w:r w:rsidR="00740BA4" w:rsidRPr="001A2E38">
        <w:t xml:space="preserve"> in </w:t>
      </w:r>
      <w:r w:rsidR="00970926" w:rsidRPr="001A2E38">
        <w:rPr>
          <w:rFonts w:eastAsiaTheme="minorEastAsia"/>
        </w:rPr>
        <w:t xml:space="preserve">the </w:t>
      </w:r>
      <w:r w:rsidR="00740BA4" w:rsidRPr="001A2E38">
        <w:t>association between</w:t>
      </w:r>
      <w:r w:rsidRPr="001A2E38">
        <w:t xml:space="preserve"> </w:t>
      </w:r>
      <w:r w:rsidR="00D670EE" w:rsidRPr="001A2E38">
        <w:t>CHG</w:t>
      </w:r>
      <w:r w:rsidR="00970926" w:rsidRPr="001A2E38">
        <w:rPr>
          <w:rFonts w:eastAsiaTheme="minorEastAsia"/>
        </w:rPr>
        <w:t xml:space="preserve">-related </w:t>
      </w:r>
      <w:r w:rsidR="00D670EE" w:rsidRPr="001A2E38">
        <w:t xml:space="preserve">indices </w:t>
      </w:r>
      <w:r w:rsidRPr="001A2E38">
        <w:t xml:space="preserve">and </w:t>
      </w:r>
      <w:r w:rsidR="00C530B8" w:rsidRPr="001A2E38">
        <w:t>risk of cardiometabolic multimorbidity.</w:t>
      </w:r>
      <w:bookmarkEnd w:id="22"/>
      <w:bookmarkEnd w:id="23"/>
    </w:p>
    <w:tbl>
      <w:tblPr>
        <w:tblW w:w="5000" w:type="pct"/>
        <w:jc w:val="center"/>
        <w:tblLook w:val="0420" w:firstRow="1" w:lastRow="0" w:firstColumn="0" w:lastColumn="0" w:noHBand="0" w:noVBand="1"/>
      </w:tblPr>
      <w:tblGrid>
        <w:gridCol w:w="2183"/>
        <w:gridCol w:w="2348"/>
        <w:gridCol w:w="2440"/>
        <w:gridCol w:w="2610"/>
        <w:gridCol w:w="3149"/>
        <w:gridCol w:w="1228"/>
      </w:tblGrid>
      <w:tr w:rsidR="00E70DA4" w:rsidRPr="001A2E38" w14:paraId="119FE431" w14:textId="77777777" w:rsidTr="0059499B">
        <w:trPr>
          <w:jc w:val="center"/>
        </w:trPr>
        <w:tc>
          <w:tcPr>
            <w:tcW w:w="782" w:type="pct"/>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2CC98F79"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rPr>
                <w:rFonts w:ascii="Times New Roman" w:eastAsia="Arial" w:hAnsi="Times New Roman" w:cs="Times New Roman"/>
                <w:b/>
                <w:color w:val="000000"/>
                <w:sz w:val="20"/>
                <w:szCs w:val="20"/>
              </w:rPr>
            </w:pPr>
            <w:r w:rsidRPr="001A2E38">
              <w:rPr>
                <w:rFonts w:ascii="Times New Roman" w:eastAsia="Arial" w:hAnsi="Times New Roman" w:cs="Times New Roman"/>
                <w:b/>
                <w:color w:val="000000"/>
                <w:sz w:val="20"/>
                <w:szCs w:val="20"/>
              </w:rPr>
              <w:t>Mediator</w:t>
            </w:r>
          </w:p>
        </w:tc>
        <w:tc>
          <w:tcPr>
            <w:tcW w:w="841" w:type="pct"/>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34855815" w14:textId="77777777" w:rsidR="0038656D"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b/>
                <w:color w:val="000000"/>
                <w:sz w:val="20"/>
                <w:szCs w:val="20"/>
              </w:rPr>
            </w:pPr>
            <w:r w:rsidRPr="001A2E38">
              <w:rPr>
                <w:rFonts w:ascii="Times New Roman" w:eastAsia="Arial" w:hAnsi="Times New Roman" w:cs="Times New Roman"/>
                <w:b/>
                <w:color w:val="000000"/>
                <w:sz w:val="20"/>
                <w:szCs w:val="20"/>
              </w:rPr>
              <w:t xml:space="preserve">Total effect HR </w:t>
            </w:r>
          </w:p>
          <w:p w14:paraId="4B91DB50" w14:textId="70E5A204"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b/>
                <w:color w:val="000000"/>
                <w:sz w:val="20"/>
                <w:szCs w:val="20"/>
              </w:rPr>
            </w:pPr>
            <w:r w:rsidRPr="001A2E38">
              <w:rPr>
                <w:rFonts w:ascii="Times New Roman" w:eastAsia="Arial" w:hAnsi="Times New Roman" w:cs="Times New Roman"/>
                <w:b/>
                <w:color w:val="000000"/>
                <w:sz w:val="20"/>
                <w:szCs w:val="20"/>
              </w:rPr>
              <w:t>(95% CI)</w:t>
            </w:r>
          </w:p>
        </w:tc>
        <w:tc>
          <w:tcPr>
            <w:tcW w:w="874" w:type="pct"/>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26220BE3" w14:textId="77777777" w:rsidR="0038656D"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b/>
                <w:color w:val="000000"/>
                <w:sz w:val="20"/>
                <w:szCs w:val="20"/>
              </w:rPr>
            </w:pPr>
            <w:r w:rsidRPr="001A2E38">
              <w:rPr>
                <w:rFonts w:ascii="Times New Roman" w:eastAsia="Arial" w:hAnsi="Times New Roman" w:cs="Times New Roman"/>
                <w:b/>
                <w:color w:val="000000"/>
                <w:sz w:val="20"/>
                <w:szCs w:val="20"/>
              </w:rPr>
              <w:t xml:space="preserve">Direct effect HR </w:t>
            </w:r>
          </w:p>
          <w:p w14:paraId="35977B68" w14:textId="7A90F55E"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b/>
                <w:color w:val="000000"/>
                <w:sz w:val="20"/>
                <w:szCs w:val="20"/>
              </w:rPr>
            </w:pPr>
            <w:r w:rsidRPr="001A2E38">
              <w:rPr>
                <w:rFonts w:ascii="Times New Roman" w:eastAsia="Arial" w:hAnsi="Times New Roman" w:cs="Times New Roman"/>
                <w:b/>
                <w:color w:val="000000"/>
                <w:sz w:val="20"/>
                <w:szCs w:val="20"/>
              </w:rPr>
              <w:t>(95% CI)</w:t>
            </w:r>
          </w:p>
        </w:tc>
        <w:tc>
          <w:tcPr>
            <w:tcW w:w="935" w:type="pct"/>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71DFB362" w14:textId="77777777" w:rsidR="00434BCC"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b/>
                <w:color w:val="000000"/>
                <w:sz w:val="20"/>
                <w:szCs w:val="20"/>
              </w:rPr>
            </w:pPr>
            <w:r w:rsidRPr="001A2E38">
              <w:rPr>
                <w:rFonts w:ascii="Times New Roman" w:eastAsia="Arial" w:hAnsi="Times New Roman" w:cs="Times New Roman"/>
                <w:b/>
                <w:color w:val="000000"/>
                <w:sz w:val="20"/>
                <w:szCs w:val="20"/>
              </w:rPr>
              <w:t xml:space="preserve">Indirect effect HR </w:t>
            </w:r>
          </w:p>
          <w:p w14:paraId="0F661B7A" w14:textId="20C2F28C"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b/>
                <w:color w:val="000000"/>
                <w:sz w:val="20"/>
                <w:szCs w:val="20"/>
              </w:rPr>
            </w:pPr>
            <w:r w:rsidRPr="001A2E38">
              <w:rPr>
                <w:rFonts w:ascii="Times New Roman" w:eastAsia="Arial" w:hAnsi="Times New Roman" w:cs="Times New Roman"/>
                <w:b/>
                <w:color w:val="000000"/>
                <w:sz w:val="20"/>
                <w:szCs w:val="20"/>
              </w:rPr>
              <w:t>(95% CI)</w:t>
            </w:r>
          </w:p>
        </w:tc>
        <w:tc>
          <w:tcPr>
            <w:tcW w:w="1128" w:type="pct"/>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294FF901" w14:textId="77777777" w:rsidR="00434BCC"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b/>
                <w:color w:val="000000"/>
                <w:sz w:val="20"/>
                <w:szCs w:val="20"/>
              </w:rPr>
            </w:pPr>
            <w:r w:rsidRPr="001A2E38">
              <w:rPr>
                <w:rFonts w:ascii="Times New Roman" w:eastAsia="Arial" w:hAnsi="Times New Roman" w:cs="Times New Roman"/>
                <w:b/>
                <w:color w:val="000000"/>
                <w:sz w:val="20"/>
                <w:szCs w:val="20"/>
              </w:rPr>
              <w:t xml:space="preserve">Mediated proportion % </w:t>
            </w:r>
          </w:p>
          <w:p w14:paraId="5B38D0DD" w14:textId="2DF19E3B"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b/>
                <w:color w:val="000000"/>
                <w:sz w:val="20"/>
                <w:szCs w:val="20"/>
              </w:rPr>
            </w:pPr>
            <w:r w:rsidRPr="001A2E38">
              <w:rPr>
                <w:rFonts w:ascii="Times New Roman" w:eastAsia="Arial" w:hAnsi="Times New Roman" w:cs="Times New Roman"/>
                <w:b/>
                <w:color w:val="000000"/>
                <w:sz w:val="20"/>
                <w:szCs w:val="20"/>
              </w:rPr>
              <w:t>(95% CI)</w:t>
            </w:r>
          </w:p>
        </w:tc>
        <w:tc>
          <w:tcPr>
            <w:tcW w:w="440" w:type="pct"/>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2DB19B4F"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b/>
                <w:color w:val="000000"/>
                <w:sz w:val="20"/>
                <w:szCs w:val="20"/>
              </w:rPr>
            </w:pPr>
            <w:r w:rsidRPr="001A2E38">
              <w:rPr>
                <w:rFonts w:ascii="Times New Roman" w:eastAsia="Arial" w:hAnsi="Times New Roman" w:cs="Times New Roman"/>
                <w:b/>
                <w:color w:val="000000"/>
                <w:sz w:val="20"/>
                <w:szCs w:val="20"/>
              </w:rPr>
              <w:t xml:space="preserve">FDR </w:t>
            </w:r>
            <w:r w:rsidRPr="001A2E38">
              <w:rPr>
                <w:rFonts w:ascii="Times New Roman" w:eastAsia="Arial" w:hAnsi="Times New Roman" w:cs="Times New Roman"/>
                <w:b/>
                <w:i/>
                <w:iCs/>
                <w:color w:val="000000"/>
                <w:sz w:val="20"/>
                <w:szCs w:val="20"/>
              </w:rPr>
              <w:t>P</w:t>
            </w:r>
            <w:r w:rsidRPr="001A2E38">
              <w:rPr>
                <w:rFonts w:ascii="Times New Roman" w:eastAsia="Arial" w:hAnsi="Times New Roman" w:cs="Times New Roman"/>
                <w:b/>
                <w:color w:val="000000"/>
                <w:sz w:val="20"/>
                <w:szCs w:val="20"/>
              </w:rPr>
              <w:t xml:space="preserve"> value</w:t>
            </w:r>
          </w:p>
        </w:tc>
      </w:tr>
      <w:tr w:rsidR="00E70DA4" w:rsidRPr="001A2E38" w14:paraId="08DE7D00" w14:textId="77777777" w:rsidTr="0059499B">
        <w:trPr>
          <w:jc w:val="center"/>
        </w:trPr>
        <w:tc>
          <w:tcPr>
            <w:tcW w:w="782" w:type="pct"/>
            <w:tcBorders>
              <w:top w:val="single" w:sz="12" w:space="0" w:color="666666"/>
              <w:left w:val="none" w:sz="0" w:space="0" w:color="000000"/>
              <w:bottom w:val="none" w:sz="0" w:space="0" w:color="000000"/>
              <w:right w:val="none" w:sz="0" w:space="0" w:color="000000"/>
            </w:tcBorders>
            <w:shd w:val="clear" w:color="auto" w:fill="F2F2F2"/>
            <w:tcMar>
              <w:top w:w="0" w:type="dxa"/>
              <w:left w:w="0" w:type="dxa"/>
              <w:bottom w:w="0" w:type="dxa"/>
              <w:right w:w="0" w:type="dxa"/>
            </w:tcMar>
            <w:vAlign w:val="center"/>
          </w:tcPr>
          <w:p w14:paraId="3E01F202"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rPr>
                <w:rFonts w:ascii="Times New Roman" w:eastAsia="Arial" w:hAnsi="Times New Roman" w:cs="Times New Roman"/>
                <w:b/>
                <w:color w:val="000000"/>
                <w:sz w:val="20"/>
                <w:szCs w:val="20"/>
              </w:rPr>
            </w:pPr>
            <w:r w:rsidRPr="001A2E38">
              <w:rPr>
                <w:rFonts w:ascii="Times New Roman" w:eastAsia="Arial" w:hAnsi="Times New Roman" w:cs="Times New Roman"/>
                <w:b/>
                <w:color w:val="000000"/>
                <w:sz w:val="20"/>
                <w:szCs w:val="20"/>
              </w:rPr>
              <w:t>CHG</w:t>
            </w:r>
          </w:p>
        </w:tc>
        <w:tc>
          <w:tcPr>
            <w:tcW w:w="841" w:type="pct"/>
            <w:tcBorders>
              <w:top w:val="single" w:sz="12" w:space="0" w:color="666666"/>
              <w:left w:val="none" w:sz="0" w:space="0" w:color="000000"/>
              <w:bottom w:val="none" w:sz="0" w:space="0" w:color="000000"/>
              <w:right w:val="none" w:sz="0" w:space="0" w:color="000000"/>
            </w:tcBorders>
            <w:shd w:val="clear" w:color="auto" w:fill="F2F2F2"/>
            <w:tcMar>
              <w:top w:w="0" w:type="dxa"/>
              <w:left w:w="0" w:type="dxa"/>
              <w:bottom w:w="0" w:type="dxa"/>
              <w:right w:w="0" w:type="dxa"/>
            </w:tcMar>
            <w:vAlign w:val="center"/>
          </w:tcPr>
          <w:p w14:paraId="6BAE1822"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b/>
                <w:color w:val="000000"/>
                <w:sz w:val="20"/>
                <w:szCs w:val="20"/>
              </w:rPr>
            </w:pPr>
          </w:p>
        </w:tc>
        <w:tc>
          <w:tcPr>
            <w:tcW w:w="874" w:type="pct"/>
            <w:tcBorders>
              <w:top w:val="single" w:sz="12" w:space="0" w:color="666666"/>
              <w:left w:val="none" w:sz="0" w:space="0" w:color="000000"/>
              <w:bottom w:val="none" w:sz="0" w:space="0" w:color="000000"/>
              <w:right w:val="none" w:sz="0" w:space="0" w:color="000000"/>
            </w:tcBorders>
            <w:shd w:val="clear" w:color="auto" w:fill="F2F2F2"/>
            <w:tcMar>
              <w:top w:w="0" w:type="dxa"/>
              <w:left w:w="0" w:type="dxa"/>
              <w:bottom w:w="0" w:type="dxa"/>
              <w:right w:w="0" w:type="dxa"/>
            </w:tcMar>
            <w:vAlign w:val="center"/>
          </w:tcPr>
          <w:p w14:paraId="10E0AF4A"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b/>
                <w:color w:val="000000"/>
                <w:sz w:val="20"/>
                <w:szCs w:val="20"/>
              </w:rPr>
            </w:pPr>
          </w:p>
        </w:tc>
        <w:tc>
          <w:tcPr>
            <w:tcW w:w="935" w:type="pct"/>
            <w:tcBorders>
              <w:top w:val="single" w:sz="12" w:space="0" w:color="666666"/>
              <w:left w:val="none" w:sz="0" w:space="0" w:color="000000"/>
              <w:bottom w:val="none" w:sz="0" w:space="0" w:color="000000"/>
              <w:right w:val="none" w:sz="0" w:space="0" w:color="000000"/>
            </w:tcBorders>
            <w:shd w:val="clear" w:color="auto" w:fill="F2F2F2"/>
            <w:tcMar>
              <w:top w:w="0" w:type="dxa"/>
              <w:left w:w="0" w:type="dxa"/>
              <w:bottom w:w="0" w:type="dxa"/>
              <w:right w:w="0" w:type="dxa"/>
            </w:tcMar>
            <w:vAlign w:val="center"/>
          </w:tcPr>
          <w:p w14:paraId="16B162C2"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b/>
                <w:color w:val="000000"/>
                <w:sz w:val="20"/>
                <w:szCs w:val="20"/>
              </w:rPr>
            </w:pPr>
          </w:p>
        </w:tc>
        <w:tc>
          <w:tcPr>
            <w:tcW w:w="1128" w:type="pct"/>
            <w:tcBorders>
              <w:top w:val="single" w:sz="12" w:space="0" w:color="666666"/>
              <w:left w:val="none" w:sz="0" w:space="0" w:color="000000"/>
              <w:bottom w:val="none" w:sz="0" w:space="0" w:color="000000"/>
              <w:right w:val="none" w:sz="0" w:space="0" w:color="000000"/>
            </w:tcBorders>
            <w:shd w:val="clear" w:color="auto" w:fill="F2F2F2"/>
            <w:tcMar>
              <w:top w:w="0" w:type="dxa"/>
              <w:left w:w="0" w:type="dxa"/>
              <w:bottom w:w="0" w:type="dxa"/>
              <w:right w:w="0" w:type="dxa"/>
            </w:tcMar>
            <w:vAlign w:val="center"/>
          </w:tcPr>
          <w:p w14:paraId="2E265AC9"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b/>
                <w:color w:val="000000"/>
                <w:sz w:val="20"/>
                <w:szCs w:val="20"/>
              </w:rPr>
            </w:pPr>
          </w:p>
        </w:tc>
        <w:tc>
          <w:tcPr>
            <w:tcW w:w="440" w:type="pct"/>
            <w:tcBorders>
              <w:top w:val="single" w:sz="12" w:space="0" w:color="666666"/>
              <w:left w:val="none" w:sz="0" w:space="0" w:color="000000"/>
              <w:bottom w:val="none" w:sz="0" w:space="0" w:color="000000"/>
              <w:right w:val="none" w:sz="0" w:space="0" w:color="000000"/>
            </w:tcBorders>
            <w:shd w:val="clear" w:color="auto" w:fill="F2F2F2"/>
            <w:tcMar>
              <w:top w:w="0" w:type="dxa"/>
              <w:left w:w="0" w:type="dxa"/>
              <w:bottom w:w="0" w:type="dxa"/>
              <w:right w:w="0" w:type="dxa"/>
            </w:tcMar>
            <w:vAlign w:val="center"/>
          </w:tcPr>
          <w:p w14:paraId="10758E3D"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b/>
                <w:color w:val="000000"/>
                <w:sz w:val="20"/>
                <w:szCs w:val="20"/>
              </w:rPr>
            </w:pPr>
          </w:p>
        </w:tc>
      </w:tr>
      <w:tr w:rsidR="00E70DA4" w:rsidRPr="001A2E38" w14:paraId="4014D1E2" w14:textId="77777777" w:rsidTr="0059499B">
        <w:trPr>
          <w:jc w:val="center"/>
        </w:trPr>
        <w:tc>
          <w:tcPr>
            <w:tcW w:w="78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A6E1D60"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rPr>
                <w:rFonts w:ascii="Times New Roman" w:eastAsia="Arial" w:hAnsi="Times New Roman" w:cs="Times New Roman"/>
                <w:b/>
                <w:color w:val="000000"/>
                <w:sz w:val="20"/>
                <w:szCs w:val="20"/>
              </w:rPr>
            </w:pPr>
            <w:r w:rsidRPr="001A2E38">
              <w:rPr>
                <w:rFonts w:ascii="Times New Roman" w:eastAsia="Arial" w:hAnsi="Times New Roman" w:cs="Times New Roman"/>
                <w:b/>
                <w:color w:val="000000"/>
                <w:sz w:val="20"/>
                <w:szCs w:val="20"/>
              </w:rPr>
              <w:t>Liver function</w:t>
            </w:r>
          </w:p>
        </w:tc>
        <w:tc>
          <w:tcPr>
            <w:tcW w:w="84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D69C471"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b/>
                <w:color w:val="000000"/>
                <w:sz w:val="20"/>
                <w:szCs w:val="20"/>
              </w:rPr>
            </w:pPr>
          </w:p>
        </w:tc>
        <w:tc>
          <w:tcPr>
            <w:tcW w:w="874"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DA1F159"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b/>
                <w:color w:val="000000"/>
                <w:sz w:val="20"/>
                <w:szCs w:val="20"/>
              </w:rPr>
            </w:pPr>
          </w:p>
        </w:tc>
        <w:tc>
          <w:tcPr>
            <w:tcW w:w="93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8B4DC6A"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b/>
                <w:color w:val="000000"/>
                <w:sz w:val="20"/>
                <w:szCs w:val="20"/>
              </w:rPr>
            </w:pPr>
          </w:p>
        </w:tc>
        <w:tc>
          <w:tcPr>
            <w:tcW w:w="1128"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D78BCBA"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b/>
                <w:color w:val="000000"/>
                <w:sz w:val="20"/>
                <w:szCs w:val="20"/>
              </w:rPr>
            </w:pPr>
          </w:p>
        </w:tc>
        <w:tc>
          <w:tcPr>
            <w:tcW w:w="44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BED0CE7"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b/>
                <w:color w:val="000000"/>
                <w:sz w:val="20"/>
                <w:szCs w:val="20"/>
              </w:rPr>
            </w:pPr>
          </w:p>
        </w:tc>
      </w:tr>
      <w:tr w:rsidR="00E70DA4" w:rsidRPr="001A2E38" w14:paraId="2776873F" w14:textId="77777777" w:rsidTr="0059499B">
        <w:trPr>
          <w:jc w:val="center"/>
        </w:trPr>
        <w:tc>
          <w:tcPr>
            <w:tcW w:w="78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9C4AE61"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ALP</w:t>
            </w:r>
          </w:p>
        </w:tc>
        <w:tc>
          <w:tcPr>
            <w:tcW w:w="84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962B2EE"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1.473 (1.437-1.511)</w:t>
            </w:r>
          </w:p>
        </w:tc>
        <w:tc>
          <w:tcPr>
            <w:tcW w:w="874"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A771952"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1.472 (1.435-1.509)</w:t>
            </w:r>
          </w:p>
        </w:tc>
        <w:tc>
          <w:tcPr>
            <w:tcW w:w="93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61335DB"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1.001 (1.000-1.002)</w:t>
            </w:r>
          </w:p>
        </w:tc>
        <w:tc>
          <w:tcPr>
            <w:tcW w:w="1128"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A05EEF3"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0.377 (0.115-0.640)</w:t>
            </w:r>
          </w:p>
        </w:tc>
        <w:tc>
          <w:tcPr>
            <w:tcW w:w="44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0AC9254"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0.005</w:t>
            </w:r>
          </w:p>
        </w:tc>
      </w:tr>
      <w:tr w:rsidR="00E70DA4" w:rsidRPr="001A2E38" w14:paraId="421CD4C3" w14:textId="77777777" w:rsidTr="0059499B">
        <w:trPr>
          <w:jc w:val="center"/>
        </w:trPr>
        <w:tc>
          <w:tcPr>
            <w:tcW w:w="78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92F3091"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ALT</w:t>
            </w:r>
          </w:p>
        </w:tc>
        <w:tc>
          <w:tcPr>
            <w:tcW w:w="84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266D263"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1.468 (1.432-1.506)</w:t>
            </w:r>
          </w:p>
        </w:tc>
        <w:tc>
          <w:tcPr>
            <w:tcW w:w="874"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DA20424"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1.453 (1.417-1.491)</w:t>
            </w:r>
          </w:p>
        </w:tc>
        <w:tc>
          <w:tcPr>
            <w:tcW w:w="93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B85D3BC"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1.010 (1.008-1.013)</w:t>
            </w:r>
          </w:p>
        </w:tc>
        <w:tc>
          <w:tcPr>
            <w:tcW w:w="1128"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818BA79"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3.210 (2.478-3.943)</w:t>
            </w:r>
          </w:p>
        </w:tc>
        <w:tc>
          <w:tcPr>
            <w:tcW w:w="44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7B69271"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&lt;0.001</w:t>
            </w:r>
          </w:p>
        </w:tc>
      </w:tr>
      <w:tr w:rsidR="00E70DA4" w:rsidRPr="001A2E38" w14:paraId="75E9B92F" w14:textId="77777777" w:rsidTr="0059499B">
        <w:trPr>
          <w:jc w:val="center"/>
        </w:trPr>
        <w:tc>
          <w:tcPr>
            <w:tcW w:w="78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1B2344"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AST</w:t>
            </w:r>
          </w:p>
        </w:tc>
        <w:tc>
          <w:tcPr>
            <w:tcW w:w="84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724CD29"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1.472 (1.435-1.509)</w:t>
            </w:r>
          </w:p>
        </w:tc>
        <w:tc>
          <w:tcPr>
            <w:tcW w:w="874"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9DF4F1F"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1.469 (1.433-1.507)</w:t>
            </w:r>
          </w:p>
        </w:tc>
        <w:tc>
          <w:tcPr>
            <w:tcW w:w="93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6EB3F11"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1.002 (1.001-1.002)</w:t>
            </w:r>
          </w:p>
        </w:tc>
        <w:tc>
          <w:tcPr>
            <w:tcW w:w="1128"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9DF2ABF"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0.526 (0.327-0.725)</w:t>
            </w:r>
          </w:p>
        </w:tc>
        <w:tc>
          <w:tcPr>
            <w:tcW w:w="44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177A45F"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&lt;0.001</w:t>
            </w:r>
          </w:p>
        </w:tc>
      </w:tr>
      <w:tr w:rsidR="00E70DA4" w:rsidRPr="001A2E38" w14:paraId="46CCAB90" w14:textId="77777777" w:rsidTr="0059499B">
        <w:trPr>
          <w:jc w:val="center"/>
        </w:trPr>
        <w:tc>
          <w:tcPr>
            <w:tcW w:w="78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27236C3"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rPr>
                <w:rFonts w:ascii="Times New Roman" w:eastAsia="Arial" w:hAnsi="Times New Roman" w:cs="Times New Roman"/>
                <w:b/>
                <w:color w:val="000000"/>
                <w:sz w:val="20"/>
                <w:szCs w:val="20"/>
              </w:rPr>
            </w:pPr>
            <w:r w:rsidRPr="001A2E38">
              <w:rPr>
                <w:rFonts w:ascii="Times New Roman" w:eastAsia="Arial" w:hAnsi="Times New Roman" w:cs="Times New Roman"/>
                <w:b/>
                <w:color w:val="000000"/>
                <w:sz w:val="20"/>
                <w:szCs w:val="20"/>
              </w:rPr>
              <w:t>Renal function</w:t>
            </w:r>
          </w:p>
        </w:tc>
        <w:tc>
          <w:tcPr>
            <w:tcW w:w="84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2ABA5E4"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b/>
                <w:color w:val="000000"/>
                <w:sz w:val="20"/>
                <w:szCs w:val="20"/>
              </w:rPr>
            </w:pPr>
          </w:p>
        </w:tc>
        <w:tc>
          <w:tcPr>
            <w:tcW w:w="874"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E07E781"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b/>
                <w:color w:val="000000"/>
                <w:sz w:val="20"/>
                <w:szCs w:val="20"/>
              </w:rPr>
            </w:pPr>
          </w:p>
        </w:tc>
        <w:tc>
          <w:tcPr>
            <w:tcW w:w="93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0492B3C"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b/>
                <w:color w:val="000000"/>
                <w:sz w:val="20"/>
                <w:szCs w:val="20"/>
              </w:rPr>
            </w:pPr>
          </w:p>
        </w:tc>
        <w:tc>
          <w:tcPr>
            <w:tcW w:w="1128"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20C81CD"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b/>
                <w:color w:val="000000"/>
                <w:sz w:val="20"/>
                <w:szCs w:val="20"/>
              </w:rPr>
            </w:pPr>
          </w:p>
        </w:tc>
        <w:tc>
          <w:tcPr>
            <w:tcW w:w="44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4DC699D"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b/>
                <w:color w:val="000000"/>
                <w:sz w:val="20"/>
                <w:szCs w:val="20"/>
              </w:rPr>
            </w:pPr>
          </w:p>
        </w:tc>
      </w:tr>
      <w:tr w:rsidR="00E70DA4" w:rsidRPr="001A2E38" w14:paraId="11D40D1B" w14:textId="77777777" w:rsidTr="0059499B">
        <w:trPr>
          <w:jc w:val="center"/>
        </w:trPr>
        <w:tc>
          <w:tcPr>
            <w:tcW w:w="78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4DE92FF"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Urate</w:t>
            </w:r>
          </w:p>
        </w:tc>
        <w:tc>
          <w:tcPr>
            <w:tcW w:w="84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9BA18C0"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1.497 (1.458-1.536)</w:t>
            </w:r>
          </w:p>
        </w:tc>
        <w:tc>
          <w:tcPr>
            <w:tcW w:w="874"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3546EF7"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1.483 (1.446-1.522)</w:t>
            </w:r>
          </w:p>
        </w:tc>
        <w:tc>
          <w:tcPr>
            <w:tcW w:w="93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931E52D"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1.009 (1.007-1.011)</w:t>
            </w:r>
          </w:p>
        </w:tc>
        <w:tc>
          <w:tcPr>
            <w:tcW w:w="1128"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A31DB52"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2.645 (2.031-3.259)</w:t>
            </w:r>
          </w:p>
        </w:tc>
        <w:tc>
          <w:tcPr>
            <w:tcW w:w="44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5B7A8D0"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&lt;0.001</w:t>
            </w:r>
          </w:p>
        </w:tc>
      </w:tr>
      <w:tr w:rsidR="00E70DA4" w:rsidRPr="001A2E38" w14:paraId="46B95C2A" w14:textId="77777777" w:rsidTr="0059499B">
        <w:trPr>
          <w:jc w:val="center"/>
        </w:trPr>
        <w:tc>
          <w:tcPr>
            <w:tcW w:w="78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F077A9C"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rPr>
                <w:rFonts w:ascii="Times New Roman" w:eastAsia="Arial" w:hAnsi="Times New Roman" w:cs="Times New Roman"/>
                <w:b/>
                <w:color w:val="000000"/>
                <w:sz w:val="20"/>
                <w:szCs w:val="20"/>
              </w:rPr>
            </w:pPr>
            <w:r w:rsidRPr="001A2E38">
              <w:rPr>
                <w:rFonts w:ascii="Times New Roman" w:eastAsia="Arial" w:hAnsi="Times New Roman" w:cs="Times New Roman"/>
                <w:b/>
                <w:color w:val="000000"/>
                <w:sz w:val="20"/>
                <w:szCs w:val="20"/>
              </w:rPr>
              <w:t>Systemic inflammation</w:t>
            </w:r>
          </w:p>
        </w:tc>
        <w:tc>
          <w:tcPr>
            <w:tcW w:w="84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CF7762F"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b/>
                <w:color w:val="000000"/>
                <w:sz w:val="20"/>
                <w:szCs w:val="20"/>
              </w:rPr>
            </w:pPr>
          </w:p>
        </w:tc>
        <w:tc>
          <w:tcPr>
            <w:tcW w:w="874"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C7DB5CD"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b/>
                <w:color w:val="000000"/>
                <w:sz w:val="20"/>
                <w:szCs w:val="20"/>
              </w:rPr>
            </w:pPr>
          </w:p>
        </w:tc>
        <w:tc>
          <w:tcPr>
            <w:tcW w:w="93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DB4534F"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b/>
                <w:color w:val="000000"/>
                <w:sz w:val="20"/>
                <w:szCs w:val="20"/>
              </w:rPr>
            </w:pPr>
          </w:p>
        </w:tc>
        <w:tc>
          <w:tcPr>
            <w:tcW w:w="1128"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9ECF5BC"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b/>
                <w:color w:val="000000"/>
                <w:sz w:val="20"/>
                <w:szCs w:val="20"/>
              </w:rPr>
            </w:pPr>
          </w:p>
        </w:tc>
        <w:tc>
          <w:tcPr>
            <w:tcW w:w="44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29C06AF"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b/>
                <w:color w:val="000000"/>
                <w:sz w:val="20"/>
                <w:szCs w:val="20"/>
              </w:rPr>
            </w:pPr>
          </w:p>
        </w:tc>
      </w:tr>
      <w:tr w:rsidR="00E70DA4" w:rsidRPr="001A2E38" w14:paraId="2E314685" w14:textId="77777777" w:rsidTr="0059499B">
        <w:trPr>
          <w:jc w:val="center"/>
        </w:trPr>
        <w:tc>
          <w:tcPr>
            <w:tcW w:w="78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0118302"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CRP</w:t>
            </w:r>
          </w:p>
        </w:tc>
        <w:tc>
          <w:tcPr>
            <w:tcW w:w="84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ADBD611"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1.471 (1.434-1.508)</w:t>
            </w:r>
          </w:p>
        </w:tc>
        <w:tc>
          <w:tcPr>
            <w:tcW w:w="874"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EB02B0E"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1.466 (1.430-1.504)</w:t>
            </w:r>
          </w:p>
        </w:tc>
        <w:tc>
          <w:tcPr>
            <w:tcW w:w="93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770B2F7"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1.003 (1.002-1.004)</w:t>
            </w:r>
          </w:p>
        </w:tc>
        <w:tc>
          <w:tcPr>
            <w:tcW w:w="1128"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98EA9BD"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0.956 (0.672-1.240)</w:t>
            </w:r>
          </w:p>
        </w:tc>
        <w:tc>
          <w:tcPr>
            <w:tcW w:w="44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11282D1"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&lt;0.001</w:t>
            </w:r>
          </w:p>
        </w:tc>
      </w:tr>
      <w:tr w:rsidR="00E70DA4" w:rsidRPr="001A2E38" w14:paraId="63DC558C" w14:textId="77777777" w:rsidTr="0059499B">
        <w:trPr>
          <w:jc w:val="center"/>
        </w:trPr>
        <w:tc>
          <w:tcPr>
            <w:tcW w:w="78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36B37CE"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WBC</w:t>
            </w:r>
          </w:p>
        </w:tc>
        <w:tc>
          <w:tcPr>
            <w:tcW w:w="84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348AB5C"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1.481 (1.444-1.519)</w:t>
            </w:r>
          </w:p>
        </w:tc>
        <w:tc>
          <w:tcPr>
            <w:tcW w:w="874"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5E2B3E1"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1.480 (1.443-1.518)</w:t>
            </w:r>
          </w:p>
        </w:tc>
        <w:tc>
          <w:tcPr>
            <w:tcW w:w="93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51B6ED7"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1.001 (1.001-1.001)</w:t>
            </w:r>
          </w:p>
        </w:tc>
        <w:tc>
          <w:tcPr>
            <w:tcW w:w="1128"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8781F78"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0.282 (0.167-0.396)</w:t>
            </w:r>
          </w:p>
        </w:tc>
        <w:tc>
          <w:tcPr>
            <w:tcW w:w="44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35C37FA"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&lt;0.001</w:t>
            </w:r>
          </w:p>
        </w:tc>
      </w:tr>
      <w:tr w:rsidR="00E70DA4" w:rsidRPr="001A2E38" w14:paraId="1FF0B31F" w14:textId="77777777" w:rsidTr="0059499B">
        <w:trPr>
          <w:jc w:val="center"/>
        </w:trPr>
        <w:tc>
          <w:tcPr>
            <w:tcW w:w="78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6CAD300"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Lymphocyte</w:t>
            </w:r>
          </w:p>
        </w:tc>
        <w:tc>
          <w:tcPr>
            <w:tcW w:w="84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E0D5321"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1.488 (1.450-1.526)</w:t>
            </w:r>
          </w:p>
        </w:tc>
        <w:tc>
          <w:tcPr>
            <w:tcW w:w="874"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03B18AA"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1.487 (1.449-1.526)</w:t>
            </w:r>
          </w:p>
        </w:tc>
        <w:tc>
          <w:tcPr>
            <w:tcW w:w="93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62E1F60"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1.001 (1.000-1.001)</w:t>
            </w:r>
          </w:p>
        </w:tc>
        <w:tc>
          <w:tcPr>
            <w:tcW w:w="1128"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2769C1D"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0.166 (0.025-0.308)</w:t>
            </w:r>
          </w:p>
        </w:tc>
        <w:tc>
          <w:tcPr>
            <w:tcW w:w="44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B4FD023"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0.023</w:t>
            </w:r>
          </w:p>
        </w:tc>
      </w:tr>
      <w:tr w:rsidR="00E70DA4" w:rsidRPr="001A2E38" w14:paraId="19541137" w14:textId="77777777" w:rsidTr="0059499B">
        <w:trPr>
          <w:jc w:val="center"/>
        </w:trPr>
        <w:tc>
          <w:tcPr>
            <w:tcW w:w="78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0146F05"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rPr>
                <w:rFonts w:ascii="Times New Roman" w:eastAsia="Arial" w:hAnsi="Times New Roman" w:cs="Times New Roman"/>
                <w:b/>
                <w:color w:val="000000"/>
                <w:sz w:val="20"/>
                <w:szCs w:val="20"/>
              </w:rPr>
            </w:pPr>
            <w:r w:rsidRPr="001A2E38">
              <w:rPr>
                <w:rFonts w:ascii="Times New Roman" w:eastAsia="Arial" w:hAnsi="Times New Roman" w:cs="Times New Roman"/>
                <w:b/>
                <w:color w:val="000000"/>
                <w:sz w:val="20"/>
                <w:szCs w:val="20"/>
              </w:rPr>
              <w:t>Metabolic</w:t>
            </w:r>
          </w:p>
        </w:tc>
        <w:tc>
          <w:tcPr>
            <w:tcW w:w="84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AF40CF3"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b/>
                <w:color w:val="000000"/>
                <w:sz w:val="20"/>
                <w:szCs w:val="20"/>
              </w:rPr>
            </w:pPr>
          </w:p>
        </w:tc>
        <w:tc>
          <w:tcPr>
            <w:tcW w:w="874"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FA1A2F6"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b/>
                <w:color w:val="000000"/>
                <w:sz w:val="20"/>
                <w:szCs w:val="20"/>
              </w:rPr>
            </w:pPr>
          </w:p>
        </w:tc>
        <w:tc>
          <w:tcPr>
            <w:tcW w:w="93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6F5ABA8"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b/>
                <w:color w:val="000000"/>
                <w:sz w:val="20"/>
                <w:szCs w:val="20"/>
              </w:rPr>
            </w:pPr>
          </w:p>
        </w:tc>
        <w:tc>
          <w:tcPr>
            <w:tcW w:w="1128"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9C72247"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b/>
                <w:color w:val="000000"/>
                <w:sz w:val="20"/>
                <w:szCs w:val="20"/>
              </w:rPr>
            </w:pPr>
          </w:p>
        </w:tc>
        <w:tc>
          <w:tcPr>
            <w:tcW w:w="44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77AB3E4"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b/>
                <w:color w:val="000000"/>
                <w:sz w:val="20"/>
                <w:szCs w:val="20"/>
              </w:rPr>
            </w:pPr>
          </w:p>
        </w:tc>
      </w:tr>
      <w:tr w:rsidR="00E70DA4" w:rsidRPr="001A2E38" w14:paraId="4876E3BE" w14:textId="77777777" w:rsidTr="0059499B">
        <w:trPr>
          <w:jc w:val="center"/>
        </w:trPr>
        <w:tc>
          <w:tcPr>
            <w:tcW w:w="78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9252739"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ApoA</w:t>
            </w:r>
          </w:p>
        </w:tc>
        <w:tc>
          <w:tcPr>
            <w:tcW w:w="84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15E910C"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1.490 (1.452-1.529)</w:t>
            </w:r>
          </w:p>
        </w:tc>
        <w:tc>
          <w:tcPr>
            <w:tcW w:w="874"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3EF3CF3"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1.452 (1.413-1.493)</w:t>
            </w:r>
          </w:p>
        </w:tc>
        <w:tc>
          <w:tcPr>
            <w:tcW w:w="93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C01E39C"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1.026 (1.009-1.043)</w:t>
            </w:r>
          </w:p>
        </w:tc>
        <w:tc>
          <w:tcPr>
            <w:tcW w:w="1128"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F85AD64"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7.664 (2.945-12.383)</w:t>
            </w:r>
          </w:p>
        </w:tc>
        <w:tc>
          <w:tcPr>
            <w:tcW w:w="44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659A760"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0.002</w:t>
            </w:r>
          </w:p>
        </w:tc>
      </w:tr>
      <w:tr w:rsidR="00E70DA4" w:rsidRPr="001A2E38" w14:paraId="1D73DB7F" w14:textId="77777777" w:rsidTr="0059499B">
        <w:trPr>
          <w:jc w:val="center"/>
        </w:trPr>
        <w:tc>
          <w:tcPr>
            <w:tcW w:w="78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40BD002"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HbA1c</w:t>
            </w:r>
          </w:p>
        </w:tc>
        <w:tc>
          <w:tcPr>
            <w:tcW w:w="84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437AA5B"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1.262 (1.233-1.292)</w:t>
            </w:r>
          </w:p>
        </w:tc>
        <w:tc>
          <w:tcPr>
            <w:tcW w:w="874"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68F1F6E"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1.155 (1.126-1.184)</w:t>
            </w:r>
          </w:p>
        </w:tc>
        <w:tc>
          <w:tcPr>
            <w:tcW w:w="93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BB5858B"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1.093 (1.089-1.098)</w:t>
            </w:r>
          </w:p>
        </w:tc>
        <w:tc>
          <w:tcPr>
            <w:tcW w:w="1128"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DD10362"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41.113 (36.415-45.811)</w:t>
            </w:r>
          </w:p>
        </w:tc>
        <w:tc>
          <w:tcPr>
            <w:tcW w:w="44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67B90EF"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&lt;0.001</w:t>
            </w:r>
          </w:p>
        </w:tc>
      </w:tr>
      <w:tr w:rsidR="00E70DA4" w:rsidRPr="001A2E38" w14:paraId="1CF1225E" w14:textId="77777777" w:rsidTr="0059499B">
        <w:trPr>
          <w:jc w:val="center"/>
        </w:trPr>
        <w:tc>
          <w:tcPr>
            <w:tcW w:w="78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0B8533C"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lastRenderedPageBreak/>
              <w:t>IGF-1</w:t>
            </w:r>
          </w:p>
        </w:tc>
        <w:tc>
          <w:tcPr>
            <w:tcW w:w="84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A5DCBD6"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1.475 (1.439-1.513)</w:t>
            </w:r>
          </w:p>
        </w:tc>
        <w:tc>
          <w:tcPr>
            <w:tcW w:w="874"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B619C92"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1.469 (1.432-1.507)</w:t>
            </w:r>
          </w:p>
        </w:tc>
        <w:tc>
          <w:tcPr>
            <w:tcW w:w="93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AC06B73"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1.004 (1.002-1.006)</w:t>
            </w:r>
          </w:p>
        </w:tc>
        <w:tc>
          <w:tcPr>
            <w:tcW w:w="1128"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2E6EF86"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1.305 (0.740-1.870)</w:t>
            </w:r>
          </w:p>
        </w:tc>
        <w:tc>
          <w:tcPr>
            <w:tcW w:w="44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07FABDD"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&lt;0.001</w:t>
            </w:r>
          </w:p>
        </w:tc>
      </w:tr>
      <w:tr w:rsidR="00E70DA4" w:rsidRPr="001A2E38" w14:paraId="4B094592" w14:textId="77777777" w:rsidTr="0059499B">
        <w:trPr>
          <w:jc w:val="center"/>
        </w:trPr>
        <w:tc>
          <w:tcPr>
            <w:tcW w:w="78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9C024E5"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SBP</w:t>
            </w:r>
          </w:p>
        </w:tc>
        <w:tc>
          <w:tcPr>
            <w:tcW w:w="84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B54609A"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1.468 (1.430-1.507)</w:t>
            </w:r>
          </w:p>
        </w:tc>
        <w:tc>
          <w:tcPr>
            <w:tcW w:w="874"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F0AADA4"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1.458 (1.420-1.496)</w:t>
            </w:r>
          </w:p>
        </w:tc>
        <w:tc>
          <w:tcPr>
            <w:tcW w:w="93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7B4412D"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1.007 (1.005-1.009)</w:t>
            </w:r>
          </w:p>
        </w:tc>
        <w:tc>
          <w:tcPr>
            <w:tcW w:w="1128"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9351198"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2.162 (1.549-2.776)</w:t>
            </w:r>
          </w:p>
        </w:tc>
        <w:tc>
          <w:tcPr>
            <w:tcW w:w="44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3F0E18B"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&lt;0.001</w:t>
            </w:r>
          </w:p>
        </w:tc>
      </w:tr>
      <w:tr w:rsidR="00E70DA4" w:rsidRPr="001A2E38" w14:paraId="13F91438" w14:textId="77777777" w:rsidTr="0059499B">
        <w:trPr>
          <w:jc w:val="center"/>
        </w:trPr>
        <w:tc>
          <w:tcPr>
            <w:tcW w:w="78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DBED518"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DBP</w:t>
            </w:r>
          </w:p>
        </w:tc>
        <w:tc>
          <w:tcPr>
            <w:tcW w:w="84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D01D880"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1.470 (1.432-1.509)</w:t>
            </w:r>
          </w:p>
        </w:tc>
        <w:tc>
          <w:tcPr>
            <w:tcW w:w="874"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ADB9E16"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1.468 (1.430-1.507)</w:t>
            </w:r>
          </w:p>
        </w:tc>
        <w:tc>
          <w:tcPr>
            <w:tcW w:w="93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64C87EF"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1.001 (1.000-1.002)</w:t>
            </w:r>
          </w:p>
        </w:tc>
        <w:tc>
          <w:tcPr>
            <w:tcW w:w="1128"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107C2C8"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0.384 (0.032-0.735)</w:t>
            </w:r>
          </w:p>
        </w:tc>
        <w:tc>
          <w:tcPr>
            <w:tcW w:w="44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1C815CD"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0.034</w:t>
            </w:r>
          </w:p>
        </w:tc>
      </w:tr>
      <w:tr w:rsidR="00E70DA4" w:rsidRPr="001A2E38" w14:paraId="7E0F6345" w14:textId="77777777" w:rsidTr="0059499B">
        <w:trPr>
          <w:jc w:val="center"/>
        </w:trPr>
        <w:tc>
          <w:tcPr>
            <w:tcW w:w="782" w:type="pct"/>
            <w:tcBorders>
              <w:top w:val="none" w:sz="0" w:space="0" w:color="000000"/>
              <w:left w:val="none" w:sz="0" w:space="0" w:color="000000"/>
              <w:bottom w:val="none" w:sz="0" w:space="0" w:color="000000"/>
              <w:right w:val="none" w:sz="0" w:space="0" w:color="000000"/>
            </w:tcBorders>
            <w:shd w:val="clear" w:color="auto" w:fill="F2F2F2"/>
            <w:tcMar>
              <w:top w:w="0" w:type="dxa"/>
              <w:left w:w="0" w:type="dxa"/>
              <w:bottom w:w="0" w:type="dxa"/>
              <w:right w:w="0" w:type="dxa"/>
            </w:tcMar>
            <w:vAlign w:val="center"/>
          </w:tcPr>
          <w:p w14:paraId="558976E8"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rPr>
                <w:rFonts w:ascii="Times New Roman" w:eastAsia="Arial" w:hAnsi="Times New Roman" w:cs="Times New Roman"/>
                <w:b/>
                <w:color w:val="000000"/>
                <w:sz w:val="20"/>
                <w:szCs w:val="20"/>
              </w:rPr>
            </w:pPr>
            <w:r w:rsidRPr="001A2E38">
              <w:rPr>
                <w:rFonts w:ascii="Times New Roman" w:eastAsia="Arial" w:hAnsi="Times New Roman" w:cs="Times New Roman"/>
                <w:b/>
                <w:color w:val="000000"/>
                <w:sz w:val="20"/>
                <w:szCs w:val="20"/>
              </w:rPr>
              <w:t>CHG-BMI</w:t>
            </w:r>
          </w:p>
        </w:tc>
        <w:tc>
          <w:tcPr>
            <w:tcW w:w="841" w:type="pct"/>
            <w:tcBorders>
              <w:top w:val="none" w:sz="0" w:space="0" w:color="000000"/>
              <w:left w:val="none" w:sz="0" w:space="0" w:color="000000"/>
              <w:bottom w:val="none" w:sz="0" w:space="0" w:color="000000"/>
              <w:right w:val="none" w:sz="0" w:space="0" w:color="000000"/>
            </w:tcBorders>
            <w:shd w:val="clear" w:color="auto" w:fill="F2F2F2"/>
            <w:tcMar>
              <w:top w:w="0" w:type="dxa"/>
              <w:left w:w="0" w:type="dxa"/>
              <w:bottom w:w="0" w:type="dxa"/>
              <w:right w:w="0" w:type="dxa"/>
            </w:tcMar>
            <w:vAlign w:val="center"/>
          </w:tcPr>
          <w:p w14:paraId="15A37A36"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b/>
                <w:color w:val="000000"/>
                <w:sz w:val="20"/>
                <w:szCs w:val="20"/>
              </w:rPr>
            </w:pPr>
          </w:p>
        </w:tc>
        <w:tc>
          <w:tcPr>
            <w:tcW w:w="874" w:type="pct"/>
            <w:tcBorders>
              <w:top w:val="none" w:sz="0" w:space="0" w:color="000000"/>
              <w:left w:val="none" w:sz="0" w:space="0" w:color="000000"/>
              <w:bottom w:val="none" w:sz="0" w:space="0" w:color="000000"/>
              <w:right w:val="none" w:sz="0" w:space="0" w:color="000000"/>
            </w:tcBorders>
            <w:shd w:val="clear" w:color="auto" w:fill="F2F2F2"/>
            <w:tcMar>
              <w:top w:w="0" w:type="dxa"/>
              <w:left w:w="0" w:type="dxa"/>
              <w:bottom w:w="0" w:type="dxa"/>
              <w:right w:w="0" w:type="dxa"/>
            </w:tcMar>
            <w:vAlign w:val="center"/>
          </w:tcPr>
          <w:p w14:paraId="3B943645"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b/>
                <w:color w:val="000000"/>
                <w:sz w:val="20"/>
                <w:szCs w:val="20"/>
              </w:rPr>
            </w:pPr>
          </w:p>
        </w:tc>
        <w:tc>
          <w:tcPr>
            <w:tcW w:w="935" w:type="pct"/>
            <w:tcBorders>
              <w:top w:val="none" w:sz="0" w:space="0" w:color="000000"/>
              <w:left w:val="none" w:sz="0" w:space="0" w:color="000000"/>
              <w:bottom w:val="none" w:sz="0" w:space="0" w:color="000000"/>
              <w:right w:val="none" w:sz="0" w:space="0" w:color="000000"/>
            </w:tcBorders>
            <w:shd w:val="clear" w:color="auto" w:fill="F2F2F2"/>
            <w:tcMar>
              <w:top w:w="0" w:type="dxa"/>
              <w:left w:w="0" w:type="dxa"/>
              <w:bottom w:w="0" w:type="dxa"/>
              <w:right w:w="0" w:type="dxa"/>
            </w:tcMar>
            <w:vAlign w:val="center"/>
          </w:tcPr>
          <w:p w14:paraId="3FF2C7F0"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b/>
                <w:color w:val="000000"/>
                <w:sz w:val="20"/>
                <w:szCs w:val="20"/>
              </w:rPr>
            </w:pPr>
          </w:p>
        </w:tc>
        <w:tc>
          <w:tcPr>
            <w:tcW w:w="1128" w:type="pct"/>
            <w:tcBorders>
              <w:top w:val="none" w:sz="0" w:space="0" w:color="000000"/>
              <w:left w:val="none" w:sz="0" w:space="0" w:color="000000"/>
              <w:bottom w:val="none" w:sz="0" w:space="0" w:color="000000"/>
              <w:right w:val="none" w:sz="0" w:space="0" w:color="000000"/>
            </w:tcBorders>
            <w:shd w:val="clear" w:color="auto" w:fill="F2F2F2"/>
            <w:tcMar>
              <w:top w:w="0" w:type="dxa"/>
              <w:left w:w="0" w:type="dxa"/>
              <w:bottom w:w="0" w:type="dxa"/>
              <w:right w:w="0" w:type="dxa"/>
            </w:tcMar>
            <w:vAlign w:val="center"/>
          </w:tcPr>
          <w:p w14:paraId="5FED17FB"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b/>
                <w:color w:val="000000"/>
                <w:sz w:val="20"/>
                <w:szCs w:val="20"/>
              </w:rPr>
            </w:pPr>
          </w:p>
        </w:tc>
        <w:tc>
          <w:tcPr>
            <w:tcW w:w="440" w:type="pct"/>
            <w:tcBorders>
              <w:top w:val="none" w:sz="0" w:space="0" w:color="000000"/>
              <w:left w:val="none" w:sz="0" w:space="0" w:color="000000"/>
              <w:bottom w:val="none" w:sz="0" w:space="0" w:color="000000"/>
              <w:right w:val="none" w:sz="0" w:space="0" w:color="000000"/>
            </w:tcBorders>
            <w:shd w:val="clear" w:color="auto" w:fill="F2F2F2"/>
            <w:tcMar>
              <w:top w:w="0" w:type="dxa"/>
              <w:left w:w="0" w:type="dxa"/>
              <w:bottom w:w="0" w:type="dxa"/>
              <w:right w:w="0" w:type="dxa"/>
            </w:tcMar>
            <w:vAlign w:val="center"/>
          </w:tcPr>
          <w:p w14:paraId="25BDD133"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b/>
                <w:color w:val="000000"/>
                <w:sz w:val="20"/>
                <w:szCs w:val="20"/>
              </w:rPr>
            </w:pPr>
          </w:p>
        </w:tc>
      </w:tr>
      <w:tr w:rsidR="00E70DA4" w:rsidRPr="001A2E38" w14:paraId="05B90A6D" w14:textId="77777777" w:rsidTr="0059499B">
        <w:trPr>
          <w:jc w:val="center"/>
        </w:trPr>
        <w:tc>
          <w:tcPr>
            <w:tcW w:w="78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F6054CA"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rPr>
                <w:rFonts w:ascii="Times New Roman" w:eastAsia="Arial" w:hAnsi="Times New Roman" w:cs="Times New Roman"/>
                <w:b/>
                <w:color w:val="000000"/>
                <w:sz w:val="20"/>
                <w:szCs w:val="20"/>
              </w:rPr>
            </w:pPr>
            <w:r w:rsidRPr="001A2E38">
              <w:rPr>
                <w:rFonts w:ascii="Times New Roman" w:eastAsia="Arial" w:hAnsi="Times New Roman" w:cs="Times New Roman"/>
                <w:b/>
                <w:color w:val="000000"/>
                <w:sz w:val="20"/>
                <w:szCs w:val="20"/>
              </w:rPr>
              <w:t>Liver function</w:t>
            </w:r>
          </w:p>
        </w:tc>
        <w:tc>
          <w:tcPr>
            <w:tcW w:w="84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DA1937D"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b/>
                <w:color w:val="000000"/>
                <w:sz w:val="20"/>
                <w:szCs w:val="20"/>
              </w:rPr>
            </w:pPr>
          </w:p>
        </w:tc>
        <w:tc>
          <w:tcPr>
            <w:tcW w:w="874"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AA3EE89"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b/>
                <w:color w:val="000000"/>
                <w:sz w:val="20"/>
                <w:szCs w:val="20"/>
              </w:rPr>
            </w:pPr>
          </w:p>
        </w:tc>
        <w:tc>
          <w:tcPr>
            <w:tcW w:w="93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E02EC96"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b/>
                <w:color w:val="000000"/>
                <w:sz w:val="20"/>
                <w:szCs w:val="20"/>
              </w:rPr>
            </w:pPr>
          </w:p>
        </w:tc>
        <w:tc>
          <w:tcPr>
            <w:tcW w:w="1128"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13B2922"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b/>
                <w:color w:val="000000"/>
                <w:sz w:val="20"/>
                <w:szCs w:val="20"/>
              </w:rPr>
            </w:pPr>
          </w:p>
        </w:tc>
        <w:tc>
          <w:tcPr>
            <w:tcW w:w="44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5A5D3BE"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b/>
                <w:color w:val="000000"/>
                <w:sz w:val="20"/>
                <w:szCs w:val="20"/>
              </w:rPr>
            </w:pPr>
          </w:p>
        </w:tc>
      </w:tr>
      <w:tr w:rsidR="00E70DA4" w:rsidRPr="001A2E38" w14:paraId="0740278B" w14:textId="77777777" w:rsidTr="0059499B">
        <w:trPr>
          <w:jc w:val="center"/>
        </w:trPr>
        <w:tc>
          <w:tcPr>
            <w:tcW w:w="78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6D1A861"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Albumin</w:t>
            </w:r>
          </w:p>
        </w:tc>
        <w:tc>
          <w:tcPr>
            <w:tcW w:w="84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4354E3B"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1.528 (1.491-1.566)</w:t>
            </w:r>
          </w:p>
        </w:tc>
        <w:tc>
          <w:tcPr>
            <w:tcW w:w="874"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C0701BB"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1.534 (1.496-1.573)</w:t>
            </w:r>
          </w:p>
        </w:tc>
        <w:tc>
          <w:tcPr>
            <w:tcW w:w="93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3DA23AC"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0.996 (0.990-1.002)</w:t>
            </w:r>
          </w:p>
        </w:tc>
        <w:tc>
          <w:tcPr>
            <w:tcW w:w="1128"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29754EC"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-1.116 (-2.774-0.542)</w:t>
            </w:r>
          </w:p>
        </w:tc>
        <w:tc>
          <w:tcPr>
            <w:tcW w:w="44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2A1E0F7"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0.193</w:t>
            </w:r>
          </w:p>
        </w:tc>
      </w:tr>
      <w:tr w:rsidR="00E70DA4" w:rsidRPr="001A2E38" w14:paraId="2A7DFAC1" w14:textId="77777777" w:rsidTr="0059499B">
        <w:trPr>
          <w:jc w:val="center"/>
        </w:trPr>
        <w:tc>
          <w:tcPr>
            <w:tcW w:w="78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339C1BC"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ALT</w:t>
            </w:r>
          </w:p>
        </w:tc>
        <w:tc>
          <w:tcPr>
            <w:tcW w:w="84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9CA12A8"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1.522 (1.485-1.559)</w:t>
            </w:r>
          </w:p>
        </w:tc>
        <w:tc>
          <w:tcPr>
            <w:tcW w:w="874"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83A63D6"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1.516 (1.479-1.553)</w:t>
            </w:r>
          </w:p>
        </w:tc>
        <w:tc>
          <w:tcPr>
            <w:tcW w:w="93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314FA68"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1.004 (1.003-1.005)</w:t>
            </w:r>
          </w:p>
        </w:tc>
        <w:tc>
          <w:tcPr>
            <w:tcW w:w="1128"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6D756C1"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1.112 (0.816-1.408)</w:t>
            </w:r>
          </w:p>
        </w:tc>
        <w:tc>
          <w:tcPr>
            <w:tcW w:w="44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E27DE0B"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&lt;0.001</w:t>
            </w:r>
          </w:p>
        </w:tc>
      </w:tr>
      <w:tr w:rsidR="00E70DA4" w:rsidRPr="001A2E38" w14:paraId="5CC0EB2D" w14:textId="77777777" w:rsidTr="0059499B">
        <w:trPr>
          <w:jc w:val="center"/>
        </w:trPr>
        <w:tc>
          <w:tcPr>
            <w:tcW w:w="78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E097EC7"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rPr>
                <w:rFonts w:ascii="Times New Roman" w:eastAsia="Arial" w:hAnsi="Times New Roman" w:cs="Times New Roman"/>
                <w:b/>
                <w:color w:val="000000"/>
                <w:sz w:val="20"/>
                <w:szCs w:val="20"/>
              </w:rPr>
            </w:pPr>
            <w:r w:rsidRPr="001A2E38">
              <w:rPr>
                <w:rFonts w:ascii="Times New Roman" w:eastAsia="Arial" w:hAnsi="Times New Roman" w:cs="Times New Roman"/>
                <w:b/>
                <w:color w:val="000000"/>
                <w:sz w:val="20"/>
                <w:szCs w:val="20"/>
              </w:rPr>
              <w:t>Renal function</w:t>
            </w:r>
          </w:p>
        </w:tc>
        <w:tc>
          <w:tcPr>
            <w:tcW w:w="84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D5168C5"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b/>
                <w:color w:val="000000"/>
                <w:sz w:val="20"/>
                <w:szCs w:val="20"/>
              </w:rPr>
            </w:pPr>
          </w:p>
        </w:tc>
        <w:tc>
          <w:tcPr>
            <w:tcW w:w="874"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72D0431"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b/>
                <w:color w:val="000000"/>
                <w:sz w:val="20"/>
                <w:szCs w:val="20"/>
              </w:rPr>
            </w:pPr>
          </w:p>
        </w:tc>
        <w:tc>
          <w:tcPr>
            <w:tcW w:w="93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5068F3C"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b/>
                <w:color w:val="000000"/>
                <w:sz w:val="20"/>
                <w:szCs w:val="20"/>
              </w:rPr>
            </w:pPr>
          </w:p>
        </w:tc>
        <w:tc>
          <w:tcPr>
            <w:tcW w:w="1128"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7B1DCEB"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b/>
                <w:color w:val="000000"/>
                <w:sz w:val="20"/>
                <w:szCs w:val="20"/>
              </w:rPr>
            </w:pPr>
          </w:p>
        </w:tc>
        <w:tc>
          <w:tcPr>
            <w:tcW w:w="44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D750156"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b/>
                <w:color w:val="000000"/>
                <w:sz w:val="20"/>
                <w:szCs w:val="20"/>
              </w:rPr>
            </w:pPr>
          </w:p>
        </w:tc>
      </w:tr>
      <w:tr w:rsidR="00E70DA4" w:rsidRPr="001A2E38" w14:paraId="603283BA" w14:textId="77777777" w:rsidTr="0059499B">
        <w:trPr>
          <w:jc w:val="center"/>
        </w:trPr>
        <w:tc>
          <w:tcPr>
            <w:tcW w:w="78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00AFA42"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Urea</w:t>
            </w:r>
          </w:p>
        </w:tc>
        <w:tc>
          <w:tcPr>
            <w:tcW w:w="84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02F98CE"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1.527 (1.490-1.565)</w:t>
            </w:r>
          </w:p>
        </w:tc>
        <w:tc>
          <w:tcPr>
            <w:tcW w:w="874"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D060727"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1.525 (1.488-1.562)</w:t>
            </w:r>
          </w:p>
        </w:tc>
        <w:tc>
          <w:tcPr>
            <w:tcW w:w="93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B4D47CD"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1.002 (1.001-1.002)</w:t>
            </w:r>
          </w:p>
        </w:tc>
        <w:tc>
          <w:tcPr>
            <w:tcW w:w="1128"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EC834D9"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0.450 (0.240-0.659)</w:t>
            </w:r>
          </w:p>
        </w:tc>
        <w:tc>
          <w:tcPr>
            <w:tcW w:w="44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1A05D92"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&lt;0.001</w:t>
            </w:r>
          </w:p>
        </w:tc>
      </w:tr>
      <w:tr w:rsidR="00E70DA4" w:rsidRPr="001A2E38" w14:paraId="38281404" w14:textId="77777777" w:rsidTr="0059499B">
        <w:trPr>
          <w:jc w:val="center"/>
        </w:trPr>
        <w:tc>
          <w:tcPr>
            <w:tcW w:w="78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CF460AC"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Cystatin C</w:t>
            </w:r>
          </w:p>
        </w:tc>
        <w:tc>
          <w:tcPr>
            <w:tcW w:w="84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62D61C1"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1.526 (1.489-1.563)</w:t>
            </w:r>
          </w:p>
        </w:tc>
        <w:tc>
          <w:tcPr>
            <w:tcW w:w="874"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60BF696"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1.504 (1.468-1.542)</w:t>
            </w:r>
          </w:p>
        </w:tc>
        <w:tc>
          <w:tcPr>
            <w:tcW w:w="93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3FFD1A6"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1.014 (1.011-1.018)</w:t>
            </w:r>
          </w:p>
        </w:tc>
        <w:tc>
          <w:tcPr>
            <w:tcW w:w="1128"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81AC27E"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4.115 (3.196-5.035)</w:t>
            </w:r>
          </w:p>
        </w:tc>
        <w:tc>
          <w:tcPr>
            <w:tcW w:w="44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5A438E8"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&lt;0.001</w:t>
            </w:r>
          </w:p>
        </w:tc>
      </w:tr>
      <w:tr w:rsidR="00E70DA4" w:rsidRPr="001A2E38" w14:paraId="4E197344" w14:textId="77777777" w:rsidTr="0059499B">
        <w:trPr>
          <w:jc w:val="center"/>
        </w:trPr>
        <w:tc>
          <w:tcPr>
            <w:tcW w:w="78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494C154"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Urate</w:t>
            </w:r>
          </w:p>
        </w:tc>
        <w:tc>
          <w:tcPr>
            <w:tcW w:w="84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9C9B898"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1.532 (1.495-1.570)</w:t>
            </w:r>
          </w:p>
        </w:tc>
        <w:tc>
          <w:tcPr>
            <w:tcW w:w="874"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ABB431D"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1.514 (1.476-1.552)</w:t>
            </w:r>
          </w:p>
        </w:tc>
        <w:tc>
          <w:tcPr>
            <w:tcW w:w="93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D0A633D"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1.012 (1.006-1.018)</w:t>
            </w:r>
          </w:p>
        </w:tc>
        <w:tc>
          <w:tcPr>
            <w:tcW w:w="1128"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28DDB60"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3.437 (1.798-5.077)</w:t>
            </w:r>
          </w:p>
        </w:tc>
        <w:tc>
          <w:tcPr>
            <w:tcW w:w="44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725BEE8"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&lt;0.001</w:t>
            </w:r>
          </w:p>
        </w:tc>
      </w:tr>
      <w:tr w:rsidR="00E70DA4" w:rsidRPr="001A2E38" w14:paraId="0643CB17" w14:textId="77777777" w:rsidTr="0059499B">
        <w:trPr>
          <w:jc w:val="center"/>
        </w:trPr>
        <w:tc>
          <w:tcPr>
            <w:tcW w:w="78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167DF41"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rPr>
                <w:rFonts w:ascii="Times New Roman" w:eastAsia="Arial" w:hAnsi="Times New Roman" w:cs="Times New Roman"/>
                <w:b/>
                <w:color w:val="000000"/>
                <w:sz w:val="20"/>
                <w:szCs w:val="20"/>
              </w:rPr>
            </w:pPr>
            <w:r w:rsidRPr="001A2E38">
              <w:rPr>
                <w:rFonts w:ascii="Times New Roman" w:eastAsia="Arial" w:hAnsi="Times New Roman" w:cs="Times New Roman"/>
                <w:b/>
                <w:color w:val="000000"/>
                <w:sz w:val="20"/>
                <w:szCs w:val="20"/>
              </w:rPr>
              <w:t>Systemic inflammation</w:t>
            </w:r>
          </w:p>
        </w:tc>
        <w:tc>
          <w:tcPr>
            <w:tcW w:w="84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8EC9B80"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b/>
                <w:color w:val="000000"/>
                <w:sz w:val="20"/>
                <w:szCs w:val="20"/>
              </w:rPr>
            </w:pPr>
          </w:p>
        </w:tc>
        <w:tc>
          <w:tcPr>
            <w:tcW w:w="874"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8166401"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b/>
                <w:color w:val="000000"/>
                <w:sz w:val="20"/>
                <w:szCs w:val="20"/>
              </w:rPr>
            </w:pPr>
          </w:p>
        </w:tc>
        <w:tc>
          <w:tcPr>
            <w:tcW w:w="93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E07406C"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b/>
                <w:color w:val="000000"/>
                <w:sz w:val="20"/>
                <w:szCs w:val="20"/>
              </w:rPr>
            </w:pPr>
          </w:p>
        </w:tc>
        <w:tc>
          <w:tcPr>
            <w:tcW w:w="1128"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73F42B5"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b/>
                <w:color w:val="000000"/>
                <w:sz w:val="20"/>
                <w:szCs w:val="20"/>
              </w:rPr>
            </w:pPr>
          </w:p>
        </w:tc>
        <w:tc>
          <w:tcPr>
            <w:tcW w:w="44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0EEDA92"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b/>
                <w:color w:val="000000"/>
                <w:sz w:val="20"/>
                <w:szCs w:val="20"/>
              </w:rPr>
            </w:pPr>
          </w:p>
        </w:tc>
      </w:tr>
      <w:tr w:rsidR="00E70DA4" w:rsidRPr="001A2E38" w14:paraId="1237A2B2" w14:textId="77777777" w:rsidTr="0059499B">
        <w:trPr>
          <w:jc w:val="center"/>
        </w:trPr>
        <w:tc>
          <w:tcPr>
            <w:tcW w:w="78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1D2DFBC"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CRP</w:t>
            </w:r>
          </w:p>
        </w:tc>
        <w:tc>
          <w:tcPr>
            <w:tcW w:w="84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1DE19D8"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1.524 (1.488-1.562)</w:t>
            </w:r>
          </w:p>
        </w:tc>
        <w:tc>
          <w:tcPr>
            <w:tcW w:w="874"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092588D"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1.507 (1.470-1.545)</w:t>
            </w:r>
          </w:p>
        </w:tc>
        <w:tc>
          <w:tcPr>
            <w:tcW w:w="93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95BCDFA"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1.012 (1.007-1.016)</w:t>
            </w:r>
          </w:p>
        </w:tc>
        <w:tc>
          <w:tcPr>
            <w:tcW w:w="1128"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1F99E81"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3.355 (1.976-4.734)</w:t>
            </w:r>
          </w:p>
        </w:tc>
        <w:tc>
          <w:tcPr>
            <w:tcW w:w="44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0428010"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&lt;0.001</w:t>
            </w:r>
          </w:p>
        </w:tc>
      </w:tr>
      <w:tr w:rsidR="00E70DA4" w:rsidRPr="001A2E38" w14:paraId="4B90FB08" w14:textId="77777777" w:rsidTr="0059499B">
        <w:trPr>
          <w:jc w:val="center"/>
        </w:trPr>
        <w:tc>
          <w:tcPr>
            <w:tcW w:w="78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B693D53"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WBC</w:t>
            </w:r>
          </w:p>
        </w:tc>
        <w:tc>
          <w:tcPr>
            <w:tcW w:w="84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F6281A0"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1.533 (1.496-1.571)</w:t>
            </w:r>
          </w:p>
        </w:tc>
        <w:tc>
          <w:tcPr>
            <w:tcW w:w="874"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1138AC0"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1.525 (1.488-1.563)</w:t>
            </w:r>
          </w:p>
        </w:tc>
        <w:tc>
          <w:tcPr>
            <w:tcW w:w="93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5BEC75B"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1.005 (1.004-1.006)</w:t>
            </w:r>
          </w:p>
        </w:tc>
        <w:tc>
          <w:tcPr>
            <w:tcW w:w="1128"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2F2E592"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1.417 (1.147-1.688)</w:t>
            </w:r>
          </w:p>
        </w:tc>
        <w:tc>
          <w:tcPr>
            <w:tcW w:w="44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B5DE117"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&lt;0.001</w:t>
            </w:r>
          </w:p>
        </w:tc>
      </w:tr>
      <w:tr w:rsidR="00E70DA4" w:rsidRPr="001A2E38" w14:paraId="7F19B20A" w14:textId="77777777" w:rsidTr="0059499B">
        <w:trPr>
          <w:jc w:val="center"/>
        </w:trPr>
        <w:tc>
          <w:tcPr>
            <w:tcW w:w="78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3FB4D48"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Lymphocyte</w:t>
            </w:r>
          </w:p>
        </w:tc>
        <w:tc>
          <w:tcPr>
            <w:tcW w:w="84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AD081CC"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1.534 (1.497-1.572)</w:t>
            </w:r>
          </w:p>
        </w:tc>
        <w:tc>
          <w:tcPr>
            <w:tcW w:w="874"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C104342"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1.533 (1.496-1.571)</w:t>
            </w:r>
          </w:p>
        </w:tc>
        <w:tc>
          <w:tcPr>
            <w:tcW w:w="93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6F0EDC7"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1.001 (1.000-1.001)</w:t>
            </w:r>
          </w:p>
        </w:tc>
        <w:tc>
          <w:tcPr>
            <w:tcW w:w="1128"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3DECAFA"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0.207 (0.037-0.377)</w:t>
            </w:r>
          </w:p>
        </w:tc>
        <w:tc>
          <w:tcPr>
            <w:tcW w:w="44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51DB0F0"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0.018</w:t>
            </w:r>
          </w:p>
        </w:tc>
      </w:tr>
      <w:tr w:rsidR="00E70DA4" w:rsidRPr="001A2E38" w14:paraId="37DF135C" w14:textId="77777777" w:rsidTr="0059499B">
        <w:trPr>
          <w:jc w:val="center"/>
        </w:trPr>
        <w:tc>
          <w:tcPr>
            <w:tcW w:w="78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7D01515"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Monocyte</w:t>
            </w:r>
          </w:p>
        </w:tc>
        <w:tc>
          <w:tcPr>
            <w:tcW w:w="84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4C58C3D"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1.533 (1.495-1.571)</w:t>
            </w:r>
          </w:p>
        </w:tc>
        <w:tc>
          <w:tcPr>
            <w:tcW w:w="874"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9A1D02F"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1.529 (1.491-1.567)</w:t>
            </w:r>
          </w:p>
        </w:tc>
        <w:tc>
          <w:tcPr>
            <w:tcW w:w="93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FBC749D"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1.002 (1.002-1.003)</w:t>
            </w:r>
          </w:p>
        </w:tc>
        <w:tc>
          <w:tcPr>
            <w:tcW w:w="1128"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BD28732"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0.704 (0.488-0.921)</w:t>
            </w:r>
          </w:p>
        </w:tc>
        <w:tc>
          <w:tcPr>
            <w:tcW w:w="44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699730A"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&lt;0.001</w:t>
            </w:r>
          </w:p>
        </w:tc>
      </w:tr>
      <w:tr w:rsidR="00E70DA4" w:rsidRPr="001A2E38" w14:paraId="180BF8CB" w14:textId="77777777" w:rsidTr="0059499B">
        <w:trPr>
          <w:jc w:val="center"/>
        </w:trPr>
        <w:tc>
          <w:tcPr>
            <w:tcW w:w="78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3F68A44"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Neutrophil</w:t>
            </w:r>
          </w:p>
        </w:tc>
        <w:tc>
          <w:tcPr>
            <w:tcW w:w="84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422FE04"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1.528 (1.491-1.566)</w:t>
            </w:r>
          </w:p>
        </w:tc>
        <w:tc>
          <w:tcPr>
            <w:tcW w:w="874"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D77927A"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1.508 (1.471-1.545)</w:t>
            </w:r>
          </w:p>
        </w:tc>
        <w:tc>
          <w:tcPr>
            <w:tcW w:w="93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F3B46E9"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1.014 (1.011-1.016)</w:t>
            </w:r>
          </w:p>
        </w:tc>
        <w:tc>
          <w:tcPr>
            <w:tcW w:w="1128"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01C2466"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3.882 (3.209-4.555)</w:t>
            </w:r>
          </w:p>
        </w:tc>
        <w:tc>
          <w:tcPr>
            <w:tcW w:w="44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2AD2909"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&lt;0.001</w:t>
            </w:r>
          </w:p>
        </w:tc>
      </w:tr>
      <w:tr w:rsidR="00E70DA4" w:rsidRPr="001A2E38" w14:paraId="08C671D9" w14:textId="77777777" w:rsidTr="0059499B">
        <w:trPr>
          <w:jc w:val="center"/>
        </w:trPr>
        <w:tc>
          <w:tcPr>
            <w:tcW w:w="78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E5431E8"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Eosinophil</w:t>
            </w:r>
          </w:p>
        </w:tc>
        <w:tc>
          <w:tcPr>
            <w:tcW w:w="84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F0B4090"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1.534 (1.497-1.572)</w:t>
            </w:r>
          </w:p>
        </w:tc>
        <w:tc>
          <w:tcPr>
            <w:tcW w:w="874"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DB89F65"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1.531 (1.494-1.569)</w:t>
            </w:r>
          </w:p>
        </w:tc>
        <w:tc>
          <w:tcPr>
            <w:tcW w:w="93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EC79950"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1.002 (1.001-1.003)</w:t>
            </w:r>
          </w:p>
        </w:tc>
        <w:tc>
          <w:tcPr>
            <w:tcW w:w="1128"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A519809"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0.559 (0.327-0.792)</w:t>
            </w:r>
          </w:p>
        </w:tc>
        <w:tc>
          <w:tcPr>
            <w:tcW w:w="44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742626B"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&lt;0.001</w:t>
            </w:r>
          </w:p>
        </w:tc>
      </w:tr>
      <w:tr w:rsidR="00E70DA4" w:rsidRPr="001A2E38" w14:paraId="4FD3A07C" w14:textId="77777777" w:rsidTr="0059499B">
        <w:trPr>
          <w:jc w:val="center"/>
        </w:trPr>
        <w:tc>
          <w:tcPr>
            <w:tcW w:w="78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00A568B"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lastRenderedPageBreak/>
              <w:t>Basophil</w:t>
            </w:r>
          </w:p>
        </w:tc>
        <w:tc>
          <w:tcPr>
            <w:tcW w:w="84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A6DBA0"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1.533 (1.496-1.572)</w:t>
            </w:r>
          </w:p>
        </w:tc>
        <w:tc>
          <w:tcPr>
            <w:tcW w:w="874"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7446DC2"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1.532 (1.494-1.570)</w:t>
            </w:r>
          </w:p>
        </w:tc>
        <w:tc>
          <w:tcPr>
            <w:tcW w:w="93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335CC7"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1.001 (1.000-1.002)</w:t>
            </w:r>
          </w:p>
        </w:tc>
        <w:tc>
          <w:tcPr>
            <w:tcW w:w="1128"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87B2C10"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0.284 (-0.017-0.584)</w:t>
            </w:r>
          </w:p>
        </w:tc>
        <w:tc>
          <w:tcPr>
            <w:tcW w:w="44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8563F9F"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0.067</w:t>
            </w:r>
          </w:p>
        </w:tc>
      </w:tr>
      <w:tr w:rsidR="00E70DA4" w:rsidRPr="001A2E38" w14:paraId="4FE5C3D0" w14:textId="77777777" w:rsidTr="0059499B">
        <w:trPr>
          <w:jc w:val="center"/>
        </w:trPr>
        <w:tc>
          <w:tcPr>
            <w:tcW w:w="78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4C09A34"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rPr>
                <w:rFonts w:ascii="Times New Roman" w:eastAsia="Arial" w:hAnsi="Times New Roman" w:cs="Times New Roman"/>
                <w:b/>
                <w:color w:val="000000"/>
                <w:sz w:val="20"/>
                <w:szCs w:val="20"/>
              </w:rPr>
            </w:pPr>
            <w:r w:rsidRPr="001A2E38">
              <w:rPr>
                <w:rFonts w:ascii="Times New Roman" w:eastAsia="Arial" w:hAnsi="Times New Roman" w:cs="Times New Roman"/>
                <w:b/>
                <w:color w:val="000000"/>
                <w:sz w:val="20"/>
                <w:szCs w:val="20"/>
              </w:rPr>
              <w:t>Metabolic</w:t>
            </w:r>
          </w:p>
        </w:tc>
        <w:tc>
          <w:tcPr>
            <w:tcW w:w="84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BE8789B"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b/>
                <w:color w:val="000000"/>
                <w:sz w:val="20"/>
                <w:szCs w:val="20"/>
              </w:rPr>
            </w:pPr>
          </w:p>
        </w:tc>
        <w:tc>
          <w:tcPr>
            <w:tcW w:w="874"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067C998"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b/>
                <w:color w:val="000000"/>
                <w:sz w:val="20"/>
                <w:szCs w:val="20"/>
              </w:rPr>
            </w:pPr>
          </w:p>
        </w:tc>
        <w:tc>
          <w:tcPr>
            <w:tcW w:w="93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8ADACA7"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b/>
                <w:color w:val="000000"/>
                <w:sz w:val="20"/>
                <w:szCs w:val="20"/>
              </w:rPr>
            </w:pPr>
          </w:p>
        </w:tc>
        <w:tc>
          <w:tcPr>
            <w:tcW w:w="1128"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9C553BD"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b/>
                <w:color w:val="000000"/>
                <w:sz w:val="20"/>
                <w:szCs w:val="20"/>
              </w:rPr>
            </w:pPr>
          </w:p>
        </w:tc>
        <w:tc>
          <w:tcPr>
            <w:tcW w:w="44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22A6808"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b/>
                <w:color w:val="000000"/>
                <w:sz w:val="20"/>
                <w:szCs w:val="20"/>
              </w:rPr>
            </w:pPr>
          </w:p>
        </w:tc>
      </w:tr>
      <w:tr w:rsidR="00E70DA4" w:rsidRPr="001A2E38" w14:paraId="071AE975" w14:textId="77777777" w:rsidTr="0059499B">
        <w:trPr>
          <w:jc w:val="center"/>
        </w:trPr>
        <w:tc>
          <w:tcPr>
            <w:tcW w:w="78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C95D249"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ApoA</w:t>
            </w:r>
          </w:p>
        </w:tc>
        <w:tc>
          <w:tcPr>
            <w:tcW w:w="84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AB11E8C"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1.548 (1.510-1.587)</w:t>
            </w:r>
          </w:p>
        </w:tc>
        <w:tc>
          <w:tcPr>
            <w:tcW w:w="874"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7EDCD81"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1.494 (1.457-1.532)</w:t>
            </w:r>
          </w:p>
        </w:tc>
        <w:tc>
          <w:tcPr>
            <w:tcW w:w="93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8F1B63D"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1.036 (1.027-1.045)</w:t>
            </w:r>
          </w:p>
        </w:tc>
        <w:tc>
          <w:tcPr>
            <w:tcW w:w="1128"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BE91CF9"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9.885 (7.512-12.258)</w:t>
            </w:r>
          </w:p>
        </w:tc>
        <w:tc>
          <w:tcPr>
            <w:tcW w:w="44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9095BFE"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&lt;0.001</w:t>
            </w:r>
          </w:p>
        </w:tc>
      </w:tr>
      <w:tr w:rsidR="00E70DA4" w:rsidRPr="001A2E38" w14:paraId="2DBA62DC" w14:textId="77777777" w:rsidTr="0059499B">
        <w:trPr>
          <w:jc w:val="center"/>
        </w:trPr>
        <w:tc>
          <w:tcPr>
            <w:tcW w:w="78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E7ADA3D"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HbA1c</w:t>
            </w:r>
          </w:p>
        </w:tc>
        <w:tc>
          <w:tcPr>
            <w:tcW w:w="84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A131A7F"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1.436 (1.400-1.472)</w:t>
            </w:r>
          </w:p>
        </w:tc>
        <w:tc>
          <w:tcPr>
            <w:tcW w:w="874"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9EC46CB"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1.341 (1.306-1.376)</w:t>
            </w:r>
          </w:p>
        </w:tc>
        <w:tc>
          <w:tcPr>
            <w:tcW w:w="93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8648641"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1.071 (1.067-1.074)</w:t>
            </w:r>
          </w:p>
        </w:tc>
        <w:tc>
          <w:tcPr>
            <w:tcW w:w="1128"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37F4168"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21.818 (20.099-23.538)</w:t>
            </w:r>
          </w:p>
        </w:tc>
        <w:tc>
          <w:tcPr>
            <w:tcW w:w="44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3FD0BCC"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&lt;0.001</w:t>
            </w:r>
          </w:p>
        </w:tc>
      </w:tr>
      <w:tr w:rsidR="00E70DA4" w:rsidRPr="001A2E38" w14:paraId="5B1EFCB8" w14:textId="77777777" w:rsidTr="0059499B">
        <w:trPr>
          <w:jc w:val="center"/>
        </w:trPr>
        <w:tc>
          <w:tcPr>
            <w:tcW w:w="78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26F4BEA"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IGF-1</w:t>
            </w:r>
          </w:p>
        </w:tc>
        <w:tc>
          <w:tcPr>
            <w:tcW w:w="84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2C04079"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1.530 (1.493-1.568)</w:t>
            </w:r>
          </w:p>
        </w:tc>
        <w:tc>
          <w:tcPr>
            <w:tcW w:w="874"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4765474"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1.523 (1.485-1.561)</w:t>
            </w:r>
          </w:p>
        </w:tc>
        <w:tc>
          <w:tcPr>
            <w:tcW w:w="93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A92883C"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1.005 (0.999-1.010)</w:t>
            </w:r>
          </w:p>
        </w:tc>
        <w:tc>
          <w:tcPr>
            <w:tcW w:w="1128"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2813212"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1.358 (-0.198-2.914)</w:t>
            </w:r>
          </w:p>
        </w:tc>
        <w:tc>
          <w:tcPr>
            <w:tcW w:w="44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16AD94B"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0.091</w:t>
            </w:r>
          </w:p>
        </w:tc>
      </w:tr>
      <w:tr w:rsidR="00E70DA4" w:rsidRPr="001A2E38" w14:paraId="06EC4A25" w14:textId="77777777" w:rsidTr="0059499B">
        <w:trPr>
          <w:jc w:val="center"/>
        </w:trPr>
        <w:tc>
          <w:tcPr>
            <w:tcW w:w="78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ED1FCF4"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Lp(a)</w:t>
            </w:r>
          </w:p>
        </w:tc>
        <w:tc>
          <w:tcPr>
            <w:tcW w:w="84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8E1FBDF"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1.548 (1.507-1.591)</w:t>
            </w:r>
          </w:p>
        </w:tc>
        <w:tc>
          <w:tcPr>
            <w:tcW w:w="874"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088950B"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1.547 (1.505-1.589)</w:t>
            </w:r>
          </w:p>
        </w:tc>
        <w:tc>
          <w:tcPr>
            <w:tcW w:w="93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2CAAA93"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1.001 (1.000-1.002)</w:t>
            </w:r>
          </w:p>
        </w:tc>
        <w:tc>
          <w:tcPr>
            <w:tcW w:w="1128"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3FEB29A"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0.302 (0.099-0.505)</w:t>
            </w:r>
          </w:p>
        </w:tc>
        <w:tc>
          <w:tcPr>
            <w:tcW w:w="44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D1698B0"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0.004</w:t>
            </w:r>
          </w:p>
        </w:tc>
      </w:tr>
      <w:tr w:rsidR="00E70DA4" w:rsidRPr="001A2E38" w14:paraId="09907748" w14:textId="77777777" w:rsidTr="0059499B">
        <w:trPr>
          <w:jc w:val="center"/>
        </w:trPr>
        <w:tc>
          <w:tcPr>
            <w:tcW w:w="78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1E51561"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SBP</w:t>
            </w:r>
          </w:p>
        </w:tc>
        <w:tc>
          <w:tcPr>
            <w:tcW w:w="84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C71FCF6"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1.532 (1.494-1.571)</w:t>
            </w:r>
          </w:p>
        </w:tc>
        <w:tc>
          <w:tcPr>
            <w:tcW w:w="874"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C023138"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1.516 (1.478-1.555)</w:t>
            </w:r>
          </w:p>
        </w:tc>
        <w:tc>
          <w:tcPr>
            <w:tcW w:w="93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B2738F6"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1.010 (1.007-1.013)</w:t>
            </w:r>
          </w:p>
        </w:tc>
        <w:tc>
          <w:tcPr>
            <w:tcW w:w="1128"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AC12CBB"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2.941 (2.044-3.838)</w:t>
            </w:r>
          </w:p>
        </w:tc>
        <w:tc>
          <w:tcPr>
            <w:tcW w:w="44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FDDC30C"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&lt;0.001</w:t>
            </w:r>
          </w:p>
        </w:tc>
      </w:tr>
      <w:tr w:rsidR="00E70DA4" w:rsidRPr="001A2E38" w14:paraId="5416D2AA" w14:textId="77777777" w:rsidTr="0059499B">
        <w:trPr>
          <w:jc w:val="center"/>
        </w:trPr>
        <w:tc>
          <w:tcPr>
            <w:tcW w:w="78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63CC96B"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DBP</w:t>
            </w:r>
          </w:p>
        </w:tc>
        <w:tc>
          <w:tcPr>
            <w:tcW w:w="84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507D38D"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1.530 (1.491-1.569)</w:t>
            </w:r>
          </w:p>
        </w:tc>
        <w:tc>
          <w:tcPr>
            <w:tcW w:w="874"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84BC593"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1.535 (1.496-1.575)</w:t>
            </w:r>
          </w:p>
        </w:tc>
        <w:tc>
          <w:tcPr>
            <w:tcW w:w="93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DE79430"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0.997 (0.991-1.002)</w:t>
            </w:r>
          </w:p>
        </w:tc>
        <w:tc>
          <w:tcPr>
            <w:tcW w:w="1128"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82CAB9D"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-0.983 (-2.550-0.585)</w:t>
            </w:r>
          </w:p>
        </w:tc>
        <w:tc>
          <w:tcPr>
            <w:tcW w:w="44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4C06606"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0.225</w:t>
            </w:r>
          </w:p>
        </w:tc>
      </w:tr>
      <w:tr w:rsidR="00E70DA4" w:rsidRPr="001A2E38" w14:paraId="46AE800C" w14:textId="77777777" w:rsidTr="0059499B">
        <w:trPr>
          <w:jc w:val="center"/>
        </w:trPr>
        <w:tc>
          <w:tcPr>
            <w:tcW w:w="782" w:type="pct"/>
            <w:tcBorders>
              <w:top w:val="none" w:sz="0" w:space="0" w:color="000000"/>
              <w:left w:val="none" w:sz="0" w:space="0" w:color="000000"/>
              <w:bottom w:val="none" w:sz="0" w:space="0" w:color="000000"/>
              <w:right w:val="none" w:sz="0" w:space="0" w:color="000000"/>
            </w:tcBorders>
            <w:shd w:val="clear" w:color="auto" w:fill="F2F2F2"/>
            <w:tcMar>
              <w:top w:w="0" w:type="dxa"/>
              <w:left w:w="0" w:type="dxa"/>
              <w:bottom w:w="0" w:type="dxa"/>
              <w:right w:w="0" w:type="dxa"/>
            </w:tcMar>
            <w:vAlign w:val="center"/>
          </w:tcPr>
          <w:p w14:paraId="0A9C9F79"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rPr>
                <w:rFonts w:ascii="Times New Roman" w:eastAsia="Arial" w:hAnsi="Times New Roman" w:cs="Times New Roman"/>
                <w:b/>
                <w:color w:val="000000"/>
                <w:sz w:val="20"/>
                <w:szCs w:val="20"/>
              </w:rPr>
            </w:pPr>
            <w:r w:rsidRPr="001A2E38">
              <w:rPr>
                <w:rFonts w:ascii="Times New Roman" w:eastAsia="Arial" w:hAnsi="Times New Roman" w:cs="Times New Roman"/>
                <w:b/>
                <w:color w:val="000000"/>
                <w:sz w:val="20"/>
                <w:szCs w:val="20"/>
              </w:rPr>
              <w:t>CHG-WC</w:t>
            </w:r>
          </w:p>
        </w:tc>
        <w:tc>
          <w:tcPr>
            <w:tcW w:w="841" w:type="pct"/>
            <w:tcBorders>
              <w:top w:val="none" w:sz="0" w:space="0" w:color="000000"/>
              <w:left w:val="none" w:sz="0" w:space="0" w:color="000000"/>
              <w:bottom w:val="none" w:sz="0" w:space="0" w:color="000000"/>
              <w:right w:val="none" w:sz="0" w:space="0" w:color="000000"/>
            </w:tcBorders>
            <w:shd w:val="clear" w:color="auto" w:fill="F2F2F2"/>
            <w:tcMar>
              <w:top w:w="0" w:type="dxa"/>
              <w:left w:w="0" w:type="dxa"/>
              <w:bottom w:w="0" w:type="dxa"/>
              <w:right w:w="0" w:type="dxa"/>
            </w:tcMar>
            <w:vAlign w:val="center"/>
          </w:tcPr>
          <w:p w14:paraId="359EA506"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b/>
                <w:color w:val="000000"/>
                <w:sz w:val="20"/>
                <w:szCs w:val="20"/>
              </w:rPr>
            </w:pPr>
          </w:p>
        </w:tc>
        <w:tc>
          <w:tcPr>
            <w:tcW w:w="874" w:type="pct"/>
            <w:tcBorders>
              <w:top w:val="none" w:sz="0" w:space="0" w:color="000000"/>
              <w:left w:val="none" w:sz="0" w:space="0" w:color="000000"/>
              <w:bottom w:val="none" w:sz="0" w:space="0" w:color="000000"/>
              <w:right w:val="none" w:sz="0" w:space="0" w:color="000000"/>
            </w:tcBorders>
            <w:shd w:val="clear" w:color="auto" w:fill="F2F2F2"/>
            <w:tcMar>
              <w:top w:w="0" w:type="dxa"/>
              <w:left w:w="0" w:type="dxa"/>
              <w:bottom w:w="0" w:type="dxa"/>
              <w:right w:w="0" w:type="dxa"/>
            </w:tcMar>
            <w:vAlign w:val="center"/>
          </w:tcPr>
          <w:p w14:paraId="222D9645"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b/>
                <w:color w:val="000000"/>
                <w:sz w:val="20"/>
                <w:szCs w:val="20"/>
              </w:rPr>
            </w:pPr>
          </w:p>
        </w:tc>
        <w:tc>
          <w:tcPr>
            <w:tcW w:w="935" w:type="pct"/>
            <w:tcBorders>
              <w:top w:val="none" w:sz="0" w:space="0" w:color="000000"/>
              <w:left w:val="none" w:sz="0" w:space="0" w:color="000000"/>
              <w:bottom w:val="none" w:sz="0" w:space="0" w:color="000000"/>
              <w:right w:val="none" w:sz="0" w:space="0" w:color="000000"/>
            </w:tcBorders>
            <w:shd w:val="clear" w:color="auto" w:fill="F2F2F2"/>
            <w:tcMar>
              <w:top w:w="0" w:type="dxa"/>
              <w:left w:w="0" w:type="dxa"/>
              <w:bottom w:w="0" w:type="dxa"/>
              <w:right w:w="0" w:type="dxa"/>
            </w:tcMar>
            <w:vAlign w:val="center"/>
          </w:tcPr>
          <w:p w14:paraId="49EAACA8"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b/>
                <w:color w:val="000000"/>
                <w:sz w:val="20"/>
                <w:szCs w:val="20"/>
              </w:rPr>
            </w:pPr>
          </w:p>
        </w:tc>
        <w:tc>
          <w:tcPr>
            <w:tcW w:w="1128" w:type="pct"/>
            <w:tcBorders>
              <w:top w:val="none" w:sz="0" w:space="0" w:color="000000"/>
              <w:left w:val="none" w:sz="0" w:space="0" w:color="000000"/>
              <w:bottom w:val="none" w:sz="0" w:space="0" w:color="000000"/>
              <w:right w:val="none" w:sz="0" w:space="0" w:color="000000"/>
            </w:tcBorders>
            <w:shd w:val="clear" w:color="auto" w:fill="F2F2F2"/>
            <w:tcMar>
              <w:top w:w="0" w:type="dxa"/>
              <w:left w:w="0" w:type="dxa"/>
              <w:bottom w:w="0" w:type="dxa"/>
              <w:right w:w="0" w:type="dxa"/>
            </w:tcMar>
            <w:vAlign w:val="center"/>
          </w:tcPr>
          <w:p w14:paraId="4AEE8FD5"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b/>
                <w:color w:val="000000"/>
                <w:sz w:val="20"/>
                <w:szCs w:val="20"/>
              </w:rPr>
            </w:pPr>
          </w:p>
        </w:tc>
        <w:tc>
          <w:tcPr>
            <w:tcW w:w="440" w:type="pct"/>
            <w:tcBorders>
              <w:top w:val="none" w:sz="0" w:space="0" w:color="000000"/>
              <w:left w:val="none" w:sz="0" w:space="0" w:color="000000"/>
              <w:bottom w:val="none" w:sz="0" w:space="0" w:color="000000"/>
              <w:right w:val="none" w:sz="0" w:space="0" w:color="000000"/>
            </w:tcBorders>
            <w:shd w:val="clear" w:color="auto" w:fill="F2F2F2"/>
            <w:tcMar>
              <w:top w:w="0" w:type="dxa"/>
              <w:left w:w="0" w:type="dxa"/>
              <w:bottom w:w="0" w:type="dxa"/>
              <w:right w:w="0" w:type="dxa"/>
            </w:tcMar>
            <w:vAlign w:val="center"/>
          </w:tcPr>
          <w:p w14:paraId="3D10C050"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b/>
                <w:color w:val="000000"/>
                <w:sz w:val="20"/>
                <w:szCs w:val="20"/>
              </w:rPr>
            </w:pPr>
          </w:p>
        </w:tc>
      </w:tr>
      <w:tr w:rsidR="00E70DA4" w:rsidRPr="001A2E38" w14:paraId="0EF32217" w14:textId="77777777" w:rsidTr="0059499B">
        <w:trPr>
          <w:jc w:val="center"/>
        </w:trPr>
        <w:tc>
          <w:tcPr>
            <w:tcW w:w="78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F733509"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rPr>
                <w:rFonts w:ascii="Times New Roman" w:eastAsia="Arial" w:hAnsi="Times New Roman" w:cs="Times New Roman"/>
                <w:b/>
                <w:color w:val="000000"/>
                <w:sz w:val="20"/>
                <w:szCs w:val="20"/>
              </w:rPr>
            </w:pPr>
            <w:r w:rsidRPr="001A2E38">
              <w:rPr>
                <w:rFonts w:ascii="Times New Roman" w:eastAsia="Arial" w:hAnsi="Times New Roman" w:cs="Times New Roman"/>
                <w:b/>
                <w:color w:val="000000"/>
                <w:sz w:val="20"/>
                <w:szCs w:val="20"/>
              </w:rPr>
              <w:t>Liver function</w:t>
            </w:r>
          </w:p>
        </w:tc>
        <w:tc>
          <w:tcPr>
            <w:tcW w:w="84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1C66A97"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b/>
                <w:color w:val="000000"/>
                <w:sz w:val="20"/>
                <w:szCs w:val="20"/>
              </w:rPr>
            </w:pPr>
          </w:p>
        </w:tc>
        <w:tc>
          <w:tcPr>
            <w:tcW w:w="874"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3F41844"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b/>
                <w:color w:val="000000"/>
                <w:sz w:val="20"/>
                <w:szCs w:val="20"/>
              </w:rPr>
            </w:pPr>
          </w:p>
        </w:tc>
        <w:tc>
          <w:tcPr>
            <w:tcW w:w="93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653DAD2"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b/>
                <w:color w:val="000000"/>
                <w:sz w:val="20"/>
                <w:szCs w:val="20"/>
              </w:rPr>
            </w:pPr>
          </w:p>
        </w:tc>
        <w:tc>
          <w:tcPr>
            <w:tcW w:w="1128"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9FE7643"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b/>
                <w:color w:val="000000"/>
                <w:sz w:val="20"/>
                <w:szCs w:val="20"/>
              </w:rPr>
            </w:pPr>
          </w:p>
        </w:tc>
        <w:tc>
          <w:tcPr>
            <w:tcW w:w="44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20BEF96"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b/>
                <w:color w:val="000000"/>
                <w:sz w:val="20"/>
                <w:szCs w:val="20"/>
              </w:rPr>
            </w:pPr>
          </w:p>
        </w:tc>
      </w:tr>
      <w:tr w:rsidR="00E70DA4" w:rsidRPr="001A2E38" w14:paraId="5E3C59C2" w14:textId="77777777" w:rsidTr="0059499B">
        <w:trPr>
          <w:jc w:val="center"/>
        </w:trPr>
        <w:tc>
          <w:tcPr>
            <w:tcW w:w="78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06F829B"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Albumin</w:t>
            </w:r>
          </w:p>
        </w:tc>
        <w:tc>
          <w:tcPr>
            <w:tcW w:w="84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0F23B43"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1.592 (1.553-1.631)</w:t>
            </w:r>
          </w:p>
        </w:tc>
        <w:tc>
          <w:tcPr>
            <w:tcW w:w="874"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7D87A12"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1.595 (1.556-1.636)</w:t>
            </w:r>
          </w:p>
        </w:tc>
        <w:tc>
          <w:tcPr>
            <w:tcW w:w="93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6CFBA43"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0.998 (0.993-1.002)</w:t>
            </w:r>
          </w:p>
        </w:tc>
        <w:tc>
          <w:tcPr>
            <w:tcW w:w="1128"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A297F3F"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-0.592 (-1.819-0.635)</w:t>
            </w:r>
          </w:p>
        </w:tc>
        <w:tc>
          <w:tcPr>
            <w:tcW w:w="44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50364BC"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0.351</w:t>
            </w:r>
          </w:p>
        </w:tc>
      </w:tr>
      <w:tr w:rsidR="00E70DA4" w:rsidRPr="001A2E38" w14:paraId="69E5FEA9" w14:textId="77777777" w:rsidTr="0059499B">
        <w:trPr>
          <w:jc w:val="center"/>
        </w:trPr>
        <w:tc>
          <w:tcPr>
            <w:tcW w:w="78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C4C6308"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ALT</w:t>
            </w:r>
          </w:p>
        </w:tc>
        <w:tc>
          <w:tcPr>
            <w:tcW w:w="84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98017E7"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1.579 (1.541-1.618)</w:t>
            </w:r>
          </w:p>
        </w:tc>
        <w:tc>
          <w:tcPr>
            <w:tcW w:w="874"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221C545"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1.570 (1.532-1.609)</w:t>
            </w:r>
          </w:p>
        </w:tc>
        <w:tc>
          <w:tcPr>
            <w:tcW w:w="93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499C56D"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1.006 (1.004-1.007)</w:t>
            </w:r>
          </w:p>
        </w:tc>
        <w:tc>
          <w:tcPr>
            <w:tcW w:w="1128"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A37CCE0"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1.558 (1.191-1.926)</w:t>
            </w:r>
          </w:p>
        </w:tc>
        <w:tc>
          <w:tcPr>
            <w:tcW w:w="44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9BB84E4"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&lt;0.001</w:t>
            </w:r>
          </w:p>
        </w:tc>
      </w:tr>
      <w:tr w:rsidR="00E70DA4" w:rsidRPr="001A2E38" w14:paraId="2EF06248" w14:textId="77777777" w:rsidTr="0059499B">
        <w:trPr>
          <w:jc w:val="center"/>
        </w:trPr>
        <w:tc>
          <w:tcPr>
            <w:tcW w:w="78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7677F73"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rPr>
                <w:rFonts w:ascii="Times New Roman" w:eastAsia="Arial" w:hAnsi="Times New Roman" w:cs="Times New Roman"/>
                <w:b/>
                <w:color w:val="000000"/>
                <w:sz w:val="20"/>
                <w:szCs w:val="20"/>
              </w:rPr>
            </w:pPr>
            <w:r w:rsidRPr="001A2E38">
              <w:rPr>
                <w:rFonts w:ascii="Times New Roman" w:eastAsia="Arial" w:hAnsi="Times New Roman" w:cs="Times New Roman"/>
                <w:b/>
                <w:color w:val="000000"/>
                <w:sz w:val="20"/>
                <w:szCs w:val="20"/>
              </w:rPr>
              <w:t>Renal function</w:t>
            </w:r>
          </w:p>
        </w:tc>
        <w:tc>
          <w:tcPr>
            <w:tcW w:w="84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8912164"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b/>
                <w:color w:val="000000"/>
                <w:sz w:val="20"/>
                <w:szCs w:val="20"/>
              </w:rPr>
            </w:pPr>
          </w:p>
        </w:tc>
        <w:tc>
          <w:tcPr>
            <w:tcW w:w="874"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2BABF2A"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b/>
                <w:color w:val="000000"/>
                <w:sz w:val="20"/>
                <w:szCs w:val="20"/>
              </w:rPr>
            </w:pPr>
          </w:p>
        </w:tc>
        <w:tc>
          <w:tcPr>
            <w:tcW w:w="93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1446CD3"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b/>
                <w:color w:val="000000"/>
                <w:sz w:val="20"/>
                <w:szCs w:val="20"/>
              </w:rPr>
            </w:pPr>
          </w:p>
        </w:tc>
        <w:tc>
          <w:tcPr>
            <w:tcW w:w="1128"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90FA7D4"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b/>
                <w:color w:val="000000"/>
                <w:sz w:val="20"/>
                <w:szCs w:val="20"/>
              </w:rPr>
            </w:pPr>
          </w:p>
        </w:tc>
        <w:tc>
          <w:tcPr>
            <w:tcW w:w="44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8A64D4D"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b/>
                <w:color w:val="000000"/>
                <w:sz w:val="20"/>
                <w:szCs w:val="20"/>
              </w:rPr>
            </w:pPr>
          </w:p>
        </w:tc>
      </w:tr>
      <w:tr w:rsidR="00E70DA4" w:rsidRPr="001A2E38" w14:paraId="7FC449DA" w14:textId="77777777" w:rsidTr="0059499B">
        <w:trPr>
          <w:jc w:val="center"/>
        </w:trPr>
        <w:tc>
          <w:tcPr>
            <w:tcW w:w="78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6F73FCB"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Urea</w:t>
            </w:r>
          </w:p>
        </w:tc>
        <w:tc>
          <w:tcPr>
            <w:tcW w:w="84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6572E34"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1.590 (1.551-1.630)</w:t>
            </w:r>
          </w:p>
        </w:tc>
        <w:tc>
          <w:tcPr>
            <w:tcW w:w="874"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9946A77"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1.589 (1.550-1.628)</w:t>
            </w:r>
          </w:p>
        </w:tc>
        <w:tc>
          <w:tcPr>
            <w:tcW w:w="93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DC52E73"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1.001 (1.000-1.001)</w:t>
            </w:r>
          </w:p>
        </w:tc>
        <w:tc>
          <w:tcPr>
            <w:tcW w:w="1128"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093B5BC"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0.209 (0.067-0.351)</w:t>
            </w:r>
          </w:p>
        </w:tc>
        <w:tc>
          <w:tcPr>
            <w:tcW w:w="44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DAFE3D6"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0.004</w:t>
            </w:r>
          </w:p>
        </w:tc>
      </w:tr>
      <w:tr w:rsidR="00E70DA4" w:rsidRPr="001A2E38" w14:paraId="54C35601" w14:textId="77777777" w:rsidTr="0059499B">
        <w:trPr>
          <w:jc w:val="center"/>
        </w:trPr>
        <w:tc>
          <w:tcPr>
            <w:tcW w:w="78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8522A7B"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Cystatin C</w:t>
            </w:r>
          </w:p>
        </w:tc>
        <w:tc>
          <w:tcPr>
            <w:tcW w:w="84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33474F1"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1.592 (1.553-1.632)</w:t>
            </w:r>
          </w:p>
        </w:tc>
        <w:tc>
          <w:tcPr>
            <w:tcW w:w="874"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E772D99"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1.572 (1.533-1.612)</w:t>
            </w:r>
          </w:p>
        </w:tc>
        <w:tc>
          <w:tcPr>
            <w:tcW w:w="93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D1D1D92"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1.013 (1.010-1.016)</w:t>
            </w:r>
          </w:p>
        </w:tc>
        <w:tc>
          <w:tcPr>
            <w:tcW w:w="1128"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10465D2"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3.390 (2.648-4.133)</w:t>
            </w:r>
          </w:p>
        </w:tc>
        <w:tc>
          <w:tcPr>
            <w:tcW w:w="44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0C305D4"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&lt;0.001</w:t>
            </w:r>
          </w:p>
        </w:tc>
      </w:tr>
      <w:tr w:rsidR="00E70DA4" w:rsidRPr="001A2E38" w14:paraId="3AFAE196" w14:textId="77777777" w:rsidTr="0059499B">
        <w:trPr>
          <w:jc w:val="center"/>
        </w:trPr>
        <w:tc>
          <w:tcPr>
            <w:tcW w:w="78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4C742D9"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Urate</w:t>
            </w:r>
          </w:p>
        </w:tc>
        <w:tc>
          <w:tcPr>
            <w:tcW w:w="84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B5C6602"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1.597 (1.558-1.637)</w:t>
            </w:r>
          </w:p>
        </w:tc>
        <w:tc>
          <w:tcPr>
            <w:tcW w:w="874"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2C23923"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1.579 (1.540-1.619)</w:t>
            </w:r>
          </w:p>
        </w:tc>
        <w:tc>
          <w:tcPr>
            <w:tcW w:w="93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016C875"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1.011 (1.006-1.016)</w:t>
            </w:r>
          </w:p>
        </w:tc>
        <w:tc>
          <w:tcPr>
            <w:tcW w:w="1128"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5151B0D"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3.008 (1.704-4.312)</w:t>
            </w:r>
          </w:p>
        </w:tc>
        <w:tc>
          <w:tcPr>
            <w:tcW w:w="44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5BBA6CC"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&lt;0.001</w:t>
            </w:r>
          </w:p>
        </w:tc>
      </w:tr>
      <w:tr w:rsidR="00E70DA4" w:rsidRPr="001A2E38" w14:paraId="0FC7BFAA" w14:textId="77777777" w:rsidTr="0059499B">
        <w:trPr>
          <w:jc w:val="center"/>
        </w:trPr>
        <w:tc>
          <w:tcPr>
            <w:tcW w:w="78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5AD0C89"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rPr>
                <w:rFonts w:ascii="Times New Roman" w:eastAsia="Arial" w:hAnsi="Times New Roman" w:cs="Times New Roman"/>
                <w:b/>
                <w:color w:val="000000"/>
                <w:sz w:val="20"/>
                <w:szCs w:val="20"/>
              </w:rPr>
            </w:pPr>
            <w:r w:rsidRPr="001A2E38">
              <w:rPr>
                <w:rFonts w:ascii="Times New Roman" w:eastAsia="Arial" w:hAnsi="Times New Roman" w:cs="Times New Roman"/>
                <w:b/>
                <w:color w:val="000000"/>
                <w:sz w:val="20"/>
                <w:szCs w:val="20"/>
              </w:rPr>
              <w:t>Systemic inflammation</w:t>
            </w:r>
          </w:p>
        </w:tc>
        <w:tc>
          <w:tcPr>
            <w:tcW w:w="84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AC6C3D5"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b/>
                <w:color w:val="000000"/>
                <w:sz w:val="20"/>
                <w:szCs w:val="20"/>
              </w:rPr>
            </w:pPr>
          </w:p>
        </w:tc>
        <w:tc>
          <w:tcPr>
            <w:tcW w:w="874"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653709C"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b/>
                <w:color w:val="000000"/>
                <w:sz w:val="20"/>
                <w:szCs w:val="20"/>
              </w:rPr>
            </w:pPr>
          </w:p>
        </w:tc>
        <w:tc>
          <w:tcPr>
            <w:tcW w:w="93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A13ED48"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b/>
                <w:color w:val="000000"/>
                <w:sz w:val="20"/>
                <w:szCs w:val="20"/>
              </w:rPr>
            </w:pPr>
          </w:p>
        </w:tc>
        <w:tc>
          <w:tcPr>
            <w:tcW w:w="1128"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982D07A"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b/>
                <w:color w:val="000000"/>
                <w:sz w:val="20"/>
                <w:szCs w:val="20"/>
              </w:rPr>
            </w:pPr>
          </w:p>
        </w:tc>
        <w:tc>
          <w:tcPr>
            <w:tcW w:w="44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A84B2AF"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b/>
                <w:color w:val="000000"/>
                <w:sz w:val="20"/>
                <w:szCs w:val="20"/>
              </w:rPr>
            </w:pPr>
          </w:p>
        </w:tc>
      </w:tr>
      <w:tr w:rsidR="00E70DA4" w:rsidRPr="001A2E38" w14:paraId="69749671" w14:textId="77777777" w:rsidTr="0059499B">
        <w:trPr>
          <w:jc w:val="center"/>
        </w:trPr>
        <w:tc>
          <w:tcPr>
            <w:tcW w:w="78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D10994C"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CRP</w:t>
            </w:r>
          </w:p>
        </w:tc>
        <w:tc>
          <w:tcPr>
            <w:tcW w:w="84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0D5EFD3"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1.587 (1.549-1.627)</w:t>
            </w:r>
          </w:p>
        </w:tc>
        <w:tc>
          <w:tcPr>
            <w:tcW w:w="874"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A5E24D4"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1.571 (1.532-1.611)</w:t>
            </w:r>
          </w:p>
        </w:tc>
        <w:tc>
          <w:tcPr>
            <w:tcW w:w="93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8B7B52D"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1.010 (1.006-1.014)</w:t>
            </w:r>
          </w:p>
        </w:tc>
        <w:tc>
          <w:tcPr>
            <w:tcW w:w="1128"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AAE74B9"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2.744 (1.730-3.758)</w:t>
            </w:r>
          </w:p>
        </w:tc>
        <w:tc>
          <w:tcPr>
            <w:tcW w:w="44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1C0B88B"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&lt;0.001</w:t>
            </w:r>
          </w:p>
        </w:tc>
      </w:tr>
      <w:tr w:rsidR="00E70DA4" w:rsidRPr="001A2E38" w14:paraId="711DF6ED" w14:textId="77777777" w:rsidTr="0059499B">
        <w:trPr>
          <w:jc w:val="center"/>
        </w:trPr>
        <w:tc>
          <w:tcPr>
            <w:tcW w:w="78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8BC671C"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lastRenderedPageBreak/>
              <w:t>WBC</w:t>
            </w:r>
          </w:p>
        </w:tc>
        <w:tc>
          <w:tcPr>
            <w:tcW w:w="84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ECC72E4"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1.601 (1.561-1.641)</w:t>
            </w:r>
          </w:p>
        </w:tc>
        <w:tc>
          <w:tcPr>
            <w:tcW w:w="874"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46066DF"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1.593 (1.554-1.633)</w:t>
            </w:r>
          </w:p>
        </w:tc>
        <w:tc>
          <w:tcPr>
            <w:tcW w:w="93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157753E"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1.005 (1.004-1.006)</w:t>
            </w:r>
          </w:p>
        </w:tc>
        <w:tc>
          <w:tcPr>
            <w:tcW w:w="1128"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339AB83"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1.294 (1.044-1.545)</w:t>
            </w:r>
          </w:p>
        </w:tc>
        <w:tc>
          <w:tcPr>
            <w:tcW w:w="44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67567DA"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&lt;0.001</w:t>
            </w:r>
          </w:p>
        </w:tc>
      </w:tr>
      <w:tr w:rsidR="00E70DA4" w:rsidRPr="001A2E38" w14:paraId="2FE27C78" w14:textId="77777777" w:rsidTr="0059499B">
        <w:trPr>
          <w:jc w:val="center"/>
        </w:trPr>
        <w:tc>
          <w:tcPr>
            <w:tcW w:w="78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596E60C"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Lymphocyte</w:t>
            </w:r>
          </w:p>
        </w:tc>
        <w:tc>
          <w:tcPr>
            <w:tcW w:w="84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9042F41"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1.602 (1.562-1.642)</w:t>
            </w:r>
          </w:p>
        </w:tc>
        <w:tc>
          <w:tcPr>
            <w:tcW w:w="874"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095A2BD"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1.601 (1.561-1.641)</w:t>
            </w:r>
          </w:p>
        </w:tc>
        <w:tc>
          <w:tcPr>
            <w:tcW w:w="93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790E323"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1.001 (1.000-1.001)</w:t>
            </w:r>
          </w:p>
        </w:tc>
        <w:tc>
          <w:tcPr>
            <w:tcW w:w="1128"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C666B36"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0.177 (0.023-0.331)</w:t>
            </w:r>
          </w:p>
        </w:tc>
        <w:tc>
          <w:tcPr>
            <w:tcW w:w="44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02BEAFC"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0.026</w:t>
            </w:r>
          </w:p>
        </w:tc>
      </w:tr>
      <w:tr w:rsidR="00E70DA4" w:rsidRPr="001A2E38" w14:paraId="6D603565" w14:textId="77777777" w:rsidTr="0059499B">
        <w:trPr>
          <w:jc w:val="center"/>
        </w:trPr>
        <w:tc>
          <w:tcPr>
            <w:tcW w:w="78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ECDE6E8"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Monocyte</w:t>
            </w:r>
          </w:p>
        </w:tc>
        <w:tc>
          <w:tcPr>
            <w:tcW w:w="84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C2015F1"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1.600 (1.560-1.640)</w:t>
            </w:r>
          </w:p>
        </w:tc>
        <w:tc>
          <w:tcPr>
            <w:tcW w:w="874"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5F69937"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1.597 (1.557-1.637)</w:t>
            </w:r>
          </w:p>
        </w:tc>
        <w:tc>
          <w:tcPr>
            <w:tcW w:w="93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060A493"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1.002 (1.001-1.003)</w:t>
            </w:r>
          </w:p>
        </w:tc>
        <w:tc>
          <w:tcPr>
            <w:tcW w:w="1128"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6969430"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0.530 (0.357-0.702)</w:t>
            </w:r>
          </w:p>
        </w:tc>
        <w:tc>
          <w:tcPr>
            <w:tcW w:w="44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9BFC7C9"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&lt;0.001</w:t>
            </w:r>
          </w:p>
        </w:tc>
      </w:tr>
      <w:tr w:rsidR="00E70DA4" w:rsidRPr="001A2E38" w14:paraId="51A1F117" w14:textId="77777777" w:rsidTr="0059499B">
        <w:trPr>
          <w:jc w:val="center"/>
        </w:trPr>
        <w:tc>
          <w:tcPr>
            <w:tcW w:w="78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EED598E"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Neutrophil</w:t>
            </w:r>
          </w:p>
        </w:tc>
        <w:tc>
          <w:tcPr>
            <w:tcW w:w="84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2916BCA"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1.599 (1.560-1.639)</w:t>
            </w:r>
          </w:p>
        </w:tc>
        <w:tc>
          <w:tcPr>
            <w:tcW w:w="874"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FE0D7A2"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1.578 (1.539-1.618)</w:t>
            </w:r>
          </w:p>
        </w:tc>
        <w:tc>
          <w:tcPr>
            <w:tcW w:w="93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FBD44FC"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1.013 (1.011-1.016)</w:t>
            </w:r>
          </w:p>
        </w:tc>
        <w:tc>
          <w:tcPr>
            <w:tcW w:w="1128"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B0C3703"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3.513 (2.897-4.128)</w:t>
            </w:r>
          </w:p>
        </w:tc>
        <w:tc>
          <w:tcPr>
            <w:tcW w:w="44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EA74228"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&lt;0.001</w:t>
            </w:r>
          </w:p>
        </w:tc>
      </w:tr>
      <w:tr w:rsidR="00E70DA4" w:rsidRPr="001A2E38" w14:paraId="08031C91" w14:textId="77777777" w:rsidTr="0059499B">
        <w:trPr>
          <w:jc w:val="center"/>
        </w:trPr>
        <w:tc>
          <w:tcPr>
            <w:tcW w:w="78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CAAE329"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Eosinophil</w:t>
            </w:r>
          </w:p>
        </w:tc>
        <w:tc>
          <w:tcPr>
            <w:tcW w:w="84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2D973A2"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1.602 (1.563-1.643)</w:t>
            </w:r>
          </w:p>
        </w:tc>
        <w:tc>
          <w:tcPr>
            <w:tcW w:w="874"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B360296"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1.599 (1.560-1.639)</w:t>
            </w:r>
          </w:p>
        </w:tc>
        <w:tc>
          <w:tcPr>
            <w:tcW w:w="93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20E348B"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1.002 (1.001-1.003)</w:t>
            </w:r>
          </w:p>
        </w:tc>
        <w:tc>
          <w:tcPr>
            <w:tcW w:w="1128"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602A2AB"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0.533 (0.307-0.760)</w:t>
            </w:r>
          </w:p>
        </w:tc>
        <w:tc>
          <w:tcPr>
            <w:tcW w:w="44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E2762B9"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&lt;0.001</w:t>
            </w:r>
          </w:p>
        </w:tc>
      </w:tr>
      <w:tr w:rsidR="00E70DA4" w:rsidRPr="001A2E38" w14:paraId="7441CFAC" w14:textId="77777777" w:rsidTr="0059499B">
        <w:trPr>
          <w:jc w:val="center"/>
        </w:trPr>
        <w:tc>
          <w:tcPr>
            <w:tcW w:w="78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A6B937B"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Basophil</w:t>
            </w:r>
          </w:p>
        </w:tc>
        <w:tc>
          <w:tcPr>
            <w:tcW w:w="84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C05C75A"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1.601 (1.562-1.642)</w:t>
            </w:r>
          </w:p>
        </w:tc>
        <w:tc>
          <w:tcPr>
            <w:tcW w:w="874"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4BD904D"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1.600 (1.561-1.641)</w:t>
            </w:r>
          </w:p>
        </w:tc>
        <w:tc>
          <w:tcPr>
            <w:tcW w:w="93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755B431"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1.001 (1.000-1.002)</w:t>
            </w:r>
          </w:p>
        </w:tc>
        <w:tc>
          <w:tcPr>
            <w:tcW w:w="1128"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DEE6396"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0.217 (0.000-0.433)</w:t>
            </w:r>
          </w:p>
        </w:tc>
        <w:tc>
          <w:tcPr>
            <w:tcW w:w="44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D6F5CA4"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0.053</w:t>
            </w:r>
          </w:p>
        </w:tc>
      </w:tr>
      <w:tr w:rsidR="00E70DA4" w:rsidRPr="001A2E38" w14:paraId="6FF9382D" w14:textId="77777777" w:rsidTr="0059499B">
        <w:trPr>
          <w:jc w:val="center"/>
        </w:trPr>
        <w:tc>
          <w:tcPr>
            <w:tcW w:w="78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BC9005C"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rPr>
                <w:rFonts w:ascii="Times New Roman" w:eastAsia="Arial" w:hAnsi="Times New Roman" w:cs="Times New Roman"/>
                <w:b/>
                <w:color w:val="000000"/>
                <w:sz w:val="20"/>
                <w:szCs w:val="20"/>
              </w:rPr>
            </w:pPr>
            <w:r w:rsidRPr="001A2E38">
              <w:rPr>
                <w:rFonts w:ascii="Times New Roman" w:eastAsia="Arial" w:hAnsi="Times New Roman" w:cs="Times New Roman"/>
                <w:b/>
                <w:color w:val="000000"/>
                <w:sz w:val="20"/>
                <w:szCs w:val="20"/>
              </w:rPr>
              <w:t>Metabolic</w:t>
            </w:r>
          </w:p>
        </w:tc>
        <w:tc>
          <w:tcPr>
            <w:tcW w:w="84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91F7B1A"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b/>
                <w:color w:val="000000"/>
                <w:sz w:val="20"/>
                <w:szCs w:val="20"/>
              </w:rPr>
            </w:pPr>
          </w:p>
        </w:tc>
        <w:tc>
          <w:tcPr>
            <w:tcW w:w="874"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7C25855"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b/>
                <w:color w:val="000000"/>
                <w:sz w:val="20"/>
                <w:szCs w:val="20"/>
              </w:rPr>
            </w:pPr>
          </w:p>
        </w:tc>
        <w:tc>
          <w:tcPr>
            <w:tcW w:w="93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5C37E16"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b/>
                <w:color w:val="000000"/>
                <w:sz w:val="20"/>
                <w:szCs w:val="20"/>
              </w:rPr>
            </w:pPr>
          </w:p>
        </w:tc>
        <w:tc>
          <w:tcPr>
            <w:tcW w:w="1128"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7C8D73B"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b/>
                <w:color w:val="000000"/>
                <w:sz w:val="20"/>
                <w:szCs w:val="20"/>
              </w:rPr>
            </w:pPr>
          </w:p>
        </w:tc>
        <w:tc>
          <w:tcPr>
            <w:tcW w:w="44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EF59F9E"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b/>
                <w:color w:val="000000"/>
                <w:sz w:val="20"/>
                <w:szCs w:val="20"/>
              </w:rPr>
            </w:pPr>
          </w:p>
        </w:tc>
      </w:tr>
      <w:tr w:rsidR="00E70DA4" w:rsidRPr="001A2E38" w14:paraId="79708FD8" w14:textId="77777777" w:rsidTr="0059499B">
        <w:trPr>
          <w:jc w:val="center"/>
        </w:trPr>
        <w:tc>
          <w:tcPr>
            <w:tcW w:w="78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6ED1700"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ApoA</w:t>
            </w:r>
          </w:p>
        </w:tc>
        <w:tc>
          <w:tcPr>
            <w:tcW w:w="84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0983032"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1.606 (1.567-1.647)</w:t>
            </w:r>
          </w:p>
        </w:tc>
        <w:tc>
          <w:tcPr>
            <w:tcW w:w="874"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97DB5CC"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1.560 (1.520-1.601)</w:t>
            </w:r>
          </w:p>
        </w:tc>
        <w:tc>
          <w:tcPr>
            <w:tcW w:w="93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6B41F77"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1.030 (1.019-1.041)</w:t>
            </w:r>
          </w:p>
        </w:tc>
        <w:tc>
          <w:tcPr>
            <w:tcW w:w="1128"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27CF3A"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7.610 (4.891-10.330)</w:t>
            </w:r>
          </w:p>
        </w:tc>
        <w:tc>
          <w:tcPr>
            <w:tcW w:w="44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D45CA58"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&lt;0.001</w:t>
            </w:r>
          </w:p>
        </w:tc>
      </w:tr>
      <w:tr w:rsidR="00E70DA4" w:rsidRPr="001A2E38" w14:paraId="6768E8AC" w14:textId="77777777" w:rsidTr="0059499B">
        <w:trPr>
          <w:jc w:val="center"/>
        </w:trPr>
        <w:tc>
          <w:tcPr>
            <w:tcW w:w="78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E4B57AA"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HbA1c</w:t>
            </w:r>
          </w:p>
        </w:tc>
        <w:tc>
          <w:tcPr>
            <w:tcW w:w="84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B6EFAE2"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1.448 (1.412-1.485)</w:t>
            </w:r>
          </w:p>
        </w:tc>
        <w:tc>
          <w:tcPr>
            <w:tcW w:w="874"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B9BA01E"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1.341 (1.306-1.377)</w:t>
            </w:r>
          </w:p>
        </w:tc>
        <w:tc>
          <w:tcPr>
            <w:tcW w:w="93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C5A8DF2"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1.080 (1.075-1.084)</w:t>
            </w:r>
          </w:p>
        </w:tc>
        <w:tc>
          <w:tcPr>
            <w:tcW w:w="1128"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90437BC"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23.872 (21.859-25.885)</w:t>
            </w:r>
          </w:p>
        </w:tc>
        <w:tc>
          <w:tcPr>
            <w:tcW w:w="44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1DAF154"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&lt;0.001</w:t>
            </w:r>
          </w:p>
        </w:tc>
      </w:tr>
      <w:tr w:rsidR="00E70DA4" w:rsidRPr="001A2E38" w14:paraId="0F559C2C" w14:textId="77777777" w:rsidTr="0059499B">
        <w:trPr>
          <w:jc w:val="center"/>
        </w:trPr>
        <w:tc>
          <w:tcPr>
            <w:tcW w:w="78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EB3016D"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IGF-1</w:t>
            </w:r>
          </w:p>
        </w:tc>
        <w:tc>
          <w:tcPr>
            <w:tcW w:w="84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44A7E7F"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1.593 (1.554-1.633)</w:t>
            </w:r>
          </w:p>
        </w:tc>
        <w:tc>
          <w:tcPr>
            <w:tcW w:w="874"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8E3CE69"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1.587 (1.547-1.627)</w:t>
            </w:r>
          </w:p>
        </w:tc>
        <w:tc>
          <w:tcPr>
            <w:tcW w:w="93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6729127"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1.004 (0.999-1.008)</w:t>
            </w:r>
          </w:p>
        </w:tc>
        <w:tc>
          <w:tcPr>
            <w:tcW w:w="1128"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4373412"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1.025 (-0.167-2.216)</w:t>
            </w:r>
          </w:p>
        </w:tc>
        <w:tc>
          <w:tcPr>
            <w:tcW w:w="44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4D58B82"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0.095</w:t>
            </w:r>
          </w:p>
        </w:tc>
      </w:tr>
      <w:tr w:rsidR="00E70DA4" w:rsidRPr="001A2E38" w14:paraId="1E3DE92B" w14:textId="77777777" w:rsidTr="0059499B">
        <w:trPr>
          <w:jc w:val="center"/>
        </w:trPr>
        <w:tc>
          <w:tcPr>
            <w:tcW w:w="78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2550253"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Lp(a)</w:t>
            </w:r>
          </w:p>
        </w:tc>
        <w:tc>
          <w:tcPr>
            <w:tcW w:w="84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24708C9"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1.612 (1.568-1.657)</w:t>
            </w:r>
          </w:p>
        </w:tc>
        <w:tc>
          <w:tcPr>
            <w:tcW w:w="874"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A28F0AC"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1.611 (1.566-1.656)</w:t>
            </w:r>
          </w:p>
        </w:tc>
        <w:tc>
          <w:tcPr>
            <w:tcW w:w="93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FA5AE4D"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1.001 (1.000-1.001)</w:t>
            </w:r>
          </w:p>
        </w:tc>
        <w:tc>
          <w:tcPr>
            <w:tcW w:w="1128"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21CCC8B"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0.212 (0.049-0.375)</w:t>
            </w:r>
          </w:p>
        </w:tc>
        <w:tc>
          <w:tcPr>
            <w:tcW w:w="44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5DF9AAE"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0.012</w:t>
            </w:r>
          </w:p>
        </w:tc>
      </w:tr>
      <w:tr w:rsidR="00E70DA4" w:rsidRPr="001A2E38" w14:paraId="1D9CAD18" w14:textId="77777777" w:rsidTr="0059499B">
        <w:trPr>
          <w:jc w:val="center"/>
        </w:trPr>
        <w:tc>
          <w:tcPr>
            <w:tcW w:w="78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826D5EF"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SBP</w:t>
            </w:r>
          </w:p>
        </w:tc>
        <w:tc>
          <w:tcPr>
            <w:tcW w:w="84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4EA1E53"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1.587 (1.547-1.628)</w:t>
            </w:r>
          </w:p>
        </w:tc>
        <w:tc>
          <w:tcPr>
            <w:tcW w:w="874"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49A0A3A"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1.574 (1.534-1.615)</w:t>
            </w:r>
          </w:p>
        </w:tc>
        <w:tc>
          <w:tcPr>
            <w:tcW w:w="93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4873620"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1.008 (1.006-1.010)</w:t>
            </w:r>
          </w:p>
        </w:tc>
        <w:tc>
          <w:tcPr>
            <w:tcW w:w="1128"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2344868"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2.147 (1.527-2.766)</w:t>
            </w:r>
          </w:p>
        </w:tc>
        <w:tc>
          <w:tcPr>
            <w:tcW w:w="44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ACAB55F"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&lt;0.001</w:t>
            </w:r>
          </w:p>
        </w:tc>
      </w:tr>
      <w:tr w:rsidR="00E70DA4" w:rsidRPr="001A2E38" w14:paraId="66B9A528" w14:textId="77777777" w:rsidTr="0059499B">
        <w:trPr>
          <w:jc w:val="center"/>
        </w:trPr>
        <w:tc>
          <w:tcPr>
            <w:tcW w:w="78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EA9324F"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DBP</w:t>
            </w:r>
          </w:p>
        </w:tc>
        <w:tc>
          <w:tcPr>
            <w:tcW w:w="84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BFBCA34"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1.587 (1.546-1.628)</w:t>
            </w:r>
          </w:p>
        </w:tc>
        <w:tc>
          <w:tcPr>
            <w:tcW w:w="874"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5890DFF"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1.588 (1.547-1.629)</w:t>
            </w:r>
          </w:p>
        </w:tc>
        <w:tc>
          <w:tcPr>
            <w:tcW w:w="93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5EAD90F"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0.999 (0.995-1.003)</w:t>
            </w:r>
          </w:p>
        </w:tc>
        <w:tc>
          <w:tcPr>
            <w:tcW w:w="1128"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D960418"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-0.216 (-1.273-0.842)</w:t>
            </w:r>
          </w:p>
        </w:tc>
        <w:tc>
          <w:tcPr>
            <w:tcW w:w="44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F27D8EB"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0.693</w:t>
            </w:r>
          </w:p>
        </w:tc>
      </w:tr>
      <w:tr w:rsidR="00E70DA4" w:rsidRPr="001A2E38" w14:paraId="27570D28" w14:textId="77777777" w:rsidTr="0059499B">
        <w:trPr>
          <w:jc w:val="center"/>
        </w:trPr>
        <w:tc>
          <w:tcPr>
            <w:tcW w:w="782" w:type="pct"/>
            <w:tcBorders>
              <w:top w:val="none" w:sz="0" w:space="0" w:color="000000"/>
              <w:left w:val="none" w:sz="0" w:space="0" w:color="000000"/>
              <w:bottom w:val="none" w:sz="0" w:space="0" w:color="000000"/>
              <w:right w:val="none" w:sz="0" w:space="0" w:color="000000"/>
            </w:tcBorders>
            <w:shd w:val="clear" w:color="auto" w:fill="F2F2F2"/>
            <w:tcMar>
              <w:top w:w="0" w:type="dxa"/>
              <w:left w:w="0" w:type="dxa"/>
              <w:bottom w:w="0" w:type="dxa"/>
              <w:right w:w="0" w:type="dxa"/>
            </w:tcMar>
            <w:vAlign w:val="center"/>
          </w:tcPr>
          <w:p w14:paraId="7B01DE0C"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rPr>
                <w:rFonts w:ascii="Times New Roman" w:eastAsia="Arial" w:hAnsi="Times New Roman" w:cs="Times New Roman"/>
                <w:b/>
                <w:color w:val="000000"/>
                <w:sz w:val="20"/>
                <w:szCs w:val="20"/>
              </w:rPr>
            </w:pPr>
            <w:r w:rsidRPr="001A2E38">
              <w:rPr>
                <w:rFonts w:ascii="Times New Roman" w:eastAsia="Arial" w:hAnsi="Times New Roman" w:cs="Times New Roman"/>
                <w:b/>
                <w:color w:val="000000"/>
                <w:sz w:val="20"/>
                <w:szCs w:val="20"/>
              </w:rPr>
              <w:t>CHG-WHtR</w:t>
            </w:r>
          </w:p>
        </w:tc>
        <w:tc>
          <w:tcPr>
            <w:tcW w:w="841" w:type="pct"/>
            <w:tcBorders>
              <w:top w:val="none" w:sz="0" w:space="0" w:color="000000"/>
              <w:left w:val="none" w:sz="0" w:space="0" w:color="000000"/>
              <w:bottom w:val="none" w:sz="0" w:space="0" w:color="000000"/>
              <w:right w:val="none" w:sz="0" w:space="0" w:color="000000"/>
            </w:tcBorders>
            <w:shd w:val="clear" w:color="auto" w:fill="F2F2F2"/>
            <w:tcMar>
              <w:top w:w="0" w:type="dxa"/>
              <w:left w:w="0" w:type="dxa"/>
              <w:bottom w:w="0" w:type="dxa"/>
              <w:right w:w="0" w:type="dxa"/>
            </w:tcMar>
            <w:vAlign w:val="center"/>
          </w:tcPr>
          <w:p w14:paraId="11B06F7E"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b/>
                <w:color w:val="000000"/>
                <w:sz w:val="20"/>
                <w:szCs w:val="20"/>
              </w:rPr>
            </w:pPr>
          </w:p>
        </w:tc>
        <w:tc>
          <w:tcPr>
            <w:tcW w:w="874" w:type="pct"/>
            <w:tcBorders>
              <w:top w:val="none" w:sz="0" w:space="0" w:color="000000"/>
              <w:left w:val="none" w:sz="0" w:space="0" w:color="000000"/>
              <w:bottom w:val="none" w:sz="0" w:space="0" w:color="000000"/>
              <w:right w:val="none" w:sz="0" w:space="0" w:color="000000"/>
            </w:tcBorders>
            <w:shd w:val="clear" w:color="auto" w:fill="F2F2F2"/>
            <w:tcMar>
              <w:top w:w="0" w:type="dxa"/>
              <w:left w:w="0" w:type="dxa"/>
              <w:bottom w:w="0" w:type="dxa"/>
              <w:right w:w="0" w:type="dxa"/>
            </w:tcMar>
            <w:vAlign w:val="center"/>
          </w:tcPr>
          <w:p w14:paraId="38B1F54A"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b/>
                <w:color w:val="000000"/>
                <w:sz w:val="20"/>
                <w:szCs w:val="20"/>
              </w:rPr>
            </w:pPr>
          </w:p>
        </w:tc>
        <w:tc>
          <w:tcPr>
            <w:tcW w:w="935" w:type="pct"/>
            <w:tcBorders>
              <w:top w:val="none" w:sz="0" w:space="0" w:color="000000"/>
              <w:left w:val="none" w:sz="0" w:space="0" w:color="000000"/>
              <w:bottom w:val="none" w:sz="0" w:space="0" w:color="000000"/>
              <w:right w:val="none" w:sz="0" w:space="0" w:color="000000"/>
            </w:tcBorders>
            <w:shd w:val="clear" w:color="auto" w:fill="F2F2F2"/>
            <w:tcMar>
              <w:top w:w="0" w:type="dxa"/>
              <w:left w:w="0" w:type="dxa"/>
              <w:bottom w:w="0" w:type="dxa"/>
              <w:right w:w="0" w:type="dxa"/>
            </w:tcMar>
            <w:vAlign w:val="center"/>
          </w:tcPr>
          <w:p w14:paraId="1E1BDA6C"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b/>
                <w:color w:val="000000"/>
                <w:sz w:val="20"/>
                <w:szCs w:val="20"/>
              </w:rPr>
            </w:pPr>
          </w:p>
        </w:tc>
        <w:tc>
          <w:tcPr>
            <w:tcW w:w="1128" w:type="pct"/>
            <w:tcBorders>
              <w:top w:val="none" w:sz="0" w:space="0" w:color="000000"/>
              <w:left w:val="none" w:sz="0" w:space="0" w:color="000000"/>
              <w:bottom w:val="none" w:sz="0" w:space="0" w:color="000000"/>
              <w:right w:val="none" w:sz="0" w:space="0" w:color="000000"/>
            </w:tcBorders>
            <w:shd w:val="clear" w:color="auto" w:fill="F2F2F2"/>
            <w:tcMar>
              <w:top w:w="0" w:type="dxa"/>
              <w:left w:w="0" w:type="dxa"/>
              <w:bottom w:w="0" w:type="dxa"/>
              <w:right w:w="0" w:type="dxa"/>
            </w:tcMar>
            <w:vAlign w:val="center"/>
          </w:tcPr>
          <w:p w14:paraId="2D97201A"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b/>
                <w:color w:val="000000"/>
                <w:sz w:val="20"/>
                <w:szCs w:val="20"/>
              </w:rPr>
            </w:pPr>
          </w:p>
        </w:tc>
        <w:tc>
          <w:tcPr>
            <w:tcW w:w="440" w:type="pct"/>
            <w:tcBorders>
              <w:top w:val="none" w:sz="0" w:space="0" w:color="000000"/>
              <w:left w:val="none" w:sz="0" w:space="0" w:color="000000"/>
              <w:bottom w:val="none" w:sz="0" w:space="0" w:color="000000"/>
              <w:right w:val="none" w:sz="0" w:space="0" w:color="000000"/>
            </w:tcBorders>
            <w:shd w:val="clear" w:color="auto" w:fill="F2F2F2"/>
            <w:tcMar>
              <w:top w:w="0" w:type="dxa"/>
              <w:left w:w="0" w:type="dxa"/>
              <w:bottom w:w="0" w:type="dxa"/>
              <w:right w:w="0" w:type="dxa"/>
            </w:tcMar>
            <w:vAlign w:val="center"/>
          </w:tcPr>
          <w:p w14:paraId="19B74822"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b/>
                <w:color w:val="000000"/>
                <w:sz w:val="20"/>
                <w:szCs w:val="20"/>
              </w:rPr>
            </w:pPr>
          </w:p>
        </w:tc>
      </w:tr>
      <w:tr w:rsidR="00E70DA4" w:rsidRPr="001A2E38" w14:paraId="6202E9CE" w14:textId="77777777" w:rsidTr="0059499B">
        <w:trPr>
          <w:jc w:val="center"/>
        </w:trPr>
        <w:tc>
          <w:tcPr>
            <w:tcW w:w="78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1A071F9"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rPr>
                <w:rFonts w:ascii="Times New Roman" w:eastAsia="Arial" w:hAnsi="Times New Roman" w:cs="Times New Roman"/>
                <w:b/>
                <w:color w:val="000000"/>
                <w:sz w:val="20"/>
                <w:szCs w:val="20"/>
              </w:rPr>
            </w:pPr>
            <w:r w:rsidRPr="001A2E38">
              <w:rPr>
                <w:rFonts w:ascii="Times New Roman" w:eastAsia="Arial" w:hAnsi="Times New Roman" w:cs="Times New Roman"/>
                <w:b/>
                <w:color w:val="000000"/>
                <w:sz w:val="20"/>
                <w:szCs w:val="20"/>
              </w:rPr>
              <w:t>Liver function</w:t>
            </w:r>
          </w:p>
        </w:tc>
        <w:tc>
          <w:tcPr>
            <w:tcW w:w="84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3415160"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b/>
                <w:color w:val="000000"/>
                <w:sz w:val="20"/>
                <w:szCs w:val="20"/>
              </w:rPr>
            </w:pPr>
          </w:p>
        </w:tc>
        <w:tc>
          <w:tcPr>
            <w:tcW w:w="874"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BDB8347"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b/>
                <w:color w:val="000000"/>
                <w:sz w:val="20"/>
                <w:szCs w:val="20"/>
              </w:rPr>
            </w:pPr>
          </w:p>
        </w:tc>
        <w:tc>
          <w:tcPr>
            <w:tcW w:w="93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F48057F"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b/>
                <w:color w:val="000000"/>
                <w:sz w:val="20"/>
                <w:szCs w:val="20"/>
              </w:rPr>
            </w:pPr>
          </w:p>
        </w:tc>
        <w:tc>
          <w:tcPr>
            <w:tcW w:w="1128"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907B6A6"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b/>
                <w:color w:val="000000"/>
                <w:sz w:val="20"/>
                <w:szCs w:val="20"/>
              </w:rPr>
            </w:pPr>
          </w:p>
        </w:tc>
        <w:tc>
          <w:tcPr>
            <w:tcW w:w="44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7F6CC28"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b/>
                <w:color w:val="000000"/>
                <w:sz w:val="20"/>
                <w:szCs w:val="20"/>
              </w:rPr>
            </w:pPr>
          </w:p>
        </w:tc>
      </w:tr>
      <w:tr w:rsidR="00E70DA4" w:rsidRPr="001A2E38" w14:paraId="5C754C0A" w14:textId="77777777" w:rsidTr="0059499B">
        <w:trPr>
          <w:jc w:val="center"/>
        </w:trPr>
        <w:tc>
          <w:tcPr>
            <w:tcW w:w="78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4D0646C"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Albumin</w:t>
            </w:r>
          </w:p>
        </w:tc>
        <w:tc>
          <w:tcPr>
            <w:tcW w:w="84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9A93BE1"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1.609 (1.570-1.648)</w:t>
            </w:r>
          </w:p>
        </w:tc>
        <w:tc>
          <w:tcPr>
            <w:tcW w:w="874"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C6B0CDE"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1.613 (1.574-1.653)</w:t>
            </w:r>
          </w:p>
        </w:tc>
        <w:tc>
          <w:tcPr>
            <w:tcW w:w="93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1D96A3A"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0.997 (0.993-1.002)</w:t>
            </w:r>
          </w:p>
        </w:tc>
        <w:tc>
          <w:tcPr>
            <w:tcW w:w="1128"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CCD1B26"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-0.666 (-1.810-0.478)</w:t>
            </w:r>
          </w:p>
        </w:tc>
        <w:tc>
          <w:tcPr>
            <w:tcW w:w="44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3973FC0"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0.260</w:t>
            </w:r>
          </w:p>
        </w:tc>
      </w:tr>
      <w:tr w:rsidR="00E70DA4" w:rsidRPr="001A2E38" w14:paraId="38CCBCD9" w14:textId="77777777" w:rsidTr="0059499B">
        <w:trPr>
          <w:jc w:val="center"/>
        </w:trPr>
        <w:tc>
          <w:tcPr>
            <w:tcW w:w="78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AF30AAE"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ALT</w:t>
            </w:r>
          </w:p>
        </w:tc>
        <w:tc>
          <w:tcPr>
            <w:tcW w:w="84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8ED7007"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1.596 (1.558-1.635)</w:t>
            </w:r>
          </w:p>
        </w:tc>
        <w:tc>
          <w:tcPr>
            <w:tcW w:w="874"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7EFACEF"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1.587 (1.549-1.625)</w:t>
            </w:r>
          </w:p>
        </w:tc>
        <w:tc>
          <w:tcPr>
            <w:tcW w:w="93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0CA3858"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1.006 (1.005-1.008)</w:t>
            </w:r>
          </w:p>
        </w:tc>
        <w:tc>
          <w:tcPr>
            <w:tcW w:w="1128"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8E07AE8"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1.662 (1.269-2.055)</w:t>
            </w:r>
          </w:p>
        </w:tc>
        <w:tc>
          <w:tcPr>
            <w:tcW w:w="44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6D8088C"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&lt;0.001</w:t>
            </w:r>
          </w:p>
        </w:tc>
      </w:tr>
      <w:tr w:rsidR="00E70DA4" w:rsidRPr="001A2E38" w14:paraId="4B963EEF" w14:textId="77777777" w:rsidTr="0059499B">
        <w:trPr>
          <w:jc w:val="center"/>
        </w:trPr>
        <w:tc>
          <w:tcPr>
            <w:tcW w:w="78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175B071"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rPr>
                <w:rFonts w:ascii="Times New Roman" w:eastAsia="Arial" w:hAnsi="Times New Roman" w:cs="Times New Roman"/>
                <w:b/>
                <w:color w:val="000000"/>
                <w:sz w:val="20"/>
                <w:szCs w:val="20"/>
              </w:rPr>
            </w:pPr>
            <w:r w:rsidRPr="001A2E38">
              <w:rPr>
                <w:rFonts w:ascii="Times New Roman" w:eastAsia="Arial" w:hAnsi="Times New Roman" w:cs="Times New Roman"/>
                <w:b/>
                <w:color w:val="000000"/>
                <w:sz w:val="20"/>
                <w:szCs w:val="20"/>
              </w:rPr>
              <w:t>Renal function</w:t>
            </w:r>
          </w:p>
        </w:tc>
        <w:tc>
          <w:tcPr>
            <w:tcW w:w="84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AFEB033"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b/>
                <w:color w:val="000000"/>
                <w:sz w:val="20"/>
                <w:szCs w:val="20"/>
              </w:rPr>
            </w:pPr>
          </w:p>
        </w:tc>
        <w:tc>
          <w:tcPr>
            <w:tcW w:w="874"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7BA6380"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b/>
                <w:color w:val="000000"/>
                <w:sz w:val="20"/>
                <w:szCs w:val="20"/>
              </w:rPr>
            </w:pPr>
          </w:p>
        </w:tc>
        <w:tc>
          <w:tcPr>
            <w:tcW w:w="93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4881093"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b/>
                <w:color w:val="000000"/>
                <w:sz w:val="20"/>
                <w:szCs w:val="20"/>
              </w:rPr>
            </w:pPr>
          </w:p>
        </w:tc>
        <w:tc>
          <w:tcPr>
            <w:tcW w:w="1128"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2F0A089"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b/>
                <w:color w:val="000000"/>
                <w:sz w:val="20"/>
                <w:szCs w:val="20"/>
              </w:rPr>
            </w:pPr>
          </w:p>
        </w:tc>
        <w:tc>
          <w:tcPr>
            <w:tcW w:w="44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44B6609"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b/>
                <w:color w:val="000000"/>
                <w:sz w:val="20"/>
                <w:szCs w:val="20"/>
              </w:rPr>
            </w:pPr>
          </w:p>
        </w:tc>
      </w:tr>
      <w:tr w:rsidR="00E70DA4" w:rsidRPr="001A2E38" w14:paraId="749491EE" w14:textId="77777777" w:rsidTr="0059499B">
        <w:trPr>
          <w:jc w:val="center"/>
        </w:trPr>
        <w:tc>
          <w:tcPr>
            <w:tcW w:w="78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DF94498"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lastRenderedPageBreak/>
              <w:t>Urea</w:t>
            </w:r>
          </w:p>
        </w:tc>
        <w:tc>
          <w:tcPr>
            <w:tcW w:w="84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EC95908"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1.606 (1.568-1.646)</w:t>
            </w:r>
          </w:p>
        </w:tc>
        <w:tc>
          <w:tcPr>
            <w:tcW w:w="874"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D694B44"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1.605 (1.567-1.644)</w:t>
            </w:r>
          </w:p>
        </w:tc>
        <w:tc>
          <w:tcPr>
            <w:tcW w:w="93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B7954DB"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1.001 (1.000-1.001)</w:t>
            </w:r>
          </w:p>
        </w:tc>
        <w:tc>
          <w:tcPr>
            <w:tcW w:w="1128"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8B937A3"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0.225 (0.084-0.367)</w:t>
            </w:r>
          </w:p>
        </w:tc>
        <w:tc>
          <w:tcPr>
            <w:tcW w:w="44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4985F80"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0.002</w:t>
            </w:r>
          </w:p>
        </w:tc>
      </w:tr>
      <w:tr w:rsidR="00E70DA4" w:rsidRPr="001A2E38" w14:paraId="1D871407" w14:textId="77777777" w:rsidTr="0059499B">
        <w:trPr>
          <w:jc w:val="center"/>
        </w:trPr>
        <w:tc>
          <w:tcPr>
            <w:tcW w:w="78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2AF4EE7"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Cystatin C</w:t>
            </w:r>
          </w:p>
        </w:tc>
        <w:tc>
          <w:tcPr>
            <w:tcW w:w="84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A729590"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1.608 (1.570-1.647)</w:t>
            </w:r>
          </w:p>
        </w:tc>
        <w:tc>
          <w:tcPr>
            <w:tcW w:w="874"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8E07E25"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1.590 (1.551-1.629)</w:t>
            </w:r>
          </w:p>
        </w:tc>
        <w:tc>
          <w:tcPr>
            <w:tcW w:w="93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7543134"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1.012 (1.009-1.014)</w:t>
            </w:r>
          </w:p>
        </w:tc>
        <w:tc>
          <w:tcPr>
            <w:tcW w:w="1128"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3F0509D"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3.053 (2.393-3.713)</w:t>
            </w:r>
          </w:p>
        </w:tc>
        <w:tc>
          <w:tcPr>
            <w:tcW w:w="44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5515DC5"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&lt;0.001</w:t>
            </w:r>
          </w:p>
        </w:tc>
      </w:tr>
      <w:tr w:rsidR="00E70DA4" w:rsidRPr="001A2E38" w14:paraId="16D6DADB" w14:textId="77777777" w:rsidTr="0059499B">
        <w:trPr>
          <w:jc w:val="center"/>
        </w:trPr>
        <w:tc>
          <w:tcPr>
            <w:tcW w:w="78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21812A1"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Urate</w:t>
            </w:r>
          </w:p>
        </w:tc>
        <w:tc>
          <w:tcPr>
            <w:tcW w:w="84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08F8C45"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1.614 (1.575-1.654)</w:t>
            </w:r>
          </w:p>
        </w:tc>
        <w:tc>
          <w:tcPr>
            <w:tcW w:w="874"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E050E7B"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1.596 (1.558-1.636)</w:t>
            </w:r>
          </w:p>
        </w:tc>
        <w:tc>
          <w:tcPr>
            <w:tcW w:w="93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3094F3E"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1.011 (1.006-1.016)</w:t>
            </w:r>
          </w:p>
        </w:tc>
        <w:tc>
          <w:tcPr>
            <w:tcW w:w="1128"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31A6BB"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2.878 (1.632-4.124)</w:t>
            </w:r>
          </w:p>
        </w:tc>
        <w:tc>
          <w:tcPr>
            <w:tcW w:w="44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6D65063"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&lt;0.001</w:t>
            </w:r>
          </w:p>
        </w:tc>
      </w:tr>
      <w:tr w:rsidR="00E70DA4" w:rsidRPr="001A2E38" w14:paraId="2E6C0EA4" w14:textId="77777777" w:rsidTr="0059499B">
        <w:trPr>
          <w:jc w:val="center"/>
        </w:trPr>
        <w:tc>
          <w:tcPr>
            <w:tcW w:w="78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B96C4D2"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rPr>
                <w:rFonts w:ascii="Times New Roman" w:eastAsia="Arial" w:hAnsi="Times New Roman" w:cs="Times New Roman"/>
                <w:b/>
                <w:color w:val="000000"/>
                <w:sz w:val="20"/>
                <w:szCs w:val="20"/>
              </w:rPr>
            </w:pPr>
            <w:r w:rsidRPr="001A2E38">
              <w:rPr>
                <w:rFonts w:ascii="Times New Roman" w:eastAsia="Arial" w:hAnsi="Times New Roman" w:cs="Times New Roman"/>
                <w:b/>
                <w:color w:val="000000"/>
                <w:sz w:val="20"/>
                <w:szCs w:val="20"/>
              </w:rPr>
              <w:t>Systemic inflammation</w:t>
            </w:r>
          </w:p>
        </w:tc>
        <w:tc>
          <w:tcPr>
            <w:tcW w:w="84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2098E25"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b/>
                <w:color w:val="000000"/>
                <w:sz w:val="20"/>
                <w:szCs w:val="20"/>
              </w:rPr>
            </w:pPr>
          </w:p>
        </w:tc>
        <w:tc>
          <w:tcPr>
            <w:tcW w:w="874"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39F03D2"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b/>
                <w:color w:val="000000"/>
                <w:sz w:val="20"/>
                <w:szCs w:val="20"/>
              </w:rPr>
            </w:pPr>
          </w:p>
        </w:tc>
        <w:tc>
          <w:tcPr>
            <w:tcW w:w="93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6627C29"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b/>
                <w:color w:val="000000"/>
                <w:sz w:val="20"/>
                <w:szCs w:val="20"/>
              </w:rPr>
            </w:pPr>
          </w:p>
        </w:tc>
        <w:tc>
          <w:tcPr>
            <w:tcW w:w="1128"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B4207E2"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b/>
                <w:color w:val="000000"/>
                <w:sz w:val="20"/>
                <w:szCs w:val="20"/>
              </w:rPr>
            </w:pPr>
          </w:p>
        </w:tc>
        <w:tc>
          <w:tcPr>
            <w:tcW w:w="44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F3564E2"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b/>
                <w:color w:val="000000"/>
                <w:sz w:val="20"/>
                <w:szCs w:val="20"/>
              </w:rPr>
            </w:pPr>
          </w:p>
        </w:tc>
      </w:tr>
      <w:tr w:rsidR="00E70DA4" w:rsidRPr="001A2E38" w14:paraId="14B7E688" w14:textId="77777777" w:rsidTr="0059499B">
        <w:trPr>
          <w:jc w:val="center"/>
        </w:trPr>
        <w:tc>
          <w:tcPr>
            <w:tcW w:w="78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27A6992"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CRP</w:t>
            </w:r>
          </w:p>
        </w:tc>
        <w:tc>
          <w:tcPr>
            <w:tcW w:w="84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D30BE29"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1.605 (1.566-1.644)</w:t>
            </w:r>
          </w:p>
        </w:tc>
        <w:tc>
          <w:tcPr>
            <w:tcW w:w="874"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1FC069C"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1.590 (1.551-1.629)</w:t>
            </w:r>
          </w:p>
        </w:tc>
        <w:tc>
          <w:tcPr>
            <w:tcW w:w="93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C9665BC"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1.010 (1.005-1.014)</w:t>
            </w:r>
          </w:p>
        </w:tc>
        <w:tc>
          <w:tcPr>
            <w:tcW w:w="1128"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0C9E00C"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2.503 (1.397-3.609)</w:t>
            </w:r>
          </w:p>
        </w:tc>
        <w:tc>
          <w:tcPr>
            <w:tcW w:w="44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BA504D9"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&lt;0.001</w:t>
            </w:r>
          </w:p>
        </w:tc>
      </w:tr>
      <w:tr w:rsidR="00E70DA4" w:rsidRPr="001A2E38" w14:paraId="2C6C1CAF" w14:textId="77777777" w:rsidTr="0059499B">
        <w:trPr>
          <w:jc w:val="center"/>
        </w:trPr>
        <w:tc>
          <w:tcPr>
            <w:tcW w:w="78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E139FE2"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WBC</w:t>
            </w:r>
          </w:p>
        </w:tc>
        <w:tc>
          <w:tcPr>
            <w:tcW w:w="84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1E98EF3"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1.618 (1.579-1.658)</w:t>
            </w:r>
          </w:p>
        </w:tc>
        <w:tc>
          <w:tcPr>
            <w:tcW w:w="874"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81DBEB1"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1.608 (1.570-1.648)</w:t>
            </w:r>
          </w:p>
        </w:tc>
        <w:tc>
          <w:tcPr>
            <w:tcW w:w="93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82971E8"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1.006 (1.005-1.007)</w:t>
            </w:r>
          </w:p>
        </w:tc>
        <w:tc>
          <w:tcPr>
            <w:tcW w:w="1128"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903A75F"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1.616 (1.290-1.942)</w:t>
            </w:r>
          </w:p>
        </w:tc>
        <w:tc>
          <w:tcPr>
            <w:tcW w:w="44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C38DC66"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&lt;0.001</w:t>
            </w:r>
          </w:p>
        </w:tc>
      </w:tr>
      <w:tr w:rsidR="00E70DA4" w:rsidRPr="001A2E38" w14:paraId="6541FB11" w14:textId="77777777" w:rsidTr="0059499B">
        <w:trPr>
          <w:jc w:val="center"/>
        </w:trPr>
        <w:tc>
          <w:tcPr>
            <w:tcW w:w="78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A952124"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Lymphocyte</w:t>
            </w:r>
          </w:p>
        </w:tc>
        <w:tc>
          <w:tcPr>
            <w:tcW w:w="84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6254B6D"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1.618 (1.579-1.658)</w:t>
            </w:r>
          </w:p>
        </w:tc>
        <w:tc>
          <w:tcPr>
            <w:tcW w:w="874"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FCB7D45"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1.617 (1.578-1.657)</w:t>
            </w:r>
          </w:p>
        </w:tc>
        <w:tc>
          <w:tcPr>
            <w:tcW w:w="93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C91B6C0"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1.001 (1.000-1.002)</w:t>
            </w:r>
          </w:p>
        </w:tc>
        <w:tc>
          <w:tcPr>
            <w:tcW w:w="1128"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D1CD92A"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0.209 (-0.005-0.423)</w:t>
            </w:r>
          </w:p>
        </w:tc>
        <w:tc>
          <w:tcPr>
            <w:tcW w:w="44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6C3EC03"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0.059</w:t>
            </w:r>
          </w:p>
        </w:tc>
      </w:tr>
      <w:tr w:rsidR="00E70DA4" w:rsidRPr="001A2E38" w14:paraId="5FCB4406" w14:textId="77777777" w:rsidTr="0059499B">
        <w:trPr>
          <w:jc w:val="center"/>
        </w:trPr>
        <w:tc>
          <w:tcPr>
            <w:tcW w:w="78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F499C0F"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Monocyte</w:t>
            </w:r>
          </w:p>
        </w:tc>
        <w:tc>
          <w:tcPr>
            <w:tcW w:w="84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5F4BFF8"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1.617 (1.578-1.657)</w:t>
            </w:r>
          </w:p>
        </w:tc>
        <w:tc>
          <w:tcPr>
            <w:tcW w:w="874"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97562BE"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1.612 (1.573-1.652)</w:t>
            </w:r>
          </w:p>
        </w:tc>
        <w:tc>
          <w:tcPr>
            <w:tcW w:w="93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759B7BC"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1.003 (1.002-1.004)</w:t>
            </w:r>
          </w:p>
        </w:tc>
        <w:tc>
          <w:tcPr>
            <w:tcW w:w="1128"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7EAA7A6"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0.697 (0.478-0.917)</w:t>
            </w:r>
          </w:p>
        </w:tc>
        <w:tc>
          <w:tcPr>
            <w:tcW w:w="44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02E6AFE"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&lt;0.001</w:t>
            </w:r>
          </w:p>
        </w:tc>
      </w:tr>
      <w:tr w:rsidR="00E70DA4" w:rsidRPr="001A2E38" w14:paraId="70F31B2D" w14:textId="77777777" w:rsidTr="0059499B">
        <w:trPr>
          <w:jc w:val="center"/>
        </w:trPr>
        <w:tc>
          <w:tcPr>
            <w:tcW w:w="78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3FD8B66"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Neutrophil</w:t>
            </w:r>
          </w:p>
        </w:tc>
        <w:tc>
          <w:tcPr>
            <w:tcW w:w="84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0D98D25"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1.617 (1.579-1.657)</w:t>
            </w:r>
          </w:p>
        </w:tc>
        <w:tc>
          <w:tcPr>
            <w:tcW w:w="874"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50863B0"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1.592 (1.553-1.631)</w:t>
            </w:r>
          </w:p>
        </w:tc>
        <w:tc>
          <w:tcPr>
            <w:tcW w:w="93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DE526F7"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1.016 (1.013-1.019)</w:t>
            </w:r>
          </w:p>
        </w:tc>
        <w:tc>
          <w:tcPr>
            <w:tcW w:w="1128"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B149068"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4.179 (3.417-4.940)</w:t>
            </w:r>
          </w:p>
        </w:tc>
        <w:tc>
          <w:tcPr>
            <w:tcW w:w="44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EF4D097"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&lt;0.001</w:t>
            </w:r>
          </w:p>
        </w:tc>
      </w:tr>
      <w:tr w:rsidR="00E70DA4" w:rsidRPr="001A2E38" w14:paraId="7AA59716" w14:textId="77777777" w:rsidTr="0059499B">
        <w:trPr>
          <w:jc w:val="center"/>
        </w:trPr>
        <w:tc>
          <w:tcPr>
            <w:tcW w:w="78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96683E3"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Eosinophil</w:t>
            </w:r>
          </w:p>
        </w:tc>
        <w:tc>
          <w:tcPr>
            <w:tcW w:w="84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CDE5C94"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1.619 (1.580-1.659)</w:t>
            </w:r>
          </w:p>
        </w:tc>
        <w:tc>
          <w:tcPr>
            <w:tcW w:w="874"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9926DAF"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1.615 (1.576-1.655)</w:t>
            </w:r>
          </w:p>
        </w:tc>
        <w:tc>
          <w:tcPr>
            <w:tcW w:w="93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186BD33"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1.002 (1.001-1.003)</w:t>
            </w:r>
          </w:p>
        </w:tc>
        <w:tc>
          <w:tcPr>
            <w:tcW w:w="1128"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9151337"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0.602 (0.329-0.875)</w:t>
            </w:r>
          </w:p>
        </w:tc>
        <w:tc>
          <w:tcPr>
            <w:tcW w:w="44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88ED59C"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&lt;0.001</w:t>
            </w:r>
          </w:p>
        </w:tc>
      </w:tr>
      <w:tr w:rsidR="00E70DA4" w:rsidRPr="001A2E38" w14:paraId="3CCCC499" w14:textId="77777777" w:rsidTr="0059499B">
        <w:trPr>
          <w:jc w:val="center"/>
        </w:trPr>
        <w:tc>
          <w:tcPr>
            <w:tcW w:w="78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DA229E4"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Basophil</w:t>
            </w:r>
          </w:p>
        </w:tc>
        <w:tc>
          <w:tcPr>
            <w:tcW w:w="84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12DF642"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1.618 (1.579-1.658)</w:t>
            </w:r>
          </w:p>
        </w:tc>
        <w:tc>
          <w:tcPr>
            <w:tcW w:w="874"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B4D0111"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1.616 (1.577-1.656)</w:t>
            </w:r>
          </w:p>
        </w:tc>
        <w:tc>
          <w:tcPr>
            <w:tcW w:w="93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42EC0C4"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1.001 (1.000-1.002)</w:t>
            </w:r>
          </w:p>
        </w:tc>
        <w:tc>
          <w:tcPr>
            <w:tcW w:w="1128"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0A60601"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0.227 (-0.025-0.480)</w:t>
            </w:r>
          </w:p>
        </w:tc>
        <w:tc>
          <w:tcPr>
            <w:tcW w:w="44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C41364C"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0.081</w:t>
            </w:r>
          </w:p>
        </w:tc>
      </w:tr>
      <w:tr w:rsidR="00E70DA4" w:rsidRPr="001A2E38" w14:paraId="4549A54B" w14:textId="77777777" w:rsidTr="0059499B">
        <w:trPr>
          <w:jc w:val="center"/>
        </w:trPr>
        <w:tc>
          <w:tcPr>
            <w:tcW w:w="78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69EE3E5"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rPr>
                <w:rFonts w:ascii="Times New Roman" w:eastAsia="Arial" w:hAnsi="Times New Roman" w:cs="Times New Roman"/>
                <w:b/>
                <w:color w:val="000000"/>
                <w:sz w:val="20"/>
                <w:szCs w:val="20"/>
              </w:rPr>
            </w:pPr>
            <w:r w:rsidRPr="001A2E38">
              <w:rPr>
                <w:rFonts w:ascii="Times New Roman" w:eastAsia="Arial" w:hAnsi="Times New Roman" w:cs="Times New Roman"/>
                <w:b/>
                <w:color w:val="000000"/>
                <w:sz w:val="20"/>
                <w:szCs w:val="20"/>
              </w:rPr>
              <w:t>Metabolic</w:t>
            </w:r>
          </w:p>
        </w:tc>
        <w:tc>
          <w:tcPr>
            <w:tcW w:w="84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8999883"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b/>
                <w:color w:val="000000"/>
                <w:sz w:val="20"/>
                <w:szCs w:val="20"/>
              </w:rPr>
            </w:pPr>
          </w:p>
        </w:tc>
        <w:tc>
          <w:tcPr>
            <w:tcW w:w="874"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7CCF00"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b/>
                <w:color w:val="000000"/>
                <w:sz w:val="20"/>
                <w:szCs w:val="20"/>
              </w:rPr>
            </w:pPr>
          </w:p>
        </w:tc>
        <w:tc>
          <w:tcPr>
            <w:tcW w:w="93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A1E250B"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b/>
                <w:color w:val="000000"/>
                <w:sz w:val="20"/>
                <w:szCs w:val="20"/>
              </w:rPr>
            </w:pPr>
          </w:p>
        </w:tc>
        <w:tc>
          <w:tcPr>
            <w:tcW w:w="1128"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17FDC02"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b/>
                <w:color w:val="000000"/>
                <w:sz w:val="20"/>
                <w:szCs w:val="20"/>
              </w:rPr>
            </w:pPr>
          </w:p>
        </w:tc>
        <w:tc>
          <w:tcPr>
            <w:tcW w:w="44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127F75F"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b/>
                <w:color w:val="000000"/>
                <w:sz w:val="20"/>
                <w:szCs w:val="20"/>
              </w:rPr>
            </w:pPr>
          </w:p>
        </w:tc>
      </w:tr>
      <w:tr w:rsidR="00E70DA4" w:rsidRPr="001A2E38" w14:paraId="7F97F100" w14:textId="77777777" w:rsidTr="0059499B">
        <w:trPr>
          <w:jc w:val="center"/>
        </w:trPr>
        <w:tc>
          <w:tcPr>
            <w:tcW w:w="78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5570769"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ApoA</w:t>
            </w:r>
          </w:p>
        </w:tc>
        <w:tc>
          <w:tcPr>
            <w:tcW w:w="84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6C426D3"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1.622 (1.583-1.662)</w:t>
            </w:r>
          </w:p>
        </w:tc>
        <w:tc>
          <w:tcPr>
            <w:tcW w:w="874"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E126B22"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1.578 (1.539-1.618)</w:t>
            </w:r>
          </w:p>
        </w:tc>
        <w:tc>
          <w:tcPr>
            <w:tcW w:w="93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3A4C234"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1.028 (1.018-1.038)</w:t>
            </w:r>
          </w:p>
        </w:tc>
        <w:tc>
          <w:tcPr>
            <w:tcW w:w="1128"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2BB3057"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7.102 (4.618-9.586)</w:t>
            </w:r>
          </w:p>
        </w:tc>
        <w:tc>
          <w:tcPr>
            <w:tcW w:w="44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23A3F37"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&lt;0.001</w:t>
            </w:r>
          </w:p>
        </w:tc>
      </w:tr>
      <w:tr w:rsidR="00E70DA4" w:rsidRPr="001A2E38" w14:paraId="1CF27100" w14:textId="77777777" w:rsidTr="0059499B">
        <w:trPr>
          <w:jc w:val="center"/>
        </w:trPr>
        <w:tc>
          <w:tcPr>
            <w:tcW w:w="78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3058CE8"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HbA1c</w:t>
            </w:r>
          </w:p>
        </w:tc>
        <w:tc>
          <w:tcPr>
            <w:tcW w:w="84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6FB5629"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1.462 (1.427-1.498)</w:t>
            </w:r>
          </w:p>
        </w:tc>
        <w:tc>
          <w:tcPr>
            <w:tcW w:w="874"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3250702"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1.355 (1.320-1.390)</w:t>
            </w:r>
          </w:p>
        </w:tc>
        <w:tc>
          <w:tcPr>
            <w:tcW w:w="93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E8ADDB0"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1.079 (1.075-1.084)</w:t>
            </w:r>
          </w:p>
        </w:tc>
        <w:tc>
          <w:tcPr>
            <w:tcW w:w="1128"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0679129"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23.251 (21.313-25.188)</w:t>
            </w:r>
          </w:p>
        </w:tc>
        <w:tc>
          <w:tcPr>
            <w:tcW w:w="44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038C537"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&lt;0.001</w:t>
            </w:r>
          </w:p>
        </w:tc>
      </w:tr>
      <w:tr w:rsidR="00E70DA4" w:rsidRPr="001A2E38" w14:paraId="0304DDF7" w14:textId="77777777" w:rsidTr="0059499B">
        <w:trPr>
          <w:jc w:val="center"/>
        </w:trPr>
        <w:tc>
          <w:tcPr>
            <w:tcW w:w="78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BE5D250"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IGF-1</w:t>
            </w:r>
          </w:p>
        </w:tc>
        <w:tc>
          <w:tcPr>
            <w:tcW w:w="84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AC20999"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1.610 (1.572-1.650)</w:t>
            </w:r>
          </w:p>
        </w:tc>
        <w:tc>
          <w:tcPr>
            <w:tcW w:w="874"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0F717CF"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1.606 (1.567-1.647)</w:t>
            </w:r>
          </w:p>
        </w:tc>
        <w:tc>
          <w:tcPr>
            <w:tcW w:w="93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2594941"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1.002 (0.997-1.007)</w:t>
            </w:r>
          </w:p>
        </w:tc>
        <w:tc>
          <w:tcPr>
            <w:tcW w:w="1128"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65BE90D"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0.620 (-0.707-1.947)</w:t>
            </w:r>
          </w:p>
        </w:tc>
        <w:tc>
          <w:tcPr>
            <w:tcW w:w="44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F087887"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0.366</w:t>
            </w:r>
          </w:p>
        </w:tc>
      </w:tr>
      <w:tr w:rsidR="00E70DA4" w:rsidRPr="001A2E38" w14:paraId="2708F97E" w14:textId="77777777" w:rsidTr="0059499B">
        <w:trPr>
          <w:jc w:val="center"/>
        </w:trPr>
        <w:tc>
          <w:tcPr>
            <w:tcW w:w="78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CC3F710"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Lp(a)</w:t>
            </w:r>
          </w:p>
        </w:tc>
        <w:tc>
          <w:tcPr>
            <w:tcW w:w="84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4EA12B5"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1.629 (1.585-1.673)</w:t>
            </w:r>
          </w:p>
        </w:tc>
        <w:tc>
          <w:tcPr>
            <w:tcW w:w="874"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2DC77C2"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1.628 (1.584-1.673)</w:t>
            </w:r>
          </w:p>
        </w:tc>
        <w:tc>
          <w:tcPr>
            <w:tcW w:w="93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EEB0453"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1.001 (1.000-1.001)</w:t>
            </w:r>
          </w:p>
        </w:tc>
        <w:tc>
          <w:tcPr>
            <w:tcW w:w="1128"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911BC7F"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0.136 (-0.007-0.280)</w:t>
            </w:r>
          </w:p>
        </w:tc>
        <w:tc>
          <w:tcPr>
            <w:tcW w:w="44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8790D89"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0.066</w:t>
            </w:r>
          </w:p>
        </w:tc>
      </w:tr>
      <w:tr w:rsidR="00E70DA4" w:rsidRPr="001A2E38" w14:paraId="0DD4F032" w14:textId="77777777" w:rsidTr="0059499B">
        <w:trPr>
          <w:jc w:val="center"/>
        </w:trPr>
        <w:tc>
          <w:tcPr>
            <w:tcW w:w="78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E581D82"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SBP</w:t>
            </w:r>
          </w:p>
        </w:tc>
        <w:tc>
          <w:tcPr>
            <w:tcW w:w="84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570C9B0"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1.608 (1.568-1.648)</w:t>
            </w:r>
          </w:p>
        </w:tc>
        <w:tc>
          <w:tcPr>
            <w:tcW w:w="874"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2F62706"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1.593 (1.554-1.634)</w:t>
            </w:r>
          </w:p>
        </w:tc>
        <w:tc>
          <w:tcPr>
            <w:tcW w:w="93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843F2F5"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1.009 (1.006-1.012)</w:t>
            </w:r>
          </w:p>
        </w:tc>
        <w:tc>
          <w:tcPr>
            <w:tcW w:w="1128"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1CCA2C7"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2.361 (1.633-3.090)</w:t>
            </w:r>
          </w:p>
        </w:tc>
        <w:tc>
          <w:tcPr>
            <w:tcW w:w="44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28D9D37"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&lt;0.001</w:t>
            </w:r>
          </w:p>
        </w:tc>
      </w:tr>
      <w:tr w:rsidR="00E70DA4" w:rsidRPr="001A2E38" w14:paraId="547185D1" w14:textId="77777777" w:rsidTr="0059499B">
        <w:trPr>
          <w:jc w:val="center"/>
        </w:trPr>
        <w:tc>
          <w:tcPr>
            <w:tcW w:w="78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D0F5DE5"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DBP</w:t>
            </w:r>
          </w:p>
        </w:tc>
        <w:tc>
          <w:tcPr>
            <w:tcW w:w="84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191FFB9"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1.606 (1.566-1.647)</w:t>
            </w:r>
          </w:p>
        </w:tc>
        <w:tc>
          <w:tcPr>
            <w:tcW w:w="874"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90C1468"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1.608 (1.568-1.649)</w:t>
            </w:r>
          </w:p>
        </w:tc>
        <w:tc>
          <w:tcPr>
            <w:tcW w:w="93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F779619"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0.999 (0.995-1.003)</w:t>
            </w:r>
          </w:p>
        </w:tc>
        <w:tc>
          <w:tcPr>
            <w:tcW w:w="1128"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9C61F63"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-0.286 (-1.340-0.768)</w:t>
            </w:r>
          </w:p>
        </w:tc>
        <w:tc>
          <w:tcPr>
            <w:tcW w:w="44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0AEFECC"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0.600</w:t>
            </w:r>
          </w:p>
        </w:tc>
      </w:tr>
      <w:tr w:rsidR="00E70DA4" w:rsidRPr="001A2E38" w14:paraId="53BAE451" w14:textId="77777777" w:rsidTr="0059499B">
        <w:trPr>
          <w:jc w:val="center"/>
        </w:trPr>
        <w:tc>
          <w:tcPr>
            <w:tcW w:w="782" w:type="pct"/>
            <w:tcBorders>
              <w:top w:val="none" w:sz="0" w:space="0" w:color="000000"/>
              <w:left w:val="none" w:sz="0" w:space="0" w:color="000000"/>
              <w:bottom w:val="none" w:sz="0" w:space="0" w:color="000000"/>
              <w:right w:val="none" w:sz="0" w:space="0" w:color="000000"/>
            </w:tcBorders>
            <w:shd w:val="clear" w:color="auto" w:fill="F2F2F2"/>
            <w:tcMar>
              <w:top w:w="0" w:type="dxa"/>
              <w:left w:w="0" w:type="dxa"/>
              <w:bottom w:w="0" w:type="dxa"/>
              <w:right w:w="0" w:type="dxa"/>
            </w:tcMar>
            <w:vAlign w:val="center"/>
          </w:tcPr>
          <w:p w14:paraId="22277520"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rPr>
                <w:rFonts w:ascii="Times New Roman" w:eastAsia="Arial" w:hAnsi="Times New Roman" w:cs="Times New Roman"/>
                <w:b/>
                <w:color w:val="000000"/>
                <w:sz w:val="20"/>
                <w:szCs w:val="20"/>
              </w:rPr>
            </w:pPr>
            <w:r w:rsidRPr="001A2E38">
              <w:rPr>
                <w:rFonts w:ascii="Times New Roman" w:eastAsia="Arial" w:hAnsi="Times New Roman" w:cs="Times New Roman"/>
                <w:b/>
                <w:color w:val="000000"/>
                <w:sz w:val="20"/>
                <w:szCs w:val="20"/>
              </w:rPr>
              <w:lastRenderedPageBreak/>
              <w:t>CHG-BRI</w:t>
            </w:r>
          </w:p>
        </w:tc>
        <w:tc>
          <w:tcPr>
            <w:tcW w:w="841" w:type="pct"/>
            <w:tcBorders>
              <w:top w:val="none" w:sz="0" w:space="0" w:color="000000"/>
              <w:left w:val="none" w:sz="0" w:space="0" w:color="000000"/>
              <w:bottom w:val="none" w:sz="0" w:space="0" w:color="000000"/>
              <w:right w:val="none" w:sz="0" w:space="0" w:color="000000"/>
            </w:tcBorders>
            <w:shd w:val="clear" w:color="auto" w:fill="F2F2F2"/>
            <w:tcMar>
              <w:top w:w="0" w:type="dxa"/>
              <w:left w:w="0" w:type="dxa"/>
              <w:bottom w:w="0" w:type="dxa"/>
              <w:right w:w="0" w:type="dxa"/>
            </w:tcMar>
            <w:vAlign w:val="center"/>
          </w:tcPr>
          <w:p w14:paraId="5EC51587"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b/>
                <w:color w:val="000000"/>
                <w:sz w:val="20"/>
                <w:szCs w:val="20"/>
              </w:rPr>
            </w:pPr>
          </w:p>
        </w:tc>
        <w:tc>
          <w:tcPr>
            <w:tcW w:w="874" w:type="pct"/>
            <w:tcBorders>
              <w:top w:val="none" w:sz="0" w:space="0" w:color="000000"/>
              <w:left w:val="none" w:sz="0" w:space="0" w:color="000000"/>
              <w:bottom w:val="none" w:sz="0" w:space="0" w:color="000000"/>
              <w:right w:val="none" w:sz="0" w:space="0" w:color="000000"/>
            </w:tcBorders>
            <w:shd w:val="clear" w:color="auto" w:fill="F2F2F2"/>
            <w:tcMar>
              <w:top w:w="0" w:type="dxa"/>
              <w:left w:w="0" w:type="dxa"/>
              <w:bottom w:w="0" w:type="dxa"/>
              <w:right w:w="0" w:type="dxa"/>
            </w:tcMar>
            <w:vAlign w:val="center"/>
          </w:tcPr>
          <w:p w14:paraId="49D7D221"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b/>
                <w:color w:val="000000"/>
                <w:sz w:val="20"/>
                <w:szCs w:val="20"/>
              </w:rPr>
            </w:pPr>
          </w:p>
        </w:tc>
        <w:tc>
          <w:tcPr>
            <w:tcW w:w="935" w:type="pct"/>
            <w:tcBorders>
              <w:top w:val="none" w:sz="0" w:space="0" w:color="000000"/>
              <w:left w:val="none" w:sz="0" w:space="0" w:color="000000"/>
              <w:bottom w:val="none" w:sz="0" w:space="0" w:color="000000"/>
              <w:right w:val="none" w:sz="0" w:space="0" w:color="000000"/>
            </w:tcBorders>
            <w:shd w:val="clear" w:color="auto" w:fill="F2F2F2"/>
            <w:tcMar>
              <w:top w:w="0" w:type="dxa"/>
              <w:left w:w="0" w:type="dxa"/>
              <w:bottom w:w="0" w:type="dxa"/>
              <w:right w:w="0" w:type="dxa"/>
            </w:tcMar>
            <w:vAlign w:val="center"/>
          </w:tcPr>
          <w:p w14:paraId="77A52004"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b/>
                <w:color w:val="000000"/>
                <w:sz w:val="20"/>
                <w:szCs w:val="20"/>
              </w:rPr>
            </w:pPr>
          </w:p>
        </w:tc>
        <w:tc>
          <w:tcPr>
            <w:tcW w:w="1128" w:type="pct"/>
            <w:tcBorders>
              <w:top w:val="none" w:sz="0" w:space="0" w:color="000000"/>
              <w:left w:val="none" w:sz="0" w:space="0" w:color="000000"/>
              <w:bottom w:val="none" w:sz="0" w:space="0" w:color="000000"/>
              <w:right w:val="none" w:sz="0" w:space="0" w:color="000000"/>
            </w:tcBorders>
            <w:shd w:val="clear" w:color="auto" w:fill="F2F2F2"/>
            <w:tcMar>
              <w:top w:w="0" w:type="dxa"/>
              <w:left w:w="0" w:type="dxa"/>
              <w:bottom w:w="0" w:type="dxa"/>
              <w:right w:w="0" w:type="dxa"/>
            </w:tcMar>
            <w:vAlign w:val="center"/>
          </w:tcPr>
          <w:p w14:paraId="14CA261A"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b/>
                <w:color w:val="000000"/>
                <w:sz w:val="20"/>
                <w:szCs w:val="20"/>
              </w:rPr>
            </w:pPr>
          </w:p>
        </w:tc>
        <w:tc>
          <w:tcPr>
            <w:tcW w:w="440" w:type="pct"/>
            <w:tcBorders>
              <w:top w:val="none" w:sz="0" w:space="0" w:color="000000"/>
              <w:left w:val="none" w:sz="0" w:space="0" w:color="000000"/>
              <w:bottom w:val="none" w:sz="0" w:space="0" w:color="000000"/>
              <w:right w:val="none" w:sz="0" w:space="0" w:color="000000"/>
            </w:tcBorders>
            <w:shd w:val="clear" w:color="auto" w:fill="F2F2F2"/>
            <w:tcMar>
              <w:top w:w="0" w:type="dxa"/>
              <w:left w:w="0" w:type="dxa"/>
              <w:bottom w:w="0" w:type="dxa"/>
              <w:right w:w="0" w:type="dxa"/>
            </w:tcMar>
            <w:vAlign w:val="center"/>
          </w:tcPr>
          <w:p w14:paraId="2A247575"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b/>
                <w:color w:val="000000"/>
                <w:sz w:val="20"/>
                <w:szCs w:val="20"/>
              </w:rPr>
            </w:pPr>
          </w:p>
        </w:tc>
      </w:tr>
      <w:tr w:rsidR="00E70DA4" w:rsidRPr="001A2E38" w14:paraId="7B8513D3" w14:textId="77777777" w:rsidTr="0059499B">
        <w:trPr>
          <w:jc w:val="center"/>
        </w:trPr>
        <w:tc>
          <w:tcPr>
            <w:tcW w:w="78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3D5D6F6"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rPr>
                <w:rFonts w:ascii="Times New Roman" w:eastAsia="Arial" w:hAnsi="Times New Roman" w:cs="Times New Roman"/>
                <w:b/>
                <w:color w:val="000000"/>
                <w:sz w:val="20"/>
                <w:szCs w:val="20"/>
              </w:rPr>
            </w:pPr>
            <w:r w:rsidRPr="001A2E38">
              <w:rPr>
                <w:rFonts w:ascii="Times New Roman" w:eastAsia="Arial" w:hAnsi="Times New Roman" w:cs="Times New Roman"/>
                <w:b/>
                <w:color w:val="000000"/>
                <w:sz w:val="20"/>
                <w:szCs w:val="20"/>
              </w:rPr>
              <w:t>Liver function</w:t>
            </w:r>
          </w:p>
        </w:tc>
        <w:tc>
          <w:tcPr>
            <w:tcW w:w="84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DA4658B"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b/>
                <w:color w:val="000000"/>
                <w:sz w:val="20"/>
                <w:szCs w:val="20"/>
              </w:rPr>
            </w:pPr>
          </w:p>
        </w:tc>
        <w:tc>
          <w:tcPr>
            <w:tcW w:w="874"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6D87EF5"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b/>
                <w:color w:val="000000"/>
                <w:sz w:val="20"/>
                <w:szCs w:val="20"/>
              </w:rPr>
            </w:pPr>
          </w:p>
        </w:tc>
        <w:tc>
          <w:tcPr>
            <w:tcW w:w="93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A8B416A"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b/>
                <w:color w:val="000000"/>
                <w:sz w:val="20"/>
                <w:szCs w:val="20"/>
              </w:rPr>
            </w:pPr>
          </w:p>
        </w:tc>
        <w:tc>
          <w:tcPr>
            <w:tcW w:w="1128"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B595321"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b/>
                <w:color w:val="000000"/>
                <w:sz w:val="20"/>
                <w:szCs w:val="20"/>
              </w:rPr>
            </w:pPr>
          </w:p>
        </w:tc>
        <w:tc>
          <w:tcPr>
            <w:tcW w:w="44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CD6E7BE"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b/>
                <w:color w:val="000000"/>
                <w:sz w:val="20"/>
                <w:szCs w:val="20"/>
              </w:rPr>
            </w:pPr>
          </w:p>
        </w:tc>
      </w:tr>
      <w:tr w:rsidR="00E70DA4" w:rsidRPr="001A2E38" w14:paraId="20970DDB" w14:textId="77777777" w:rsidTr="0059499B">
        <w:trPr>
          <w:jc w:val="center"/>
        </w:trPr>
        <w:tc>
          <w:tcPr>
            <w:tcW w:w="78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B568182"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Albumin</w:t>
            </w:r>
          </w:p>
        </w:tc>
        <w:tc>
          <w:tcPr>
            <w:tcW w:w="84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0B33BCF"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1.477 (1.444-1.512)</w:t>
            </w:r>
          </w:p>
        </w:tc>
        <w:tc>
          <w:tcPr>
            <w:tcW w:w="874"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70A3708"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1.481 (1.446-1.516)</w:t>
            </w:r>
          </w:p>
        </w:tc>
        <w:tc>
          <w:tcPr>
            <w:tcW w:w="93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DEE2F02"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0.998 (0.992-1.003)</w:t>
            </w:r>
          </w:p>
        </w:tc>
        <w:tc>
          <w:tcPr>
            <w:tcW w:w="1128"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58E43C2"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-0.728 (-2.365-0.908)</w:t>
            </w:r>
          </w:p>
        </w:tc>
        <w:tc>
          <w:tcPr>
            <w:tcW w:w="44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DCA2FC3"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0.388</w:t>
            </w:r>
          </w:p>
        </w:tc>
      </w:tr>
      <w:tr w:rsidR="00E70DA4" w:rsidRPr="001A2E38" w14:paraId="227E2922" w14:textId="77777777" w:rsidTr="0059499B">
        <w:trPr>
          <w:jc w:val="center"/>
        </w:trPr>
        <w:tc>
          <w:tcPr>
            <w:tcW w:w="78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DFB3F02"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ALT</w:t>
            </w:r>
          </w:p>
        </w:tc>
        <w:tc>
          <w:tcPr>
            <w:tcW w:w="84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AAD0F44"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1.473 (1.440-1.507)</w:t>
            </w:r>
          </w:p>
        </w:tc>
        <w:tc>
          <w:tcPr>
            <w:tcW w:w="874"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C2F4785"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1.467 (1.434-1.501)</w:t>
            </w:r>
          </w:p>
        </w:tc>
        <w:tc>
          <w:tcPr>
            <w:tcW w:w="93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CD78C6A"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1.004 (1.003-1.005)</w:t>
            </w:r>
          </w:p>
        </w:tc>
        <w:tc>
          <w:tcPr>
            <w:tcW w:w="1128"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43282D7"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1.223 (0.907-1.539)</w:t>
            </w:r>
          </w:p>
        </w:tc>
        <w:tc>
          <w:tcPr>
            <w:tcW w:w="44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0D26520"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&lt;0.001</w:t>
            </w:r>
          </w:p>
        </w:tc>
      </w:tr>
      <w:tr w:rsidR="00E70DA4" w:rsidRPr="001A2E38" w14:paraId="7E11DD82" w14:textId="77777777" w:rsidTr="0059499B">
        <w:trPr>
          <w:jc w:val="center"/>
        </w:trPr>
        <w:tc>
          <w:tcPr>
            <w:tcW w:w="78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CFCD325"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rPr>
                <w:rFonts w:ascii="Times New Roman" w:eastAsia="Arial" w:hAnsi="Times New Roman" w:cs="Times New Roman"/>
                <w:b/>
                <w:color w:val="000000"/>
                <w:sz w:val="20"/>
                <w:szCs w:val="20"/>
              </w:rPr>
            </w:pPr>
            <w:r w:rsidRPr="001A2E38">
              <w:rPr>
                <w:rFonts w:ascii="Times New Roman" w:eastAsia="Arial" w:hAnsi="Times New Roman" w:cs="Times New Roman"/>
                <w:b/>
                <w:color w:val="000000"/>
                <w:sz w:val="20"/>
                <w:szCs w:val="20"/>
              </w:rPr>
              <w:t>Renal function</w:t>
            </w:r>
          </w:p>
        </w:tc>
        <w:tc>
          <w:tcPr>
            <w:tcW w:w="84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A3D16F5"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b/>
                <w:color w:val="000000"/>
                <w:sz w:val="20"/>
                <w:szCs w:val="20"/>
              </w:rPr>
            </w:pPr>
          </w:p>
        </w:tc>
        <w:tc>
          <w:tcPr>
            <w:tcW w:w="874"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4A69570"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b/>
                <w:color w:val="000000"/>
                <w:sz w:val="20"/>
                <w:szCs w:val="20"/>
              </w:rPr>
            </w:pPr>
          </w:p>
        </w:tc>
        <w:tc>
          <w:tcPr>
            <w:tcW w:w="93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5BFBAC3"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b/>
                <w:color w:val="000000"/>
                <w:sz w:val="20"/>
                <w:szCs w:val="20"/>
              </w:rPr>
            </w:pPr>
          </w:p>
        </w:tc>
        <w:tc>
          <w:tcPr>
            <w:tcW w:w="1128"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6C92D8"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b/>
                <w:color w:val="000000"/>
                <w:sz w:val="20"/>
                <w:szCs w:val="20"/>
              </w:rPr>
            </w:pPr>
          </w:p>
        </w:tc>
        <w:tc>
          <w:tcPr>
            <w:tcW w:w="44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B4A57A9"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b/>
                <w:color w:val="000000"/>
                <w:sz w:val="20"/>
                <w:szCs w:val="20"/>
              </w:rPr>
            </w:pPr>
          </w:p>
        </w:tc>
      </w:tr>
      <w:tr w:rsidR="00E70DA4" w:rsidRPr="001A2E38" w14:paraId="2D93F47E" w14:textId="77777777" w:rsidTr="0059499B">
        <w:trPr>
          <w:jc w:val="center"/>
        </w:trPr>
        <w:tc>
          <w:tcPr>
            <w:tcW w:w="78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E6BD2BE"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Urea</w:t>
            </w:r>
          </w:p>
        </w:tc>
        <w:tc>
          <w:tcPr>
            <w:tcW w:w="84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98088EE"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1.475 (1.442-1.510)</w:t>
            </w:r>
          </w:p>
        </w:tc>
        <w:tc>
          <w:tcPr>
            <w:tcW w:w="874"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311FE5C"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1.474 (1.440-1.508)</w:t>
            </w:r>
          </w:p>
        </w:tc>
        <w:tc>
          <w:tcPr>
            <w:tcW w:w="93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457D87A"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1.001 (1.001-1.002)</w:t>
            </w:r>
          </w:p>
        </w:tc>
        <w:tc>
          <w:tcPr>
            <w:tcW w:w="1128"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9189DFB"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0.352 (0.165-0.539)</w:t>
            </w:r>
          </w:p>
        </w:tc>
        <w:tc>
          <w:tcPr>
            <w:tcW w:w="44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07181F8"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&lt;0.001</w:t>
            </w:r>
          </w:p>
        </w:tc>
      </w:tr>
      <w:tr w:rsidR="00E70DA4" w:rsidRPr="001A2E38" w14:paraId="7EF6AEF0" w14:textId="77777777" w:rsidTr="0059499B">
        <w:trPr>
          <w:jc w:val="center"/>
        </w:trPr>
        <w:tc>
          <w:tcPr>
            <w:tcW w:w="78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01740BF"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Cystatin C</w:t>
            </w:r>
          </w:p>
        </w:tc>
        <w:tc>
          <w:tcPr>
            <w:tcW w:w="84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71B90FD"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1.475 (1.442-1.510)</w:t>
            </w:r>
          </w:p>
        </w:tc>
        <w:tc>
          <w:tcPr>
            <w:tcW w:w="874"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7961D31"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1.456 (1.423-1.490)</w:t>
            </w:r>
          </w:p>
        </w:tc>
        <w:tc>
          <w:tcPr>
            <w:tcW w:w="93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4EAAE21"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1.013 (1.010-1.016)</w:t>
            </w:r>
          </w:p>
        </w:tc>
        <w:tc>
          <w:tcPr>
            <w:tcW w:w="1128"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A26ECDA"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4.069 (3.174-4.964)</w:t>
            </w:r>
          </w:p>
        </w:tc>
        <w:tc>
          <w:tcPr>
            <w:tcW w:w="44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25917E7"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&lt;0.001</w:t>
            </w:r>
          </w:p>
        </w:tc>
      </w:tr>
      <w:tr w:rsidR="00E70DA4" w:rsidRPr="001A2E38" w14:paraId="3AF47427" w14:textId="77777777" w:rsidTr="0059499B">
        <w:trPr>
          <w:jc w:val="center"/>
        </w:trPr>
        <w:tc>
          <w:tcPr>
            <w:tcW w:w="78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8A22BF7"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Urate</w:t>
            </w:r>
          </w:p>
        </w:tc>
        <w:tc>
          <w:tcPr>
            <w:tcW w:w="84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07D8975"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1.481 (1.448-1.516)</w:t>
            </w:r>
          </w:p>
        </w:tc>
        <w:tc>
          <w:tcPr>
            <w:tcW w:w="874"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B0F2877"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1.463 (1.430-1.498)</w:t>
            </w:r>
          </w:p>
        </w:tc>
        <w:tc>
          <w:tcPr>
            <w:tcW w:w="93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F904AB4"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1.012 (1.007-1.017)</w:t>
            </w:r>
          </w:p>
        </w:tc>
        <w:tc>
          <w:tcPr>
            <w:tcW w:w="1128"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D8E9D53"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3.736 (2.252-5.219)</w:t>
            </w:r>
          </w:p>
        </w:tc>
        <w:tc>
          <w:tcPr>
            <w:tcW w:w="44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336735C"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&lt;0.001</w:t>
            </w:r>
          </w:p>
        </w:tc>
      </w:tr>
      <w:tr w:rsidR="00E70DA4" w:rsidRPr="001A2E38" w14:paraId="2D5CBBC1" w14:textId="77777777" w:rsidTr="0059499B">
        <w:trPr>
          <w:jc w:val="center"/>
        </w:trPr>
        <w:tc>
          <w:tcPr>
            <w:tcW w:w="78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F18CCF1"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rPr>
                <w:rFonts w:ascii="Times New Roman" w:eastAsia="Arial" w:hAnsi="Times New Roman" w:cs="Times New Roman"/>
                <w:b/>
                <w:color w:val="000000"/>
                <w:sz w:val="20"/>
                <w:szCs w:val="20"/>
              </w:rPr>
            </w:pPr>
            <w:r w:rsidRPr="001A2E38">
              <w:rPr>
                <w:rFonts w:ascii="Times New Roman" w:eastAsia="Arial" w:hAnsi="Times New Roman" w:cs="Times New Roman"/>
                <w:b/>
                <w:color w:val="000000"/>
                <w:sz w:val="20"/>
                <w:szCs w:val="20"/>
              </w:rPr>
              <w:t>Systemic inflammation</w:t>
            </w:r>
          </w:p>
        </w:tc>
        <w:tc>
          <w:tcPr>
            <w:tcW w:w="84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57B0C0D"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b/>
                <w:color w:val="000000"/>
                <w:sz w:val="20"/>
                <w:szCs w:val="20"/>
              </w:rPr>
            </w:pPr>
          </w:p>
        </w:tc>
        <w:tc>
          <w:tcPr>
            <w:tcW w:w="874"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C8A01AC"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b/>
                <w:color w:val="000000"/>
                <w:sz w:val="20"/>
                <w:szCs w:val="20"/>
              </w:rPr>
            </w:pPr>
          </w:p>
        </w:tc>
        <w:tc>
          <w:tcPr>
            <w:tcW w:w="93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56F111B"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b/>
                <w:color w:val="000000"/>
                <w:sz w:val="20"/>
                <w:szCs w:val="20"/>
              </w:rPr>
            </w:pPr>
          </w:p>
        </w:tc>
        <w:tc>
          <w:tcPr>
            <w:tcW w:w="1128"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0F008B0"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b/>
                <w:color w:val="000000"/>
                <w:sz w:val="20"/>
                <w:szCs w:val="20"/>
              </w:rPr>
            </w:pPr>
          </w:p>
        </w:tc>
        <w:tc>
          <w:tcPr>
            <w:tcW w:w="44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389ED2E"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b/>
                <w:color w:val="000000"/>
                <w:sz w:val="20"/>
                <w:szCs w:val="20"/>
              </w:rPr>
            </w:pPr>
          </w:p>
        </w:tc>
      </w:tr>
      <w:tr w:rsidR="00E70DA4" w:rsidRPr="001A2E38" w14:paraId="1D1C67E6" w14:textId="77777777" w:rsidTr="0059499B">
        <w:trPr>
          <w:jc w:val="center"/>
        </w:trPr>
        <w:tc>
          <w:tcPr>
            <w:tcW w:w="78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99BA960"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CRP</w:t>
            </w:r>
          </w:p>
        </w:tc>
        <w:tc>
          <w:tcPr>
            <w:tcW w:w="84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3BDAA4B"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1.476 (1.443-1.510)</w:t>
            </w:r>
          </w:p>
        </w:tc>
        <w:tc>
          <w:tcPr>
            <w:tcW w:w="874"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E3ADC61"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1.459 (1.425-1.493)</w:t>
            </w:r>
          </w:p>
        </w:tc>
        <w:tc>
          <w:tcPr>
            <w:tcW w:w="93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3256CFA"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1.012 (1.007-1.017)</w:t>
            </w:r>
          </w:p>
        </w:tc>
        <w:tc>
          <w:tcPr>
            <w:tcW w:w="1128"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DD27057"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3.676 (2.286-5.066)</w:t>
            </w:r>
          </w:p>
        </w:tc>
        <w:tc>
          <w:tcPr>
            <w:tcW w:w="44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D2C71F4"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&lt;0.001</w:t>
            </w:r>
          </w:p>
        </w:tc>
      </w:tr>
      <w:tr w:rsidR="00E70DA4" w:rsidRPr="001A2E38" w14:paraId="79E86F7D" w14:textId="77777777" w:rsidTr="0059499B">
        <w:trPr>
          <w:jc w:val="center"/>
        </w:trPr>
        <w:tc>
          <w:tcPr>
            <w:tcW w:w="78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5CA9641"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WBC</w:t>
            </w:r>
          </w:p>
        </w:tc>
        <w:tc>
          <w:tcPr>
            <w:tcW w:w="84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7F32231"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1.486 (1.452-1.521)</w:t>
            </w:r>
          </w:p>
        </w:tc>
        <w:tc>
          <w:tcPr>
            <w:tcW w:w="874"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5737ED4"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1.476 (1.442-1.510)</w:t>
            </w:r>
          </w:p>
        </w:tc>
        <w:tc>
          <w:tcPr>
            <w:tcW w:w="93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AD55A5E"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1.007 (1.006-1.008)</w:t>
            </w:r>
          </w:p>
        </w:tc>
        <w:tc>
          <w:tcPr>
            <w:tcW w:w="1128"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5F88956"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2.102 (1.699-2.506)</w:t>
            </w:r>
          </w:p>
        </w:tc>
        <w:tc>
          <w:tcPr>
            <w:tcW w:w="44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AB98321"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&lt;0.001</w:t>
            </w:r>
          </w:p>
        </w:tc>
      </w:tr>
      <w:tr w:rsidR="00E70DA4" w:rsidRPr="001A2E38" w14:paraId="443F1FB5" w14:textId="77777777" w:rsidTr="0059499B">
        <w:trPr>
          <w:jc w:val="center"/>
        </w:trPr>
        <w:tc>
          <w:tcPr>
            <w:tcW w:w="78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509FAD4"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Lymphocyte</w:t>
            </w:r>
          </w:p>
        </w:tc>
        <w:tc>
          <w:tcPr>
            <w:tcW w:w="84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AE890EC"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1.485 (1.451-1.519)</w:t>
            </w:r>
          </w:p>
        </w:tc>
        <w:tc>
          <w:tcPr>
            <w:tcW w:w="874"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70C9BE1"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1.484 (1.450-1.518)</w:t>
            </w:r>
          </w:p>
        </w:tc>
        <w:tc>
          <w:tcPr>
            <w:tcW w:w="93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9C4E108"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1.001 (1.000-1.002)</w:t>
            </w:r>
          </w:p>
        </w:tc>
        <w:tc>
          <w:tcPr>
            <w:tcW w:w="1128"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0F99EAA"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0.253 (0.046-0.461)</w:t>
            </w:r>
          </w:p>
        </w:tc>
        <w:tc>
          <w:tcPr>
            <w:tcW w:w="44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348A06B"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0.018</w:t>
            </w:r>
          </w:p>
        </w:tc>
      </w:tr>
      <w:tr w:rsidR="00E70DA4" w:rsidRPr="001A2E38" w14:paraId="5EA6D972" w14:textId="77777777" w:rsidTr="0059499B">
        <w:trPr>
          <w:jc w:val="center"/>
        </w:trPr>
        <w:tc>
          <w:tcPr>
            <w:tcW w:w="78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4B03FBD"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Monocyte</w:t>
            </w:r>
          </w:p>
        </w:tc>
        <w:tc>
          <w:tcPr>
            <w:tcW w:w="84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88A1F76"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1.484 (1.450-1.519)</w:t>
            </w:r>
          </w:p>
        </w:tc>
        <w:tc>
          <w:tcPr>
            <w:tcW w:w="874"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5E5B7A1"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1.478 (1.445-1.513)</w:t>
            </w:r>
          </w:p>
        </w:tc>
        <w:tc>
          <w:tcPr>
            <w:tcW w:w="93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8C25315"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1.004 (1.003-1.005)</w:t>
            </w:r>
          </w:p>
        </w:tc>
        <w:tc>
          <w:tcPr>
            <w:tcW w:w="1128"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1FA444A"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1.181 (0.820-1.542)</w:t>
            </w:r>
          </w:p>
        </w:tc>
        <w:tc>
          <w:tcPr>
            <w:tcW w:w="44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91AA7DF"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&lt;0.001</w:t>
            </w:r>
          </w:p>
        </w:tc>
      </w:tr>
      <w:tr w:rsidR="00E70DA4" w:rsidRPr="001A2E38" w14:paraId="4D572848" w14:textId="77777777" w:rsidTr="0059499B">
        <w:trPr>
          <w:jc w:val="center"/>
        </w:trPr>
        <w:tc>
          <w:tcPr>
            <w:tcW w:w="78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1F0D689"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Neutrophil</w:t>
            </w:r>
          </w:p>
        </w:tc>
        <w:tc>
          <w:tcPr>
            <w:tcW w:w="84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F6323BB"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1.486 (1.452-1.521)</w:t>
            </w:r>
          </w:p>
        </w:tc>
        <w:tc>
          <w:tcPr>
            <w:tcW w:w="874"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95E8E3C"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1.459 (1.425-1.493)</w:t>
            </w:r>
          </w:p>
        </w:tc>
        <w:tc>
          <w:tcPr>
            <w:tcW w:w="93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B834A59"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1.019 (1.016-1.022)</w:t>
            </w:r>
          </w:p>
        </w:tc>
        <w:tc>
          <w:tcPr>
            <w:tcW w:w="1128"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6C7F4CC"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5.627 (4.637-6.618)</w:t>
            </w:r>
          </w:p>
        </w:tc>
        <w:tc>
          <w:tcPr>
            <w:tcW w:w="44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007265B"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&lt;0.001</w:t>
            </w:r>
          </w:p>
        </w:tc>
      </w:tr>
      <w:tr w:rsidR="00E70DA4" w:rsidRPr="001A2E38" w14:paraId="74EC39CC" w14:textId="77777777" w:rsidTr="0059499B">
        <w:trPr>
          <w:jc w:val="center"/>
        </w:trPr>
        <w:tc>
          <w:tcPr>
            <w:tcW w:w="78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3B126FA"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Eosinophil</w:t>
            </w:r>
          </w:p>
        </w:tc>
        <w:tc>
          <w:tcPr>
            <w:tcW w:w="84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E310FF9"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1.485 (1.451-1.520)</w:t>
            </w:r>
          </w:p>
        </w:tc>
        <w:tc>
          <w:tcPr>
            <w:tcW w:w="874"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B3EA46B"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1.481 (1.447-1.516)</w:t>
            </w:r>
          </w:p>
        </w:tc>
        <w:tc>
          <w:tcPr>
            <w:tcW w:w="93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D3651FF"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1.003 (1.001-1.004)</w:t>
            </w:r>
          </w:p>
        </w:tc>
        <w:tc>
          <w:tcPr>
            <w:tcW w:w="1128"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7F47529"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0.794 (0.440-1.148)</w:t>
            </w:r>
          </w:p>
        </w:tc>
        <w:tc>
          <w:tcPr>
            <w:tcW w:w="44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83F7159"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&lt;0.001</w:t>
            </w:r>
          </w:p>
        </w:tc>
      </w:tr>
      <w:tr w:rsidR="00E70DA4" w:rsidRPr="001A2E38" w14:paraId="10D6A363" w14:textId="77777777" w:rsidTr="0059499B">
        <w:trPr>
          <w:jc w:val="center"/>
        </w:trPr>
        <w:tc>
          <w:tcPr>
            <w:tcW w:w="78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572387A"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Basophil</w:t>
            </w:r>
          </w:p>
        </w:tc>
        <w:tc>
          <w:tcPr>
            <w:tcW w:w="84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9ED736B"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1.484 (1.450-1.519)</w:t>
            </w:r>
          </w:p>
        </w:tc>
        <w:tc>
          <w:tcPr>
            <w:tcW w:w="874"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5719435"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1.483 (1.449-1.517)</w:t>
            </w:r>
          </w:p>
        </w:tc>
        <w:tc>
          <w:tcPr>
            <w:tcW w:w="93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14F81E8"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1.001 (1.000-1.002)</w:t>
            </w:r>
          </w:p>
        </w:tc>
        <w:tc>
          <w:tcPr>
            <w:tcW w:w="1128"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2377427"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0.310 (-0.020-0.639)</w:t>
            </w:r>
          </w:p>
        </w:tc>
        <w:tc>
          <w:tcPr>
            <w:tcW w:w="44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46FD1F6"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0.069</w:t>
            </w:r>
          </w:p>
        </w:tc>
      </w:tr>
      <w:tr w:rsidR="00E70DA4" w:rsidRPr="001A2E38" w14:paraId="560B9299" w14:textId="77777777" w:rsidTr="0059499B">
        <w:trPr>
          <w:jc w:val="center"/>
        </w:trPr>
        <w:tc>
          <w:tcPr>
            <w:tcW w:w="78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546B85A"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rPr>
                <w:rFonts w:ascii="Times New Roman" w:eastAsia="Arial" w:hAnsi="Times New Roman" w:cs="Times New Roman"/>
                <w:b/>
                <w:color w:val="000000"/>
                <w:sz w:val="20"/>
                <w:szCs w:val="20"/>
              </w:rPr>
            </w:pPr>
            <w:r w:rsidRPr="001A2E38">
              <w:rPr>
                <w:rFonts w:ascii="Times New Roman" w:eastAsia="Arial" w:hAnsi="Times New Roman" w:cs="Times New Roman"/>
                <w:b/>
                <w:color w:val="000000"/>
                <w:sz w:val="20"/>
                <w:szCs w:val="20"/>
              </w:rPr>
              <w:t>Metabolic</w:t>
            </w:r>
          </w:p>
        </w:tc>
        <w:tc>
          <w:tcPr>
            <w:tcW w:w="84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51B0EB0"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b/>
                <w:color w:val="000000"/>
                <w:sz w:val="20"/>
                <w:szCs w:val="20"/>
              </w:rPr>
            </w:pPr>
          </w:p>
        </w:tc>
        <w:tc>
          <w:tcPr>
            <w:tcW w:w="874"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A0F6669"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b/>
                <w:color w:val="000000"/>
                <w:sz w:val="20"/>
                <w:szCs w:val="20"/>
              </w:rPr>
            </w:pPr>
          </w:p>
        </w:tc>
        <w:tc>
          <w:tcPr>
            <w:tcW w:w="93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BD86FE9"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b/>
                <w:color w:val="000000"/>
                <w:sz w:val="20"/>
                <w:szCs w:val="20"/>
              </w:rPr>
            </w:pPr>
          </w:p>
        </w:tc>
        <w:tc>
          <w:tcPr>
            <w:tcW w:w="1128"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94A061B"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b/>
                <w:color w:val="000000"/>
                <w:sz w:val="20"/>
                <w:szCs w:val="20"/>
              </w:rPr>
            </w:pPr>
          </w:p>
        </w:tc>
        <w:tc>
          <w:tcPr>
            <w:tcW w:w="44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7D8DFB8"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b/>
                <w:color w:val="000000"/>
                <w:sz w:val="20"/>
                <w:szCs w:val="20"/>
              </w:rPr>
            </w:pPr>
          </w:p>
        </w:tc>
      </w:tr>
      <w:tr w:rsidR="00E70DA4" w:rsidRPr="001A2E38" w14:paraId="6C74DE14" w14:textId="77777777" w:rsidTr="0059499B">
        <w:trPr>
          <w:jc w:val="center"/>
        </w:trPr>
        <w:tc>
          <w:tcPr>
            <w:tcW w:w="78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503E20F"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ApoA</w:t>
            </w:r>
          </w:p>
        </w:tc>
        <w:tc>
          <w:tcPr>
            <w:tcW w:w="84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1041132"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1.490 (1.456-1.525)</w:t>
            </w:r>
          </w:p>
        </w:tc>
        <w:tc>
          <w:tcPr>
            <w:tcW w:w="874"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4148A66"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1.448 (1.414-1.482)</w:t>
            </w:r>
          </w:p>
        </w:tc>
        <w:tc>
          <w:tcPr>
            <w:tcW w:w="93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30E3FB9"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1.029 (1.023-1.035)</w:t>
            </w:r>
          </w:p>
        </w:tc>
        <w:tc>
          <w:tcPr>
            <w:tcW w:w="1128"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4AF7FCA"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8.641 (6.923-10.359)</w:t>
            </w:r>
          </w:p>
        </w:tc>
        <w:tc>
          <w:tcPr>
            <w:tcW w:w="44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BC62B38"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&lt;0.001</w:t>
            </w:r>
          </w:p>
        </w:tc>
      </w:tr>
      <w:tr w:rsidR="00E70DA4" w:rsidRPr="001A2E38" w14:paraId="7303EE56" w14:textId="77777777" w:rsidTr="0059499B">
        <w:trPr>
          <w:jc w:val="center"/>
        </w:trPr>
        <w:tc>
          <w:tcPr>
            <w:tcW w:w="78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A78A431"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lastRenderedPageBreak/>
              <w:t>HbA1c</w:t>
            </w:r>
          </w:p>
        </w:tc>
        <w:tc>
          <w:tcPr>
            <w:tcW w:w="84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13FE076"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1.413 (1.380-1.447)</w:t>
            </w:r>
          </w:p>
        </w:tc>
        <w:tc>
          <w:tcPr>
            <w:tcW w:w="874"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A9307F3"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1.328 (1.296-1.360)</w:t>
            </w:r>
          </w:p>
        </w:tc>
        <w:tc>
          <w:tcPr>
            <w:tcW w:w="93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5A4E380"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1.065 (1.061-1.068)</w:t>
            </w:r>
          </w:p>
        </w:tc>
        <w:tc>
          <w:tcPr>
            <w:tcW w:w="1128"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1B86065"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20.737 (19.158-22.316)</w:t>
            </w:r>
          </w:p>
        </w:tc>
        <w:tc>
          <w:tcPr>
            <w:tcW w:w="44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956D3B0"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&lt;0.001</w:t>
            </w:r>
          </w:p>
        </w:tc>
      </w:tr>
      <w:tr w:rsidR="00E70DA4" w:rsidRPr="001A2E38" w14:paraId="1F3B6417" w14:textId="77777777" w:rsidTr="0059499B">
        <w:trPr>
          <w:jc w:val="center"/>
        </w:trPr>
        <w:tc>
          <w:tcPr>
            <w:tcW w:w="78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8DB4C8E"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LDL-C</w:t>
            </w:r>
          </w:p>
        </w:tc>
        <w:tc>
          <w:tcPr>
            <w:tcW w:w="84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014D268"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1.478 (1.444-1.512)</w:t>
            </w:r>
          </w:p>
        </w:tc>
        <w:tc>
          <w:tcPr>
            <w:tcW w:w="874"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9D8AC23"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1.464 (1.431-1.498)</w:t>
            </w:r>
          </w:p>
        </w:tc>
        <w:tc>
          <w:tcPr>
            <w:tcW w:w="93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85071B6"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1.009 (1.007-1.011)</w:t>
            </w:r>
          </w:p>
        </w:tc>
        <w:tc>
          <w:tcPr>
            <w:tcW w:w="1128"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1273966"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2.789 (2.209-3.369)</w:t>
            </w:r>
          </w:p>
        </w:tc>
        <w:tc>
          <w:tcPr>
            <w:tcW w:w="44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8D1AF34"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&lt;0.001</w:t>
            </w:r>
          </w:p>
        </w:tc>
      </w:tr>
      <w:tr w:rsidR="00E70DA4" w:rsidRPr="001A2E38" w14:paraId="0FD31761" w14:textId="77777777" w:rsidTr="0059499B">
        <w:trPr>
          <w:jc w:val="center"/>
        </w:trPr>
        <w:tc>
          <w:tcPr>
            <w:tcW w:w="78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47B861F"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IGF-1</w:t>
            </w:r>
          </w:p>
        </w:tc>
        <w:tc>
          <w:tcPr>
            <w:tcW w:w="84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1D51CD7"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1.480 (1.446-1.514)</w:t>
            </w:r>
          </w:p>
        </w:tc>
        <w:tc>
          <w:tcPr>
            <w:tcW w:w="874"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7C04C2E"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1.471 (1.437-1.506)</w:t>
            </w:r>
          </w:p>
        </w:tc>
        <w:tc>
          <w:tcPr>
            <w:tcW w:w="93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7376604"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1.006 (1.001-1.011)</w:t>
            </w:r>
          </w:p>
        </w:tc>
        <w:tc>
          <w:tcPr>
            <w:tcW w:w="1128"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351711C"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1.788 (0.208-3.369)</w:t>
            </w:r>
          </w:p>
        </w:tc>
        <w:tc>
          <w:tcPr>
            <w:tcW w:w="44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66D07DA"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0.029</w:t>
            </w:r>
          </w:p>
        </w:tc>
      </w:tr>
      <w:tr w:rsidR="00E70DA4" w:rsidRPr="001A2E38" w14:paraId="67F9E17F" w14:textId="77777777" w:rsidTr="0059499B">
        <w:trPr>
          <w:jc w:val="center"/>
        </w:trPr>
        <w:tc>
          <w:tcPr>
            <w:tcW w:w="78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034AE45"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SBP</w:t>
            </w:r>
          </w:p>
        </w:tc>
        <w:tc>
          <w:tcPr>
            <w:tcW w:w="84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00E5239"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1.481 (1.446-1.517)</w:t>
            </w:r>
          </w:p>
        </w:tc>
        <w:tc>
          <w:tcPr>
            <w:tcW w:w="874"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07547A5"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1.468 (1.433-1.503)</w:t>
            </w:r>
          </w:p>
        </w:tc>
        <w:tc>
          <w:tcPr>
            <w:tcW w:w="93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E4A7735"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1.009 (1.007-1.012)</w:t>
            </w:r>
          </w:p>
        </w:tc>
        <w:tc>
          <w:tcPr>
            <w:tcW w:w="1128"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9CC063E"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2.775 (1.991-3.558)</w:t>
            </w:r>
          </w:p>
        </w:tc>
        <w:tc>
          <w:tcPr>
            <w:tcW w:w="44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3185822"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&lt;0.001</w:t>
            </w:r>
          </w:p>
        </w:tc>
      </w:tr>
      <w:tr w:rsidR="00E70DA4" w:rsidRPr="001A2E38" w14:paraId="75BBFEB6" w14:textId="77777777" w:rsidTr="0059499B">
        <w:trPr>
          <w:jc w:val="center"/>
        </w:trPr>
        <w:tc>
          <w:tcPr>
            <w:tcW w:w="78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84CBA79"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DBP</w:t>
            </w:r>
          </w:p>
        </w:tc>
        <w:tc>
          <w:tcPr>
            <w:tcW w:w="84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29A9F08"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1.479 (1.444-1.515)</w:t>
            </w:r>
          </w:p>
        </w:tc>
        <w:tc>
          <w:tcPr>
            <w:tcW w:w="874"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0D3BF1C"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1.479 (1.444-1.515)</w:t>
            </w:r>
          </w:p>
        </w:tc>
        <w:tc>
          <w:tcPr>
            <w:tcW w:w="93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65780C6"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1.000 (0.996-1.004)</w:t>
            </w:r>
          </w:p>
        </w:tc>
        <w:tc>
          <w:tcPr>
            <w:tcW w:w="1128"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5F3D91C"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-0.034 (-1.299-1.232)</w:t>
            </w:r>
          </w:p>
        </w:tc>
        <w:tc>
          <w:tcPr>
            <w:tcW w:w="44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6DCF551"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0.958</w:t>
            </w:r>
          </w:p>
        </w:tc>
      </w:tr>
      <w:tr w:rsidR="00E70DA4" w:rsidRPr="001A2E38" w14:paraId="4E311286" w14:textId="77777777" w:rsidTr="0059499B">
        <w:trPr>
          <w:jc w:val="center"/>
        </w:trPr>
        <w:tc>
          <w:tcPr>
            <w:tcW w:w="782" w:type="pct"/>
            <w:tcBorders>
              <w:top w:val="none" w:sz="0" w:space="0" w:color="000000"/>
              <w:left w:val="none" w:sz="0" w:space="0" w:color="000000"/>
              <w:bottom w:val="none" w:sz="0" w:space="0" w:color="000000"/>
              <w:right w:val="none" w:sz="0" w:space="0" w:color="000000"/>
            </w:tcBorders>
            <w:shd w:val="clear" w:color="auto" w:fill="F2F2F2"/>
            <w:tcMar>
              <w:top w:w="0" w:type="dxa"/>
              <w:left w:w="0" w:type="dxa"/>
              <w:bottom w:w="0" w:type="dxa"/>
              <w:right w:w="0" w:type="dxa"/>
            </w:tcMar>
            <w:vAlign w:val="center"/>
          </w:tcPr>
          <w:p w14:paraId="48278799"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rPr>
                <w:rFonts w:ascii="Times New Roman" w:eastAsia="Arial" w:hAnsi="Times New Roman" w:cs="Times New Roman"/>
                <w:b/>
                <w:color w:val="000000"/>
                <w:sz w:val="20"/>
                <w:szCs w:val="20"/>
              </w:rPr>
            </w:pPr>
            <w:r w:rsidRPr="001A2E38">
              <w:rPr>
                <w:rFonts w:ascii="Times New Roman" w:eastAsia="Arial" w:hAnsi="Times New Roman" w:cs="Times New Roman"/>
                <w:b/>
                <w:color w:val="000000"/>
                <w:sz w:val="20"/>
                <w:szCs w:val="20"/>
              </w:rPr>
              <w:t>CHG-ABSI</w:t>
            </w:r>
          </w:p>
        </w:tc>
        <w:tc>
          <w:tcPr>
            <w:tcW w:w="841" w:type="pct"/>
            <w:tcBorders>
              <w:top w:val="none" w:sz="0" w:space="0" w:color="000000"/>
              <w:left w:val="none" w:sz="0" w:space="0" w:color="000000"/>
              <w:bottom w:val="none" w:sz="0" w:space="0" w:color="000000"/>
              <w:right w:val="none" w:sz="0" w:space="0" w:color="000000"/>
            </w:tcBorders>
            <w:shd w:val="clear" w:color="auto" w:fill="F2F2F2"/>
            <w:tcMar>
              <w:top w:w="0" w:type="dxa"/>
              <w:left w:w="0" w:type="dxa"/>
              <w:bottom w:w="0" w:type="dxa"/>
              <w:right w:w="0" w:type="dxa"/>
            </w:tcMar>
            <w:vAlign w:val="center"/>
          </w:tcPr>
          <w:p w14:paraId="2F89DF9C"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b/>
                <w:color w:val="000000"/>
                <w:sz w:val="20"/>
                <w:szCs w:val="20"/>
              </w:rPr>
            </w:pPr>
          </w:p>
        </w:tc>
        <w:tc>
          <w:tcPr>
            <w:tcW w:w="874" w:type="pct"/>
            <w:tcBorders>
              <w:top w:val="none" w:sz="0" w:space="0" w:color="000000"/>
              <w:left w:val="none" w:sz="0" w:space="0" w:color="000000"/>
              <w:bottom w:val="none" w:sz="0" w:space="0" w:color="000000"/>
              <w:right w:val="none" w:sz="0" w:space="0" w:color="000000"/>
            </w:tcBorders>
            <w:shd w:val="clear" w:color="auto" w:fill="F2F2F2"/>
            <w:tcMar>
              <w:top w:w="0" w:type="dxa"/>
              <w:left w:w="0" w:type="dxa"/>
              <w:bottom w:w="0" w:type="dxa"/>
              <w:right w:w="0" w:type="dxa"/>
            </w:tcMar>
            <w:vAlign w:val="center"/>
          </w:tcPr>
          <w:p w14:paraId="57543425"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b/>
                <w:color w:val="000000"/>
                <w:sz w:val="20"/>
                <w:szCs w:val="20"/>
              </w:rPr>
            </w:pPr>
          </w:p>
        </w:tc>
        <w:tc>
          <w:tcPr>
            <w:tcW w:w="935" w:type="pct"/>
            <w:tcBorders>
              <w:top w:val="none" w:sz="0" w:space="0" w:color="000000"/>
              <w:left w:val="none" w:sz="0" w:space="0" w:color="000000"/>
              <w:bottom w:val="none" w:sz="0" w:space="0" w:color="000000"/>
              <w:right w:val="none" w:sz="0" w:space="0" w:color="000000"/>
            </w:tcBorders>
            <w:shd w:val="clear" w:color="auto" w:fill="F2F2F2"/>
            <w:tcMar>
              <w:top w:w="0" w:type="dxa"/>
              <w:left w:w="0" w:type="dxa"/>
              <w:bottom w:w="0" w:type="dxa"/>
              <w:right w:w="0" w:type="dxa"/>
            </w:tcMar>
            <w:vAlign w:val="center"/>
          </w:tcPr>
          <w:p w14:paraId="54614C6D"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b/>
                <w:color w:val="000000"/>
                <w:sz w:val="20"/>
                <w:szCs w:val="20"/>
              </w:rPr>
            </w:pPr>
          </w:p>
        </w:tc>
        <w:tc>
          <w:tcPr>
            <w:tcW w:w="1128" w:type="pct"/>
            <w:tcBorders>
              <w:top w:val="none" w:sz="0" w:space="0" w:color="000000"/>
              <w:left w:val="none" w:sz="0" w:space="0" w:color="000000"/>
              <w:bottom w:val="none" w:sz="0" w:space="0" w:color="000000"/>
              <w:right w:val="none" w:sz="0" w:space="0" w:color="000000"/>
            </w:tcBorders>
            <w:shd w:val="clear" w:color="auto" w:fill="F2F2F2"/>
            <w:tcMar>
              <w:top w:w="0" w:type="dxa"/>
              <w:left w:w="0" w:type="dxa"/>
              <w:bottom w:w="0" w:type="dxa"/>
              <w:right w:w="0" w:type="dxa"/>
            </w:tcMar>
            <w:vAlign w:val="center"/>
          </w:tcPr>
          <w:p w14:paraId="33BDDB66"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b/>
                <w:color w:val="000000"/>
                <w:sz w:val="20"/>
                <w:szCs w:val="20"/>
              </w:rPr>
            </w:pPr>
          </w:p>
        </w:tc>
        <w:tc>
          <w:tcPr>
            <w:tcW w:w="440" w:type="pct"/>
            <w:tcBorders>
              <w:top w:val="none" w:sz="0" w:space="0" w:color="000000"/>
              <w:left w:val="none" w:sz="0" w:space="0" w:color="000000"/>
              <w:bottom w:val="none" w:sz="0" w:space="0" w:color="000000"/>
              <w:right w:val="none" w:sz="0" w:space="0" w:color="000000"/>
            </w:tcBorders>
            <w:shd w:val="clear" w:color="auto" w:fill="F2F2F2"/>
            <w:tcMar>
              <w:top w:w="0" w:type="dxa"/>
              <w:left w:w="0" w:type="dxa"/>
              <w:bottom w:w="0" w:type="dxa"/>
              <w:right w:w="0" w:type="dxa"/>
            </w:tcMar>
            <w:vAlign w:val="center"/>
          </w:tcPr>
          <w:p w14:paraId="15969DD1"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b/>
                <w:color w:val="000000"/>
                <w:sz w:val="20"/>
                <w:szCs w:val="20"/>
              </w:rPr>
            </w:pPr>
          </w:p>
        </w:tc>
      </w:tr>
      <w:tr w:rsidR="00E70DA4" w:rsidRPr="001A2E38" w14:paraId="3A464BA0" w14:textId="77777777" w:rsidTr="0059499B">
        <w:trPr>
          <w:jc w:val="center"/>
        </w:trPr>
        <w:tc>
          <w:tcPr>
            <w:tcW w:w="78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BA06FFA"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rPr>
                <w:rFonts w:ascii="Times New Roman" w:eastAsia="Arial" w:hAnsi="Times New Roman" w:cs="Times New Roman"/>
                <w:b/>
                <w:color w:val="000000"/>
                <w:sz w:val="20"/>
                <w:szCs w:val="20"/>
              </w:rPr>
            </w:pPr>
            <w:r w:rsidRPr="001A2E38">
              <w:rPr>
                <w:rFonts w:ascii="Times New Roman" w:eastAsia="Arial" w:hAnsi="Times New Roman" w:cs="Times New Roman"/>
                <w:b/>
                <w:color w:val="000000"/>
                <w:sz w:val="20"/>
                <w:szCs w:val="20"/>
              </w:rPr>
              <w:t>Liver function</w:t>
            </w:r>
          </w:p>
        </w:tc>
        <w:tc>
          <w:tcPr>
            <w:tcW w:w="84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4F4A6BB"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b/>
                <w:color w:val="000000"/>
                <w:sz w:val="20"/>
                <w:szCs w:val="20"/>
              </w:rPr>
            </w:pPr>
          </w:p>
        </w:tc>
        <w:tc>
          <w:tcPr>
            <w:tcW w:w="874"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8AD36C4"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b/>
                <w:color w:val="000000"/>
                <w:sz w:val="20"/>
                <w:szCs w:val="20"/>
              </w:rPr>
            </w:pPr>
          </w:p>
        </w:tc>
        <w:tc>
          <w:tcPr>
            <w:tcW w:w="93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81AC715"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b/>
                <w:color w:val="000000"/>
                <w:sz w:val="20"/>
                <w:szCs w:val="20"/>
              </w:rPr>
            </w:pPr>
          </w:p>
        </w:tc>
        <w:tc>
          <w:tcPr>
            <w:tcW w:w="1128"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6544E37"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b/>
                <w:color w:val="000000"/>
                <w:sz w:val="20"/>
                <w:szCs w:val="20"/>
              </w:rPr>
            </w:pPr>
          </w:p>
        </w:tc>
        <w:tc>
          <w:tcPr>
            <w:tcW w:w="44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B4968CD"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b/>
                <w:color w:val="000000"/>
                <w:sz w:val="20"/>
                <w:szCs w:val="20"/>
              </w:rPr>
            </w:pPr>
          </w:p>
        </w:tc>
      </w:tr>
      <w:tr w:rsidR="00E70DA4" w:rsidRPr="001A2E38" w14:paraId="5793E10A" w14:textId="77777777" w:rsidTr="0059499B">
        <w:trPr>
          <w:jc w:val="center"/>
        </w:trPr>
        <w:tc>
          <w:tcPr>
            <w:tcW w:w="78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5D01A15"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ALP</w:t>
            </w:r>
          </w:p>
        </w:tc>
        <w:tc>
          <w:tcPr>
            <w:tcW w:w="84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B85731F"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1.487 (1.443-1.531)</w:t>
            </w:r>
          </w:p>
        </w:tc>
        <w:tc>
          <w:tcPr>
            <w:tcW w:w="874"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99E176C"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1.484 (1.441-1.528)</w:t>
            </w:r>
          </w:p>
        </w:tc>
        <w:tc>
          <w:tcPr>
            <w:tcW w:w="93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0F555AF"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1.002 (1.001-1.003)</w:t>
            </w:r>
          </w:p>
        </w:tc>
        <w:tc>
          <w:tcPr>
            <w:tcW w:w="1128"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EE51768"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0.552 (0.214-0.890)</w:t>
            </w:r>
          </w:p>
        </w:tc>
        <w:tc>
          <w:tcPr>
            <w:tcW w:w="44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5BFBBC8"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0.002</w:t>
            </w:r>
          </w:p>
        </w:tc>
      </w:tr>
      <w:tr w:rsidR="00E70DA4" w:rsidRPr="001A2E38" w14:paraId="290C9E74" w14:textId="77777777" w:rsidTr="0059499B">
        <w:trPr>
          <w:jc w:val="center"/>
        </w:trPr>
        <w:tc>
          <w:tcPr>
            <w:tcW w:w="78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F2D205C"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ALT</w:t>
            </w:r>
          </w:p>
        </w:tc>
        <w:tc>
          <w:tcPr>
            <w:tcW w:w="84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13F608E"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1.481 (1.438-1.526)</w:t>
            </w:r>
          </w:p>
        </w:tc>
        <w:tc>
          <w:tcPr>
            <w:tcW w:w="874"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7682072"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1.467 (1.424-1.511)</w:t>
            </w:r>
          </w:p>
        </w:tc>
        <w:tc>
          <w:tcPr>
            <w:tcW w:w="93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0B18EBA"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1.010 (1.008-1.012)</w:t>
            </w:r>
          </w:p>
        </w:tc>
        <w:tc>
          <w:tcPr>
            <w:tcW w:w="1128"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6BD6331"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2.972 (2.350-3.593)</w:t>
            </w:r>
          </w:p>
        </w:tc>
        <w:tc>
          <w:tcPr>
            <w:tcW w:w="44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A931EAC"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&lt;0.001</w:t>
            </w:r>
          </w:p>
        </w:tc>
      </w:tr>
      <w:tr w:rsidR="00E70DA4" w:rsidRPr="001A2E38" w14:paraId="73A25074" w14:textId="77777777" w:rsidTr="0059499B">
        <w:trPr>
          <w:jc w:val="center"/>
        </w:trPr>
        <w:tc>
          <w:tcPr>
            <w:tcW w:w="78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427862E"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AST</w:t>
            </w:r>
          </w:p>
        </w:tc>
        <w:tc>
          <w:tcPr>
            <w:tcW w:w="84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B537BD6"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1.483 (1.440-1.527)</w:t>
            </w:r>
          </w:p>
        </w:tc>
        <w:tc>
          <w:tcPr>
            <w:tcW w:w="874"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CC29483"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1.481 (1.438-1.525)</w:t>
            </w:r>
          </w:p>
        </w:tc>
        <w:tc>
          <w:tcPr>
            <w:tcW w:w="93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FC84247"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1.002 (1.001-1.002)</w:t>
            </w:r>
          </w:p>
        </w:tc>
        <w:tc>
          <w:tcPr>
            <w:tcW w:w="1128"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0A36BB9"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0.472 (0.285-0.659)</w:t>
            </w:r>
          </w:p>
        </w:tc>
        <w:tc>
          <w:tcPr>
            <w:tcW w:w="44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8684817"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&lt;0.001</w:t>
            </w:r>
          </w:p>
        </w:tc>
      </w:tr>
      <w:tr w:rsidR="00E70DA4" w:rsidRPr="001A2E38" w14:paraId="5FA80571" w14:textId="77777777" w:rsidTr="0059499B">
        <w:trPr>
          <w:jc w:val="center"/>
        </w:trPr>
        <w:tc>
          <w:tcPr>
            <w:tcW w:w="78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4F55D07"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rPr>
                <w:rFonts w:ascii="Times New Roman" w:eastAsia="Arial" w:hAnsi="Times New Roman" w:cs="Times New Roman"/>
                <w:b/>
                <w:color w:val="000000"/>
                <w:sz w:val="20"/>
                <w:szCs w:val="20"/>
              </w:rPr>
            </w:pPr>
            <w:r w:rsidRPr="001A2E38">
              <w:rPr>
                <w:rFonts w:ascii="Times New Roman" w:eastAsia="Arial" w:hAnsi="Times New Roman" w:cs="Times New Roman"/>
                <w:b/>
                <w:color w:val="000000"/>
                <w:sz w:val="20"/>
                <w:szCs w:val="20"/>
              </w:rPr>
              <w:t>Renal function</w:t>
            </w:r>
          </w:p>
        </w:tc>
        <w:tc>
          <w:tcPr>
            <w:tcW w:w="84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3FEA065"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b/>
                <w:color w:val="000000"/>
                <w:sz w:val="20"/>
                <w:szCs w:val="20"/>
              </w:rPr>
            </w:pPr>
          </w:p>
        </w:tc>
        <w:tc>
          <w:tcPr>
            <w:tcW w:w="874"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A5C2E24"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b/>
                <w:color w:val="000000"/>
                <w:sz w:val="20"/>
                <w:szCs w:val="20"/>
              </w:rPr>
            </w:pPr>
          </w:p>
        </w:tc>
        <w:tc>
          <w:tcPr>
            <w:tcW w:w="93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D62E0AF"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b/>
                <w:color w:val="000000"/>
                <w:sz w:val="20"/>
                <w:szCs w:val="20"/>
              </w:rPr>
            </w:pPr>
          </w:p>
        </w:tc>
        <w:tc>
          <w:tcPr>
            <w:tcW w:w="1128"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5528FF6"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b/>
                <w:color w:val="000000"/>
                <w:sz w:val="20"/>
                <w:szCs w:val="20"/>
              </w:rPr>
            </w:pPr>
          </w:p>
        </w:tc>
        <w:tc>
          <w:tcPr>
            <w:tcW w:w="44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B69A9E8"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b/>
                <w:color w:val="000000"/>
                <w:sz w:val="20"/>
                <w:szCs w:val="20"/>
              </w:rPr>
            </w:pPr>
          </w:p>
        </w:tc>
      </w:tr>
      <w:tr w:rsidR="00E70DA4" w:rsidRPr="001A2E38" w14:paraId="2917D070" w14:textId="77777777" w:rsidTr="0059499B">
        <w:trPr>
          <w:jc w:val="center"/>
        </w:trPr>
        <w:tc>
          <w:tcPr>
            <w:tcW w:w="78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BE5A9ED"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Cystatin C</w:t>
            </w:r>
          </w:p>
        </w:tc>
        <w:tc>
          <w:tcPr>
            <w:tcW w:w="84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4B4B5D3"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1.492 (1.449-1.537)</w:t>
            </w:r>
          </w:p>
        </w:tc>
        <w:tc>
          <w:tcPr>
            <w:tcW w:w="874"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3B0397D"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1.491 (1.447-1.536)</w:t>
            </w:r>
          </w:p>
        </w:tc>
        <w:tc>
          <w:tcPr>
            <w:tcW w:w="93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A9A6871"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1.001 (1.000-1.002)</w:t>
            </w:r>
          </w:p>
        </w:tc>
        <w:tc>
          <w:tcPr>
            <w:tcW w:w="1128"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0A5B6CF"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0.267 (0.049-0.484)</w:t>
            </w:r>
          </w:p>
        </w:tc>
        <w:tc>
          <w:tcPr>
            <w:tcW w:w="44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062CB23"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0.018</w:t>
            </w:r>
          </w:p>
        </w:tc>
      </w:tr>
      <w:tr w:rsidR="00E70DA4" w:rsidRPr="001A2E38" w14:paraId="3E98825C" w14:textId="77777777" w:rsidTr="0059499B">
        <w:trPr>
          <w:jc w:val="center"/>
        </w:trPr>
        <w:tc>
          <w:tcPr>
            <w:tcW w:w="78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1A4208C"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Urate</w:t>
            </w:r>
          </w:p>
        </w:tc>
        <w:tc>
          <w:tcPr>
            <w:tcW w:w="84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08155C0"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1.501 (1.457-1.546)</w:t>
            </w:r>
          </w:p>
        </w:tc>
        <w:tc>
          <w:tcPr>
            <w:tcW w:w="874"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CC39E1C"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1.492 (1.449-1.538)</w:t>
            </w:r>
          </w:p>
        </w:tc>
        <w:tc>
          <w:tcPr>
            <w:tcW w:w="93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7957F92"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1.006 (1.004-1.007)</w:t>
            </w:r>
          </w:p>
        </w:tc>
        <w:tc>
          <w:tcPr>
            <w:tcW w:w="1128"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D4BF75B"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1.646 (1.204-2.088)</w:t>
            </w:r>
          </w:p>
        </w:tc>
        <w:tc>
          <w:tcPr>
            <w:tcW w:w="44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65D2671"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&lt;0.001</w:t>
            </w:r>
          </w:p>
        </w:tc>
      </w:tr>
      <w:tr w:rsidR="00E70DA4" w:rsidRPr="001A2E38" w14:paraId="38DEAC8C" w14:textId="77777777" w:rsidTr="0059499B">
        <w:trPr>
          <w:jc w:val="center"/>
        </w:trPr>
        <w:tc>
          <w:tcPr>
            <w:tcW w:w="78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BCDDDEF"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rPr>
                <w:rFonts w:ascii="Times New Roman" w:eastAsia="Arial" w:hAnsi="Times New Roman" w:cs="Times New Roman"/>
                <w:b/>
                <w:color w:val="000000"/>
                <w:sz w:val="20"/>
                <w:szCs w:val="20"/>
              </w:rPr>
            </w:pPr>
            <w:r w:rsidRPr="001A2E38">
              <w:rPr>
                <w:rFonts w:ascii="Times New Roman" w:eastAsia="Arial" w:hAnsi="Times New Roman" w:cs="Times New Roman"/>
                <w:b/>
                <w:color w:val="000000"/>
                <w:sz w:val="20"/>
                <w:szCs w:val="20"/>
              </w:rPr>
              <w:t>Systemic inflammation</w:t>
            </w:r>
          </w:p>
        </w:tc>
        <w:tc>
          <w:tcPr>
            <w:tcW w:w="84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3C803DA"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b/>
                <w:color w:val="000000"/>
                <w:sz w:val="20"/>
                <w:szCs w:val="20"/>
              </w:rPr>
            </w:pPr>
          </w:p>
        </w:tc>
        <w:tc>
          <w:tcPr>
            <w:tcW w:w="874"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B487692"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b/>
                <w:color w:val="000000"/>
                <w:sz w:val="20"/>
                <w:szCs w:val="20"/>
              </w:rPr>
            </w:pPr>
          </w:p>
        </w:tc>
        <w:tc>
          <w:tcPr>
            <w:tcW w:w="93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5F9979B"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b/>
                <w:color w:val="000000"/>
                <w:sz w:val="20"/>
                <w:szCs w:val="20"/>
              </w:rPr>
            </w:pPr>
          </w:p>
        </w:tc>
        <w:tc>
          <w:tcPr>
            <w:tcW w:w="1128"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339E39C"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b/>
                <w:color w:val="000000"/>
                <w:sz w:val="20"/>
                <w:szCs w:val="20"/>
              </w:rPr>
            </w:pPr>
          </w:p>
        </w:tc>
        <w:tc>
          <w:tcPr>
            <w:tcW w:w="44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EDDAA65"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b/>
                <w:color w:val="000000"/>
                <w:sz w:val="20"/>
                <w:szCs w:val="20"/>
              </w:rPr>
            </w:pPr>
          </w:p>
        </w:tc>
      </w:tr>
      <w:tr w:rsidR="00E70DA4" w:rsidRPr="001A2E38" w14:paraId="6E4FA904" w14:textId="77777777" w:rsidTr="0059499B">
        <w:trPr>
          <w:jc w:val="center"/>
        </w:trPr>
        <w:tc>
          <w:tcPr>
            <w:tcW w:w="78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18E581E"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CRP</w:t>
            </w:r>
          </w:p>
        </w:tc>
        <w:tc>
          <w:tcPr>
            <w:tcW w:w="84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CD747E5"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1.483 (1.440-1.527)</w:t>
            </w:r>
          </w:p>
        </w:tc>
        <w:tc>
          <w:tcPr>
            <w:tcW w:w="874"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9EE0398"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1.478 (1.435-1.523)</w:t>
            </w:r>
          </w:p>
        </w:tc>
        <w:tc>
          <w:tcPr>
            <w:tcW w:w="93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B0CAB2B"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1.003 (1.002-1.004)</w:t>
            </w:r>
          </w:p>
        </w:tc>
        <w:tc>
          <w:tcPr>
            <w:tcW w:w="1128"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00F7F5E"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0.919 (0.630-1.207)</w:t>
            </w:r>
          </w:p>
        </w:tc>
        <w:tc>
          <w:tcPr>
            <w:tcW w:w="44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D95FE75"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&lt;0.001</w:t>
            </w:r>
          </w:p>
        </w:tc>
      </w:tr>
      <w:tr w:rsidR="00E70DA4" w:rsidRPr="001A2E38" w14:paraId="2747BB11" w14:textId="77777777" w:rsidTr="0059499B">
        <w:trPr>
          <w:jc w:val="center"/>
        </w:trPr>
        <w:tc>
          <w:tcPr>
            <w:tcW w:w="78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113E87B"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WBC</w:t>
            </w:r>
          </w:p>
        </w:tc>
        <w:tc>
          <w:tcPr>
            <w:tcW w:w="84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3CA6B0E"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1.499 (1.455-1.544)</w:t>
            </w:r>
          </w:p>
        </w:tc>
        <w:tc>
          <w:tcPr>
            <w:tcW w:w="874"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779F704"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1.494 (1.450-1.540)</w:t>
            </w:r>
          </w:p>
        </w:tc>
        <w:tc>
          <w:tcPr>
            <w:tcW w:w="93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D062E4A"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1.003 (1.002-1.004)</w:t>
            </w:r>
          </w:p>
        </w:tc>
        <w:tc>
          <w:tcPr>
            <w:tcW w:w="1128"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12AC4EB"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0.891 (0.704-1.079)</w:t>
            </w:r>
          </w:p>
        </w:tc>
        <w:tc>
          <w:tcPr>
            <w:tcW w:w="44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0D144C2"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&lt;0.001</w:t>
            </w:r>
          </w:p>
        </w:tc>
      </w:tr>
      <w:tr w:rsidR="00E70DA4" w:rsidRPr="001A2E38" w14:paraId="7BA57898" w14:textId="77777777" w:rsidTr="0059499B">
        <w:trPr>
          <w:jc w:val="center"/>
        </w:trPr>
        <w:tc>
          <w:tcPr>
            <w:tcW w:w="78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5E046EF"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Lymphocyte</w:t>
            </w:r>
          </w:p>
        </w:tc>
        <w:tc>
          <w:tcPr>
            <w:tcW w:w="84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80DE471"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1.503 (1.459-1.549)</w:t>
            </w:r>
          </w:p>
        </w:tc>
        <w:tc>
          <w:tcPr>
            <w:tcW w:w="874"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8017D93"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1.502 (1.458-1.548)</w:t>
            </w:r>
          </w:p>
        </w:tc>
        <w:tc>
          <w:tcPr>
            <w:tcW w:w="93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C3B1E90"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1.001 (1.000-1.001)</w:t>
            </w:r>
          </w:p>
        </w:tc>
        <w:tc>
          <w:tcPr>
            <w:tcW w:w="1128"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3102997"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0.173 (0.043-0.302)</w:t>
            </w:r>
          </w:p>
        </w:tc>
        <w:tc>
          <w:tcPr>
            <w:tcW w:w="44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E18774C"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0.010</w:t>
            </w:r>
          </w:p>
        </w:tc>
      </w:tr>
      <w:tr w:rsidR="00E70DA4" w:rsidRPr="001A2E38" w14:paraId="494DE5C3" w14:textId="77777777" w:rsidTr="0059499B">
        <w:trPr>
          <w:jc w:val="center"/>
        </w:trPr>
        <w:tc>
          <w:tcPr>
            <w:tcW w:w="78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6106532"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Neutrophil</w:t>
            </w:r>
          </w:p>
        </w:tc>
        <w:tc>
          <w:tcPr>
            <w:tcW w:w="84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E06D9F4"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1.501 (1.456-1.547)</w:t>
            </w:r>
          </w:p>
        </w:tc>
        <w:tc>
          <w:tcPr>
            <w:tcW w:w="874"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7E40E41"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1.488 (1.444-1.534)</w:t>
            </w:r>
          </w:p>
        </w:tc>
        <w:tc>
          <w:tcPr>
            <w:tcW w:w="93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3039853"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1.008 (1.007-1.010)</w:t>
            </w:r>
          </w:p>
        </w:tc>
        <w:tc>
          <w:tcPr>
            <w:tcW w:w="1128"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BF77147"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2.468 (1.992-2.944)</w:t>
            </w:r>
          </w:p>
        </w:tc>
        <w:tc>
          <w:tcPr>
            <w:tcW w:w="44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EC1BBC9"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&lt;0.001</w:t>
            </w:r>
          </w:p>
        </w:tc>
      </w:tr>
      <w:tr w:rsidR="00E70DA4" w:rsidRPr="001A2E38" w14:paraId="5C2A2CAE" w14:textId="77777777" w:rsidTr="0059499B">
        <w:trPr>
          <w:jc w:val="center"/>
        </w:trPr>
        <w:tc>
          <w:tcPr>
            <w:tcW w:w="78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C743837"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lastRenderedPageBreak/>
              <w:t>Eosinophil</w:t>
            </w:r>
          </w:p>
        </w:tc>
        <w:tc>
          <w:tcPr>
            <w:tcW w:w="84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19D6FAC"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1.505 (1.460-1.551)</w:t>
            </w:r>
          </w:p>
        </w:tc>
        <w:tc>
          <w:tcPr>
            <w:tcW w:w="874"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FD1DD39"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1.503 (1.459-1.549)</w:t>
            </w:r>
          </w:p>
        </w:tc>
        <w:tc>
          <w:tcPr>
            <w:tcW w:w="93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1208EFA"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1.001 (1.000-1.001)</w:t>
            </w:r>
          </w:p>
        </w:tc>
        <w:tc>
          <w:tcPr>
            <w:tcW w:w="1128"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919DA4B"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0.283 (0.141-0.425)</w:t>
            </w:r>
          </w:p>
        </w:tc>
        <w:tc>
          <w:tcPr>
            <w:tcW w:w="44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FD86867"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&lt;0.001</w:t>
            </w:r>
          </w:p>
        </w:tc>
      </w:tr>
      <w:tr w:rsidR="00E70DA4" w:rsidRPr="001A2E38" w14:paraId="6334EFD4" w14:textId="77777777" w:rsidTr="0059499B">
        <w:trPr>
          <w:jc w:val="center"/>
        </w:trPr>
        <w:tc>
          <w:tcPr>
            <w:tcW w:w="78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900F364"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rPr>
                <w:rFonts w:ascii="Times New Roman" w:eastAsia="Arial" w:hAnsi="Times New Roman" w:cs="Times New Roman"/>
                <w:b/>
                <w:color w:val="000000"/>
                <w:sz w:val="20"/>
                <w:szCs w:val="20"/>
              </w:rPr>
            </w:pPr>
            <w:r w:rsidRPr="001A2E38">
              <w:rPr>
                <w:rFonts w:ascii="Times New Roman" w:eastAsia="Arial" w:hAnsi="Times New Roman" w:cs="Times New Roman"/>
                <w:b/>
                <w:color w:val="000000"/>
                <w:sz w:val="20"/>
                <w:szCs w:val="20"/>
              </w:rPr>
              <w:t>Metabolic</w:t>
            </w:r>
          </w:p>
        </w:tc>
        <w:tc>
          <w:tcPr>
            <w:tcW w:w="84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486178D"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b/>
                <w:color w:val="000000"/>
                <w:sz w:val="20"/>
                <w:szCs w:val="20"/>
              </w:rPr>
            </w:pPr>
          </w:p>
        </w:tc>
        <w:tc>
          <w:tcPr>
            <w:tcW w:w="874"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74235FD"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b/>
                <w:color w:val="000000"/>
                <w:sz w:val="20"/>
                <w:szCs w:val="20"/>
              </w:rPr>
            </w:pPr>
          </w:p>
        </w:tc>
        <w:tc>
          <w:tcPr>
            <w:tcW w:w="93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21E2CD6"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b/>
                <w:color w:val="000000"/>
                <w:sz w:val="20"/>
                <w:szCs w:val="20"/>
              </w:rPr>
            </w:pPr>
          </w:p>
        </w:tc>
        <w:tc>
          <w:tcPr>
            <w:tcW w:w="1128"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AAAE63C"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b/>
                <w:color w:val="000000"/>
                <w:sz w:val="20"/>
                <w:szCs w:val="20"/>
              </w:rPr>
            </w:pPr>
          </w:p>
        </w:tc>
        <w:tc>
          <w:tcPr>
            <w:tcW w:w="44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94F5321"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b/>
                <w:color w:val="000000"/>
                <w:sz w:val="20"/>
                <w:szCs w:val="20"/>
              </w:rPr>
            </w:pPr>
          </w:p>
        </w:tc>
      </w:tr>
      <w:tr w:rsidR="00E70DA4" w:rsidRPr="001A2E38" w14:paraId="70606EE5" w14:textId="77777777" w:rsidTr="0059499B">
        <w:trPr>
          <w:jc w:val="center"/>
        </w:trPr>
        <w:tc>
          <w:tcPr>
            <w:tcW w:w="78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0E185DD"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ApoA</w:t>
            </w:r>
          </w:p>
        </w:tc>
        <w:tc>
          <w:tcPr>
            <w:tcW w:w="84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6D92DB3"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1.503 (1.458-1.549)</w:t>
            </w:r>
          </w:p>
        </w:tc>
        <w:tc>
          <w:tcPr>
            <w:tcW w:w="874"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4BB11A2"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1.440 (1.395-1.486)</w:t>
            </w:r>
          </w:p>
        </w:tc>
        <w:tc>
          <w:tcPr>
            <w:tcW w:w="93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7A03E7C"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1.044 (1.031-1.057)</w:t>
            </w:r>
          </w:p>
        </w:tc>
        <w:tc>
          <w:tcPr>
            <w:tcW w:w="1128"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989CB3A"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12.594 (9.080-16.109)</w:t>
            </w:r>
          </w:p>
        </w:tc>
        <w:tc>
          <w:tcPr>
            <w:tcW w:w="44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646420B"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&lt;0.001</w:t>
            </w:r>
          </w:p>
        </w:tc>
      </w:tr>
      <w:tr w:rsidR="00E70DA4" w:rsidRPr="001A2E38" w14:paraId="27C90114" w14:textId="77777777" w:rsidTr="0059499B">
        <w:trPr>
          <w:jc w:val="center"/>
        </w:trPr>
        <w:tc>
          <w:tcPr>
            <w:tcW w:w="78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E8B2B4C"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HbA1c</w:t>
            </w:r>
          </w:p>
        </w:tc>
        <w:tc>
          <w:tcPr>
            <w:tcW w:w="84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C08CFDB"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1.293 (1.257-1.330)</w:t>
            </w:r>
          </w:p>
        </w:tc>
        <w:tc>
          <w:tcPr>
            <w:tcW w:w="874"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91B0F2C"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1.191 (1.156-1.228)</w:t>
            </w:r>
          </w:p>
        </w:tc>
        <w:tc>
          <w:tcPr>
            <w:tcW w:w="93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E220C8A"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1.085 (1.081-1.089)</w:t>
            </w:r>
          </w:p>
        </w:tc>
        <w:tc>
          <w:tcPr>
            <w:tcW w:w="1128"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B47BFDC"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34.663 (30.551-38.775)</w:t>
            </w:r>
          </w:p>
        </w:tc>
        <w:tc>
          <w:tcPr>
            <w:tcW w:w="44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A981777"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&lt;0.001</w:t>
            </w:r>
          </w:p>
        </w:tc>
      </w:tr>
      <w:tr w:rsidR="00E70DA4" w:rsidRPr="001A2E38" w14:paraId="6330801C" w14:textId="77777777" w:rsidTr="0059499B">
        <w:trPr>
          <w:jc w:val="center"/>
        </w:trPr>
        <w:tc>
          <w:tcPr>
            <w:tcW w:w="78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53B35BA"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IGF-1</w:t>
            </w:r>
          </w:p>
        </w:tc>
        <w:tc>
          <w:tcPr>
            <w:tcW w:w="84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B891C21"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1.487 (1.444-1.532)</w:t>
            </w:r>
          </w:p>
        </w:tc>
        <w:tc>
          <w:tcPr>
            <w:tcW w:w="874"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608E59F"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1.481 (1.438-1.526)</w:t>
            </w:r>
          </w:p>
        </w:tc>
        <w:tc>
          <w:tcPr>
            <w:tcW w:w="93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E5DD11D"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1.004 (1.002-1.005)</w:t>
            </w:r>
          </w:p>
        </w:tc>
        <w:tc>
          <w:tcPr>
            <w:tcW w:w="1128"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02C22E5"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1.195 (0.728-1.661)</w:t>
            </w:r>
          </w:p>
        </w:tc>
        <w:tc>
          <w:tcPr>
            <w:tcW w:w="44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8439178"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&lt;0.001</w:t>
            </w:r>
          </w:p>
        </w:tc>
      </w:tr>
      <w:tr w:rsidR="00E70DA4" w:rsidRPr="001A2E38" w14:paraId="5CC530E5" w14:textId="77777777" w:rsidTr="0059499B">
        <w:trPr>
          <w:jc w:val="center"/>
        </w:trPr>
        <w:tc>
          <w:tcPr>
            <w:tcW w:w="78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6AF9201"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SBP</w:t>
            </w:r>
          </w:p>
        </w:tc>
        <w:tc>
          <w:tcPr>
            <w:tcW w:w="84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881166B"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1.474 (1.431-1.520)</w:t>
            </w:r>
          </w:p>
        </w:tc>
        <w:tc>
          <w:tcPr>
            <w:tcW w:w="874"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B45C97B"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1.469 (1.425-1.514)</w:t>
            </w:r>
          </w:p>
        </w:tc>
        <w:tc>
          <w:tcPr>
            <w:tcW w:w="93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F4F5FE1"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1.004 (1.002-1.005)</w:t>
            </w:r>
          </w:p>
        </w:tc>
        <w:tc>
          <w:tcPr>
            <w:tcW w:w="1128"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31E1FAA"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1.097 (0.722-1.472)</w:t>
            </w:r>
          </w:p>
        </w:tc>
        <w:tc>
          <w:tcPr>
            <w:tcW w:w="44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5B1B04D"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&lt;0.001</w:t>
            </w:r>
          </w:p>
        </w:tc>
      </w:tr>
      <w:tr w:rsidR="00E70DA4" w:rsidRPr="001A2E38" w14:paraId="7074774D" w14:textId="77777777" w:rsidTr="0059499B">
        <w:trPr>
          <w:jc w:val="center"/>
        </w:trPr>
        <w:tc>
          <w:tcPr>
            <w:tcW w:w="782" w:type="pct"/>
            <w:tcBorders>
              <w:top w:val="none" w:sz="0" w:space="0" w:color="000000"/>
              <w:left w:val="none" w:sz="0" w:space="0" w:color="000000"/>
              <w:bottom w:val="none" w:sz="0" w:space="0" w:color="000000"/>
              <w:right w:val="none" w:sz="0" w:space="0" w:color="000000"/>
            </w:tcBorders>
            <w:shd w:val="clear" w:color="auto" w:fill="F2F2F2"/>
            <w:tcMar>
              <w:top w:w="0" w:type="dxa"/>
              <w:left w:w="0" w:type="dxa"/>
              <w:bottom w:w="0" w:type="dxa"/>
              <w:right w:w="0" w:type="dxa"/>
            </w:tcMar>
            <w:vAlign w:val="center"/>
          </w:tcPr>
          <w:p w14:paraId="13F1A081"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rPr>
                <w:rFonts w:ascii="Times New Roman" w:eastAsia="Arial" w:hAnsi="Times New Roman" w:cs="Times New Roman"/>
                <w:b/>
                <w:color w:val="000000"/>
                <w:sz w:val="20"/>
                <w:szCs w:val="20"/>
              </w:rPr>
            </w:pPr>
            <w:r w:rsidRPr="001A2E38">
              <w:rPr>
                <w:rFonts w:ascii="Times New Roman" w:eastAsia="Arial" w:hAnsi="Times New Roman" w:cs="Times New Roman"/>
                <w:b/>
                <w:color w:val="000000"/>
                <w:sz w:val="20"/>
                <w:szCs w:val="20"/>
              </w:rPr>
              <w:t>CHG-VAI</w:t>
            </w:r>
          </w:p>
        </w:tc>
        <w:tc>
          <w:tcPr>
            <w:tcW w:w="841" w:type="pct"/>
            <w:tcBorders>
              <w:top w:val="none" w:sz="0" w:space="0" w:color="000000"/>
              <w:left w:val="none" w:sz="0" w:space="0" w:color="000000"/>
              <w:bottom w:val="none" w:sz="0" w:space="0" w:color="000000"/>
              <w:right w:val="none" w:sz="0" w:space="0" w:color="000000"/>
            </w:tcBorders>
            <w:shd w:val="clear" w:color="auto" w:fill="F2F2F2"/>
            <w:tcMar>
              <w:top w:w="0" w:type="dxa"/>
              <w:left w:w="0" w:type="dxa"/>
              <w:bottom w:w="0" w:type="dxa"/>
              <w:right w:w="0" w:type="dxa"/>
            </w:tcMar>
            <w:vAlign w:val="center"/>
          </w:tcPr>
          <w:p w14:paraId="37A72A23"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b/>
                <w:color w:val="000000"/>
                <w:sz w:val="20"/>
                <w:szCs w:val="20"/>
              </w:rPr>
            </w:pPr>
          </w:p>
        </w:tc>
        <w:tc>
          <w:tcPr>
            <w:tcW w:w="874" w:type="pct"/>
            <w:tcBorders>
              <w:top w:val="none" w:sz="0" w:space="0" w:color="000000"/>
              <w:left w:val="none" w:sz="0" w:space="0" w:color="000000"/>
              <w:bottom w:val="none" w:sz="0" w:space="0" w:color="000000"/>
              <w:right w:val="none" w:sz="0" w:space="0" w:color="000000"/>
            </w:tcBorders>
            <w:shd w:val="clear" w:color="auto" w:fill="F2F2F2"/>
            <w:tcMar>
              <w:top w:w="0" w:type="dxa"/>
              <w:left w:w="0" w:type="dxa"/>
              <w:bottom w:w="0" w:type="dxa"/>
              <w:right w:w="0" w:type="dxa"/>
            </w:tcMar>
            <w:vAlign w:val="center"/>
          </w:tcPr>
          <w:p w14:paraId="2308602D"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b/>
                <w:color w:val="000000"/>
                <w:sz w:val="20"/>
                <w:szCs w:val="20"/>
              </w:rPr>
            </w:pPr>
          </w:p>
        </w:tc>
        <w:tc>
          <w:tcPr>
            <w:tcW w:w="935" w:type="pct"/>
            <w:tcBorders>
              <w:top w:val="none" w:sz="0" w:space="0" w:color="000000"/>
              <w:left w:val="none" w:sz="0" w:space="0" w:color="000000"/>
              <w:bottom w:val="none" w:sz="0" w:space="0" w:color="000000"/>
              <w:right w:val="none" w:sz="0" w:space="0" w:color="000000"/>
            </w:tcBorders>
            <w:shd w:val="clear" w:color="auto" w:fill="F2F2F2"/>
            <w:tcMar>
              <w:top w:w="0" w:type="dxa"/>
              <w:left w:w="0" w:type="dxa"/>
              <w:bottom w:w="0" w:type="dxa"/>
              <w:right w:w="0" w:type="dxa"/>
            </w:tcMar>
            <w:vAlign w:val="center"/>
          </w:tcPr>
          <w:p w14:paraId="135E6190"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b/>
                <w:color w:val="000000"/>
                <w:sz w:val="20"/>
                <w:szCs w:val="20"/>
              </w:rPr>
            </w:pPr>
          </w:p>
        </w:tc>
        <w:tc>
          <w:tcPr>
            <w:tcW w:w="1128" w:type="pct"/>
            <w:tcBorders>
              <w:top w:val="none" w:sz="0" w:space="0" w:color="000000"/>
              <w:left w:val="none" w:sz="0" w:space="0" w:color="000000"/>
              <w:bottom w:val="none" w:sz="0" w:space="0" w:color="000000"/>
              <w:right w:val="none" w:sz="0" w:space="0" w:color="000000"/>
            </w:tcBorders>
            <w:shd w:val="clear" w:color="auto" w:fill="F2F2F2"/>
            <w:tcMar>
              <w:top w:w="0" w:type="dxa"/>
              <w:left w:w="0" w:type="dxa"/>
              <w:bottom w:w="0" w:type="dxa"/>
              <w:right w:w="0" w:type="dxa"/>
            </w:tcMar>
            <w:vAlign w:val="center"/>
          </w:tcPr>
          <w:p w14:paraId="26D1822B"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b/>
                <w:color w:val="000000"/>
                <w:sz w:val="20"/>
                <w:szCs w:val="20"/>
              </w:rPr>
            </w:pPr>
          </w:p>
        </w:tc>
        <w:tc>
          <w:tcPr>
            <w:tcW w:w="440" w:type="pct"/>
            <w:tcBorders>
              <w:top w:val="none" w:sz="0" w:space="0" w:color="000000"/>
              <w:left w:val="none" w:sz="0" w:space="0" w:color="000000"/>
              <w:bottom w:val="none" w:sz="0" w:space="0" w:color="000000"/>
              <w:right w:val="none" w:sz="0" w:space="0" w:color="000000"/>
            </w:tcBorders>
            <w:shd w:val="clear" w:color="auto" w:fill="F2F2F2"/>
            <w:tcMar>
              <w:top w:w="0" w:type="dxa"/>
              <w:left w:w="0" w:type="dxa"/>
              <w:bottom w:w="0" w:type="dxa"/>
              <w:right w:w="0" w:type="dxa"/>
            </w:tcMar>
            <w:vAlign w:val="center"/>
          </w:tcPr>
          <w:p w14:paraId="4E7B6F95"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b/>
                <w:color w:val="000000"/>
                <w:sz w:val="20"/>
                <w:szCs w:val="20"/>
              </w:rPr>
            </w:pPr>
          </w:p>
        </w:tc>
      </w:tr>
      <w:tr w:rsidR="00E70DA4" w:rsidRPr="001A2E38" w14:paraId="30CB6994" w14:textId="77777777" w:rsidTr="0059499B">
        <w:trPr>
          <w:jc w:val="center"/>
        </w:trPr>
        <w:tc>
          <w:tcPr>
            <w:tcW w:w="78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F11AC73"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rPr>
                <w:rFonts w:ascii="Times New Roman" w:eastAsia="Arial" w:hAnsi="Times New Roman" w:cs="Times New Roman"/>
                <w:b/>
                <w:color w:val="000000"/>
                <w:sz w:val="20"/>
                <w:szCs w:val="20"/>
              </w:rPr>
            </w:pPr>
            <w:r w:rsidRPr="001A2E38">
              <w:rPr>
                <w:rFonts w:ascii="Times New Roman" w:eastAsia="Arial" w:hAnsi="Times New Roman" w:cs="Times New Roman"/>
                <w:b/>
                <w:color w:val="000000"/>
                <w:sz w:val="20"/>
                <w:szCs w:val="20"/>
              </w:rPr>
              <w:t>Liver function</w:t>
            </w:r>
          </w:p>
        </w:tc>
        <w:tc>
          <w:tcPr>
            <w:tcW w:w="84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4118BC6"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b/>
                <w:color w:val="000000"/>
                <w:sz w:val="20"/>
                <w:szCs w:val="20"/>
              </w:rPr>
            </w:pPr>
          </w:p>
        </w:tc>
        <w:tc>
          <w:tcPr>
            <w:tcW w:w="874"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02BF628"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b/>
                <w:color w:val="000000"/>
                <w:sz w:val="20"/>
                <w:szCs w:val="20"/>
              </w:rPr>
            </w:pPr>
          </w:p>
        </w:tc>
        <w:tc>
          <w:tcPr>
            <w:tcW w:w="93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18F4475"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b/>
                <w:color w:val="000000"/>
                <w:sz w:val="20"/>
                <w:szCs w:val="20"/>
              </w:rPr>
            </w:pPr>
          </w:p>
        </w:tc>
        <w:tc>
          <w:tcPr>
            <w:tcW w:w="1128"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04213DF"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b/>
                <w:color w:val="000000"/>
                <w:sz w:val="20"/>
                <w:szCs w:val="20"/>
              </w:rPr>
            </w:pPr>
          </w:p>
        </w:tc>
        <w:tc>
          <w:tcPr>
            <w:tcW w:w="44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20123E8"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b/>
                <w:color w:val="000000"/>
                <w:sz w:val="20"/>
                <w:szCs w:val="20"/>
              </w:rPr>
            </w:pPr>
          </w:p>
        </w:tc>
      </w:tr>
      <w:tr w:rsidR="00E70DA4" w:rsidRPr="001A2E38" w14:paraId="2F667229" w14:textId="77777777" w:rsidTr="0059499B">
        <w:trPr>
          <w:jc w:val="center"/>
        </w:trPr>
        <w:tc>
          <w:tcPr>
            <w:tcW w:w="78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69E14A2"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ALP</w:t>
            </w:r>
          </w:p>
        </w:tc>
        <w:tc>
          <w:tcPr>
            <w:tcW w:w="84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98A315D"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1.214 (1.187-1.241)</w:t>
            </w:r>
          </w:p>
        </w:tc>
        <w:tc>
          <w:tcPr>
            <w:tcW w:w="874"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594A490"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1.213 (1.186-1.240)</w:t>
            </w:r>
          </w:p>
        </w:tc>
        <w:tc>
          <w:tcPr>
            <w:tcW w:w="93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279F1D0"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1.001 (1.000-1.001)</w:t>
            </w:r>
          </w:p>
        </w:tc>
        <w:tc>
          <w:tcPr>
            <w:tcW w:w="1128"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B3EC008"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0.439 (0.163-0.715)</w:t>
            </w:r>
          </w:p>
        </w:tc>
        <w:tc>
          <w:tcPr>
            <w:tcW w:w="44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159DC55"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0.002</w:t>
            </w:r>
          </w:p>
        </w:tc>
      </w:tr>
      <w:tr w:rsidR="00E70DA4" w:rsidRPr="001A2E38" w14:paraId="6727667E" w14:textId="77777777" w:rsidTr="0059499B">
        <w:trPr>
          <w:jc w:val="center"/>
        </w:trPr>
        <w:tc>
          <w:tcPr>
            <w:tcW w:w="78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8365B1A"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ALT</w:t>
            </w:r>
          </w:p>
        </w:tc>
        <w:tc>
          <w:tcPr>
            <w:tcW w:w="84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8519D82"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1.215 (1.188-1.243)</w:t>
            </w:r>
          </w:p>
        </w:tc>
        <w:tc>
          <w:tcPr>
            <w:tcW w:w="874"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E144C62"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1.202 (1.175-1.229)</w:t>
            </w:r>
          </w:p>
        </w:tc>
        <w:tc>
          <w:tcPr>
            <w:tcW w:w="93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BC3225E"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1.011 (1.009-1.013)</w:t>
            </w:r>
          </w:p>
        </w:tc>
        <w:tc>
          <w:tcPr>
            <w:tcW w:w="1128"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80A5707"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6.099 (4.865-7.332)</w:t>
            </w:r>
          </w:p>
        </w:tc>
        <w:tc>
          <w:tcPr>
            <w:tcW w:w="44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FB96A14"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&lt;0.001</w:t>
            </w:r>
          </w:p>
        </w:tc>
      </w:tr>
      <w:tr w:rsidR="00E70DA4" w:rsidRPr="001A2E38" w14:paraId="6DB77F4D" w14:textId="77777777" w:rsidTr="0059499B">
        <w:trPr>
          <w:jc w:val="center"/>
        </w:trPr>
        <w:tc>
          <w:tcPr>
            <w:tcW w:w="78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D93D8D2"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AST</w:t>
            </w:r>
          </w:p>
        </w:tc>
        <w:tc>
          <w:tcPr>
            <w:tcW w:w="84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BF1E374"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1.213 (1.186-1.240)</w:t>
            </w:r>
          </w:p>
        </w:tc>
        <w:tc>
          <w:tcPr>
            <w:tcW w:w="874"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9AFBA05"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1.209 (1.182-1.236)</w:t>
            </w:r>
          </w:p>
        </w:tc>
        <w:tc>
          <w:tcPr>
            <w:tcW w:w="93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5804CB4"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1.003 (1.002-1.004)</w:t>
            </w:r>
          </w:p>
        </w:tc>
        <w:tc>
          <w:tcPr>
            <w:tcW w:w="1128"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60B44AB"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1.822 (1.242-2.401)</w:t>
            </w:r>
          </w:p>
        </w:tc>
        <w:tc>
          <w:tcPr>
            <w:tcW w:w="44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9564590"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&lt;0.001</w:t>
            </w:r>
          </w:p>
        </w:tc>
      </w:tr>
      <w:tr w:rsidR="00E70DA4" w:rsidRPr="001A2E38" w14:paraId="51206857" w14:textId="77777777" w:rsidTr="0059499B">
        <w:trPr>
          <w:jc w:val="center"/>
        </w:trPr>
        <w:tc>
          <w:tcPr>
            <w:tcW w:w="78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39B8C95"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rPr>
                <w:rFonts w:ascii="Times New Roman" w:eastAsia="Arial" w:hAnsi="Times New Roman" w:cs="Times New Roman"/>
                <w:b/>
                <w:color w:val="000000"/>
                <w:sz w:val="20"/>
                <w:szCs w:val="20"/>
              </w:rPr>
            </w:pPr>
            <w:r w:rsidRPr="001A2E38">
              <w:rPr>
                <w:rFonts w:ascii="Times New Roman" w:eastAsia="Arial" w:hAnsi="Times New Roman" w:cs="Times New Roman"/>
                <w:b/>
                <w:color w:val="000000"/>
                <w:sz w:val="20"/>
                <w:szCs w:val="20"/>
              </w:rPr>
              <w:t>Renal function</w:t>
            </w:r>
          </w:p>
        </w:tc>
        <w:tc>
          <w:tcPr>
            <w:tcW w:w="84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16D0146"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b/>
                <w:color w:val="000000"/>
                <w:sz w:val="20"/>
                <w:szCs w:val="20"/>
              </w:rPr>
            </w:pPr>
          </w:p>
        </w:tc>
        <w:tc>
          <w:tcPr>
            <w:tcW w:w="874"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DD6CFC4"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b/>
                <w:color w:val="000000"/>
                <w:sz w:val="20"/>
                <w:szCs w:val="20"/>
              </w:rPr>
            </w:pPr>
          </w:p>
        </w:tc>
        <w:tc>
          <w:tcPr>
            <w:tcW w:w="93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4ED7D47"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b/>
                <w:color w:val="000000"/>
                <w:sz w:val="20"/>
                <w:szCs w:val="20"/>
              </w:rPr>
            </w:pPr>
          </w:p>
        </w:tc>
        <w:tc>
          <w:tcPr>
            <w:tcW w:w="1128"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5EBD600"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b/>
                <w:color w:val="000000"/>
                <w:sz w:val="20"/>
                <w:szCs w:val="20"/>
              </w:rPr>
            </w:pPr>
          </w:p>
        </w:tc>
        <w:tc>
          <w:tcPr>
            <w:tcW w:w="44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37D833D"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b/>
                <w:color w:val="000000"/>
                <w:sz w:val="20"/>
                <w:szCs w:val="20"/>
              </w:rPr>
            </w:pPr>
          </w:p>
        </w:tc>
      </w:tr>
      <w:tr w:rsidR="00E70DA4" w:rsidRPr="001A2E38" w14:paraId="50D20C62" w14:textId="77777777" w:rsidTr="0059499B">
        <w:trPr>
          <w:jc w:val="center"/>
        </w:trPr>
        <w:tc>
          <w:tcPr>
            <w:tcW w:w="78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34FBFC0"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Urea</w:t>
            </w:r>
          </w:p>
        </w:tc>
        <w:tc>
          <w:tcPr>
            <w:tcW w:w="84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57C030B"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1.214 (1.188-1.242)</w:t>
            </w:r>
          </w:p>
        </w:tc>
        <w:tc>
          <w:tcPr>
            <w:tcW w:w="874"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18D6BC1"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1.211 (1.185-1.238)</w:t>
            </w:r>
          </w:p>
        </w:tc>
        <w:tc>
          <w:tcPr>
            <w:tcW w:w="93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96B8BC7"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1.002 (1.002-1.003)</w:t>
            </w:r>
          </w:p>
        </w:tc>
        <w:tc>
          <w:tcPr>
            <w:tcW w:w="1128"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DDE21C5"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1.394 (0.845-1.944)</w:t>
            </w:r>
          </w:p>
        </w:tc>
        <w:tc>
          <w:tcPr>
            <w:tcW w:w="44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DC244B0"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&lt;0.001</w:t>
            </w:r>
          </w:p>
        </w:tc>
      </w:tr>
      <w:tr w:rsidR="00E70DA4" w:rsidRPr="001A2E38" w14:paraId="4A16E6E5" w14:textId="77777777" w:rsidTr="0059499B">
        <w:trPr>
          <w:jc w:val="center"/>
        </w:trPr>
        <w:tc>
          <w:tcPr>
            <w:tcW w:w="78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531F82D"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Cystatin C</w:t>
            </w:r>
          </w:p>
        </w:tc>
        <w:tc>
          <w:tcPr>
            <w:tcW w:w="84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90A9165"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1.216 (1.190-1.244)</w:t>
            </w:r>
          </w:p>
        </w:tc>
        <w:tc>
          <w:tcPr>
            <w:tcW w:w="874"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5788842"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1.212 (1.185-1.239)</w:t>
            </w:r>
          </w:p>
        </w:tc>
        <w:tc>
          <w:tcPr>
            <w:tcW w:w="93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C105180"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1.004 (1.003-1.005)</w:t>
            </w:r>
          </w:p>
        </w:tc>
        <w:tc>
          <w:tcPr>
            <w:tcW w:w="1128"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9136934"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2.206 (1.692-2.719)</w:t>
            </w:r>
          </w:p>
        </w:tc>
        <w:tc>
          <w:tcPr>
            <w:tcW w:w="44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8B7B13A"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&lt;0.001</w:t>
            </w:r>
          </w:p>
        </w:tc>
      </w:tr>
      <w:tr w:rsidR="00E70DA4" w:rsidRPr="001A2E38" w14:paraId="6AD0BA82" w14:textId="77777777" w:rsidTr="0059499B">
        <w:trPr>
          <w:jc w:val="center"/>
        </w:trPr>
        <w:tc>
          <w:tcPr>
            <w:tcW w:w="78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BA4BD73"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Urate</w:t>
            </w:r>
          </w:p>
        </w:tc>
        <w:tc>
          <w:tcPr>
            <w:tcW w:w="84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A04D1F3"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1.220 (1.193-1.248)</w:t>
            </w:r>
          </w:p>
        </w:tc>
        <w:tc>
          <w:tcPr>
            <w:tcW w:w="874"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5F723C8"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1.205 (1.178-1.233)</w:t>
            </w:r>
          </w:p>
        </w:tc>
        <w:tc>
          <w:tcPr>
            <w:tcW w:w="93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5247497"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1.012 (1.009-1.015)</w:t>
            </w:r>
          </w:p>
        </w:tc>
        <w:tc>
          <w:tcPr>
            <w:tcW w:w="1128"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299A2E5"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6.688 (4.955-8.420)</w:t>
            </w:r>
          </w:p>
        </w:tc>
        <w:tc>
          <w:tcPr>
            <w:tcW w:w="44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B0ADD17"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&lt;0.001</w:t>
            </w:r>
          </w:p>
        </w:tc>
      </w:tr>
      <w:tr w:rsidR="00E70DA4" w:rsidRPr="001A2E38" w14:paraId="7D48BD86" w14:textId="77777777" w:rsidTr="0059499B">
        <w:trPr>
          <w:jc w:val="center"/>
        </w:trPr>
        <w:tc>
          <w:tcPr>
            <w:tcW w:w="78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48FF081"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rPr>
                <w:rFonts w:ascii="Times New Roman" w:eastAsia="Arial" w:hAnsi="Times New Roman" w:cs="Times New Roman"/>
                <w:b/>
                <w:color w:val="000000"/>
                <w:sz w:val="20"/>
                <w:szCs w:val="20"/>
              </w:rPr>
            </w:pPr>
            <w:r w:rsidRPr="001A2E38">
              <w:rPr>
                <w:rFonts w:ascii="Times New Roman" w:eastAsia="Arial" w:hAnsi="Times New Roman" w:cs="Times New Roman"/>
                <w:b/>
                <w:color w:val="000000"/>
                <w:sz w:val="20"/>
                <w:szCs w:val="20"/>
              </w:rPr>
              <w:t>Systemic inflammation</w:t>
            </w:r>
          </w:p>
        </w:tc>
        <w:tc>
          <w:tcPr>
            <w:tcW w:w="84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10A78A2"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b/>
                <w:color w:val="000000"/>
                <w:sz w:val="20"/>
                <w:szCs w:val="20"/>
              </w:rPr>
            </w:pPr>
          </w:p>
        </w:tc>
        <w:tc>
          <w:tcPr>
            <w:tcW w:w="874"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9C28452"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b/>
                <w:color w:val="000000"/>
                <w:sz w:val="20"/>
                <w:szCs w:val="20"/>
              </w:rPr>
            </w:pPr>
          </w:p>
        </w:tc>
        <w:tc>
          <w:tcPr>
            <w:tcW w:w="93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65AEA60"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b/>
                <w:color w:val="000000"/>
                <w:sz w:val="20"/>
                <w:szCs w:val="20"/>
              </w:rPr>
            </w:pPr>
          </w:p>
        </w:tc>
        <w:tc>
          <w:tcPr>
            <w:tcW w:w="1128"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8DE26C6"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b/>
                <w:color w:val="000000"/>
                <w:sz w:val="20"/>
                <w:szCs w:val="20"/>
              </w:rPr>
            </w:pPr>
          </w:p>
        </w:tc>
        <w:tc>
          <w:tcPr>
            <w:tcW w:w="44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D825D79"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b/>
                <w:color w:val="000000"/>
                <w:sz w:val="20"/>
                <w:szCs w:val="20"/>
              </w:rPr>
            </w:pPr>
          </w:p>
        </w:tc>
      </w:tr>
      <w:tr w:rsidR="00E70DA4" w:rsidRPr="001A2E38" w14:paraId="7F190394" w14:textId="77777777" w:rsidTr="0059499B">
        <w:trPr>
          <w:jc w:val="center"/>
        </w:trPr>
        <w:tc>
          <w:tcPr>
            <w:tcW w:w="78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A9BC453"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WBC</w:t>
            </w:r>
          </w:p>
        </w:tc>
        <w:tc>
          <w:tcPr>
            <w:tcW w:w="84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4C78DB9"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1.217 (1.190-1.245)</w:t>
            </w:r>
          </w:p>
        </w:tc>
        <w:tc>
          <w:tcPr>
            <w:tcW w:w="874"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694EFCA"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1.212 (1.185-1.239)</w:t>
            </w:r>
          </w:p>
        </w:tc>
        <w:tc>
          <w:tcPr>
            <w:tcW w:w="93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ABFDC58"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1.004 (1.003-1.005)</w:t>
            </w:r>
          </w:p>
        </w:tc>
        <w:tc>
          <w:tcPr>
            <w:tcW w:w="1128"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D74EC24"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2.347 (1.874-2.821)</w:t>
            </w:r>
          </w:p>
        </w:tc>
        <w:tc>
          <w:tcPr>
            <w:tcW w:w="44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994088E"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&lt;0.001</w:t>
            </w:r>
          </w:p>
        </w:tc>
      </w:tr>
      <w:tr w:rsidR="00E70DA4" w:rsidRPr="001A2E38" w14:paraId="5440BDB7" w14:textId="77777777" w:rsidTr="0059499B">
        <w:trPr>
          <w:jc w:val="center"/>
        </w:trPr>
        <w:tc>
          <w:tcPr>
            <w:tcW w:w="78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DAB365A"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Lymphocyte</w:t>
            </w:r>
          </w:p>
        </w:tc>
        <w:tc>
          <w:tcPr>
            <w:tcW w:w="84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C5128FC"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1.218 (1.191-1.246)</w:t>
            </w:r>
          </w:p>
        </w:tc>
        <w:tc>
          <w:tcPr>
            <w:tcW w:w="874"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09E22FD"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1.217 (1.189-1.244)</w:t>
            </w:r>
          </w:p>
        </w:tc>
        <w:tc>
          <w:tcPr>
            <w:tcW w:w="93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DB11CC7"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1.001 (1.000-1.002)</w:t>
            </w:r>
          </w:p>
        </w:tc>
        <w:tc>
          <w:tcPr>
            <w:tcW w:w="1128"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EA9C21A"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0.684 (0.118-1.250)</w:t>
            </w:r>
          </w:p>
        </w:tc>
        <w:tc>
          <w:tcPr>
            <w:tcW w:w="44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188480C"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0.019</w:t>
            </w:r>
          </w:p>
        </w:tc>
      </w:tr>
      <w:tr w:rsidR="00E70DA4" w:rsidRPr="001A2E38" w14:paraId="05EA3983" w14:textId="77777777" w:rsidTr="0059499B">
        <w:trPr>
          <w:jc w:val="center"/>
        </w:trPr>
        <w:tc>
          <w:tcPr>
            <w:tcW w:w="78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2BAE8A6"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lastRenderedPageBreak/>
              <w:t>Monocyte</w:t>
            </w:r>
          </w:p>
        </w:tc>
        <w:tc>
          <w:tcPr>
            <w:tcW w:w="84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7C19F8"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1.219 (1.191-1.247)</w:t>
            </w:r>
          </w:p>
        </w:tc>
        <w:tc>
          <w:tcPr>
            <w:tcW w:w="874"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EFD2DFD"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1.216 (1.189-1.244)</w:t>
            </w:r>
          </w:p>
        </w:tc>
        <w:tc>
          <w:tcPr>
            <w:tcW w:w="93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1DA1627"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1.002 (1.001-1.003)</w:t>
            </w:r>
          </w:p>
        </w:tc>
        <w:tc>
          <w:tcPr>
            <w:tcW w:w="1128"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690CECD"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1.171 (0.804-1.538)</w:t>
            </w:r>
          </w:p>
        </w:tc>
        <w:tc>
          <w:tcPr>
            <w:tcW w:w="44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C5A7940"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&lt;0.001</w:t>
            </w:r>
          </w:p>
        </w:tc>
      </w:tr>
      <w:tr w:rsidR="00E70DA4" w:rsidRPr="001A2E38" w14:paraId="70BCBD0B" w14:textId="77777777" w:rsidTr="0059499B">
        <w:trPr>
          <w:jc w:val="center"/>
        </w:trPr>
        <w:tc>
          <w:tcPr>
            <w:tcW w:w="78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5ACFEFB"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Neutrophil</w:t>
            </w:r>
          </w:p>
        </w:tc>
        <w:tc>
          <w:tcPr>
            <w:tcW w:w="84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8BE92FD"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1.222 (1.194-1.250)</w:t>
            </w:r>
          </w:p>
        </w:tc>
        <w:tc>
          <w:tcPr>
            <w:tcW w:w="874"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219C968"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1.212 (1.185-1.240)</w:t>
            </w:r>
          </w:p>
        </w:tc>
        <w:tc>
          <w:tcPr>
            <w:tcW w:w="93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25057EC"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1.008 (1.006-1.009)</w:t>
            </w:r>
          </w:p>
        </w:tc>
        <w:tc>
          <w:tcPr>
            <w:tcW w:w="1128"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F49DAF6"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4.161 (3.310-5.012)</w:t>
            </w:r>
          </w:p>
        </w:tc>
        <w:tc>
          <w:tcPr>
            <w:tcW w:w="44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F621496"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&lt;0.001</w:t>
            </w:r>
          </w:p>
        </w:tc>
      </w:tr>
      <w:tr w:rsidR="00E70DA4" w:rsidRPr="001A2E38" w14:paraId="0366E6D7" w14:textId="77777777" w:rsidTr="0059499B">
        <w:trPr>
          <w:jc w:val="center"/>
        </w:trPr>
        <w:tc>
          <w:tcPr>
            <w:tcW w:w="78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3AD4742"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Eosinophil</w:t>
            </w:r>
          </w:p>
        </w:tc>
        <w:tc>
          <w:tcPr>
            <w:tcW w:w="84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99376FB"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1.219 (1.192-1.247)</w:t>
            </w:r>
          </w:p>
        </w:tc>
        <w:tc>
          <w:tcPr>
            <w:tcW w:w="874"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9486A61"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1.217 (1.190-1.245)</w:t>
            </w:r>
          </w:p>
        </w:tc>
        <w:tc>
          <w:tcPr>
            <w:tcW w:w="93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A25D3FE"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1.002 (1.001-1.002)</w:t>
            </w:r>
          </w:p>
        </w:tc>
        <w:tc>
          <w:tcPr>
            <w:tcW w:w="1128"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8429F6C"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0.865 (0.521-1.209)</w:t>
            </w:r>
          </w:p>
        </w:tc>
        <w:tc>
          <w:tcPr>
            <w:tcW w:w="44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EEADE82"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&lt;0.001</w:t>
            </w:r>
          </w:p>
        </w:tc>
      </w:tr>
      <w:tr w:rsidR="00E70DA4" w:rsidRPr="001A2E38" w14:paraId="7FD4A38F" w14:textId="77777777" w:rsidTr="0059499B">
        <w:trPr>
          <w:jc w:val="center"/>
        </w:trPr>
        <w:tc>
          <w:tcPr>
            <w:tcW w:w="78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DB26FC5"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Basophil</w:t>
            </w:r>
          </w:p>
        </w:tc>
        <w:tc>
          <w:tcPr>
            <w:tcW w:w="84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1768BBE"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1.218 (1.191-1.246)</w:t>
            </w:r>
          </w:p>
        </w:tc>
        <w:tc>
          <w:tcPr>
            <w:tcW w:w="874"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BDBD430"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1.218 (1.190-1.245)</w:t>
            </w:r>
          </w:p>
        </w:tc>
        <w:tc>
          <w:tcPr>
            <w:tcW w:w="93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B67F8F2"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1.000 (1.000-1.001)</w:t>
            </w:r>
          </w:p>
        </w:tc>
        <w:tc>
          <w:tcPr>
            <w:tcW w:w="1128"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EC64F01"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0.274 (0.049-0.499)</w:t>
            </w:r>
          </w:p>
        </w:tc>
        <w:tc>
          <w:tcPr>
            <w:tcW w:w="44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8D1B333"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0.018</w:t>
            </w:r>
          </w:p>
        </w:tc>
      </w:tr>
      <w:tr w:rsidR="00E70DA4" w:rsidRPr="001A2E38" w14:paraId="1A9A9B09" w14:textId="77777777" w:rsidTr="0059499B">
        <w:trPr>
          <w:jc w:val="center"/>
        </w:trPr>
        <w:tc>
          <w:tcPr>
            <w:tcW w:w="78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B93A4B4"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rPr>
                <w:rFonts w:ascii="Times New Roman" w:eastAsia="Arial" w:hAnsi="Times New Roman" w:cs="Times New Roman"/>
                <w:b/>
                <w:color w:val="000000"/>
                <w:sz w:val="20"/>
                <w:szCs w:val="20"/>
              </w:rPr>
            </w:pPr>
            <w:r w:rsidRPr="001A2E38">
              <w:rPr>
                <w:rFonts w:ascii="Times New Roman" w:eastAsia="Arial" w:hAnsi="Times New Roman" w:cs="Times New Roman"/>
                <w:b/>
                <w:color w:val="000000"/>
                <w:sz w:val="20"/>
                <w:szCs w:val="20"/>
              </w:rPr>
              <w:t>Metabolic</w:t>
            </w:r>
          </w:p>
        </w:tc>
        <w:tc>
          <w:tcPr>
            <w:tcW w:w="84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A225BB2"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b/>
                <w:color w:val="000000"/>
                <w:sz w:val="20"/>
                <w:szCs w:val="20"/>
              </w:rPr>
            </w:pPr>
          </w:p>
        </w:tc>
        <w:tc>
          <w:tcPr>
            <w:tcW w:w="874"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3246805"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b/>
                <w:color w:val="000000"/>
                <w:sz w:val="20"/>
                <w:szCs w:val="20"/>
              </w:rPr>
            </w:pPr>
          </w:p>
        </w:tc>
        <w:tc>
          <w:tcPr>
            <w:tcW w:w="93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6B7760A"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b/>
                <w:color w:val="000000"/>
                <w:sz w:val="20"/>
                <w:szCs w:val="20"/>
              </w:rPr>
            </w:pPr>
          </w:p>
        </w:tc>
        <w:tc>
          <w:tcPr>
            <w:tcW w:w="1128"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7381887"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b/>
                <w:color w:val="000000"/>
                <w:sz w:val="20"/>
                <w:szCs w:val="20"/>
              </w:rPr>
            </w:pPr>
          </w:p>
        </w:tc>
        <w:tc>
          <w:tcPr>
            <w:tcW w:w="44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E11C40A"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b/>
                <w:color w:val="000000"/>
                <w:sz w:val="20"/>
                <w:szCs w:val="20"/>
              </w:rPr>
            </w:pPr>
          </w:p>
        </w:tc>
      </w:tr>
      <w:tr w:rsidR="00E70DA4" w:rsidRPr="001A2E38" w14:paraId="69DE4248" w14:textId="77777777" w:rsidTr="0059499B">
        <w:trPr>
          <w:jc w:val="center"/>
        </w:trPr>
        <w:tc>
          <w:tcPr>
            <w:tcW w:w="78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83A7539"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ApoA</w:t>
            </w:r>
          </w:p>
        </w:tc>
        <w:tc>
          <w:tcPr>
            <w:tcW w:w="84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5AFD417"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1.235 (1.206-1.264)</w:t>
            </w:r>
          </w:p>
        </w:tc>
        <w:tc>
          <w:tcPr>
            <w:tcW w:w="874"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5683BAA"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1.156 (1.127-1.186)</w:t>
            </w:r>
          </w:p>
        </w:tc>
        <w:tc>
          <w:tcPr>
            <w:tcW w:w="93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AC5C345"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1.068 (1.053-1.084)</w:t>
            </w:r>
          </w:p>
        </w:tc>
        <w:tc>
          <w:tcPr>
            <w:tcW w:w="1128"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FE11818"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33.509 (26.089-40.928)</w:t>
            </w:r>
          </w:p>
        </w:tc>
        <w:tc>
          <w:tcPr>
            <w:tcW w:w="44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9660518"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&lt;0.001</w:t>
            </w:r>
          </w:p>
        </w:tc>
      </w:tr>
      <w:tr w:rsidR="00E70DA4" w:rsidRPr="001A2E38" w14:paraId="55C6ADA5" w14:textId="77777777" w:rsidTr="0059499B">
        <w:trPr>
          <w:jc w:val="center"/>
        </w:trPr>
        <w:tc>
          <w:tcPr>
            <w:tcW w:w="78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EA1B8D3"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HbA1c</w:t>
            </w:r>
          </w:p>
        </w:tc>
        <w:tc>
          <w:tcPr>
            <w:tcW w:w="84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D3C2302"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1.184 (1.157-1.211)</w:t>
            </w:r>
          </w:p>
        </w:tc>
        <w:tc>
          <w:tcPr>
            <w:tcW w:w="874"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717F1F2"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1.145 (1.120-1.172)</w:t>
            </w:r>
          </w:p>
        </w:tc>
        <w:tc>
          <w:tcPr>
            <w:tcW w:w="93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CA9B23F"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1.034 (1.032-1.036)</w:t>
            </w:r>
          </w:p>
        </w:tc>
        <w:tc>
          <w:tcPr>
            <w:tcW w:w="1128"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527F2DB"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20.977 (18.117-23.836)</w:t>
            </w:r>
          </w:p>
        </w:tc>
        <w:tc>
          <w:tcPr>
            <w:tcW w:w="44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89C7879"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&lt;0.001</w:t>
            </w:r>
          </w:p>
        </w:tc>
      </w:tr>
      <w:tr w:rsidR="00E70DA4" w:rsidRPr="001A2E38" w14:paraId="64F92B8E" w14:textId="77777777" w:rsidTr="0059499B">
        <w:trPr>
          <w:jc w:val="center"/>
        </w:trPr>
        <w:tc>
          <w:tcPr>
            <w:tcW w:w="78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2007E2A"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IGF-1</w:t>
            </w:r>
          </w:p>
        </w:tc>
        <w:tc>
          <w:tcPr>
            <w:tcW w:w="84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7F4E854"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1.214 (1.187-1.241)</w:t>
            </w:r>
          </w:p>
        </w:tc>
        <w:tc>
          <w:tcPr>
            <w:tcW w:w="874"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9819489"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1.210 (1.183-1.237)</w:t>
            </w:r>
          </w:p>
        </w:tc>
        <w:tc>
          <w:tcPr>
            <w:tcW w:w="93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B2C4A8B"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1.004 (1.002-1.005)</w:t>
            </w:r>
          </w:p>
        </w:tc>
        <w:tc>
          <w:tcPr>
            <w:tcW w:w="1128"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D34C395"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2.103 (1.334-2.873)</w:t>
            </w:r>
          </w:p>
        </w:tc>
        <w:tc>
          <w:tcPr>
            <w:tcW w:w="44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C402C88"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&lt;0.001</w:t>
            </w:r>
          </w:p>
        </w:tc>
      </w:tr>
      <w:tr w:rsidR="00E70DA4" w:rsidRPr="001A2E38" w14:paraId="71A73075" w14:textId="77777777" w:rsidTr="0059499B">
        <w:trPr>
          <w:jc w:val="center"/>
        </w:trPr>
        <w:tc>
          <w:tcPr>
            <w:tcW w:w="78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608D1BC"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SBP</w:t>
            </w:r>
          </w:p>
        </w:tc>
        <w:tc>
          <w:tcPr>
            <w:tcW w:w="84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B62E965"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1.210 (1.183-1.239)</w:t>
            </w:r>
          </w:p>
        </w:tc>
        <w:tc>
          <w:tcPr>
            <w:tcW w:w="874"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CA0A832"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1.209 (1.181-1.237)</w:t>
            </w:r>
          </w:p>
        </w:tc>
        <w:tc>
          <w:tcPr>
            <w:tcW w:w="93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A618492"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1.001 (1.000-1.002)</w:t>
            </w:r>
          </w:p>
        </w:tc>
        <w:tc>
          <w:tcPr>
            <w:tcW w:w="1128"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A279900"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0.692 (0.178-1.206)</w:t>
            </w:r>
          </w:p>
        </w:tc>
        <w:tc>
          <w:tcPr>
            <w:tcW w:w="44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C25652C"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0.009</w:t>
            </w:r>
          </w:p>
        </w:tc>
      </w:tr>
      <w:tr w:rsidR="00E70DA4" w:rsidRPr="001A2E38" w14:paraId="1790413F" w14:textId="77777777" w:rsidTr="0059499B">
        <w:trPr>
          <w:jc w:val="center"/>
        </w:trPr>
        <w:tc>
          <w:tcPr>
            <w:tcW w:w="782" w:type="pct"/>
            <w:tcBorders>
              <w:top w:val="none" w:sz="0" w:space="0" w:color="000000"/>
              <w:left w:val="none" w:sz="0" w:space="0" w:color="000000"/>
              <w:bottom w:val="none" w:sz="0" w:space="0" w:color="000000"/>
              <w:right w:val="none" w:sz="0" w:space="0" w:color="000000"/>
            </w:tcBorders>
            <w:shd w:val="clear" w:color="auto" w:fill="F2F2F2"/>
            <w:tcMar>
              <w:top w:w="0" w:type="dxa"/>
              <w:left w:w="0" w:type="dxa"/>
              <w:bottom w:w="0" w:type="dxa"/>
              <w:right w:w="0" w:type="dxa"/>
            </w:tcMar>
            <w:vAlign w:val="center"/>
          </w:tcPr>
          <w:p w14:paraId="35FAF2DD"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rPr>
                <w:rFonts w:ascii="Times New Roman" w:eastAsia="Arial" w:hAnsi="Times New Roman" w:cs="Times New Roman"/>
                <w:b/>
                <w:color w:val="000000"/>
                <w:sz w:val="20"/>
                <w:szCs w:val="20"/>
              </w:rPr>
            </w:pPr>
            <w:r w:rsidRPr="001A2E38">
              <w:rPr>
                <w:rFonts w:ascii="Times New Roman" w:eastAsia="Arial" w:hAnsi="Times New Roman" w:cs="Times New Roman"/>
                <w:b/>
                <w:color w:val="000000"/>
                <w:sz w:val="20"/>
                <w:szCs w:val="20"/>
              </w:rPr>
              <w:t>CHG-WWI</w:t>
            </w:r>
          </w:p>
        </w:tc>
        <w:tc>
          <w:tcPr>
            <w:tcW w:w="841" w:type="pct"/>
            <w:tcBorders>
              <w:top w:val="none" w:sz="0" w:space="0" w:color="000000"/>
              <w:left w:val="none" w:sz="0" w:space="0" w:color="000000"/>
              <w:bottom w:val="none" w:sz="0" w:space="0" w:color="000000"/>
              <w:right w:val="none" w:sz="0" w:space="0" w:color="000000"/>
            </w:tcBorders>
            <w:shd w:val="clear" w:color="auto" w:fill="F2F2F2"/>
            <w:tcMar>
              <w:top w:w="0" w:type="dxa"/>
              <w:left w:w="0" w:type="dxa"/>
              <w:bottom w:w="0" w:type="dxa"/>
              <w:right w:w="0" w:type="dxa"/>
            </w:tcMar>
            <w:vAlign w:val="center"/>
          </w:tcPr>
          <w:p w14:paraId="7743D396"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b/>
                <w:color w:val="000000"/>
                <w:sz w:val="20"/>
                <w:szCs w:val="20"/>
              </w:rPr>
            </w:pPr>
          </w:p>
        </w:tc>
        <w:tc>
          <w:tcPr>
            <w:tcW w:w="874" w:type="pct"/>
            <w:tcBorders>
              <w:top w:val="none" w:sz="0" w:space="0" w:color="000000"/>
              <w:left w:val="none" w:sz="0" w:space="0" w:color="000000"/>
              <w:bottom w:val="none" w:sz="0" w:space="0" w:color="000000"/>
              <w:right w:val="none" w:sz="0" w:space="0" w:color="000000"/>
            </w:tcBorders>
            <w:shd w:val="clear" w:color="auto" w:fill="F2F2F2"/>
            <w:tcMar>
              <w:top w:w="0" w:type="dxa"/>
              <w:left w:w="0" w:type="dxa"/>
              <w:bottom w:w="0" w:type="dxa"/>
              <w:right w:w="0" w:type="dxa"/>
            </w:tcMar>
            <w:vAlign w:val="center"/>
          </w:tcPr>
          <w:p w14:paraId="00191064"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b/>
                <w:color w:val="000000"/>
                <w:sz w:val="20"/>
                <w:szCs w:val="20"/>
              </w:rPr>
            </w:pPr>
          </w:p>
        </w:tc>
        <w:tc>
          <w:tcPr>
            <w:tcW w:w="935" w:type="pct"/>
            <w:tcBorders>
              <w:top w:val="none" w:sz="0" w:space="0" w:color="000000"/>
              <w:left w:val="none" w:sz="0" w:space="0" w:color="000000"/>
              <w:bottom w:val="none" w:sz="0" w:space="0" w:color="000000"/>
              <w:right w:val="none" w:sz="0" w:space="0" w:color="000000"/>
            </w:tcBorders>
            <w:shd w:val="clear" w:color="auto" w:fill="F2F2F2"/>
            <w:tcMar>
              <w:top w:w="0" w:type="dxa"/>
              <w:left w:w="0" w:type="dxa"/>
              <w:bottom w:w="0" w:type="dxa"/>
              <w:right w:w="0" w:type="dxa"/>
            </w:tcMar>
            <w:vAlign w:val="center"/>
          </w:tcPr>
          <w:p w14:paraId="5C967935"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b/>
                <w:color w:val="000000"/>
                <w:sz w:val="20"/>
                <w:szCs w:val="20"/>
              </w:rPr>
            </w:pPr>
          </w:p>
        </w:tc>
        <w:tc>
          <w:tcPr>
            <w:tcW w:w="1128" w:type="pct"/>
            <w:tcBorders>
              <w:top w:val="none" w:sz="0" w:space="0" w:color="000000"/>
              <w:left w:val="none" w:sz="0" w:space="0" w:color="000000"/>
              <w:bottom w:val="none" w:sz="0" w:space="0" w:color="000000"/>
              <w:right w:val="none" w:sz="0" w:space="0" w:color="000000"/>
            </w:tcBorders>
            <w:shd w:val="clear" w:color="auto" w:fill="F2F2F2"/>
            <w:tcMar>
              <w:top w:w="0" w:type="dxa"/>
              <w:left w:w="0" w:type="dxa"/>
              <w:bottom w:w="0" w:type="dxa"/>
              <w:right w:w="0" w:type="dxa"/>
            </w:tcMar>
            <w:vAlign w:val="center"/>
          </w:tcPr>
          <w:p w14:paraId="13B4DEE5"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b/>
                <w:color w:val="000000"/>
                <w:sz w:val="20"/>
                <w:szCs w:val="20"/>
              </w:rPr>
            </w:pPr>
          </w:p>
        </w:tc>
        <w:tc>
          <w:tcPr>
            <w:tcW w:w="440" w:type="pct"/>
            <w:tcBorders>
              <w:top w:val="none" w:sz="0" w:space="0" w:color="000000"/>
              <w:left w:val="none" w:sz="0" w:space="0" w:color="000000"/>
              <w:bottom w:val="none" w:sz="0" w:space="0" w:color="000000"/>
              <w:right w:val="none" w:sz="0" w:space="0" w:color="000000"/>
            </w:tcBorders>
            <w:shd w:val="clear" w:color="auto" w:fill="F2F2F2"/>
            <w:tcMar>
              <w:top w:w="0" w:type="dxa"/>
              <w:left w:w="0" w:type="dxa"/>
              <w:bottom w:w="0" w:type="dxa"/>
              <w:right w:w="0" w:type="dxa"/>
            </w:tcMar>
            <w:vAlign w:val="center"/>
          </w:tcPr>
          <w:p w14:paraId="1CD7A2E1"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b/>
                <w:color w:val="000000"/>
                <w:sz w:val="20"/>
                <w:szCs w:val="20"/>
              </w:rPr>
            </w:pPr>
          </w:p>
        </w:tc>
      </w:tr>
      <w:tr w:rsidR="00E70DA4" w:rsidRPr="001A2E38" w14:paraId="2E65E6DD" w14:textId="77777777" w:rsidTr="0059499B">
        <w:trPr>
          <w:jc w:val="center"/>
        </w:trPr>
        <w:tc>
          <w:tcPr>
            <w:tcW w:w="78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423C782"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rPr>
                <w:rFonts w:ascii="Times New Roman" w:eastAsia="Arial" w:hAnsi="Times New Roman" w:cs="Times New Roman"/>
                <w:b/>
                <w:color w:val="000000"/>
                <w:sz w:val="20"/>
                <w:szCs w:val="20"/>
              </w:rPr>
            </w:pPr>
            <w:r w:rsidRPr="001A2E38">
              <w:rPr>
                <w:rFonts w:ascii="Times New Roman" w:eastAsia="Arial" w:hAnsi="Times New Roman" w:cs="Times New Roman"/>
                <w:b/>
                <w:color w:val="000000"/>
                <w:sz w:val="20"/>
                <w:szCs w:val="20"/>
              </w:rPr>
              <w:t>Liver function</w:t>
            </w:r>
          </w:p>
        </w:tc>
        <w:tc>
          <w:tcPr>
            <w:tcW w:w="84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BA993DA"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b/>
                <w:color w:val="000000"/>
                <w:sz w:val="20"/>
                <w:szCs w:val="20"/>
              </w:rPr>
            </w:pPr>
          </w:p>
        </w:tc>
        <w:tc>
          <w:tcPr>
            <w:tcW w:w="874"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399F2ED"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b/>
                <w:color w:val="000000"/>
                <w:sz w:val="20"/>
                <w:szCs w:val="20"/>
              </w:rPr>
            </w:pPr>
          </w:p>
        </w:tc>
        <w:tc>
          <w:tcPr>
            <w:tcW w:w="93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4095B0A"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b/>
                <w:color w:val="000000"/>
                <w:sz w:val="20"/>
                <w:szCs w:val="20"/>
              </w:rPr>
            </w:pPr>
          </w:p>
        </w:tc>
        <w:tc>
          <w:tcPr>
            <w:tcW w:w="1128"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5F692E2"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b/>
                <w:color w:val="000000"/>
                <w:sz w:val="20"/>
                <w:szCs w:val="20"/>
              </w:rPr>
            </w:pPr>
          </w:p>
        </w:tc>
        <w:tc>
          <w:tcPr>
            <w:tcW w:w="44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F6DB280"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b/>
                <w:color w:val="000000"/>
                <w:sz w:val="20"/>
                <w:szCs w:val="20"/>
              </w:rPr>
            </w:pPr>
          </w:p>
        </w:tc>
      </w:tr>
      <w:tr w:rsidR="00E70DA4" w:rsidRPr="001A2E38" w14:paraId="2EBD2AA4" w14:textId="77777777" w:rsidTr="0059499B">
        <w:trPr>
          <w:jc w:val="center"/>
        </w:trPr>
        <w:tc>
          <w:tcPr>
            <w:tcW w:w="78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6568A9F"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Albumin</w:t>
            </w:r>
          </w:p>
        </w:tc>
        <w:tc>
          <w:tcPr>
            <w:tcW w:w="84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110C38A"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1.556 (1.517-1.597)</w:t>
            </w:r>
          </w:p>
        </w:tc>
        <w:tc>
          <w:tcPr>
            <w:tcW w:w="874"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B2A4D70"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1.555 (1.515-1.595)</w:t>
            </w:r>
          </w:p>
        </w:tc>
        <w:tc>
          <w:tcPr>
            <w:tcW w:w="93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0E9A664"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1.001 (1.000-1.002)</w:t>
            </w:r>
          </w:p>
        </w:tc>
        <w:tc>
          <w:tcPr>
            <w:tcW w:w="1128"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EA128F7"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0.352 (0.094-0.609)</w:t>
            </w:r>
          </w:p>
        </w:tc>
        <w:tc>
          <w:tcPr>
            <w:tcW w:w="44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7AD4F04"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0.008</w:t>
            </w:r>
          </w:p>
        </w:tc>
      </w:tr>
      <w:tr w:rsidR="00E70DA4" w:rsidRPr="001A2E38" w14:paraId="3852A419" w14:textId="77777777" w:rsidTr="0059499B">
        <w:trPr>
          <w:jc w:val="center"/>
        </w:trPr>
        <w:tc>
          <w:tcPr>
            <w:tcW w:w="78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A19956B"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ALP</w:t>
            </w:r>
          </w:p>
        </w:tc>
        <w:tc>
          <w:tcPr>
            <w:tcW w:w="84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285FA6C"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1.555 (1.516-1.596)</w:t>
            </w:r>
          </w:p>
        </w:tc>
        <w:tc>
          <w:tcPr>
            <w:tcW w:w="874"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8E4BED3"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1.554 (1.514-1.594)</w:t>
            </w:r>
          </w:p>
        </w:tc>
        <w:tc>
          <w:tcPr>
            <w:tcW w:w="93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A798A54"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1.001 (1.000-1.002)</w:t>
            </w:r>
          </w:p>
        </w:tc>
        <w:tc>
          <w:tcPr>
            <w:tcW w:w="1128"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3BCA504"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0.322 (0.099-0.545)</w:t>
            </w:r>
          </w:p>
        </w:tc>
        <w:tc>
          <w:tcPr>
            <w:tcW w:w="44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7133E86"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0.005</w:t>
            </w:r>
          </w:p>
        </w:tc>
      </w:tr>
      <w:tr w:rsidR="00E70DA4" w:rsidRPr="001A2E38" w14:paraId="2D5705B1" w14:textId="77777777" w:rsidTr="0059499B">
        <w:trPr>
          <w:jc w:val="center"/>
        </w:trPr>
        <w:tc>
          <w:tcPr>
            <w:tcW w:w="78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56E31DE"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ALT</w:t>
            </w:r>
          </w:p>
        </w:tc>
        <w:tc>
          <w:tcPr>
            <w:tcW w:w="84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F7BE2DE"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1.548 (1.509-1.588)</w:t>
            </w:r>
          </w:p>
        </w:tc>
        <w:tc>
          <w:tcPr>
            <w:tcW w:w="874"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EBB5AF4"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1.535 (1.496-1.574)</w:t>
            </w:r>
          </w:p>
        </w:tc>
        <w:tc>
          <w:tcPr>
            <w:tcW w:w="93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49D29AC"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1.009 (1.007-1.011)</w:t>
            </w:r>
          </w:p>
        </w:tc>
        <w:tc>
          <w:tcPr>
            <w:tcW w:w="1128"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C545599"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2.447 (1.887-3.008)</w:t>
            </w:r>
          </w:p>
        </w:tc>
        <w:tc>
          <w:tcPr>
            <w:tcW w:w="44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A648534"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&lt;0.001</w:t>
            </w:r>
          </w:p>
        </w:tc>
      </w:tr>
      <w:tr w:rsidR="00E70DA4" w:rsidRPr="001A2E38" w14:paraId="2C71EB5E" w14:textId="77777777" w:rsidTr="0059499B">
        <w:trPr>
          <w:jc w:val="center"/>
        </w:trPr>
        <w:tc>
          <w:tcPr>
            <w:tcW w:w="78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E821D0E"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AST</w:t>
            </w:r>
          </w:p>
        </w:tc>
        <w:tc>
          <w:tcPr>
            <w:tcW w:w="84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0A1A668"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1.551 (1.512-1.591)</w:t>
            </w:r>
          </w:p>
        </w:tc>
        <w:tc>
          <w:tcPr>
            <w:tcW w:w="874"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479DB71"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1.549 (1.510-1.589)</w:t>
            </w:r>
          </w:p>
        </w:tc>
        <w:tc>
          <w:tcPr>
            <w:tcW w:w="93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1E45AF6"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1.001 (1.001-1.002)</w:t>
            </w:r>
          </w:p>
        </w:tc>
        <w:tc>
          <w:tcPr>
            <w:tcW w:w="1128"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0827232"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0.334 (0.187-0.481)</w:t>
            </w:r>
          </w:p>
        </w:tc>
        <w:tc>
          <w:tcPr>
            <w:tcW w:w="44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763D868"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&lt;0.001</w:t>
            </w:r>
          </w:p>
        </w:tc>
      </w:tr>
      <w:tr w:rsidR="00E70DA4" w:rsidRPr="001A2E38" w14:paraId="1552049B" w14:textId="77777777" w:rsidTr="0059499B">
        <w:trPr>
          <w:jc w:val="center"/>
        </w:trPr>
        <w:tc>
          <w:tcPr>
            <w:tcW w:w="78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95F49F8"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rPr>
                <w:rFonts w:ascii="Times New Roman" w:eastAsia="Arial" w:hAnsi="Times New Roman" w:cs="Times New Roman"/>
                <w:b/>
                <w:color w:val="000000"/>
                <w:sz w:val="20"/>
                <w:szCs w:val="20"/>
              </w:rPr>
            </w:pPr>
            <w:r w:rsidRPr="001A2E38">
              <w:rPr>
                <w:rFonts w:ascii="Times New Roman" w:eastAsia="Arial" w:hAnsi="Times New Roman" w:cs="Times New Roman"/>
                <w:b/>
                <w:color w:val="000000"/>
                <w:sz w:val="20"/>
                <w:szCs w:val="20"/>
              </w:rPr>
              <w:t>Renal function</w:t>
            </w:r>
          </w:p>
        </w:tc>
        <w:tc>
          <w:tcPr>
            <w:tcW w:w="84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7A57A3F"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b/>
                <w:color w:val="000000"/>
                <w:sz w:val="20"/>
                <w:szCs w:val="20"/>
              </w:rPr>
            </w:pPr>
          </w:p>
        </w:tc>
        <w:tc>
          <w:tcPr>
            <w:tcW w:w="874"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24FA3D8"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b/>
                <w:color w:val="000000"/>
                <w:sz w:val="20"/>
                <w:szCs w:val="20"/>
              </w:rPr>
            </w:pPr>
          </w:p>
        </w:tc>
        <w:tc>
          <w:tcPr>
            <w:tcW w:w="93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44D70F5"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b/>
                <w:color w:val="000000"/>
                <w:sz w:val="20"/>
                <w:szCs w:val="20"/>
              </w:rPr>
            </w:pPr>
          </w:p>
        </w:tc>
        <w:tc>
          <w:tcPr>
            <w:tcW w:w="1128"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9F33887"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b/>
                <w:color w:val="000000"/>
                <w:sz w:val="20"/>
                <w:szCs w:val="20"/>
              </w:rPr>
            </w:pPr>
          </w:p>
        </w:tc>
        <w:tc>
          <w:tcPr>
            <w:tcW w:w="44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2CC5E7F"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b/>
                <w:color w:val="000000"/>
                <w:sz w:val="20"/>
                <w:szCs w:val="20"/>
              </w:rPr>
            </w:pPr>
          </w:p>
        </w:tc>
      </w:tr>
      <w:tr w:rsidR="00E70DA4" w:rsidRPr="001A2E38" w14:paraId="3F5F9560" w14:textId="77777777" w:rsidTr="0059499B">
        <w:trPr>
          <w:jc w:val="center"/>
        </w:trPr>
        <w:tc>
          <w:tcPr>
            <w:tcW w:w="78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6877951"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Cystatin C</w:t>
            </w:r>
          </w:p>
        </w:tc>
        <w:tc>
          <w:tcPr>
            <w:tcW w:w="84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645C516"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1.563 (1.523-1.604)</w:t>
            </w:r>
          </w:p>
        </w:tc>
        <w:tc>
          <w:tcPr>
            <w:tcW w:w="874"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DA69A5D"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1.556 (1.517-1.597)</w:t>
            </w:r>
          </w:p>
        </w:tc>
        <w:tc>
          <w:tcPr>
            <w:tcW w:w="93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B7C8C32"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1.004 (1.004-1.005)</w:t>
            </w:r>
          </w:p>
        </w:tc>
        <w:tc>
          <w:tcPr>
            <w:tcW w:w="1128"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41B2CAA"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1.235 (0.980-1.489)</w:t>
            </w:r>
          </w:p>
        </w:tc>
        <w:tc>
          <w:tcPr>
            <w:tcW w:w="44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18D28B6"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&lt;0.001</w:t>
            </w:r>
          </w:p>
        </w:tc>
      </w:tr>
      <w:tr w:rsidR="00E70DA4" w:rsidRPr="001A2E38" w14:paraId="11EE0A94" w14:textId="77777777" w:rsidTr="0059499B">
        <w:trPr>
          <w:jc w:val="center"/>
        </w:trPr>
        <w:tc>
          <w:tcPr>
            <w:tcW w:w="78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0F253BF"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Urate</w:t>
            </w:r>
          </w:p>
        </w:tc>
        <w:tc>
          <w:tcPr>
            <w:tcW w:w="84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B83B859"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1.571 (1.531-1.613)</w:t>
            </w:r>
          </w:p>
        </w:tc>
        <w:tc>
          <w:tcPr>
            <w:tcW w:w="874"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744391A"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1.556 (1.517-1.597)</w:t>
            </w:r>
          </w:p>
        </w:tc>
        <w:tc>
          <w:tcPr>
            <w:tcW w:w="93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F4F5D34"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1.010 (1.007-1.012)</w:t>
            </w:r>
          </w:p>
        </w:tc>
        <w:tc>
          <w:tcPr>
            <w:tcW w:w="1128"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2B78E07"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2.645 (1.980-3.311)</w:t>
            </w:r>
          </w:p>
        </w:tc>
        <w:tc>
          <w:tcPr>
            <w:tcW w:w="44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6D058DD"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&lt;0.001</w:t>
            </w:r>
          </w:p>
        </w:tc>
      </w:tr>
      <w:tr w:rsidR="00E70DA4" w:rsidRPr="001A2E38" w14:paraId="13FBC8E1" w14:textId="77777777" w:rsidTr="0059499B">
        <w:trPr>
          <w:jc w:val="center"/>
        </w:trPr>
        <w:tc>
          <w:tcPr>
            <w:tcW w:w="78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41896A5"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rPr>
                <w:rFonts w:ascii="Times New Roman" w:eastAsia="Arial" w:hAnsi="Times New Roman" w:cs="Times New Roman"/>
                <w:b/>
                <w:color w:val="000000"/>
                <w:sz w:val="20"/>
                <w:szCs w:val="20"/>
              </w:rPr>
            </w:pPr>
            <w:r w:rsidRPr="001A2E38">
              <w:rPr>
                <w:rFonts w:ascii="Times New Roman" w:eastAsia="Arial" w:hAnsi="Times New Roman" w:cs="Times New Roman"/>
                <w:b/>
                <w:color w:val="000000"/>
                <w:sz w:val="20"/>
                <w:szCs w:val="20"/>
              </w:rPr>
              <w:lastRenderedPageBreak/>
              <w:t>Systemic inflammation</w:t>
            </w:r>
          </w:p>
        </w:tc>
        <w:tc>
          <w:tcPr>
            <w:tcW w:w="84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E5831B3"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b/>
                <w:color w:val="000000"/>
                <w:sz w:val="20"/>
                <w:szCs w:val="20"/>
              </w:rPr>
            </w:pPr>
          </w:p>
        </w:tc>
        <w:tc>
          <w:tcPr>
            <w:tcW w:w="874"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877804F"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b/>
                <w:color w:val="000000"/>
                <w:sz w:val="20"/>
                <w:szCs w:val="20"/>
              </w:rPr>
            </w:pPr>
          </w:p>
        </w:tc>
        <w:tc>
          <w:tcPr>
            <w:tcW w:w="93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B824046"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b/>
                <w:color w:val="000000"/>
                <w:sz w:val="20"/>
                <w:szCs w:val="20"/>
              </w:rPr>
            </w:pPr>
          </w:p>
        </w:tc>
        <w:tc>
          <w:tcPr>
            <w:tcW w:w="1128"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EE894A6"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b/>
                <w:color w:val="000000"/>
                <w:sz w:val="20"/>
                <w:szCs w:val="20"/>
              </w:rPr>
            </w:pPr>
          </w:p>
        </w:tc>
        <w:tc>
          <w:tcPr>
            <w:tcW w:w="44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B9B6843"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b/>
                <w:color w:val="000000"/>
                <w:sz w:val="20"/>
                <w:szCs w:val="20"/>
              </w:rPr>
            </w:pPr>
          </w:p>
        </w:tc>
      </w:tr>
      <w:tr w:rsidR="00E70DA4" w:rsidRPr="001A2E38" w14:paraId="692B34BA" w14:textId="77777777" w:rsidTr="0059499B">
        <w:trPr>
          <w:jc w:val="center"/>
        </w:trPr>
        <w:tc>
          <w:tcPr>
            <w:tcW w:w="78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D5620DA"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CRP</w:t>
            </w:r>
          </w:p>
        </w:tc>
        <w:tc>
          <w:tcPr>
            <w:tcW w:w="84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C371F1E"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1.554 (1.515-1.595)</w:t>
            </w:r>
          </w:p>
        </w:tc>
        <w:tc>
          <w:tcPr>
            <w:tcW w:w="874"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9B18628"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1.543 (1.504-1.583)</w:t>
            </w:r>
          </w:p>
        </w:tc>
        <w:tc>
          <w:tcPr>
            <w:tcW w:w="93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A749895"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1.007 (1.005-1.009)</w:t>
            </w:r>
          </w:p>
        </w:tc>
        <w:tc>
          <w:tcPr>
            <w:tcW w:w="1128"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60E3CC2"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2.005 (1.467-2.542)</w:t>
            </w:r>
          </w:p>
        </w:tc>
        <w:tc>
          <w:tcPr>
            <w:tcW w:w="44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B3DB3E5"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&lt;0.001</w:t>
            </w:r>
          </w:p>
        </w:tc>
      </w:tr>
      <w:tr w:rsidR="00E70DA4" w:rsidRPr="001A2E38" w14:paraId="2920114C" w14:textId="77777777" w:rsidTr="0059499B">
        <w:trPr>
          <w:jc w:val="center"/>
        </w:trPr>
        <w:tc>
          <w:tcPr>
            <w:tcW w:w="78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992A9EC"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WBC</w:t>
            </w:r>
          </w:p>
        </w:tc>
        <w:tc>
          <w:tcPr>
            <w:tcW w:w="84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A8DA138"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1.570 (1.530-1.611)</w:t>
            </w:r>
          </w:p>
        </w:tc>
        <w:tc>
          <w:tcPr>
            <w:tcW w:w="874"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66EBD0F"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1.562 (1.522-1.603)</w:t>
            </w:r>
          </w:p>
        </w:tc>
        <w:tc>
          <w:tcPr>
            <w:tcW w:w="93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157A883"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1.005 (1.004-1.006)</w:t>
            </w:r>
          </w:p>
        </w:tc>
        <w:tc>
          <w:tcPr>
            <w:tcW w:w="1128"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AE88F0B"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1.338 (1.082-1.594)</w:t>
            </w:r>
          </w:p>
        </w:tc>
        <w:tc>
          <w:tcPr>
            <w:tcW w:w="44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6C47097"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&lt;0.001</w:t>
            </w:r>
          </w:p>
        </w:tc>
      </w:tr>
      <w:tr w:rsidR="00E70DA4" w:rsidRPr="001A2E38" w14:paraId="1BFE9F14" w14:textId="77777777" w:rsidTr="0059499B">
        <w:trPr>
          <w:jc w:val="center"/>
        </w:trPr>
        <w:tc>
          <w:tcPr>
            <w:tcW w:w="78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E444C2D"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Lymphocyte</w:t>
            </w:r>
          </w:p>
        </w:tc>
        <w:tc>
          <w:tcPr>
            <w:tcW w:w="84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D2B43B3"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1.572 (1.531-1.613)</w:t>
            </w:r>
          </w:p>
        </w:tc>
        <w:tc>
          <w:tcPr>
            <w:tcW w:w="874"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FD0EC56"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1.570 (1.530-1.612)</w:t>
            </w:r>
          </w:p>
        </w:tc>
        <w:tc>
          <w:tcPr>
            <w:tcW w:w="93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D0795EE"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1.001 (1.000-1.001)</w:t>
            </w:r>
          </w:p>
        </w:tc>
        <w:tc>
          <w:tcPr>
            <w:tcW w:w="1128"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0F9A82"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0.206 (0.018-0.395)</w:t>
            </w:r>
          </w:p>
        </w:tc>
        <w:tc>
          <w:tcPr>
            <w:tcW w:w="44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CA75F44"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0.034</w:t>
            </w:r>
          </w:p>
        </w:tc>
      </w:tr>
      <w:tr w:rsidR="00E70DA4" w:rsidRPr="001A2E38" w14:paraId="469D0893" w14:textId="77777777" w:rsidTr="0059499B">
        <w:trPr>
          <w:jc w:val="center"/>
        </w:trPr>
        <w:tc>
          <w:tcPr>
            <w:tcW w:w="78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22980E9"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Monocyte</w:t>
            </w:r>
          </w:p>
        </w:tc>
        <w:tc>
          <w:tcPr>
            <w:tcW w:w="84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D43186D"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1.571 (1.531-1.613)</w:t>
            </w:r>
          </w:p>
        </w:tc>
        <w:tc>
          <w:tcPr>
            <w:tcW w:w="874"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20CE6C2"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1.570 (1.529-1.611)</w:t>
            </w:r>
          </w:p>
        </w:tc>
        <w:tc>
          <w:tcPr>
            <w:tcW w:w="93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3FDA685"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1.001 (1.001-1.002)</w:t>
            </w:r>
          </w:p>
        </w:tc>
        <w:tc>
          <w:tcPr>
            <w:tcW w:w="1128"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4EA3ADE"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0.294 (0.167-0.421)</w:t>
            </w:r>
          </w:p>
        </w:tc>
        <w:tc>
          <w:tcPr>
            <w:tcW w:w="44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8E14EE9"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&lt;0.001</w:t>
            </w:r>
          </w:p>
        </w:tc>
      </w:tr>
      <w:tr w:rsidR="00E70DA4" w:rsidRPr="001A2E38" w14:paraId="29A97D29" w14:textId="77777777" w:rsidTr="0059499B">
        <w:trPr>
          <w:jc w:val="center"/>
        </w:trPr>
        <w:tc>
          <w:tcPr>
            <w:tcW w:w="78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15ED7A1"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Neutrophil</w:t>
            </w:r>
          </w:p>
        </w:tc>
        <w:tc>
          <w:tcPr>
            <w:tcW w:w="84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E83085C"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1.573 (1.533-1.615)</w:t>
            </w:r>
          </w:p>
        </w:tc>
        <w:tc>
          <w:tcPr>
            <w:tcW w:w="874"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3E4BF91"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1.553 (1.513-1.595)</w:t>
            </w:r>
          </w:p>
        </w:tc>
        <w:tc>
          <w:tcPr>
            <w:tcW w:w="93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995C0D0"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1.013 (1.011-1.015)</w:t>
            </w:r>
          </w:p>
        </w:tc>
        <w:tc>
          <w:tcPr>
            <w:tcW w:w="1128"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112F309"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3.498 (2.907-4.089)</w:t>
            </w:r>
          </w:p>
        </w:tc>
        <w:tc>
          <w:tcPr>
            <w:tcW w:w="44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F026354"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&lt;0.001</w:t>
            </w:r>
          </w:p>
        </w:tc>
      </w:tr>
      <w:tr w:rsidR="00E70DA4" w:rsidRPr="001A2E38" w14:paraId="2E732534" w14:textId="77777777" w:rsidTr="0059499B">
        <w:trPr>
          <w:jc w:val="center"/>
        </w:trPr>
        <w:tc>
          <w:tcPr>
            <w:tcW w:w="78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633658F"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Eosinophil</w:t>
            </w:r>
          </w:p>
        </w:tc>
        <w:tc>
          <w:tcPr>
            <w:tcW w:w="84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CCC0CB8"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1.574 (1.533-1.615)</w:t>
            </w:r>
          </w:p>
        </w:tc>
        <w:tc>
          <w:tcPr>
            <w:tcW w:w="874"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B10CCA8"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1.571 (1.531-1.612)</w:t>
            </w:r>
          </w:p>
        </w:tc>
        <w:tc>
          <w:tcPr>
            <w:tcW w:w="93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E880C64"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1.002 (1.001-1.002)</w:t>
            </w:r>
          </w:p>
        </w:tc>
        <w:tc>
          <w:tcPr>
            <w:tcW w:w="1128"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4503D7A"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0.467 (0.278-0.657)</w:t>
            </w:r>
          </w:p>
        </w:tc>
        <w:tc>
          <w:tcPr>
            <w:tcW w:w="44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55379C4"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&lt;0.001</w:t>
            </w:r>
          </w:p>
        </w:tc>
      </w:tr>
      <w:tr w:rsidR="00E70DA4" w:rsidRPr="001A2E38" w14:paraId="63DEA461" w14:textId="77777777" w:rsidTr="0059499B">
        <w:trPr>
          <w:jc w:val="center"/>
        </w:trPr>
        <w:tc>
          <w:tcPr>
            <w:tcW w:w="78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266FCEE"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Basophil</w:t>
            </w:r>
          </w:p>
        </w:tc>
        <w:tc>
          <w:tcPr>
            <w:tcW w:w="84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402036A"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1.571 (1.531-1.613)</w:t>
            </w:r>
          </w:p>
        </w:tc>
        <w:tc>
          <w:tcPr>
            <w:tcW w:w="874"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C49C1E4"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1.571 (1.530-1.612)</w:t>
            </w:r>
          </w:p>
        </w:tc>
        <w:tc>
          <w:tcPr>
            <w:tcW w:w="93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4A00D24"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1.001 (1.000-1.001)</w:t>
            </w:r>
          </w:p>
        </w:tc>
        <w:tc>
          <w:tcPr>
            <w:tcW w:w="1128"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B24D23B"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0.159 (0.025-0.294)</w:t>
            </w:r>
          </w:p>
        </w:tc>
        <w:tc>
          <w:tcPr>
            <w:tcW w:w="44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EA1E518"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0.022</w:t>
            </w:r>
          </w:p>
        </w:tc>
      </w:tr>
      <w:tr w:rsidR="00E70DA4" w:rsidRPr="001A2E38" w14:paraId="27D9274B" w14:textId="77777777" w:rsidTr="0059499B">
        <w:trPr>
          <w:jc w:val="center"/>
        </w:trPr>
        <w:tc>
          <w:tcPr>
            <w:tcW w:w="78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F551532"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rPr>
                <w:rFonts w:ascii="Times New Roman" w:eastAsia="Arial" w:hAnsi="Times New Roman" w:cs="Times New Roman"/>
                <w:b/>
                <w:color w:val="000000"/>
                <w:sz w:val="20"/>
                <w:szCs w:val="20"/>
              </w:rPr>
            </w:pPr>
            <w:r w:rsidRPr="001A2E38">
              <w:rPr>
                <w:rFonts w:ascii="Times New Roman" w:eastAsia="Arial" w:hAnsi="Times New Roman" w:cs="Times New Roman"/>
                <w:b/>
                <w:color w:val="000000"/>
                <w:sz w:val="20"/>
                <w:szCs w:val="20"/>
              </w:rPr>
              <w:t>Metabolic</w:t>
            </w:r>
          </w:p>
        </w:tc>
        <w:tc>
          <w:tcPr>
            <w:tcW w:w="84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E1B17F3"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b/>
                <w:color w:val="000000"/>
                <w:sz w:val="20"/>
                <w:szCs w:val="20"/>
              </w:rPr>
            </w:pPr>
          </w:p>
        </w:tc>
        <w:tc>
          <w:tcPr>
            <w:tcW w:w="874"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072979F"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b/>
                <w:color w:val="000000"/>
                <w:sz w:val="20"/>
                <w:szCs w:val="20"/>
              </w:rPr>
            </w:pPr>
          </w:p>
        </w:tc>
        <w:tc>
          <w:tcPr>
            <w:tcW w:w="93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72FA081"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b/>
                <w:color w:val="000000"/>
                <w:sz w:val="20"/>
                <w:szCs w:val="20"/>
              </w:rPr>
            </w:pPr>
          </w:p>
        </w:tc>
        <w:tc>
          <w:tcPr>
            <w:tcW w:w="1128"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92D445C"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b/>
                <w:color w:val="000000"/>
                <w:sz w:val="20"/>
                <w:szCs w:val="20"/>
              </w:rPr>
            </w:pPr>
          </w:p>
        </w:tc>
        <w:tc>
          <w:tcPr>
            <w:tcW w:w="44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8A472EA"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b/>
                <w:color w:val="000000"/>
                <w:sz w:val="20"/>
                <w:szCs w:val="20"/>
              </w:rPr>
            </w:pPr>
          </w:p>
        </w:tc>
      </w:tr>
      <w:tr w:rsidR="00E70DA4" w:rsidRPr="001A2E38" w14:paraId="183868F6" w14:textId="77777777" w:rsidTr="0059499B">
        <w:trPr>
          <w:jc w:val="center"/>
        </w:trPr>
        <w:tc>
          <w:tcPr>
            <w:tcW w:w="78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0C52922"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ApoA</w:t>
            </w:r>
          </w:p>
        </w:tc>
        <w:tc>
          <w:tcPr>
            <w:tcW w:w="84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6C7E2BB"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1.571 (1.530-1.612)</w:t>
            </w:r>
          </w:p>
        </w:tc>
        <w:tc>
          <w:tcPr>
            <w:tcW w:w="874"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D51F08F"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1.526 (1.485-1.568)</w:t>
            </w:r>
          </w:p>
        </w:tc>
        <w:tc>
          <w:tcPr>
            <w:tcW w:w="93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B866282"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1.029 (1.018-1.041)</w:t>
            </w:r>
          </w:p>
        </w:tc>
        <w:tc>
          <w:tcPr>
            <w:tcW w:w="1128"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D7DF6C9"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7.791 (4.787-10.795)</w:t>
            </w:r>
          </w:p>
        </w:tc>
        <w:tc>
          <w:tcPr>
            <w:tcW w:w="44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4714387"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&lt;0.001</w:t>
            </w:r>
          </w:p>
        </w:tc>
      </w:tr>
      <w:tr w:rsidR="00E70DA4" w:rsidRPr="001A2E38" w14:paraId="73786CF1" w14:textId="77777777" w:rsidTr="0059499B">
        <w:trPr>
          <w:jc w:val="center"/>
        </w:trPr>
        <w:tc>
          <w:tcPr>
            <w:tcW w:w="78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71F73D1"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HbA1c</w:t>
            </w:r>
          </w:p>
        </w:tc>
        <w:tc>
          <w:tcPr>
            <w:tcW w:w="84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CAAF996"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1.366 (1.331-1.401)</w:t>
            </w:r>
          </w:p>
        </w:tc>
        <w:tc>
          <w:tcPr>
            <w:tcW w:w="874"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635AF1B"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1.261 (1.228-1.296)</w:t>
            </w:r>
          </w:p>
        </w:tc>
        <w:tc>
          <w:tcPr>
            <w:tcW w:w="93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48B80D1"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1.083 (1.078-1.087)</w:t>
            </w:r>
          </w:p>
        </w:tc>
        <w:tc>
          <w:tcPr>
            <w:tcW w:w="1128"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6D99BE1"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28.496 (25.675-31.316)</w:t>
            </w:r>
          </w:p>
        </w:tc>
        <w:tc>
          <w:tcPr>
            <w:tcW w:w="44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53DEB4B"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&lt;0.001</w:t>
            </w:r>
          </w:p>
        </w:tc>
      </w:tr>
      <w:tr w:rsidR="00E70DA4" w:rsidRPr="001A2E38" w14:paraId="516B15F6" w14:textId="77777777" w:rsidTr="0059499B">
        <w:trPr>
          <w:jc w:val="center"/>
        </w:trPr>
        <w:tc>
          <w:tcPr>
            <w:tcW w:w="78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DF84B70"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IGF-1</w:t>
            </w:r>
          </w:p>
        </w:tc>
        <w:tc>
          <w:tcPr>
            <w:tcW w:w="84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9730B7C"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1.559 (1.519-1.599)</w:t>
            </w:r>
          </w:p>
        </w:tc>
        <w:tc>
          <w:tcPr>
            <w:tcW w:w="874"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D8C815D"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1.550 (1.511-1.591)</w:t>
            </w:r>
          </w:p>
        </w:tc>
        <w:tc>
          <w:tcPr>
            <w:tcW w:w="93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24BCD84"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1.005 (1.002-1.008)</w:t>
            </w:r>
          </w:p>
        </w:tc>
        <w:tc>
          <w:tcPr>
            <w:tcW w:w="1128"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117F6AE"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1.488 (0.654-2.321)</w:t>
            </w:r>
          </w:p>
        </w:tc>
        <w:tc>
          <w:tcPr>
            <w:tcW w:w="44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F5F2DC2"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&lt;0.001</w:t>
            </w:r>
          </w:p>
        </w:tc>
      </w:tr>
      <w:tr w:rsidR="00E70DA4" w:rsidRPr="001A2E38" w14:paraId="66124DCF" w14:textId="77777777" w:rsidTr="0059499B">
        <w:trPr>
          <w:jc w:val="center"/>
        </w:trPr>
        <w:tc>
          <w:tcPr>
            <w:tcW w:w="78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4366356"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SBP</w:t>
            </w:r>
          </w:p>
        </w:tc>
        <w:tc>
          <w:tcPr>
            <w:tcW w:w="84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58D97C3"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1.549 (1.509-1.591)</w:t>
            </w:r>
          </w:p>
        </w:tc>
        <w:tc>
          <w:tcPr>
            <w:tcW w:w="874"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403CC30"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1.539 (1.499-1.580)</w:t>
            </w:r>
          </w:p>
        </w:tc>
        <w:tc>
          <w:tcPr>
            <w:tcW w:w="93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0BD17B1"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1.007 (1.005-1.008)</w:t>
            </w:r>
          </w:p>
        </w:tc>
        <w:tc>
          <w:tcPr>
            <w:tcW w:w="1128"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142BB5E"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1.850 (1.321-2.379)</w:t>
            </w:r>
          </w:p>
        </w:tc>
        <w:tc>
          <w:tcPr>
            <w:tcW w:w="44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81AC55C"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&lt;0.001</w:t>
            </w:r>
          </w:p>
        </w:tc>
      </w:tr>
      <w:tr w:rsidR="00E70DA4" w:rsidRPr="001A2E38" w14:paraId="2FF07AAE" w14:textId="77777777" w:rsidTr="0059499B">
        <w:trPr>
          <w:jc w:val="center"/>
        </w:trPr>
        <w:tc>
          <w:tcPr>
            <w:tcW w:w="782" w:type="pct"/>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673FF3E9"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DBP</w:t>
            </w:r>
          </w:p>
        </w:tc>
        <w:tc>
          <w:tcPr>
            <w:tcW w:w="841" w:type="pct"/>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1B7D1933"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1.552 (1.511-1.593)</w:t>
            </w:r>
          </w:p>
        </w:tc>
        <w:tc>
          <w:tcPr>
            <w:tcW w:w="874" w:type="pct"/>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293C6E0E"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1.550 (1.509-1.591)</w:t>
            </w:r>
          </w:p>
        </w:tc>
        <w:tc>
          <w:tcPr>
            <w:tcW w:w="935" w:type="pct"/>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0E56CF3A"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1.001 (1.000-1.003)</w:t>
            </w:r>
          </w:p>
        </w:tc>
        <w:tc>
          <w:tcPr>
            <w:tcW w:w="1128" w:type="pct"/>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3358AA21"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0.353 (-0.016-0.723)</w:t>
            </w:r>
          </w:p>
        </w:tc>
        <w:tc>
          <w:tcPr>
            <w:tcW w:w="440" w:type="pct"/>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6B838775" w14:textId="77777777" w:rsidR="00E70DA4" w:rsidRPr="001A2E38" w:rsidRDefault="00E70DA4"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0.064</w:t>
            </w:r>
          </w:p>
        </w:tc>
      </w:tr>
    </w:tbl>
    <w:p w14:paraId="36B9CF37" w14:textId="74C3CC08" w:rsidR="0059499B" w:rsidRPr="001A2E38" w:rsidRDefault="0059499B" w:rsidP="0059499B">
      <w:pPr>
        <w:spacing w:line="240" w:lineRule="auto"/>
        <w:contextualSpacing/>
        <w:rPr>
          <w:rFonts w:ascii="Times New Roman" w:hAnsi="Times New Roman" w:cs="Times New Roman"/>
          <w:sz w:val="20"/>
          <w:szCs w:val="20"/>
        </w:rPr>
      </w:pPr>
      <w:r w:rsidRPr="001A2E38">
        <w:rPr>
          <w:rFonts w:ascii="Times New Roman" w:hAnsi="Times New Roman" w:cs="Times New Roman"/>
          <w:i/>
          <w:iCs/>
          <w:sz w:val="20"/>
          <w:szCs w:val="20"/>
        </w:rPr>
        <w:t>Notes:</w:t>
      </w:r>
      <w:r w:rsidRPr="001A2E38">
        <w:rPr>
          <w:rFonts w:ascii="Times New Roman" w:hAnsi="Times New Roman" w:cs="Times New Roman"/>
          <w:sz w:val="20"/>
          <w:szCs w:val="20"/>
        </w:rPr>
        <w:t xml:space="preserve"> Models were adjusted for age, sex, ethnicity, employment status, educational levels, Townsend deprivation index, frequency of drinking, smoking status, sleep duration, physical activity, sedentary </w:t>
      </w:r>
      <w:r w:rsidR="003479B3" w:rsidRPr="001A2E38">
        <w:rPr>
          <w:rFonts w:ascii="Times New Roman" w:hAnsi="Times New Roman" w:cs="Times New Roman"/>
          <w:sz w:val="20"/>
          <w:szCs w:val="20"/>
        </w:rPr>
        <w:t>behavior</w:t>
      </w:r>
      <w:r w:rsidRPr="001A2E38">
        <w:rPr>
          <w:rFonts w:ascii="Times New Roman" w:hAnsi="Times New Roman" w:cs="Times New Roman"/>
          <w:sz w:val="20"/>
          <w:szCs w:val="20"/>
        </w:rPr>
        <w:t>, and family history of cardiometabolic disease.</w:t>
      </w:r>
    </w:p>
    <w:p w14:paraId="13D7823A" w14:textId="2BFA9941" w:rsidR="008F5196" w:rsidRPr="001A2E38" w:rsidRDefault="0059499B" w:rsidP="0059499B">
      <w:pPr>
        <w:spacing w:line="240" w:lineRule="auto"/>
        <w:contextualSpacing/>
        <w:rPr>
          <w:rFonts w:ascii="Times New Roman" w:hAnsi="Times New Roman" w:cs="Times New Roman"/>
          <w:sz w:val="20"/>
          <w:szCs w:val="20"/>
        </w:rPr>
        <w:sectPr w:rsidR="008F5196" w:rsidRPr="001A2E38" w:rsidSect="00FE3790">
          <w:pgSz w:w="16838" w:h="11906" w:orient="landscape"/>
          <w:pgMar w:top="1797" w:right="1440" w:bottom="1797" w:left="1440" w:header="851" w:footer="992" w:gutter="0"/>
          <w:cols w:space="425"/>
          <w:docGrid w:type="linesAndChars" w:linePitch="312"/>
        </w:sectPr>
      </w:pPr>
      <w:r w:rsidRPr="001A2E38">
        <w:rPr>
          <w:rFonts w:ascii="Times New Roman" w:hAnsi="Times New Roman" w:cs="Times New Roman"/>
          <w:i/>
          <w:iCs/>
          <w:sz w:val="20"/>
          <w:szCs w:val="20"/>
        </w:rPr>
        <w:t xml:space="preserve">Abbreviations: </w:t>
      </w:r>
      <w:r w:rsidRPr="001A2E38">
        <w:rPr>
          <w:rFonts w:ascii="Times New Roman" w:hAnsi="Times New Roman" w:cs="Times New Roman"/>
          <w:sz w:val="20"/>
          <w:szCs w:val="20"/>
        </w:rPr>
        <w:t>ALP, alkaline phosphatase; ALT, alanine aminotransferase; AST, aspartate aminotransferase; GGT, gamma-glutamyltransferase; TBIL, total bilirubin; TP, total protein; CRP, C-reactive protein; WBC, white blood cell count; PLT, platelet count; ApoA, apolipoprotein A; ApoB, apolipoprotein B; HbA1c, glycated hemoglobin; LDL-C, low-density lipoprotein cholesterol; IGF-1, insulin-like growth factor 1; Lp(a), lipoprotein(a); SBP, systolic blood pressure; DBP, diastolic blood pressure; HR, hazard ratio; CI, confidence interval; FDR, false discovery rate</w:t>
      </w:r>
      <w:r w:rsidR="008F5196" w:rsidRPr="001A2E38">
        <w:rPr>
          <w:rFonts w:ascii="Times New Roman" w:hAnsi="Times New Roman" w:cs="Times New Roman"/>
          <w:sz w:val="20"/>
          <w:szCs w:val="20"/>
        </w:rPr>
        <w:t xml:space="preserve">. </w:t>
      </w:r>
    </w:p>
    <w:p w14:paraId="0DDCA9C3" w14:textId="6D2EC910" w:rsidR="00272A77" w:rsidRPr="001A2E38" w:rsidRDefault="00272A77" w:rsidP="0065294A">
      <w:pPr>
        <w:spacing w:after="0"/>
        <w:outlineLvl w:val="0"/>
        <w:rPr>
          <w:rFonts w:ascii="Times New Roman" w:hAnsi="Times New Roman" w:cs="Times New Roman"/>
          <w:sz w:val="20"/>
          <w:szCs w:val="20"/>
        </w:rPr>
      </w:pPr>
      <w:bookmarkStart w:id="24" w:name="_Toc236834802"/>
      <w:bookmarkStart w:id="25" w:name="_Toc232530172"/>
      <w:r w:rsidRPr="001A2E38">
        <w:rPr>
          <w:rFonts w:ascii="Times New Roman" w:eastAsia="Times New Roman" w:hAnsi="Times New Roman" w:cs="Times New Roman"/>
          <w:b/>
          <w:sz w:val="20"/>
          <w:szCs w:val="20"/>
        </w:rPr>
        <w:lastRenderedPageBreak/>
        <w:t>Table</w:t>
      </w:r>
      <w:r w:rsidRPr="001A2E38">
        <w:rPr>
          <w:rFonts w:ascii="Times New Roman" w:hAnsi="Times New Roman" w:cs="Times New Roman" w:hint="eastAsia"/>
          <w:b/>
          <w:sz w:val="20"/>
          <w:szCs w:val="20"/>
        </w:rPr>
        <w:t xml:space="preserve"> S</w:t>
      </w:r>
      <w:r w:rsidR="0065294A" w:rsidRPr="001A2E38">
        <w:rPr>
          <w:rFonts w:ascii="Times New Roman" w:hAnsi="Times New Roman" w:cs="Times New Roman" w:hint="eastAsia"/>
          <w:b/>
          <w:sz w:val="20"/>
          <w:szCs w:val="20"/>
        </w:rPr>
        <w:t>12</w:t>
      </w:r>
      <w:r w:rsidRPr="001A2E38">
        <w:rPr>
          <w:rFonts w:ascii="Times New Roman" w:eastAsia="Times New Roman" w:hAnsi="Times New Roman" w:cs="Times New Roman"/>
          <w:b/>
          <w:sz w:val="20"/>
          <w:szCs w:val="20"/>
        </w:rPr>
        <w:t>. Multiplicative interactions of CHG and its derived indices with candidate biomarkers in relation to incident cardiometabolic multimorbidity.</w:t>
      </w:r>
      <w:bookmarkEnd w:id="24"/>
    </w:p>
    <w:tbl>
      <w:tblPr>
        <w:tblW w:w="0" w:type="auto"/>
        <w:jc w:val="center"/>
        <w:tblBorders>
          <w:top w:val="single" w:sz="12" w:space="0" w:color="auto"/>
          <w:bottom w:val="single" w:sz="12" w:space="0" w:color="auto"/>
        </w:tblBorders>
        <w:tblLook w:val="04A0" w:firstRow="1" w:lastRow="0" w:firstColumn="1" w:lastColumn="0" w:noHBand="0" w:noVBand="1"/>
      </w:tblPr>
      <w:tblGrid>
        <w:gridCol w:w="1376"/>
        <w:gridCol w:w="1565"/>
        <w:gridCol w:w="633"/>
        <w:gridCol w:w="993"/>
        <w:gridCol w:w="937"/>
        <w:gridCol w:w="1159"/>
        <w:gridCol w:w="948"/>
        <w:gridCol w:w="1060"/>
        <w:gridCol w:w="934"/>
        <w:gridCol w:w="1070"/>
      </w:tblGrid>
      <w:tr w:rsidR="00272A77" w:rsidRPr="001A2E38" w14:paraId="33B5368D" w14:textId="77777777" w:rsidTr="005046C0">
        <w:trPr>
          <w:trHeight w:hRule="exact" w:val="340"/>
          <w:jc w:val="center"/>
        </w:trPr>
        <w:tc>
          <w:tcPr>
            <w:tcW w:w="0" w:type="auto"/>
            <w:vMerge w:val="restart"/>
            <w:tcMar>
              <w:top w:w="20" w:type="dxa"/>
              <w:left w:w="35" w:type="dxa"/>
              <w:bottom w:w="20" w:type="dxa"/>
              <w:right w:w="35" w:type="dxa"/>
            </w:tcMar>
            <w:vAlign w:val="center"/>
          </w:tcPr>
          <w:p w14:paraId="656955E2" w14:textId="77777777" w:rsidR="00272A77" w:rsidRPr="001A2E38" w:rsidRDefault="00272A77" w:rsidP="005046C0">
            <w:pPr>
              <w:jc w:val="center"/>
              <w:rPr>
                <w:rFonts w:ascii="Times New Roman" w:hAnsi="Times New Roman" w:cs="Times New Roman"/>
                <w:sz w:val="20"/>
                <w:szCs w:val="20"/>
              </w:rPr>
            </w:pPr>
            <w:r w:rsidRPr="001A2E38">
              <w:rPr>
                <w:rFonts w:ascii="Times New Roman" w:eastAsia="Times New Roman" w:hAnsi="Times New Roman" w:cs="Times New Roman"/>
                <w:b/>
                <w:sz w:val="20"/>
                <w:szCs w:val="20"/>
              </w:rPr>
              <w:t>Category</w:t>
            </w:r>
          </w:p>
        </w:tc>
        <w:tc>
          <w:tcPr>
            <w:tcW w:w="0" w:type="auto"/>
            <w:vMerge w:val="restart"/>
            <w:tcMar>
              <w:top w:w="20" w:type="dxa"/>
              <w:left w:w="35" w:type="dxa"/>
              <w:bottom w:w="20" w:type="dxa"/>
              <w:right w:w="35" w:type="dxa"/>
            </w:tcMar>
            <w:vAlign w:val="center"/>
          </w:tcPr>
          <w:p w14:paraId="1510BA36" w14:textId="77777777" w:rsidR="00272A77" w:rsidRPr="001A2E38" w:rsidRDefault="00272A77" w:rsidP="005046C0">
            <w:pPr>
              <w:jc w:val="center"/>
              <w:rPr>
                <w:rFonts w:ascii="Times New Roman" w:hAnsi="Times New Roman" w:cs="Times New Roman"/>
                <w:sz w:val="20"/>
                <w:szCs w:val="20"/>
              </w:rPr>
            </w:pPr>
            <w:r w:rsidRPr="001A2E38">
              <w:rPr>
                <w:rFonts w:ascii="Times New Roman" w:eastAsia="Times New Roman" w:hAnsi="Times New Roman" w:cs="Times New Roman"/>
                <w:b/>
                <w:sz w:val="20"/>
                <w:szCs w:val="20"/>
              </w:rPr>
              <w:t>Biomarker</w:t>
            </w:r>
          </w:p>
        </w:tc>
        <w:tc>
          <w:tcPr>
            <w:tcW w:w="0" w:type="auto"/>
            <w:gridSpan w:val="8"/>
            <w:tcMar>
              <w:top w:w="20" w:type="dxa"/>
              <w:left w:w="35" w:type="dxa"/>
              <w:bottom w:w="20" w:type="dxa"/>
              <w:right w:w="35" w:type="dxa"/>
            </w:tcMar>
            <w:vAlign w:val="center"/>
          </w:tcPr>
          <w:p w14:paraId="3DC46DCD" w14:textId="77777777" w:rsidR="00272A77" w:rsidRPr="001A2E38" w:rsidRDefault="00272A77" w:rsidP="005046C0">
            <w:pPr>
              <w:jc w:val="center"/>
              <w:rPr>
                <w:rFonts w:ascii="Times New Roman" w:hAnsi="Times New Roman" w:cs="Times New Roman"/>
                <w:sz w:val="20"/>
                <w:szCs w:val="20"/>
              </w:rPr>
            </w:pPr>
            <w:r w:rsidRPr="001A2E38">
              <w:rPr>
                <w:rFonts w:ascii="Times New Roman" w:eastAsia="Times New Roman" w:hAnsi="Times New Roman" w:cs="Times New Roman"/>
                <w:b/>
                <w:sz w:val="20"/>
                <w:szCs w:val="20"/>
              </w:rPr>
              <w:t>FDR</w:t>
            </w:r>
            <w:r w:rsidRPr="001A2E38">
              <w:rPr>
                <w:rFonts w:ascii="Times New Roman" w:hAnsi="Times New Roman" w:cs="Times New Roman" w:hint="eastAsia"/>
                <w:b/>
                <w:sz w:val="20"/>
                <w:szCs w:val="20"/>
              </w:rPr>
              <w:t>-adjusted</w:t>
            </w:r>
            <w:r w:rsidRPr="001A2E38">
              <w:rPr>
                <w:rFonts w:ascii="Times New Roman" w:eastAsia="Times New Roman" w:hAnsi="Times New Roman" w:cs="Times New Roman"/>
                <w:b/>
                <w:sz w:val="20"/>
                <w:szCs w:val="20"/>
              </w:rPr>
              <w:t xml:space="preserve"> </w:t>
            </w:r>
            <w:r w:rsidRPr="001A2E38">
              <w:rPr>
                <w:rFonts w:ascii="Times New Roman" w:eastAsia="Times New Roman" w:hAnsi="Times New Roman" w:cs="Times New Roman"/>
                <w:b/>
                <w:i/>
                <w:iCs/>
                <w:sz w:val="20"/>
                <w:szCs w:val="20"/>
              </w:rPr>
              <w:t>P</w:t>
            </w:r>
            <w:r w:rsidRPr="001A2E38">
              <w:rPr>
                <w:rFonts w:ascii="Times New Roman" w:eastAsia="Times New Roman" w:hAnsi="Times New Roman" w:cs="Times New Roman"/>
                <w:b/>
                <w:sz w:val="20"/>
                <w:szCs w:val="20"/>
              </w:rPr>
              <w:t xml:space="preserve"> value</w:t>
            </w:r>
            <w:r w:rsidRPr="001A2E38">
              <w:rPr>
                <w:rFonts w:ascii="Times New Roman" w:hAnsi="Times New Roman" w:cs="Times New Roman" w:hint="eastAsia"/>
                <w:b/>
                <w:sz w:val="20"/>
                <w:szCs w:val="20"/>
              </w:rPr>
              <w:t xml:space="preserve"> for </w:t>
            </w:r>
            <w:r w:rsidRPr="001A2E38">
              <w:rPr>
                <w:rFonts w:ascii="Times New Roman" w:eastAsia="Times New Roman" w:hAnsi="Times New Roman" w:cs="Times New Roman"/>
                <w:b/>
                <w:sz w:val="20"/>
                <w:szCs w:val="20"/>
              </w:rPr>
              <w:t>interaction</w:t>
            </w:r>
          </w:p>
        </w:tc>
      </w:tr>
      <w:tr w:rsidR="00272A77" w:rsidRPr="001A2E38" w14:paraId="62CCD6A7" w14:textId="77777777" w:rsidTr="005046C0">
        <w:trPr>
          <w:trHeight w:hRule="exact" w:val="340"/>
          <w:jc w:val="center"/>
        </w:trPr>
        <w:tc>
          <w:tcPr>
            <w:tcW w:w="0" w:type="auto"/>
            <w:vMerge/>
            <w:tcBorders>
              <w:bottom w:val="single" w:sz="6" w:space="0" w:color="auto"/>
            </w:tcBorders>
            <w:tcMar>
              <w:top w:w="20" w:type="dxa"/>
              <w:left w:w="35" w:type="dxa"/>
              <w:bottom w:w="20" w:type="dxa"/>
              <w:right w:w="35" w:type="dxa"/>
            </w:tcMar>
            <w:vAlign w:val="center"/>
          </w:tcPr>
          <w:p w14:paraId="49FA9A56" w14:textId="77777777" w:rsidR="00272A77" w:rsidRPr="001A2E38" w:rsidRDefault="00272A77" w:rsidP="005046C0">
            <w:pPr>
              <w:rPr>
                <w:rFonts w:ascii="Times New Roman" w:hAnsi="Times New Roman" w:cs="Times New Roman"/>
                <w:sz w:val="20"/>
                <w:szCs w:val="20"/>
              </w:rPr>
            </w:pPr>
          </w:p>
        </w:tc>
        <w:tc>
          <w:tcPr>
            <w:tcW w:w="0" w:type="auto"/>
            <w:vMerge/>
            <w:tcBorders>
              <w:bottom w:val="single" w:sz="6" w:space="0" w:color="auto"/>
            </w:tcBorders>
            <w:tcMar>
              <w:top w:w="20" w:type="dxa"/>
              <w:left w:w="35" w:type="dxa"/>
              <w:bottom w:w="20" w:type="dxa"/>
              <w:right w:w="35" w:type="dxa"/>
            </w:tcMar>
            <w:vAlign w:val="center"/>
          </w:tcPr>
          <w:p w14:paraId="2DFFAA4A" w14:textId="77777777" w:rsidR="00272A77" w:rsidRPr="001A2E38" w:rsidRDefault="00272A77" w:rsidP="005046C0">
            <w:pPr>
              <w:rPr>
                <w:rFonts w:ascii="Times New Roman" w:hAnsi="Times New Roman" w:cs="Times New Roman"/>
                <w:sz w:val="20"/>
                <w:szCs w:val="20"/>
              </w:rPr>
            </w:pPr>
          </w:p>
        </w:tc>
        <w:tc>
          <w:tcPr>
            <w:tcW w:w="0" w:type="auto"/>
            <w:tcBorders>
              <w:top w:val="single" w:sz="6" w:space="0" w:color="auto"/>
              <w:bottom w:val="single" w:sz="6" w:space="0" w:color="auto"/>
            </w:tcBorders>
            <w:tcMar>
              <w:top w:w="20" w:type="dxa"/>
              <w:left w:w="35" w:type="dxa"/>
              <w:bottom w:w="20" w:type="dxa"/>
              <w:right w:w="35" w:type="dxa"/>
            </w:tcMar>
            <w:vAlign w:val="center"/>
          </w:tcPr>
          <w:p w14:paraId="44349294" w14:textId="77777777" w:rsidR="00272A77" w:rsidRPr="001A2E38" w:rsidRDefault="00272A77" w:rsidP="005046C0">
            <w:pPr>
              <w:jc w:val="center"/>
              <w:rPr>
                <w:rFonts w:ascii="Times New Roman" w:hAnsi="Times New Roman" w:cs="Times New Roman"/>
                <w:sz w:val="20"/>
                <w:szCs w:val="20"/>
              </w:rPr>
            </w:pPr>
            <w:r w:rsidRPr="001A2E38">
              <w:rPr>
                <w:rFonts w:ascii="Times New Roman" w:eastAsia="Times New Roman" w:hAnsi="Times New Roman" w:cs="Times New Roman"/>
                <w:b/>
                <w:sz w:val="20"/>
                <w:szCs w:val="20"/>
              </w:rPr>
              <w:t>CHG</w:t>
            </w:r>
          </w:p>
        </w:tc>
        <w:tc>
          <w:tcPr>
            <w:tcW w:w="0" w:type="auto"/>
            <w:tcBorders>
              <w:top w:val="single" w:sz="6" w:space="0" w:color="auto"/>
              <w:bottom w:val="single" w:sz="6" w:space="0" w:color="auto"/>
            </w:tcBorders>
            <w:tcMar>
              <w:top w:w="20" w:type="dxa"/>
              <w:left w:w="35" w:type="dxa"/>
              <w:bottom w:w="20" w:type="dxa"/>
              <w:right w:w="35" w:type="dxa"/>
            </w:tcMar>
            <w:vAlign w:val="center"/>
          </w:tcPr>
          <w:p w14:paraId="2FE80C5C" w14:textId="77777777" w:rsidR="00272A77" w:rsidRPr="001A2E38" w:rsidRDefault="00272A77" w:rsidP="005046C0">
            <w:pPr>
              <w:jc w:val="center"/>
              <w:rPr>
                <w:rFonts w:ascii="Times New Roman" w:hAnsi="Times New Roman" w:cs="Times New Roman"/>
                <w:sz w:val="20"/>
                <w:szCs w:val="20"/>
              </w:rPr>
            </w:pPr>
            <w:r w:rsidRPr="001A2E38">
              <w:rPr>
                <w:rFonts w:ascii="Times New Roman" w:eastAsia="Times New Roman" w:hAnsi="Times New Roman" w:cs="Times New Roman"/>
                <w:b/>
                <w:sz w:val="20"/>
                <w:szCs w:val="20"/>
              </w:rPr>
              <w:t>CHG-BMI</w:t>
            </w:r>
          </w:p>
        </w:tc>
        <w:tc>
          <w:tcPr>
            <w:tcW w:w="0" w:type="auto"/>
            <w:tcBorders>
              <w:top w:val="single" w:sz="6" w:space="0" w:color="auto"/>
              <w:bottom w:val="single" w:sz="6" w:space="0" w:color="auto"/>
            </w:tcBorders>
            <w:tcMar>
              <w:top w:w="20" w:type="dxa"/>
              <w:left w:w="35" w:type="dxa"/>
              <w:bottom w:w="20" w:type="dxa"/>
              <w:right w:w="35" w:type="dxa"/>
            </w:tcMar>
            <w:vAlign w:val="center"/>
          </w:tcPr>
          <w:p w14:paraId="742F0208" w14:textId="77777777" w:rsidR="00272A77" w:rsidRPr="001A2E38" w:rsidRDefault="00272A77" w:rsidP="005046C0">
            <w:pPr>
              <w:jc w:val="center"/>
              <w:rPr>
                <w:rFonts w:ascii="Times New Roman" w:hAnsi="Times New Roman" w:cs="Times New Roman"/>
                <w:sz w:val="20"/>
                <w:szCs w:val="20"/>
              </w:rPr>
            </w:pPr>
            <w:r w:rsidRPr="001A2E38">
              <w:rPr>
                <w:rFonts w:ascii="Times New Roman" w:eastAsia="Times New Roman" w:hAnsi="Times New Roman" w:cs="Times New Roman"/>
                <w:b/>
                <w:sz w:val="20"/>
                <w:szCs w:val="20"/>
              </w:rPr>
              <w:t>CHG-WC</w:t>
            </w:r>
          </w:p>
        </w:tc>
        <w:tc>
          <w:tcPr>
            <w:tcW w:w="0" w:type="auto"/>
            <w:tcBorders>
              <w:top w:val="single" w:sz="6" w:space="0" w:color="auto"/>
              <w:bottom w:val="single" w:sz="6" w:space="0" w:color="auto"/>
            </w:tcBorders>
            <w:tcMar>
              <w:top w:w="20" w:type="dxa"/>
              <w:left w:w="35" w:type="dxa"/>
              <w:bottom w:w="20" w:type="dxa"/>
              <w:right w:w="35" w:type="dxa"/>
            </w:tcMar>
            <w:vAlign w:val="center"/>
          </w:tcPr>
          <w:p w14:paraId="4A6DDA3A" w14:textId="77777777" w:rsidR="00272A77" w:rsidRPr="001A2E38" w:rsidRDefault="00272A77" w:rsidP="005046C0">
            <w:pPr>
              <w:jc w:val="center"/>
              <w:rPr>
                <w:rFonts w:ascii="Times New Roman" w:hAnsi="Times New Roman" w:cs="Times New Roman"/>
                <w:sz w:val="20"/>
                <w:szCs w:val="20"/>
              </w:rPr>
            </w:pPr>
            <w:r w:rsidRPr="001A2E38">
              <w:rPr>
                <w:rFonts w:ascii="Times New Roman" w:eastAsia="Times New Roman" w:hAnsi="Times New Roman" w:cs="Times New Roman"/>
                <w:b/>
                <w:sz w:val="20"/>
                <w:szCs w:val="20"/>
              </w:rPr>
              <w:t>CHG-WHtR</w:t>
            </w:r>
          </w:p>
        </w:tc>
        <w:tc>
          <w:tcPr>
            <w:tcW w:w="0" w:type="auto"/>
            <w:tcBorders>
              <w:top w:val="single" w:sz="6" w:space="0" w:color="auto"/>
              <w:bottom w:val="single" w:sz="6" w:space="0" w:color="auto"/>
            </w:tcBorders>
            <w:tcMar>
              <w:top w:w="20" w:type="dxa"/>
              <w:left w:w="35" w:type="dxa"/>
              <w:bottom w:w="20" w:type="dxa"/>
              <w:right w:w="35" w:type="dxa"/>
            </w:tcMar>
            <w:vAlign w:val="center"/>
          </w:tcPr>
          <w:p w14:paraId="7359BD82" w14:textId="77777777" w:rsidR="00272A77" w:rsidRPr="001A2E38" w:rsidRDefault="00272A77" w:rsidP="005046C0">
            <w:pPr>
              <w:jc w:val="center"/>
              <w:rPr>
                <w:rFonts w:ascii="Times New Roman" w:hAnsi="Times New Roman" w:cs="Times New Roman"/>
                <w:sz w:val="20"/>
                <w:szCs w:val="20"/>
              </w:rPr>
            </w:pPr>
            <w:r w:rsidRPr="001A2E38">
              <w:rPr>
                <w:rFonts w:ascii="Times New Roman" w:eastAsia="Times New Roman" w:hAnsi="Times New Roman" w:cs="Times New Roman"/>
                <w:b/>
                <w:sz w:val="20"/>
                <w:szCs w:val="20"/>
              </w:rPr>
              <w:t>CHG-BRI</w:t>
            </w:r>
          </w:p>
        </w:tc>
        <w:tc>
          <w:tcPr>
            <w:tcW w:w="0" w:type="auto"/>
            <w:tcBorders>
              <w:top w:val="single" w:sz="6" w:space="0" w:color="auto"/>
              <w:bottom w:val="single" w:sz="6" w:space="0" w:color="auto"/>
            </w:tcBorders>
            <w:tcMar>
              <w:top w:w="20" w:type="dxa"/>
              <w:left w:w="35" w:type="dxa"/>
              <w:bottom w:w="20" w:type="dxa"/>
              <w:right w:w="35" w:type="dxa"/>
            </w:tcMar>
            <w:vAlign w:val="center"/>
          </w:tcPr>
          <w:p w14:paraId="54C80748" w14:textId="77777777" w:rsidR="00272A77" w:rsidRPr="001A2E38" w:rsidRDefault="00272A77" w:rsidP="005046C0">
            <w:pPr>
              <w:jc w:val="center"/>
              <w:rPr>
                <w:rFonts w:ascii="Times New Roman" w:hAnsi="Times New Roman" w:cs="Times New Roman"/>
                <w:sz w:val="20"/>
                <w:szCs w:val="20"/>
              </w:rPr>
            </w:pPr>
            <w:r w:rsidRPr="001A2E38">
              <w:rPr>
                <w:rFonts w:ascii="Times New Roman" w:eastAsia="Times New Roman" w:hAnsi="Times New Roman" w:cs="Times New Roman"/>
                <w:b/>
                <w:sz w:val="20"/>
                <w:szCs w:val="20"/>
              </w:rPr>
              <w:t>CHG-ABSI</w:t>
            </w:r>
          </w:p>
        </w:tc>
        <w:tc>
          <w:tcPr>
            <w:tcW w:w="0" w:type="auto"/>
            <w:tcBorders>
              <w:top w:val="single" w:sz="6" w:space="0" w:color="auto"/>
              <w:bottom w:val="single" w:sz="6" w:space="0" w:color="auto"/>
            </w:tcBorders>
            <w:tcMar>
              <w:top w:w="20" w:type="dxa"/>
              <w:left w:w="35" w:type="dxa"/>
              <w:bottom w:w="20" w:type="dxa"/>
              <w:right w:w="35" w:type="dxa"/>
            </w:tcMar>
            <w:vAlign w:val="center"/>
          </w:tcPr>
          <w:p w14:paraId="18CC3418" w14:textId="77777777" w:rsidR="00272A77" w:rsidRPr="001A2E38" w:rsidRDefault="00272A77" w:rsidP="005046C0">
            <w:pPr>
              <w:jc w:val="center"/>
              <w:rPr>
                <w:rFonts w:ascii="Times New Roman" w:hAnsi="Times New Roman" w:cs="Times New Roman"/>
                <w:sz w:val="20"/>
                <w:szCs w:val="20"/>
              </w:rPr>
            </w:pPr>
            <w:r w:rsidRPr="001A2E38">
              <w:rPr>
                <w:rFonts w:ascii="Times New Roman" w:eastAsia="Times New Roman" w:hAnsi="Times New Roman" w:cs="Times New Roman"/>
                <w:b/>
                <w:sz w:val="20"/>
                <w:szCs w:val="20"/>
              </w:rPr>
              <w:t>CHG-VAI</w:t>
            </w:r>
          </w:p>
        </w:tc>
        <w:tc>
          <w:tcPr>
            <w:tcW w:w="0" w:type="auto"/>
            <w:tcBorders>
              <w:top w:val="single" w:sz="6" w:space="0" w:color="auto"/>
              <w:bottom w:val="single" w:sz="6" w:space="0" w:color="auto"/>
              <w:right w:val="single" w:sz="6" w:space="0" w:color="auto"/>
            </w:tcBorders>
            <w:tcMar>
              <w:top w:w="20" w:type="dxa"/>
              <w:left w:w="35" w:type="dxa"/>
              <w:bottom w:w="20" w:type="dxa"/>
              <w:right w:w="35" w:type="dxa"/>
            </w:tcMar>
            <w:vAlign w:val="center"/>
          </w:tcPr>
          <w:p w14:paraId="6CF73583" w14:textId="77777777" w:rsidR="00272A77" w:rsidRPr="001A2E38" w:rsidRDefault="00272A77" w:rsidP="005046C0">
            <w:pPr>
              <w:jc w:val="center"/>
              <w:rPr>
                <w:rFonts w:ascii="Times New Roman" w:hAnsi="Times New Roman" w:cs="Times New Roman"/>
                <w:sz w:val="20"/>
                <w:szCs w:val="20"/>
              </w:rPr>
            </w:pPr>
            <w:r w:rsidRPr="001A2E38">
              <w:rPr>
                <w:rFonts w:ascii="Times New Roman" w:eastAsia="Times New Roman" w:hAnsi="Times New Roman" w:cs="Times New Roman"/>
                <w:b/>
                <w:sz w:val="20"/>
                <w:szCs w:val="20"/>
              </w:rPr>
              <w:t>CHG-WWI</w:t>
            </w:r>
          </w:p>
        </w:tc>
      </w:tr>
      <w:tr w:rsidR="00272A77" w:rsidRPr="001A2E38" w14:paraId="23E35F4D" w14:textId="77777777" w:rsidTr="005046C0">
        <w:trPr>
          <w:trHeight w:hRule="exact" w:val="340"/>
          <w:jc w:val="center"/>
        </w:trPr>
        <w:tc>
          <w:tcPr>
            <w:tcW w:w="0" w:type="auto"/>
            <w:vMerge w:val="restart"/>
            <w:tcBorders>
              <w:top w:val="single" w:sz="6" w:space="0" w:color="auto"/>
            </w:tcBorders>
            <w:tcMar>
              <w:top w:w="20" w:type="dxa"/>
              <w:left w:w="35" w:type="dxa"/>
              <w:bottom w:w="20" w:type="dxa"/>
              <w:right w:w="35" w:type="dxa"/>
            </w:tcMar>
            <w:vAlign w:val="center"/>
          </w:tcPr>
          <w:p w14:paraId="6753AC71" w14:textId="77777777" w:rsidR="00272A77" w:rsidRPr="001A2E38" w:rsidRDefault="00272A77" w:rsidP="005046C0">
            <w:pPr>
              <w:rPr>
                <w:rFonts w:ascii="Times New Roman" w:hAnsi="Times New Roman" w:cs="Times New Roman"/>
                <w:sz w:val="20"/>
                <w:szCs w:val="20"/>
              </w:rPr>
            </w:pPr>
            <w:r w:rsidRPr="001A2E38">
              <w:rPr>
                <w:rFonts w:ascii="Times New Roman" w:eastAsia="Times New Roman" w:hAnsi="Times New Roman" w:cs="Times New Roman"/>
                <w:sz w:val="20"/>
                <w:szCs w:val="20"/>
              </w:rPr>
              <w:t>Liver function</w:t>
            </w:r>
          </w:p>
        </w:tc>
        <w:tc>
          <w:tcPr>
            <w:tcW w:w="0" w:type="auto"/>
            <w:tcBorders>
              <w:top w:val="single" w:sz="6" w:space="0" w:color="auto"/>
            </w:tcBorders>
            <w:tcMar>
              <w:top w:w="20" w:type="dxa"/>
              <w:left w:w="35" w:type="dxa"/>
              <w:bottom w:w="20" w:type="dxa"/>
              <w:right w:w="35" w:type="dxa"/>
            </w:tcMar>
            <w:vAlign w:val="center"/>
          </w:tcPr>
          <w:p w14:paraId="100B5AD9" w14:textId="77777777" w:rsidR="00272A77" w:rsidRPr="001A2E38" w:rsidRDefault="00272A77" w:rsidP="005046C0">
            <w:pPr>
              <w:rPr>
                <w:rFonts w:ascii="Times New Roman" w:hAnsi="Times New Roman" w:cs="Times New Roman"/>
                <w:sz w:val="20"/>
                <w:szCs w:val="20"/>
              </w:rPr>
            </w:pPr>
            <w:r w:rsidRPr="001A2E38">
              <w:rPr>
                <w:rFonts w:ascii="Times New Roman" w:eastAsia="Times New Roman" w:hAnsi="Times New Roman" w:cs="Times New Roman"/>
                <w:sz w:val="20"/>
                <w:szCs w:val="20"/>
              </w:rPr>
              <w:t>Albumin</w:t>
            </w:r>
          </w:p>
        </w:tc>
        <w:tc>
          <w:tcPr>
            <w:tcW w:w="0" w:type="auto"/>
            <w:tcBorders>
              <w:top w:val="single" w:sz="6" w:space="0" w:color="auto"/>
            </w:tcBorders>
            <w:tcMar>
              <w:top w:w="20" w:type="dxa"/>
              <w:left w:w="35" w:type="dxa"/>
              <w:bottom w:w="20" w:type="dxa"/>
              <w:right w:w="35" w:type="dxa"/>
            </w:tcMar>
            <w:vAlign w:val="center"/>
          </w:tcPr>
          <w:p w14:paraId="1EA8EA9C" w14:textId="77777777" w:rsidR="00272A77" w:rsidRPr="001A2E38" w:rsidRDefault="00272A77" w:rsidP="005046C0">
            <w:pPr>
              <w:jc w:val="center"/>
              <w:rPr>
                <w:rFonts w:ascii="Times New Roman" w:hAnsi="Times New Roman" w:cs="Times New Roman"/>
                <w:sz w:val="20"/>
                <w:szCs w:val="20"/>
              </w:rPr>
            </w:pPr>
            <w:r w:rsidRPr="001A2E38">
              <w:rPr>
                <w:rFonts w:ascii="Times New Roman" w:eastAsia="Times New Roman" w:hAnsi="Times New Roman" w:cs="Times New Roman"/>
                <w:sz w:val="20"/>
                <w:szCs w:val="20"/>
              </w:rPr>
              <w:t>0.370</w:t>
            </w:r>
          </w:p>
        </w:tc>
        <w:tc>
          <w:tcPr>
            <w:tcW w:w="0" w:type="auto"/>
            <w:tcBorders>
              <w:top w:val="single" w:sz="6" w:space="0" w:color="auto"/>
            </w:tcBorders>
            <w:tcMar>
              <w:top w:w="20" w:type="dxa"/>
              <w:left w:w="35" w:type="dxa"/>
              <w:bottom w:w="20" w:type="dxa"/>
              <w:right w:w="35" w:type="dxa"/>
            </w:tcMar>
            <w:vAlign w:val="center"/>
          </w:tcPr>
          <w:p w14:paraId="513D29DA" w14:textId="77777777" w:rsidR="00272A77" w:rsidRPr="001A2E38" w:rsidRDefault="00272A77" w:rsidP="005046C0">
            <w:pPr>
              <w:jc w:val="center"/>
              <w:rPr>
                <w:rFonts w:ascii="Times New Roman" w:hAnsi="Times New Roman" w:cs="Times New Roman"/>
                <w:sz w:val="20"/>
                <w:szCs w:val="20"/>
              </w:rPr>
            </w:pPr>
            <w:r w:rsidRPr="001A2E38">
              <w:rPr>
                <w:rFonts w:ascii="Times New Roman" w:eastAsia="Times New Roman" w:hAnsi="Times New Roman" w:cs="Times New Roman"/>
                <w:sz w:val="20"/>
                <w:szCs w:val="20"/>
              </w:rPr>
              <w:t>0.007</w:t>
            </w:r>
          </w:p>
        </w:tc>
        <w:tc>
          <w:tcPr>
            <w:tcW w:w="0" w:type="auto"/>
            <w:tcBorders>
              <w:top w:val="single" w:sz="6" w:space="0" w:color="auto"/>
            </w:tcBorders>
            <w:tcMar>
              <w:top w:w="20" w:type="dxa"/>
              <w:left w:w="35" w:type="dxa"/>
              <w:bottom w:w="20" w:type="dxa"/>
              <w:right w:w="35" w:type="dxa"/>
            </w:tcMar>
            <w:vAlign w:val="center"/>
          </w:tcPr>
          <w:p w14:paraId="327B7F77" w14:textId="77777777" w:rsidR="00272A77" w:rsidRPr="001A2E38" w:rsidRDefault="00272A77" w:rsidP="005046C0">
            <w:pPr>
              <w:jc w:val="center"/>
              <w:rPr>
                <w:rFonts w:ascii="Times New Roman" w:hAnsi="Times New Roman" w:cs="Times New Roman"/>
                <w:sz w:val="20"/>
                <w:szCs w:val="20"/>
              </w:rPr>
            </w:pPr>
            <w:r w:rsidRPr="001A2E38">
              <w:rPr>
                <w:rFonts w:ascii="Times New Roman" w:eastAsia="Times New Roman" w:hAnsi="Times New Roman" w:cs="Times New Roman"/>
                <w:sz w:val="20"/>
                <w:szCs w:val="20"/>
              </w:rPr>
              <w:t>0.229</w:t>
            </w:r>
          </w:p>
        </w:tc>
        <w:tc>
          <w:tcPr>
            <w:tcW w:w="0" w:type="auto"/>
            <w:tcBorders>
              <w:top w:val="single" w:sz="6" w:space="0" w:color="auto"/>
            </w:tcBorders>
            <w:tcMar>
              <w:top w:w="20" w:type="dxa"/>
              <w:left w:w="35" w:type="dxa"/>
              <w:bottom w:w="20" w:type="dxa"/>
              <w:right w:w="35" w:type="dxa"/>
            </w:tcMar>
            <w:vAlign w:val="center"/>
          </w:tcPr>
          <w:p w14:paraId="46D5C7F4" w14:textId="77777777" w:rsidR="00272A77" w:rsidRPr="001A2E38" w:rsidRDefault="00272A77" w:rsidP="005046C0">
            <w:pPr>
              <w:jc w:val="center"/>
              <w:rPr>
                <w:rFonts w:ascii="Times New Roman" w:hAnsi="Times New Roman" w:cs="Times New Roman"/>
                <w:sz w:val="20"/>
                <w:szCs w:val="20"/>
              </w:rPr>
            </w:pPr>
            <w:r w:rsidRPr="001A2E38">
              <w:rPr>
                <w:rFonts w:ascii="Times New Roman" w:eastAsia="Times New Roman" w:hAnsi="Times New Roman" w:cs="Times New Roman"/>
                <w:sz w:val="20"/>
                <w:szCs w:val="20"/>
              </w:rPr>
              <w:t>0.096</w:t>
            </w:r>
          </w:p>
        </w:tc>
        <w:tc>
          <w:tcPr>
            <w:tcW w:w="0" w:type="auto"/>
            <w:tcBorders>
              <w:top w:val="single" w:sz="6" w:space="0" w:color="auto"/>
            </w:tcBorders>
            <w:tcMar>
              <w:top w:w="20" w:type="dxa"/>
              <w:left w:w="35" w:type="dxa"/>
              <w:bottom w:w="20" w:type="dxa"/>
              <w:right w:w="35" w:type="dxa"/>
            </w:tcMar>
            <w:vAlign w:val="center"/>
          </w:tcPr>
          <w:p w14:paraId="1264BFAC" w14:textId="77777777" w:rsidR="00272A77" w:rsidRPr="001A2E38" w:rsidRDefault="00272A77" w:rsidP="005046C0">
            <w:pPr>
              <w:jc w:val="center"/>
              <w:rPr>
                <w:rFonts w:ascii="Times New Roman" w:hAnsi="Times New Roman" w:cs="Times New Roman"/>
                <w:sz w:val="20"/>
                <w:szCs w:val="20"/>
              </w:rPr>
            </w:pPr>
            <w:r w:rsidRPr="001A2E38">
              <w:rPr>
                <w:rFonts w:ascii="Times New Roman" w:eastAsia="Times New Roman" w:hAnsi="Times New Roman" w:cs="Times New Roman"/>
                <w:sz w:val="20"/>
                <w:szCs w:val="20"/>
              </w:rPr>
              <w:t>0.009</w:t>
            </w:r>
          </w:p>
        </w:tc>
        <w:tc>
          <w:tcPr>
            <w:tcW w:w="0" w:type="auto"/>
            <w:tcBorders>
              <w:top w:val="single" w:sz="6" w:space="0" w:color="auto"/>
            </w:tcBorders>
            <w:tcMar>
              <w:top w:w="20" w:type="dxa"/>
              <w:left w:w="35" w:type="dxa"/>
              <w:bottom w:w="20" w:type="dxa"/>
              <w:right w:w="35" w:type="dxa"/>
            </w:tcMar>
            <w:vAlign w:val="center"/>
          </w:tcPr>
          <w:p w14:paraId="3E19EFC4" w14:textId="77777777" w:rsidR="00272A77" w:rsidRPr="001A2E38" w:rsidRDefault="00272A77" w:rsidP="005046C0">
            <w:pPr>
              <w:jc w:val="center"/>
              <w:rPr>
                <w:rFonts w:ascii="Times New Roman" w:hAnsi="Times New Roman" w:cs="Times New Roman"/>
                <w:sz w:val="20"/>
                <w:szCs w:val="20"/>
              </w:rPr>
            </w:pPr>
            <w:r w:rsidRPr="001A2E38">
              <w:rPr>
                <w:rFonts w:ascii="Times New Roman" w:eastAsia="Times New Roman" w:hAnsi="Times New Roman" w:cs="Times New Roman"/>
                <w:sz w:val="20"/>
                <w:szCs w:val="20"/>
              </w:rPr>
              <w:t>0.768</w:t>
            </w:r>
          </w:p>
        </w:tc>
        <w:tc>
          <w:tcPr>
            <w:tcW w:w="0" w:type="auto"/>
            <w:tcBorders>
              <w:top w:val="single" w:sz="6" w:space="0" w:color="auto"/>
            </w:tcBorders>
            <w:tcMar>
              <w:top w:w="20" w:type="dxa"/>
              <w:left w:w="35" w:type="dxa"/>
              <w:bottom w:w="20" w:type="dxa"/>
              <w:right w:w="35" w:type="dxa"/>
            </w:tcMar>
            <w:vAlign w:val="center"/>
          </w:tcPr>
          <w:p w14:paraId="04101A95" w14:textId="77777777" w:rsidR="00272A77" w:rsidRPr="001A2E38" w:rsidRDefault="00272A77" w:rsidP="005046C0">
            <w:pPr>
              <w:jc w:val="center"/>
              <w:rPr>
                <w:rFonts w:ascii="Times New Roman" w:hAnsi="Times New Roman" w:cs="Times New Roman"/>
                <w:sz w:val="20"/>
                <w:szCs w:val="20"/>
              </w:rPr>
            </w:pPr>
            <w:r w:rsidRPr="001A2E38">
              <w:rPr>
                <w:rFonts w:ascii="Times New Roman" w:eastAsia="Times New Roman" w:hAnsi="Times New Roman" w:cs="Times New Roman"/>
                <w:sz w:val="20"/>
                <w:szCs w:val="20"/>
              </w:rPr>
              <w:t>0.286</w:t>
            </w:r>
          </w:p>
        </w:tc>
        <w:tc>
          <w:tcPr>
            <w:tcW w:w="0" w:type="auto"/>
            <w:tcBorders>
              <w:top w:val="single" w:sz="6" w:space="0" w:color="auto"/>
              <w:right w:val="single" w:sz="6" w:space="0" w:color="auto"/>
            </w:tcBorders>
            <w:tcMar>
              <w:top w:w="20" w:type="dxa"/>
              <w:left w:w="35" w:type="dxa"/>
              <w:bottom w:w="20" w:type="dxa"/>
              <w:right w:w="35" w:type="dxa"/>
            </w:tcMar>
            <w:vAlign w:val="center"/>
          </w:tcPr>
          <w:p w14:paraId="78D87A93" w14:textId="77777777" w:rsidR="00272A77" w:rsidRPr="001A2E38" w:rsidRDefault="00272A77" w:rsidP="005046C0">
            <w:pPr>
              <w:jc w:val="center"/>
              <w:rPr>
                <w:rFonts w:ascii="Times New Roman" w:hAnsi="Times New Roman" w:cs="Times New Roman"/>
                <w:sz w:val="20"/>
                <w:szCs w:val="20"/>
              </w:rPr>
            </w:pPr>
            <w:r w:rsidRPr="001A2E38">
              <w:rPr>
                <w:rFonts w:ascii="Times New Roman" w:eastAsia="Times New Roman" w:hAnsi="Times New Roman" w:cs="Times New Roman"/>
                <w:sz w:val="20"/>
                <w:szCs w:val="20"/>
              </w:rPr>
              <w:t>0.947</w:t>
            </w:r>
          </w:p>
        </w:tc>
      </w:tr>
      <w:tr w:rsidR="00272A77" w:rsidRPr="001A2E38" w14:paraId="6D33C1CB" w14:textId="77777777" w:rsidTr="005046C0">
        <w:trPr>
          <w:trHeight w:hRule="exact" w:val="340"/>
          <w:jc w:val="center"/>
        </w:trPr>
        <w:tc>
          <w:tcPr>
            <w:tcW w:w="0" w:type="auto"/>
            <w:vMerge/>
            <w:tcMar>
              <w:top w:w="20" w:type="dxa"/>
              <w:left w:w="35" w:type="dxa"/>
              <w:bottom w:w="20" w:type="dxa"/>
              <w:right w:w="35" w:type="dxa"/>
            </w:tcMar>
            <w:vAlign w:val="center"/>
          </w:tcPr>
          <w:p w14:paraId="64CBD73A" w14:textId="77777777" w:rsidR="00272A77" w:rsidRPr="001A2E38" w:rsidRDefault="00272A77" w:rsidP="005046C0">
            <w:pPr>
              <w:rPr>
                <w:rFonts w:ascii="Times New Roman" w:hAnsi="Times New Roman" w:cs="Times New Roman"/>
                <w:sz w:val="20"/>
                <w:szCs w:val="20"/>
              </w:rPr>
            </w:pPr>
          </w:p>
        </w:tc>
        <w:tc>
          <w:tcPr>
            <w:tcW w:w="0" w:type="auto"/>
            <w:tcMar>
              <w:top w:w="20" w:type="dxa"/>
              <w:left w:w="35" w:type="dxa"/>
              <w:bottom w:w="20" w:type="dxa"/>
              <w:right w:w="35" w:type="dxa"/>
            </w:tcMar>
            <w:vAlign w:val="center"/>
          </w:tcPr>
          <w:p w14:paraId="7B0CA621" w14:textId="77777777" w:rsidR="00272A77" w:rsidRPr="001A2E38" w:rsidRDefault="00272A77" w:rsidP="005046C0">
            <w:pPr>
              <w:rPr>
                <w:rFonts w:ascii="Times New Roman" w:hAnsi="Times New Roman" w:cs="Times New Roman"/>
                <w:sz w:val="20"/>
                <w:szCs w:val="20"/>
              </w:rPr>
            </w:pPr>
            <w:r w:rsidRPr="001A2E38">
              <w:rPr>
                <w:rFonts w:ascii="Times New Roman" w:eastAsia="Times New Roman" w:hAnsi="Times New Roman" w:cs="Times New Roman"/>
                <w:sz w:val="20"/>
                <w:szCs w:val="20"/>
              </w:rPr>
              <w:t>ALP</w:t>
            </w:r>
          </w:p>
        </w:tc>
        <w:tc>
          <w:tcPr>
            <w:tcW w:w="0" w:type="auto"/>
            <w:tcMar>
              <w:top w:w="20" w:type="dxa"/>
              <w:left w:w="35" w:type="dxa"/>
              <w:bottom w:w="20" w:type="dxa"/>
              <w:right w:w="35" w:type="dxa"/>
            </w:tcMar>
            <w:vAlign w:val="center"/>
          </w:tcPr>
          <w:p w14:paraId="2F4E4CEE" w14:textId="77777777" w:rsidR="00272A77" w:rsidRPr="001A2E38" w:rsidRDefault="00272A77" w:rsidP="005046C0">
            <w:pPr>
              <w:jc w:val="center"/>
              <w:rPr>
                <w:rFonts w:ascii="Times New Roman" w:hAnsi="Times New Roman" w:cs="Times New Roman"/>
                <w:sz w:val="20"/>
                <w:szCs w:val="20"/>
              </w:rPr>
            </w:pPr>
            <w:r w:rsidRPr="001A2E38">
              <w:rPr>
                <w:rFonts w:ascii="Times New Roman" w:eastAsia="Times New Roman" w:hAnsi="Times New Roman" w:cs="Times New Roman"/>
                <w:sz w:val="20"/>
                <w:szCs w:val="20"/>
              </w:rPr>
              <w:t>0.778</w:t>
            </w:r>
          </w:p>
        </w:tc>
        <w:tc>
          <w:tcPr>
            <w:tcW w:w="0" w:type="auto"/>
            <w:tcMar>
              <w:top w:w="20" w:type="dxa"/>
              <w:left w:w="35" w:type="dxa"/>
              <w:bottom w:w="20" w:type="dxa"/>
              <w:right w:w="35" w:type="dxa"/>
            </w:tcMar>
            <w:vAlign w:val="center"/>
          </w:tcPr>
          <w:p w14:paraId="69EA138F" w14:textId="77777777" w:rsidR="00272A77" w:rsidRPr="001A2E38" w:rsidRDefault="00272A77" w:rsidP="005046C0">
            <w:pPr>
              <w:jc w:val="center"/>
              <w:rPr>
                <w:rFonts w:ascii="Times New Roman" w:hAnsi="Times New Roman" w:cs="Times New Roman"/>
                <w:sz w:val="20"/>
                <w:szCs w:val="20"/>
              </w:rPr>
            </w:pPr>
            <w:r w:rsidRPr="001A2E38">
              <w:rPr>
                <w:rFonts w:ascii="Times New Roman" w:eastAsia="Times New Roman" w:hAnsi="Times New Roman" w:cs="Times New Roman"/>
                <w:sz w:val="20"/>
                <w:szCs w:val="20"/>
              </w:rPr>
              <w:t>0.225</w:t>
            </w:r>
          </w:p>
        </w:tc>
        <w:tc>
          <w:tcPr>
            <w:tcW w:w="0" w:type="auto"/>
            <w:tcMar>
              <w:top w:w="20" w:type="dxa"/>
              <w:left w:w="35" w:type="dxa"/>
              <w:bottom w:w="20" w:type="dxa"/>
              <w:right w:w="35" w:type="dxa"/>
            </w:tcMar>
            <w:vAlign w:val="center"/>
          </w:tcPr>
          <w:p w14:paraId="53FD51A1" w14:textId="77777777" w:rsidR="00272A77" w:rsidRPr="001A2E38" w:rsidRDefault="00272A77" w:rsidP="005046C0">
            <w:pPr>
              <w:jc w:val="center"/>
              <w:rPr>
                <w:rFonts w:ascii="Times New Roman" w:hAnsi="Times New Roman" w:cs="Times New Roman"/>
                <w:sz w:val="20"/>
                <w:szCs w:val="20"/>
              </w:rPr>
            </w:pPr>
            <w:r w:rsidRPr="001A2E38">
              <w:rPr>
                <w:rFonts w:ascii="Times New Roman" w:eastAsia="Times New Roman" w:hAnsi="Times New Roman" w:cs="Times New Roman"/>
                <w:sz w:val="20"/>
                <w:szCs w:val="20"/>
              </w:rPr>
              <w:t>0.408</w:t>
            </w:r>
          </w:p>
        </w:tc>
        <w:tc>
          <w:tcPr>
            <w:tcW w:w="0" w:type="auto"/>
            <w:tcMar>
              <w:top w:w="20" w:type="dxa"/>
              <w:left w:w="35" w:type="dxa"/>
              <w:bottom w:w="20" w:type="dxa"/>
              <w:right w:w="35" w:type="dxa"/>
            </w:tcMar>
            <w:vAlign w:val="center"/>
          </w:tcPr>
          <w:p w14:paraId="383170EB" w14:textId="77777777" w:rsidR="00272A77" w:rsidRPr="001A2E38" w:rsidRDefault="00272A77" w:rsidP="005046C0">
            <w:pPr>
              <w:jc w:val="center"/>
              <w:rPr>
                <w:rFonts w:ascii="Times New Roman" w:hAnsi="Times New Roman" w:cs="Times New Roman"/>
                <w:sz w:val="20"/>
                <w:szCs w:val="20"/>
              </w:rPr>
            </w:pPr>
            <w:r w:rsidRPr="001A2E38">
              <w:rPr>
                <w:rFonts w:ascii="Times New Roman" w:eastAsia="Times New Roman" w:hAnsi="Times New Roman" w:cs="Times New Roman"/>
                <w:sz w:val="20"/>
                <w:szCs w:val="20"/>
              </w:rPr>
              <w:t>0.096</w:t>
            </w:r>
          </w:p>
        </w:tc>
        <w:tc>
          <w:tcPr>
            <w:tcW w:w="0" w:type="auto"/>
            <w:tcMar>
              <w:top w:w="20" w:type="dxa"/>
              <w:left w:w="35" w:type="dxa"/>
              <w:bottom w:w="20" w:type="dxa"/>
              <w:right w:w="35" w:type="dxa"/>
            </w:tcMar>
            <w:vAlign w:val="center"/>
          </w:tcPr>
          <w:p w14:paraId="5BC5C2A2" w14:textId="77777777" w:rsidR="00272A77" w:rsidRPr="001A2E38" w:rsidRDefault="00272A77" w:rsidP="005046C0">
            <w:pPr>
              <w:jc w:val="center"/>
              <w:rPr>
                <w:rFonts w:ascii="Times New Roman" w:hAnsi="Times New Roman" w:cs="Times New Roman"/>
                <w:sz w:val="20"/>
                <w:szCs w:val="20"/>
              </w:rPr>
            </w:pPr>
            <w:r w:rsidRPr="001A2E38">
              <w:rPr>
                <w:rFonts w:ascii="Times New Roman" w:eastAsia="Times New Roman" w:hAnsi="Times New Roman" w:cs="Times New Roman"/>
                <w:sz w:val="20"/>
                <w:szCs w:val="20"/>
              </w:rPr>
              <w:t>0.311</w:t>
            </w:r>
          </w:p>
        </w:tc>
        <w:tc>
          <w:tcPr>
            <w:tcW w:w="0" w:type="auto"/>
            <w:tcMar>
              <w:top w:w="20" w:type="dxa"/>
              <w:left w:w="35" w:type="dxa"/>
              <w:bottom w:w="20" w:type="dxa"/>
              <w:right w:w="35" w:type="dxa"/>
            </w:tcMar>
            <w:vAlign w:val="center"/>
          </w:tcPr>
          <w:p w14:paraId="4CC8A3D5" w14:textId="77777777" w:rsidR="00272A77" w:rsidRPr="001A2E38" w:rsidRDefault="00272A77" w:rsidP="005046C0">
            <w:pPr>
              <w:jc w:val="center"/>
              <w:rPr>
                <w:rFonts w:ascii="Times New Roman" w:hAnsi="Times New Roman" w:cs="Times New Roman"/>
                <w:sz w:val="20"/>
                <w:szCs w:val="20"/>
              </w:rPr>
            </w:pPr>
            <w:r w:rsidRPr="001A2E38">
              <w:rPr>
                <w:rFonts w:ascii="Times New Roman" w:eastAsia="Times New Roman" w:hAnsi="Times New Roman" w:cs="Times New Roman"/>
                <w:sz w:val="20"/>
                <w:szCs w:val="20"/>
              </w:rPr>
              <w:t>0.728</w:t>
            </w:r>
          </w:p>
        </w:tc>
        <w:tc>
          <w:tcPr>
            <w:tcW w:w="0" w:type="auto"/>
            <w:tcMar>
              <w:top w:w="20" w:type="dxa"/>
              <w:left w:w="35" w:type="dxa"/>
              <w:bottom w:w="20" w:type="dxa"/>
              <w:right w:w="35" w:type="dxa"/>
            </w:tcMar>
            <w:vAlign w:val="center"/>
          </w:tcPr>
          <w:p w14:paraId="4841FA32" w14:textId="77777777" w:rsidR="00272A77" w:rsidRPr="001A2E38" w:rsidRDefault="00272A77" w:rsidP="005046C0">
            <w:pPr>
              <w:jc w:val="center"/>
              <w:rPr>
                <w:rFonts w:ascii="Times New Roman" w:hAnsi="Times New Roman" w:cs="Times New Roman"/>
                <w:sz w:val="20"/>
                <w:szCs w:val="20"/>
              </w:rPr>
            </w:pPr>
            <w:r w:rsidRPr="001A2E38">
              <w:rPr>
                <w:rFonts w:ascii="Times New Roman" w:eastAsia="Times New Roman" w:hAnsi="Times New Roman" w:cs="Times New Roman"/>
                <w:sz w:val="20"/>
                <w:szCs w:val="20"/>
              </w:rPr>
              <w:t>0.873</w:t>
            </w:r>
          </w:p>
        </w:tc>
        <w:tc>
          <w:tcPr>
            <w:tcW w:w="0" w:type="auto"/>
            <w:tcMar>
              <w:top w:w="20" w:type="dxa"/>
              <w:left w:w="35" w:type="dxa"/>
              <w:bottom w:w="20" w:type="dxa"/>
              <w:right w:w="35" w:type="dxa"/>
            </w:tcMar>
            <w:vAlign w:val="center"/>
          </w:tcPr>
          <w:p w14:paraId="26282582" w14:textId="77777777" w:rsidR="00272A77" w:rsidRPr="001A2E38" w:rsidRDefault="00272A77" w:rsidP="005046C0">
            <w:pPr>
              <w:jc w:val="center"/>
              <w:rPr>
                <w:rFonts w:ascii="Times New Roman" w:hAnsi="Times New Roman" w:cs="Times New Roman"/>
                <w:sz w:val="20"/>
                <w:szCs w:val="20"/>
              </w:rPr>
            </w:pPr>
            <w:r w:rsidRPr="001A2E38">
              <w:rPr>
                <w:rFonts w:ascii="Times New Roman" w:eastAsia="Times New Roman" w:hAnsi="Times New Roman" w:cs="Times New Roman"/>
                <w:sz w:val="20"/>
                <w:szCs w:val="20"/>
              </w:rPr>
              <w:t>0.755</w:t>
            </w:r>
          </w:p>
        </w:tc>
      </w:tr>
      <w:tr w:rsidR="00272A77" w:rsidRPr="001A2E38" w14:paraId="3F02A10D" w14:textId="77777777" w:rsidTr="005046C0">
        <w:trPr>
          <w:trHeight w:hRule="exact" w:val="340"/>
          <w:jc w:val="center"/>
        </w:trPr>
        <w:tc>
          <w:tcPr>
            <w:tcW w:w="0" w:type="auto"/>
            <w:vMerge/>
            <w:tcMar>
              <w:top w:w="20" w:type="dxa"/>
              <w:left w:w="35" w:type="dxa"/>
              <w:bottom w:w="20" w:type="dxa"/>
              <w:right w:w="35" w:type="dxa"/>
            </w:tcMar>
            <w:vAlign w:val="center"/>
          </w:tcPr>
          <w:p w14:paraId="759E7337" w14:textId="77777777" w:rsidR="00272A77" w:rsidRPr="001A2E38" w:rsidRDefault="00272A77" w:rsidP="005046C0">
            <w:pPr>
              <w:rPr>
                <w:rFonts w:ascii="Times New Roman" w:hAnsi="Times New Roman" w:cs="Times New Roman"/>
                <w:sz w:val="20"/>
                <w:szCs w:val="20"/>
              </w:rPr>
            </w:pPr>
          </w:p>
        </w:tc>
        <w:tc>
          <w:tcPr>
            <w:tcW w:w="0" w:type="auto"/>
            <w:tcMar>
              <w:top w:w="20" w:type="dxa"/>
              <w:left w:w="35" w:type="dxa"/>
              <w:bottom w:w="20" w:type="dxa"/>
              <w:right w:w="35" w:type="dxa"/>
            </w:tcMar>
            <w:vAlign w:val="center"/>
          </w:tcPr>
          <w:p w14:paraId="5AB70987" w14:textId="77777777" w:rsidR="00272A77" w:rsidRPr="001A2E38" w:rsidRDefault="00272A77" w:rsidP="005046C0">
            <w:pPr>
              <w:rPr>
                <w:rFonts w:ascii="Times New Roman" w:hAnsi="Times New Roman" w:cs="Times New Roman"/>
                <w:sz w:val="20"/>
                <w:szCs w:val="20"/>
              </w:rPr>
            </w:pPr>
            <w:r w:rsidRPr="001A2E38">
              <w:rPr>
                <w:rFonts w:ascii="Times New Roman" w:eastAsia="Times New Roman" w:hAnsi="Times New Roman" w:cs="Times New Roman"/>
                <w:sz w:val="20"/>
                <w:szCs w:val="20"/>
              </w:rPr>
              <w:t>ALT</w:t>
            </w:r>
          </w:p>
        </w:tc>
        <w:tc>
          <w:tcPr>
            <w:tcW w:w="0" w:type="auto"/>
            <w:tcMar>
              <w:top w:w="20" w:type="dxa"/>
              <w:left w:w="35" w:type="dxa"/>
              <w:bottom w:w="20" w:type="dxa"/>
              <w:right w:w="35" w:type="dxa"/>
            </w:tcMar>
            <w:vAlign w:val="center"/>
          </w:tcPr>
          <w:p w14:paraId="3AF56652" w14:textId="77777777" w:rsidR="00272A77" w:rsidRPr="001A2E38" w:rsidRDefault="00272A77" w:rsidP="005046C0">
            <w:pPr>
              <w:jc w:val="center"/>
              <w:rPr>
                <w:rFonts w:ascii="Times New Roman" w:hAnsi="Times New Roman" w:cs="Times New Roman"/>
                <w:sz w:val="20"/>
                <w:szCs w:val="20"/>
              </w:rPr>
            </w:pPr>
            <w:r w:rsidRPr="001A2E38">
              <w:rPr>
                <w:rFonts w:ascii="Times New Roman" w:eastAsia="Times New Roman" w:hAnsi="Times New Roman" w:cs="Times New Roman"/>
                <w:sz w:val="20"/>
                <w:szCs w:val="20"/>
              </w:rPr>
              <w:t>0.946</w:t>
            </w:r>
          </w:p>
        </w:tc>
        <w:tc>
          <w:tcPr>
            <w:tcW w:w="0" w:type="auto"/>
            <w:tcMar>
              <w:top w:w="20" w:type="dxa"/>
              <w:left w:w="35" w:type="dxa"/>
              <w:bottom w:w="20" w:type="dxa"/>
              <w:right w:w="35" w:type="dxa"/>
            </w:tcMar>
            <w:vAlign w:val="center"/>
          </w:tcPr>
          <w:p w14:paraId="73632F4D" w14:textId="77777777" w:rsidR="00272A77" w:rsidRPr="001A2E38" w:rsidRDefault="00272A77" w:rsidP="005046C0">
            <w:pPr>
              <w:jc w:val="center"/>
              <w:rPr>
                <w:rFonts w:ascii="Times New Roman" w:hAnsi="Times New Roman" w:cs="Times New Roman"/>
                <w:sz w:val="20"/>
                <w:szCs w:val="20"/>
              </w:rPr>
            </w:pPr>
            <w:r w:rsidRPr="001A2E38">
              <w:rPr>
                <w:rFonts w:ascii="Times New Roman" w:eastAsia="Times New Roman" w:hAnsi="Times New Roman" w:cs="Times New Roman"/>
                <w:sz w:val="20"/>
                <w:szCs w:val="20"/>
              </w:rPr>
              <w:t>0.463</w:t>
            </w:r>
          </w:p>
        </w:tc>
        <w:tc>
          <w:tcPr>
            <w:tcW w:w="0" w:type="auto"/>
            <w:tcMar>
              <w:top w:w="20" w:type="dxa"/>
              <w:left w:w="35" w:type="dxa"/>
              <w:bottom w:w="20" w:type="dxa"/>
              <w:right w:w="35" w:type="dxa"/>
            </w:tcMar>
            <w:vAlign w:val="center"/>
          </w:tcPr>
          <w:p w14:paraId="3F1AA32B" w14:textId="77777777" w:rsidR="00272A77" w:rsidRPr="001A2E38" w:rsidRDefault="00272A77" w:rsidP="005046C0">
            <w:pPr>
              <w:jc w:val="center"/>
              <w:rPr>
                <w:rFonts w:ascii="Times New Roman" w:hAnsi="Times New Roman" w:cs="Times New Roman"/>
                <w:sz w:val="20"/>
                <w:szCs w:val="20"/>
              </w:rPr>
            </w:pPr>
            <w:r w:rsidRPr="001A2E38">
              <w:rPr>
                <w:rFonts w:ascii="Times New Roman" w:eastAsia="Times New Roman" w:hAnsi="Times New Roman" w:cs="Times New Roman"/>
                <w:sz w:val="20"/>
                <w:szCs w:val="20"/>
              </w:rPr>
              <w:t>0.667</w:t>
            </w:r>
          </w:p>
        </w:tc>
        <w:tc>
          <w:tcPr>
            <w:tcW w:w="0" w:type="auto"/>
            <w:tcMar>
              <w:top w:w="20" w:type="dxa"/>
              <w:left w:w="35" w:type="dxa"/>
              <w:bottom w:w="20" w:type="dxa"/>
              <w:right w:w="35" w:type="dxa"/>
            </w:tcMar>
            <w:vAlign w:val="center"/>
          </w:tcPr>
          <w:p w14:paraId="7BF28EBF" w14:textId="77777777" w:rsidR="00272A77" w:rsidRPr="001A2E38" w:rsidRDefault="00272A77" w:rsidP="005046C0">
            <w:pPr>
              <w:jc w:val="center"/>
              <w:rPr>
                <w:rFonts w:ascii="Times New Roman" w:hAnsi="Times New Roman" w:cs="Times New Roman"/>
                <w:sz w:val="20"/>
                <w:szCs w:val="20"/>
              </w:rPr>
            </w:pPr>
            <w:r w:rsidRPr="001A2E38">
              <w:rPr>
                <w:rFonts w:ascii="Times New Roman" w:eastAsia="Times New Roman" w:hAnsi="Times New Roman" w:cs="Times New Roman"/>
                <w:sz w:val="20"/>
                <w:szCs w:val="20"/>
              </w:rPr>
              <w:t>0.402</w:t>
            </w:r>
          </w:p>
        </w:tc>
        <w:tc>
          <w:tcPr>
            <w:tcW w:w="0" w:type="auto"/>
            <w:tcMar>
              <w:top w:w="20" w:type="dxa"/>
              <w:left w:w="35" w:type="dxa"/>
              <w:bottom w:w="20" w:type="dxa"/>
              <w:right w:w="35" w:type="dxa"/>
            </w:tcMar>
            <w:vAlign w:val="center"/>
          </w:tcPr>
          <w:p w14:paraId="235B2555" w14:textId="77777777" w:rsidR="00272A77" w:rsidRPr="001A2E38" w:rsidRDefault="00272A77" w:rsidP="005046C0">
            <w:pPr>
              <w:jc w:val="center"/>
              <w:rPr>
                <w:rFonts w:ascii="Times New Roman" w:hAnsi="Times New Roman" w:cs="Times New Roman"/>
                <w:sz w:val="20"/>
                <w:szCs w:val="20"/>
              </w:rPr>
            </w:pPr>
            <w:r w:rsidRPr="001A2E38">
              <w:rPr>
                <w:rFonts w:ascii="Times New Roman" w:eastAsia="Times New Roman" w:hAnsi="Times New Roman" w:cs="Times New Roman"/>
                <w:sz w:val="20"/>
                <w:szCs w:val="20"/>
              </w:rPr>
              <w:t>0.798</w:t>
            </w:r>
          </w:p>
        </w:tc>
        <w:tc>
          <w:tcPr>
            <w:tcW w:w="0" w:type="auto"/>
            <w:tcMar>
              <w:top w:w="20" w:type="dxa"/>
              <w:left w:w="35" w:type="dxa"/>
              <w:bottom w:w="20" w:type="dxa"/>
              <w:right w:w="35" w:type="dxa"/>
            </w:tcMar>
            <w:vAlign w:val="center"/>
          </w:tcPr>
          <w:p w14:paraId="7AB3EFBD" w14:textId="77777777" w:rsidR="00272A77" w:rsidRPr="001A2E38" w:rsidRDefault="00272A77" w:rsidP="005046C0">
            <w:pPr>
              <w:jc w:val="center"/>
              <w:rPr>
                <w:rFonts w:ascii="Times New Roman" w:hAnsi="Times New Roman" w:cs="Times New Roman"/>
                <w:sz w:val="20"/>
                <w:szCs w:val="20"/>
              </w:rPr>
            </w:pPr>
            <w:r w:rsidRPr="001A2E38">
              <w:rPr>
                <w:rFonts w:ascii="Times New Roman" w:eastAsia="Times New Roman" w:hAnsi="Times New Roman" w:cs="Times New Roman"/>
                <w:sz w:val="20"/>
                <w:szCs w:val="20"/>
              </w:rPr>
              <w:t>0.286</w:t>
            </w:r>
          </w:p>
        </w:tc>
        <w:tc>
          <w:tcPr>
            <w:tcW w:w="0" w:type="auto"/>
            <w:tcMar>
              <w:top w:w="20" w:type="dxa"/>
              <w:left w:w="35" w:type="dxa"/>
              <w:bottom w:w="20" w:type="dxa"/>
              <w:right w:w="35" w:type="dxa"/>
            </w:tcMar>
            <w:vAlign w:val="center"/>
          </w:tcPr>
          <w:p w14:paraId="640118E6" w14:textId="77777777" w:rsidR="00272A77" w:rsidRPr="001A2E38" w:rsidRDefault="00272A77" w:rsidP="005046C0">
            <w:pPr>
              <w:jc w:val="center"/>
              <w:rPr>
                <w:rFonts w:ascii="Times New Roman" w:hAnsi="Times New Roman" w:cs="Times New Roman"/>
                <w:sz w:val="20"/>
                <w:szCs w:val="20"/>
              </w:rPr>
            </w:pPr>
            <w:r w:rsidRPr="001A2E38">
              <w:rPr>
                <w:rFonts w:ascii="Times New Roman" w:eastAsia="Times New Roman" w:hAnsi="Times New Roman" w:cs="Times New Roman"/>
                <w:sz w:val="20"/>
                <w:szCs w:val="20"/>
              </w:rPr>
              <w:t>0.667</w:t>
            </w:r>
          </w:p>
        </w:tc>
        <w:tc>
          <w:tcPr>
            <w:tcW w:w="0" w:type="auto"/>
            <w:tcMar>
              <w:top w:w="20" w:type="dxa"/>
              <w:left w:w="35" w:type="dxa"/>
              <w:bottom w:w="20" w:type="dxa"/>
              <w:right w:w="35" w:type="dxa"/>
            </w:tcMar>
            <w:vAlign w:val="center"/>
          </w:tcPr>
          <w:p w14:paraId="1925177C" w14:textId="77777777" w:rsidR="00272A77" w:rsidRPr="001A2E38" w:rsidRDefault="00272A77" w:rsidP="005046C0">
            <w:pPr>
              <w:jc w:val="center"/>
              <w:rPr>
                <w:rFonts w:ascii="Times New Roman" w:hAnsi="Times New Roman" w:cs="Times New Roman"/>
                <w:sz w:val="20"/>
                <w:szCs w:val="20"/>
              </w:rPr>
            </w:pPr>
            <w:r w:rsidRPr="001A2E38">
              <w:rPr>
                <w:rFonts w:ascii="Times New Roman" w:eastAsia="Times New Roman" w:hAnsi="Times New Roman" w:cs="Times New Roman"/>
                <w:sz w:val="20"/>
                <w:szCs w:val="20"/>
              </w:rPr>
              <w:t>0.802</w:t>
            </w:r>
          </w:p>
        </w:tc>
      </w:tr>
      <w:tr w:rsidR="00272A77" w:rsidRPr="001A2E38" w14:paraId="41634C40" w14:textId="77777777" w:rsidTr="005046C0">
        <w:trPr>
          <w:trHeight w:hRule="exact" w:val="340"/>
          <w:jc w:val="center"/>
        </w:trPr>
        <w:tc>
          <w:tcPr>
            <w:tcW w:w="0" w:type="auto"/>
            <w:vMerge/>
            <w:tcMar>
              <w:top w:w="20" w:type="dxa"/>
              <w:left w:w="35" w:type="dxa"/>
              <w:bottom w:w="20" w:type="dxa"/>
              <w:right w:w="35" w:type="dxa"/>
            </w:tcMar>
            <w:vAlign w:val="center"/>
          </w:tcPr>
          <w:p w14:paraId="62E9419E" w14:textId="77777777" w:rsidR="00272A77" w:rsidRPr="001A2E38" w:rsidRDefault="00272A77" w:rsidP="005046C0">
            <w:pPr>
              <w:rPr>
                <w:rFonts w:ascii="Times New Roman" w:hAnsi="Times New Roman" w:cs="Times New Roman"/>
                <w:sz w:val="20"/>
                <w:szCs w:val="20"/>
              </w:rPr>
            </w:pPr>
          </w:p>
        </w:tc>
        <w:tc>
          <w:tcPr>
            <w:tcW w:w="0" w:type="auto"/>
            <w:tcMar>
              <w:top w:w="20" w:type="dxa"/>
              <w:left w:w="35" w:type="dxa"/>
              <w:bottom w:w="20" w:type="dxa"/>
              <w:right w:w="35" w:type="dxa"/>
            </w:tcMar>
            <w:vAlign w:val="center"/>
          </w:tcPr>
          <w:p w14:paraId="298738B2" w14:textId="77777777" w:rsidR="00272A77" w:rsidRPr="001A2E38" w:rsidRDefault="00272A77" w:rsidP="005046C0">
            <w:pPr>
              <w:rPr>
                <w:rFonts w:ascii="Times New Roman" w:hAnsi="Times New Roman" w:cs="Times New Roman"/>
                <w:sz w:val="20"/>
                <w:szCs w:val="20"/>
              </w:rPr>
            </w:pPr>
            <w:r w:rsidRPr="001A2E38">
              <w:rPr>
                <w:rFonts w:ascii="Times New Roman" w:eastAsia="Times New Roman" w:hAnsi="Times New Roman" w:cs="Times New Roman"/>
                <w:sz w:val="20"/>
                <w:szCs w:val="20"/>
              </w:rPr>
              <w:t>AST</w:t>
            </w:r>
          </w:p>
        </w:tc>
        <w:tc>
          <w:tcPr>
            <w:tcW w:w="0" w:type="auto"/>
            <w:tcMar>
              <w:top w:w="20" w:type="dxa"/>
              <w:left w:w="35" w:type="dxa"/>
              <w:bottom w:w="20" w:type="dxa"/>
              <w:right w:w="35" w:type="dxa"/>
            </w:tcMar>
            <w:vAlign w:val="center"/>
          </w:tcPr>
          <w:p w14:paraId="4396C687" w14:textId="77777777" w:rsidR="00272A77" w:rsidRPr="001A2E38" w:rsidRDefault="00272A77" w:rsidP="005046C0">
            <w:pPr>
              <w:jc w:val="center"/>
              <w:rPr>
                <w:rFonts w:ascii="Times New Roman" w:hAnsi="Times New Roman" w:cs="Times New Roman"/>
                <w:sz w:val="20"/>
                <w:szCs w:val="20"/>
              </w:rPr>
            </w:pPr>
            <w:r w:rsidRPr="001A2E38">
              <w:rPr>
                <w:rFonts w:ascii="Times New Roman" w:eastAsia="Times New Roman" w:hAnsi="Times New Roman" w:cs="Times New Roman"/>
                <w:sz w:val="20"/>
                <w:szCs w:val="20"/>
              </w:rPr>
              <w:t>0.798</w:t>
            </w:r>
          </w:p>
        </w:tc>
        <w:tc>
          <w:tcPr>
            <w:tcW w:w="0" w:type="auto"/>
            <w:tcMar>
              <w:top w:w="20" w:type="dxa"/>
              <w:left w:w="35" w:type="dxa"/>
              <w:bottom w:w="20" w:type="dxa"/>
              <w:right w:w="35" w:type="dxa"/>
            </w:tcMar>
            <w:vAlign w:val="center"/>
          </w:tcPr>
          <w:p w14:paraId="0A4AF5EC" w14:textId="77777777" w:rsidR="00272A77" w:rsidRPr="001A2E38" w:rsidRDefault="00272A77" w:rsidP="005046C0">
            <w:pPr>
              <w:jc w:val="center"/>
              <w:rPr>
                <w:rFonts w:ascii="Times New Roman" w:hAnsi="Times New Roman" w:cs="Times New Roman"/>
                <w:sz w:val="20"/>
                <w:szCs w:val="20"/>
              </w:rPr>
            </w:pPr>
            <w:r w:rsidRPr="001A2E38">
              <w:rPr>
                <w:rFonts w:ascii="Times New Roman" w:eastAsia="Times New Roman" w:hAnsi="Times New Roman" w:cs="Times New Roman"/>
                <w:sz w:val="20"/>
                <w:szCs w:val="20"/>
              </w:rPr>
              <w:t>0.144</w:t>
            </w:r>
          </w:p>
        </w:tc>
        <w:tc>
          <w:tcPr>
            <w:tcW w:w="0" w:type="auto"/>
            <w:tcMar>
              <w:top w:w="20" w:type="dxa"/>
              <w:left w:w="35" w:type="dxa"/>
              <w:bottom w:w="20" w:type="dxa"/>
              <w:right w:w="35" w:type="dxa"/>
            </w:tcMar>
            <w:vAlign w:val="center"/>
          </w:tcPr>
          <w:p w14:paraId="78C92025" w14:textId="77777777" w:rsidR="00272A77" w:rsidRPr="001A2E38" w:rsidRDefault="00272A77" w:rsidP="005046C0">
            <w:pPr>
              <w:jc w:val="center"/>
              <w:rPr>
                <w:rFonts w:ascii="Times New Roman" w:hAnsi="Times New Roman" w:cs="Times New Roman"/>
                <w:sz w:val="20"/>
                <w:szCs w:val="20"/>
              </w:rPr>
            </w:pPr>
            <w:r w:rsidRPr="001A2E38">
              <w:rPr>
                <w:rFonts w:ascii="Times New Roman" w:eastAsia="Times New Roman" w:hAnsi="Times New Roman" w:cs="Times New Roman"/>
                <w:sz w:val="20"/>
                <w:szCs w:val="20"/>
              </w:rPr>
              <w:t>0.847</w:t>
            </w:r>
          </w:p>
        </w:tc>
        <w:tc>
          <w:tcPr>
            <w:tcW w:w="0" w:type="auto"/>
            <w:tcMar>
              <w:top w:w="20" w:type="dxa"/>
              <w:left w:w="35" w:type="dxa"/>
              <w:bottom w:w="20" w:type="dxa"/>
              <w:right w:w="35" w:type="dxa"/>
            </w:tcMar>
            <w:vAlign w:val="center"/>
          </w:tcPr>
          <w:p w14:paraId="56E31B3C" w14:textId="77777777" w:rsidR="00272A77" w:rsidRPr="001A2E38" w:rsidRDefault="00272A77" w:rsidP="005046C0">
            <w:pPr>
              <w:jc w:val="center"/>
              <w:rPr>
                <w:rFonts w:ascii="Times New Roman" w:hAnsi="Times New Roman" w:cs="Times New Roman"/>
                <w:sz w:val="20"/>
                <w:szCs w:val="20"/>
              </w:rPr>
            </w:pPr>
            <w:r w:rsidRPr="001A2E38">
              <w:rPr>
                <w:rFonts w:ascii="Times New Roman" w:eastAsia="Times New Roman" w:hAnsi="Times New Roman" w:cs="Times New Roman"/>
                <w:sz w:val="20"/>
                <w:szCs w:val="20"/>
              </w:rPr>
              <w:t>0.778</w:t>
            </w:r>
          </w:p>
        </w:tc>
        <w:tc>
          <w:tcPr>
            <w:tcW w:w="0" w:type="auto"/>
            <w:tcMar>
              <w:top w:w="20" w:type="dxa"/>
              <w:left w:w="35" w:type="dxa"/>
              <w:bottom w:w="20" w:type="dxa"/>
              <w:right w:w="35" w:type="dxa"/>
            </w:tcMar>
            <w:vAlign w:val="center"/>
          </w:tcPr>
          <w:p w14:paraId="6198A6EF" w14:textId="77777777" w:rsidR="00272A77" w:rsidRPr="001A2E38" w:rsidRDefault="00272A77" w:rsidP="005046C0">
            <w:pPr>
              <w:jc w:val="center"/>
              <w:rPr>
                <w:rFonts w:ascii="Times New Roman" w:hAnsi="Times New Roman" w:cs="Times New Roman"/>
                <w:sz w:val="20"/>
                <w:szCs w:val="20"/>
              </w:rPr>
            </w:pPr>
            <w:r w:rsidRPr="001A2E38">
              <w:rPr>
                <w:rFonts w:ascii="Times New Roman" w:eastAsia="Times New Roman" w:hAnsi="Times New Roman" w:cs="Times New Roman"/>
                <w:sz w:val="20"/>
                <w:szCs w:val="20"/>
              </w:rPr>
              <w:t>0.321</w:t>
            </w:r>
          </w:p>
        </w:tc>
        <w:tc>
          <w:tcPr>
            <w:tcW w:w="0" w:type="auto"/>
            <w:tcMar>
              <w:top w:w="20" w:type="dxa"/>
              <w:left w:w="35" w:type="dxa"/>
              <w:bottom w:w="20" w:type="dxa"/>
              <w:right w:w="35" w:type="dxa"/>
            </w:tcMar>
            <w:vAlign w:val="center"/>
          </w:tcPr>
          <w:p w14:paraId="38490C5F" w14:textId="77777777" w:rsidR="00272A77" w:rsidRPr="001A2E38" w:rsidRDefault="00272A77" w:rsidP="005046C0">
            <w:pPr>
              <w:jc w:val="center"/>
              <w:rPr>
                <w:rFonts w:ascii="Times New Roman" w:hAnsi="Times New Roman" w:cs="Times New Roman"/>
                <w:sz w:val="20"/>
                <w:szCs w:val="20"/>
              </w:rPr>
            </w:pPr>
            <w:r w:rsidRPr="001A2E38">
              <w:rPr>
                <w:rFonts w:ascii="Times New Roman" w:eastAsia="Times New Roman" w:hAnsi="Times New Roman" w:cs="Times New Roman"/>
                <w:sz w:val="20"/>
                <w:szCs w:val="20"/>
              </w:rPr>
              <w:t>0.847</w:t>
            </w:r>
          </w:p>
        </w:tc>
        <w:tc>
          <w:tcPr>
            <w:tcW w:w="0" w:type="auto"/>
            <w:tcMar>
              <w:top w:w="20" w:type="dxa"/>
              <w:left w:w="35" w:type="dxa"/>
              <w:bottom w:w="20" w:type="dxa"/>
              <w:right w:w="35" w:type="dxa"/>
            </w:tcMar>
            <w:vAlign w:val="center"/>
          </w:tcPr>
          <w:p w14:paraId="656C616A" w14:textId="77777777" w:rsidR="00272A77" w:rsidRPr="001A2E38" w:rsidRDefault="00272A77" w:rsidP="005046C0">
            <w:pPr>
              <w:jc w:val="center"/>
              <w:rPr>
                <w:rFonts w:ascii="Times New Roman" w:hAnsi="Times New Roman" w:cs="Times New Roman"/>
                <w:sz w:val="20"/>
                <w:szCs w:val="20"/>
              </w:rPr>
            </w:pPr>
            <w:r w:rsidRPr="001A2E38">
              <w:rPr>
                <w:rFonts w:ascii="Times New Roman" w:eastAsia="Times New Roman" w:hAnsi="Times New Roman" w:cs="Times New Roman"/>
                <w:sz w:val="20"/>
                <w:szCs w:val="20"/>
              </w:rPr>
              <w:t>0.847</w:t>
            </w:r>
          </w:p>
        </w:tc>
        <w:tc>
          <w:tcPr>
            <w:tcW w:w="0" w:type="auto"/>
            <w:tcMar>
              <w:top w:w="20" w:type="dxa"/>
              <w:left w:w="35" w:type="dxa"/>
              <w:bottom w:w="20" w:type="dxa"/>
              <w:right w:w="35" w:type="dxa"/>
            </w:tcMar>
            <w:vAlign w:val="center"/>
          </w:tcPr>
          <w:p w14:paraId="09E21599" w14:textId="77777777" w:rsidR="00272A77" w:rsidRPr="001A2E38" w:rsidRDefault="00272A77" w:rsidP="005046C0">
            <w:pPr>
              <w:jc w:val="center"/>
              <w:rPr>
                <w:rFonts w:ascii="Times New Roman" w:hAnsi="Times New Roman" w:cs="Times New Roman"/>
                <w:sz w:val="20"/>
                <w:szCs w:val="20"/>
              </w:rPr>
            </w:pPr>
            <w:r w:rsidRPr="001A2E38">
              <w:rPr>
                <w:rFonts w:ascii="Times New Roman" w:eastAsia="Times New Roman" w:hAnsi="Times New Roman" w:cs="Times New Roman"/>
                <w:sz w:val="20"/>
                <w:szCs w:val="20"/>
              </w:rPr>
              <w:t>0.669</w:t>
            </w:r>
          </w:p>
        </w:tc>
      </w:tr>
      <w:tr w:rsidR="00272A77" w:rsidRPr="001A2E38" w14:paraId="615D9709" w14:textId="77777777" w:rsidTr="005046C0">
        <w:trPr>
          <w:trHeight w:hRule="exact" w:val="340"/>
          <w:jc w:val="center"/>
        </w:trPr>
        <w:tc>
          <w:tcPr>
            <w:tcW w:w="0" w:type="auto"/>
            <w:vMerge/>
            <w:tcMar>
              <w:top w:w="20" w:type="dxa"/>
              <w:left w:w="35" w:type="dxa"/>
              <w:bottom w:w="20" w:type="dxa"/>
              <w:right w:w="35" w:type="dxa"/>
            </w:tcMar>
            <w:vAlign w:val="center"/>
          </w:tcPr>
          <w:p w14:paraId="1970F989" w14:textId="77777777" w:rsidR="00272A77" w:rsidRPr="001A2E38" w:rsidRDefault="00272A77" w:rsidP="005046C0">
            <w:pPr>
              <w:rPr>
                <w:rFonts w:ascii="Times New Roman" w:hAnsi="Times New Roman" w:cs="Times New Roman"/>
                <w:sz w:val="20"/>
                <w:szCs w:val="20"/>
              </w:rPr>
            </w:pPr>
          </w:p>
        </w:tc>
        <w:tc>
          <w:tcPr>
            <w:tcW w:w="0" w:type="auto"/>
            <w:tcMar>
              <w:top w:w="20" w:type="dxa"/>
              <w:left w:w="35" w:type="dxa"/>
              <w:bottom w:w="20" w:type="dxa"/>
              <w:right w:w="35" w:type="dxa"/>
            </w:tcMar>
            <w:vAlign w:val="center"/>
          </w:tcPr>
          <w:p w14:paraId="1E21BEC9" w14:textId="77777777" w:rsidR="00272A77" w:rsidRPr="001A2E38" w:rsidRDefault="00272A77" w:rsidP="005046C0">
            <w:pPr>
              <w:rPr>
                <w:rFonts w:ascii="Times New Roman" w:hAnsi="Times New Roman" w:cs="Times New Roman"/>
                <w:sz w:val="20"/>
                <w:szCs w:val="20"/>
              </w:rPr>
            </w:pPr>
            <w:r w:rsidRPr="001A2E38">
              <w:rPr>
                <w:rFonts w:ascii="Times New Roman" w:eastAsia="Times New Roman" w:hAnsi="Times New Roman" w:cs="Times New Roman"/>
                <w:sz w:val="20"/>
                <w:szCs w:val="20"/>
              </w:rPr>
              <w:t>GGT</w:t>
            </w:r>
          </w:p>
        </w:tc>
        <w:tc>
          <w:tcPr>
            <w:tcW w:w="0" w:type="auto"/>
            <w:tcMar>
              <w:top w:w="20" w:type="dxa"/>
              <w:left w:w="35" w:type="dxa"/>
              <w:bottom w:w="20" w:type="dxa"/>
              <w:right w:w="35" w:type="dxa"/>
            </w:tcMar>
            <w:vAlign w:val="center"/>
          </w:tcPr>
          <w:p w14:paraId="0FA0D979" w14:textId="77777777" w:rsidR="00272A77" w:rsidRPr="001A2E38" w:rsidRDefault="00272A77" w:rsidP="005046C0">
            <w:pPr>
              <w:jc w:val="center"/>
              <w:rPr>
                <w:rFonts w:ascii="Times New Roman" w:hAnsi="Times New Roman" w:cs="Times New Roman"/>
                <w:sz w:val="20"/>
                <w:szCs w:val="20"/>
              </w:rPr>
            </w:pPr>
            <w:r w:rsidRPr="001A2E38">
              <w:rPr>
                <w:rFonts w:ascii="Times New Roman" w:eastAsia="Times New Roman" w:hAnsi="Times New Roman" w:cs="Times New Roman"/>
                <w:sz w:val="20"/>
                <w:szCs w:val="20"/>
              </w:rPr>
              <w:t>0.979</w:t>
            </w:r>
          </w:p>
        </w:tc>
        <w:tc>
          <w:tcPr>
            <w:tcW w:w="0" w:type="auto"/>
            <w:tcMar>
              <w:top w:w="20" w:type="dxa"/>
              <w:left w:w="35" w:type="dxa"/>
              <w:bottom w:w="20" w:type="dxa"/>
              <w:right w:w="35" w:type="dxa"/>
            </w:tcMar>
            <w:vAlign w:val="center"/>
          </w:tcPr>
          <w:p w14:paraId="28C3B021" w14:textId="77777777" w:rsidR="00272A77" w:rsidRPr="001A2E38" w:rsidRDefault="00272A77" w:rsidP="005046C0">
            <w:pPr>
              <w:jc w:val="center"/>
              <w:rPr>
                <w:rFonts w:ascii="Times New Roman" w:hAnsi="Times New Roman" w:cs="Times New Roman"/>
                <w:sz w:val="20"/>
                <w:szCs w:val="20"/>
              </w:rPr>
            </w:pPr>
            <w:r w:rsidRPr="001A2E38">
              <w:rPr>
                <w:rFonts w:ascii="Times New Roman" w:eastAsia="Times New Roman" w:hAnsi="Times New Roman" w:cs="Times New Roman"/>
                <w:sz w:val="20"/>
                <w:szCs w:val="20"/>
              </w:rPr>
              <w:t>0.352</w:t>
            </w:r>
          </w:p>
        </w:tc>
        <w:tc>
          <w:tcPr>
            <w:tcW w:w="0" w:type="auto"/>
            <w:tcMar>
              <w:top w:w="20" w:type="dxa"/>
              <w:left w:w="35" w:type="dxa"/>
              <w:bottom w:w="20" w:type="dxa"/>
              <w:right w:w="35" w:type="dxa"/>
            </w:tcMar>
            <w:vAlign w:val="center"/>
          </w:tcPr>
          <w:p w14:paraId="7648AC2A" w14:textId="77777777" w:rsidR="00272A77" w:rsidRPr="001A2E38" w:rsidRDefault="00272A77" w:rsidP="005046C0">
            <w:pPr>
              <w:jc w:val="center"/>
              <w:rPr>
                <w:rFonts w:ascii="Times New Roman" w:hAnsi="Times New Roman" w:cs="Times New Roman"/>
                <w:sz w:val="20"/>
                <w:szCs w:val="20"/>
              </w:rPr>
            </w:pPr>
            <w:r w:rsidRPr="001A2E38">
              <w:rPr>
                <w:rFonts w:ascii="Times New Roman" w:eastAsia="Times New Roman" w:hAnsi="Times New Roman" w:cs="Times New Roman"/>
                <w:sz w:val="20"/>
                <w:szCs w:val="20"/>
              </w:rPr>
              <w:t>0.975</w:t>
            </w:r>
          </w:p>
        </w:tc>
        <w:tc>
          <w:tcPr>
            <w:tcW w:w="0" w:type="auto"/>
            <w:tcMar>
              <w:top w:w="20" w:type="dxa"/>
              <w:left w:w="35" w:type="dxa"/>
              <w:bottom w:w="20" w:type="dxa"/>
              <w:right w:w="35" w:type="dxa"/>
            </w:tcMar>
            <w:vAlign w:val="center"/>
          </w:tcPr>
          <w:p w14:paraId="5D01C0B7" w14:textId="77777777" w:rsidR="00272A77" w:rsidRPr="001A2E38" w:rsidRDefault="00272A77" w:rsidP="005046C0">
            <w:pPr>
              <w:jc w:val="center"/>
              <w:rPr>
                <w:rFonts w:ascii="Times New Roman" w:hAnsi="Times New Roman" w:cs="Times New Roman"/>
                <w:sz w:val="20"/>
                <w:szCs w:val="20"/>
              </w:rPr>
            </w:pPr>
            <w:r w:rsidRPr="001A2E38">
              <w:rPr>
                <w:rFonts w:ascii="Times New Roman" w:eastAsia="Times New Roman" w:hAnsi="Times New Roman" w:cs="Times New Roman"/>
                <w:sz w:val="20"/>
                <w:szCs w:val="20"/>
              </w:rPr>
              <w:t>0.847</w:t>
            </w:r>
          </w:p>
        </w:tc>
        <w:tc>
          <w:tcPr>
            <w:tcW w:w="0" w:type="auto"/>
            <w:tcMar>
              <w:top w:w="20" w:type="dxa"/>
              <w:left w:w="35" w:type="dxa"/>
              <w:bottom w:w="20" w:type="dxa"/>
              <w:right w:w="35" w:type="dxa"/>
            </w:tcMar>
            <w:vAlign w:val="center"/>
          </w:tcPr>
          <w:p w14:paraId="274B1741" w14:textId="77777777" w:rsidR="00272A77" w:rsidRPr="001A2E38" w:rsidRDefault="00272A77" w:rsidP="005046C0">
            <w:pPr>
              <w:jc w:val="center"/>
              <w:rPr>
                <w:rFonts w:ascii="Times New Roman" w:hAnsi="Times New Roman" w:cs="Times New Roman"/>
                <w:sz w:val="20"/>
                <w:szCs w:val="20"/>
              </w:rPr>
            </w:pPr>
            <w:r w:rsidRPr="001A2E38">
              <w:rPr>
                <w:rFonts w:ascii="Times New Roman" w:eastAsia="Times New Roman" w:hAnsi="Times New Roman" w:cs="Times New Roman"/>
                <w:sz w:val="20"/>
                <w:szCs w:val="20"/>
              </w:rPr>
              <w:t>0.520</w:t>
            </w:r>
          </w:p>
        </w:tc>
        <w:tc>
          <w:tcPr>
            <w:tcW w:w="0" w:type="auto"/>
            <w:tcMar>
              <w:top w:w="20" w:type="dxa"/>
              <w:left w:w="35" w:type="dxa"/>
              <w:bottom w:w="20" w:type="dxa"/>
              <w:right w:w="35" w:type="dxa"/>
            </w:tcMar>
            <w:vAlign w:val="center"/>
          </w:tcPr>
          <w:p w14:paraId="06C7EC3D" w14:textId="77777777" w:rsidR="00272A77" w:rsidRPr="001A2E38" w:rsidRDefault="00272A77" w:rsidP="005046C0">
            <w:pPr>
              <w:jc w:val="center"/>
              <w:rPr>
                <w:rFonts w:ascii="Times New Roman" w:hAnsi="Times New Roman" w:cs="Times New Roman"/>
                <w:sz w:val="20"/>
                <w:szCs w:val="20"/>
              </w:rPr>
            </w:pPr>
            <w:r w:rsidRPr="001A2E38">
              <w:rPr>
                <w:rFonts w:ascii="Times New Roman" w:eastAsia="Times New Roman" w:hAnsi="Times New Roman" w:cs="Times New Roman"/>
                <w:sz w:val="20"/>
                <w:szCs w:val="20"/>
              </w:rPr>
              <w:t>0.798</w:t>
            </w:r>
          </w:p>
        </w:tc>
        <w:tc>
          <w:tcPr>
            <w:tcW w:w="0" w:type="auto"/>
            <w:tcMar>
              <w:top w:w="20" w:type="dxa"/>
              <w:left w:w="35" w:type="dxa"/>
              <w:bottom w:w="20" w:type="dxa"/>
              <w:right w:w="35" w:type="dxa"/>
            </w:tcMar>
            <w:vAlign w:val="center"/>
          </w:tcPr>
          <w:p w14:paraId="3EBE888C" w14:textId="77777777" w:rsidR="00272A77" w:rsidRPr="001A2E38" w:rsidRDefault="00272A77" w:rsidP="005046C0">
            <w:pPr>
              <w:jc w:val="center"/>
              <w:rPr>
                <w:rFonts w:ascii="Times New Roman" w:hAnsi="Times New Roman" w:cs="Times New Roman"/>
                <w:sz w:val="20"/>
                <w:szCs w:val="20"/>
              </w:rPr>
            </w:pPr>
            <w:r w:rsidRPr="001A2E38">
              <w:rPr>
                <w:rFonts w:ascii="Times New Roman" w:eastAsia="Times New Roman" w:hAnsi="Times New Roman" w:cs="Times New Roman"/>
                <w:sz w:val="20"/>
                <w:szCs w:val="20"/>
              </w:rPr>
              <w:t>0.286</w:t>
            </w:r>
          </w:p>
        </w:tc>
        <w:tc>
          <w:tcPr>
            <w:tcW w:w="0" w:type="auto"/>
            <w:tcMar>
              <w:top w:w="20" w:type="dxa"/>
              <w:left w:w="35" w:type="dxa"/>
              <w:bottom w:w="20" w:type="dxa"/>
              <w:right w:w="35" w:type="dxa"/>
            </w:tcMar>
            <w:vAlign w:val="center"/>
          </w:tcPr>
          <w:p w14:paraId="2E893907" w14:textId="77777777" w:rsidR="00272A77" w:rsidRPr="001A2E38" w:rsidRDefault="00272A77" w:rsidP="005046C0">
            <w:pPr>
              <w:jc w:val="center"/>
              <w:rPr>
                <w:rFonts w:ascii="Times New Roman" w:hAnsi="Times New Roman" w:cs="Times New Roman"/>
                <w:sz w:val="20"/>
                <w:szCs w:val="20"/>
              </w:rPr>
            </w:pPr>
            <w:r w:rsidRPr="001A2E38">
              <w:rPr>
                <w:rFonts w:ascii="Times New Roman" w:eastAsia="Times New Roman" w:hAnsi="Times New Roman" w:cs="Times New Roman"/>
                <w:sz w:val="20"/>
                <w:szCs w:val="20"/>
              </w:rPr>
              <w:t>0.807</w:t>
            </w:r>
          </w:p>
        </w:tc>
      </w:tr>
      <w:tr w:rsidR="00272A77" w:rsidRPr="001A2E38" w14:paraId="36C5991E" w14:textId="77777777" w:rsidTr="005046C0">
        <w:trPr>
          <w:trHeight w:hRule="exact" w:val="340"/>
          <w:jc w:val="center"/>
        </w:trPr>
        <w:tc>
          <w:tcPr>
            <w:tcW w:w="0" w:type="auto"/>
            <w:vMerge/>
            <w:tcMar>
              <w:top w:w="20" w:type="dxa"/>
              <w:left w:w="35" w:type="dxa"/>
              <w:bottom w:w="20" w:type="dxa"/>
              <w:right w:w="35" w:type="dxa"/>
            </w:tcMar>
            <w:vAlign w:val="center"/>
          </w:tcPr>
          <w:p w14:paraId="5E7817C6" w14:textId="77777777" w:rsidR="00272A77" w:rsidRPr="001A2E38" w:rsidRDefault="00272A77" w:rsidP="005046C0">
            <w:pPr>
              <w:rPr>
                <w:rFonts w:ascii="Times New Roman" w:hAnsi="Times New Roman" w:cs="Times New Roman"/>
                <w:sz w:val="20"/>
                <w:szCs w:val="20"/>
              </w:rPr>
            </w:pPr>
          </w:p>
        </w:tc>
        <w:tc>
          <w:tcPr>
            <w:tcW w:w="0" w:type="auto"/>
            <w:tcMar>
              <w:top w:w="20" w:type="dxa"/>
              <w:left w:w="35" w:type="dxa"/>
              <w:bottom w:w="20" w:type="dxa"/>
              <w:right w:w="35" w:type="dxa"/>
            </w:tcMar>
            <w:vAlign w:val="center"/>
          </w:tcPr>
          <w:p w14:paraId="4034E929" w14:textId="77777777" w:rsidR="00272A77" w:rsidRPr="001A2E38" w:rsidRDefault="00272A77" w:rsidP="005046C0">
            <w:pPr>
              <w:rPr>
                <w:rFonts w:ascii="Times New Roman" w:hAnsi="Times New Roman" w:cs="Times New Roman"/>
                <w:sz w:val="20"/>
                <w:szCs w:val="20"/>
              </w:rPr>
            </w:pPr>
            <w:r w:rsidRPr="001A2E38">
              <w:rPr>
                <w:rFonts w:ascii="Times New Roman" w:eastAsia="Times New Roman" w:hAnsi="Times New Roman" w:cs="Times New Roman"/>
                <w:sz w:val="20"/>
                <w:szCs w:val="20"/>
              </w:rPr>
              <w:t>Total bilirubin</w:t>
            </w:r>
          </w:p>
        </w:tc>
        <w:tc>
          <w:tcPr>
            <w:tcW w:w="0" w:type="auto"/>
            <w:tcMar>
              <w:top w:w="20" w:type="dxa"/>
              <w:left w:w="35" w:type="dxa"/>
              <w:bottom w:w="20" w:type="dxa"/>
              <w:right w:w="35" w:type="dxa"/>
            </w:tcMar>
            <w:vAlign w:val="center"/>
          </w:tcPr>
          <w:p w14:paraId="48E1A8C1" w14:textId="77777777" w:rsidR="00272A77" w:rsidRPr="001A2E38" w:rsidRDefault="00272A77" w:rsidP="005046C0">
            <w:pPr>
              <w:jc w:val="center"/>
              <w:rPr>
                <w:rFonts w:ascii="Times New Roman" w:hAnsi="Times New Roman" w:cs="Times New Roman"/>
                <w:sz w:val="20"/>
                <w:szCs w:val="20"/>
              </w:rPr>
            </w:pPr>
            <w:r w:rsidRPr="001A2E38">
              <w:rPr>
                <w:rFonts w:ascii="Times New Roman" w:eastAsia="Times New Roman" w:hAnsi="Times New Roman" w:cs="Times New Roman"/>
                <w:sz w:val="20"/>
                <w:szCs w:val="20"/>
              </w:rPr>
              <w:t>0.847</w:t>
            </w:r>
          </w:p>
        </w:tc>
        <w:tc>
          <w:tcPr>
            <w:tcW w:w="0" w:type="auto"/>
            <w:tcMar>
              <w:top w:w="20" w:type="dxa"/>
              <w:left w:w="35" w:type="dxa"/>
              <w:bottom w:w="20" w:type="dxa"/>
              <w:right w:w="35" w:type="dxa"/>
            </w:tcMar>
            <w:vAlign w:val="center"/>
          </w:tcPr>
          <w:p w14:paraId="1413CC4F" w14:textId="77777777" w:rsidR="00272A77" w:rsidRPr="001A2E38" w:rsidRDefault="00272A77" w:rsidP="005046C0">
            <w:pPr>
              <w:jc w:val="center"/>
              <w:rPr>
                <w:rFonts w:ascii="Times New Roman" w:hAnsi="Times New Roman" w:cs="Times New Roman"/>
                <w:sz w:val="20"/>
                <w:szCs w:val="20"/>
              </w:rPr>
            </w:pPr>
            <w:r w:rsidRPr="001A2E38">
              <w:rPr>
                <w:rFonts w:ascii="Times New Roman" w:eastAsia="Times New Roman" w:hAnsi="Times New Roman" w:cs="Times New Roman"/>
                <w:sz w:val="20"/>
                <w:szCs w:val="20"/>
              </w:rPr>
              <w:t>0.163</w:t>
            </w:r>
          </w:p>
        </w:tc>
        <w:tc>
          <w:tcPr>
            <w:tcW w:w="0" w:type="auto"/>
            <w:tcMar>
              <w:top w:w="20" w:type="dxa"/>
              <w:left w:w="35" w:type="dxa"/>
              <w:bottom w:w="20" w:type="dxa"/>
              <w:right w:w="35" w:type="dxa"/>
            </w:tcMar>
            <w:vAlign w:val="center"/>
          </w:tcPr>
          <w:p w14:paraId="56919E28" w14:textId="77777777" w:rsidR="00272A77" w:rsidRPr="001A2E38" w:rsidRDefault="00272A77" w:rsidP="005046C0">
            <w:pPr>
              <w:jc w:val="center"/>
              <w:rPr>
                <w:rFonts w:ascii="Times New Roman" w:hAnsi="Times New Roman" w:cs="Times New Roman"/>
                <w:sz w:val="20"/>
                <w:szCs w:val="20"/>
              </w:rPr>
            </w:pPr>
            <w:r w:rsidRPr="001A2E38">
              <w:rPr>
                <w:rFonts w:ascii="Times New Roman" w:eastAsia="Times New Roman" w:hAnsi="Times New Roman" w:cs="Times New Roman"/>
                <w:sz w:val="20"/>
                <w:szCs w:val="20"/>
              </w:rPr>
              <w:t>0.778</w:t>
            </w:r>
          </w:p>
        </w:tc>
        <w:tc>
          <w:tcPr>
            <w:tcW w:w="0" w:type="auto"/>
            <w:tcMar>
              <w:top w:w="20" w:type="dxa"/>
              <w:left w:w="35" w:type="dxa"/>
              <w:bottom w:w="20" w:type="dxa"/>
              <w:right w:w="35" w:type="dxa"/>
            </w:tcMar>
            <w:vAlign w:val="center"/>
          </w:tcPr>
          <w:p w14:paraId="2B6D4BDC" w14:textId="77777777" w:rsidR="00272A77" w:rsidRPr="001A2E38" w:rsidRDefault="00272A77" w:rsidP="005046C0">
            <w:pPr>
              <w:jc w:val="center"/>
              <w:rPr>
                <w:rFonts w:ascii="Times New Roman" w:hAnsi="Times New Roman" w:cs="Times New Roman"/>
                <w:sz w:val="20"/>
                <w:szCs w:val="20"/>
              </w:rPr>
            </w:pPr>
            <w:r w:rsidRPr="001A2E38">
              <w:rPr>
                <w:rFonts w:ascii="Times New Roman" w:eastAsia="Times New Roman" w:hAnsi="Times New Roman" w:cs="Times New Roman"/>
                <w:sz w:val="20"/>
                <w:szCs w:val="20"/>
              </w:rPr>
              <w:t>0.408</w:t>
            </w:r>
          </w:p>
        </w:tc>
        <w:tc>
          <w:tcPr>
            <w:tcW w:w="0" w:type="auto"/>
            <w:tcMar>
              <w:top w:w="20" w:type="dxa"/>
              <w:left w:w="35" w:type="dxa"/>
              <w:bottom w:w="20" w:type="dxa"/>
              <w:right w:w="35" w:type="dxa"/>
            </w:tcMar>
            <w:vAlign w:val="center"/>
          </w:tcPr>
          <w:p w14:paraId="1B03FCE8" w14:textId="77777777" w:rsidR="00272A77" w:rsidRPr="001A2E38" w:rsidRDefault="00272A77" w:rsidP="005046C0">
            <w:pPr>
              <w:jc w:val="center"/>
              <w:rPr>
                <w:rFonts w:ascii="Times New Roman" w:hAnsi="Times New Roman" w:cs="Times New Roman"/>
                <w:sz w:val="20"/>
                <w:szCs w:val="20"/>
              </w:rPr>
            </w:pPr>
            <w:r w:rsidRPr="001A2E38">
              <w:rPr>
                <w:rFonts w:ascii="Times New Roman" w:eastAsia="Times New Roman" w:hAnsi="Times New Roman" w:cs="Times New Roman"/>
                <w:sz w:val="20"/>
                <w:szCs w:val="20"/>
              </w:rPr>
              <w:t>0.225</w:t>
            </w:r>
          </w:p>
        </w:tc>
        <w:tc>
          <w:tcPr>
            <w:tcW w:w="0" w:type="auto"/>
            <w:tcMar>
              <w:top w:w="20" w:type="dxa"/>
              <w:left w:w="35" w:type="dxa"/>
              <w:bottom w:w="20" w:type="dxa"/>
              <w:right w:w="35" w:type="dxa"/>
            </w:tcMar>
            <w:vAlign w:val="center"/>
          </w:tcPr>
          <w:p w14:paraId="030A1CC9" w14:textId="77777777" w:rsidR="00272A77" w:rsidRPr="001A2E38" w:rsidRDefault="00272A77" w:rsidP="005046C0">
            <w:pPr>
              <w:jc w:val="center"/>
              <w:rPr>
                <w:rFonts w:ascii="Times New Roman" w:hAnsi="Times New Roman" w:cs="Times New Roman"/>
                <w:sz w:val="20"/>
                <w:szCs w:val="20"/>
              </w:rPr>
            </w:pPr>
            <w:r w:rsidRPr="001A2E38">
              <w:rPr>
                <w:rFonts w:ascii="Times New Roman" w:eastAsia="Times New Roman" w:hAnsi="Times New Roman" w:cs="Times New Roman"/>
                <w:sz w:val="20"/>
                <w:szCs w:val="20"/>
              </w:rPr>
              <w:t>0.631</w:t>
            </w:r>
          </w:p>
        </w:tc>
        <w:tc>
          <w:tcPr>
            <w:tcW w:w="0" w:type="auto"/>
            <w:tcMar>
              <w:top w:w="20" w:type="dxa"/>
              <w:left w:w="35" w:type="dxa"/>
              <w:bottom w:w="20" w:type="dxa"/>
              <w:right w:w="35" w:type="dxa"/>
            </w:tcMar>
            <w:vAlign w:val="center"/>
          </w:tcPr>
          <w:p w14:paraId="35FF0FF4" w14:textId="77777777" w:rsidR="00272A77" w:rsidRPr="001A2E38" w:rsidRDefault="00272A77" w:rsidP="005046C0">
            <w:pPr>
              <w:jc w:val="center"/>
              <w:rPr>
                <w:rFonts w:ascii="Times New Roman" w:hAnsi="Times New Roman" w:cs="Times New Roman"/>
                <w:sz w:val="20"/>
                <w:szCs w:val="20"/>
              </w:rPr>
            </w:pPr>
            <w:r w:rsidRPr="001A2E38">
              <w:rPr>
                <w:rFonts w:ascii="Times New Roman" w:eastAsia="Times New Roman" w:hAnsi="Times New Roman" w:cs="Times New Roman"/>
                <w:sz w:val="20"/>
                <w:szCs w:val="20"/>
              </w:rPr>
              <w:t>0.706</w:t>
            </w:r>
          </w:p>
        </w:tc>
        <w:tc>
          <w:tcPr>
            <w:tcW w:w="0" w:type="auto"/>
            <w:tcMar>
              <w:top w:w="20" w:type="dxa"/>
              <w:left w:w="35" w:type="dxa"/>
              <w:bottom w:w="20" w:type="dxa"/>
              <w:right w:w="35" w:type="dxa"/>
            </w:tcMar>
            <w:vAlign w:val="center"/>
          </w:tcPr>
          <w:p w14:paraId="1513E1AE" w14:textId="77777777" w:rsidR="00272A77" w:rsidRPr="001A2E38" w:rsidRDefault="00272A77" w:rsidP="005046C0">
            <w:pPr>
              <w:jc w:val="center"/>
              <w:rPr>
                <w:rFonts w:ascii="Times New Roman" w:hAnsi="Times New Roman" w:cs="Times New Roman"/>
                <w:sz w:val="20"/>
                <w:szCs w:val="20"/>
              </w:rPr>
            </w:pPr>
            <w:r w:rsidRPr="001A2E38">
              <w:rPr>
                <w:rFonts w:ascii="Times New Roman" w:eastAsia="Times New Roman" w:hAnsi="Times New Roman" w:cs="Times New Roman"/>
                <w:sz w:val="20"/>
                <w:szCs w:val="20"/>
              </w:rPr>
              <w:t>0.593</w:t>
            </w:r>
          </w:p>
        </w:tc>
      </w:tr>
      <w:tr w:rsidR="00272A77" w:rsidRPr="001A2E38" w14:paraId="2A7A4487" w14:textId="77777777" w:rsidTr="005046C0">
        <w:trPr>
          <w:trHeight w:hRule="exact" w:val="340"/>
          <w:jc w:val="center"/>
        </w:trPr>
        <w:tc>
          <w:tcPr>
            <w:tcW w:w="0" w:type="auto"/>
            <w:vMerge/>
            <w:tcMar>
              <w:top w:w="20" w:type="dxa"/>
              <w:left w:w="35" w:type="dxa"/>
              <w:bottom w:w="20" w:type="dxa"/>
              <w:right w:w="35" w:type="dxa"/>
            </w:tcMar>
            <w:vAlign w:val="center"/>
          </w:tcPr>
          <w:p w14:paraId="558FE39F" w14:textId="77777777" w:rsidR="00272A77" w:rsidRPr="001A2E38" w:rsidRDefault="00272A77" w:rsidP="005046C0">
            <w:pPr>
              <w:rPr>
                <w:rFonts w:ascii="Times New Roman" w:hAnsi="Times New Roman" w:cs="Times New Roman"/>
                <w:sz w:val="20"/>
                <w:szCs w:val="20"/>
              </w:rPr>
            </w:pPr>
          </w:p>
        </w:tc>
        <w:tc>
          <w:tcPr>
            <w:tcW w:w="0" w:type="auto"/>
            <w:tcMar>
              <w:top w:w="20" w:type="dxa"/>
              <w:left w:w="35" w:type="dxa"/>
              <w:bottom w:w="20" w:type="dxa"/>
              <w:right w:w="35" w:type="dxa"/>
            </w:tcMar>
            <w:vAlign w:val="center"/>
          </w:tcPr>
          <w:p w14:paraId="0C1C2ECB" w14:textId="77777777" w:rsidR="00272A77" w:rsidRPr="001A2E38" w:rsidRDefault="00272A77" w:rsidP="005046C0">
            <w:pPr>
              <w:rPr>
                <w:rFonts w:ascii="Times New Roman" w:hAnsi="Times New Roman" w:cs="Times New Roman"/>
                <w:sz w:val="20"/>
                <w:szCs w:val="20"/>
              </w:rPr>
            </w:pPr>
            <w:r w:rsidRPr="001A2E38">
              <w:rPr>
                <w:rFonts w:ascii="Times New Roman" w:eastAsia="Times New Roman" w:hAnsi="Times New Roman" w:cs="Times New Roman"/>
                <w:sz w:val="20"/>
                <w:szCs w:val="20"/>
              </w:rPr>
              <w:t>Total protein</w:t>
            </w:r>
          </w:p>
        </w:tc>
        <w:tc>
          <w:tcPr>
            <w:tcW w:w="0" w:type="auto"/>
            <w:tcMar>
              <w:top w:w="20" w:type="dxa"/>
              <w:left w:w="35" w:type="dxa"/>
              <w:bottom w:w="20" w:type="dxa"/>
              <w:right w:w="35" w:type="dxa"/>
            </w:tcMar>
            <w:vAlign w:val="center"/>
          </w:tcPr>
          <w:p w14:paraId="303BE808" w14:textId="77777777" w:rsidR="00272A77" w:rsidRPr="001A2E38" w:rsidRDefault="00272A77" w:rsidP="005046C0">
            <w:pPr>
              <w:jc w:val="center"/>
              <w:rPr>
                <w:rFonts w:ascii="Times New Roman" w:hAnsi="Times New Roman" w:cs="Times New Roman"/>
                <w:sz w:val="20"/>
                <w:szCs w:val="20"/>
              </w:rPr>
            </w:pPr>
            <w:r w:rsidRPr="001A2E38">
              <w:rPr>
                <w:rFonts w:ascii="Times New Roman" w:eastAsia="Times New Roman" w:hAnsi="Times New Roman" w:cs="Times New Roman"/>
                <w:sz w:val="20"/>
                <w:szCs w:val="20"/>
              </w:rPr>
              <w:t>0.948</w:t>
            </w:r>
          </w:p>
        </w:tc>
        <w:tc>
          <w:tcPr>
            <w:tcW w:w="0" w:type="auto"/>
            <w:tcMar>
              <w:top w:w="20" w:type="dxa"/>
              <w:left w:w="35" w:type="dxa"/>
              <w:bottom w:w="20" w:type="dxa"/>
              <w:right w:w="35" w:type="dxa"/>
            </w:tcMar>
            <w:vAlign w:val="center"/>
          </w:tcPr>
          <w:p w14:paraId="05413CEC" w14:textId="77777777" w:rsidR="00272A77" w:rsidRPr="001A2E38" w:rsidRDefault="00272A77" w:rsidP="005046C0">
            <w:pPr>
              <w:jc w:val="center"/>
              <w:rPr>
                <w:rFonts w:ascii="Times New Roman" w:hAnsi="Times New Roman" w:cs="Times New Roman"/>
                <w:sz w:val="20"/>
                <w:szCs w:val="20"/>
              </w:rPr>
            </w:pPr>
            <w:r w:rsidRPr="001A2E38">
              <w:rPr>
                <w:rFonts w:ascii="Times New Roman" w:eastAsia="Times New Roman" w:hAnsi="Times New Roman" w:cs="Times New Roman"/>
                <w:sz w:val="20"/>
                <w:szCs w:val="20"/>
              </w:rPr>
              <w:t>0.316</w:t>
            </w:r>
          </w:p>
        </w:tc>
        <w:tc>
          <w:tcPr>
            <w:tcW w:w="0" w:type="auto"/>
            <w:tcMar>
              <w:top w:w="20" w:type="dxa"/>
              <w:left w:w="35" w:type="dxa"/>
              <w:bottom w:w="20" w:type="dxa"/>
              <w:right w:w="35" w:type="dxa"/>
            </w:tcMar>
            <w:vAlign w:val="center"/>
          </w:tcPr>
          <w:p w14:paraId="32CADE2F" w14:textId="77777777" w:rsidR="00272A77" w:rsidRPr="001A2E38" w:rsidRDefault="00272A77" w:rsidP="005046C0">
            <w:pPr>
              <w:jc w:val="center"/>
              <w:rPr>
                <w:rFonts w:ascii="Times New Roman" w:hAnsi="Times New Roman" w:cs="Times New Roman"/>
                <w:sz w:val="20"/>
                <w:szCs w:val="20"/>
              </w:rPr>
            </w:pPr>
            <w:r w:rsidRPr="001A2E38">
              <w:rPr>
                <w:rFonts w:ascii="Times New Roman" w:eastAsia="Times New Roman" w:hAnsi="Times New Roman" w:cs="Times New Roman"/>
                <w:sz w:val="20"/>
                <w:szCs w:val="20"/>
              </w:rPr>
              <w:t>0.656</w:t>
            </w:r>
          </w:p>
        </w:tc>
        <w:tc>
          <w:tcPr>
            <w:tcW w:w="0" w:type="auto"/>
            <w:tcMar>
              <w:top w:w="20" w:type="dxa"/>
              <w:left w:w="35" w:type="dxa"/>
              <w:bottom w:w="20" w:type="dxa"/>
              <w:right w:w="35" w:type="dxa"/>
            </w:tcMar>
            <w:vAlign w:val="center"/>
          </w:tcPr>
          <w:p w14:paraId="2BBA909C" w14:textId="77777777" w:rsidR="00272A77" w:rsidRPr="001A2E38" w:rsidRDefault="00272A77" w:rsidP="005046C0">
            <w:pPr>
              <w:jc w:val="center"/>
              <w:rPr>
                <w:rFonts w:ascii="Times New Roman" w:hAnsi="Times New Roman" w:cs="Times New Roman"/>
                <w:sz w:val="20"/>
                <w:szCs w:val="20"/>
              </w:rPr>
            </w:pPr>
            <w:r w:rsidRPr="001A2E38">
              <w:rPr>
                <w:rFonts w:ascii="Times New Roman" w:eastAsia="Times New Roman" w:hAnsi="Times New Roman" w:cs="Times New Roman"/>
                <w:sz w:val="20"/>
                <w:szCs w:val="20"/>
              </w:rPr>
              <w:t>0.648</w:t>
            </w:r>
          </w:p>
        </w:tc>
        <w:tc>
          <w:tcPr>
            <w:tcW w:w="0" w:type="auto"/>
            <w:tcMar>
              <w:top w:w="20" w:type="dxa"/>
              <w:left w:w="35" w:type="dxa"/>
              <w:bottom w:w="20" w:type="dxa"/>
              <w:right w:w="35" w:type="dxa"/>
            </w:tcMar>
            <w:vAlign w:val="center"/>
          </w:tcPr>
          <w:p w14:paraId="2F4A7ADA" w14:textId="77777777" w:rsidR="00272A77" w:rsidRPr="001A2E38" w:rsidRDefault="00272A77" w:rsidP="005046C0">
            <w:pPr>
              <w:jc w:val="center"/>
              <w:rPr>
                <w:rFonts w:ascii="Times New Roman" w:hAnsi="Times New Roman" w:cs="Times New Roman"/>
                <w:sz w:val="20"/>
                <w:szCs w:val="20"/>
              </w:rPr>
            </w:pPr>
            <w:r w:rsidRPr="001A2E38">
              <w:rPr>
                <w:rFonts w:ascii="Times New Roman" w:eastAsia="Times New Roman" w:hAnsi="Times New Roman" w:cs="Times New Roman"/>
                <w:sz w:val="20"/>
                <w:szCs w:val="20"/>
              </w:rPr>
              <w:t>0.321</w:t>
            </w:r>
          </w:p>
        </w:tc>
        <w:tc>
          <w:tcPr>
            <w:tcW w:w="0" w:type="auto"/>
            <w:tcMar>
              <w:top w:w="20" w:type="dxa"/>
              <w:left w:w="35" w:type="dxa"/>
              <w:bottom w:w="20" w:type="dxa"/>
              <w:right w:w="35" w:type="dxa"/>
            </w:tcMar>
            <w:vAlign w:val="center"/>
          </w:tcPr>
          <w:p w14:paraId="5757D04A" w14:textId="77777777" w:rsidR="00272A77" w:rsidRPr="001A2E38" w:rsidRDefault="00272A77" w:rsidP="005046C0">
            <w:pPr>
              <w:jc w:val="center"/>
              <w:rPr>
                <w:rFonts w:ascii="Times New Roman" w:hAnsi="Times New Roman" w:cs="Times New Roman"/>
                <w:sz w:val="20"/>
                <w:szCs w:val="20"/>
              </w:rPr>
            </w:pPr>
            <w:r w:rsidRPr="001A2E38">
              <w:rPr>
                <w:rFonts w:ascii="Times New Roman" w:eastAsia="Times New Roman" w:hAnsi="Times New Roman" w:cs="Times New Roman"/>
                <w:sz w:val="20"/>
                <w:szCs w:val="20"/>
              </w:rPr>
              <w:t>0.946</w:t>
            </w:r>
          </w:p>
        </w:tc>
        <w:tc>
          <w:tcPr>
            <w:tcW w:w="0" w:type="auto"/>
            <w:tcMar>
              <w:top w:w="20" w:type="dxa"/>
              <w:left w:w="35" w:type="dxa"/>
              <w:bottom w:w="20" w:type="dxa"/>
              <w:right w:w="35" w:type="dxa"/>
            </w:tcMar>
            <w:vAlign w:val="center"/>
          </w:tcPr>
          <w:p w14:paraId="5EDE9194" w14:textId="77777777" w:rsidR="00272A77" w:rsidRPr="001A2E38" w:rsidRDefault="00272A77" w:rsidP="005046C0">
            <w:pPr>
              <w:jc w:val="center"/>
              <w:rPr>
                <w:rFonts w:ascii="Times New Roman" w:hAnsi="Times New Roman" w:cs="Times New Roman"/>
                <w:sz w:val="20"/>
                <w:szCs w:val="20"/>
              </w:rPr>
            </w:pPr>
            <w:r w:rsidRPr="001A2E38">
              <w:rPr>
                <w:rFonts w:ascii="Times New Roman" w:eastAsia="Times New Roman" w:hAnsi="Times New Roman" w:cs="Times New Roman"/>
                <w:sz w:val="20"/>
                <w:szCs w:val="20"/>
              </w:rPr>
              <w:t>0.163</w:t>
            </w:r>
          </w:p>
        </w:tc>
        <w:tc>
          <w:tcPr>
            <w:tcW w:w="0" w:type="auto"/>
            <w:tcMar>
              <w:top w:w="20" w:type="dxa"/>
              <w:left w:w="35" w:type="dxa"/>
              <w:bottom w:w="20" w:type="dxa"/>
              <w:right w:w="35" w:type="dxa"/>
            </w:tcMar>
            <w:vAlign w:val="center"/>
          </w:tcPr>
          <w:p w14:paraId="1B83CDC8" w14:textId="77777777" w:rsidR="00272A77" w:rsidRPr="001A2E38" w:rsidRDefault="00272A77" w:rsidP="005046C0">
            <w:pPr>
              <w:jc w:val="center"/>
              <w:rPr>
                <w:rFonts w:ascii="Times New Roman" w:hAnsi="Times New Roman" w:cs="Times New Roman"/>
                <w:sz w:val="20"/>
                <w:szCs w:val="20"/>
              </w:rPr>
            </w:pPr>
            <w:r w:rsidRPr="001A2E38">
              <w:rPr>
                <w:rFonts w:ascii="Times New Roman" w:eastAsia="Times New Roman" w:hAnsi="Times New Roman" w:cs="Times New Roman"/>
                <w:sz w:val="20"/>
                <w:szCs w:val="20"/>
              </w:rPr>
              <w:t>0.418</w:t>
            </w:r>
          </w:p>
        </w:tc>
      </w:tr>
      <w:tr w:rsidR="00272A77" w:rsidRPr="001A2E38" w14:paraId="6DDA6F33" w14:textId="77777777" w:rsidTr="005046C0">
        <w:trPr>
          <w:trHeight w:hRule="exact" w:val="340"/>
          <w:jc w:val="center"/>
        </w:trPr>
        <w:tc>
          <w:tcPr>
            <w:tcW w:w="0" w:type="auto"/>
            <w:vMerge w:val="restart"/>
            <w:tcMar>
              <w:top w:w="20" w:type="dxa"/>
              <w:left w:w="35" w:type="dxa"/>
              <w:bottom w:w="20" w:type="dxa"/>
              <w:right w:w="35" w:type="dxa"/>
            </w:tcMar>
            <w:vAlign w:val="center"/>
          </w:tcPr>
          <w:p w14:paraId="2FA3C4D6" w14:textId="77777777" w:rsidR="00272A77" w:rsidRPr="001A2E38" w:rsidRDefault="00272A77" w:rsidP="005046C0">
            <w:pPr>
              <w:rPr>
                <w:rFonts w:ascii="Times New Roman" w:hAnsi="Times New Roman" w:cs="Times New Roman"/>
                <w:sz w:val="20"/>
                <w:szCs w:val="20"/>
              </w:rPr>
            </w:pPr>
            <w:r w:rsidRPr="001A2E38">
              <w:rPr>
                <w:rFonts w:ascii="Times New Roman" w:eastAsia="Times New Roman" w:hAnsi="Times New Roman" w:cs="Times New Roman"/>
                <w:sz w:val="20"/>
                <w:szCs w:val="20"/>
              </w:rPr>
              <w:t>Kidney function</w:t>
            </w:r>
          </w:p>
        </w:tc>
        <w:tc>
          <w:tcPr>
            <w:tcW w:w="0" w:type="auto"/>
            <w:tcMar>
              <w:top w:w="20" w:type="dxa"/>
              <w:left w:w="35" w:type="dxa"/>
              <w:bottom w:w="20" w:type="dxa"/>
              <w:right w:w="35" w:type="dxa"/>
            </w:tcMar>
            <w:vAlign w:val="center"/>
          </w:tcPr>
          <w:p w14:paraId="38C31EC2" w14:textId="77777777" w:rsidR="00272A77" w:rsidRPr="001A2E38" w:rsidRDefault="00272A77" w:rsidP="005046C0">
            <w:pPr>
              <w:rPr>
                <w:rFonts w:ascii="Times New Roman" w:hAnsi="Times New Roman" w:cs="Times New Roman"/>
                <w:sz w:val="20"/>
                <w:szCs w:val="20"/>
              </w:rPr>
            </w:pPr>
            <w:r w:rsidRPr="001A2E38">
              <w:rPr>
                <w:rFonts w:ascii="Times New Roman" w:eastAsia="Times New Roman" w:hAnsi="Times New Roman" w:cs="Times New Roman"/>
                <w:sz w:val="20"/>
                <w:szCs w:val="20"/>
              </w:rPr>
              <w:t>Urea</w:t>
            </w:r>
          </w:p>
        </w:tc>
        <w:tc>
          <w:tcPr>
            <w:tcW w:w="0" w:type="auto"/>
            <w:tcMar>
              <w:top w:w="20" w:type="dxa"/>
              <w:left w:w="35" w:type="dxa"/>
              <w:bottom w:w="20" w:type="dxa"/>
              <w:right w:w="35" w:type="dxa"/>
            </w:tcMar>
            <w:vAlign w:val="center"/>
          </w:tcPr>
          <w:p w14:paraId="307FCA39" w14:textId="77777777" w:rsidR="00272A77" w:rsidRPr="001A2E38" w:rsidRDefault="00272A77" w:rsidP="005046C0">
            <w:pPr>
              <w:jc w:val="center"/>
              <w:rPr>
                <w:rFonts w:ascii="Times New Roman" w:hAnsi="Times New Roman" w:cs="Times New Roman"/>
                <w:sz w:val="20"/>
                <w:szCs w:val="20"/>
              </w:rPr>
            </w:pPr>
            <w:r w:rsidRPr="001A2E38">
              <w:rPr>
                <w:rFonts w:ascii="Times New Roman" w:eastAsia="Times New Roman" w:hAnsi="Times New Roman" w:cs="Times New Roman"/>
                <w:sz w:val="20"/>
                <w:szCs w:val="20"/>
              </w:rPr>
              <w:t>0.948</w:t>
            </w:r>
          </w:p>
        </w:tc>
        <w:tc>
          <w:tcPr>
            <w:tcW w:w="0" w:type="auto"/>
            <w:tcMar>
              <w:top w:w="20" w:type="dxa"/>
              <w:left w:w="35" w:type="dxa"/>
              <w:bottom w:w="20" w:type="dxa"/>
              <w:right w:w="35" w:type="dxa"/>
            </w:tcMar>
            <w:vAlign w:val="center"/>
          </w:tcPr>
          <w:p w14:paraId="317DCD11" w14:textId="77777777" w:rsidR="00272A77" w:rsidRPr="001A2E38" w:rsidRDefault="00272A77" w:rsidP="005046C0">
            <w:pPr>
              <w:jc w:val="center"/>
              <w:rPr>
                <w:rFonts w:ascii="Times New Roman" w:hAnsi="Times New Roman" w:cs="Times New Roman"/>
                <w:sz w:val="20"/>
                <w:szCs w:val="20"/>
              </w:rPr>
            </w:pPr>
            <w:r w:rsidRPr="001A2E38">
              <w:rPr>
                <w:rFonts w:ascii="Times New Roman" w:eastAsia="Times New Roman" w:hAnsi="Times New Roman" w:cs="Times New Roman"/>
                <w:sz w:val="20"/>
                <w:szCs w:val="20"/>
              </w:rPr>
              <w:t>0.778</w:t>
            </w:r>
          </w:p>
        </w:tc>
        <w:tc>
          <w:tcPr>
            <w:tcW w:w="0" w:type="auto"/>
            <w:tcMar>
              <w:top w:w="20" w:type="dxa"/>
              <w:left w:w="35" w:type="dxa"/>
              <w:bottom w:w="20" w:type="dxa"/>
              <w:right w:w="35" w:type="dxa"/>
            </w:tcMar>
            <w:vAlign w:val="center"/>
          </w:tcPr>
          <w:p w14:paraId="4230CF48" w14:textId="77777777" w:rsidR="00272A77" w:rsidRPr="001A2E38" w:rsidRDefault="00272A77" w:rsidP="005046C0">
            <w:pPr>
              <w:jc w:val="center"/>
              <w:rPr>
                <w:rFonts w:ascii="Times New Roman" w:hAnsi="Times New Roman" w:cs="Times New Roman"/>
                <w:sz w:val="20"/>
                <w:szCs w:val="20"/>
              </w:rPr>
            </w:pPr>
            <w:r w:rsidRPr="001A2E38">
              <w:rPr>
                <w:rFonts w:ascii="Times New Roman" w:eastAsia="Times New Roman" w:hAnsi="Times New Roman" w:cs="Times New Roman"/>
                <w:sz w:val="20"/>
                <w:szCs w:val="20"/>
              </w:rPr>
              <w:t>0.847</w:t>
            </w:r>
          </w:p>
        </w:tc>
        <w:tc>
          <w:tcPr>
            <w:tcW w:w="0" w:type="auto"/>
            <w:tcMar>
              <w:top w:w="20" w:type="dxa"/>
              <w:left w:w="35" w:type="dxa"/>
              <w:bottom w:w="20" w:type="dxa"/>
              <w:right w:w="35" w:type="dxa"/>
            </w:tcMar>
            <w:vAlign w:val="center"/>
          </w:tcPr>
          <w:p w14:paraId="658CC948" w14:textId="77777777" w:rsidR="00272A77" w:rsidRPr="001A2E38" w:rsidRDefault="00272A77" w:rsidP="005046C0">
            <w:pPr>
              <w:jc w:val="center"/>
              <w:rPr>
                <w:rFonts w:ascii="Times New Roman" w:hAnsi="Times New Roman" w:cs="Times New Roman"/>
                <w:sz w:val="20"/>
                <w:szCs w:val="20"/>
              </w:rPr>
            </w:pPr>
            <w:r w:rsidRPr="001A2E38">
              <w:rPr>
                <w:rFonts w:ascii="Times New Roman" w:eastAsia="Times New Roman" w:hAnsi="Times New Roman" w:cs="Times New Roman"/>
                <w:sz w:val="20"/>
                <w:szCs w:val="20"/>
              </w:rPr>
              <w:t>0.873</w:t>
            </w:r>
          </w:p>
        </w:tc>
        <w:tc>
          <w:tcPr>
            <w:tcW w:w="0" w:type="auto"/>
            <w:tcMar>
              <w:top w:w="20" w:type="dxa"/>
              <w:left w:w="35" w:type="dxa"/>
              <w:bottom w:w="20" w:type="dxa"/>
              <w:right w:w="35" w:type="dxa"/>
            </w:tcMar>
            <w:vAlign w:val="center"/>
          </w:tcPr>
          <w:p w14:paraId="6512BDF9" w14:textId="77777777" w:rsidR="00272A77" w:rsidRPr="001A2E38" w:rsidRDefault="00272A77" w:rsidP="005046C0">
            <w:pPr>
              <w:jc w:val="center"/>
              <w:rPr>
                <w:rFonts w:ascii="Times New Roman" w:hAnsi="Times New Roman" w:cs="Times New Roman"/>
                <w:sz w:val="20"/>
                <w:szCs w:val="20"/>
              </w:rPr>
            </w:pPr>
            <w:r w:rsidRPr="001A2E38">
              <w:rPr>
                <w:rFonts w:ascii="Times New Roman" w:eastAsia="Times New Roman" w:hAnsi="Times New Roman" w:cs="Times New Roman"/>
                <w:sz w:val="20"/>
                <w:szCs w:val="20"/>
              </w:rPr>
              <w:t>0.847</w:t>
            </w:r>
          </w:p>
        </w:tc>
        <w:tc>
          <w:tcPr>
            <w:tcW w:w="0" w:type="auto"/>
            <w:tcMar>
              <w:top w:w="20" w:type="dxa"/>
              <w:left w:w="35" w:type="dxa"/>
              <w:bottom w:w="20" w:type="dxa"/>
              <w:right w:w="35" w:type="dxa"/>
            </w:tcMar>
            <w:vAlign w:val="center"/>
          </w:tcPr>
          <w:p w14:paraId="1B0EEC1A" w14:textId="77777777" w:rsidR="00272A77" w:rsidRPr="001A2E38" w:rsidRDefault="00272A77" w:rsidP="005046C0">
            <w:pPr>
              <w:jc w:val="center"/>
              <w:rPr>
                <w:rFonts w:ascii="Times New Roman" w:hAnsi="Times New Roman" w:cs="Times New Roman"/>
                <w:sz w:val="20"/>
                <w:szCs w:val="20"/>
              </w:rPr>
            </w:pPr>
            <w:r w:rsidRPr="001A2E38">
              <w:rPr>
                <w:rFonts w:ascii="Times New Roman" w:eastAsia="Times New Roman" w:hAnsi="Times New Roman" w:cs="Times New Roman"/>
                <w:sz w:val="20"/>
                <w:szCs w:val="20"/>
              </w:rPr>
              <w:t>0.847</w:t>
            </w:r>
          </w:p>
        </w:tc>
        <w:tc>
          <w:tcPr>
            <w:tcW w:w="0" w:type="auto"/>
            <w:tcMar>
              <w:top w:w="20" w:type="dxa"/>
              <w:left w:w="35" w:type="dxa"/>
              <w:bottom w:w="20" w:type="dxa"/>
              <w:right w:w="35" w:type="dxa"/>
            </w:tcMar>
            <w:vAlign w:val="center"/>
          </w:tcPr>
          <w:p w14:paraId="2684517A" w14:textId="77777777" w:rsidR="00272A77" w:rsidRPr="001A2E38" w:rsidRDefault="00272A77" w:rsidP="005046C0">
            <w:pPr>
              <w:jc w:val="center"/>
              <w:rPr>
                <w:rFonts w:ascii="Times New Roman" w:hAnsi="Times New Roman" w:cs="Times New Roman"/>
                <w:sz w:val="20"/>
                <w:szCs w:val="20"/>
              </w:rPr>
            </w:pPr>
            <w:r w:rsidRPr="001A2E38">
              <w:rPr>
                <w:rFonts w:ascii="Times New Roman" w:eastAsia="Times New Roman" w:hAnsi="Times New Roman" w:cs="Times New Roman"/>
                <w:sz w:val="20"/>
                <w:szCs w:val="20"/>
              </w:rPr>
              <w:t>0.807</w:t>
            </w:r>
          </w:p>
        </w:tc>
        <w:tc>
          <w:tcPr>
            <w:tcW w:w="0" w:type="auto"/>
            <w:tcMar>
              <w:top w:w="20" w:type="dxa"/>
              <w:left w:w="35" w:type="dxa"/>
              <w:bottom w:w="20" w:type="dxa"/>
              <w:right w:w="35" w:type="dxa"/>
            </w:tcMar>
            <w:vAlign w:val="center"/>
          </w:tcPr>
          <w:p w14:paraId="3D36795B" w14:textId="77777777" w:rsidR="00272A77" w:rsidRPr="001A2E38" w:rsidRDefault="00272A77" w:rsidP="005046C0">
            <w:pPr>
              <w:jc w:val="center"/>
              <w:rPr>
                <w:rFonts w:ascii="Times New Roman" w:hAnsi="Times New Roman" w:cs="Times New Roman"/>
                <w:sz w:val="20"/>
                <w:szCs w:val="20"/>
              </w:rPr>
            </w:pPr>
            <w:r w:rsidRPr="001A2E38">
              <w:rPr>
                <w:rFonts w:ascii="Times New Roman" w:eastAsia="Times New Roman" w:hAnsi="Times New Roman" w:cs="Times New Roman"/>
                <w:sz w:val="20"/>
                <w:szCs w:val="20"/>
              </w:rPr>
              <w:t>0.706</w:t>
            </w:r>
          </w:p>
        </w:tc>
      </w:tr>
      <w:tr w:rsidR="00272A77" w:rsidRPr="001A2E38" w14:paraId="163B0AEC" w14:textId="77777777" w:rsidTr="005046C0">
        <w:trPr>
          <w:trHeight w:hRule="exact" w:val="340"/>
          <w:jc w:val="center"/>
        </w:trPr>
        <w:tc>
          <w:tcPr>
            <w:tcW w:w="0" w:type="auto"/>
            <w:vMerge/>
            <w:tcMar>
              <w:top w:w="20" w:type="dxa"/>
              <w:left w:w="35" w:type="dxa"/>
              <w:bottom w:w="20" w:type="dxa"/>
              <w:right w:w="35" w:type="dxa"/>
            </w:tcMar>
            <w:vAlign w:val="center"/>
          </w:tcPr>
          <w:p w14:paraId="6FE8DAE1" w14:textId="77777777" w:rsidR="00272A77" w:rsidRPr="001A2E38" w:rsidRDefault="00272A77" w:rsidP="005046C0">
            <w:pPr>
              <w:rPr>
                <w:rFonts w:ascii="Times New Roman" w:hAnsi="Times New Roman" w:cs="Times New Roman"/>
                <w:sz w:val="20"/>
                <w:szCs w:val="20"/>
              </w:rPr>
            </w:pPr>
          </w:p>
        </w:tc>
        <w:tc>
          <w:tcPr>
            <w:tcW w:w="0" w:type="auto"/>
            <w:tcMar>
              <w:top w:w="20" w:type="dxa"/>
              <w:left w:w="35" w:type="dxa"/>
              <w:bottom w:w="20" w:type="dxa"/>
              <w:right w:w="35" w:type="dxa"/>
            </w:tcMar>
            <w:vAlign w:val="center"/>
          </w:tcPr>
          <w:p w14:paraId="5321E48B" w14:textId="77777777" w:rsidR="00272A77" w:rsidRPr="001A2E38" w:rsidRDefault="00272A77" w:rsidP="005046C0">
            <w:pPr>
              <w:rPr>
                <w:rFonts w:ascii="Times New Roman" w:hAnsi="Times New Roman" w:cs="Times New Roman"/>
                <w:sz w:val="20"/>
                <w:szCs w:val="20"/>
              </w:rPr>
            </w:pPr>
            <w:r w:rsidRPr="001A2E38">
              <w:rPr>
                <w:rFonts w:ascii="Times New Roman" w:eastAsia="Times New Roman" w:hAnsi="Times New Roman" w:cs="Times New Roman"/>
                <w:sz w:val="20"/>
                <w:szCs w:val="20"/>
              </w:rPr>
              <w:t>Creatinine</w:t>
            </w:r>
          </w:p>
        </w:tc>
        <w:tc>
          <w:tcPr>
            <w:tcW w:w="0" w:type="auto"/>
            <w:tcMar>
              <w:top w:w="20" w:type="dxa"/>
              <w:left w:w="35" w:type="dxa"/>
              <w:bottom w:w="20" w:type="dxa"/>
              <w:right w:w="35" w:type="dxa"/>
            </w:tcMar>
            <w:vAlign w:val="center"/>
          </w:tcPr>
          <w:p w14:paraId="56499D9C" w14:textId="77777777" w:rsidR="00272A77" w:rsidRPr="001A2E38" w:rsidRDefault="00272A77" w:rsidP="005046C0">
            <w:pPr>
              <w:jc w:val="center"/>
              <w:rPr>
                <w:rFonts w:ascii="Times New Roman" w:hAnsi="Times New Roman" w:cs="Times New Roman"/>
                <w:sz w:val="20"/>
                <w:szCs w:val="20"/>
              </w:rPr>
            </w:pPr>
            <w:r w:rsidRPr="001A2E38">
              <w:rPr>
                <w:rFonts w:ascii="Times New Roman" w:eastAsia="Times New Roman" w:hAnsi="Times New Roman" w:cs="Times New Roman"/>
                <w:sz w:val="20"/>
                <w:szCs w:val="20"/>
              </w:rPr>
              <w:t>0.190</w:t>
            </w:r>
          </w:p>
        </w:tc>
        <w:tc>
          <w:tcPr>
            <w:tcW w:w="0" w:type="auto"/>
            <w:tcMar>
              <w:top w:w="20" w:type="dxa"/>
              <w:left w:w="35" w:type="dxa"/>
              <w:bottom w:w="20" w:type="dxa"/>
              <w:right w:w="35" w:type="dxa"/>
            </w:tcMar>
            <w:vAlign w:val="center"/>
          </w:tcPr>
          <w:p w14:paraId="61303FD6" w14:textId="77777777" w:rsidR="00272A77" w:rsidRPr="001A2E38" w:rsidRDefault="00272A77" w:rsidP="005046C0">
            <w:pPr>
              <w:jc w:val="center"/>
              <w:rPr>
                <w:rFonts w:ascii="Times New Roman" w:hAnsi="Times New Roman" w:cs="Times New Roman"/>
                <w:sz w:val="20"/>
                <w:szCs w:val="20"/>
              </w:rPr>
            </w:pPr>
            <w:r w:rsidRPr="001A2E38">
              <w:rPr>
                <w:rFonts w:ascii="Times New Roman" w:eastAsia="Times New Roman" w:hAnsi="Times New Roman" w:cs="Times New Roman"/>
                <w:sz w:val="20"/>
                <w:szCs w:val="20"/>
              </w:rPr>
              <w:t>0.130</w:t>
            </w:r>
          </w:p>
        </w:tc>
        <w:tc>
          <w:tcPr>
            <w:tcW w:w="0" w:type="auto"/>
            <w:tcMar>
              <w:top w:w="20" w:type="dxa"/>
              <w:left w:w="35" w:type="dxa"/>
              <w:bottom w:w="20" w:type="dxa"/>
              <w:right w:w="35" w:type="dxa"/>
            </w:tcMar>
            <w:vAlign w:val="center"/>
          </w:tcPr>
          <w:p w14:paraId="130DF09A" w14:textId="77777777" w:rsidR="00272A77" w:rsidRPr="001A2E38" w:rsidRDefault="00272A77" w:rsidP="005046C0">
            <w:pPr>
              <w:jc w:val="center"/>
              <w:rPr>
                <w:rFonts w:ascii="Times New Roman" w:hAnsi="Times New Roman" w:cs="Times New Roman"/>
                <w:sz w:val="20"/>
                <w:szCs w:val="20"/>
              </w:rPr>
            </w:pPr>
            <w:r w:rsidRPr="001A2E38">
              <w:rPr>
                <w:rFonts w:ascii="Times New Roman" w:eastAsia="Times New Roman" w:hAnsi="Times New Roman" w:cs="Times New Roman"/>
                <w:sz w:val="20"/>
                <w:szCs w:val="20"/>
              </w:rPr>
              <w:t>0.847</w:t>
            </w:r>
          </w:p>
        </w:tc>
        <w:tc>
          <w:tcPr>
            <w:tcW w:w="0" w:type="auto"/>
            <w:tcMar>
              <w:top w:w="20" w:type="dxa"/>
              <w:left w:w="35" w:type="dxa"/>
              <w:bottom w:w="20" w:type="dxa"/>
              <w:right w:w="35" w:type="dxa"/>
            </w:tcMar>
            <w:vAlign w:val="center"/>
          </w:tcPr>
          <w:p w14:paraId="18D40117" w14:textId="77777777" w:rsidR="00272A77" w:rsidRPr="001A2E38" w:rsidRDefault="00272A77" w:rsidP="005046C0">
            <w:pPr>
              <w:jc w:val="center"/>
              <w:rPr>
                <w:rFonts w:ascii="Times New Roman" w:hAnsi="Times New Roman" w:cs="Times New Roman"/>
                <w:sz w:val="20"/>
                <w:szCs w:val="20"/>
              </w:rPr>
            </w:pPr>
            <w:r w:rsidRPr="001A2E38">
              <w:rPr>
                <w:rFonts w:ascii="Times New Roman" w:eastAsia="Times New Roman" w:hAnsi="Times New Roman" w:cs="Times New Roman"/>
                <w:sz w:val="20"/>
                <w:szCs w:val="20"/>
              </w:rPr>
              <w:t>0.648</w:t>
            </w:r>
          </w:p>
        </w:tc>
        <w:tc>
          <w:tcPr>
            <w:tcW w:w="0" w:type="auto"/>
            <w:tcMar>
              <w:top w:w="20" w:type="dxa"/>
              <w:left w:w="35" w:type="dxa"/>
              <w:bottom w:w="20" w:type="dxa"/>
              <w:right w:w="35" w:type="dxa"/>
            </w:tcMar>
            <w:vAlign w:val="center"/>
          </w:tcPr>
          <w:p w14:paraId="183A8B3A" w14:textId="77777777" w:rsidR="00272A77" w:rsidRPr="001A2E38" w:rsidRDefault="00272A77" w:rsidP="005046C0">
            <w:pPr>
              <w:jc w:val="center"/>
              <w:rPr>
                <w:rFonts w:ascii="Times New Roman" w:hAnsi="Times New Roman" w:cs="Times New Roman"/>
                <w:sz w:val="20"/>
                <w:szCs w:val="20"/>
              </w:rPr>
            </w:pPr>
            <w:r w:rsidRPr="001A2E38">
              <w:rPr>
                <w:rFonts w:ascii="Times New Roman" w:eastAsia="Times New Roman" w:hAnsi="Times New Roman" w:cs="Times New Roman"/>
                <w:sz w:val="20"/>
                <w:szCs w:val="20"/>
              </w:rPr>
              <w:t>0.141</w:t>
            </w:r>
          </w:p>
        </w:tc>
        <w:tc>
          <w:tcPr>
            <w:tcW w:w="0" w:type="auto"/>
            <w:tcMar>
              <w:top w:w="20" w:type="dxa"/>
              <w:left w:w="35" w:type="dxa"/>
              <w:bottom w:w="20" w:type="dxa"/>
              <w:right w:w="35" w:type="dxa"/>
            </w:tcMar>
            <w:vAlign w:val="center"/>
          </w:tcPr>
          <w:p w14:paraId="18FBE892" w14:textId="77777777" w:rsidR="00272A77" w:rsidRPr="001A2E38" w:rsidRDefault="00272A77" w:rsidP="005046C0">
            <w:pPr>
              <w:jc w:val="center"/>
              <w:rPr>
                <w:rFonts w:ascii="Times New Roman" w:hAnsi="Times New Roman" w:cs="Times New Roman"/>
                <w:sz w:val="20"/>
                <w:szCs w:val="20"/>
              </w:rPr>
            </w:pPr>
            <w:r w:rsidRPr="001A2E38">
              <w:rPr>
                <w:rFonts w:ascii="Times New Roman" w:eastAsia="Times New Roman" w:hAnsi="Times New Roman" w:cs="Times New Roman"/>
                <w:sz w:val="20"/>
                <w:szCs w:val="20"/>
              </w:rPr>
              <w:t>0.158</w:t>
            </w:r>
          </w:p>
        </w:tc>
        <w:tc>
          <w:tcPr>
            <w:tcW w:w="0" w:type="auto"/>
            <w:tcMar>
              <w:top w:w="20" w:type="dxa"/>
              <w:left w:w="35" w:type="dxa"/>
              <w:bottom w:w="20" w:type="dxa"/>
              <w:right w:w="35" w:type="dxa"/>
            </w:tcMar>
            <w:vAlign w:val="center"/>
          </w:tcPr>
          <w:p w14:paraId="1315DADF" w14:textId="77777777" w:rsidR="00272A77" w:rsidRPr="001A2E38" w:rsidRDefault="00272A77" w:rsidP="005046C0">
            <w:pPr>
              <w:jc w:val="center"/>
              <w:rPr>
                <w:rFonts w:ascii="Times New Roman" w:hAnsi="Times New Roman" w:cs="Times New Roman"/>
                <w:sz w:val="20"/>
                <w:szCs w:val="20"/>
              </w:rPr>
            </w:pPr>
            <w:r w:rsidRPr="001A2E38">
              <w:rPr>
                <w:rFonts w:ascii="Times New Roman" w:eastAsia="Times New Roman" w:hAnsi="Times New Roman" w:cs="Times New Roman"/>
                <w:sz w:val="20"/>
                <w:szCs w:val="20"/>
              </w:rPr>
              <w:t>0.807</w:t>
            </w:r>
          </w:p>
        </w:tc>
        <w:tc>
          <w:tcPr>
            <w:tcW w:w="0" w:type="auto"/>
            <w:tcMar>
              <w:top w:w="20" w:type="dxa"/>
              <w:left w:w="35" w:type="dxa"/>
              <w:bottom w:w="20" w:type="dxa"/>
              <w:right w:w="35" w:type="dxa"/>
            </w:tcMar>
            <w:vAlign w:val="center"/>
          </w:tcPr>
          <w:p w14:paraId="487A4878" w14:textId="77777777" w:rsidR="00272A77" w:rsidRPr="001A2E38" w:rsidRDefault="00272A77" w:rsidP="005046C0">
            <w:pPr>
              <w:jc w:val="center"/>
              <w:rPr>
                <w:rFonts w:ascii="Times New Roman" w:hAnsi="Times New Roman" w:cs="Times New Roman"/>
                <w:sz w:val="20"/>
                <w:szCs w:val="20"/>
              </w:rPr>
            </w:pPr>
            <w:r w:rsidRPr="001A2E38">
              <w:rPr>
                <w:rFonts w:ascii="Times New Roman" w:eastAsia="Times New Roman" w:hAnsi="Times New Roman" w:cs="Times New Roman"/>
                <w:sz w:val="20"/>
                <w:szCs w:val="20"/>
              </w:rPr>
              <w:t>0.975</w:t>
            </w:r>
          </w:p>
        </w:tc>
      </w:tr>
      <w:tr w:rsidR="00272A77" w:rsidRPr="001A2E38" w14:paraId="0B4DB7B1" w14:textId="77777777" w:rsidTr="005046C0">
        <w:trPr>
          <w:trHeight w:hRule="exact" w:val="340"/>
          <w:jc w:val="center"/>
        </w:trPr>
        <w:tc>
          <w:tcPr>
            <w:tcW w:w="0" w:type="auto"/>
            <w:vMerge/>
            <w:tcMar>
              <w:top w:w="20" w:type="dxa"/>
              <w:left w:w="35" w:type="dxa"/>
              <w:bottom w:w="20" w:type="dxa"/>
              <w:right w:w="35" w:type="dxa"/>
            </w:tcMar>
            <w:vAlign w:val="center"/>
          </w:tcPr>
          <w:p w14:paraId="721EC5B7" w14:textId="77777777" w:rsidR="00272A77" w:rsidRPr="001A2E38" w:rsidRDefault="00272A77" w:rsidP="005046C0">
            <w:pPr>
              <w:rPr>
                <w:rFonts w:ascii="Times New Roman" w:hAnsi="Times New Roman" w:cs="Times New Roman"/>
                <w:sz w:val="20"/>
                <w:szCs w:val="20"/>
              </w:rPr>
            </w:pPr>
          </w:p>
        </w:tc>
        <w:tc>
          <w:tcPr>
            <w:tcW w:w="0" w:type="auto"/>
            <w:tcMar>
              <w:top w:w="20" w:type="dxa"/>
              <w:left w:w="35" w:type="dxa"/>
              <w:bottom w:w="20" w:type="dxa"/>
              <w:right w:w="35" w:type="dxa"/>
            </w:tcMar>
            <w:vAlign w:val="center"/>
          </w:tcPr>
          <w:p w14:paraId="2193F059" w14:textId="77777777" w:rsidR="00272A77" w:rsidRPr="001A2E38" w:rsidRDefault="00272A77" w:rsidP="005046C0">
            <w:pPr>
              <w:rPr>
                <w:rFonts w:ascii="Times New Roman" w:hAnsi="Times New Roman" w:cs="Times New Roman"/>
                <w:sz w:val="20"/>
                <w:szCs w:val="20"/>
              </w:rPr>
            </w:pPr>
            <w:r w:rsidRPr="001A2E38">
              <w:rPr>
                <w:rFonts w:ascii="Times New Roman" w:eastAsia="Times New Roman" w:hAnsi="Times New Roman" w:cs="Times New Roman"/>
                <w:sz w:val="20"/>
                <w:szCs w:val="20"/>
              </w:rPr>
              <w:t>Cystatin C</w:t>
            </w:r>
          </w:p>
        </w:tc>
        <w:tc>
          <w:tcPr>
            <w:tcW w:w="0" w:type="auto"/>
            <w:tcMar>
              <w:top w:w="20" w:type="dxa"/>
              <w:left w:w="35" w:type="dxa"/>
              <w:bottom w:w="20" w:type="dxa"/>
              <w:right w:w="35" w:type="dxa"/>
            </w:tcMar>
            <w:vAlign w:val="center"/>
          </w:tcPr>
          <w:p w14:paraId="43784B57" w14:textId="77777777" w:rsidR="00272A77" w:rsidRPr="001A2E38" w:rsidRDefault="00272A77" w:rsidP="005046C0">
            <w:pPr>
              <w:jc w:val="center"/>
              <w:rPr>
                <w:rFonts w:ascii="Times New Roman" w:hAnsi="Times New Roman" w:cs="Times New Roman"/>
                <w:sz w:val="20"/>
                <w:szCs w:val="20"/>
              </w:rPr>
            </w:pPr>
            <w:r w:rsidRPr="001A2E38">
              <w:rPr>
                <w:rFonts w:ascii="Times New Roman" w:eastAsia="Times New Roman" w:hAnsi="Times New Roman" w:cs="Times New Roman"/>
                <w:sz w:val="20"/>
                <w:szCs w:val="20"/>
              </w:rPr>
              <w:t>0.948</w:t>
            </w:r>
          </w:p>
        </w:tc>
        <w:tc>
          <w:tcPr>
            <w:tcW w:w="0" w:type="auto"/>
            <w:tcMar>
              <w:top w:w="20" w:type="dxa"/>
              <w:left w:w="35" w:type="dxa"/>
              <w:bottom w:w="20" w:type="dxa"/>
              <w:right w:w="35" w:type="dxa"/>
            </w:tcMar>
            <w:vAlign w:val="center"/>
          </w:tcPr>
          <w:p w14:paraId="78EF2D9B" w14:textId="77777777" w:rsidR="00272A77" w:rsidRPr="001A2E38" w:rsidRDefault="00272A77" w:rsidP="005046C0">
            <w:pPr>
              <w:jc w:val="center"/>
              <w:rPr>
                <w:rFonts w:ascii="Times New Roman" w:hAnsi="Times New Roman" w:cs="Times New Roman"/>
                <w:sz w:val="20"/>
                <w:szCs w:val="20"/>
              </w:rPr>
            </w:pPr>
            <w:r w:rsidRPr="001A2E38">
              <w:rPr>
                <w:rFonts w:ascii="Times New Roman" w:eastAsia="Times New Roman" w:hAnsi="Times New Roman" w:cs="Times New Roman"/>
                <w:sz w:val="20"/>
                <w:szCs w:val="20"/>
              </w:rPr>
              <w:t>&lt;0.001</w:t>
            </w:r>
          </w:p>
        </w:tc>
        <w:tc>
          <w:tcPr>
            <w:tcW w:w="0" w:type="auto"/>
            <w:tcMar>
              <w:top w:w="20" w:type="dxa"/>
              <w:left w:w="35" w:type="dxa"/>
              <w:bottom w:w="20" w:type="dxa"/>
              <w:right w:w="35" w:type="dxa"/>
            </w:tcMar>
            <w:vAlign w:val="center"/>
          </w:tcPr>
          <w:p w14:paraId="0AB58DD2" w14:textId="77777777" w:rsidR="00272A77" w:rsidRPr="001A2E38" w:rsidRDefault="00272A77" w:rsidP="005046C0">
            <w:pPr>
              <w:jc w:val="center"/>
              <w:rPr>
                <w:rFonts w:ascii="Times New Roman" w:hAnsi="Times New Roman" w:cs="Times New Roman"/>
                <w:sz w:val="20"/>
                <w:szCs w:val="20"/>
              </w:rPr>
            </w:pPr>
            <w:r w:rsidRPr="001A2E38">
              <w:rPr>
                <w:rFonts w:ascii="Times New Roman" w:eastAsia="Times New Roman" w:hAnsi="Times New Roman" w:cs="Times New Roman"/>
                <w:sz w:val="20"/>
                <w:szCs w:val="20"/>
              </w:rPr>
              <w:t>&lt;0.001</w:t>
            </w:r>
          </w:p>
        </w:tc>
        <w:tc>
          <w:tcPr>
            <w:tcW w:w="0" w:type="auto"/>
            <w:tcMar>
              <w:top w:w="20" w:type="dxa"/>
              <w:left w:w="35" w:type="dxa"/>
              <w:bottom w:w="20" w:type="dxa"/>
              <w:right w:w="35" w:type="dxa"/>
            </w:tcMar>
            <w:vAlign w:val="center"/>
          </w:tcPr>
          <w:p w14:paraId="720E642A" w14:textId="77777777" w:rsidR="00272A77" w:rsidRPr="001A2E38" w:rsidRDefault="00272A77" w:rsidP="005046C0">
            <w:pPr>
              <w:jc w:val="center"/>
              <w:rPr>
                <w:rFonts w:ascii="Times New Roman" w:hAnsi="Times New Roman" w:cs="Times New Roman"/>
                <w:sz w:val="20"/>
                <w:szCs w:val="20"/>
              </w:rPr>
            </w:pPr>
            <w:r w:rsidRPr="001A2E38">
              <w:rPr>
                <w:rFonts w:ascii="Times New Roman" w:eastAsia="Times New Roman" w:hAnsi="Times New Roman" w:cs="Times New Roman"/>
                <w:sz w:val="20"/>
                <w:szCs w:val="20"/>
              </w:rPr>
              <w:t>0.002</w:t>
            </w:r>
          </w:p>
        </w:tc>
        <w:tc>
          <w:tcPr>
            <w:tcW w:w="0" w:type="auto"/>
            <w:tcMar>
              <w:top w:w="20" w:type="dxa"/>
              <w:left w:w="35" w:type="dxa"/>
              <w:bottom w:w="20" w:type="dxa"/>
              <w:right w:w="35" w:type="dxa"/>
            </w:tcMar>
            <w:vAlign w:val="center"/>
          </w:tcPr>
          <w:p w14:paraId="2D2585E9" w14:textId="77777777" w:rsidR="00272A77" w:rsidRPr="001A2E38" w:rsidRDefault="00272A77" w:rsidP="005046C0">
            <w:pPr>
              <w:jc w:val="center"/>
              <w:rPr>
                <w:rFonts w:ascii="Times New Roman" w:hAnsi="Times New Roman" w:cs="Times New Roman"/>
                <w:sz w:val="20"/>
                <w:szCs w:val="20"/>
              </w:rPr>
            </w:pPr>
            <w:r w:rsidRPr="001A2E38">
              <w:rPr>
                <w:rFonts w:ascii="Times New Roman" w:eastAsia="Times New Roman" w:hAnsi="Times New Roman" w:cs="Times New Roman"/>
                <w:sz w:val="20"/>
                <w:szCs w:val="20"/>
              </w:rPr>
              <w:t>&lt;0.001</w:t>
            </w:r>
          </w:p>
        </w:tc>
        <w:tc>
          <w:tcPr>
            <w:tcW w:w="0" w:type="auto"/>
            <w:tcMar>
              <w:top w:w="20" w:type="dxa"/>
              <w:left w:w="35" w:type="dxa"/>
              <w:bottom w:w="20" w:type="dxa"/>
              <w:right w:w="35" w:type="dxa"/>
            </w:tcMar>
            <w:vAlign w:val="center"/>
          </w:tcPr>
          <w:p w14:paraId="138F0FCB" w14:textId="77777777" w:rsidR="00272A77" w:rsidRPr="001A2E38" w:rsidRDefault="00272A77" w:rsidP="005046C0">
            <w:pPr>
              <w:jc w:val="center"/>
              <w:rPr>
                <w:rFonts w:ascii="Times New Roman" w:hAnsi="Times New Roman" w:cs="Times New Roman"/>
                <w:sz w:val="20"/>
                <w:szCs w:val="20"/>
              </w:rPr>
            </w:pPr>
            <w:r w:rsidRPr="001A2E38">
              <w:rPr>
                <w:rFonts w:ascii="Times New Roman" w:eastAsia="Times New Roman" w:hAnsi="Times New Roman" w:cs="Times New Roman"/>
                <w:sz w:val="20"/>
                <w:szCs w:val="20"/>
              </w:rPr>
              <w:t>0.005</w:t>
            </w:r>
          </w:p>
        </w:tc>
        <w:tc>
          <w:tcPr>
            <w:tcW w:w="0" w:type="auto"/>
            <w:tcMar>
              <w:top w:w="20" w:type="dxa"/>
              <w:left w:w="35" w:type="dxa"/>
              <w:bottom w:w="20" w:type="dxa"/>
              <w:right w:w="35" w:type="dxa"/>
            </w:tcMar>
            <w:vAlign w:val="center"/>
          </w:tcPr>
          <w:p w14:paraId="725D918B" w14:textId="77777777" w:rsidR="00272A77" w:rsidRPr="001A2E38" w:rsidRDefault="00272A77" w:rsidP="005046C0">
            <w:pPr>
              <w:jc w:val="center"/>
              <w:rPr>
                <w:rFonts w:ascii="Times New Roman" w:hAnsi="Times New Roman" w:cs="Times New Roman"/>
                <w:sz w:val="20"/>
                <w:szCs w:val="20"/>
              </w:rPr>
            </w:pPr>
            <w:r w:rsidRPr="001A2E38">
              <w:rPr>
                <w:rFonts w:ascii="Times New Roman" w:eastAsia="Times New Roman" w:hAnsi="Times New Roman" w:cs="Times New Roman"/>
                <w:sz w:val="20"/>
                <w:szCs w:val="20"/>
              </w:rPr>
              <w:t>0.384</w:t>
            </w:r>
          </w:p>
        </w:tc>
        <w:tc>
          <w:tcPr>
            <w:tcW w:w="0" w:type="auto"/>
            <w:tcMar>
              <w:top w:w="20" w:type="dxa"/>
              <w:left w:w="35" w:type="dxa"/>
              <w:bottom w:w="20" w:type="dxa"/>
              <w:right w:w="35" w:type="dxa"/>
            </w:tcMar>
            <w:vAlign w:val="center"/>
          </w:tcPr>
          <w:p w14:paraId="0AA5878C" w14:textId="77777777" w:rsidR="00272A77" w:rsidRPr="001A2E38" w:rsidRDefault="00272A77" w:rsidP="005046C0">
            <w:pPr>
              <w:jc w:val="center"/>
              <w:rPr>
                <w:rFonts w:ascii="Times New Roman" w:hAnsi="Times New Roman" w:cs="Times New Roman"/>
                <w:sz w:val="20"/>
                <w:szCs w:val="20"/>
              </w:rPr>
            </w:pPr>
            <w:r w:rsidRPr="001A2E38">
              <w:rPr>
                <w:rFonts w:ascii="Times New Roman" w:eastAsia="Times New Roman" w:hAnsi="Times New Roman" w:cs="Times New Roman"/>
                <w:sz w:val="20"/>
                <w:szCs w:val="20"/>
              </w:rPr>
              <w:t>0.225</w:t>
            </w:r>
          </w:p>
        </w:tc>
      </w:tr>
      <w:tr w:rsidR="00272A77" w:rsidRPr="001A2E38" w14:paraId="3844F92C" w14:textId="77777777" w:rsidTr="005046C0">
        <w:trPr>
          <w:trHeight w:hRule="exact" w:val="340"/>
          <w:jc w:val="center"/>
        </w:trPr>
        <w:tc>
          <w:tcPr>
            <w:tcW w:w="0" w:type="auto"/>
            <w:vMerge/>
            <w:tcMar>
              <w:top w:w="20" w:type="dxa"/>
              <w:left w:w="35" w:type="dxa"/>
              <w:bottom w:w="20" w:type="dxa"/>
              <w:right w:w="35" w:type="dxa"/>
            </w:tcMar>
            <w:vAlign w:val="center"/>
          </w:tcPr>
          <w:p w14:paraId="3F8CACC2" w14:textId="77777777" w:rsidR="00272A77" w:rsidRPr="001A2E38" w:rsidRDefault="00272A77" w:rsidP="005046C0">
            <w:pPr>
              <w:rPr>
                <w:rFonts w:ascii="Times New Roman" w:hAnsi="Times New Roman" w:cs="Times New Roman"/>
                <w:sz w:val="20"/>
                <w:szCs w:val="20"/>
              </w:rPr>
            </w:pPr>
          </w:p>
        </w:tc>
        <w:tc>
          <w:tcPr>
            <w:tcW w:w="0" w:type="auto"/>
            <w:tcMar>
              <w:top w:w="20" w:type="dxa"/>
              <w:left w:w="35" w:type="dxa"/>
              <w:bottom w:w="20" w:type="dxa"/>
              <w:right w:w="35" w:type="dxa"/>
            </w:tcMar>
            <w:vAlign w:val="center"/>
          </w:tcPr>
          <w:p w14:paraId="12CC75CE" w14:textId="77777777" w:rsidR="00272A77" w:rsidRPr="001A2E38" w:rsidRDefault="00272A77" w:rsidP="005046C0">
            <w:pPr>
              <w:rPr>
                <w:rFonts w:ascii="Times New Roman" w:hAnsi="Times New Roman" w:cs="Times New Roman"/>
                <w:sz w:val="20"/>
                <w:szCs w:val="20"/>
              </w:rPr>
            </w:pPr>
            <w:r w:rsidRPr="001A2E38">
              <w:rPr>
                <w:rFonts w:ascii="Times New Roman" w:eastAsia="Times New Roman" w:hAnsi="Times New Roman" w:cs="Times New Roman"/>
                <w:sz w:val="20"/>
                <w:szCs w:val="20"/>
              </w:rPr>
              <w:t>Urate</w:t>
            </w:r>
          </w:p>
        </w:tc>
        <w:tc>
          <w:tcPr>
            <w:tcW w:w="0" w:type="auto"/>
            <w:tcMar>
              <w:top w:w="20" w:type="dxa"/>
              <w:left w:w="35" w:type="dxa"/>
              <w:bottom w:w="20" w:type="dxa"/>
              <w:right w:w="35" w:type="dxa"/>
            </w:tcMar>
            <w:vAlign w:val="center"/>
          </w:tcPr>
          <w:p w14:paraId="48D025D2" w14:textId="77777777" w:rsidR="00272A77" w:rsidRPr="001A2E38" w:rsidRDefault="00272A77" w:rsidP="005046C0">
            <w:pPr>
              <w:jc w:val="center"/>
              <w:rPr>
                <w:rFonts w:ascii="Times New Roman" w:hAnsi="Times New Roman" w:cs="Times New Roman"/>
                <w:sz w:val="20"/>
                <w:szCs w:val="20"/>
              </w:rPr>
            </w:pPr>
            <w:r w:rsidRPr="001A2E38">
              <w:rPr>
                <w:rFonts w:ascii="Times New Roman" w:eastAsia="Times New Roman" w:hAnsi="Times New Roman" w:cs="Times New Roman"/>
                <w:sz w:val="20"/>
                <w:szCs w:val="20"/>
              </w:rPr>
              <w:t>0.051</w:t>
            </w:r>
          </w:p>
        </w:tc>
        <w:tc>
          <w:tcPr>
            <w:tcW w:w="0" w:type="auto"/>
            <w:tcMar>
              <w:top w:w="20" w:type="dxa"/>
              <w:left w:w="35" w:type="dxa"/>
              <w:bottom w:w="20" w:type="dxa"/>
              <w:right w:w="35" w:type="dxa"/>
            </w:tcMar>
            <w:vAlign w:val="center"/>
          </w:tcPr>
          <w:p w14:paraId="7447B5CA" w14:textId="77777777" w:rsidR="00272A77" w:rsidRPr="001A2E38" w:rsidRDefault="00272A77" w:rsidP="005046C0">
            <w:pPr>
              <w:jc w:val="center"/>
              <w:rPr>
                <w:rFonts w:ascii="Times New Roman" w:hAnsi="Times New Roman" w:cs="Times New Roman"/>
                <w:sz w:val="20"/>
                <w:szCs w:val="20"/>
              </w:rPr>
            </w:pPr>
            <w:r w:rsidRPr="001A2E38">
              <w:rPr>
                <w:rFonts w:ascii="Times New Roman" w:eastAsia="Times New Roman" w:hAnsi="Times New Roman" w:cs="Times New Roman"/>
                <w:sz w:val="20"/>
                <w:szCs w:val="20"/>
              </w:rPr>
              <w:t>0.259</w:t>
            </w:r>
          </w:p>
        </w:tc>
        <w:tc>
          <w:tcPr>
            <w:tcW w:w="0" w:type="auto"/>
            <w:tcMar>
              <w:top w:w="20" w:type="dxa"/>
              <w:left w:w="35" w:type="dxa"/>
              <w:bottom w:w="20" w:type="dxa"/>
              <w:right w:w="35" w:type="dxa"/>
            </w:tcMar>
            <w:vAlign w:val="center"/>
          </w:tcPr>
          <w:p w14:paraId="7E15F1AD" w14:textId="77777777" w:rsidR="00272A77" w:rsidRPr="001A2E38" w:rsidRDefault="00272A77" w:rsidP="005046C0">
            <w:pPr>
              <w:jc w:val="center"/>
              <w:rPr>
                <w:rFonts w:ascii="Times New Roman" w:hAnsi="Times New Roman" w:cs="Times New Roman"/>
                <w:sz w:val="20"/>
                <w:szCs w:val="20"/>
              </w:rPr>
            </w:pPr>
            <w:r w:rsidRPr="001A2E38">
              <w:rPr>
                <w:rFonts w:ascii="Times New Roman" w:eastAsia="Times New Roman" w:hAnsi="Times New Roman" w:cs="Times New Roman"/>
                <w:sz w:val="20"/>
                <w:szCs w:val="20"/>
              </w:rPr>
              <w:t>&lt;0.001</w:t>
            </w:r>
          </w:p>
        </w:tc>
        <w:tc>
          <w:tcPr>
            <w:tcW w:w="0" w:type="auto"/>
            <w:tcMar>
              <w:top w:w="20" w:type="dxa"/>
              <w:left w:w="35" w:type="dxa"/>
              <w:bottom w:w="20" w:type="dxa"/>
              <w:right w:w="35" w:type="dxa"/>
            </w:tcMar>
            <w:vAlign w:val="center"/>
          </w:tcPr>
          <w:p w14:paraId="2AE57E3F" w14:textId="77777777" w:rsidR="00272A77" w:rsidRPr="001A2E38" w:rsidRDefault="00272A77" w:rsidP="005046C0">
            <w:pPr>
              <w:jc w:val="center"/>
              <w:rPr>
                <w:rFonts w:ascii="Times New Roman" w:hAnsi="Times New Roman" w:cs="Times New Roman"/>
                <w:sz w:val="20"/>
                <w:szCs w:val="20"/>
              </w:rPr>
            </w:pPr>
            <w:r w:rsidRPr="001A2E38">
              <w:rPr>
                <w:rFonts w:ascii="Times New Roman" w:eastAsia="Times New Roman" w:hAnsi="Times New Roman" w:cs="Times New Roman"/>
                <w:sz w:val="20"/>
                <w:szCs w:val="20"/>
              </w:rPr>
              <w:t>0.055</w:t>
            </w:r>
          </w:p>
        </w:tc>
        <w:tc>
          <w:tcPr>
            <w:tcW w:w="0" w:type="auto"/>
            <w:tcMar>
              <w:top w:w="20" w:type="dxa"/>
              <w:left w:w="35" w:type="dxa"/>
              <w:bottom w:w="20" w:type="dxa"/>
              <w:right w:w="35" w:type="dxa"/>
            </w:tcMar>
            <w:vAlign w:val="center"/>
          </w:tcPr>
          <w:p w14:paraId="41290F3A" w14:textId="77777777" w:rsidR="00272A77" w:rsidRPr="001A2E38" w:rsidRDefault="00272A77" w:rsidP="005046C0">
            <w:pPr>
              <w:jc w:val="center"/>
              <w:rPr>
                <w:rFonts w:ascii="Times New Roman" w:hAnsi="Times New Roman" w:cs="Times New Roman"/>
                <w:sz w:val="20"/>
                <w:szCs w:val="20"/>
              </w:rPr>
            </w:pPr>
            <w:r w:rsidRPr="001A2E38">
              <w:rPr>
                <w:rFonts w:ascii="Times New Roman" w:eastAsia="Times New Roman" w:hAnsi="Times New Roman" w:cs="Times New Roman"/>
                <w:sz w:val="20"/>
                <w:szCs w:val="20"/>
              </w:rPr>
              <w:t>0.194</w:t>
            </w:r>
          </w:p>
        </w:tc>
        <w:tc>
          <w:tcPr>
            <w:tcW w:w="0" w:type="auto"/>
            <w:tcMar>
              <w:top w:w="20" w:type="dxa"/>
              <w:left w:w="35" w:type="dxa"/>
              <w:bottom w:w="20" w:type="dxa"/>
              <w:right w:w="35" w:type="dxa"/>
            </w:tcMar>
            <w:vAlign w:val="center"/>
          </w:tcPr>
          <w:p w14:paraId="5F3A03D4" w14:textId="77777777" w:rsidR="00272A77" w:rsidRPr="001A2E38" w:rsidRDefault="00272A77" w:rsidP="005046C0">
            <w:pPr>
              <w:jc w:val="center"/>
              <w:rPr>
                <w:rFonts w:ascii="Times New Roman" w:hAnsi="Times New Roman" w:cs="Times New Roman"/>
                <w:sz w:val="20"/>
                <w:szCs w:val="20"/>
              </w:rPr>
            </w:pPr>
            <w:r w:rsidRPr="001A2E38">
              <w:rPr>
                <w:rFonts w:ascii="Times New Roman" w:eastAsia="Times New Roman" w:hAnsi="Times New Roman" w:cs="Times New Roman"/>
                <w:sz w:val="20"/>
                <w:szCs w:val="20"/>
              </w:rPr>
              <w:t>&lt;0.001</w:t>
            </w:r>
          </w:p>
        </w:tc>
        <w:tc>
          <w:tcPr>
            <w:tcW w:w="0" w:type="auto"/>
            <w:tcMar>
              <w:top w:w="20" w:type="dxa"/>
              <w:left w:w="35" w:type="dxa"/>
              <w:bottom w:w="20" w:type="dxa"/>
              <w:right w:w="35" w:type="dxa"/>
            </w:tcMar>
            <w:vAlign w:val="center"/>
          </w:tcPr>
          <w:p w14:paraId="4FB1BB19" w14:textId="77777777" w:rsidR="00272A77" w:rsidRPr="001A2E38" w:rsidRDefault="00272A77" w:rsidP="005046C0">
            <w:pPr>
              <w:jc w:val="center"/>
              <w:rPr>
                <w:rFonts w:ascii="Times New Roman" w:hAnsi="Times New Roman" w:cs="Times New Roman"/>
                <w:sz w:val="20"/>
                <w:szCs w:val="20"/>
              </w:rPr>
            </w:pPr>
            <w:r w:rsidRPr="001A2E38">
              <w:rPr>
                <w:rFonts w:ascii="Times New Roman" w:eastAsia="Times New Roman" w:hAnsi="Times New Roman" w:cs="Times New Roman"/>
                <w:sz w:val="20"/>
                <w:szCs w:val="20"/>
              </w:rPr>
              <w:t>0.637</w:t>
            </w:r>
          </w:p>
        </w:tc>
        <w:tc>
          <w:tcPr>
            <w:tcW w:w="0" w:type="auto"/>
            <w:tcMar>
              <w:top w:w="20" w:type="dxa"/>
              <w:left w:w="35" w:type="dxa"/>
              <w:bottom w:w="20" w:type="dxa"/>
              <w:right w:w="35" w:type="dxa"/>
            </w:tcMar>
            <w:vAlign w:val="center"/>
          </w:tcPr>
          <w:p w14:paraId="70639B2D" w14:textId="77777777" w:rsidR="00272A77" w:rsidRPr="001A2E38" w:rsidRDefault="00272A77" w:rsidP="005046C0">
            <w:pPr>
              <w:jc w:val="center"/>
              <w:rPr>
                <w:rFonts w:ascii="Times New Roman" w:hAnsi="Times New Roman" w:cs="Times New Roman"/>
                <w:sz w:val="20"/>
                <w:szCs w:val="20"/>
              </w:rPr>
            </w:pPr>
            <w:r w:rsidRPr="001A2E38">
              <w:rPr>
                <w:rFonts w:ascii="Times New Roman" w:eastAsia="Times New Roman" w:hAnsi="Times New Roman" w:cs="Times New Roman"/>
                <w:sz w:val="20"/>
                <w:szCs w:val="20"/>
              </w:rPr>
              <w:t>0.095</w:t>
            </w:r>
          </w:p>
        </w:tc>
      </w:tr>
      <w:tr w:rsidR="00272A77" w:rsidRPr="001A2E38" w14:paraId="7953A8B8" w14:textId="77777777" w:rsidTr="005046C0">
        <w:trPr>
          <w:trHeight w:hRule="exact" w:val="340"/>
          <w:jc w:val="center"/>
        </w:trPr>
        <w:tc>
          <w:tcPr>
            <w:tcW w:w="0" w:type="auto"/>
            <w:vMerge w:val="restart"/>
            <w:tcMar>
              <w:top w:w="20" w:type="dxa"/>
              <w:left w:w="35" w:type="dxa"/>
              <w:bottom w:w="20" w:type="dxa"/>
              <w:right w:w="35" w:type="dxa"/>
            </w:tcMar>
            <w:vAlign w:val="center"/>
          </w:tcPr>
          <w:p w14:paraId="4917CF25" w14:textId="77777777" w:rsidR="00272A77" w:rsidRPr="001A2E38" w:rsidRDefault="00272A77" w:rsidP="005046C0">
            <w:pPr>
              <w:rPr>
                <w:rFonts w:ascii="Times New Roman" w:hAnsi="Times New Roman" w:cs="Times New Roman"/>
                <w:sz w:val="20"/>
                <w:szCs w:val="20"/>
              </w:rPr>
            </w:pPr>
            <w:r w:rsidRPr="001A2E38">
              <w:rPr>
                <w:rFonts w:ascii="Times New Roman" w:eastAsia="Times New Roman" w:hAnsi="Times New Roman" w:cs="Times New Roman"/>
                <w:sz w:val="20"/>
                <w:szCs w:val="20"/>
              </w:rPr>
              <w:t>Inflammatory</w:t>
            </w:r>
          </w:p>
        </w:tc>
        <w:tc>
          <w:tcPr>
            <w:tcW w:w="0" w:type="auto"/>
            <w:tcMar>
              <w:top w:w="20" w:type="dxa"/>
              <w:left w:w="35" w:type="dxa"/>
              <w:bottom w:w="20" w:type="dxa"/>
              <w:right w:w="35" w:type="dxa"/>
            </w:tcMar>
            <w:vAlign w:val="center"/>
          </w:tcPr>
          <w:p w14:paraId="3172A731" w14:textId="77777777" w:rsidR="00272A77" w:rsidRPr="001A2E38" w:rsidRDefault="00272A77" w:rsidP="005046C0">
            <w:pPr>
              <w:rPr>
                <w:rFonts w:ascii="Times New Roman" w:hAnsi="Times New Roman" w:cs="Times New Roman"/>
                <w:sz w:val="20"/>
                <w:szCs w:val="20"/>
              </w:rPr>
            </w:pPr>
            <w:r w:rsidRPr="001A2E38">
              <w:rPr>
                <w:rFonts w:ascii="Times New Roman" w:eastAsia="Times New Roman" w:hAnsi="Times New Roman" w:cs="Times New Roman"/>
                <w:sz w:val="20"/>
                <w:szCs w:val="20"/>
              </w:rPr>
              <w:t>CRP</w:t>
            </w:r>
          </w:p>
        </w:tc>
        <w:tc>
          <w:tcPr>
            <w:tcW w:w="0" w:type="auto"/>
            <w:tcMar>
              <w:top w:w="20" w:type="dxa"/>
              <w:left w:w="35" w:type="dxa"/>
              <w:bottom w:w="20" w:type="dxa"/>
              <w:right w:w="35" w:type="dxa"/>
            </w:tcMar>
            <w:vAlign w:val="center"/>
          </w:tcPr>
          <w:p w14:paraId="1684DA18" w14:textId="77777777" w:rsidR="00272A77" w:rsidRPr="001A2E38" w:rsidRDefault="00272A77" w:rsidP="005046C0">
            <w:pPr>
              <w:jc w:val="center"/>
              <w:rPr>
                <w:rFonts w:ascii="Times New Roman" w:hAnsi="Times New Roman" w:cs="Times New Roman"/>
                <w:sz w:val="20"/>
                <w:szCs w:val="20"/>
              </w:rPr>
            </w:pPr>
            <w:r w:rsidRPr="001A2E38">
              <w:rPr>
                <w:rFonts w:ascii="Times New Roman" w:eastAsia="Times New Roman" w:hAnsi="Times New Roman" w:cs="Times New Roman"/>
                <w:sz w:val="20"/>
                <w:szCs w:val="20"/>
              </w:rPr>
              <w:t>0.098</w:t>
            </w:r>
          </w:p>
        </w:tc>
        <w:tc>
          <w:tcPr>
            <w:tcW w:w="0" w:type="auto"/>
            <w:tcMar>
              <w:top w:w="20" w:type="dxa"/>
              <w:left w:w="35" w:type="dxa"/>
              <w:bottom w:w="20" w:type="dxa"/>
              <w:right w:w="35" w:type="dxa"/>
            </w:tcMar>
            <w:vAlign w:val="center"/>
          </w:tcPr>
          <w:p w14:paraId="01AF95A7" w14:textId="77777777" w:rsidR="00272A77" w:rsidRPr="001A2E38" w:rsidRDefault="00272A77" w:rsidP="005046C0">
            <w:pPr>
              <w:jc w:val="center"/>
              <w:rPr>
                <w:rFonts w:ascii="Times New Roman" w:hAnsi="Times New Roman" w:cs="Times New Roman"/>
                <w:sz w:val="20"/>
                <w:szCs w:val="20"/>
              </w:rPr>
            </w:pPr>
            <w:r w:rsidRPr="001A2E38">
              <w:rPr>
                <w:rFonts w:ascii="Times New Roman" w:eastAsia="Times New Roman" w:hAnsi="Times New Roman" w:cs="Times New Roman"/>
                <w:sz w:val="20"/>
                <w:szCs w:val="20"/>
              </w:rPr>
              <w:t>&lt;0.001</w:t>
            </w:r>
          </w:p>
        </w:tc>
        <w:tc>
          <w:tcPr>
            <w:tcW w:w="0" w:type="auto"/>
            <w:tcMar>
              <w:top w:w="20" w:type="dxa"/>
              <w:left w:w="35" w:type="dxa"/>
              <w:bottom w:w="20" w:type="dxa"/>
              <w:right w:w="35" w:type="dxa"/>
            </w:tcMar>
            <w:vAlign w:val="center"/>
          </w:tcPr>
          <w:p w14:paraId="480CCD5B" w14:textId="77777777" w:rsidR="00272A77" w:rsidRPr="001A2E38" w:rsidRDefault="00272A77" w:rsidP="005046C0">
            <w:pPr>
              <w:jc w:val="center"/>
              <w:rPr>
                <w:rFonts w:ascii="Times New Roman" w:hAnsi="Times New Roman" w:cs="Times New Roman"/>
                <w:sz w:val="20"/>
                <w:szCs w:val="20"/>
              </w:rPr>
            </w:pPr>
            <w:r w:rsidRPr="001A2E38">
              <w:rPr>
                <w:rFonts w:ascii="Times New Roman" w:eastAsia="Times New Roman" w:hAnsi="Times New Roman" w:cs="Times New Roman"/>
                <w:sz w:val="20"/>
                <w:szCs w:val="20"/>
              </w:rPr>
              <w:t>&lt;0.001</w:t>
            </w:r>
          </w:p>
        </w:tc>
        <w:tc>
          <w:tcPr>
            <w:tcW w:w="0" w:type="auto"/>
            <w:tcMar>
              <w:top w:w="20" w:type="dxa"/>
              <w:left w:w="35" w:type="dxa"/>
              <w:bottom w:w="20" w:type="dxa"/>
              <w:right w:w="35" w:type="dxa"/>
            </w:tcMar>
            <w:vAlign w:val="center"/>
          </w:tcPr>
          <w:p w14:paraId="2E2F03EA" w14:textId="77777777" w:rsidR="00272A77" w:rsidRPr="001A2E38" w:rsidRDefault="00272A77" w:rsidP="005046C0">
            <w:pPr>
              <w:jc w:val="center"/>
              <w:rPr>
                <w:rFonts w:ascii="Times New Roman" w:hAnsi="Times New Roman" w:cs="Times New Roman"/>
                <w:sz w:val="20"/>
                <w:szCs w:val="20"/>
              </w:rPr>
            </w:pPr>
            <w:r w:rsidRPr="001A2E38">
              <w:rPr>
                <w:rFonts w:ascii="Times New Roman" w:eastAsia="Times New Roman" w:hAnsi="Times New Roman" w:cs="Times New Roman"/>
                <w:sz w:val="20"/>
                <w:szCs w:val="20"/>
              </w:rPr>
              <w:t>&lt;0.001</w:t>
            </w:r>
          </w:p>
        </w:tc>
        <w:tc>
          <w:tcPr>
            <w:tcW w:w="0" w:type="auto"/>
            <w:tcMar>
              <w:top w:w="20" w:type="dxa"/>
              <w:left w:w="35" w:type="dxa"/>
              <w:bottom w:w="20" w:type="dxa"/>
              <w:right w:w="35" w:type="dxa"/>
            </w:tcMar>
            <w:vAlign w:val="center"/>
          </w:tcPr>
          <w:p w14:paraId="5CB5E90B" w14:textId="77777777" w:rsidR="00272A77" w:rsidRPr="001A2E38" w:rsidRDefault="00272A77" w:rsidP="005046C0">
            <w:pPr>
              <w:jc w:val="center"/>
              <w:rPr>
                <w:rFonts w:ascii="Times New Roman" w:hAnsi="Times New Roman" w:cs="Times New Roman"/>
                <w:sz w:val="20"/>
                <w:szCs w:val="20"/>
              </w:rPr>
            </w:pPr>
            <w:r w:rsidRPr="001A2E38">
              <w:rPr>
                <w:rFonts w:ascii="Times New Roman" w:eastAsia="Times New Roman" w:hAnsi="Times New Roman" w:cs="Times New Roman"/>
                <w:sz w:val="20"/>
                <w:szCs w:val="20"/>
              </w:rPr>
              <w:t>&lt;0.001</w:t>
            </w:r>
          </w:p>
        </w:tc>
        <w:tc>
          <w:tcPr>
            <w:tcW w:w="0" w:type="auto"/>
            <w:tcMar>
              <w:top w:w="20" w:type="dxa"/>
              <w:left w:w="35" w:type="dxa"/>
              <w:bottom w:w="20" w:type="dxa"/>
              <w:right w:w="35" w:type="dxa"/>
            </w:tcMar>
            <w:vAlign w:val="center"/>
          </w:tcPr>
          <w:p w14:paraId="49BA3E4F" w14:textId="77777777" w:rsidR="00272A77" w:rsidRPr="001A2E38" w:rsidRDefault="00272A77" w:rsidP="005046C0">
            <w:pPr>
              <w:jc w:val="center"/>
              <w:rPr>
                <w:rFonts w:ascii="Times New Roman" w:hAnsi="Times New Roman" w:cs="Times New Roman"/>
                <w:sz w:val="20"/>
                <w:szCs w:val="20"/>
              </w:rPr>
            </w:pPr>
            <w:r w:rsidRPr="001A2E38">
              <w:rPr>
                <w:rFonts w:ascii="Times New Roman" w:eastAsia="Times New Roman" w:hAnsi="Times New Roman" w:cs="Times New Roman"/>
                <w:sz w:val="20"/>
                <w:szCs w:val="20"/>
              </w:rPr>
              <w:t>0.190</w:t>
            </w:r>
          </w:p>
        </w:tc>
        <w:tc>
          <w:tcPr>
            <w:tcW w:w="0" w:type="auto"/>
            <w:tcMar>
              <w:top w:w="20" w:type="dxa"/>
              <w:left w:w="35" w:type="dxa"/>
              <w:bottom w:w="20" w:type="dxa"/>
              <w:right w:w="35" w:type="dxa"/>
            </w:tcMar>
            <w:vAlign w:val="center"/>
          </w:tcPr>
          <w:p w14:paraId="08F54B72" w14:textId="77777777" w:rsidR="00272A77" w:rsidRPr="001A2E38" w:rsidRDefault="00272A77" w:rsidP="005046C0">
            <w:pPr>
              <w:jc w:val="center"/>
              <w:rPr>
                <w:rFonts w:ascii="Times New Roman" w:hAnsi="Times New Roman" w:cs="Times New Roman"/>
                <w:sz w:val="20"/>
                <w:szCs w:val="20"/>
              </w:rPr>
            </w:pPr>
            <w:r w:rsidRPr="001A2E38">
              <w:rPr>
                <w:rFonts w:ascii="Times New Roman" w:eastAsia="Times New Roman" w:hAnsi="Times New Roman" w:cs="Times New Roman"/>
                <w:sz w:val="20"/>
                <w:szCs w:val="20"/>
              </w:rPr>
              <w:t>0.411</w:t>
            </w:r>
          </w:p>
        </w:tc>
        <w:tc>
          <w:tcPr>
            <w:tcW w:w="0" w:type="auto"/>
            <w:tcMar>
              <w:top w:w="20" w:type="dxa"/>
              <w:left w:w="35" w:type="dxa"/>
              <w:bottom w:w="20" w:type="dxa"/>
              <w:right w:w="35" w:type="dxa"/>
            </w:tcMar>
            <w:vAlign w:val="center"/>
          </w:tcPr>
          <w:p w14:paraId="455C19B9" w14:textId="77777777" w:rsidR="00272A77" w:rsidRPr="001A2E38" w:rsidRDefault="00272A77" w:rsidP="005046C0">
            <w:pPr>
              <w:jc w:val="center"/>
              <w:rPr>
                <w:rFonts w:ascii="Times New Roman" w:hAnsi="Times New Roman" w:cs="Times New Roman"/>
                <w:sz w:val="20"/>
                <w:szCs w:val="20"/>
              </w:rPr>
            </w:pPr>
            <w:r w:rsidRPr="001A2E38">
              <w:rPr>
                <w:rFonts w:ascii="Times New Roman" w:eastAsia="Times New Roman" w:hAnsi="Times New Roman" w:cs="Times New Roman"/>
                <w:sz w:val="20"/>
                <w:szCs w:val="20"/>
              </w:rPr>
              <w:t>0.060</w:t>
            </w:r>
          </w:p>
        </w:tc>
      </w:tr>
      <w:tr w:rsidR="00272A77" w:rsidRPr="001A2E38" w14:paraId="6EB5D491" w14:textId="77777777" w:rsidTr="005046C0">
        <w:trPr>
          <w:trHeight w:hRule="exact" w:val="340"/>
          <w:jc w:val="center"/>
        </w:trPr>
        <w:tc>
          <w:tcPr>
            <w:tcW w:w="0" w:type="auto"/>
            <w:vMerge/>
            <w:tcMar>
              <w:top w:w="20" w:type="dxa"/>
              <w:left w:w="35" w:type="dxa"/>
              <w:bottom w:w="20" w:type="dxa"/>
              <w:right w:w="35" w:type="dxa"/>
            </w:tcMar>
            <w:vAlign w:val="center"/>
          </w:tcPr>
          <w:p w14:paraId="197C84DF" w14:textId="77777777" w:rsidR="00272A77" w:rsidRPr="001A2E38" w:rsidRDefault="00272A77" w:rsidP="005046C0">
            <w:pPr>
              <w:rPr>
                <w:rFonts w:ascii="Times New Roman" w:hAnsi="Times New Roman" w:cs="Times New Roman"/>
                <w:sz w:val="20"/>
                <w:szCs w:val="20"/>
              </w:rPr>
            </w:pPr>
          </w:p>
        </w:tc>
        <w:tc>
          <w:tcPr>
            <w:tcW w:w="0" w:type="auto"/>
            <w:tcMar>
              <w:top w:w="20" w:type="dxa"/>
              <w:left w:w="35" w:type="dxa"/>
              <w:bottom w:w="20" w:type="dxa"/>
              <w:right w:w="35" w:type="dxa"/>
            </w:tcMar>
            <w:vAlign w:val="center"/>
          </w:tcPr>
          <w:p w14:paraId="59021363" w14:textId="77777777" w:rsidR="00272A77" w:rsidRPr="001A2E38" w:rsidRDefault="00272A77" w:rsidP="005046C0">
            <w:pPr>
              <w:rPr>
                <w:rFonts w:ascii="Times New Roman" w:hAnsi="Times New Roman" w:cs="Times New Roman"/>
                <w:sz w:val="20"/>
                <w:szCs w:val="20"/>
              </w:rPr>
            </w:pPr>
            <w:r w:rsidRPr="001A2E38">
              <w:rPr>
                <w:rFonts w:ascii="Times New Roman" w:eastAsia="Times New Roman" w:hAnsi="Times New Roman" w:cs="Times New Roman"/>
                <w:sz w:val="20"/>
                <w:szCs w:val="20"/>
              </w:rPr>
              <w:t>WBC count</w:t>
            </w:r>
          </w:p>
        </w:tc>
        <w:tc>
          <w:tcPr>
            <w:tcW w:w="0" w:type="auto"/>
            <w:tcMar>
              <w:top w:w="20" w:type="dxa"/>
              <w:left w:w="35" w:type="dxa"/>
              <w:bottom w:w="20" w:type="dxa"/>
              <w:right w:w="35" w:type="dxa"/>
            </w:tcMar>
            <w:vAlign w:val="center"/>
          </w:tcPr>
          <w:p w14:paraId="3FAE9588" w14:textId="77777777" w:rsidR="00272A77" w:rsidRPr="001A2E38" w:rsidRDefault="00272A77" w:rsidP="005046C0">
            <w:pPr>
              <w:jc w:val="center"/>
              <w:rPr>
                <w:rFonts w:ascii="Times New Roman" w:hAnsi="Times New Roman" w:cs="Times New Roman"/>
                <w:sz w:val="20"/>
                <w:szCs w:val="20"/>
              </w:rPr>
            </w:pPr>
            <w:r w:rsidRPr="001A2E38">
              <w:rPr>
                <w:rFonts w:ascii="Times New Roman" w:eastAsia="Times New Roman" w:hAnsi="Times New Roman" w:cs="Times New Roman"/>
                <w:sz w:val="20"/>
                <w:szCs w:val="20"/>
              </w:rPr>
              <w:t>0.001</w:t>
            </w:r>
          </w:p>
        </w:tc>
        <w:tc>
          <w:tcPr>
            <w:tcW w:w="0" w:type="auto"/>
            <w:tcMar>
              <w:top w:w="20" w:type="dxa"/>
              <w:left w:w="35" w:type="dxa"/>
              <w:bottom w:w="20" w:type="dxa"/>
              <w:right w:w="35" w:type="dxa"/>
            </w:tcMar>
            <w:vAlign w:val="center"/>
          </w:tcPr>
          <w:p w14:paraId="27AB50B5" w14:textId="77777777" w:rsidR="00272A77" w:rsidRPr="001A2E38" w:rsidRDefault="00272A77" w:rsidP="005046C0">
            <w:pPr>
              <w:jc w:val="center"/>
              <w:rPr>
                <w:rFonts w:ascii="Times New Roman" w:hAnsi="Times New Roman" w:cs="Times New Roman"/>
                <w:sz w:val="20"/>
                <w:szCs w:val="20"/>
              </w:rPr>
            </w:pPr>
            <w:r w:rsidRPr="001A2E38">
              <w:rPr>
                <w:rFonts w:ascii="Times New Roman" w:eastAsia="Times New Roman" w:hAnsi="Times New Roman" w:cs="Times New Roman"/>
                <w:sz w:val="20"/>
                <w:szCs w:val="20"/>
              </w:rPr>
              <w:t>0.634</w:t>
            </w:r>
          </w:p>
        </w:tc>
        <w:tc>
          <w:tcPr>
            <w:tcW w:w="0" w:type="auto"/>
            <w:tcMar>
              <w:top w:w="20" w:type="dxa"/>
              <w:left w:w="35" w:type="dxa"/>
              <w:bottom w:w="20" w:type="dxa"/>
              <w:right w:w="35" w:type="dxa"/>
            </w:tcMar>
            <w:vAlign w:val="center"/>
          </w:tcPr>
          <w:p w14:paraId="72440279" w14:textId="77777777" w:rsidR="00272A77" w:rsidRPr="001A2E38" w:rsidRDefault="00272A77" w:rsidP="005046C0">
            <w:pPr>
              <w:jc w:val="center"/>
              <w:rPr>
                <w:rFonts w:ascii="Times New Roman" w:hAnsi="Times New Roman" w:cs="Times New Roman"/>
                <w:sz w:val="20"/>
                <w:szCs w:val="20"/>
              </w:rPr>
            </w:pPr>
            <w:r w:rsidRPr="001A2E38">
              <w:rPr>
                <w:rFonts w:ascii="Times New Roman" w:eastAsia="Times New Roman" w:hAnsi="Times New Roman" w:cs="Times New Roman"/>
                <w:sz w:val="20"/>
                <w:szCs w:val="20"/>
              </w:rPr>
              <w:t>0.594</w:t>
            </w:r>
          </w:p>
        </w:tc>
        <w:tc>
          <w:tcPr>
            <w:tcW w:w="0" w:type="auto"/>
            <w:tcMar>
              <w:top w:w="20" w:type="dxa"/>
              <w:left w:w="35" w:type="dxa"/>
              <w:bottom w:w="20" w:type="dxa"/>
              <w:right w:w="35" w:type="dxa"/>
            </w:tcMar>
            <w:vAlign w:val="center"/>
          </w:tcPr>
          <w:p w14:paraId="361FCA2D" w14:textId="77777777" w:rsidR="00272A77" w:rsidRPr="001A2E38" w:rsidRDefault="00272A77" w:rsidP="005046C0">
            <w:pPr>
              <w:jc w:val="center"/>
              <w:rPr>
                <w:rFonts w:ascii="Times New Roman" w:hAnsi="Times New Roman" w:cs="Times New Roman"/>
                <w:sz w:val="20"/>
                <w:szCs w:val="20"/>
              </w:rPr>
            </w:pPr>
            <w:r w:rsidRPr="001A2E38">
              <w:rPr>
                <w:rFonts w:ascii="Times New Roman" w:eastAsia="Times New Roman" w:hAnsi="Times New Roman" w:cs="Times New Roman"/>
                <w:sz w:val="20"/>
                <w:szCs w:val="20"/>
              </w:rPr>
              <w:t>0.847</w:t>
            </w:r>
          </w:p>
        </w:tc>
        <w:tc>
          <w:tcPr>
            <w:tcW w:w="0" w:type="auto"/>
            <w:tcMar>
              <w:top w:w="20" w:type="dxa"/>
              <w:left w:w="35" w:type="dxa"/>
              <w:bottom w:w="20" w:type="dxa"/>
              <w:right w:w="35" w:type="dxa"/>
            </w:tcMar>
            <w:vAlign w:val="center"/>
          </w:tcPr>
          <w:p w14:paraId="7C9C01AD" w14:textId="77777777" w:rsidR="00272A77" w:rsidRPr="001A2E38" w:rsidRDefault="00272A77" w:rsidP="005046C0">
            <w:pPr>
              <w:jc w:val="center"/>
              <w:rPr>
                <w:rFonts w:ascii="Times New Roman" w:hAnsi="Times New Roman" w:cs="Times New Roman"/>
                <w:sz w:val="20"/>
                <w:szCs w:val="20"/>
              </w:rPr>
            </w:pPr>
            <w:r w:rsidRPr="001A2E38">
              <w:rPr>
                <w:rFonts w:ascii="Times New Roman" w:eastAsia="Times New Roman" w:hAnsi="Times New Roman" w:cs="Times New Roman"/>
                <w:sz w:val="20"/>
                <w:szCs w:val="20"/>
              </w:rPr>
              <w:t>0.706</w:t>
            </w:r>
          </w:p>
        </w:tc>
        <w:tc>
          <w:tcPr>
            <w:tcW w:w="0" w:type="auto"/>
            <w:tcMar>
              <w:top w:w="20" w:type="dxa"/>
              <w:left w:w="35" w:type="dxa"/>
              <w:bottom w:w="20" w:type="dxa"/>
              <w:right w:w="35" w:type="dxa"/>
            </w:tcMar>
            <w:vAlign w:val="center"/>
          </w:tcPr>
          <w:p w14:paraId="07F9482E" w14:textId="77777777" w:rsidR="00272A77" w:rsidRPr="001A2E38" w:rsidRDefault="00272A77" w:rsidP="005046C0">
            <w:pPr>
              <w:jc w:val="center"/>
              <w:rPr>
                <w:rFonts w:ascii="Times New Roman" w:hAnsi="Times New Roman" w:cs="Times New Roman"/>
                <w:sz w:val="20"/>
                <w:szCs w:val="20"/>
              </w:rPr>
            </w:pPr>
            <w:r w:rsidRPr="001A2E38">
              <w:rPr>
                <w:rFonts w:ascii="Times New Roman" w:eastAsia="Times New Roman" w:hAnsi="Times New Roman" w:cs="Times New Roman"/>
                <w:sz w:val="20"/>
                <w:szCs w:val="20"/>
              </w:rPr>
              <w:t>0.229</w:t>
            </w:r>
          </w:p>
        </w:tc>
        <w:tc>
          <w:tcPr>
            <w:tcW w:w="0" w:type="auto"/>
            <w:tcMar>
              <w:top w:w="20" w:type="dxa"/>
              <w:left w:w="35" w:type="dxa"/>
              <w:bottom w:w="20" w:type="dxa"/>
              <w:right w:w="35" w:type="dxa"/>
            </w:tcMar>
            <w:vAlign w:val="center"/>
          </w:tcPr>
          <w:p w14:paraId="0152C9C8" w14:textId="77777777" w:rsidR="00272A77" w:rsidRPr="001A2E38" w:rsidRDefault="00272A77" w:rsidP="005046C0">
            <w:pPr>
              <w:jc w:val="center"/>
              <w:rPr>
                <w:rFonts w:ascii="Times New Roman" w:hAnsi="Times New Roman" w:cs="Times New Roman"/>
                <w:sz w:val="20"/>
                <w:szCs w:val="20"/>
              </w:rPr>
            </w:pPr>
            <w:r w:rsidRPr="001A2E38">
              <w:rPr>
                <w:rFonts w:ascii="Times New Roman" w:eastAsia="Times New Roman" w:hAnsi="Times New Roman" w:cs="Times New Roman"/>
                <w:sz w:val="20"/>
                <w:szCs w:val="20"/>
              </w:rPr>
              <w:t>0.132</w:t>
            </w:r>
          </w:p>
        </w:tc>
        <w:tc>
          <w:tcPr>
            <w:tcW w:w="0" w:type="auto"/>
            <w:tcMar>
              <w:top w:w="20" w:type="dxa"/>
              <w:left w:w="35" w:type="dxa"/>
              <w:bottom w:w="20" w:type="dxa"/>
              <w:right w:w="35" w:type="dxa"/>
            </w:tcMar>
            <w:vAlign w:val="center"/>
          </w:tcPr>
          <w:p w14:paraId="6013B28E" w14:textId="77777777" w:rsidR="00272A77" w:rsidRPr="001A2E38" w:rsidRDefault="00272A77" w:rsidP="005046C0">
            <w:pPr>
              <w:jc w:val="center"/>
              <w:rPr>
                <w:rFonts w:ascii="Times New Roman" w:hAnsi="Times New Roman" w:cs="Times New Roman"/>
                <w:sz w:val="20"/>
                <w:szCs w:val="20"/>
              </w:rPr>
            </w:pPr>
            <w:r w:rsidRPr="001A2E38">
              <w:rPr>
                <w:rFonts w:ascii="Times New Roman" w:eastAsia="Times New Roman" w:hAnsi="Times New Roman" w:cs="Times New Roman"/>
                <w:sz w:val="20"/>
                <w:szCs w:val="20"/>
              </w:rPr>
              <w:t>0.948</w:t>
            </w:r>
          </w:p>
        </w:tc>
      </w:tr>
      <w:tr w:rsidR="00272A77" w:rsidRPr="001A2E38" w14:paraId="5410C03A" w14:textId="77777777" w:rsidTr="005046C0">
        <w:trPr>
          <w:trHeight w:hRule="exact" w:val="340"/>
          <w:jc w:val="center"/>
        </w:trPr>
        <w:tc>
          <w:tcPr>
            <w:tcW w:w="0" w:type="auto"/>
            <w:vMerge/>
            <w:tcMar>
              <w:top w:w="20" w:type="dxa"/>
              <w:left w:w="35" w:type="dxa"/>
              <w:bottom w:w="20" w:type="dxa"/>
              <w:right w:w="35" w:type="dxa"/>
            </w:tcMar>
            <w:vAlign w:val="center"/>
          </w:tcPr>
          <w:p w14:paraId="50A8A1F5" w14:textId="77777777" w:rsidR="00272A77" w:rsidRPr="001A2E38" w:rsidRDefault="00272A77" w:rsidP="005046C0">
            <w:pPr>
              <w:rPr>
                <w:rFonts w:ascii="Times New Roman" w:hAnsi="Times New Roman" w:cs="Times New Roman"/>
                <w:sz w:val="20"/>
                <w:szCs w:val="20"/>
              </w:rPr>
            </w:pPr>
          </w:p>
        </w:tc>
        <w:tc>
          <w:tcPr>
            <w:tcW w:w="0" w:type="auto"/>
            <w:tcMar>
              <w:top w:w="20" w:type="dxa"/>
              <w:left w:w="35" w:type="dxa"/>
              <w:bottom w:w="20" w:type="dxa"/>
              <w:right w:w="35" w:type="dxa"/>
            </w:tcMar>
            <w:vAlign w:val="center"/>
          </w:tcPr>
          <w:p w14:paraId="705A0167" w14:textId="77777777" w:rsidR="00272A77" w:rsidRPr="001A2E38" w:rsidRDefault="00272A77" w:rsidP="005046C0">
            <w:pPr>
              <w:rPr>
                <w:rFonts w:ascii="Times New Roman" w:hAnsi="Times New Roman" w:cs="Times New Roman"/>
                <w:sz w:val="20"/>
                <w:szCs w:val="20"/>
              </w:rPr>
            </w:pPr>
            <w:r w:rsidRPr="001A2E38">
              <w:rPr>
                <w:rFonts w:ascii="Times New Roman" w:eastAsia="Times New Roman" w:hAnsi="Times New Roman" w:cs="Times New Roman"/>
                <w:sz w:val="20"/>
                <w:szCs w:val="20"/>
              </w:rPr>
              <w:t>Platelet count</w:t>
            </w:r>
          </w:p>
        </w:tc>
        <w:tc>
          <w:tcPr>
            <w:tcW w:w="0" w:type="auto"/>
            <w:tcMar>
              <w:top w:w="20" w:type="dxa"/>
              <w:left w:w="35" w:type="dxa"/>
              <w:bottom w:w="20" w:type="dxa"/>
              <w:right w:w="35" w:type="dxa"/>
            </w:tcMar>
            <w:vAlign w:val="center"/>
          </w:tcPr>
          <w:p w14:paraId="47F4BE9C" w14:textId="77777777" w:rsidR="00272A77" w:rsidRPr="001A2E38" w:rsidRDefault="00272A77" w:rsidP="005046C0">
            <w:pPr>
              <w:jc w:val="center"/>
              <w:rPr>
                <w:rFonts w:ascii="Times New Roman" w:hAnsi="Times New Roman" w:cs="Times New Roman"/>
                <w:sz w:val="20"/>
                <w:szCs w:val="20"/>
              </w:rPr>
            </w:pPr>
            <w:r w:rsidRPr="001A2E38">
              <w:rPr>
                <w:rFonts w:ascii="Times New Roman" w:eastAsia="Times New Roman" w:hAnsi="Times New Roman" w:cs="Times New Roman"/>
                <w:sz w:val="20"/>
                <w:szCs w:val="20"/>
              </w:rPr>
              <w:t>0.948</w:t>
            </w:r>
          </w:p>
        </w:tc>
        <w:tc>
          <w:tcPr>
            <w:tcW w:w="0" w:type="auto"/>
            <w:tcMar>
              <w:top w:w="20" w:type="dxa"/>
              <w:left w:w="35" w:type="dxa"/>
              <w:bottom w:w="20" w:type="dxa"/>
              <w:right w:w="35" w:type="dxa"/>
            </w:tcMar>
            <w:vAlign w:val="center"/>
          </w:tcPr>
          <w:p w14:paraId="1341399F" w14:textId="77777777" w:rsidR="00272A77" w:rsidRPr="001A2E38" w:rsidRDefault="00272A77" w:rsidP="005046C0">
            <w:pPr>
              <w:jc w:val="center"/>
              <w:rPr>
                <w:rFonts w:ascii="Times New Roman" w:hAnsi="Times New Roman" w:cs="Times New Roman"/>
                <w:sz w:val="20"/>
                <w:szCs w:val="20"/>
              </w:rPr>
            </w:pPr>
            <w:r w:rsidRPr="001A2E38">
              <w:rPr>
                <w:rFonts w:ascii="Times New Roman" w:eastAsia="Times New Roman" w:hAnsi="Times New Roman" w:cs="Times New Roman"/>
                <w:sz w:val="20"/>
                <w:szCs w:val="20"/>
              </w:rPr>
              <w:t>0.107</w:t>
            </w:r>
          </w:p>
        </w:tc>
        <w:tc>
          <w:tcPr>
            <w:tcW w:w="0" w:type="auto"/>
            <w:tcMar>
              <w:top w:w="20" w:type="dxa"/>
              <w:left w:w="35" w:type="dxa"/>
              <w:bottom w:w="20" w:type="dxa"/>
              <w:right w:w="35" w:type="dxa"/>
            </w:tcMar>
            <w:vAlign w:val="center"/>
          </w:tcPr>
          <w:p w14:paraId="484C3F29" w14:textId="77777777" w:rsidR="00272A77" w:rsidRPr="001A2E38" w:rsidRDefault="00272A77" w:rsidP="005046C0">
            <w:pPr>
              <w:jc w:val="center"/>
              <w:rPr>
                <w:rFonts w:ascii="Times New Roman" w:hAnsi="Times New Roman" w:cs="Times New Roman"/>
                <w:sz w:val="20"/>
                <w:szCs w:val="20"/>
              </w:rPr>
            </w:pPr>
            <w:r w:rsidRPr="001A2E38">
              <w:rPr>
                <w:rFonts w:ascii="Times New Roman" w:eastAsia="Times New Roman" w:hAnsi="Times New Roman" w:cs="Times New Roman"/>
                <w:sz w:val="20"/>
                <w:szCs w:val="20"/>
              </w:rPr>
              <w:t>0.946</w:t>
            </w:r>
          </w:p>
        </w:tc>
        <w:tc>
          <w:tcPr>
            <w:tcW w:w="0" w:type="auto"/>
            <w:tcMar>
              <w:top w:w="20" w:type="dxa"/>
              <w:left w:w="35" w:type="dxa"/>
              <w:bottom w:w="20" w:type="dxa"/>
              <w:right w:w="35" w:type="dxa"/>
            </w:tcMar>
            <w:vAlign w:val="center"/>
          </w:tcPr>
          <w:p w14:paraId="301FDCCA" w14:textId="77777777" w:rsidR="00272A77" w:rsidRPr="001A2E38" w:rsidRDefault="00272A77" w:rsidP="005046C0">
            <w:pPr>
              <w:jc w:val="center"/>
              <w:rPr>
                <w:rFonts w:ascii="Times New Roman" w:hAnsi="Times New Roman" w:cs="Times New Roman"/>
                <w:sz w:val="20"/>
                <w:szCs w:val="20"/>
              </w:rPr>
            </w:pPr>
            <w:r w:rsidRPr="001A2E38">
              <w:rPr>
                <w:rFonts w:ascii="Times New Roman" w:eastAsia="Times New Roman" w:hAnsi="Times New Roman" w:cs="Times New Roman"/>
                <w:sz w:val="20"/>
                <w:szCs w:val="20"/>
              </w:rPr>
              <w:t>0.776</w:t>
            </w:r>
          </w:p>
        </w:tc>
        <w:tc>
          <w:tcPr>
            <w:tcW w:w="0" w:type="auto"/>
            <w:tcMar>
              <w:top w:w="20" w:type="dxa"/>
              <w:left w:w="35" w:type="dxa"/>
              <w:bottom w:w="20" w:type="dxa"/>
              <w:right w:w="35" w:type="dxa"/>
            </w:tcMar>
            <w:vAlign w:val="center"/>
          </w:tcPr>
          <w:p w14:paraId="51660381" w14:textId="77777777" w:rsidR="00272A77" w:rsidRPr="001A2E38" w:rsidRDefault="00272A77" w:rsidP="005046C0">
            <w:pPr>
              <w:jc w:val="center"/>
              <w:rPr>
                <w:rFonts w:ascii="Times New Roman" w:hAnsi="Times New Roman" w:cs="Times New Roman"/>
                <w:sz w:val="20"/>
                <w:szCs w:val="20"/>
              </w:rPr>
            </w:pPr>
            <w:r w:rsidRPr="001A2E38">
              <w:rPr>
                <w:rFonts w:ascii="Times New Roman" w:eastAsia="Times New Roman" w:hAnsi="Times New Roman" w:cs="Times New Roman"/>
                <w:sz w:val="20"/>
                <w:szCs w:val="20"/>
              </w:rPr>
              <w:t>0.948</w:t>
            </w:r>
          </w:p>
        </w:tc>
        <w:tc>
          <w:tcPr>
            <w:tcW w:w="0" w:type="auto"/>
            <w:tcMar>
              <w:top w:w="20" w:type="dxa"/>
              <w:left w:w="35" w:type="dxa"/>
              <w:bottom w:w="20" w:type="dxa"/>
              <w:right w:w="35" w:type="dxa"/>
            </w:tcMar>
            <w:vAlign w:val="center"/>
          </w:tcPr>
          <w:p w14:paraId="51A148B3" w14:textId="77777777" w:rsidR="00272A77" w:rsidRPr="001A2E38" w:rsidRDefault="00272A77" w:rsidP="005046C0">
            <w:pPr>
              <w:jc w:val="center"/>
              <w:rPr>
                <w:rFonts w:ascii="Times New Roman" w:hAnsi="Times New Roman" w:cs="Times New Roman"/>
                <w:sz w:val="20"/>
                <w:szCs w:val="20"/>
              </w:rPr>
            </w:pPr>
            <w:r w:rsidRPr="001A2E38">
              <w:rPr>
                <w:rFonts w:ascii="Times New Roman" w:eastAsia="Times New Roman" w:hAnsi="Times New Roman" w:cs="Times New Roman"/>
                <w:sz w:val="20"/>
                <w:szCs w:val="20"/>
              </w:rPr>
              <w:t>0.706</w:t>
            </w:r>
          </w:p>
        </w:tc>
        <w:tc>
          <w:tcPr>
            <w:tcW w:w="0" w:type="auto"/>
            <w:tcMar>
              <w:top w:w="20" w:type="dxa"/>
              <w:left w:w="35" w:type="dxa"/>
              <w:bottom w:w="20" w:type="dxa"/>
              <w:right w:w="35" w:type="dxa"/>
            </w:tcMar>
            <w:vAlign w:val="center"/>
          </w:tcPr>
          <w:p w14:paraId="336ED6E4" w14:textId="77777777" w:rsidR="00272A77" w:rsidRPr="001A2E38" w:rsidRDefault="00272A77" w:rsidP="005046C0">
            <w:pPr>
              <w:jc w:val="center"/>
              <w:rPr>
                <w:rFonts w:ascii="Times New Roman" w:hAnsi="Times New Roman" w:cs="Times New Roman"/>
                <w:sz w:val="20"/>
                <w:szCs w:val="20"/>
              </w:rPr>
            </w:pPr>
            <w:r w:rsidRPr="001A2E38">
              <w:rPr>
                <w:rFonts w:ascii="Times New Roman" w:eastAsia="Times New Roman" w:hAnsi="Times New Roman" w:cs="Times New Roman"/>
                <w:sz w:val="20"/>
                <w:szCs w:val="20"/>
              </w:rPr>
              <w:t>0.728</w:t>
            </w:r>
          </w:p>
        </w:tc>
        <w:tc>
          <w:tcPr>
            <w:tcW w:w="0" w:type="auto"/>
            <w:tcMar>
              <w:top w:w="20" w:type="dxa"/>
              <w:left w:w="35" w:type="dxa"/>
              <w:bottom w:w="20" w:type="dxa"/>
              <w:right w:w="35" w:type="dxa"/>
            </w:tcMar>
            <w:vAlign w:val="center"/>
          </w:tcPr>
          <w:p w14:paraId="3E36B6D4" w14:textId="77777777" w:rsidR="00272A77" w:rsidRPr="001A2E38" w:rsidRDefault="00272A77" w:rsidP="005046C0">
            <w:pPr>
              <w:jc w:val="center"/>
              <w:rPr>
                <w:rFonts w:ascii="Times New Roman" w:hAnsi="Times New Roman" w:cs="Times New Roman"/>
                <w:sz w:val="20"/>
                <w:szCs w:val="20"/>
              </w:rPr>
            </w:pPr>
            <w:r w:rsidRPr="001A2E38">
              <w:rPr>
                <w:rFonts w:ascii="Times New Roman" w:eastAsia="Times New Roman" w:hAnsi="Times New Roman" w:cs="Times New Roman"/>
                <w:sz w:val="20"/>
                <w:szCs w:val="20"/>
              </w:rPr>
              <w:t>0.229</w:t>
            </w:r>
          </w:p>
        </w:tc>
      </w:tr>
      <w:tr w:rsidR="00272A77" w:rsidRPr="001A2E38" w14:paraId="3D553B6E" w14:textId="77777777" w:rsidTr="005046C0">
        <w:trPr>
          <w:trHeight w:hRule="exact" w:val="340"/>
          <w:jc w:val="center"/>
        </w:trPr>
        <w:tc>
          <w:tcPr>
            <w:tcW w:w="0" w:type="auto"/>
            <w:vMerge/>
            <w:tcMar>
              <w:top w:w="20" w:type="dxa"/>
              <w:left w:w="35" w:type="dxa"/>
              <w:bottom w:w="20" w:type="dxa"/>
              <w:right w:w="35" w:type="dxa"/>
            </w:tcMar>
            <w:vAlign w:val="center"/>
          </w:tcPr>
          <w:p w14:paraId="21AB496A" w14:textId="77777777" w:rsidR="00272A77" w:rsidRPr="001A2E38" w:rsidRDefault="00272A77" w:rsidP="005046C0">
            <w:pPr>
              <w:rPr>
                <w:rFonts w:ascii="Times New Roman" w:hAnsi="Times New Roman" w:cs="Times New Roman"/>
                <w:sz w:val="20"/>
                <w:szCs w:val="20"/>
              </w:rPr>
            </w:pPr>
          </w:p>
        </w:tc>
        <w:tc>
          <w:tcPr>
            <w:tcW w:w="0" w:type="auto"/>
            <w:tcMar>
              <w:top w:w="20" w:type="dxa"/>
              <w:left w:w="35" w:type="dxa"/>
              <w:bottom w:w="20" w:type="dxa"/>
              <w:right w:w="35" w:type="dxa"/>
            </w:tcMar>
            <w:vAlign w:val="center"/>
          </w:tcPr>
          <w:p w14:paraId="432C20E7" w14:textId="77777777" w:rsidR="00272A77" w:rsidRPr="001A2E38" w:rsidRDefault="00272A77" w:rsidP="005046C0">
            <w:pPr>
              <w:rPr>
                <w:rFonts w:ascii="Times New Roman" w:hAnsi="Times New Roman" w:cs="Times New Roman"/>
                <w:sz w:val="20"/>
                <w:szCs w:val="20"/>
              </w:rPr>
            </w:pPr>
            <w:r w:rsidRPr="001A2E38">
              <w:rPr>
                <w:rFonts w:ascii="Times New Roman" w:eastAsia="Times New Roman" w:hAnsi="Times New Roman" w:cs="Times New Roman"/>
                <w:sz w:val="20"/>
                <w:szCs w:val="20"/>
              </w:rPr>
              <w:t>Lymphocyte count</w:t>
            </w:r>
          </w:p>
        </w:tc>
        <w:tc>
          <w:tcPr>
            <w:tcW w:w="0" w:type="auto"/>
            <w:tcMar>
              <w:top w:w="20" w:type="dxa"/>
              <w:left w:w="35" w:type="dxa"/>
              <w:bottom w:w="20" w:type="dxa"/>
              <w:right w:w="35" w:type="dxa"/>
            </w:tcMar>
            <w:vAlign w:val="center"/>
          </w:tcPr>
          <w:p w14:paraId="0EF71D01" w14:textId="77777777" w:rsidR="00272A77" w:rsidRPr="001A2E38" w:rsidRDefault="00272A77" w:rsidP="005046C0">
            <w:pPr>
              <w:jc w:val="center"/>
              <w:rPr>
                <w:rFonts w:ascii="Times New Roman" w:hAnsi="Times New Roman" w:cs="Times New Roman"/>
                <w:sz w:val="20"/>
                <w:szCs w:val="20"/>
              </w:rPr>
            </w:pPr>
            <w:r w:rsidRPr="001A2E38">
              <w:rPr>
                <w:rFonts w:ascii="Times New Roman" w:eastAsia="Times New Roman" w:hAnsi="Times New Roman" w:cs="Times New Roman"/>
                <w:sz w:val="20"/>
                <w:szCs w:val="20"/>
              </w:rPr>
              <w:t>0.311</w:t>
            </w:r>
          </w:p>
        </w:tc>
        <w:tc>
          <w:tcPr>
            <w:tcW w:w="0" w:type="auto"/>
            <w:tcMar>
              <w:top w:w="20" w:type="dxa"/>
              <w:left w:w="35" w:type="dxa"/>
              <w:bottom w:w="20" w:type="dxa"/>
              <w:right w:w="35" w:type="dxa"/>
            </w:tcMar>
            <w:vAlign w:val="center"/>
          </w:tcPr>
          <w:p w14:paraId="39207619" w14:textId="77777777" w:rsidR="00272A77" w:rsidRPr="001A2E38" w:rsidRDefault="00272A77" w:rsidP="005046C0">
            <w:pPr>
              <w:jc w:val="center"/>
              <w:rPr>
                <w:rFonts w:ascii="Times New Roman" w:hAnsi="Times New Roman" w:cs="Times New Roman"/>
                <w:sz w:val="20"/>
                <w:szCs w:val="20"/>
              </w:rPr>
            </w:pPr>
            <w:r w:rsidRPr="001A2E38">
              <w:rPr>
                <w:rFonts w:ascii="Times New Roman" w:eastAsia="Times New Roman" w:hAnsi="Times New Roman" w:cs="Times New Roman"/>
                <w:sz w:val="20"/>
                <w:szCs w:val="20"/>
              </w:rPr>
              <w:t>0.948</w:t>
            </w:r>
          </w:p>
        </w:tc>
        <w:tc>
          <w:tcPr>
            <w:tcW w:w="0" w:type="auto"/>
            <w:tcMar>
              <w:top w:w="20" w:type="dxa"/>
              <w:left w:w="35" w:type="dxa"/>
              <w:bottom w:w="20" w:type="dxa"/>
              <w:right w:w="35" w:type="dxa"/>
            </w:tcMar>
            <w:vAlign w:val="center"/>
          </w:tcPr>
          <w:p w14:paraId="2D5F628B" w14:textId="77777777" w:rsidR="00272A77" w:rsidRPr="001A2E38" w:rsidRDefault="00272A77" w:rsidP="005046C0">
            <w:pPr>
              <w:jc w:val="center"/>
              <w:rPr>
                <w:rFonts w:ascii="Times New Roman" w:hAnsi="Times New Roman" w:cs="Times New Roman"/>
                <w:sz w:val="20"/>
                <w:szCs w:val="20"/>
              </w:rPr>
            </w:pPr>
            <w:r w:rsidRPr="001A2E38">
              <w:rPr>
                <w:rFonts w:ascii="Times New Roman" w:eastAsia="Times New Roman" w:hAnsi="Times New Roman" w:cs="Times New Roman"/>
                <w:sz w:val="20"/>
                <w:szCs w:val="20"/>
              </w:rPr>
              <w:t>0.696</w:t>
            </w:r>
          </w:p>
        </w:tc>
        <w:tc>
          <w:tcPr>
            <w:tcW w:w="0" w:type="auto"/>
            <w:tcMar>
              <w:top w:w="20" w:type="dxa"/>
              <w:left w:w="35" w:type="dxa"/>
              <w:bottom w:w="20" w:type="dxa"/>
              <w:right w:w="35" w:type="dxa"/>
            </w:tcMar>
            <w:vAlign w:val="center"/>
          </w:tcPr>
          <w:p w14:paraId="3F543095" w14:textId="77777777" w:rsidR="00272A77" w:rsidRPr="001A2E38" w:rsidRDefault="00272A77" w:rsidP="005046C0">
            <w:pPr>
              <w:jc w:val="center"/>
              <w:rPr>
                <w:rFonts w:ascii="Times New Roman" w:hAnsi="Times New Roman" w:cs="Times New Roman"/>
                <w:sz w:val="20"/>
                <w:szCs w:val="20"/>
              </w:rPr>
            </w:pPr>
            <w:r w:rsidRPr="001A2E38">
              <w:rPr>
                <w:rFonts w:ascii="Times New Roman" w:eastAsia="Times New Roman" w:hAnsi="Times New Roman" w:cs="Times New Roman"/>
                <w:sz w:val="20"/>
                <w:szCs w:val="20"/>
              </w:rPr>
              <w:t>0.847</w:t>
            </w:r>
          </w:p>
        </w:tc>
        <w:tc>
          <w:tcPr>
            <w:tcW w:w="0" w:type="auto"/>
            <w:tcMar>
              <w:top w:w="20" w:type="dxa"/>
              <w:left w:w="35" w:type="dxa"/>
              <w:bottom w:w="20" w:type="dxa"/>
              <w:right w:w="35" w:type="dxa"/>
            </w:tcMar>
            <w:vAlign w:val="center"/>
          </w:tcPr>
          <w:p w14:paraId="1BD8A5EA" w14:textId="77777777" w:rsidR="00272A77" w:rsidRPr="001A2E38" w:rsidRDefault="00272A77" w:rsidP="005046C0">
            <w:pPr>
              <w:jc w:val="center"/>
              <w:rPr>
                <w:rFonts w:ascii="Times New Roman" w:hAnsi="Times New Roman" w:cs="Times New Roman"/>
                <w:sz w:val="20"/>
                <w:szCs w:val="20"/>
              </w:rPr>
            </w:pPr>
            <w:r w:rsidRPr="001A2E38">
              <w:rPr>
                <w:rFonts w:ascii="Times New Roman" w:eastAsia="Times New Roman" w:hAnsi="Times New Roman" w:cs="Times New Roman"/>
                <w:sz w:val="20"/>
                <w:szCs w:val="20"/>
              </w:rPr>
              <w:t>0.853</w:t>
            </w:r>
          </w:p>
        </w:tc>
        <w:tc>
          <w:tcPr>
            <w:tcW w:w="0" w:type="auto"/>
            <w:tcMar>
              <w:top w:w="20" w:type="dxa"/>
              <w:left w:w="35" w:type="dxa"/>
              <w:bottom w:w="20" w:type="dxa"/>
              <w:right w:w="35" w:type="dxa"/>
            </w:tcMar>
            <w:vAlign w:val="center"/>
          </w:tcPr>
          <w:p w14:paraId="6161B70E" w14:textId="77777777" w:rsidR="00272A77" w:rsidRPr="001A2E38" w:rsidRDefault="00272A77" w:rsidP="005046C0">
            <w:pPr>
              <w:jc w:val="center"/>
              <w:rPr>
                <w:rFonts w:ascii="Times New Roman" w:hAnsi="Times New Roman" w:cs="Times New Roman"/>
                <w:sz w:val="20"/>
                <w:szCs w:val="20"/>
              </w:rPr>
            </w:pPr>
            <w:r w:rsidRPr="001A2E38">
              <w:rPr>
                <w:rFonts w:ascii="Times New Roman" w:eastAsia="Times New Roman" w:hAnsi="Times New Roman" w:cs="Times New Roman"/>
                <w:sz w:val="20"/>
                <w:szCs w:val="20"/>
              </w:rPr>
              <w:t>0.418</w:t>
            </w:r>
          </w:p>
        </w:tc>
        <w:tc>
          <w:tcPr>
            <w:tcW w:w="0" w:type="auto"/>
            <w:tcMar>
              <w:top w:w="20" w:type="dxa"/>
              <w:left w:w="35" w:type="dxa"/>
              <w:bottom w:w="20" w:type="dxa"/>
              <w:right w:w="35" w:type="dxa"/>
            </w:tcMar>
            <w:vAlign w:val="center"/>
          </w:tcPr>
          <w:p w14:paraId="7CB88500" w14:textId="77777777" w:rsidR="00272A77" w:rsidRPr="001A2E38" w:rsidRDefault="00272A77" w:rsidP="005046C0">
            <w:pPr>
              <w:jc w:val="center"/>
              <w:rPr>
                <w:rFonts w:ascii="Times New Roman" w:hAnsi="Times New Roman" w:cs="Times New Roman"/>
                <w:sz w:val="20"/>
                <w:szCs w:val="20"/>
              </w:rPr>
            </w:pPr>
            <w:r w:rsidRPr="001A2E38">
              <w:rPr>
                <w:rFonts w:ascii="Times New Roman" w:eastAsia="Times New Roman" w:hAnsi="Times New Roman" w:cs="Times New Roman"/>
                <w:sz w:val="20"/>
                <w:szCs w:val="20"/>
              </w:rPr>
              <w:t>0.432</w:t>
            </w:r>
          </w:p>
        </w:tc>
        <w:tc>
          <w:tcPr>
            <w:tcW w:w="0" w:type="auto"/>
            <w:tcMar>
              <w:top w:w="20" w:type="dxa"/>
              <w:left w:w="35" w:type="dxa"/>
              <w:bottom w:w="20" w:type="dxa"/>
              <w:right w:w="35" w:type="dxa"/>
            </w:tcMar>
            <w:vAlign w:val="center"/>
          </w:tcPr>
          <w:p w14:paraId="4DD346F0" w14:textId="77777777" w:rsidR="00272A77" w:rsidRPr="001A2E38" w:rsidRDefault="00272A77" w:rsidP="005046C0">
            <w:pPr>
              <w:jc w:val="center"/>
              <w:rPr>
                <w:rFonts w:ascii="Times New Roman" w:hAnsi="Times New Roman" w:cs="Times New Roman"/>
                <w:sz w:val="20"/>
                <w:szCs w:val="20"/>
              </w:rPr>
            </w:pPr>
            <w:r w:rsidRPr="001A2E38">
              <w:rPr>
                <w:rFonts w:ascii="Times New Roman" w:eastAsia="Times New Roman" w:hAnsi="Times New Roman" w:cs="Times New Roman"/>
                <w:sz w:val="20"/>
                <w:szCs w:val="20"/>
              </w:rPr>
              <w:t>0.667</w:t>
            </w:r>
          </w:p>
        </w:tc>
      </w:tr>
      <w:tr w:rsidR="00272A77" w:rsidRPr="001A2E38" w14:paraId="0FDCC523" w14:textId="77777777" w:rsidTr="005046C0">
        <w:trPr>
          <w:trHeight w:hRule="exact" w:val="340"/>
          <w:jc w:val="center"/>
        </w:trPr>
        <w:tc>
          <w:tcPr>
            <w:tcW w:w="0" w:type="auto"/>
            <w:vMerge/>
            <w:tcMar>
              <w:top w:w="20" w:type="dxa"/>
              <w:left w:w="35" w:type="dxa"/>
              <w:bottom w:w="20" w:type="dxa"/>
              <w:right w:w="35" w:type="dxa"/>
            </w:tcMar>
            <w:vAlign w:val="center"/>
          </w:tcPr>
          <w:p w14:paraId="09D5C76D" w14:textId="77777777" w:rsidR="00272A77" w:rsidRPr="001A2E38" w:rsidRDefault="00272A77" w:rsidP="005046C0">
            <w:pPr>
              <w:rPr>
                <w:rFonts w:ascii="Times New Roman" w:hAnsi="Times New Roman" w:cs="Times New Roman"/>
                <w:sz w:val="20"/>
                <w:szCs w:val="20"/>
              </w:rPr>
            </w:pPr>
          </w:p>
        </w:tc>
        <w:tc>
          <w:tcPr>
            <w:tcW w:w="0" w:type="auto"/>
            <w:tcMar>
              <w:top w:w="20" w:type="dxa"/>
              <w:left w:w="35" w:type="dxa"/>
              <w:bottom w:w="20" w:type="dxa"/>
              <w:right w:w="35" w:type="dxa"/>
            </w:tcMar>
            <w:vAlign w:val="center"/>
          </w:tcPr>
          <w:p w14:paraId="6950599E" w14:textId="77777777" w:rsidR="00272A77" w:rsidRPr="001A2E38" w:rsidRDefault="00272A77" w:rsidP="005046C0">
            <w:pPr>
              <w:rPr>
                <w:rFonts w:ascii="Times New Roman" w:hAnsi="Times New Roman" w:cs="Times New Roman"/>
                <w:sz w:val="20"/>
                <w:szCs w:val="20"/>
              </w:rPr>
            </w:pPr>
            <w:r w:rsidRPr="001A2E38">
              <w:rPr>
                <w:rFonts w:ascii="Times New Roman" w:eastAsia="Times New Roman" w:hAnsi="Times New Roman" w:cs="Times New Roman"/>
                <w:sz w:val="20"/>
                <w:szCs w:val="20"/>
              </w:rPr>
              <w:t>Monocyte count</w:t>
            </w:r>
          </w:p>
        </w:tc>
        <w:tc>
          <w:tcPr>
            <w:tcW w:w="0" w:type="auto"/>
            <w:tcMar>
              <w:top w:w="20" w:type="dxa"/>
              <w:left w:w="35" w:type="dxa"/>
              <w:bottom w:w="20" w:type="dxa"/>
              <w:right w:w="35" w:type="dxa"/>
            </w:tcMar>
            <w:vAlign w:val="center"/>
          </w:tcPr>
          <w:p w14:paraId="4A8AE501" w14:textId="77777777" w:rsidR="00272A77" w:rsidRPr="001A2E38" w:rsidRDefault="00272A77" w:rsidP="005046C0">
            <w:pPr>
              <w:jc w:val="center"/>
              <w:rPr>
                <w:rFonts w:ascii="Times New Roman" w:hAnsi="Times New Roman" w:cs="Times New Roman"/>
                <w:sz w:val="20"/>
                <w:szCs w:val="20"/>
              </w:rPr>
            </w:pPr>
            <w:r w:rsidRPr="001A2E38">
              <w:rPr>
                <w:rFonts w:ascii="Times New Roman" w:eastAsia="Times New Roman" w:hAnsi="Times New Roman" w:cs="Times New Roman"/>
                <w:sz w:val="20"/>
                <w:szCs w:val="20"/>
              </w:rPr>
              <w:t>0.102</w:t>
            </w:r>
          </w:p>
        </w:tc>
        <w:tc>
          <w:tcPr>
            <w:tcW w:w="0" w:type="auto"/>
            <w:tcMar>
              <w:top w:w="20" w:type="dxa"/>
              <w:left w:w="35" w:type="dxa"/>
              <w:bottom w:w="20" w:type="dxa"/>
              <w:right w:w="35" w:type="dxa"/>
            </w:tcMar>
            <w:vAlign w:val="center"/>
          </w:tcPr>
          <w:p w14:paraId="4D8032B3" w14:textId="77777777" w:rsidR="00272A77" w:rsidRPr="001A2E38" w:rsidRDefault="00272A77" w:rsidP="005046C0">
            <w:pPr>
              <w:jc w:val="center"/>
              <w:rPr>
                <w:rFonts w:ascii="Times New Roman" w:hAnsi="Times New Roman" w:cs="Times New Roman"/>
                <w:sz w:val="20"/>
                <w:szCs w:val="20"/>
              </w:rPr>
            </w:pPr>
            <w:r w:rsidRPr="001A2E38">
              <w:rPr>
                <w:rFonts w:ascii="Times New Roman" w:eastAsia="Times New Roman" w:hAnsi="Times New Roman" w:cs="Times New Roman"/>
                <w:sz w:val="20"/>
                <w:szCs w:val="20"/>
              </w:rPr>
              <w:t>0.096</w:t>
            </w:r>
          </w:p>
        </w:tc>
        <w:tc>
          <w:tcPr>
            <w:tcW w:w="0" w:type="auto"/>
            <w:tcMar>
              <w:top w:w="20" w:type="dxa"/>
              <w:left w:w="35" w:type="dxa"/>
              <w:bottom w:w="20" w:type="dxa"/>
              <w:right w:w="35" w:type="dxa"/>
            </w:tcMar>
            <w:vAlign w:val="center"/>
          </w:tcPr>
          <w:p w14:paraId="4A25E6FA" w14:textId="77777777" w:rsidR="00272A77" w:rsidRPr="001A2E38" w:rsidRDefault="00272A77" w:rsidP="005046C0">
            <w:pPr>
              <w:jc w:val="center"/>
              <w:rPr>
                <w:rFonts w:ascii="Times New Roman" w:hAnsi="Times New Roman" w:cs="Times New Roman"/>
                <w:sz w:val="20"/>
                <w:szCs w:val="20"/>
              </w:rPr>
            </w:pPr>
            <w:r w:rsidRPr="001A2E38">
              <w:rPr>
                <w:rFonts w:ascii="Times New Roman" w:eastAsia="Times New Roman" w:hAnsi="Times New Roman" w:cs="Times New Roman"/>
                <w:sz w:val="20"/>
                <w:szCs w:val="20"/>
              </w:rPr>
              <w:t>0.011</w:t>
            </w:r>
          </w:p>
        </w:tc>
        <w:tc>
          <w:tcPr>
            <w:tcW w:w="0" w:type="auto"/>
            <w:tcMar>
              <w:top w:w="20" w:type="dxa"/>
              <w:left w:w="35" w:type="dxa"/>
              <w:bottom w:w="20" w:type="dxa"/>
              <w:right w:w="35" w:type="dxa"/>
            </w:tcMar>
            <w:vAlign w:val="center"/>
          </w:tcPr>
          <w:p w14:paraId="2B1AD884" w14:textId="77777777" w:rsidR="00272A77" w:rsidRPr="001A2E38" w:rsidRDefault="00272A77" w:rsidP="005046C0">
            <w:pPr>
              <w:jc w:val="center"/>
              <w:rPr>
                <w:rFonts w:ascii="Times New Roman" w:hAnsi="Times New Roman" w:cs="Times New Roman"/>
                <w:sz w:val="20"/>
                <w:szCs w:val="20"/>
              </w:rPr>
            </w:pPr>
            <w:r w:rsidRPr="001A2E38">
              <w:rPr>
                <w:rFonts w:ascii="Times New Roman" w:eastAsia="Times New Roman" w:hAnsi="Times New Roman" w:cs="Times New Roman"/>
                <w:sz w:val="20"/>
                <w:szCs w:val="20"/>
              </w:rPr>
              <w:t>0.018</w:t>
            </w:r>
          </w:p>
        </w:tc>
        <w:tc>
          <w:tcPr>
            <w:tcW w:w="0" w:type="auto"/>
            <w:tcMar>
              <w:top w:w="20" w:type="dxa"/>
              <w:left w:w="35" w:type="dxa"/>
              <w:bottom w:w="20" w:type="dxa"/>
              <w:right w:w="35" w:type="dxa"/>
            </w:tcMar>
            <w:vAlign w:val="center"/>
          </w:tcPr>
          <w:p w14:paraId="3FF115AC" w14:textId="77777777" w:rsidR="00272A77" w:rsidRPr="001A2E38" w:rsidRDefault="00272A77" w:rsidP="005046C0">
            <w:pPr>
              <w:jc w:val="center"/>
              <w:rPr>
                <w:rFonts w:ascii="Times New Roman" w:hAnsi="Times New Roman" w:cs="Times New Roman"/>
                <w:sz w:val="20"/>
                <w:szCs w:val="20"/>
              </w:rPr>
            </w:pPr>
            <w:r w:rsidRPr="001A2E38">
              <w:rPr>
                <w:rFonts w:ascii="Times New Roman" w:eastAsia="Times New Roman" w:hAnsi="Times New Roman" w:cs="Times New Roman"/>
                <w:sz w:val="20"/>
                <w:szCs w:val="20"/>
              </w:rPr>
              <w:t>0.109</w:t>
            </w:r>
          </w:p>
        </w:tc>
        <w:tc>
          <w:tcPr>
            <w:tcW w:w="0" w:type="auto"/>
            <w:tcMar>
              <w:top w:w="20" w:type="dxa"/>
              <w:left w:w="35" w:type="dxa"/>
              <w:bottom w:w="20" w:type="dxa"/>
              <w:right w:w="35" w:type="dxa"/>
            </w:tcMar>
            <w:vAlign w:val="center"/>
          </w:tcPr>
          <w:p w14:paraId="1ED93989" w14:textId="77777777" w:rsidR="00272A77" w:rsidRPr="001A2E38" w:rsidRDefault="00272A77" w:rsidP="005046C0">
            <w:pPr>
              <w:jc w:val="center"/>
              <w:rPr>
                <w:rFonts w:ascii="Times New Roman" w:hAnsi="Times New Roman" w:cs="Times New Roman"/>
                <w:sz w:val="20"/>
                <w:szCs w:val="20"/>
              </w:rPr>
            </w:pPr>
            <w:r w:rsidRPr="001A2E38">
              <w:rPr>
                <w:rFonts w:ascii="Times New Roman" w:eastAsia="Times New Roman" w:hAnsi="Times New Roman" w:cs="Times New Roman"/>
                <w:sz w:val="20"/>
                <w:szCs w:val="20"/>
              </w:rPr>
              <w:t>0.017</w:t>
            </w:r>
          </w:p>
        </w:tc>
        <w:tc>
          <w:tcPr>
            <w:tcW w:w="0" w:type="auto"/>
            <w:tcMar>
              <w:top w:w="20" w:type="dxa"/>
              <w:left w:w="35" w:type="dxa"/>
              <w:bottom w:w="20" w:type="dxa"/>
              <w:right w:w="35" w:type="dxa"/>
            </w:tcMar>
            <w:vAlign w:val="center"/>
          </w:tcPr>
          <w:p w14:paraId="0E80EC47" w14:textId="77777777" w:rsidR="00272A77" w:rsidRPr="001A2E38" w:rsidRDefault="00272A77" w:rsidP="005046C0">
            <w:pPr>
              <w:jc w:val="center"/>
              <w:rPr>
                <w:rFonts w:ascii="Times New Roman" w:hAnsi="Times New Roman" w:cs="Times New Roman"/>
                <w:sz w:val="20"/>
                <w:szCs w:val="20"/>
              </w:rPr>
            </w:pPr>
            <w:r w:rsidRPr="001A2E38">
              <w:rPr>
                <w:rFonts w:ascii="Times New Roman" w:eastAsia="Times New Roman" w:hAnsi="Times New Roman" w:cs="Times New Roman"/>
                <w:sz w:val="20"/>
                <w:szCs w:val="20"/>
              </w:rPr>
              <w:t>0.096</w:t>
            </w:r>
          </w:p>
        </w:tc>
        <w:tc>
          <w:tcPr>
            <w:tcW w:w="0" w:type="auto"/>
            <w:tcMar>
              <w:top w:w="20" w:type="dxa"/>
              <w:left w:w="35" w:type="dxa"/>
              <w:bottom w:w="20" w:type="dxa"/>
              <w:right w:w="35" w:type="dxa"/>
            </w:tcMar>
            <w:vAlign w:val="center"/>
          </w:tcPr>
          <w:p w14:paraId="02F5196B" w14:textId="77777777" w:rsidR="00272A77" w:rsidRPr="001A2E38" w:rsidRDefault="00272A77" w:rsidP="005046C0">
            <w:pPr>
              <w:jc w:val="center"/>
              <w:rPr>
                <w:rFonts w:ascii="Times New Roman" w:hAnsi="Times New Roman" w:cs="Times New Roman"/>
                <w:sz w:val="20"/>
                <w:szCs w:val="20"/>
              </w:rPr>
            </w:pPr>
            <w:r w:rsidRPr="001A2E38">
              <w:rPr>
                <w:rFonts w:ascii="Times New Roman" w:eastAsia="Times New Roman" w:hAnsi="Times New Roman" w:cs="Times New Roman"/>
                <w:sz w:val="20"/>
                <w:szCs w:val="20"/>
              </w:rPr>
              <w:t>0.025</w:t>
            </w:r>
          </w:p>
        </w:tc>
      </w:tr>
      <w:tr w:rsidR="00272A77" w:rsidRPr="001A2E38" w14:paraId="4CDEA6F8" w14:textId="77777777" w:rsidTr="005046C0">
        <w:trPr>
          <w:trHeight w:hRule="exact" w:val="340"/>
          <w:jc w:val="center"/>
        </w:trPr>
        <w:tc>
          <w:tcPr>
            <w:tcW w:w="0" w:type="auto"/>
            <w:vMerge/>
            <w:tcMar>
              <w:top w:w="20" w:type="dxa"/>
              <w:left w:w="35" w:type="dxa"/>
              <w:bottom w:w="20" w:type="dxa"/>
              <w:right w:w="35" w:type="dxa"/>
            </w:tcMar>
            <w:vAlign w:val="center"/>
          </w:tcPr>
          <w:p w14:paraId="23838A17" w14:textId="77777777" w:rsidR="00272A77" w:rsidRPr="001A2E38" w:rsidRDefault="00272A77" w:rsidP="005046C0">
            <w:pPr>
              <w:rPr>
                <w:rFonts w:ascii="Times New Roman" w:hAnsi="Times New Roman" w:cs="Times New Roman"/>
                <w:sz w:val="20"/>
                <w:szCs w:val="20"/>
              </w:rPr>
            </w:pPr>
          </w:p>
        </w:tc>
        <w:tc>
          <w:tcPr>
            <w:tcW w:w="0" w:type="auto"/>
            <w:tcMar>
              <w:top w:w="20" w:type="dxa"/>
              <w:left w:w="35" w:type="dxa"/>
              <w:bottom w:w="20" w:type="dxa"/>
              <w:right w:w="35" w:type="dxa"/>
            </w:tcMar>
            <w:vAlign w:val="center"/>
          </w:tcPr>
          <w:p w14:paraId="08554B95" w14:textId="77777777" w:rsidR="00272A77" w:rsidRPr="001A2E38" w:rsidRDefault="00272A77" w:rsidP="005046C0">
            <w:pPr>
              <w:rPr>
                <w:rFonts w:ascii="Times New Roman" w:hAnsi="Times New Roman" w:cs="Times New Roman"/>
                <w:sz w:val="20"/>
                <w:szCs w:val="20"/>
              </w:rPr>
            </w:pPr>
            <w:r w:rsidRPr="001A2E38">
              <w:rPr>
                <w:rFonts w:ascii="Times New Roman" w:eastAsia="Times New Roman" w:hAnsi="Times New Roman" w:cs="Times New Roman"/>
                <w:sz w:val="20"/>
                <w:szCs w:val="20"/>
              </w:rPr>
              <w:t>Neutrophil count</w:t>
            </w:r>
          </w:p>
        </w:tc>
        <w:tc>
          <w:tcPr>
            <w:tcW w:w="0" w:type="auto"/>
            <w:tcMar>
              <w:top w:w="20" w:type="dxa"/>
              <w:left w:w="35" w:type="dxa"/>
              <w:bottom w:w="20" w:type="dxa"/>
              <w:right w:w="35" w:type="dxa"/>
            </w:tcMar>
            <w:vAlign w:val="center"/>
          </w:tcPr>
          <w:p w14:paraId="4B414196" w14:textId="77777777" w:rsidR="00272A77" w:rsidRPr="001A2E38" w:rsidRDefault="00272A77" w:rsidP="005046C0">
            <w:pPr>
              <w:jc w:val="center"/>
              <w:rPr>
                <w:rFonts w:ascii="Times New Roman" w:hAnsi="Times New Roman" w:cs="Times New Roman"/>
                <w:sz w:val="20"/>
                <w:szCs w:val="20"/>
              </w:rPr>
            </w:pPr>
            <w:r w:rsidRPr="001A2E38">
              <w:rPr>
                <w:rFonts w:ascii="Times New Roman" w:eastAsia="Times New Roman" w:hAnsi="Times New Roman" w:cs="Times New Roman"/>
                <w:sz w:val="20"/>
                <w:szCs w:val="20"/>
              </w:rPr>
              <w:t>&lt;0.001</w:t>
            </w:r>
          </w:p>
        </w:tc>
        <w:tc>
          <w:tcPr>
            <w:tcW w:w="0" w:type="auto"/>
            <w:tcMar>
              <w:top w:w="20" w:type="dxa"/>
              <w:left w:w="35" w:type="dxa"/>
              <w:bottom w:w="20" w:type="dxa"/>
              <w:right w:w="35" w:type="dxa"/>
            </w:tcMar>
            <w:vAlign w:val="center"/>
          </w:tcPr>
          <w:p w14:paraId="217DE2A6" w14:textId="77777777" w:rsidR="00272A77" w:rsidRPr="001A2E38" w:rsidRDefault="00272A77" w:rsidP="005046C0">
            <w:pPr>
              <w:jc w:val="center"/>
              <w:rPr>
                <w:rFonts w:ascii="Times New Roman" w:hAnsi="Times New Roman" w:cs="Times New Roman"/>
                <w:sz w:val="20"/>
                <w:szCs w:val="20"/>
              </w:rPr>
            </w:pPr>
            <w:r w:rsidRPr="001A2E38">
              <w:rPr>
                <w:rFonts w:ascii="Times New Roman" w:eastAsia="Times New Roman" w:hAnsi="Times New Roman" w:cs="Times New Roman"/>
                <w:sz w:val="20"/>
                <w:szCs w:val="20"/>
              </w:rPr>
              <w:t>0.002</w:t>
            </w:r>
          </w:p>
        </w:tc>
        <w:tc>
          <w:tcPr>
            <w:tcW w:w="0" w:type="auto"/>
            <w:tcMar>
              <w:top w:w="20" w:type="dxa"/>
              <w:left w:w="35" w:type="dxa"/>
              <w:bottom w:w="20" w:type="dxa"/>
              <w:right w:w="35" w:type="dxa"/>
            </w:tcMar>
            <w:vAlign w:val="center"/>
          </w:tcPr>
          <w:p w14:paraId="756CB4E5" w14:textId="77777777" w:rsidR="00272A77" w:rsidRPr="001A2E38" w:rsidRDefault="00272A77" w:rsidP="005046C0">
            <w:pPr>
              <w:jc w:val="center"/>
              <w:rPr>
                <w:rFonts w:ascii="Times New Roman" w:hAnsi="Times New Roman" w:cs="Times New Roman"/>
                <w:sz w:val="20"/>
                <w:szCs w:val="20"/>
              </w:rPr>
            </w:pPr>
            <w:r w:rsidRPr="001A2E38">
              <w:rPr>
                <w:rFonts w:ascii="Times New Roman" w:eastAsia="Times New Roman" w:hAnsi="Times New Roman" w:cs="Times New Roman"/>
                <w:sz w:val="20"/>
                <w:szCs w:val="20"/>
              </w:rPr>
              <w:t>0.018</w:t>
            </w:r>
          </w:p>
        </w:tc>
        <w:tc>
          <w:tcPr>
            <w:tcW w:w="0" w:type="auto"/>
            <w:tcMar>
              <w:top w:w="20" w:type="dxa"/>
              <w:left w:w="35" w:type="dxa"/>
              <w:bottom w:w="20" w:type="dxa"/>
              <w:right w:w="35" w:type="dxa"/>
            </w:tcMar>
            <w:vAlign w:val="center"/>
          </w:tcPr>
          <w:p w14:paraId="6664B70A" w14:textId="77777777" w:rsidR="00272A77" w:rsidRPr="001A2E38" w:rsidRDefault="00272A77" w:rsidP="005046C0">
            <w:pPr>
              <w:jc w:val="center"/>
              <w:rPr>
                <w:rFonts w:ascii="Times New Roman" w:hAnsi="Times New Roman" w:cs="Times New Roman"/>
                <w:sz w:val="20"/>
                <w:szCs w:val="20"/>
              </w:rPr>
            </w:pPr>
            <w:r w:rsidRPr="001A2E38">
              <w:rPr>
                <w:rFonts w:ascii="Times New Roman" w:eastAsia="Times New Roman" w:hAnsi="Times New Roman" w:cs="Times New Roman"/>
                <w:sz w:val="20"/>
                <w:szCs w:val="20"/>
              </w:rPr>
              <w:t>0.005</w:t>
            </w:r>
          </w:p>
        </w:tc>
        <w:tc>
          <w:tcPr>
            <w:tcW w:w="0" w:type="auto"/>
            <w:tcMar>
              <w:top w:w="20" w:type="dxa"/>
              <w:left w:w="35" w:type="dxa"/>
              <w:bottom w:w="20" w:type="dxa"/>
              <w:right w:w="35" w:type="dxa"/>
            </w:tcMar>
            <w:vAlign w:val="center"/>
          </w:tcPr>
          <w:p w14:paraId="40CEF298" w14:textId="77777777" w:rsidR="00272A77" w:rsidRPr="001A2E38" w:rsidRDefault="00272A77" w:rsidP="005046C0">
            <w:pPr>
              <w:jc w:val="center"/>
              <w:rPr>
                <w:rFonts w:ascii="Times New Roman" w:hAnsi="Times New Roman" w:cs="Times New Roman"/>
                <w:sz w:val="20"/>
                <w:szCs w:val="20"/>
              </w:rPr>
            </w:pPr>
            <w:r w:rsidRPr="001A2E38">
              <w:rPr>
                <w:rFonts w:ascii="Times New Roman" w:eastAsia="Times New Roman" w:hAnsi="Times New Roman" w:cs="Times New Roman"/>
                <w:sz w:val="20"/>
                <w:szCs w:val="20"/>
              </w:rPr>
              <w:t>0.020</w:t>
            </w:r>
          </w:p>
        </w:tc>
        <w:tc>
          <w:tcPr>
            <w:tcW w:w="0" w:type="auto"/>
            <w:tcMar>
              <w:top w:w="20" w:type="dxa"/>
              <w:left w:w="35" w:type="dxa"/>
              <w:bottom w:w="20" w:type="dxa"/>
              <w:right w:w="35" w:type="dxa"/>
            </w:tcMar>
            <w:vAlign w:val="center"/>
          </w:tcPr>
          <w:p w14:paraId="5E3D83A3" w14:textId="77777777" w:rsidR="00272A77" w:rsidRPr="001A2E38" w:rsidRDefault="00272A77" w:rsidP="005046C0">
            <w:pPr>
              <w:jc w:val="center"/>
              <w:rPr>
                <w:rFonts w:ascii="Times New Roman" w:hAnsi="Times New Roman" w:cs="Times New Roman"/>
                <w:sz w:val="20"/>
                <w:szCs w:val="20"/>
              </w:rPr>
            </w:pPr>
            <w:r w:rsidRPr="001A2E38">
              <w:rPr>
                <w:rFonts w:ascii="Times New Roman" w:eastAsia="Times New Roman" w:hAnsi="Times New Roman" w:cs="Times New Roman"/>
                <w:sz w:val="20"/>
                <w:szCs w:val="20"/>
              </w:rPr>
              <w:t>0.016</w:t>
            </w:r>
          </w:p>
        </w:tc>
        <w:tc>
          <w:tcPr>
            <w:tcW w:w="0" w:type="auto"/>
            <w:tcMar>
              <w:top w:w="20" w:type="dxa"/>
              <w:left w:w="35" w:type="dxa"/>
              <w:bottom w:w="20" w:type="dxa"/>
              <w:right w:w="35" w:type="dxa"/>
            </w:tcMar>
            <w:vAlign w:val="center"/>
          </w:tcPr>
          <w:p w14:paraId="78EFFCEC" w14:textId="77777777" w:rsidR="00272A77" w:rsidRPr="001A2E38" w:rsidRDefault="00272A77" w:rsidP="005046C0">
            <w:pPr>
              <w:jc w:val="center"/>
              <w:rPr>
                <w:rFonts w:ascii="Times New Roman" w:hAnsi="Times New Roman" w:cs="Times New Roman"/>
                <w:sz w:val="20"/>
                <w:szCs w:val="20"/>
              </w:rPr>
            </w:pPr>
            <w:r w:rsidRPr="001A2E38">
              <w:rPr>
                <w:rFonts w:ascii="Times New Roman" w:eastAsia="Times New Roman" w:hAnsi="Times New Roman" w:cs="Times New Roman"/>
                <w:sz w:val="20"/>
                <w:szCs w:val="20"/>
              </w:rPr>
              <w:t>0.117</w:t>
            </w:r>
          </w:p>
        </w:tc>
        <w:tc>
          <w:tcPr>
            <w:tcW w:w="0" w:type="auto"/>
            <w:tcMar>
              <w:top w:w="20" w:type="dxa"/>
              <w:left w:w="35" w:type="dxa"/>
              <w:bottom w:w="20" w:type="dxa"/>
              <w:right w:w="35" w:type="dxa"/>
            </w:tcMar>
            <w:vAlign w:val="center"/>
          </w:tcPr>
          <w:p w14:paraId="29C6DB7A" w14:textId="77777777" w:rsidR="00272A77" w:rsidRPr="001A2E38" w:rsidRDefault="00272A77" w:rsidP="005046C0">
            <w:pPr>
              <w:jc w:val="center"/>
              <w:rPr>
                <w:rFonts w:ascii="Times New Roman" w:hAnsi="Times New Roman" w:cs="Times New Roman"/>
                <w:sz w:val="20"/>
                <w:szCs w:val="20"/>
              </w:rPr>
            </w:pPr>
            <w:r w:rsidRPr="001A2E38">
              <w:rPr>
                <w:rFonts w:ascii="Times New Roman" w:eastAsia="Times New Roman" w:hAnsi="Times New Roman" w:cs="Times New Roman"/>
                <w:sz w:val="20"/>
                <w:szCs w:val="20"/>
              </w:rPr>
              <w:t>0.060</w:t>
            </w:r>
          </w:p>
        </w:tc>
      </w:tr>
      <w:tr w:rsidR="00272A77" w:rsidRPr="001A2E38" w14:paraId="5D196785" w14:textId="77777777" w:rsidTr="005046C0">
        <w:trPr>
          <w:trHeight w:hRule="exact" w:val="340"/>
          <w:jc w:val="center"/>
        </w:trPr>
        <w:tc>
          <w:tcPr>
            <w:tcW w:w="0" w:type="auto"/>
            <w:vMerge/>
            <w:tcMar>
              <w:top w:w="20" w:type="dxa"/>
              <w:left w:w="35" w:type="dxa"/>
              <w:bottom w:w="20" w:type="dxa"/>
              <w:right w:w="35" w:type="dxa"/>
            </w:tcMar>
            <w:vAlign w:val="center"/>
          </w:tcPr>
          <w:p w14:paraId="14B85528" w14:textId="77777777" w:rsidR="00272A77" w:rsidRPr="001A2E38" w:rsidRDefault="00272A77" w:rsidP="005046C0">
            <w:pPr>
              <w:rPr>
                <w:rFonts w:ascii="Times New Roman" w:hAnsi="Times New Roman" w:cs="Times New Roman"/>
                <w:sz w:val="20"/>
                <w:szCs w:val="20"/>
              </w:rPr>
            </w:pPr>
          </w:p>
        </w:tc>
        <w:tc>
          <w:tcPr>
            <w:tcW w:w="0" w:type="auto"/>
            <w:tcMar>
              <w:top w:w="20" w:type="dxa"/>
              <w:left w:w="35" w:type="dxa"/>
              <w:bottom w:w="20" w:type="dxa"/>
              <w:right w:w="35" w:type="dxa"/>
            </w:tcMar>
            <w:vAlign w:val="center"/>
          </w:tcPr>
          <w:p w14:paraId="7EA7A9EE" w14:textId="77777777" w:rsidR="00272A77" w:rsidRPr="001A2E38" w:rsidRDefault="00272A77" w:rsidP="005046C0">
            <w:pPr>
              <w:rPr>
                <w:rFonts w:ascii="Times New Roman" w:hAnsi="Times New Roman" w:cs="Times New Roman"/>
                <w:sz w:val="20"/>
                <w:szCs w:val="20"/>
              </w:rPr>
            </w:pPr>
            <w:r w:rsidRPr="001A2E38">
              <w:rPr>
                <w:rFonts w:ascii="Times New Roman" w:eastAsia="Times New Roman" w:hAnsi="Times New Roman" w:cs="Times New Roman"/>
                <w:sz w:val="20"/>
                <w:szCs w:val="20"/>
              </w:rPr>
              <w:t>Eosinophil count</w:t>
            </w:r>
          </w:p>
        </w:tc>
        <w:tc>
          <w:tcPr>
            <w:tcW w:w="0" w:type="auto"/>
            <w:tcMar>
              <w:top w:w="20" w:type="dxa"/>
              <w:left w:w="35" w:type="dxa"/>
              <w:bottom w:w="20" w:type="dxa"/>
              <w:right w:w="35" w:type="dxa"/>
            </w:tcMar>
            <w:vAlign w:val="center"/>
          </w:tcPr>
          <w:p w14:paraId="012F1DD4" w14:textId="77777777" w:rsidR="00272A77" w:rsidRPr="001A2E38" w:rsidRDefault="00272A77" w:rsidP="005046C0">
            <w:pPr>
              <w:jc w:val="center"/>
              <w:rPr>
                <w:rFonts w:ascii="Times New Roman" w:hAnsi="Times New Roman" w:cs="Times New Roman"/>
                <w:sz w:val="20"/>
                <w:szCs w:val="20"/>
              </w:rPr>
            </w:pPr>
            <w:r w:rsidRPr="001A2E38">
              <w:rPr>
                <w:rFonts w:ascii="Times New Roman" w:eastAsia="Times New Roman" w:hAnsi="Times New Roman" w:cs="Times New Roman"/>
                <w:sz w:val="20"/>
                <w:szCs w:val="20"/>
              </w:rPr>
              <w:t>0.515</w:t>
            </w:r>
          </w:p>
        </w:tc>
        <w:tc>
          <w:tcPr>
            <w:tcW w:w="0" w:type="auto"/>
            <w:tcMar>
              <w:top w:w="20" w:type="dxa"/>
              <w:left w:w="35" w:type="dxa"/>
              <w:bottom w:w="20" w:type="dxa"/>
              <w:right w:w="35" w:type="dxa"/>
            </w:tcMar>
            <w:vAlign w:val="center"/>
          </w:tcPr>
          <w:p w14:paraId="079805FE" w14:textId="77777777" w:rsidR="00272A77" w:rsidRPr="001A2E38" w:rsidRDefault="00272A77" w:rsidP="005046C0">
            <w:pPr>
              <w:jc w:val="center"/>
              <w:rPr>
                <w:rFonts w:ascii="Times New Roman" w:hAnsi="Times New Roman" w:cs="Times New Roman"/>
                <w:sz w:val="20"/>
                <w:szCs w:val="20"/>
              </w:rPr>
            </w:pPr>
            <w:r w:rsidRPr="001A2E38">
              <w:rPr>
                <w:rFonts w:ascii="Times New Roman" w:eastAsia="Times New Roman" w:hAnsi="Times New Roman" w:cs="Times New Roman"/>
                <w:sz w:val="20"/>
                <w:szCs w:val="20"/>
              </w:rPr>
              <w:t>0.193</w:t>
            </w:r>
          </w:p>
        </w:tc>
        <w:tc>
          <w:tcPr>
            <w:tcW w:w="0" w:type="auto"/>
            <w:tcMar>
              <w:top w:w="20" w:type="dxa"/>
              <w:left w:w="35" w:type="dxa"/>
              <w:bottom w:w="20" w:type="dxa"/>
              <w:right w:w="35" w:type="dxa"/>
            </w:tcMar>
            <w:vAlign w:val="center"/>
          </w:tcPr>
          <w:p w14:paraId="6E2A88AF" w14:textId="77777777" w:rsidR="00272A77" w:rsidRPr="001A2E38" w:rsidRDefault="00272A77" w:rsidP="005046C0">
            <w:pPr>
              <w:jc w:val="center"/>
              <w:rPr>
                <w:rFonts w:ascii="Times New Roman" w:hAnsi="Times New Roman" w:cs="Times New Roman"/>
                <w:sz w:val="20"/>
                <w:szCs w:val="20"/>
              </w:rPr>
            </w:pPr>
            <w:r w:rsidRPr="001A2E38">
              <w:rPr>
                <w:rFonts w:ascii="Times New Roman" w:eastAsia="Times New Roman" w:hAnsi="Times New Roman" w:cs="Times New Roman"/>
                <w:sz w:val="20"/>
                <w:szCs w:val="20"/>
              </w:rPr>
              <w:t>0.778</w:t>
            </w:r>
          </w:p>
        </w:tc>
        <w:tc>
          <w:tcPr>
            <w:tcW w:w="0" w:type="auto"/>
            <w:tcMar>
              <w:top w:w="20" w:type="dxa"/>
              <w:left w:w="35" w:type="dxa"/>
              <w:bottom w:w="20" w:type="dxa"/>
              <w:right w:w="35" w:type="dxa"/>
            </w:tcMar>
            <w:vAlign w:val="center"/>
          </w:tcPr>
          <w:p w14:paraId="70CA9BBE" w14:textId="77777777" w:rsidR="00272A77" w:rsidRPr="001A2E38" w:rsidRDefault="00272A77" w:rsidP="005046C0">
            <w:pPr>
              <w:jc w:val="center"/>
              <w:rPr>
                <w:rFonts w:ascii="Times New Roman" w:hAnsi="Times New Roman" w:cs="Times New Roman"/>
                <w:sz w:val="20"/>
                <w:szCs w:val="20"/>
              </w:rPr>
            </w:pPr>
            <w:r w:rsidRPr="001A2E38">
              <w:rPr>
                <w:rFonts w:ascii="Times New Roman" w:eastAsia="Times New Roman" w:hAnsi="Times New Roman" w:cs="Times New Roman"/>
                <w:sz w:val="20"/>
                <w:szCs w:val="20"/>
              </w:rPr>
              <w:t>0.631</w:t>
            </w:r>
          </w:p>
        </w:tc>
        <w:tc>
          <w:tcPr>
            <w:tcW w:w="0" w:type="auto"/>
            <w:tcMar>
              <w:top w:w="20" w:type="dxa"/>
              <w:left w:w="35" w:type="dxa"/>
              <w:bottom w:w="20" w:type="dxa"/>
              <w:right w:w="35" w:type="dxa"/>
            </w:tcMar>
            <w:vAlign w:val="center"/>
          </w:tcPr>
          <w:p w14:paraId="27C5BB7D" w14:textId="77777777" w:rsidR="00272A77" w:rsidRPr="001A2E38" w:rsidRDefault="00272A77" w:rsidP="005046C0">
            <w:pPr>
              <w:jc w:val="center"/>
              <w:rPr>
                <w:rFonts w:ascii="Times New Roman" w:hAnsi="Times New Roman" w:cs="Times New Roman"/>
                <w:sz w:val="20"/>
                <w:szCs w:val="20"/>
              </w:rPr>
            </w:pPr>
            <w:r w:rsidRPr="001A2E38">
              <w:rPr>
                <w:rFonts w:ascii="Times New Roman" w:eastAsia="Times New Roman" w:hAnsi="Times New Roman" w:cs="Times New Roman"/>
                <w:sz w:val="20"/>
                <w:szCs w:val="20"/>
              </w:rPr>
              <w:t>0.638</w:t>
            </w:r>
          </w:p>
        </w:tc>
        <w:tc>
          <w:tcPr>
            <w:tcW w:w="0" w:type="auto"/>
            <w:tcMar>
              <w:top w:w="20" w:type="dxa"/>
              <w:left w:w="35" w:type="dxa"/>
              <w:bottom w:w="20" w:type="dxa"/>
              <w:right w:w="35" w:type="dxa"/>
            </w:tcMar>
            <w:vAlign w:val="center"/>
          </w:tcPr>
          <w:p w14:paraId="67B680CD" w14:textId="77777777" w:rsidR="00272A77" w:rsidRPr="001A2E38" w:rsidRDefault="00272A77" w:rsidP="005046C0">
            <w:pPr>
              <w:jc w:val="center"/>
              <w:rPr>
                <w:rFonts w:ascii="Times New Roman" w:hAnsi="Times New Roman" w:cs="Times New Roman"/>
                <w:sz w:val="20"/>
                <w:szCs w:val="20"/>
              </w:rPr>
            </w:pPr>
            <w:r w:rsidRPr="001A2E38">
              <w:rPr>
                <w:rFonts w:ascii="Times New Roman" w:eastAsia="Times New Roman" w:hAnsi="Times New Roman" w:cs="Times New Roman"/>
                <w:sz w:val="20"/>
                <w:szCs w:val="20"/>
              </w:rPr>
              <w:t>0.316</w:t>
            </w:r>
          </w:p>
        </w:tc>
        <w:tc>
          <w:tcPr>
            <w:tcW w:w="0" w:type="auto"/>
            <w:tcMar>
              <w:top w:w="20" w:type="dxa"/>
              <w:left w:w="35" w:type="dxa"/>
              <w:bottom w:w="20" w:type="dxa"/>
              <w:right w:w="35" w:type="dxa"/>
            </w:tcMar>
            <w:vAlign w:val="center"/>
          </w:tcPr>
          <w:p w14:paraId="5F7822DF" w14:textId="77777777" w:rsidR="00272A77" w:rsidRPr="001A2E38" w:rsidRDefault="00272A77" w:rsidP="005046C0">
            <w:pPr>
              <w:jc w:val="center"/>
              <w:rPr>
                <w:rFonts w:ascii="Times New Roman" w:hAnsi="Times New Roman" w:cs="Times New Roman"/>
                <w:sz w:val="20"/>
                <w:szCs w:val="20"/>
              </w:rPr>
            </w:pPr>
            <w:r w:rsidRPr="001A2E38">
              <w:rPr>
                <w:rFonts w:ascii="Times New Roman" w:eastAsia="Times New Roman" w:hAnsi="Times New Roman" w:cs="Times New Roman"/>
                <w:sz w:val="20"/>
                <w:szCs w:val="20"/>
              </w:rPr>
              <w:t>0.420</w:t>
            </w:r>
          </w:p>
        </w:tc>
        <w:tc>
          <w:tcPr>
            <w:tcW w:w="0" w:type="auto"/>
            <w:tcMar>
              <w:top w:w="20" w:type="dxa"/>
              <w:left w:w="35" w:type="dxa"/>
              <w:bottom w:w="20" w:type="dxa"/>
              <w:right w:w="35" w:type="dxa"/>
            </w:tcMar>
            <w:vAlign w:val="center"/>
          </w:tcPr>
          <w:p w14:paraId="1EDE9C28" w14:textId="77777777" w:rsidR="00272A77" w:rsidRPr="001A2E38" w:rsidRDefault="00272A77" w:rsidP="005046C0">
            <w:pPr>
              <w:jc w:val="center"/>
              <w:rPr>
                <w:rFonts w:ascii="Times New Roman" w:hAnsi="Times New Roman" w:cs="Times New Roman"/>
                <w:sz w:val="20"/>
                <w:szCs w:val="20"/>
              </w:rPr>
            </w:pPr>
            <w:r w:rsidRPr="001A2E38">
              <w:rPr>
                <w:rFonts w:ascii="Times New Roman" w:eastAsia="Times New Roman" w:hAnsi="Times New Roman" w:cs="Times New Roman"/>
                <w:sz w:val="20"/>
                <w:szCs w:val="20"/>
              </w:rPr>
              <w:t>0.420</w:t>
            </w:r>
          </w:p>
        </w:tc>
      </w:tr>
      <w:tr w:rsidR="00272A77" w:rsidRPr="001A2E38" w14:paraId="742A7607" w14:textId="77777777" w:rsidTr="005046C0">
        <w:trPr>
          <w:trHeight w:hRule="exact" w:val="340"/>
          <w:jc w:val="center"/>
        </w:trPr>
        <w:tc>
          <w:tcPr>
            <w:tcW w:w="0" w:type="auto"/>
            <w:vMerge/>
            <w:tcMar>
              <w:top w:w="20" w:type="dxa"/>
              <w:left w:w="35" w:type="dxa"/>
              <w:bottom w:w="20" w:type="dxa"/>
              <w:right w:w="35" w:type="dxa"/>
            </w:tcMar>
            <w:vAlign w:val="center"/>
          </w:tcPr>
          <w:p w14:paraId="32A553FA" w14:textId="77777777" w:rsidR="00272A77" w:rsidRPr="001A2E38" w:rsidRDefault="00272A77" w:rsidP="005046C0">
            <w:pPr>
              <w:rPr>
                <w:rFonts w:ascii="Times New Roman" w:hAnsi="Times New Roman" w:cs="Times New Roman"/>
                <w:sz w:val="20"/>
                <w:szCs w:val="20"/>
              </w:rPr>
            </w:pPr>
          </w:p>
        </w:tc>
        <w:tc>
          <w:tcPr>
            <w:tcW w:w="0" w:type="auto"/>
            <w:tcMar>
              <w:top w:w="20" w:type="dxa"/>
              <w:left w:w="35" w:type="dxa"/>
              <w:bottom w:w="20" w:type="dxa"/>
              <w:right w:w="35" w:type="dxa"/>
            </w:tcMar>
            <w:vAlign w:val="center"/>
          </w:tcPr>
          <w:p w14:paraId="0B935E90" w14:textId="77777777" w:rsidR="00272A77" w:rsidRPr="001A2E38" w:rsidRDefault="00272A77" w:rsidP="005046C0">
            <w:pPr>
              <w:rPr>
                <w:rFonts w:ascii="Times New Roman" w:hAnsi="Times New Roman" w:cs="Times New Roman"/>
                <w:sz w:val="20"/>
                <w:szCs w:val="20"/>
              </w:rPr>
            </w:pPr>
            <w:r w:rsidRPr="001A2E38">
              <w:rPr>
                <w:rFonts w:ascii="Times New Roman" w:eastAsia="Times New Roman" w:hAnsi="Times New Roman" w:cs="Times New Roman"/>
                <w:sz w:val="20"/>
                <w:szCs w:val="20"/>
              </w:rPr>
              <w:t>Basophil count</w:t>
            </w:r>
          </w:p>
        </w:tc>
        <w:tc>
          <w:tcPr>
            <w:tcW w:w="0" w:type="auto"/>
            <w:tcMar>
              <w:top w:w="20" w:type="dxa"/>
              <w:left w:w="35" w:type="dxa"/>
              <w:bottom w:w="20" w:type="dxa"/>
              <w:right w:w="35" w:type="dxa"/>
            </w:tcMar>
            <w:vAlign w:val="center"/>
          </w:tcPr>
          <w:p w14:paraId="2F9F6B64" w14:textId="77777777" w:rsidR="00272A77" w:rsidRPr="001A2E38" w:rsidRDefault="00272A77" w:rsidP="005046C0">
            <w:pPr>
              <w:jc w:val="center"/>
              <w:rPr>
                <w:rFonts w:ascii="Times New Roman" w:hAnsi="Times New Roman" w:cs="Times New Roman"/>
                <w:sz w:val="20"/>
                <w:szCs w:val="20"/>
              </w:rPr>
            </w:pPr>
            <w:r w:rsidRPr="001A2E38">
              <w:rPr>
                <w:rFonts w:ascii="Times New Roman" w:eastAsia="Times New Roman" w:hAnsi="Times New Roman" w:cs="Times New Roman"/>
                <w:sz w:val="20"/>
                <w:szCs w:val="20"/>
              </w:rPr>
              <w:t>0.948</w:t>
            </w:r>
          </w:p>
        </w:tc>
        <w:tc>
          <w:tcPr>
            <w:tcW w:w="0" w:type="auto"/>
            <w:tcMar>
              <w:top w:w="20" w:type="dxa"/>
              <w:left w:w="35" w:type="dxa"/>
              <w:bottom w:w="20" w:type="dxa"/>
              <w:right w:w="35" w:type="dxa"/>
            </w:tcMar>
            <w:vAlign w:val="center"/>
          </w:tcPr>
          <w:p w14:paraId="11E7B432" w14:textId="77777777" w:rsidR="00272A77" w:rsidRPr="001A2E38" w:rsidRDefault="00272A77" w:rsidP="005046C0">
            <w:pPr>
              <w:jc w:val="center"/>
              <w:rPr>
                <w:rFonts w:ascii="Times New Roman" w:hAnsi="Times New Roman" w:cs="Times New Roman"/>
                <w:sz w:val="20"/>
                <w:szCs w:val="20"/>
              </w:rPr>
            </w:pPr>
            <w:r w:rsidRPr="001A2E38">
              <w:rPr>
                <w:rFonts w:ascii="Times New Roman" w:eastAsia="Times New Roman" w:hAnsi="Times New Roman" w:cs="Times New Roman"/>
                <w:sz w:val="20"/>
                <w:szCs w:val="20"/>
              </w:rPr>
              <w:t>0.286</w:t>
            </w:r>
          </w:p>
        </w:tc>
        <w:tc>
          <w:tcPr>
            <w:tcW w:w="0" w:type="auto"/>
            <w:tcMar>
              <w:top w:w="20" w:type="dxa"/>
              <w:left w:w="35" w:type="dxa"/>
              <w:bottom w:w="20" w:type="dxa"/>
              <w:right w:w="35" w:type="dxa"/>
            </w:tcMar>
            <w:vAlign w:val="center"/>
          </w:tcPr>
          <w:p w14:paraId="00F8A5FA" w14:textId="77777777" w:rsidR="00272A77" w:rsidRPr="001A2E38" w:rsidRDefault="00272A77" w:rsidP="005046C0">
            <w:pPr>
              <w:jc w:val="center"/>
              <w:rPr>
                <w:rFonts w:ascii="Times New Roman" w:hAnsi="Times New Roman" w:cs="Times New Roman"/>
                <w:sz w:val="20"/>
                <w:szCs w:val="20"/>
              </w:rPr>
            </w:pPr>
            <w:r w:rsidRPr="001A2E38">
              <w:rPr>
                <w:rFonts w:ascii="Times New Roman" w:eastAsia="Times New Roman" w:hAnsi="Times New Roman" w:cs="Times New Roman"/>
                <w:sz w:val="20"/>
                <w:szCs w:val="20"/>
              </w:rPr>
              <w:t>0.675</w:t>
            </w:r>
          </w:p>
        </w:tc>
        <w:tc>
          <w:tcPr>
            <w:tcW w:w="0" w:type="auto"/>
            <w:tcMar>
              <w:top w:w="20" w:type="dxa"/>
              <w:left w:w="35" w:type="dxa"/>
              <w:bottom w:w="20" w:type="dxa"/>
              <w:right w:w="35" w:type="dxa"/>
            </w:tcMar>
            <w:vAlign w:val="center"/>
          </w:tcPr>
          <w:p w14:paraId="5E042A0E" w14:textId="77777777" w:rsidR="00272A77" w:rsidRPr="001A2E38" w:rsidRDefault="00272A77" w:rsidP="005046C0">
            <w:pPr>
              <w:jc w:val="center"/>
              <w:rPr>
                <w:rFonts w:ascii="Times New Roman" w:hAnsi="Times New Roman" w:cs="Times New Roman"/>
                <w:sz w:val="20"/>
                <w:szCs w:val="20"/>
              </w:rPr>
            </w:pPr>
            <w:r w:rsidRPr="001A2E38">
              <w:rPr>
                <w:rFonts w:ascii="Times New Roman" w:eastAsia="Times New Roman" w:hAnsi="Times New Roman" w:cs="Times New Roman"/>
                <w:sz w:val="20"/>
                <w:szCs w:val="20"/>
              </w:rPr>
              <w:t>0.768</w:t>
            </w:r>
          </w:p>
        </w:tc>
        <w:tc>
          <w:tcPr>
            <w:tcW w:w="0" w:type="auto"/>
            <w:tcMar>
              <w:top w:w="20" w:type="dxa"/>
              <w:left w:w="35" w:type="dxa"/>
              <w:bottom w:w="20" w:type="dxa"/>
              <w:right w:w="35" w:type="dxa"/>
            </w:tcMar>
            <w:vAlign w:val="center"/>
          </w:tcPr>
          <w:p w14:paraId="60CE4ACE" w14:textId="77777777" w:rsidR="00272A77" w:rsidRPr="001A2E38" w:rsidRDefault="00272A77" w:rsidP="005046C0">
            <w:pPr>
              <w:jc w:val="center"/>
              <w:rPr>
                <w:rFonts w:ascii="Times New Roman" w:hAnsi="Times New Roman" w:cs="Times New Roman"/>
                <w:sz w:val="20"/>
                <w:szCs w:val="20"/>
              </w:rPr>
            </w:pPr>
            <w:r w:rsidRPr="001A2E38">
              <w:rPr>
                <w:rFonts w:ascii="Times New Roman" w:eastAsia="Times New Roman" w:hAnsi="Times New Roman" w:cs="Times New Roman"/>
                <w:sz w:val="20"/>
                <w:szCs w:val="20"/>
              </w:rPr>
              <w:t>0.691</w:t>
            </w:r>
          </w:p>
        </w:tc>
        <w:tc>
          <w:tcPr>
            <w:tcW w:w="0" w:type="auto"/>
            <w:tcMar>
              <w:top w:w="20" w:type="dxa"/>
              <w:left w:w="35" w:type="dxa"/>
              <w:bottom w:w="20" w:type="dxa"/>
              <w:right w:w="35" w:type="dxa"/>
            </w:tcMar>
            <w:vAlign w:val="center"/>
          </w:tcPr>
          <w:p w14:paraId="65189F78" w14:textId="77777777" w:rsidR="00272A77" w:rsidRPr="001A2E38" w:rsidRDefault="00272A77" w:rsidP="005046C0">
            <w:pPr>
              <w:jc w:val="center"/>
              <w:rPr>
                <w:rFonts w:ascii="Times New Roman" w:hAnsi="Times New Roman" w:cs="Times New Roman"/>
                <w:sz w:val="20"/>
                <w:szCs w:val="20"/>
              </w:rPr>
            </w:pPr>
            <w:r w:rsidRPr="001A2E38">
              <w:rPr>
                <w:rFonts w:ascii="Times New Roman" w:eastAsia="Times New Roman" w:hAnsi="Times New Roman" w:cs="Times New Roman"/>
                <w:sz w:val="20"/>
                <w:szCs w:val="20"/>
              </w:rPr>
              <w:t>0.776</w:t>
            </w:r>
          </w:p>
        </w:tc>
        <w:tc>
          <w:tcPr>
            <w:tcW w:w="0" w:type="auto"/>
            <w:tcMar>
              <w:top w:w="20" w:type="dxa"/>
              <w:left w:w="35" w:type="dxa"/>
              <w:bottom w:w="20" w:type="dxa"/>
              <w:right w:w="35" w:type="dxa"/>
            </w:tcMar>
            <w:vAlign w:val="center"/>
          </w:tcPr>
          <w:p w14:paraId="7CAAA83D" w14:textId="77777777" w:rsidR="00272A77" w:rsidRPr="001A2E38" w:rsidRDefault="00272A77" w:rsidP="005046C0">
            <w:pPr>
              <w:jc w:val="center"/>
              <w:rPr>
                <w:rFonts w:ascii="Times New Roman" w:hAnsi="Times New Roman" w:cs="Times New Roman"/>
                <w:sz w:val="20"/>
                <w:szCs w:val="20"/>
              </w:rPr>
            </w:pPr>
            <w:r w:rsidRPr="001A2E38">
              <w:rPr>
                <w:rFonts w:ascii="Times New Roman" w:eastAsia="Times New Roman" w:hAnsi="Times New Roman" w:cs="Times New Roman"/>
                <w:sz w:val="20"/>
                <w:szCs w:val="20"/>
              </w:rPr>
              <w:t>0.632</w:t>
            </w:r>
          </w:p>
        </w:tc>
        <w:tc>
          <w:tcPr>
            <w:tcW w:w="0" w:type="auto"/>
            <w:tcMar>
              <w:top w:w="20" w:type="dxa"/>
              <w:left w:w="35" w:type="dxa"/>
              <w:bottom w:w="20" w:type="dxa"/>
              <w:right w:w="35" w:type="dxa"/>
            </w:tcMar>
            <w:vAlign w:val="center"/>
          </w:tcPr>
          <w:p w14:paraId="3A0530B6" w14:textId="77777777" w:rsidR="00272A77" w:rsidRPr="001A2E38" w:rsidRDefault="00272A77" w:rsidP="005046C0">
            <w:pPr>
              <w:jc w:val="center"/>
              <w:rPr>
                <w:rFonts w:ascii="Times New Roman" w:hAnsi="Times New Roman" w:cs="Times New Roman"/>
                <w:sz w:val="20"/>
                <w:szCs w:val="20"/>
              </w:rPr>
            </w:pPr>
            <w:r w:rsidRPr="001A2E38">
              <w:rPr>
                <w:rFonts w:ascii="Times New Roman" w:eastAsia="Times New Roman" w:hAnsi="Times New Roman" w:cs="Times New Roman"/>
                <w:sz w:val="20"/>
                <w:szCs w:val="20"/>
              </w:rPr>
              <w:t>0.807</w:t>
            </w:r>
          </w:p>
        </w:tc>
      </w:tr>
      <w:tr w:rsidR="00272A77" w:rsidRPr="001A2E38" w14:paraId="7C3518FC" w14:textId="77777777" w:rsidTr="005046C0">
        <w:trPr>
          <w:trHeight w:hRule="exact" w:val="340"/>
          <w:jc w:val="center"/>
        </w:trPr>
        <w:tc>
          <w:tcPr>
            <w:tcW w:w="0" w:type="auto"/>
            <w:vMerge w:val="restart"/>
            <w:tcMar>
              <w:top w:w="20" w:type="dxa"/>
              <w:left w:w="35" w:type="dxa"/>
              <w:bottom w:w="20" w:type="dxa"/>
              <w:right w:w="35" w:type="dxa"/>
            </w:tcMar>
            <w:vAlign w:val="center"/>
          </w:tcPr>
          <w:p w14:paraId="1BFEE86D" w14:textId="77777777" w:rsidR="00272A77" w:rsidRPr="001A2E38" w:rsidRDefault="00272A77" w:rsidP="005046C0">
            <w:pPr>
              <w:rPr>
                <w:rFonts w:ascii="Times New Roman" w:hAnsi="Times New Roman" w:cs="Times New Roman"/>
                <w:sz w:val="20"/>
                <w:szCs w:val="20"/>
              </w:rPr>
            </w:pPr>
            <w:r w:rsidRPr="001A2E38">
              <w:rPr>
                <w:rFonts w:ascii="Times New Roman" w:eastAsia="Times New Roman" w:hAnsi="Times New Roman" w:cs="Times New Roman"/>
                <w:sz w:val="20"/>
                <w:szCs w:val="20"/>
              </w:rPr>
              <w:t>Metabolic</w:t>
            </w:r>
          </w:p>
        </w:tc>
        <w:tc>
          <w:tcPr>
            <w:tcW w:w="0" w:type="auto"/>
            <w:tcMar>
              <w:top w:w="20" w:type="dxa"/>
              <w:left w:w="35" w:type="dxa"/>
              <w:bottom w:w="20" w:type="dxa"/>
              <w:right w:w="35" w:type="dxa"/>
            </w:tcMar>
            <w:vAlign w:val="center"/>
          </w:tcPr>
          <w:p w14:paraId="1D275712" w14:textId="77777777" w:rsidR="00272A77" w:rsidRPr="001A2E38" w:rsidRDefault="00272A77" w:rsidP="005046C0">
            <w:pPr>
              <w:rPr>
                <w:rFonts w:ascii="Times New Roman" w:hAnsi="Times New Roman" w:cs="Times New Roman"/>
                <w:sz w:val="20"/>
                <w:szCs w:val="20"/>
              </w:rPr>
            </w:pPr>
            <w:r w:rsidRPr="001A2E38">
              <w:rPr>
                <w:rFonts w:ascii="Times New Roman" w:eastAsia="Times New Roman" w:hAnsi="Times New Roman" w:cs="Times New Roman"/>
                <w:sz w:val="20"/>
                <w:szCs w:val="20"/>
              </w:rPr>
              <w:t>ApoA</w:t>
            </w:r>
          </w:p>
        </w:tc>
        <w:tc>
          <w:tcPr>
            <w:tcW w:w="0" w:type="auto"/>
            <w:tcMar>
              <w:top w:w="20" w:type="dxa"/>
              <w:left w:w="35" w:type="dxa"/>
              <w:bottom w:w="20" w:type="dxa"/>
              <w:right w:w="35" w:type="dxa"/>
            </w:tcMar>
            <w:vAlign w:val="center"/>
          </w:tcPr>
          <w:p w14:paraId="09440D3B" w14:textId="77777777" w:rsidR="00272A77" w:rsidRPr="001A2E38" w:rsidRDefault="00272A77" w:rsidP="005046C0">
            <w:pPr>
              <w:jc w:val="center"/>
              <w:rPr>
                <w:rFonts w:ascii="Times New Roman" w:hAnsi="Times New Roman" w:cs="Times New Roman"/>
                <w:sz w:val="20"/>
                <w:szCs w:val="20"/>
              </w:rPr>
            </w:pPr>
            <w:r w:rsidRPr="001A2E38">
              <w:rPr>
                <w:rFonts w:ascii="Times New Roman" w:eastAsia="Times New Roman" w:hAnsi="Times New Roman" w:cs="Times New Roman"/>
                <w:sz w:val="20"/>
                <w:szCs w:val="20"/>
              </w:rPr>
              <w:t>0.675</w:t>
            </w:r>
          </w:p>
        </w:tc>
        <w:tc>
          <w:tcPr>
            <w:tcW w:w="0" w:type="auto"/>
            <w:tcMar>
              <w:top w:w="20" w:type="dxa"/>
              <w:left w:w="35" w:type="dxa"/>
              <w:bottom w:w="20" w:type="dxa"/>
              <w:right w:w="35" w:type="dxa"/>
            </w:tcMar>
            <w:vAlign w:val="center"/>
          </w:tcPr>
          <w:p w14:paraId="12BC530C" w14:textId="77777777" w:rsidR="00272A77" w:rsidRPr="001A2E38" w:rsidRDefault="00272A77" w:rsidP="005046C0">
            <w:pPr>
              <w:jc w:val="center"/>
              <w:rPr>
                <w:rFonts w:ascii="Times New Roman" w:hAnsi="Times New Roman" w:cs="Times New Roman"/>
                <w:sz w:val="20"/>
                <w:szCs w:val="20"/>
              </w:rPr>
            </w:pPr>
            <w:r w:rsidRPr="001A2E38">
              <w:rPr>
                <w:rFonts w:ascii="Times New Roman" w:eastAsia="Times New Roman" w:hAnsi="Times New Roman" w:cs="Times New Roman"/>
                <w:sz w:val="20"/>
                <w:szCs w:val="20"/>
              </w:rPr>
              <w:t>0.166</w:t>
            </w:r>
          </w:p>
        </w:tc>
        <w:tc>
          <w:tcPr>
            <w:tcW w:w="0" w:type="auto"/>
            <w:tcMar>
              <w:top w:w="20" w:type="dxa"/>
              <w:left w:w="35" w:type="dxa"/>
              <w:bottom w:w="20" w:type="dxa"/>
              <w:right w:w="35" w:type="dxa"/>
            </w:tcMar>
            <w:vAlign w:val="center"/>
          </w:tcPr>
          <w:p w14:paraId="5DCAB931" w14:textId="77777777" w:rsidR="00272A77" w:rsidRPr="001A2E38" w:rsidRDefault="00272A77" w:rsidP="005046C0">
            <w:pPr>
              <w:jc w:val="center"/>
              <w:rPr>
                <w:rFonts w:ascii="Times New Roman" w:hAnsi="Times New Roman" w:cs="Times New Roman"/>
                <w:sz w:val="20"/>
                <w:szCs w:val="20"/>
              </w:rPr>
            </w:pPr>
            <w:r w:rsidRPr="001A2E38">
              <w:rPr>
                <w:rFonts w:ascii="Times New Roman" w:eastAsia="Times New Roman" w:hAnsi="Times New Roman" w:cs="Times New Roman"/>
                <w:sz w:val="20"/>
                <w:szCs w:val="20"/>
              </w:rPr>
              <w:t>0.706</w:t>
            </w:r>
          </w:p>
        </w:tc>
        <w:tc>
          <w:tcPr>
            <w:tcW w:w="0" w:type="auto"/>
            <w:tcMar>
              <w:top w:w="20" w:type="dxa"/>
              <w:left w:w="35" w:type="dxa"/>
              <w:bottom w:w="20" w:type="dxa"/>
              <w:right w:w="35" w:type="dxa"/>
            </w:tcMar>
            <w:vAlign w:val="center"/>
          </w:tcPr>
          <w:p w14:paraId="452F71BB" w14:textId="77777777" w:rsidR="00272A77" w:rsidRPr="001A2E38" w:rsidRDefault="00272A77" w:rsidP="005046C0">
            <w:pPr>
              <w:jc w:val="center"/>
              <w:rPr>
                <w:rFonts w:ascii="Times New Roman" w:hAnsi="Times New Roman" w:cs="Times New Roman"/>
                <w:sz w:val="20"/>
                <w:szCs w:val="20"/>
              </w:rPr>
            </w:pPr>
            <w:r w:rsidRPr="001A2E38">
              <w:rPr>
                <w:rFonts w:ascii="Times New Roman" w:eastAsia="Times New Roman" w:hAnsi="Times New Roman" w:cs="Times New Roman"/>
                <w:sz w:val="20"/>
                <w:szCs w:val="20"/>
              </w:rPr>
              <w:t>0.631</w:t>
            </w:r>
          </w:p>
        </w:tc>
        <w:tc>
          <w:tcPr>
            <w:tcW w:w="0" w:type="auto"/>
            <w:tcMar>
              <w:top w:w="20" w:type="dxa"/>
              <w:left w:w="35" w:type="dxa"/>
              <w:bottom w:w="20" w:type="dxa"/>
              <w:right w:w="35" w:type="dxa"/>
            </w:tcMar>
            <w:vAlign w:val="center"/>
          </w:tcPr>
          <w:p w14:paraId="482AE01C" w14:textId="77777777" w:rsidR="00272A77" w:rsidRPr="001A2E38" w:rsidRDefault="00272A77" w:rsidP="005046C0">
            <w:pPr>
              <w:jc w:val="center"/>
              <w:rPr>
                <w:rFonts w:ascii="Times New Roman" w:hAnsi="Times New Roman" w:cs="Times New Roman"/>
                <w:sz w:val="20"/>
                <w:szCs w:val="20"/>
              </w:rPr>
            </w:pPr>
            <w:r w:rsidRPr="001A2E38">
              <w:rPr>
                <w:rFonts w:ascii="Times New Roman" w:eastAsia="Times New Roman" w:hAnsi="Times New Roman" w:cs="Times New Roman"/>
                <w:sz w:val="20"/>
                <w:szCs w:val="20"/>
              </w:rPr>
              <w:t>0.612</w:t>
            </w:r>
          </w:p>
        </w:tc>
        <w:tc>
          <w:tcPr>
            <w:tcW w:w="0" w:type="auto"/>
            <w:tcMar>
              <w:top w:w="20" w:type="dxa"/>
              <w:left w:w="35" w:type="dxa"/>
              <w:bottom w:w="20" w:type="dxa"/>
              <w:right w:w="35" w:type="dxa"/>
            </w:tcMar>
            <w:vAlign w:val="center"/>
          </w:tcPr>
          <w:p w14:paraId="2FE46F75" w14:textId="77777777" w:rsidR="00272A77" w:rsidRPr="001A2E38" w:rsidRDefault="00272A77" w:rsidP="005046C0">
            <w:pPr>
              <w:jc w:val="center"/>
              <w:rPr>
                <w:rFonts w:ascii="Times New Roman" w:hAnsi="Times New Roman" w:cs="Times New Roman"/>
                <w:sz w:val="20"/>
                <w:szCs w:val="20"/>
              </w:rPr>
            </w:pPr>
            <w:r w:rsidRPr="001A2E38">
              <w:rPr>
                <w:rFonts w:ascii="Times New Roman" w:eastAsia="Times New Roman" w:hAnsi="Times New Roman" w:cs="Times New Roman"/>
                <w:sz w:val="20"/>
                <w:szCs w:val="20"/>
              </w:rPr>
              <w:t>0.948</w:t>
            </w:r>
          </w:p>
        </w:tc>
        <w:tc>
          <w:tcPr>
            <w:tcW w:w="0" w:type="auto"/>
            <w:tcMar>
              <w:top w:w="20" w:type="dxa"/>
              <w:left w:w="35" w:type="dxa"/>
              <w:bottom w:w="20" w:type="dxa"/>
              <w:right w:w="35" w:type="dxa"/>
            </w:tcMar>
            <w:vAlign w:val="center"/>
          </w:tcPr>
          <w:p w14:paraId="6994BACF" w14:textId="77777777" w:rsidR="00272A77" w:rsidRPr="001A2E38" w:rsidRDefault="00272A77" w:rsidP="005046C0">
            <w:pPr>
              <w:jc w:val="center"/>
              <w:rPr>
                <w:rFonts w:ascii="Times New Roman" w:hAnsi="Times New Roman" w:cs="Times New Roman"/>
                <w:sz w:val="20"/>
                <w:szCs w:val="20"/>
              </w:rPr>
            </w:pPr>
            <w:r w:rsidRPr="001A2E38">
              <w:rPr>
                <w:rFonts w:ascii="Times New Roman" w:eastAsia="Times New Roman" w:hAnsi="Times New Roman" w:cs="Times New Roman"/>
                <w:sz w:val="20"/>
                <w:szCs w:val="20"/>
              </w:rPr>
              <w:t>0.023</w:t>
            </w:r>
          </w:p>
        </w:tc>
        <w:tc>
          <w:tcPr>
            <w:tcW w:w="0" w:type="auto"/>
            <w:tcMar>
              <w:top w:w="20" w:type="dxa"/>
              <w:left w:w="35" w:type="dxa"/>
              <w:bottom w:w="20" w:type="dxa"/>
              <w:right w:w="35" w:type="dxa"/>
            </w:tcMar>
            <w:vAlign w:val="center"/>
          </w:tcPr>
          <w:p w14:paraId="09CF9934" w14:textId="77777777" w:rsidR="00272A77" w:rsidRPr="001A2E38" w:rsidRDefault="00272A77" w:rsidP="005046C0">
            <w:pPr>
              <w:jc w:val="center"/>
              <w:rPr>
                <w:rFonts w:ascii="Times New Roman" w:hAnsi="Times New Roman" w:cs="Times New Roman"/>
                <w:sz w:val="20"/>
                <w:szCs w:val="20"/>
              </w:rPr>
            </w:pPr>
            <w:r w:rsidRPr="001A2E38">
              <w:rPr>
                <w:rFonts w:ascii="Times New Roman" w:eastAsia="Times New Roman" w:hAnsi="Times New Roman" w:cs="Times New Roman"/>
                <w:sz w:val="20"/>
                <w:szCs w:val="20"/>
              </w:rPr>
              <w:t>0.851</w:t>
            </w:r>
          </w:p>
        </w:tc>
      </w:tr>
      <w:tr w:rsidR="00272A77" w:rsidRPr="001A2E38" w14:paraId="44C8833F" w14:textId="77777777" w:rsidTr="005046C0">
        <w:trPr>
          <w:trHeight w:hRule="exact" w:val="340"/>
          <w:jc w:val="center"/>
        </w:trPr>
        <w:tc>
          <w:tcPr>
            <w:tcW w:w="0" w:type="auto"/>
            <w:vMerge/>
            <w:tcMar>
              <w:top w:w="20" w:type="dxa"/>
              <w:left w:w="35" w:type="dxa"/>
              <w:bottom w:w="20" w:type="dxa"/>
              <w:right w:w="35" w:type="dxa"/>
            </w:tcMar>
            <w:vAlign w:val="center"/>
          </w:tcPr>
          <w:p w14:paraId="1C0C6520" w14:textId="77777777" w:rsidR="00272A77" w:rsidRPr="001A2E38" w:rsidRDefault="00272A77" w:rsidP="005046C0">
            <w:pPr>
              <w:rPr>
                <w:rFonts w:ascii="Times New Roman" w:hAnsi="Times New Roman" w:cs="Times New Roman"/>
                <w:sz w:val="20"/>
                <w:szCs w:val="20"/>
              </w:rPr>
            </w:pPr>
          </w:p>
        </w:tc>
        <w:tc>
          <w:tcPr>
            <w:tcW w:w="0" w:type="auto"/>
            <w:tcMar>
              <w:top w:w="20" w:type="dxa"/>
              <w:left w:w="35" w:type="dxa"/>
              <w:bottom w:w="20" w:type="dxa"/>
              <w:right w:w="35" w:type="dxa"/>
            </w:tcMar>
            <w:vAlign w:val="center"/>
          </w:tcPr>
          <w:p w14:paraId="22902D8E" w14:textId="77777777" w:rsidR="00272A77" w:rsidRPr="001A2E38" w:rsidRDefault="00272A77" w:rsidP="005046C0">
            <w:pPr>
              <w:rPr>
                <w:rFonts w:ascii="Times New Roman" w:hAnsi="Times New Roman" w:cs="Times New Roman"/>
                <w:sz w:val="20"/>
                <w:szCs w:val="20"/>
              </w:rPr>
            </w:pPr>
            <w:r w:rsidRPr="001A2E38">
              <w:rPr>
                <w:rFonts w:ascii="Times New Roman" w:eastAsia="Times New Roman" w:hAnsi="Times New Roman" w:cs="Times New Roman"/>
                <w:sz w:val="20"/>
                <w:szCs w:val="20"/>
              </w:rPr>
              <w:t>ApoB</w:t>
            </w:r>
          </w:p>
        </w:tc>
        <w:tc>
          <w:tcPr>
            <w:tcW w:w="0" w:type="auto"/>
            <w:tcMar>
              <w:top w:w="20" w:type="dxa"/>
              <w:left w:w="35" w:type="dxa"/>
              <w:bottom w:w="20" w:type="dxa"/>
              <w:right w:w="35" w:type="dxa"/>
            </w:tcMar>
            <w:vAlign w:val="center"/>
          </w:tcPr>
          <w:p w14:paraId="10306B84" w14:textId="77777777" w:rsidR="00272A77" w:rsidRPr="001A2E38" w:rsidRDefault="00272A77" w:rsidP="005046C0">
            <w:pPr>
              <w:jc w:val="center"/>
              <w:rPr>
                <w:rFonts w:ascii="Times New Roman" w:hAnsi="Times New Roman" w:cs="Times New Roman"/>
                <w:sz w:val="20"/>
                <w:szCs w:val="20"/>
              </w:rPr>
            </w:pPr>
            <w:r w:rsidRPr="001A2E38">
              <w:rPr>
                <w:rFonts w:ascii="Times New Roman" w:eastAsia="Times New Roman" w:hAnsi="Times New Roman" w:cs="Times New Roman"/>
                <w:sz w:val="20"/>
                <w:szCs w:val="20"/>
              </w:rPr>
              <w:t>0.403</w:t>
            </w:r>
          </w:p>
        </w:tc>
        <w:tc>
          <w:tcPr>
            <w:tcW w:w="0" w:type="auto"/>
            <w:tcMar>
              <w:top w:w="20" w:type="dxa"/>
              <w:left w:w="35" w:type="dxa"/>
              <w:bottom w:w="20" w:type="dxa"/>
              <w:right w:w="35" w:type="dxa"/>
            </w:tcMar>
            <w:vAlign w:val="center"/>
          </w:tcPr>
          <w:p w14:paraId="2C997302" w14:textId="77777777" w:rsidR="00272A77" w:rsidRPr="001A2E38" w:rsidRDefault="00272A77" w:rsidP="005046C0">
            <w:pPr>
              <w:jc w:val="center"/>
              <w:rPr>
                <w:rFonts w:ascii="Times New Roman" w:hAnsi="Times New Roman" w:cs="Times New Roman"/>
                <w:sz w:val="20"/>
                <w:szCs w:val="20"/>
              </w:rPr>
            </w:pPr>
            <w:r w:rsidRPr="001A2E38">
              <w:rPr>
                <w:rFonts w:ascii="Times New Roman" w:eastAsia="Times New Roman" w:hAnsi="Times New Roman" w:cs="Times New Roman"/>
                <w:sz w:val="20"/>
                <w:szCs w:val="20"/>
              </w:rPr>
              <w:t>0.364</w:t>
            </w:r>
          </w:p>
        </w:tc>
        <w:tc>
          <w:tcPr>
            <w:tcW w:w="0" w:type="auto"/>
            <w:tcMar>
              <w:top w:w="20" w:type="dxa"/>
              <w:left w:w="35" w:type="dxa"/>
              <w:bottom w:w="20" w:type="dxa"/>
              <w:right w:w="35" w:type="dxa"/>
            </w:tcMar>
            <w:vAlign w:val="center"/>
          </w:tcPr>
          <w:p w14:paraId="15DDD537" w14:textId="77777777" w:rsidR="00272A77" w:rsidRPr="001A2E38" w:rsidRDefault="00272A77" w:rsidP="005046C0">
            <w:pPr>
              <w:jc w:val="center"/>
              <w:rPr>
                <w:rFonts w:ascii="Times New Roman" w:hAnsi="Times New Roman" w:cs="Times New Roman"/>
                <w:sz w:val="20"/>
                <w:szCs w:val="20"/>
              </w:rPr>
            </w:pPr>
            <w:r w:rsidRPr="001A2E38">
              <w:rPr>
                <w:rFonts w:ascii="Times New Roman" w:eastAsia="Times New Roman" w:hAnsi="Times New Roman" w:cs="Times New Roman"/>
                <w:sz w:val="20"/>
                <w:szCs w:val="20"/>
              </w:rPr>
              <w:t>0.083</w:t>
            </w:r>
          </w:p>
        </w:tc>
        <w:tc>
          <w:tcPr>
            <w:tcW w:w="0" w:type="auto"/>
            <w:tcMar>
              <w:top w:w="20" w:type="dxa"/>
              <w:left w:w="35" w:type="dxa"/>
              <w:bottom w:w="20" w:type="dxa"/>
              <w:right w:w="35" w:type="dxa"/>
            </w:tcMar>
            <w:vAlign w:val="center"/>
          </w:tcPr>
          <w:p w14:paraId="7A496F60" w14:textId="77777777" w:rsidR="00272A77" w:rsidRPr="001A2E38" w:rsidRDefault="00272A77" w:rsidP="005046C0">
            <w:pPr>
              <w:jc w:val="center"/>
              <w:rPr>
                <w:rFonts w:ascii="Times New Roman" w:hAnsi="Times New Roman" w:cs="Times New Roman"/>
                <w:sz w:val="20"/>
                <w:szCs w:val="20"/>
              </w:rPr>
            </w:pPr>
            <w:r w:rsidRPr="001A2E38">
              <w:rPr>
                <w:rFonts w:ascii="Times New Roman" w:eastAsia="Times New Roman" w:hAnsi="Times New Roman" w:cs="Times New Roman"/>
                <w:sz w:val="20"/>
                <w:szCs w:val="20"/>
              </w:rPr>
              <w:t>0.056</w:t>
            </w:r>
          </w:p>
        </w:tc>
        <w:tc>
          <w:tcPr>
            <w:tcW w:w="0" w:type="auto"/>
            <w:tcMar>
              <w:top w:w="20" w:type="dxa"/>
              <w:left w:w="35" w:type="dxa"/>
              <w:bottom w:w="20" w:type="dxa"/>
              <w:right w:w="35" w:type="dxa"/>
            </w:tcMar>
            <w:vAlign w:val="center"/>
          </w:tcPr>
          <w:p w14:paraId="6E42B241" w14:textId="77777777" w:rsidR="00272A77" w:rsidRPr="001A2E38" w:rsidRDefault="00272A77" w:rsidP="005046C0">
            <w:pPr>
              <w:jc w:val="center"/>
              <w:rPr>
                <w:rFonts w:ascii="Times New Roman" w:hAnsi="Times New Roman" w:cs="Times New Roman"/>
                <w:sz w:val="20"/>
                <w:szCs w:val="20"/>
              </w:rPr>
            </w:pPr>
            <w:r w:rsidRPr="001A2E38">
              <w:rPr>
                <w:rFonts w:ascii="Times New Roman" w:eastAsia="Times New Roman" w:hAnsi="Times New Roman" w:cs="Times New Roman"/>
                <w:sz w:val="20"/>
                <w:szCs w:val="20"/>
              </w:rPr>
              <w:t>0.706</w:t>
            </w:r>
          </w:p>
        </w:tc>
        <w:tc>
          <w:tcPr>
            <w:tcW w:w="0" w:type="auto"/>
            <w:tcMar>
              <w:top w:w="20" w:type="dxa"/>
              <w:left w:w="35" w:type="dxa"/>
              <w:bottom w:w="20" w:type="dxa"/>
              <w:right w:w="35" w:type="dxa"/>
            </w:tcMar>
            <w:vAlign w:val="center"/>
          </w:tcPr>
          <w:p w14:paraId="0FBD5589" w14:textId="77777777" w:rsidR="00272A77" w:rsidRPr="001A2E38" w:rsidRDefault="00272A77" w:rsidP="005046C0">
            <w:pPr>
              <w:jc w:val="center"/>
              <w:rPr>
                <w:rFonts w:ascii="Times New Roman" w:hAnsi="Times New Roman" w:cs="Times New Roman"/>
                <w:sz w:val="20"/>
                <w:szCs w:val="20"/>
              </w:rPr>
            </w:pPr>
            <w:r w:rsidRPr="001A2E38">
              <w:rPr>
                <w:rFonts w:ascii="Times New Roman" w:eastAsia="Times New Roman" w:hAnsi="Times New Roman" w:cs="Times New Roman"/>
                <w:sz w:val="20"/>
                <w:szCs w:val="20"/>
              </w:rPr>
              <w:t>0.018</w:t>
            </w:r>
          </w:p>
        </w:tc>
        <w:tc>
          <w:tcPr>
            <w:tcW w:w="0" w:type="auto"/>
            <w:tcMar>
              <w:top w:w="20" w:type="dxa"/>
              <w:left w:w="35" w:type="dxa"/>
              <w:bottom w:w="20" w:type="dxa"/>
              <w:right w:w="35" w:type="dxa"/>
            </w:tcMar>
            <w:vAlign w:val="center"/>
          </w:tcPr>
          <w:p w14:paraId="6D872E3A" w14:textId="77777777" w:rsidR="00272A77" w:rsidRPr="001A2E38" w:rsidRDefault="00272A77" w:rsidP="005046C0">
            <w:pPr>
              <w:jc w:val="center"/>
              <w:rPr>
                <w:rFonts w:ascii="Times New Roman" w:hAnsi="Times New Roman" w:cs="Times New Roman"/>
                <w:sz w:val="20"/>
                <w:szCs w:val="20"/>
              </w:rPr>
            </w:pPr>
            <w:r w:rsidRPr="001A2E38">
              <w:rPr>
                <w:rFonts w:ascii="Times New Roman" w:eastAsia="Times New Roman" w:hAnsi="Times New Roman" w:cs="Times New Roman"/>
                <w:sz w:val="20"/>
                <w:szCs w:val="20"/>
              </w:rPr>
              <w:t>&lt;0.001</w:t>
            </w:r>
          </w:p>
        </w:tc>
        <w:tc>
          <w:tcPr>
            <w:tcW w:w="0" w:type="auto"/>
            <w:tcMar>
              <w:top w:w="20" w:type="dxa"/>
              <w:left w:w="35" w:type="dxa"/>
              <w:bottom w:w="20" w:type="dxa"/>
              <w:right w:w="35" w:type="dxa"/>
            </w:tcMar>
            <w:vAlign w:val="center"/>
          </w:tcPr>
          <w:p w14:paraId="76054F84" w14:textId="77777777" w:rsidR="00272A77" w:rsidRPr="001A2E38" w:rsidRDefault="00272A77" w:rsidP="005046C0">
            <w:pPr>
              <w:jc w:val="center"/>
              <w:rPr>
                <w:rFonts w:ascii="Times New Roman" w:hAnsi="Times New Roman" w:cs="Times New Roman"/>
                <w:sz w:val="20"/>
                <w:szCs w:val="20"/>
              </w:rPr>
            </w:pPr>
            <w:r w:rsidRPr="001A2E38">
              <w:rPr>
                <w:rFonts w:ascii="Times New Roman" w:eastAsia="Times New Roman" w:hAnsi="Times New Roman" w:cs="Times New Roman"/>
                <w:sz w:val="20"/>
                <w:szCs w:val="20"/>
              </w:rPr>
              <w:t>0.002</w:t>
            </w:r>
          </w:p>
        </w:tc>
      </w:tr>
      <w:tr w:rsidR="00272A77" w:rsidRPr="001A2E38" w14:paraId="04BCC7E6" w14:textId="77777777" w:rsidTr="005046C0">
        <w:trPr>
          <w:trHeight w:hRule="exact" w:val="340"/>
          <w:jc w:val="center"/>
        </w:trPr>
        <w:tc>
          <w:tcPr>
            <w:tcW w:w="0" w:type="auto"/>
            <w:vMerge/>
            <w:tcMar>
              <w:top w:w="20" w:type="dxa"/>
              <w:left w:w="35" w:type="dxa"/>
              <w:bottom w:w="20" w:type="dxa"/>
              <w:right w:w="35" w:type="dxa"/>
            </w:tcMar>
            <w:vAlign w:val="center"/>
          </w:tcPr>
          <w:p w14:paraId="5B5FF14F" w14:textId="77777777" w:rsidR="00272A77" w:rsidRPr="001A2E38" w:rsidRDefault="00272A77" w:rsidP="005046C0">
            <w:pPr>
              <w:rPr>
                <w:rFonts w:ascii="Times New Roman" w:hAnsi="Times New Roman" w:cs="Times New Roman"/>
                <w:sz w:val="20"/>
                <w:szCs w:val="20"/>
              </w:rPr>
            </w:pPr>
          </w:p>
        </w:tc>
        <w:tc>
          <w:tcPr>
            <w:tcW w:w="0" w:type="auto"/>
            <w:tcMar>
              <w:top w:w="20" w:type="dxa"/>
              <w:left w:w="35" w:type="dxa"/>
              <w:bottom w:w="20" w:type="dxa"/>
              <w:right w:w="35" w:type="dxa"/>
            </w:tcMar>
            <w:vAlign w:val="center"/>
          </w:tcPr>
          <w:p w14:paraId="0AB95359" w14:textId="77777777" w:rsidR="00272A77" w:rsidRPr="001A2E38" w:rsidRDefault="00272A77" w:rsidP="005046C0">
            <w:pPr>
              <w:rPr>
                <w:rFonts w:ascii="Times New Roman" w:hAnsi="Times New Roman" w:cs="Times New Roman"/>
                <w:sz w:val="20"/>
                <w:szCs w:val="20"/>
              </w:rPr>
            </w:pPr>
            <w:r w:rsidRPr="001A2E38">
              <w:rPr>
                <w:rFonts w:ascii="Times New Roman" w:eastAsia="Times New Roman" w:hAnsi="Times New Roman" w:cs="Times New Roman"/>
                <w:sz w:val="20"/>
                <w:szCs w:val="20"/>
              </w:rPr>
              <w:t>HbA1c</w:t>
            </w:r>
          </w:p>
        </w:tc>
        <w:tc>
          <w:tcPr>
            <w:tcW w:w="0" w:type="auto"/>
            <w:tcMar>
              <w:top w:w="20" w:type="dxa"/>
              <w:left w:w="35" w:type="dxa"/>
              <w:bottom w:w="20" w:type="dxa"/>
              <w:right w:w="35" w:type="dxa"/>
            </w:tcMar>
            <w:vAlign w:val="center"/>
          </w:tcPr>
          <w:p w14:paraId="02BF232D" w14:textId="77777777" w:rsidR="00272A77" w:rsidRPr="001A2E38" w:rsidRDefault="00272A77" w:rsidP="005046C0">
            <w:pPr>
              <w:jc w:val="center"/>
              <w:rPr>
                <w:rFonts w:ascii="Times New Roman" w:hAnsi="Times New Roman" w:cs="Times New Roman"/>
                <w:sz w:val="20"/>
                <w:szCs w:val="20"/>
              </w:rPr>
            </w:pPr>
            <w:r w:rsidRPr="001A2E38">
              <w:rPr>
                <w:rFonts w:ascii="Times New Roman" w:eastAsia="Times New Roman" w:hAnsi="Times New Roman" w:cs="Times New Roman"/>
                <w:sz w:val="20"/>
                <w:szCs w:val="20"/>
              </w:rPr>
              <w:t>0.771</w:t>
            </w:r>
          </w:p>
        </w:tc>
        <w:tc>
          <w:tcPr>
            <w:tcW w:w="0" w:type="auto"/>
            <w:tcMar>
              <w:top w:w="20" w:type="dxa"/>
              <w:left w:w="35" w:type="dxa"/>
              <w:bottom w:w="20" w:type="dxa"/>
              <w:right w:w="35" w:type="dxa"/>
            </w:tcMar>
            <w:vAlign w:val="center"/>
          </w:tcPr>
          <w:p w14:paraId="79B51E68" w14:textId="77777777" w:rsidR="00272A77" w:rsidRPr="001A2E38" w:rsidRDefault="00272A77" w:rsidP="005046C0">
            <w:pPr>
              <w:jc w:val="center"/>
              <w:rPr>
                <w:rFonts w:ascii="Times New Roman" w:hAnsi="Times New Roman" w:cs="Times New Roman"/>
                <w:sz w:val="20"/>
                <w:szCs w:val="20"/>
              </w:rPr>
            </w:pPr>
            <w:r w:rsidRPr="001A2E38">
              <w:rPr>
                <w:rFonts w:ascii="Times New Roman" w:eastAsia="Times New Roman" w:hAnsi="Times New Roman" w:cs="Times New Roman"/>
                <w:sz w:val="20"/>
                <w:szCs w:val="20"/>
              </w:rPr>
              <w:t>&lt;0.001</w:t>
            </w:r>
          </w:p>
        </w:tc>
        <w:tc>
          <w:tcPr>
            <w:tcW w:w="0" w:type="auto"/>
            <w:tcMar>
              <w:top w:w="20" w:type="dxa"/>
              <w:left w:w="35" w:type="dxa"/>
              <w:bottom w:w="20" w:type="dxa"/>
              <w:right w:w="35" w:type="dxa"/>
            </w:tcMar>
            <w:vAlign w:val="center"/>
          </w:tcPr>
          <w:p w14:paraId="345C6A4E" w14:textId="77777777" w:rsidR="00272A77" w:rsidRPr="001A2E38" w:rsidRDefault="00272A77" w:rsidP="005046C0">
            <w:pPr>
              <w:jc w:val="center"/>
              <w:rPr>
                <w:rFonts w:ascii="Times New Roman" w:hAnsi="Times New Roman" w:cs="Times New Roman"/>
                <w:sz w:val="20"/>
                <w:szCs w:val="20"/>
              </w:rPr>
            </w:pPr>
            <w:r w:rsidRPr="001A2E38">
              <w:rPr>
                <w:rFonts w:ascii="Times New Roman" w:eastAsia="Times New Roman" w:hAnsi="Times New Roman" w:cs="Times New Roman"/>
                <w:sz w:val="20"/>
                <w:szCs w:val="20"/>
              </w:rPr>
              <w:t>&lt;0.001</w:t>
            </w:r>
          </w:p>
        </w:tc>
        <w:tc>
          <w:tcPr>
            <w:tcW w:w="0" w:type="auto"/>
            <w:tcMar>
              <w:top w:w="20" w:type="dxa"/>
              <w:left w:w="35" w:type="dxa"/>
              <w:bottom w:w="20" w:type="dxa"/>
              <w:right w:w="35" w:type="dxa"/>
            </w:tcMar>
            <w:vAlign w:val="center"/>
          </w:tcPr>
          <w:p w14:paraId="5866F9BE" w14:textId="77777777" w:rsidR="00272A77" w:rsidRPr="001A2E38" w:rsidRDefault="00272A77" w:rsidP="005046C0">
            <w:pPr>
              <w:jc w:val="center"/>
              <w:rPr>
                <w:rFonts w:ascii="Times New Roman" w:hAnsi="Times New Roman" w:cs="Times New Roman"/>
                <w:sz w:val="20"/>
                <w:szCs w:val="20"/>
              </w:rPr>
            </w:pPr>
            <w:r w:rsidRPr="001A2E38">
              <w:rPr>
                <w:rFonts w:ascii="Times New Roman" w:eastAsia="Times New Roman" w:hAnsi="Times New Roman" w:cs="Times New Roman"/>
                <w:sz w:val="20"/>
                <w:szCs w:val="20"/>
              </w:rPr>
              <w:t>&lt;0.001</w:t>
            </w:r>
          </w:p>
        </w:tc>
        <w:tc>
          <w:tcPr>
            <w:tcW w:w="0" w:type="auto"/>
            <w:tcMar>
              <w:top w:w="20" w:type="dxa"/>
              <w:left w:w="35" w:type="dxa"/>
              <w:bottom w:w="20" w:type="dxa"/>
              <w:right w:w="35" w:type="dxa"/>
            </w:tcMar>
            <w:vAlign w:val="center"/>
          </w:tcPr>
          <w:p w14:paraId="0187CBD6" w14:textId="77777777" w:rsidR="00272A77" w:rsidRPr="001A2E38" w:rsidRDefault="00272A77" w:rsidP="005046C0">
            <w:pPr>
              <w:jc w:val="center"/>
              <w:rPr>
                <w:rFonts w:ascii="Times New Roman" w:hAnsi="Times New Roman" w:cs="Times New Roman"/>
                <w:sz w:val="20"/>
                <w:szCs w:val="20"/>
              </w:rPr>
            </w:pPr>
            <w:r w:rsidRPr="001A2E38">
              <w:rPr>
                <w:rFonts w:ascii="Times New Roman" w:eastAsia="Times New Roman" w:hAnsi="Times New Roman" w:cs="Times New Roman"/>
                <w:sz w:val="20"/>
                <w:szCs w:val="20"/>
              </w:rPr>
              <w:t>&lt;0.001</w:t>
            </w:r>
          </w:p>
        </w:tc>
        <w:tc>
          <w:tcPr>
            <w:tcW w:w="0" w:type="auto"/>
            <w:tcMar>
              <w:top w:w="20" w:type="dxa"/>
              <w:left w:w="35" w:type="dxa"/>
              <w:bottom w:w="20" w:type="dxa"/>
              <w:right w:w="35" w:type="dxa"/>
            </w:tcMar>
            <w:vAlign w:val="center"/>
          </w:tcPr>
          <w:p w14:paraId="51A3941A" w14:textId="77777777" w:rsidR="00272A77" w:rsidRPr="001A2E38" w:rsidRDefault="00272A77" w:rsidP="005046C0">
            <w:pPr>
              <w:jc w:val="center"/>
              <w:rPr>
                <w:rFonts w:ascii="Times New Roman" w:hAnsi="Times New Roman" w:cs="Times New Roman"/>
                <w:sz w:val="20"/>
                <w:szCs w:val="20"/>
              </w:rPr>
            </w:pPr>
            <w:r w:rsidRPr="001A2E38">
              <w:rPr>
                <w:rFonts w:ascii="Times New Roman" w:eastAsia="Times New Roman" w:hAnsi="Times New Roman" w:cs="Times New Roman"/>
                <w:sz w:val="20"/>
                <w:szCs w:val="20"/>
              </w:rPr>
              <w:t>&lt;0.001</w:t>
            </w:r>
          </w:p>
        </w:tc>
        <w:tc>
          <w:tcPr>
            <w:tcW w:w="0" w:type="auto"/>
            <w:tcMar>
              <w:top w:w="20" w:type="dxa"/>
              <w:left w:w="35" w:type="dxa"/>
              <w:bottom w:w="20" w:type="dxa"/>
              <w:right w:w="35" w:type="dxa"/>
            </w:tcMar>
            <w:vAlign w:val="center"/>
          </w:tcPr>
          <w:p w14:paraId="0B758E9A" w14:textId="77777777" w:rsidR="00272A77" w:rsidRPr="001A2E38" w:rsidRDefault="00272A77" w:rsidP="005046C0">
            <w:pPr>
              <w:jc w:val="center"/>
              <w:rPr>
                <w:rFonts w:ascii="Times New Roman" w:hAnsi="Times New Roman" w:cs="Times New Roman"/>
                <w:sz w:val="20"/>
                <w:szCs w:val="20"/>
              </w:rPr>
            </w:pPr>
            <w:r w:rsidRPr="001A2E38">
              <w:rPr>
                <w:rFonts w:ascii="Times New Roman" w:eastAsia="Times New Roman" w:hAnsi="Times New Roman" w:cs="Times New Roman"/>
                <w:sz w:val="20"/>
                <w:szCs w:val="20"/>
              </w:rPr>
              <w:t>0.004</w:t>
            </w:r>
          </w:p>
        </w:tc>
        <w:tc>
          <w:tcPr>
            <w:tcW w:w="0" w:type="auto"/>
            <w:tcMar>
              <w:top w:w="20" w:type="dxa"/>
              <w:left w:w="35" w:type="dxa"/>
              <w:bottom w:w="20" w:type="dxa"/>
              <w:right w:w="35" w:type="dxa"/>
            </w:tcMar>
            <w:vAlign w:val="center"/>
          </w:tcPr>
          <w:p w14:paraId="37EC7121" w14:textId="77777777" w:rsidR="00272A77" w:rsidRPr="001A2E38" w:rsidRDefault="00272A77" w:rsidP="005046C0">
            <w:pPr>
              <w:jc w:val="center"/>
              <w:rPr>
                <w:rFonts w:ascii="Times New Roman" w:hAnsi="Times New Roman" w:cs="Times New Roman"/>
                <w:sz w:val="20"/>
                <w:szCs w:val="20"/>
              </w:rPr>
            </w:pPr>
            <w:r w:rsidRPr="001A2E38">
              <w:rPr>
                <w:rFonts w:ascii="Times New Roman" w:eastAsia="Times New Roman" w:hAnsi="Times New Roman" w:cs="Times New Roman"/>
                <w:sz w:val="20"/>
                <w:szCs w:val="20"/>
              </w:rPr>
              <w:t>&lt;0.001</w:t>
            </w:r>
          </w:p>
        </w:tc>
      </w:tr>
      <w:tr w:rsidR="00272A77" w:rsidRPr="001A2E38" w14:paraId="59EDC74B" w14:textId="77777777" w:rsidTr="005046C0">
        <w:trPr>
          <w:trHeight w:hRule="exact" w:val="340"/>
          <w:jc w:val="center"/>
        </w:trPr>
        <w:tc>
          <w:tcPr>
            <w:tcW w:w="0" w:type="auto"/>
            <w:vMerge/>
            <w:tcMar>
              <w:top w:w="20" w:type="dxa"/>
              <w:left w:w="35" w:type="dxa"/>
              <w:bottom w:w="20" w:type="dxa"/>
              <w:right w:w="35" w:type="dxa"/>
            </w:tcMar>
            <w:vAlign w:val="center"/>
          </w:tcPr>
          <w:p w14:paraId="594D6BEA" w14:textId="77777777" w:rsidR="00272A77" w:rsidRPr="001A2E38" w:rsidRDefault="00272A77" w:rsidP="005046C0">
            <w:pPr>
              <w:rPr>
                <w:rFonts w:ascii="Times New Roman" w:hAnsi="Times New Roman" w:cs="Times New Roman"/>
                <w:sz w:val="20"/>
                <w:szCs w:val="20"/>
              </w:rPr>
            </w:pPr>
          </w:p>
        </w:tc>
        <w:tc>
          <w:tcPr>
            <w:tcW w:w="0" w:type="auto"/>
            <w:tcMar>
              <w:top w:w="20" w:type="dxa"/>
              <w:left w:w="35" w:type="dxa"/>
              <w:bottom w:w="20" w:type="dxa"/>
              <w:right w:w="35" w:type="dxa"/>
            </w:tcMar>
            <w:vAlign w:val="center"/>
          </w:tcPr>
          <w:p w14:paraId="0A31D40A" w14:textId="77777777" w:rsidR="00272A77" w:rsidRPr="001A2E38" w:rsidRDefault="00272A77" w:rsidP="005046C0">
            <w:pPr>
              <w:rPr>
                <w:rFonts w:ascii="Times New Roman" w:hAnsi="Times New Roman" w:cs="Times New Roman"/>
                <w:sz w:val="20"/>
                <w:szCs w:val="20"/>
              </w:rPr>
            </w:pPr>
            <w:r w:rsidRPr="001A2E38">
              <w:rPr>
                <w:rFonts w:ascii="Times New Roman" w:eastAsia="Times New Roman" w:hAnsi="Times New Roman" w:cs="Times New Roman"/>
                <w:sz w:val="20"/>
                <w:szCs w:val="20"/>
              </w:rPr>
              <w:t>LDL-C</w:t>
            </w:r>
          </w:p>
        </w:tc>
        <w:tc>
          <w:tcPr>
            <w:tcW w:w="0" w:type="auto"/>
            <w:tcMar>
              <w:top w:w="20" w:type="dxa"/>
              <w:left w:w="35" w:type="dxa"/>
              <w:bottom w:w="20" w:type="dxa"/>
              <w:right w:w="35" w:type="dxa"/>
            </w:tcMar>
            <w:vAlign w:val="center"/>
          </w:tcPr>
          <w:p w14:paraId="34A049EB" w14:textId="77777777" w:rsidR="00272A77" w:rsidRPr="001A2E38" w:rsidRDefault="00272A77" w:rsidP="005046C0">
            <w:pPr>
              <w:jc w:val="center"/>
              <w:rPr>
                <w:rFonts w:ascii="Times New Roman" w:hAnsi="Times New Roman" w:cs="Times New Roman"/>
                <w:sz w:val="20"/>
                <w:szCs w:val="20"/>
              </w:rPr>
            </w:pPr>
            <w:r w:rsidRPr="001A2E38">
              <w:rPr>
                <w:rFonts w:ascii="Times New Roman" w:eastAsia="Times New Roman" w:hAnsi="Times New Roman" w:cs="Times New Roman"/>
                <w:sz w:val="20"/>
                <w:szCs w:val="20"/>
              </w:rPr>
              <w:t>0.001</w:t>
            </w:r>
          </w:p>
        </w:tc>
        <w:tc>
          <w:tcPr>
            <w:tcW w:w="0" w:type="auto"/>
            <w:tcMar>
              <w:top w:w="20" w:type="dxa"/>
              <w:left w:w="35" w:type="dxa"/>
              <w:bottom w:w="20" w:type="dxa"/>
              <w:right w:w="35" w:type="dxa"/>
            </w:tcMar>
            <w:vAlign w:val="center"/>
          </w:tcPr>
          <w:p w14:paraId="04407E63" w14:textId="77777777" w:rsidR="00272A77" w:rsidRPr="001A2E38" w:rsidRDefault="00272A77" w:rsidP="005046C0">
            <w:pPr>
              <w:jc w:val="center"/>
              <w:rPr>
                <w:rFonts w:ascii="Times New Roman" w:hAnsi="Times New Roman" w:cs="Times New Roman"/>
                <w:sz w:val="20"/>
                <w:szCs w:val="20"/>
              </w:rPr>
            </w:pPr>
            <w:r w:rsidRPr="001A2E38">
              <w:rPr>
                <w:rFonts w:ascii="Times New Roman" w:eastAsia="Times New Roman" w:hAnsi="Times New Roman" w:cs="Times New Roman"/>
                <w:sz w:val="20"/>
                <w:szCs w:val="20"/>
              </w:rPr>
              <w:t>0.791</w:t>
            </w:r>
          </w:p>
        </w:tc>
        <w:tc>
          <w:tcPr>
            <w:tcW w:w="0" w:type="auto"/>
            <w:tcMar>
              <w:top w:w="20" w:type="dxa"/>
              <w:left w:w="35" w:type="dxa"/>
              <w:bottom w:w="20" w:type="dxa"/>
              <w:right w:w="35" w:type="dxa"/>
            </w:tcMar>
            <w:vAlign w:val="center"/>
          </w:tcPr>
          <w:p w14:paraId="393D506A" w14:textId="77777777" w:rsidR="00272A77" w:rsidRPr="001A2E38" w:rsidRDefault="00272A77" w:rsidP="005046C0">
            <w:pPr>
              <w:jc w:val="center"/>
              <w:rPr>
                <w:rFonts w:ascii="Times New Roman" w:hAnsi="Times New Roman" w:cs="Times New Roman"/>
                <w:sz w:val="20"/>
                <w:szCs w:val="20"/>
              </w:rPr>
            </w:pPr>
            <w:r w:rsidRPr="001A2E38">
              <w:rPr>
                <w:rFonts w:ascii="Times New Roman" w:eastAsia="Times New Roman" w:hAnsi="Times New Roman" w:cs="Times New Roman"/>
                <w:sz w:val="20"/>
                <w:szCs w:val="20"/>
              </w:rPr>
              <w:t>0.110</w:t>
            </w:r>
          </w:p>
        </w:tc>
        <w:tc>
          <w:tcPr>
            <w:tcW w:w="0" w:type="auto"/>
            <w:tcMar>
              <w:top w:w="20" w:type="dxa"/>
              <w:left w:w="35" w:type="dxa"/>
              <w:bottom w:w="20" w:type="dxa"/>
              <w:right w:w="35" w:type="dxa"/>
            </w:tcMar>
            <w:vAlign w:val="center"/>
          </w:tcPr>
          <w:p w14:paraId="0042D20C" w14:textId="77777777" w:rsidR="00272A77" w:rsidRPr="001A2E38" w:rsidRDefault="00272A77" w:rsidP="005046C0">
            <w:pPr>
              <w:jc w:val="center"/>
              <w:rPr>
                <w:rFonts w:ascii="Times New Roman" w:hAnsi="Times New Roman" w:cs="Times New Roman"/>
                <w:sz w:val="20"/>
                <w:szCs w:val="20"/>
              </w:rPr>
            </w:pPr>
            <w:r w:rsidRPr="001A2E38">
              <w:rPr>
                <w:rFonts w:ascii="Times New Roman" w:eastAsia="Times New Roman" w:hAnsi="Times New Roman" w:cs="Times New Roman"/>
                <w:sz w:val="20"/>
                <w:szCs w:val="20"/>
              </w:rPr>
              <w:t>0.096</w:t>
            </w:r>
          </w:p>
        </w:tc>
        <w:tc>
          <w:tcPr>
            <w:tcW w:w="0" w:type="auto"/>
            <w:tcMar>
              <w:top w:w="20" w:type="dxa"/>
              <w:left w:w="35" w:type="dxa"/>
              <w:bottom w:w="20" w:type="dxa"/>
              <w:right w:w="35" w:type="dxa"/>
            </w:tcMar>
            <w:vAlign w:val="center"/>
          </w:tcPr>
          <w:p w14:paraId="1E80BA2D" w14:textId="77777777" w:rsidR="00272A77" w:rsidRPr="001A2E38" w:rsidRDefault="00272A77" w:rsidP="005046C0">
            <w:pPr>
              <w:jc w:val="center"/>
              <w:rPr>
                <w:rFonts w:ascii="Times New Roman" w:hAnsi="Times New Roman" w:cs="Times New Roman"/>
                <w:sz w:val="20"/>
                <w:szCs w:val="20"/>
              </w:rPr>
            </w:pPr>
            <w:r w:rsidRPr="001A2E38">
              <w:rPr>
                <w:rFonts w:ascii="Times New Roman" w:eastAsia="Times New Roman" w:hAnsi="Times New Roman" w:cs="Times New Roman"/>
                <w:sz w:val="20"/>
                <w:szCs w:val="20"/>
              </w:rPr>
              <w:t>0.863</w:t>
            </w:r>
          </w:p>
        </w:tc>
        <w:tc>
          <w:tcPr>
            <w:tcW w:w="0" w:type="auto"/>
            <w:tcMar>
              <w:top w:w="20" w:type="dxa"/>
              <w:left w:w="35" w:type="dxa"/>
              <w:bottom w:w="20" w:type="dxa"/>
              <w:right w:w="35" w:type="dxa"/>
            </w:tcMar>
            <w:vAlign w:val="center"/>
          </w:tcPr>
          <w:p w14:paraId="4B732372" w14:textId="77777777" w:rsidR="00272A77" w:rsidRPr="001A2E38" w:rsidRDefault="00272A77" w:rsidP="005046C0">
            <w:pPr>
              <w:jc w:val="center"/>
              <w:rPr>
                <w:rFonts w:ascii="Times New Roman" w:hAnsi="Times New Roman" w:cs="Times New Roman"/>
                <w:sz w:val="20"/>
                <w:szCs w:val="20"/>
              </w:rPr>
            </w:pPr>
            <w:r w:rsidRPr="001A2E38">
              <w:rPr>
                <w:rFonts w:ascii="Times New Roman" w:eastAsia="Times New Roman" w:hAnsi="Times New Roman" w:cs="Times New Roman"/>
                <w:sz w:val="20"/>
                <w:szCs w:val="20"/>
              </w:rPr>
              <w:t>0.019</w:t>
            </w:r>
          </w:p>
        </w:tc>
        <w:tc>
          <w:tcPr>
            <w:tcW w:w="0" w:type="auto"/>
            <w:tcMar>
              <w:top w:w="20" w:type="dxa"/>
              <w:left w:w="35" w:type="dxa"/>
              <w:bottom w:w="20" w:type="dxa"/>
              <w:right w:w="35" w:type="dxa"/>
            </w:tcMar>
            <w:vAlign w:val="center"/>
          </w:tcPr>
          <w:p w14:paraId="1B239F23" w14:textId="77777777" w:rsidR="00272A77" w:rsidRPr="001A2E38" w:rsidRDefault="00272A77" w:rsidP="005046C0">
            <w:pPr>
              <w:jc w:val="center"/>
              <w:rPr>
                <w:rFonts w:ascii="Times New Roman" w:hAnsi="Times New Roman" w:cs="Times New Roman"/>
                <w:sz w:val="20"/>
                <w:szCs w:val="20"/>
              </w:rPr>
            </w:pPr>
            <w:r w:rsidRPr="001A2E38">
              <w:rPr>
                <w:rFonts w:ascii="Times New Roman" w:eastAsia="Times New Roman" w:hAnsi="Times New Roman" w:cs="Times New Roman"/>
                <w:sz w:val="20"/>
                <w:szCs w:val="20"/>
              </w:rPr>
              <w:t>&lt;0.001</w:t>
            </w:r>
          </w:p>
        </w:tc>
        <w:tc>
          <w:tcPr>
            <w:tcW w:w="0" w:type="auto"/>
            <w:tcMar>
              <w:top w:w="20" w:type="dxa"/>
              <w:left w:w="35" w:type="dxa"/>
              <w:bottom w:w="20" w:type="dxa"/>
              <w:right w:w="35" w:type="dxa"/>
            </w:tcMar>
            <w:vAlign w:val="center"/>
          </w:tcPr>
          <w:p w14:paraId="409CC992" w14:textId="77777777" w:rsidR="00272A77" w:rsidRPr="001A2E38" w:rsidRDefault="00272A77" w:rsidP="005046C0">
            <w:pPr>
              <w:jc w:val="center"/>
              <w:rPr>
                <w:rFonts w:ascii="Times New Roman" w:hAnsi="Times New Roman" w:cs="Times New Roman"/>
                <w:sz w:val="20"/>
                <w:szCs w:val="20"/>
              </w:rPr>
            </w:pPr>
            <w:r w:rsidRPr="001A2E38">
              <w:rPr>
                <w:rFonts w:ascii="Times New Roman" w:eastAsia="Times New Roman" w:hAnsi="Times New Roman" w:cs="Times New Roman"/>
                <w:sz w:val="20"/>
                <w:szCs w:val="20"/>
              </w:rPr>
              <w:t>0.002</w:t>
            </w:r>
          </w:p>
        </w:tc>
      </w:tr>
      <w:tr w:rsidR="00272A77" w:rsidRPr="001A2E38" w14:paraId="423B4427" w14:textId="77777777" w:rsidTr="005046C0">
        <w:trPr>
          <w:trHeight w:hRule="exact" w:val="340"/>
          <w:jc w:val="center"/>
        </w:trPr>
        <w:tc>
          <w:tcPr>
            <w:tcW w:w="0" w:type="auto"/>
            <w:vMerge/>
            <w:tcMar>
              <w:top w:w="20" w:type="dxa"/>
              <w:left w:w="35" w:type="dxa"/>
              <w:bottom w:w="20" w:type="dxa"/>
              <w:right w:w="35" w:type="dxa"/>
            </w:tcMar>
            <w:vAlign w:val="center"/>
          </w:tcPr>
          <w:p w14:paraId="12037F9C" w14:textId="77777777" w:rsidR="00272A77" w:rsidRPr="001A2E38" w:rsidRDefault="00272A77" w:rsidP="005046C0">
            <w:pPr>
              <w:rPr>
                <w:rFonts w:ascii="Times New Roman" w:hAnsi="Times New Roman" w:cs="Times New Roman"/>
                <w:sz w:val="20"/>
                <w:szCs w:val="20"/>
              </w:rPr>
            </w:pPr>
          </w:p>
        </w:tc>
        <w:tc>
          <w:tcPr>
            <w:tcW w:w="0" w:type="auto"/>
            <w:tcMar>
              <w:top w:w="20" w:type="dxa"/>
              <w:left w:w="35" w:type="dxa"/>
              <w:bottom w:w="20" w:type="dxa"/>
              <w:right w:w="35" w:type="dxa"/>
            </w:tcMar>
            <w:vAlign w:val="center"/>
          </w:tcPr>
          <w:p w14:paraId="2B4344B6" w14:textId="77777777" w:rsidR="00272A77" w:rsidRPr="001A2E38" w:rsidRDefault="00272A77" w:rsidP="005046C0">
            <w:pPr>
              <w:rPr>
                <w:rFonts w:ascii="Times New Roman" w:hAnsi="Times New Roman" w:cs="Times New Roman"/>
                <w:sz w:val="20"/>
                <w:szCs w:val="20"/>
              </w:rPr>
            </w:pPr>
            <w:r w:rsidRPr="001A2E38">
              <w:rPr>
                <w:rFonts w:ascii="Times New Roman" w:eastAsia="Times New Roman" w:hAnsi="Times New Roman" w:cs="Times New Roman"/>
                <w:sz w:val="20"/>
                <w:szCs w:val="20"/>
              </w:rPr>
              <w:t>IGF-1</w:t>
            </w:r>
          </w:p>
        </w:tc>
        <w:tc>
          <w:tcPr>
            <w:tcW w:w="0" w:type="auto"/>
            <w:tcMar>
              <w:top w:w="20" w:type="dxa"/>
              <w:left w:w="35" w:type="dxa"/>
              <w:bottom w:w="20" w:type="dxa"/>
              <w:right w:w="35" w:type="dxa"/>
            </w:tcMar>
            <w:vAlign w:val="center"/>
          </w:tcPr>
          <w:p w14:paraId="4EAFC711" w14:textId="77777777" w:rsidR="00272A77" w:rsidRPr="001A2E38" w:rsidRDefault="00272A77" w:rsidP="005046C0">
            <w:pPr>
              <w:jc w:val="center"/>
              <w:rPr>
                <w:rFonts w:ascii="Times New Roman" w:hAnsi="Times New Roman" w:cs="Times New Roman"/>
                <w:sz w:val="20"/>
                <w:szCs w:val="20"/>
              </w:rPr>
            </w:pPr>
            <w:r w:rsidRPr="001A2E38">
              <w:rPr>
                <w:rFonts w:ascii="Times New Roman" w:eastAsia="Times New Roman" w:hAnsi="Times New Roman" w:cs="Times New Roman"/>
                <w:sz w:val="20"/>
                <w:szCs w:val="20"/>
              </w:rPr>
              <w:t>0.947</w:t>
            </w:r>
          </w:p>
        </w:tc>
        <w:tc>
          <w:tcPr>
            <w:tcW w:w="0" w:type="auto"/>
            <w:tcMar>
              <w:top w:w="20" w:type="dxa"/>
              <w:left w:w="35" w:type="dxa"/>
              <w:bottom w:w="20" w:type="dxa"/>
              <w:right w:w="35" w:type="dxa"/>
            </w:tcMar>
            <w:vAlign w:val="center"/>
          </w:tcPr>
          <w:p w14:paraId="4874C5EB" w14:textId="77777777" w:rsidR="00272A77" w:rsidRPr="001A2E38" w:rsidRDefault="00272A77" w:rsidP="005046C0">
            <w:pPr>
              <w:jc w:val="center"/>
              <w:rPr>
                <w:rFonts w:ascii="Times New Roman" w:hAnsi="Times New Roman" w:cs="Times New Roman"/>
                <w:sz w:val="20"/>
                <w:szCs w:val="20"/>
              </w:rPr>
            </w:pPr>
            <w:r w:rsidRPr="001A2E38">
              <w:rPr>
                <w:rFonts w:ascii="Times New Roman" w:eastAsia="Times New Roman" w:hAnsi="Times New Roman" w:cs="Times New Roman"/>
                <w:sz w:val="20"/>
                <w:szCs w:val="20"/>
              </w:rPr>
              <w:t>0.015</w:t>
            </w:r>
          </w:p>
        </w:tc>
        <w:tc>
          <w:tcPr>
            <w:tcW w:w="0" w:type="auto"/>
            <w:tcMar>
              <w:top w:w="20" w:type="dxa"/>
              <w:left w:w="35" w:type="dxa"/>
              <w:bottom w:w="20" w:type="dxa"/>
              <w:right w:w="35" w:type="dxa"/>
            </w:tcMar>
            <w:vAlign w:val="center"/>
          </w:tcPr>
          <w:p w14:paraId="42D9B40B" w14:textId="77777777" w:rsidR="00272A77" w:rsidRPr="001A2E38" w:rsidRDefault="00272A77" w:rsidP="005046C0">
            <w:pPr>
              <w:jc w:val="center"/>
              <w:rPr>
                <w:rFonts w:ascii="Times New Roman" w:hAnsi="Times New Roman" w:cs="Times New Roman"/>
                <w:sz w:val="20"/>
                <w:szCs w:val="20"/>
              </w:rPr>
            </w:pPr>
            <w:r w:rsidRPr="001A2E38">
              <w:rPr>
                <w:rFonts w:ascii="Times New Roman" w:eastAsia="Times New Roman" w:hAnsi="Times New Roman" w:cs="Times New Roman"/>
                <w:sz w:val="20"/>
                <w:szCs w:val="20"/>
              </w:rPr>
              <w:t>0.286</w:t>
            </w:r>
          </w:p>
        </w:tc>
        <w:tc>
          <w:tcPr>
            <w:tcW w:w="0" w:type="auto"/>
            <w:tcMar>
              <w:top w:w="20" w:type="dxa"/>
              <w:left w:w="35" w:type="dxa"/>
              <w:bottom w:w="20" w:type="dxa"/>
              <w:right w:w="35" w:type="dxa"/>
            </w:tcMar>
            <w:vAlign w:val="center"/>
          </w:tcPr>
          <w:p w14:paraId="34DCE483" w14:textId="77777777" w:rsidR="00272A77" w:rsidRPr="001A2E38" w:rsidRDefault="00272A77" w:rsidP="005046C0">
            <w:pPr>
              <w:jc w:val="center"/>
              <w:rPr>
                <w:rFonts w:ascii="Times New Roman" w:hAnsi="Times New Roman" w:cs="Times New Roman"/>
                <w:sz w:val="20"/>
                <w:szCs w:val="20"/>
              </w:rPr>
            </w:pPr>
            <w:r w:rsidRPr="001A2E38">
              <w:rPr>
                <w:rFonts w:ascii="Times New Roman" w:eastAsia="Times New Roman" w:hAnsi="Times New Roman" w:cs="Times New Roman"/>
                <w:sz w:val="20"/>
                <w:szCs w:val="20"/>
              </w:rPr>
              <w:t>0.019</w:t>
            </w:r>
          </w:p>
        </w:tc>
        <w:tc>
          <w:tcPr>
            <w:tcW w:w="0" w:type="auto"/>
            <w:tcMar>
              <w:top w:w="20" w:type="dxa"/>
              <w:left w:w="35" w:type="dxa"/>
              <w:bottom w:w="20" w:type="dxa"/>
              <w:right w:w="35" w:type="dxa"/>
            </w:tcMar>
            <w:vAlign w:val="center"/>
          </w:tcPr>
          <w:p w14:paraId="19373941" w14:textId="77777777" w:rsidR="00272A77" w:rsidRPr="001A2E38" w:rsidRDefault="00272A77" w:rsidP="005046C0">
            <w:pPr>
              <w:jc w:val="center"/>
              <w:rPr>
                <w:rFonts w:ascii="Times New Roman" w:hAnsi="Times New Roman" w:cs="Times New Roman"/>
                <w:sz w:val="20"/>
                <w:szCs w:val="20"/>
              </w:rPr>
            </w:pPr>
            <w:r w:rsidRPr="001A2E38">
              <w:rPr>
                <w:rFonts w:ascii="Times New Roman" w:eastAsia="Times New Roman" w:hAnsi="Times New Roman" w:cs="Times New Roman"/>
                <w:sz w:val="20"/>
                <w:szCs w:val="20"/>
              </w:rPr>
              <w:t>0.019</w:t>
            </w:r>
          </w:p>
        </w:tc>
        <w:tc>
          <w:tcPr>
            <w:tcW w:w="0" w:type="auto"/>
            <w:tcMar>
              <w:top w:w="20" w:type="dxa"/>
              <w:left w:w="35" w:type="dxa"/>
              <w:bottom w:w="20" w:type="dxa"/>
              <w:right w:w="35" w:type="dxa"/>
            </w:tcMar>
            <w:vAlign w:val="center"/>
          </w:tcPr>
          <w:p w14:paraId="769C26E9" w14:textId="77777777" w:rsidR="00272A77" w:rsidRPr="001A2E38" w:rsidRDefault="00272A77" w:rsidP="005046C0">
            <w:pPr>
              <w:jc w:val="center"/>
              <w:rPr>
                <w:rFonts w:ascii="Times New Roman" w:hAnsi="Times New Roman" w:cs="Times New Roman"/>
                <w:sz w:val="20"/>
                <w:szCs w:val="20"/>
              </w:rPr>
            </w:pPr>
            <w:r w:rsidRPr="001A2E38">
              <w:rPr>
                <w:rFonts w:ascii="Times New Roman" w:eastAsia="Times New Roman" w:hAnsi="Times New Roman" w:cs="Times New Roman"/>
                <w:sz w:val="20"/>
                <w:szCs w:val="20"/>
              </w:rPr>
              <w:t>0.946</w:t>
            </w:r>
          </w:p>
        </w:tc>
        <w:tc>
          <w:tcPr>
            <w:tcW w:w="0" w:type="auto"/>
            <w:tcMar>
              <w:top w:w="20" w:type="dxa"/>
              <w:left w:w="35" w:type="dxa"/>
              <w:bottom w:w="20" w:type="dxa"/>
              <w:right w:w="35" w:type="dxa"/>
            </w:tcMar>
            <w:vAlign w:val="center"/>
          </w:tcPr>
          <w:p w14:paraId="5F8DB09A" w14:textId="77777777" w:rsidR="00272A77" w:rsidRPr="001A2E38" w:rsidRDefault="00272A77" w:rsidP="005046C0">
            <w:pPr>
              <w:jc w:val="center"/>
              <w:rPr>
                <w:rFonts w:ascii="Times New Roman" w:hAnsi="Times New Roman" w:cs="Times New Roman"/>
                <w:sz w:val="20"/>
                <w:szCs w:val="20"/>
              </w:rPr>
            </w:pPr>
            <w:r w:rsidRPr="001A2E38">
              <w:rPr>
                <w:rFonts w:ascii="Times New Roman" w:eastAsia="Times New Roman" w:hAnsi="Times New Roman" w:cs="Times New Roman"/>
                <w:sz w:val="20"/>
                <w:szCs w:val="20"/>
              </w:rPr>
              <w:t>0.703</w:t>
            </w:r>
          </w:p>
        </w:tc>
        <w:tc>
          <w:tcPr>
            <w:tcW w:w="0" w:type="auto"/>
            <w:tcMar>
              <w:top w:w="20" w:type="dxa"/>
              <w:left w:w="35" w:type="dxa"/>
              <w:bottom w:w="20" w:type="dxa"/>
              <w:right w:w="35" w:type="dxa"/>
            </w:tcMar>
            <w:vAlign w:val="center"/>
          </w:tcPr>
          <w:p w14:paraId="59BCFCCE" w14:textId="77777777" w:rsidR="00272A77" w:rsidRPr="001A2E38" w:rsidRDefault="00272A77" w:rsidP="005046C0">
            <w:pPr>
              <w:jc w:val="center"/>
              <w:rPr>
                <w:rFonts w:ascii="Times New Roman" w:hAnsi="Times New Roman" w:cs="Times New Roman"/>
                <w:sz w:val="20"/>
                <w:szCs w:val="20"/>
              </w:rPr>
            </w:pPr>
            <w:r w:rsidRPr="001A2E38">
              <w:rPr>
                <w:rFonts w:ascii="Times New Roman" w:eastAsia="Times New Roman" w:hAnsi="Times New Roman" w:cs="Times New Roman"/>
                <w:sz w:val="20"/>
                <w:szCs w:val="20"/>
              </w:rPr>
              <w:t>0.250</w:t>
            </w:r>
          </w:p>
        </w:tc>
      </w:tr>
      <w:tr w:rsidR="00272A77" w:rsidRPr="001A2E38" w14:paraId="5732352C" w14:textId="77777777" w:rsidTr="005046C0">
        <w:trPr>
          <w:trHeight w:hRule="exact" w:val="340"/>
          <w:jc w:val="center"/>
        </w:trPr>
        <w:tc>
          <w:tcPr>
            <w:tcW w:w="0" w:type="auto"/>
            <w:vMerge/>
            <w:tcMar>
              <w:top w:w="20" w:type="dxa"/>
              <w:left w:w="35" w:type="dxa"/>
              <w:bottom w:w="20" w:type="dxa"/>
              <w:right w:w="35" w:type="dxa"/>
            </w:tcMar>
            <w:vAlign w:val="center"/>
          </w:tcPr>
          <w:p w14:paraId="76B2536C" w14:textId="77777777" w:rsidR="00272A77" w:rsidRPr="001A2E38" w:rsidRDefault="00272A77" w:rsidP="005046C0">
            <w:pPr>
              <w:rPr>
                <w:rFonts w:ascii="Times New Roman" w:hAnsi="Times New Roman" w:cs="Times New Roman"/>
                <w:sz w:val="20"/>
                <w:szCs w:val="20"/>
              </w:rPr>
            </w:pPr>
          </w:p>
        </w:tc>
        <w:tc>
          <w:tcPr>
            <w:tcW w:w="0" w:type="auto"/>
            <w:tcMar>
              <w:top w:w="20" w:type="dxa"/>
              <w:left w:w="35" w:type="dxa"/>
              <w:bottom w:w="20" w:type="dxa"/>
              <w:right w:w="35" w:type="dxa"/>
            </w:tcMar>
            <w:vAlign w:val="center"/>
          </w:tcPr>
          <w:p w14:paraId="32374C79" w14:textId="77777777" w:rsidR="00272A77" w:rsidRPr="001A2E38" w:rsidRDefault="00272A77" w:rsidP="005046C0">
            <w:pPr>
              <w:rPr>
                <w:rFonts w:ascii="Times New Roman" w:hAnsi="Times New Roman" w:cs="Times New Roman"/>
                <w:sz w:val="20"/>
                <w:szCs w:val="20"/>
              </w:rPr>
            </w:pPr>
            <w:r w:rsidRPr="001A2E38">
              <w:rPr>
                <w:rFonts w:ascii="Times New Roman" w:eastAsia="Times New Roman" w:hAnsi="Times New Roman" w:cs="Times New Roman"/>
                <w:sz w:val="20"/>
                <w:szCs w:val="20"/>
              </w:rPr>
              <w:t>Lipoprotein(a)</w:t>
            </w:r>
          </w:p>
        </w:tc>
        <w:tc>
          <w:tcPr>
            <w:tcW w:w="0" w:type="auto"/>
            <w:tcMar>
              <w:top w:w="20" w:type="dxa"/>
              <w:left w:w="35" w:type="dxa"/>
              <w:bottom w:w="20" w:type="dxa"/>
              <w:right w:w="35" w:type="dxa"/>
            </w:tcMar>
            <w:vAlign w:val="center"/>
          </w:tcPr>
          <w:p w14:paraId="0E7D89B6" w14:textId="77777777" w:rsidR="00272A77" w:rsidRPr="001A2E38" w:rsidRDefault="00272A77" w:rsidP="005046C0">
            <w:pPr>
              <w:jc w:val="center"/>
              <w:rPr>
                <w:rFonts w:ascii="Times New Roman" w:hAnsi="Times New Roman" w:cs="Times New Roman"/>
                <w:sz w:val="20"/>
                <w:szCs w:val="20"/>
              </w:rPr>
            </w:pPr>
            <w:r w:rsidRPr="001A2E38">
              <w:rPr>
                <w:rFonts w:ascii="Times New Roman" w:eastAsia="Times New Roman" w:hAnsi="Times New Roman" w:cs="Times New Roman"/>
                <w:sz w:val="20"/>
                <w:szCs w:val="20"/>
              </w:rPr>
              <w:t>0.755</w:t>
            </w:r>
          </w:p>
        </w:tc>
        <w:tc>
          <w:tcPr>
            <w:tcW w:w="0" w:type="auto"/>
            <w:tcMar>
              <w:top w:w="20" w:type="dxa"/>
              <w:left w:w="35" w:type="dxa"/>
              <w:bottom w:w="20" w:type="dxa"/>
              <w:right w:w="35" w:type="dxa"/>
            </w:tcMar>
            <w:vAlign w:val="center"/>
          </w:tcPr>
          <w:p w14:paraId="0118D719" w14:textId="77777777" w:rsidR="00272A77" w:rsidRPr="001A2E38" w:rsidRDefault="00272A77" w:rsidP="005046C0">
            <w:pPr>
              <w:jc w:val="center"/>
              <w:rPr>
                <w:rFonts w:ascii="Times New Roman" w:hAnsi="Times New Roman" w:cs="Times New Roman"/>
                <w:sz w:val="20"/>
                <w:szCs w:val="20"/>
              </w:rPr>
            </w:pPr>
            <w:r w:rsidRPr="001A2E38">
              <w:rPr>
                <w:rFonts w:ascii="Times New Roman" w:eastAsia="Times New Roman" w:hAnsi="Times New Roman" w:cs="Times New Roman"/>
                <w:sz w:val="20"/>
                <w:szCs w:val="20"/>
              </w:rPr>
              <w:t>0.593</w:t>
            </w:r>
          </w:p>
        </w:tc>
        <w:tc>
          <w:tcPr>
            <w:tcW w:w="0" w:type="auto"/>
            <w:tcMar>
              <w:top w:w="20" w:type="dxa"/>
              <w:left w:w="35" w:type="dxa"/>
              <w:bottom w:w="20" w:type="dxa"/>
              <w:right w:w="35" w:type="dxa"/>
            </w:tcMar>
            <w:vAlign w:val="center"/>
          </w:tcPr>
          <w:p w14:paraId="3100949A" w14:textId="77777777" w:rsidR="00272A77" w:rsidRPr="001A2E38" w:rsidRDefault="00272A77" w:rsidP="005046C0">
            <w:pPr>
              <w:jc w:val="center"/>
              <w:rPr>
                <w:rFonts w:ascii="Times New Roman" w:hAnsi="Times New Roman" w:cs="Times New Roman"/>
                <w:sz w:val="20"/>
                <w:szCs w:val="20"/>
              </w:rPr>
            </w:pPr>
            <w:r w:rsidRPr="001A2E38">
              <w:rPr>
                <w:rFonts w:ascii="Times New Roman" w:eastAsia="Times New Roman" w:hAnsi="Times New Roman" w:cs="Times New Roman"/>
                <w:sz w:val="20"/>
                <w:szCs w:val="20"/>
              </w:rPr>
              <w:t>0.631</w:t>
            </w:r>
          </w:p>
        </w:tc>
        <w:tc>
          <w:tcPr>
            <w:tcW w:w="0" w:type="auto"/>
            <w:tcMar>
              <w:top w:w="20" w:type="dxa"/>
              <w:left w:w="35" w:type="dxa"/>
              <w:bottom w:w="20" w:type="dxa"/>
              <w:right w:w="35" w:type="dxa"/>
            </w:tcMar>
            <w:vAlign w:val="center"/>
          </w:tcPr>
          <w:p w14:paraId="7E51AC76" w14:textId="77777777" w:rsidR="00272A77" w:rsidRPr="001A2E38" w:rsidRDefault="00272A77" w:rsidP="005046C0">
            <w:pPr>
              <w:jc w:val="center"/>
              <w:rPr>
                <w:rFonts w:ascii="Times New Roman" w:hAnsi="Times New Roman" w:cs="Times New Roman"/>
                <w:sz w:val="20"/>
                <w:szCs w:val="20"/>
              </w:rPr>
            </w:pPr>
            <w:r w:rsidRPr="001A2E38">
              <w:rPr>
                <w:rFonts w:ascii="Times New Roman" w:eastAsia="Times New Roman" w:hAnsi="Times New Roman" w:cs="Times New Roman"/>
                <w:sz w:val="20"/>
                <w:szCs w:val="20"/>
              </w:rPr>
              <w:t>0.802</w:t>
            </w:r>
          </w:p>
        </w:tc>
        <w:tc>
          <w:tcPr>
            <w:tcW w:w="0" w:type="auto"/>
            <w:tcMar>
              <w:top w:w="20" w:type="dxa"/>
              <w:left w:w="35" w:type="dxa"/>
              <w:bottom w:w="20" w:type="dxa"/>
              <w:right w:w="35" w:type="dxa"/>
            </w:tcMar>
            <w:vAlign w:val="center"/>
          </w:tcPr>
          <w:p w14:paraId="1E523261" w14:textId="77777777" w:rsidR="00272A77" w:rsidRPr="001A2E38" w:rsidRDefault="00272A77" w:rsidP="005046C0">
            <w:pPr>
              <w:jc w:val="center"/>
              <w:rPr>
                <w:rFonts w:ascii="Times New Roman" w:hAnsi="Times New Roman" w:cs="Times New Roman"/>
                <w:sz w:val="20"/>
                <w:szCs w:val="20"/>
              </w:rPr>
            </w:pPr>
            <w:r w:rsidRPr="001A2E38">
              <w:rPr>
                <w:rFonts w:ascii="Times New Roman" w:eastAsia="Times New Roman" w:hAnsi="Times New Roman" w:cs="Times New Roman"/>
                <w:sz w:val="20"/>
                <w:szCs w:val="20"/>
              </w:rPr>
              <w:t>0.847</w:t>
            </w:r>
          </w:p>
        </w:tc>
        <w:tc>
          <w:tcPr>
            <w:tcW w:w="0" w:type="auto"/>
            <w:tcMar>
              <w:top w:w="20" w:type="dxa"/>
              <w:left w:w="35" w:type="dxa"/>
              <w:bottom w:w="20" w:type="dxa"/>
              <w:right w:w="35" w:type="dxa"/>
            </w:tcMar>
            <w:vAlign w:val="center"/>
          </w:tcPr>
          <w:p w14:paraId="526366B7" w14:textId="77777777" w:rsidR="00272A77" w:rsidRPr="001A2E38" w:rsidRDefault="00272A77" w:rsidP="005046C0">
            <w:pPr>
              <w:jc w:val="center"/>
              <w:rPr>
                <w:rFonts w:ascii="Times New Roman" w:hAnsi="Times New Roman" w:cs="Times New Roman"/>
                <w:sz w:val="20"/>
                <w:szCs w:val="20"/>
              </w:rPr>
            </w:pPr>
            <w:r w:rsidRPr="001A2E38">
              <w:rPr>
                <w:rFonts w:ascii="Times New Roman" w:eastAsia="Times New Roman" w:hAnsi="Times New Roman" w:cs="Times New Roman"/>
                <w:sz w:val="20"/>
                <w:szCs w:val="20"/>
              </w:rPr>
              <w:t>0.900</w:t>
            </w:r>
          </w:p>
        </w:tc>
        <w:tc>
          <w:tcPr>
            <w:tcW w:w="0" w:type="auto"/>
            <w:tcMar>
              <w:top w:w="20" w:type="dxa"/>
              <w:left w:w="35" w:type="dxa"/>
              <w:bottom w:w="20" w:type="dxa"/>
              <w:right w:w="35" w:type="dxa"/>
            </w:tcMar>
            <w:vAlign w:val="center"/>
          </w:tcPr>
          <w:p w14:paraId="4A684C27" w14:textId="77777777" w:rsidR="00272A77" w:rsidRPr="001A2E38" w:rsidRDefault="00272A77" w:rsidP="005046C0">
            <w:pPr>
              <w:jc w:val="center"/>
              <w:rPr>
                <w:rFonts w:ascii="Times New Roman" w:hAnsi="Times New Roman" w:cs="Times New Roman"/>
                <w:sz w:val="20"/>
                <w:szCs w:val="20"/>
              </w:rPr>
            </w:pPr>
            <w:r w:rsidRPr="001A2E38">
              <w:rPr>
                <w:rFonts w:ascii="Times New Roman" w:eastAsia="Times New Roman" w:hAnsi="Times New Roman" w:cs="Times New Roman"/>
                <w:sz w:val="20"/>
                <w:szCs w:val="20"/>
              </w:rPr>
              <w:t>0.353</w:t>
            </w:r>
          </w:p>
        </w:tc>
        <w:tc>
          <w:tcPr>
            <w:tcW w:w="0" w:type="auto"/>
            <w:tcMar>
              <w:top w:w="20" w:type="dxa"/>
              <w:left w:w="35" w:type="dxa"/>
              <w:bottom w:w="20" w:type="dxa"/>
              <w:right w:w="35" w:type="dxa"/>
            </w:tcMar>
            <w:vAlign w:val="center"/>
          </w:tcPr>
          <w:p w14:paraId="1E3E4D8F" w14:textId="77777777" w:rsidR="00272A77" w:rsidRPr="001A2E38" w:rsidRDefault="00272A77" w:rsidP="005046C0">
            <w:pPr>
              <w:jc w:val="center"/>
              <w:rPr>
                <w:rFonts w:ascii="Times New Roman" w:hAnsi="Times New Roman" w:cs="Times New Roman"/>
                <w:sz w:val="20"/>
                <w:szCs w:val="20"/>
              </w:rPr>
            </w:pPr>
            <w:r w:rsidRPr="001A2E38">
              <w:rPr>
                <w:rFonts w:ascii="Times New Roman" w:eastAsia="Times New Roman" w:hAnsi="Times New Roman" w:cs="Times New Roman"/>
                <w:sz w:val="20"/>
                <w:szCs w:val="20"/>
              </w:rPr>
              <w:t>0.853</w:t>
            </w:r>
          </w:p>
        </w:tc>
      </w:tr>
      <w:tr w:rsidR="00272A77" w:rsidRPr="001A2E38" w14:paraId="4DD4ACA5" w14:textId="77777777" w:rsidTr="005046C0">
        <w:trPr>
          <w:trHeight w:hRule="exact" w:val="340"/>
          <w:jc w:val="center"/>
        </w:trPr>
        <w:tc>
          <w:tcPr>
            <w:tcW w:w="0" w:type="auto"/>
            <w:vMerge/>
            <w:tcMar>
              <w:top w:w="20" w:type="dxa"/>
              <w:left w:w="35" w:type="dxa"/>
              <w:bottom w:w="20" w:type="dxa"/>
              <w:right w:w="35" w:type="dxa"/>
            </w:tcMar>
            <w:vAlign w:val="center"/>
          </w:tcPr>
          <w:p w14:paraId="3C2ECB1A" w14:textId="77777777" w:rsidR="00272A77" w:rsidRPr="001A2E38" w:rsidRDefault="00272A77" w:rsidP="005046C0">
            <w:pPr>
              <w:rPr>
                <w:rFonts w:ascii="Times New Roman" w:hAnsi="Times New Roman" w:cs="Times New Roman"/>
                <w:sz w:val="20"/>
                <w:szCs w:val="20"/>
              </w:rPr>
            </w:pPr>
          </w:p>
        </w:tc>
        <w:tc>
          <w:tcPr>
            <w:tcW w:w="0" w:type="auto"/>
            <w:tcMar>
              <w:top w:w="20" w:type="dxa"/>
              <w:left w:w="35" w:type="dxa"/>
              <w:bottom w:w="20" w:type="dxa"/>
              <w:right w:w="35" w:type="dxa"/>
            </w:tcMar>
            <w:vAlign w:val="center"/>
          </w:tcPr>
          <w:p w14:paraId="6A32706C" w14:textId="77777777" w:rsidR="00272A77" w:rsidRPr="001A2E38" w:rsidRDefault="00272A77" w:rsidP="005046C0">
            <w:pPr>
              <w:rPr>
                <w:rFonts w:ascii="Times New Roman" w:hAnsi="Times New Roman" w:cs="Times New Roman"/>
                <w:sz w:val="20"/>
                <w:szCs w:val="20"/>
              </w:rPr>
            </w:pPr>
            <w:r w:rsidRPr="001A2E38">
              <w:rPr>
                <w:rFonts w:ascii="Times New Roman" w:eastAsia="Times New Roman" w:hAnsi="Times New Roman" w:cs="Times New Roman"/>
                <w:sz w:val="20"/>
                <w:szCs w:val="20"/>
              </w:rPr>
              <w:t>SBP</w:t>
            </w:r>
          </w:p>
        </w:tc>
        <w:tc>
          <w:tcPr>
            <w:tcW w:w="0" w:type="auto"/>
            <w:tcMar>
              <w:top w:w="20" w:type="dxa"/>
              <w:left w:w="35" w:type="dxa"/>
              <w:bottom w:w="20" w:type="dxa"/>
              <w:right w:w="35" w:type="dxa"/>
            </w:tcMar>
            <w:vAlign w:val="center"/>
          </w:tcPr>
          <w:p w14:paraId="2C0FC01E" w14:textId="77777777" w:rsidR="00272A77" w:rsidRPr="001A2E38" w:rsidRDefault="00272A77" w:rsidP="005046C0">
            <w:pPr>
              <w:jc w:val="center"/>
              <w:rPr>
                <w:rFonts w:ascii="Times New Roman" w:hAnsi="Times New Roman" w:cs="Times New Roman"/>
                <w:sz w:val="20"/>
                <w:szCs w:val="20"/>
              </w:rPr>
            </w:pPr>
            <w:r w:rsidRPr="001A2E38">
              <w:rPr>
                <w:rFonts w:ascii="Times New Roman" w:eastAsia="Times New Roman" w:hAnsi="Times New Roman" w:cs="Times New Roman"/>
                <w:sz w:val="20"/>
                <w:szCs w:val="20"/>
              </w:rPr>
              <w:t>0.104</w:t>
            </w:r>
          </w:p>
        </w:tc>
        <w:tc>
          <w:tcPr>
            <w:tcW w:w="0" w:type="auto"/>
            <w:tcMar>
              <w:top w:w="20" w:type="dxa"/>
              <w:left w:w="35" w:type="dxa"/>
              <w:bottom w:w="20" w:type="dxa"/>
              <w:right w:w="35" w:type="dxa"/>
            </w:tcMar>
            <w:vAlign w:val="center"/>
          </w:tcPr>
          <w:p w14:paraId="734A136A" w14:textId="77777777" w:rsidR="00272A77" w:rsidRPr="001A2E38" w:rsidRDefault="00272A77" w:rsidP="005046C0">
            <w:pPr>
              <w:jc w:val="center"/>
              <w:rPr>
                <w:rFonts w:ascii="Times New Roman" w:hAnsi="Times New Roman" w:cs="Times New Roman"/>
                <w:sz w:val="20"/>
                <w:szCs w:val="20"/>
              </w:rPr>
            </w:pPr>
            <w:r w:rsidRPr="001A2E38">
              <w:rPr>
                <w:rFonts w:ascii="Times New Roman" w:eastAsia="Times New Roman" w:hAnsi="Times New Roman" w:cs="Times New Roman"/>
                <w:sz w:val="20"/>
                <w:szCs w:val="20"/>
              </w:rPr>
              <w:t>0.077</w:t>
            </w:r>
          </w:p>
        </w:tc>
        <w:tc>
          <w:tcPr>
            <w:tcW w:w="0" w:type="auto"/>
            <w:tcMar>
              <w:top w:w="20" w:type="dxa"/>
              <w:left w:w="35" w:type="dxa"/>
              <w:bottom w:w="20" w:type="dxa"/>
              <w:right w:w="35" w:type="dxa"/>
            </w:tcMar>
            <w:vAlign w:val="center"/>
          </w:tcPr>
          <w:p w14:paraId="7BD7C583" w14:textId="77777777" w:rsidR="00272A77" w:rsidRPr="001A2E38" w:rsidRDefault="00272A77" w:rsidP="005046C0">
            <w:pPr>
              <w:jc w:val="center"/>
              <w:rPr>
                <w:rFonts w:ascii="Times New Roman" w:hAnsi="Times New Roman" w:cs="Times New Roman"/>
                <w:sz w:val="20"/>
                <w:szCs w:val="20"/>
              </w:rPr>
            </w:pPr>
            <w:r w:rsidRPr="001A2E38">
              <w:rPr>
                <w:rFonts w:ascii="Times New Roman" w:eastAsia="Times New Roman" w:hAnsi="Times New Roman" w:cs="Times New Roman"/>
                <w:sz w:val="20"/>
                <w:szCs w:val="20"/>
              </w:rPr>
              <w:t>0.025</w:t>
            </w:r>
          </w:p>
        </w:tc>
        <w:tc>
          <w:tcPr>
            <w:tcW w:w="0" w:type="auto"/>
            <w:tcMar>
              <w:top w:w="20" w:type="dxa"/>
              <w:left w:w="35" w:type="dxa"/>
              <w:bottom w:w="20" w:type="dxa"/>
              <w:right w:w="35" w:type="dxa"/>
            </w:tcMar>
            <w:vAlign w:val="center"/>
          </w:tcPr>
          <w:p w14:paraId="1FC1241C" w14:textId="77777777" w:rsidR="00272A77" w:rsidRPr="001A2E38" w:rsidRDefault="00272A77" w:rsidP="005046C0">
            <w:pPr>
              <w:jc w:val="center"/>
              <w:rPr>
                <w:rFonts w:ascii="Times New Roman" w:hAnsi="Times New Roman" w:cs="Times New Roman"/>
                <w:sz w:val="20"/>
                <w:szCs w:val="20"/>
              </w:rPr>
            </w:pPr>
            <w:r w:rsidRPr="001A2E38">
              <w:rPr>
                <w:rFonts w:ascii="Times New Roman" w:eastAsia="Times New Roman" w:hAnsi="Times New Roman" w:cs="Times New Roman"/>
                <w:sz w:val="20"/>
                <w:szCs w:val="20"/>
              </w:rPr>
              <w:t>0.018</w:t>
            </w:r>
          </w:p>
        </w:tc>
        <w:tc>
          <w:tcPr>
            <w:tcW w:w="0" w:type="auto"/>
            <w:tcMar>
              <w:top w:w="20" w:type="dxa"/>
              <w:left w:w="35" w:type="dxa"/>
              <w:bottom w:w="20" w:type="dxa"/>
              <w:right w:w="35" w:type="dxa"/>
            </w:tcMar>
            <w:vAlign w:val="center"/>
          </w:tcPr>
          <w:p w14:paraId="4F9300D7" w14:textId="77777777" w:rsidR="00272A77" w:rsidRPr="001A2E38" w:rsidRDefault="00272A77" w:rsidP="005046C0">
            <w:pPr>
              <w:jc w:val="center"/>
              <w:rPr>
                <w:rFonts w:ascii="Times New Roman" w:hAnsi="Times New Roman" w:cs="Times New Roman"/>
                <w:sz w:val="20"/>
                <w:szCs w:val="20"/>
              </w:rPr>
            </w:pPr>
            <w:r w:rsidRPr="001A2E38">
              <w:rPr>
                <w:rFonts w:ascii="Times New Roman" w:eastAsia="Times New Roman" w:hAnsi="Times New Roman" w:cs="Times New Roman"/>
                <w:sz w:val="20"/>
                <w:szCs w:val="20"/>
              </w:rPr>
              <w:t>0.031</w:t>
            </w:r>
          </w:p>
        </w:tc>
        <w:tc>
          <w:tcPr>
            <w:tcW w:w="0" w:type="auto"/>
            <w:tcMar>
              <w:top w:w="20" w:type="dxa"/>
              <w:left w:w="35" w:type="dxa"/>
              <w:bottom w:w="20" w:type="dxa"/>
              <w:right w:w="35" w:type="dxa"/>
            </w:tcMar>
            <w:vAlign w:val="center"/>
          </w:tcPr>
          <w:p w14:paraId="55941A8F" w14:textId="77777777" w:rsidR="00272A77" w:rsidRPr="001A2E38" w:rsidRDefault="00272A77" w:rsidP="005046C0">
            <w:pPr>
              <w:jc w:val="center"/>
              <w:rPr>
                <w:rFonts w:ascii="Times New Roman" w:hAnsi="Times New Roman" w:cs="Times New Roman"/>
                <w:sz w:val="20"/>
                <w:szCs w:val="20"/>
              </w:rPr>
            </w:pPr>
            <w:r w:rsidRPr="001A2E38">
              <w:rPr>
                <w:rFonts w:ascii="Times New Roman" w:eastAsia="Times New Roman" w:hAnsi="Times New Roman" w:cs="Times New Roman"/>
                <w:sz w:val="20"/>
                <w:szCs w:val="20"/>
              </w:rPr>
              <w:t>0.091</w:t>
            </w:r>
          </w:p>
        </w:tc>
        <w:tc>
          <w:tcPr>
            <w:tcW w:w="0" w:type="auto"/>
            <w:tcMar>
              <w:top w:w="20" w:type="dxa"/>
              <w:left w:w="35" w:type="dxa"/>
              <w:bottom w:w="20" w:type="dxa"/>
              <w:right w:w="35" w:type="dxa"/>
            </w:tcMar>
            <w:vAlign w:val="center"/>
          </w:tcPr>
          <w:p w14:paraId="2DCBD3B7" w14:textId="77777777" w:rsidR="00272A77" w:rsidRPr="001A2E38" w:rsidRDefault="00272A77" w:rsidP="005046C0">
            <w:pPr>
              <w:jc w:val="center"/>
              <w:rPr>
                <w:rFonts w:ascii="Times New Roman" w:hAnsi="Times New Roman" w:cs="Times New Roman"/>
                <w:sz w:val="20"/>
                <w:szCs w:val="20"/>
              </w:rPr>
            </w:pPr>
            <w:r w:rsidRPr="001A2E38">
              <w:rPr>
                <w:rFonts w:ascii="Times New Roman" w:eastAsia="Times New Roman" w:hAnsi="Times New Roman" w:cs="Times New Roman"/>
                <w:sz w:val="20"/>
                <w:szCs w:val="20"/>
              </w:rPr>
              <w:t>0.807</w:t>
            </w:r>
          </w:p>
        </w:tc>
        <w:tc>
          <w:tcPr>
            <w:tcW w:w="0" w:type="auto"/>
            <w:tcMar>
              <w:top w:w="20" w:type="dxa"/>
              <w:left w:w="35" w:type="dxa"/>
              <w:bottom w:w="20" w:type="dxa"/>
              <w:right w:w="35" w:type="dxa"/>
            </w:tcMar>
            <w:vAlign w:val="center"/>
          </w:tcPr>
          <w:p w14:paraId="7F85DF4E" w14:textId="77777777" w:rsidR="00272A77" w:rsidRPr="001A2E38" w:rsidRDefault="00272A77" w:rsidP="005046C0">
            <w:pPr>
              <w:jc w:val="center"/>
              <w:rPr>
                <w:rFonts w:ascii="Times New Roman" w:hAnsi="Times New Roman" w:cs="Times New Roman"/>
                <w:sz w:val="20"/>
                <w:szCs w:val="20"/>
              </w:rPr>
            </w:pPr>
            <w:r w:rsidRPr="001A2E38">
              <w:rPr>
                <w:rFonts w:ascii="Times New Roman" w:eastAsia="Times New Roman" w:hAnsi="Times New Roman" w:cs="Times New Roman"/>
                <w:sz w:val="20"/>
                <w:szCs w:val="20"/>
              </w:rPr>
              <w:t>0.006</w:t>
            </w:r>
          </w:p>
        </w:tc>
      </w:tr>
      <w:tr w:rsidR="00272A77" w:rsidRPr="001A2E38" w14:paraId="52A3FCA2" w14:textId="77777777" w:rsidTr="005046C0">
        <w:trPr>
          <w:trHeight w:hRule="exact" w:val="340"/>
          <w:jc w:val="center"/>
        </w:trPr>
        <w:tc>
          <w:tcPr>
            <w:tcW w:w="0" w:type="auto"/>
            <w:vMerge/>
            <w:tcMar>
              <w:top w:w="20" w:type="dxa"/>
              <w:left w:w="35" w:type="dxa"/>
              <w:bottom w:w="20" w:type="dxa"/>
              <w:right w:w="35" w:type="dxa"/>
            </w:tcMar>
            <w:vAlign w:val="center"/>
          </w:tcPr>
          <w:p w14:paraId="72F012C6" w14:textId="77777777" w:rsidR="00272A77" w:rsidRPr="001A2E38" w:rsidRDefault="00272A77" w:rsidP="005046C0">
            <w:pPr>
              <w:rPr>
                <w:rFonts w:ascii="Times New Roman" w:hAnsi="Times New Roman" w:cs="Times New Roman"/>
                <w:sz w:val="20"/>
                <w:szCs w:val="20"/>
              </w:rPr>
            </w:pPr>
          </w:p>
        </w:tc>
        <w:tc>
          <w:tcPr>
            <w:tcW w:w="0" w:type="auto"/>
            <w:tcMar>
              <w:top w:w="20" w:type="dxa"/>
              <w:left w:w="35" w:type="dxa"/>
              <w:bottom w:w="20" w:type="dxa"/>
              <w:right w:w="35" w:type="dxa"/>
            </w:tcMar>
            <w:vAlign w:val="center"/>
          </w:tcPr>
          <w:p w14:paraId="7F0D3827" w14:textId="77777777" w:rsidR="00272A77" w:rsidRPr="001A2E38" w:rsidRDefault="00272A77" w:rsidP="005046C0">
            <w:pPr>
              <w:rPr>
                <w:rFonts w:ascii="Times New Roman" w:hAnsi="Times New Roman" w:cs="Times New Roman"/>
                <w:sz w:val="20"/>
                <w:szCs w:val="20"/>
              </w:rPr>
            </w:pPr>
            <w:r w:rsidRPr="001A2E38">
              <w:rPr>
                <w:rFonts w:ascii="Times New Roman" w:eastAsia="Times New Roman" w:hAnsi="Times New Roman" w:cs="Times New Roman"/>
                <w:sz w:val="20"/>
                <w:szCs w:val="20"/>
              </w:rPr>
              <w:t>DBP</w:t>
            </w:r>
          </w:p>
        </w:tc>
        <w:tc>
          <w:tcPr>
            <w:tcW w:w="0" w:type="auto"/>
            <w:tcMar>
              <w:top w:w="20" w:type="dxa"/>
              <w:left w:w="35" w:type="dxa"/>
              <w:bottom w:w="20" w:type="dxa"/>
              <w:right w:w="35" w:type="dxa"/>
            </w:tcMar>
            <w:vAlign w:val="center"/>
          </w:tcPr>
          <w:p w14:paraId="393024AF" w14:textId="77777777" w:rsidR="00272A77" w:rsidRPr="001A2E38" w:rsidRDefault="00272A77" w:rsidP="005046C0">
            <w:pPr>
              <w:jc w:val="center"/>
              <w:rPr>
                <w:rFonts w:ascii="Times New Roman" w:hAnsi="Times New Roman" w:cs="Times New Roman"/>
                <w:sz w:val="20"/>
                <w:szCs w:val="20"/>
              </w:rPr>
            </w:pPr>
            <w:r w:rsidRPr="001A2E38">
              <w:rPr>
                <w:rFonts w:ascii="Times New Roman" w:eastAsia="Times New Roman" w:hAnsi="Times New Roman" w:cs="Times New Roman"/>
                <w:sz w:val="20"/>
                <w:szCs w:val="20"/>
              </w:rPr>
              <w:t>0.975</w:t>
            </w:r>
          </w:p>
        </w:tc>
        <w:tc>
          <w:tcPr>
            <w:tcW w:w="0" w:type="auto"/>
            <w:tcMar>
              <w:top w:w="20" w:type="dxa"/>
              <w:left w:w="35" w:type="dxa"/>
              <w:bottom w:w="20" w:type="dxa"/>
              <w:right w:w="35" w:type="dxa"/>
            </w:tcMar>
            <w:vAlign w:val="center"/>
          </w:tcPr>
          <w:p w14:paraId="06FC1270" w14:textId="77777777" w:rsidR="00272A77" w:rsidRPr="001A2E38" w:rsidRDefault="00272A77" w:rsidP="005046C0">
            <w:pPr>
              <w:jc w:val="center"/>
              <w:rPr>
                <w:rFonts w:ascii="Times New Roman" w:hAnsi="Times New Roman" w:cs="Times New Roman"/>
                <w:sz w:val="20"/>
                <w:szCs w:val="20"/>
              </w:rPr>
            </w:pPr>
            <w:r w:rsidRPr="001A2E38">
              <w:rPr>
                <w:rFonts w:ascii="Times New Roman" w:eastAsia="Times New Roman" w:hAnsi="Times New Roman" w:cs="Times New Roman"/>
                <w:sz w:val="20"/>
                <w:szCs w:val="20"/>
              </w:rPr>
              <w:t>0.068</w:t>
            </w:r>
          </w:p>
        </w:tc>
        <w:tc>
          <w:tcPr>
            <w:tcW w:w="0" w:type="auto"/>
            <w:tcMar>
              <w:top w:w="20" w:type="dxa"/>
              <w:left w:w="35" w:type="dxa"/>
              <w:bottom w:w="20" w:type="dxa"/>
              <w:right w:w="35" w:type="dxa"/>
            </w:tcMar>
            <w:vAlign w:val="center"/>
          </w:tcPr>
          <w:p w14:paraId="0F5C0365" w14:textId="77777777" w:rsidR="00272A77" w:rsidRPr="001A2E38" w:rsidRDefault="00272A77" w:rsidP="005046C0">
            <w:pPr>
              <w:jc w:val="center"/>
              <w:rPr>
                <w:rFonts w:ascii="Times New Roman" w:hAnsi="Times New Roman" w:cs="Times New Roman"/>
                <w:sz w:val="20"/>
                <w:szCs w:val="20"/>
              </w:rPr>
            </w:pPr>
            <w:r w:rsidRPr="001A2E38">
              <w:rPr>
                <w:rFonts w:ascii="Times New Roman" w:eastAsia="Times New Roman" w:hAnsi="Times New Roman" w:cs="Times New Roman"/>
                <w:sz w:val="20"/>
                <w:szCs w:val="20"/>
              </w:rPr>
              <w:t>0.229</w:t>
            </w:r>
          </w:p>
        </w:tc>
        <w:tc>
          <w:tcPr>
            <w:tcW w:w="0" w:type="auto"/>
            <w:tcMar>
              <w:top w:w="20" w:type="dxa"/>
              <w:left w:w="35" w:type="dxa"/>
              <w:bottom w:w="20" w:type="dxa"/>
              <w:right w:w="35" w:type="dxa"/>
            </w:tcMar>
            <w:vAlign w:val="center"/>
          </w:tcPr>
          <w:p w14:paraId="57FAEFB7" w14:textId="77777777" w:rsidR="00272A77" w:rsidRPr="001A2E38" w:rsidRDefault="00272A77" w:rsidP="005046C0">
            <w:pPr>
              <w:jc w:val="center"/>
              <w:rPr>
                <w:rFonts w:ascii="Times New Roman" w:hAnsi="Times New Roman" w:cs="Times New Roman"/>
                <w:sz w:val="20"/>
                <w:szCs w:val="20"/>
              </w:rPr>
            </w:pPr>
            <w:r w:rsidRPr="001A2E38">
              <w:rPr>
                <w:rFonts w:ascii="Times New Roman" w:eastAsia="Times New Roman" w:hAnsi="Times New Roman" w:cs="Times New Roman"/>
                <w:sz w:val="20"/>
                <w:szCs w:val="20"/>
              </w:rPr>
              <w:t>0.229</w:t>
            </w:r>
          </w:p>
        </w:tc>
        <w:tc>
          <w:tcPr>
            <w:tcW w:w="0" w:type="auto"/>
            <w:tcMar>
              <w:top w:w="20" w:type="dxa"/>
              <w:left w:w="35" w:type="dxa"/>
              <w:bottom w:w="20" w:type="dxa"/>
              <w:right w:w="35" w:type="dxa"/>
            </w:tcMar>
            <w:vAlign w:val="center"/>
          </w:tcPr>
          <w:p w14:paraId="50CB17E5" w14:textId="77777777" w:rsidR="00272A77" w:rsidRPr="001A2E38" w:rsidRDefault="00272A77" w:rsidP="005046C0">
            <w:pPr>
              <w:jc w:val="center"/>
              <w:rPr>
                <w:rFonts w:ascii="Times New Roman" w:hAnsi="Times New Roman" w:cs="Times New Roman"/>
                <w:sz w:val="20"/>
                <w:szCs w:val="20"/>
              </w:rPr>
            </w:pPr>
            <w:r w:rsidRPr="001A2E38">
              <w:rPr>
                <w:rFonts w:ascii="Times New Roman" w:eastAsia="Times New Roman" w:hAnsi="Times New Roman" w:cs="Times New Roman"/>
                <w:sz w:val="20"/>
                <w:szCs w:val="20"/>
              </w:rPr>
              <w:t>0.121</w:t>
            </w:r>
          </w:p>
        </w:tc>
        <w:tc>
          <w:tcPr>
            <w:tcW w:w="0" w:type="auto"/>
            <w:tcMar>
              <w:top w:w="20" w:type="dxa"/>
              <w:left w:w="35" w:type="dxa"/>
              <w:bottom w:w="20" w:type="dxa"/>
              <w:right w:w="35" w:type="dxa"/>
            </w:tcMar>
            <w:vAlign w:val="center"/>
          </w:tcPr>
          <w:p w14:paraId="1A6092EC" w14:textId="77777777" w:rsidR="00272A77" w:rsidRPr="001A2E38" w:rsidRDefault="00272A77" w:rsidP="005046C0">
            <w:pPr>
              <w:jc w:val="center"/>
              <w:rPr>
                <w:rFonts w:ascii="Times New Roman" w:hAnsi="Times New Roman" w:cs="Times New Roman"/>
                <w:sz w:val="20"/>
                <w:szCs w:val="20"/>
              </w:rPr>
            </w:pPr>
            <w:r w:rsidRPr="001A2E38">
              <w:rPr>
                <w:rFonts w:ascii="Times New Roman" w:eastAsia="Times New Roman" w:hAnsi="Times New Roman" w:cs="Times New Roman"/>
                <w:sz w:val="20"/>
                <w:szCs w:val="20"/>
              </w:rPr>
              <w:t>0.408</w:t>
            </w:r>
          </w:p>
        </w:tc>
        <w:tc>
          <w:tcPr>
            <w:tcW w:w="0" w:type="auto"/>
            <w:tcMar>
              <w:top w:w="20" w:type="dxa"/>
              <w:left w:w="35" w:type="dxa"/>
              <w:bottom w:w="20" w:type="dxa"/>
              <w:right w:w="35" w:type="dxa"/>
            </w:tcMar>
            <w:vAlign w:val="center"/>
          </w:tcPr>
          <w:p w14:paraId="05F11C57" w14:textId="77777777" w:rsidR="00272A77" w:rsidRPr="001A2E38" w:rsidRDefault="00272A77" w:rsidP="005046C0">
            <w:pPr>
              <w:jc w:val="center"/>
              <w:rPr>
                <w:rFonts w:ascii="Times New Roman" w:hAnsi="Times New Roman" w:cs="Times New Roman"/>
                <w:sz w:val="20"/>
                <w:szCs w:val="20"/>
              </w:rPr>
            </w:pPr>
            <w:r w:rsidRPr="001A2E38">
              <w:rPr>
                <w:rFonts w:ascii="Times New Roman" w:eastAsia="Times New Roman" w:hAnsi="Times New Roman" w:cs="Times New Roman"/>
                <w:sz w:val="20"/>
                <w:szCs w:val="20"/>
              </w:rPr>
              <w:t>0.675</w:t>
            </w:r>
          </w:p>
        </w:tc>
        <w:tc>
          <w:tcPr>
            <w:tcW w:w="0" w:type="auto"/>
            <w:tcMar>
              <w:top w:w="20" w:type="dxa"/>
              <w:left w:w="35" w:type="dxa"/>
              <w:bottom w:w="20" w:type="dxa"/>
              <w:right w:w="35" w:type="dxa"/>
            </w:tcMar>
            <w:vAlign w:val="center"/>
          </w:tcPr>
          <w:p w14:paraId="0DD8D65A" w14:textId="77777777" w:rsidR="00272A77" w:rsidRPr="001A2E38" w:rsidRDefault="00272A77" w:rsidP="005046C0">
            <w:pPr>
              <w:jc w:val="center"/>
              <w:rPr>
                <w:rFonts w:ascii="Times New Roman" w:hAnsi="Times New Roman" w:cs="Times New Roman"/>
                <w:sz w:val="20"/>
                <w:szCs w:val="20"/>
              </w:rPr>
            </w:pPr>
            <w:r w:rsidRPr="001A2E38">
              <w:rPr>
                <w:rFonts w:ascii="Times New Roman" w:eastAsia="Times New Roman" w:hAnsi="Times New Roman" w:cs="Times New Roman"/>
                <w:sz w:val="20"/>
                <w:szCs w:val="20"/>
              </w:rPr>
              <w:t>0.229</w:t>
            </w:r>
          </w:p>
        </w:tc>
      </w:tr>
    </w:tbl>
    <w:p w14:paraId="4C08CC7C" w14:textId="77777777" w:rsidR="00272A77" w:rsidRPr="001A2E38" w:rsidRDefault="00272A77" w:rsidP="00272A77">
      <w:pPr>
        <w:spacing w:before="20"/>
        <w:rPr>
          <w:rFonts w:ascii="Times New Roman" w:eastAsia="Times New Roman" w:hAnsi="Times New Roman" w:cs="Times New Roman"/>
          <w:sz w:val="20"/>
          <w:szCs w:val="20"/>
        </w:rPr>
        <w:sectPr w:rsidR="00272A77" w:rsidRPr="001A2E38" w:rsidSect="00FE3790">
          <w:pgSz w:w="16838" w:h="11906" w:orient="landscape"/>
          <w:pgMar w:top="1797" w:right="1440" w:bottom="1797" w:left="1440" w:header="851" w:footer="992" w:gutter="0"/>
          <w:cols w:space="425"/>
          <w:docGrid w:type="linesAndChars" w:linePitch="312"/>
        </w:sectPr>
      </w:pPr>
      <w:r w:rsidRPr="001A2E38">
        <w:rPr>
          <w:rFonts w:ascii="Times New Roman" w:eastAsia="Times New Roman" w:hAnsi="Times New Roman" w:cs="Times New Roman"/>
          <w:i/>
          <w:iCs/>
          <w:sz w:val="20"/>
          <w:szCs w:val="20"/>
        </w:rPr>
        <w:t>Abbreviations:</w:t>
      </w:r>
      <w:r w:rsidRPr="001A2E38">
        <w:rPr>
          <w:rFonts w:ascii="Times New Roman" w:eastAsia="Times New Roman" w:hAnsi="Times New Roman" w:cs="Times New Roman"/>
          <w:sz w:val="20"/>
          <w:szCs w:val="20"/>
        </w:rPr>
        <w:t xml:space="preserve"> ABSI, a body shape index; ALP, alkaline phosphatase; ALT, alanine aminotransferase; ApoA, apolipoprotein A; ApoB, apolipoprotein B; AST, aspartate aminotransferase; BMI, body mass index; BRI, body roundness index; CHG, cholesterol-high-density lipoprotein-glucose index; CRP, C-reactive protein; DBP, diastolic blood pressure; FDR, false discovery rate; GGT, gamma-glutamyl transferase; HbA1c, glycated hemoglobin; IGF-1, insulin-like growth factor 1; LDL-C, low-density lipoprotein cholesterol; SBP, systolic blood pressure; VAI, visceral adiposity index; WBC, white blood cell; WC, waist circumference; WHtR, waist-to-height ratio; WWI, weight-adjusted waist index.</w:t>
      </w:r>
    </w:p>
    <w:p w14:paraId="7EBA1465" w14:textId="14C3282F" w:rsidR="007A5208" w:rsidRPr="001A2E38" w:rsidRDefault="00D01080" w:rsidP="0065294A">
      <w:pPr>
        <w:pStyle w:val="a"/>
      </w:pPr>
      <w:bookmarkStart w:id="26" w:name="_Toc236834803"/>
      <w:r w:rsidRPr="001A2E38">
        <w:lastRenderedPageBreak/>
        <w:t>Table S</w:t>
      </w:r>
      <w:r w:rsidR="0065294A" w:rsidRPr="001A2E38">
        <w:rPr>
          <w:rFonts w:eastAsiaTheme="minorEastAsia" w:hint="eastAsia"/>
        </w:rPr>
        <w:t>13</w:t>
      </w:r>
      <w:r w:rsidRPr="001A2E38">
        <w:t xml:space="preserve">. </w:t>
      </w:r>
      <w:r w:rsidR="00AE4641" w:rsidRPr="001A2E38">
        <w:t xml:space="preserve">Sensitivity analysis for the associations between </w:t>
      </w:r>
      <w:r w:rsidR="00FD0A91" w:rsidRPr="001A2E38">
        <w:t>CHG</w:t>
      </w:r>
      <w:r w:rsidR="00970926" w:rsidRPr="001A2E38">
        <w:rPr>
          <w:rFonts w:eastAsiaTheme="minorEastAsia"/>
        </w:rPr>
        <w:t xml:space="preserve">-related </w:t>
      </w:r>
      <w:r w:rsidR="00FD0A91" w:rsidRPr="001A2E38">
        <w:t>indices</w:t>
      </w:r>
      <w:r w:rsidR="00AE4641" w:rsidRPr="001A2E38">
        <w:t xml:space="preserve"> and cardiometabolic multimorbidity risk after excluding events within the first 5 years of follow-up.</w:t>
      </w:r>
      <w:bookmarkEnd w:id="25"/>
      <w:bookmarkEnd w:id="26"/>
    </w:p>
    <w:tbl>
      <w:tblPr>
        <w:tblW w:w="5000" w:type="pct"/>
        <w:jc w:val="center"/>
        <w:tblLook w:val="0420" w:firstRow="1" w:lastRow="0" w:firstColumn="0" w:lastColumn="0" w:noHBand="0" w:noVBand="1"/>
      </w:tblPr>
      <w:tblGrid>
        <w:gridCol w:w="7431"/>
        <w:gridCol w:w="6527"/>
      </w:tblGrid>
      <w:tr w:rsidR="000A14BD" w:rsidRPr="001A2E38" w14:paraId="13F4528B" w14:textId="77777777" w:rsidTr="00C140B1">
        <w:trPr>
          <w:jc w:val="center"/>
        </w:trPr>
        <w:tc>
          <w:tcPr>
            <w:tcW w:w="2662" w:type="pct"/>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4E8109FA" w14:textId="77777777" w:rsidR="000A14BD" w:rsidRPr="001A2E38" w:rsidRDefault="000A14BD" w:rsidP="00322E8A">
            <w:pPr>
              <w:pBdr>
                <w:top w:val="none" w:sz="0" w:space="0" w:color="000000"/>
                <w:left w:val="none" w:sz="0" w:space="0" w:color="000000"/>
                <w:bottom w:val="none" w:sz="0" w:space="0" w:color="000000"/>
                <w:right w:val="none" w:sz="0" w:space="0" w:color="000000"/>
              </w:pBdr>
              <w:spacing w:before="40" w:after="40"/>
              <w:ind w:left="40" w:right="40"/>
              <w:rPr>
                <w:rFonts w:ascii="Times New Roman" w:eastAsia="Arial" w:hAnsi="Times New Roman" w:cs="Times New Roman"/>
                <w:b/>
                <w:color w:val="000000"/>
                <w:sz w:val="20"/>
                <w:szCs w:val="20"/>
              </w:rPr>
            </w:pPr>
            <w:r w:rsidRPr="001A2E38">
              <w:rPr>
                <w:rFonts w:ascii="Times New Roman" w:eastAsia="Arial" w:hAnsi="Times New Roman" w:cs="Times New Roman"/>
                <w:b/>
                <w:color w:val="000000"/>
                <w:sz w:val="20"/>
                <w:szCs w:val="20"/>
              </w:rPr>
              <w:t>Exposures</w:t>
            </w:r>
          </w:p>
        </w:tc>
        <w:tc>
          <w:tcPr>
            <w:tcW w:w="2338" w:type="pct"/>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4768A0F9" w14:textId="77777777" w:rsidR="000A14BD" w:rsidRPr="001A2E38" w:rsidRDefault="000A14BD"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b/>
                <w:color w:val="000000"/>
                <w:sz w:val="20"/>
                <w:szCs w:val="20"/>
              </w:rPr>
            </w:pPr>
            <w:r w:rsidRPr="001A2E38">
              <w:rPr>
                <w:rFonts w:ascii="Times New Roman" w:eastAsia="Arial" w:hAnsi="Times New Roman" w:cs="Times New Roman"/>
                <w:b/>
                <w:color w:val="000000"/>
                <w:sz w:val="20"/>
                <w:szCs w:val="20"/>
              </w:rPr>
              <w:t>HR (95% CI)</w:t>
            </w:r>
          </w:p>
        </w:tc>
      </w:tr>
      <w:tr w:rsidR="000A14BD" w:rsidRPr="001A2E38" w14:paraId="4B6C8563" w14:textId="77777777" w:rsidTr="00C140B1">
        <w:trPr>
          <w:jc w:val="center"/>
        </w:trPr>
        <w:tc>
          <w:tcPr>
            <w:tcW w:w="2662" w:type="pct"/>
            <w:tcBorders>
              <w:top w:val="single" w:sz="12" w:space="0" w:color="666666"/>
              <w:left w:val="none" w:sz="0" w:space="0" w:color="000000"/>
              <w:bottom w:val="none" w:sz="0" w:space="0" w:color="000000"/>
              <w:right w:val="none" w:sz="0" w:space="0" w:color="000000"/>
            </w:tcBorders>
            <w:shd w:val="clear" w:color="auto" w:fill="F2F2F2"/>
            <w:tcMar>
              <w:top w:w="0" w:type="dxa"/>
              <w:left w:w="0" w:type="dxa"/>
              <w:bottom w:w="0" w:type="dxa"/>
              <w:right w:w="0" w:type="dxa"/>
            </w:tcMar>
            <w:vAlign w:val="center"/>
          </w:tcPr>
          <w:p w14:paraId="1F0F490F" w14:textId="77777777" w:rsidR="000A14BD" w:rsidRPr="001A2E38" w:rsidRDefault="000A14BD" w:rsidP="00322E8A">
            <w:pPr>
              <w:pBdr>
                <w:top w:val="none" w:sz="0" w:space="0" w:color="000000"/>
                <w:left w:val="none" w:sz="0" w:space="0" w:color="000000"/>
                <w:bottom w:val="none" w:sz="0" w:space="0" w:color="000000"/>
                <w:right w:val="none" w:sz="0" w:space="0" w:color="000000"/>
              </w:pBdr>
              <w:spacing w:before="40" w:after="40"/>
              <w:ind w:left="40" w:right="40"/>
              <w:rPr>
                <w:rFonts w:ascii="Times New Roman" w:eastAsia="Arial" w:hAnsi="Times New Roman" w:cs="Times New Roman"/>
                <w:b/>
                <w:color w:val="000000"/>
                <w:sz w:val="20"/>
                <w:szCs w:val="20"/>
              </w:rPr>
            </w:pPr>
            <w:r w:rsidRPr="001A2E38">
              <w:rPr>
                <w:rFonts w:ascii="Times New Roman" w:eastAsia="Arial" w:hAnsi="Times New Roman" w:cs="Times New Roman"/>
                <w:b/>
                <w:color w:val="000000"/>
                <w:sz w:val="20"/>
                <w:szCs w:val="20"/>
              </w:rPr>
              <w:t>CHG</w:t>
            </w:r>
          </w:p>
        </w:tc>
        <w:tc>
          <w:tcPr>
            <w:tcW w:w="2338" w:type="pct"/>
            <w:tcBorders>
              <w:top w:val="single" w:sz="12" w:space="0" w:color="666666"/>
              <w:left w:val="none" w:sz="0" w:space="0" w:color="000000"/>
              <w:bottom w:val="none" w:sz="0" w:space="0" w:color="000000"/>
              <w:right w:val="none" w:sz="0" w:space="0" w:color="000000"/>
            </w:tcBorders>
            <w:shd w:val="clear" w:color="auto" w:fill="F2F2F2"/>
            <w:tcMar>
              <w:top w:w="0" w:type="dxa"/>
              <w:left w:w="0" w:type="dxa"/>
              <w:bottom w:w="0" w:type="dxa"/>
              <w:right w:w="0" w:type="dxa"/>
            </w:tcMar>
            <w:vAlign w:val="center"/>
          </w:tcPr>
          <w:p w14:paraId="28727E85" w14:textId="77777777" w:rsidR="000A14BD" w:rsidRPr="001A2E38" w:rsidRDefault="000A14BD"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b/>
                <w:color w:val="000000"/>
                <w:sz w:val="20"/>
                <w:szCs w:val="20"/>
              </w:rPr>
            </w:pPr>
          </w:p>
        </w:tc>
      </w:tr>
      <w:tr w:rsidR="000A14BD" w:rsidRPr="001A2E38" w14:paraId="27729AA9" w14:textId="77777777" w:rsidTr="00C140B1">
        <w:trPr>
          <w:jc w:val="center"/>
        </w:trPr>
        <w:tc>
          <w:tcPr>
            <w:tcW w:w="266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D461556" w14:textId="77777777" w:rsidR="000A14BD" w:rsidRPr="001A2E38" w:rsidRDefault="000A14BD" w:rsidP="00322E8A">
            <w:pPr>
              <w:pBdr>
                <w:top w:val="none" w:sz="0" w:space="0" w:color="000000"/>
                <w:left w:val="none" w:sz="0" w:space="0" w:color="000000"/>
                <w:bottom w:val="none" w:sz="0" w:space="0" w:color="000000"/>
                <w:right w:val="none" w:sz="0" w:space="0" w:color="000000"/>
              </w:pBdr>
              <w:spacing w:before="40" w:after="40"/>
              <w:ind w:left="40" w:right="40"/>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Per 1-SD increase</w:t>
            </w:r>
          </w:p>
        </w:tc>
        <w:tc>
          <w:tcPr>
            <w:tcW w:w="2338"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4AD4D13" w14:textId="77777777" w:rsidR="000A14BD" w:rsidRPr="001A2E38" w:rsidRDefault="000A14BD"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1.43 (1.39-1.47)</w:t>
            </w:r>
          </w:p>
        </w:tc>
      </w:tr>
      <w:tr w:rsidR="000A14BD" w:rsidRPr="001A2E38" w14:paraId="37399828" w14:textId="77777777" w:rsidTr="00C140B1">
        <w:trPr>
          <w:jc w:val="center"/>
        </w:trPr>
        <w:tc>
          <w:tcPr>
            <w:tcW w:w="266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2A4072E" w14:textId="77777777" w:rsidR="000A14BD" w:rsidRPr="001A2E38" w:rsidRDefault="000A14BD" w:rsidP="00322E8A">
            <w:pPr>
              <w:pBdr>
                <w:top w:val="none" w:sz="0" w:space="0" w:color="000000"/>
                <w:left w:val="none" w:sz="0" w:space="0" w:color="000000"/>
                <w:bottom w:val="none" w:sz="0" w:space="0" w:color="000000"/>
                <w:right w:val="none" w:sz="0" w:space="0" w:color="000000"/>
              </w:pBdr>
              <w:spacing w:before="40" w:after="40"/>
              <w:ind w:left="40" w:right="40"/>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Quartile 1</w:t>
            </w:r>
          </w:p>
        </w:tc>
        <w:tc>
          <w:tcPr>
            <w:tcW w:w="2338"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9B45BFC" w14:textId="77777777" w:rsidR="000A14BD" w:rsidRPr="001A2E38" w:rsidRDefault="000A14BD"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Reference</w:t>
            </w:r>
          </w:p>
        </w:tc>
      </w:tr>
      <w:tr w:rsidR="000A14BD" w:rsidRPr="001A2E38" w14:paraId="38175ACA" w14:textId="77777777" w:rsidTr="00C140B1">
        <w:trPr>
          <w:jc w:val="center"/>
        </w:trPr>
        <w:tc>
          <w:tcPr>
            <w:tcW w:w="266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78F068E" w14:textId="77777777" w:rsidR="000A14BD" w:rsidRPr="001A2E38" w:rsidRDefault="000A14BD" w:rsidP="00322E8A">
            <w:pPr>
              <w:pBdr>
                <w:top w:val="none" w:sz="0" w:space="0" w:color="000000"/>
                <w:left w:val="none" w:sz="0" w:space="0" w:color="000000"/>
                <w:bottom w:val="none" w:sz="0" w:space="0" w:color="000000"/>
                <w:right w:val="none" w:sz="0" w:space="0" w:color="000000"/>
              </w:pBdr>
              <w:spacing w:before="40" w:after="40"/>
              <w:ind w:left="40" w:right="40"/>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Quartile 2</w:t>
            </w:r>
          </w:p>
        </w:tc>
        <w:tc>
          <w:tcPr>
            <w:tcW w:w="2338"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4FB4F21" w14:textId="77777777" w:rsidR="000A14BD" w:rsidRPr="001A2E38" w:rsidRDefault="000A14BD"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1.05 (0.95-1.17)</w:t>
            </w:r>
          </w:p>
        </w:tc>
      </w:tr>
      <w:tr w:rsidR="000A14BD" w:rsidRPr="001A2E38" w14:paraId="1011A437" w14:textId="77777777" w:rsidTr="00C140B1">
        <w:trPr>
          <w:jc w:val="center"/>
        </w:trPr>
        <w:tc>
          <w:tcPr>
            <w:tcW w:w="266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302BAE4" w14:textId="77777777" w:rsidR="000A14BD" w:rsidRPr="001A2E38" w:rsidRDefault="000A14BD" w:rsidP="00322E8A">
            <w:pPr>
              <w:pBdr>
                <w:top w:val="none" w:sz="0" w:space="0" w:color="000000"/>
                <w:left w:val="none" w:sz="0" w:space="0" w:color="000000"/>
                <w:bottom w:val="none" w:sz="0" w:space="0" w:color="000000"/>
                <w:right w:val="none" w:sz="0" w:space="0" w:color="000000"/>
              </w:pBdr>
              <w:spacing w:before="40" w:after="40"/>
              <w:ind w:left="40" w:right="40"/>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Quartile 3</w:t>
            </w:r>
          </w:p>
        </w:tc>
        <w:tc>
          <w:tcPr>
            <w:tcW w:w="2338"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AC8AFEB" w14:textId="77777777" w:rsidR="000A14BD" w:rsidRPr="001A2E38" w:rsidRDefault="000A14BD"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1.19 (1.07-1.33)</w:t>
            </w:r>
          </w:p>
        </w:tc>
      </w:tr>
      <w:tr w:rsidR="000A14BD" w:rsidRPr="001A2E38" w14:paraId="4F51A0A7" w14:textId="77777777" w:rsidTr="00C140B1">
        <w:trPr>
          <w:jc w:val="center"/>
        </w:trPr>
        <w:tc>
          <w:tcPr>
            <w:tcW w:w="266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FD57D4B" w14:textId="77777777" w:rsidR="000A14BD" w:rsidRPr="001A2E38" w:rsidRDefault="000A14BD" w:rsidP="00322E8A">
            <w:pPr>
              <w:pBdr>
                <w:top w:val="none" w:sz="0" w:space="0" w:color="000000"/>
                <w:left w:val="none" w:sz="0" w:space="0" w:color="000000"/>
                <w:bottom w:val="none" w:sz="0" w:space="0" w:color="000000"/>
                <w:right w:val="none" w:sz="0" w:space="0" w:color="000000"/>
              </w:pBdr>
              <w:spacing w:before="40" w:after="40"/>
              <w:ind w:left="40" w:right="40"/>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Quartile 4</w:t>
            </w:r>
          </w:p>
        </w:tc>
        <w:tc>
          <w:tcPr>
            <w:tcW w:w="2338"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C345947" w14:textId="77777777" w:rsidR="000A14BD" w:rsidRPr="001A2E38" w:rsidRDefault="000A14BD"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2.19 (1.99-2.40)</w:t>
            </w:r>
          </w:p>
        </w:tc>
      </w:tr>
      <w:tr w:rsidR="000A14BD" w:rsidRPr="001A2E38" w14:paraId="6B05F184" w14:textId="77777777" w:rsidTr="00C140B1">
        <w:trPr>
          <w:jc w:val="center"/>
        </w:trPr>
        <w:tc>
          <w:tcPr>
            <w:tcW w:w="266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98D18CA" w14:textId="77777777" w:rsidR="000A14BD" w:rsidRPr="001A2E38" w:rsidRDefault="000A14BD" w:rsidP="00322E8A">
            <w:pPr>
              <w:pBdr>
                <w:top w:val="none" w:sz="0" w:space="0" w:color="000000"/>
                <w:left w:val="none" w:sz="0" w:space="0" w:color="000000"/>
                <w:bottom w:val="none" w:sz="0" w:space="0" w:color="000000"/>
                <w:right w:val="none" w:sz="0" w:space="0" w:color="000000"/>
              </w:pBdr>
              <w:spacing w:before="40" w:after="40"/>
              <w:ind w:left="40" w:right="40"/>
              <w:rPr>
                <w:rFonts w:ascii="Times New Roman" w:eastAsia="Arial" w:hAnsi="Times New Roman" w:cs="Times New Roman"/>
                <w:color w:val="000000"/>
                <w:sz w:val="20"/>
                <w:szCs w:val="20"/>
              </w:rPr>
            </w:pPr>
            <w:r w:rsidRPr="001A2E38">
              <w:rPr>
                <w:rFonts w:ascii="Times New Roman" w:eastAsia="Arial" w:hAnsi="Times New Roman" w:cs="Times New Roman"/>
                <w:i/>
                <w:iCs/>
                <w:color w:val="000000"/>
                <w:sz w:val="20"/>
                <w:szCs w:val="20"/>
              </w:rPr>
              <w:t>P</w:t>
            </w:r>
            <w:r w:rsidRPr="001A2E38">
              <w:rPr>
                <w:rFonts w:ascii="Times New Roman" w:eastAsia="Arial" w:hAnsi="Times New Roman" w:cs="Times New Roman"/>
                <w:color w:val="000000"/>
                <w:sz w:val="20"/>
                <w:szCs w:val="20"/>
              </w:rPr>
              <w:t>-trend</w:t>
            </w:r>
          </w:p>
        </w:tc>
        <w:tc>
          <w:tcPr>
            <w:tcW w:w="2338"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4FCA300" w14:textId="77777777" w:rsidR="000A14BD" w:rsidRPr="001A2E38" w:rsidRDefault="000A14BD"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&lt;0.001</w:t>
            </w:r>
          </w:p>
        </w:tc>
      </w:tr>
      <w:tr w:rsidR="000A14BD" w:rsidRPr="001A2E38" w14:paraId="3D0D930B" w14:textId="77777777" w:rsidTr="00C140B1">
        <w:trPr>
          <w:jc w:val="center"/>
        </w:trPr>
        <w:tc>
          <w:tcPr>
            <w:tcW w:w="2662" w:type="pct"/>
            <w:tcBorders>
              <w:top w:val="none" w:sz="0" w:space="0" w:color="000000"/>
              <w:left w:val="none" w:sz="0" w:space="0" w:color="000000"/>
              <w:bottom w:val="none" w:sz="0" w:space="0" w:color="000000"/>
              <w:right w:val="none" w:sz="0" w:space="0" w:color="000000"/>
            </w:tcBorders>
            <w:shd w:val="clear" w:color="auto" w:fill="F2F2F2"/>
            <w:tcMar>
              <w:top w:w="0" w:type="dxa"/>
              <w:left w:w="0" w:type="dxa"/>
              <w:bottom w:w="0" w:type="dxa"/>
              <w:right w:w="0" w:type="dxa"/>
            </w:tcMar>
            <w:vAlign w:val="center"/>
          </w:tcPr>
          <w:p w14:paraId="5E0F4FD6" w14:textId="77777777" w:rsidR="000A14BD" w:rsidRPr="001A2E38" w:rsidRDefault="000A14BD" w:rsidP="00322E8A">
            <w:pPr>
              <w:pBdr>
                <w:top w:val="none" w:sz="0" w:space="0" w:color="000000"/>
                <w:left w:val="none" w:sz="0" w:space="0" w:color="000000"/>
                <w:bottom w:val="none" w:sz="0" w:space="0" w:color="000000"/>
                <w:right w:val="none" w:sz="0" w:space="0" w:color="000000"/>
              </w:pBdr>
              <w:spacing w:before="40" w:after="40"/>
              <w:ind w:left="40" w:right="40"/>
              <w:rPr>
                <w:rFonts w:ascii="Times New Roman" w:eastAsia="Arial" w:hAnsi="Times New Roman" w:cs="Times New Roman"/>
                <w:b/>
                <w:color w:val="000000"/>
                <w:sz w:val="20"/>
                <w:szCs w:val="20"/>
              </w:rPr>
            </w:pPr>
            <w:r w:rsidRPr="001A2E38">
              <w:rPr>
                <w:rFonts w:ascii="Times New Roman" w:eastAsia="Arial" w:hAnsi="Times New Roman" w:cs="Times New Roman"/>
                <w:b/>
                <w:color w:val="000000"/>
                <w:sz w:val="20"/>
                <w:szCs w:val="20"/>
              </w:rPr>
              <w:t>CHG-BMI</w:t>
            </w:r>
          </w:p>
        </w:tc>
        <w:tc>
          <w:tcPr>
            <w:tcW w:w="2338" w:type="pct"/>
            <w:tcBorders>
              <w:top w:val="none" w:sz="0" w:space="0" w:color="000000"/>
              <w:left w:val="none" w:sz="0" w:space="0" w:color="000000"/>
              <w:bottom w:val="none" w:sz="0" w:space="0" w:color="000000"/>
              <w:right w:val="none" w:sz="0" w:space="0" w:color="000000"/>
            </w:tcBorders>
            <w:shd w:val="clear" w:color="auto" w:fill="F2F2F2"/>
            <w:tcMar>
              <w:top w:w="0" w:type="dxa"/>
              <w:left w:w="0" w:type="dxa"/>
              <w:bottom w:w="0" w:type="dxa"/>
              <w:right w:w="0" w:type="dxa"/>
            </w:tcMar>
            <w:vAlign w:val="center"/>
          </w:tcPr>
          <w:p w14:paraId="0C769A64" w14:textId="77777777" w:rsidR="000A14BD" w:rsidRPr="001A2E38" w:rsidRDefault="000A14BD"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b/>
                <w:color w:val="000000"/>
                <w:sz w:val="20"/>
                <w:szCs w:val="20"/>
              </w:rPr>
            </w:pPr>
          </w:p>
        </w:tc>
      </w:tr>
      <w:tr w:rsidR="000A14BD" w:rsidRPr="001A2E38" w14:paraId="28EA9CAE" w14:textId="77777777" w:rsidTr="00C140B1">
        <w:trPr>
          <w:jc w:val="center"/>
        </w:trPr>
        <w:tc>
          <w:tcPr>
            <w:tcW w:w="266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CCEE6FC" w14:textId="77777777" w:rsidR="000A14BD" w:rsidRPr="001A2E38" w:rsidRDefault="000A14BD" w:rsidP="00322E8A">
            <w:pPr>
              <w:pBdr>
                <w:top w:val="none" w:sz="0" w:space="0" w:color="000000"/>
                <w:left w:val="none" w:sz="0" w:space="0" w:color="000000"/>
                <w:bottom w:val="none" w:sz="0" w:space="0" w:color="000000"/>
                <w:right w:val="none" w:sz="0" w:space="0" w:color="000000"/>
              </w:pBdr>
              <w:spacing w:before="40" w:after="40"/>
              <w:ind w:left="40" w:right="40"/>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Per 1-SD increase</w:t>
            </w:r>
          </w:p>
        </w:tc>
        <w:tc>
          <w:tcPr>
            <w:tcW w:w="2338"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8803128" w14:textId="77777777" w:rsidR="000A14BD" w:rsidRPr="001A2E38" w:rsidRDefault="000A14BD"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1.51 (1.47-1.55)</w:t>
            </w:r>
          </w:p>
        </w:tc>
      </w:tr>
      <w:tr w:rsidR="000A14BD" w:rsidRPr="001A2E38" w14:paraId="36AD56F0" w14:textId="77777777" w:rsidTr="00C140B1">
        <w:trPr>
          <w:jc w:val="center"/>
        </w:trPr>
        <w:tc>
          <w:tcPr>
            <w:tcW w:w="266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B898E2F" w14:textId="77777777" w:rsidR="000A14BD" w:rsidRPr="001A2E38" w:rsidRDefault="000A14BD" w:rsidP="00322E8A">
            <w:pPr>
              <w:pBdr>
                <w:top w:val="none" w:sz="0" w:space="0" w:color="000000"/>
                <w:left w:val="none" w:sz="0" w:space="0" w:color="000000"/>
                <w:bottom w:val="none" w:sz="0" w:space="0" w:color="000000"/>
                <w:right w:val="none" w:sz="0" w:space="0" w:color="000000"/>
              </w:pBdr>
              <w:spacing w:before="40" w:after="40"/>
              <w:ind w:left="40" w:right="40"/>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Quartile 1</w:t>
            </w:r>
          </w:p>
        </w:tc>
        <w:tc>
          <w:tcPr>
            <w:tcW w:w="2338"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7208C25" w14:textId="77777777" w:rsidR="000A14BD" w:rsidRPr="001A2E38" w:rsidRDefault="000A14BD"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Reference</w:t>
            </w:r>
          </w:p>
        </w:tc>
      </w:tr>
      <w:tr w:rsidR="000A14BD" w:rsidRPr="001A2E38" w14:paraId="2A0E4C9C" w14:textId="77777777" w:rsidTr="00C140B1">
        <w:trPr>
          <w:jc w:val="center"/>
        </w:trPr>
        <w:tc>
          <w:tcPr>
            <w:tcW w:w="266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2ECF374" w14:textId="77777777" w:rsidR="000A14BD" w:rsidRPr="001A2E38" w:rsidRDefault="000A14BD" w:rsidP="00322E8A">
            <w:pPr>
              <w:pBdr>
                <w:top w:val="none" w:sz="0" w:space="0" w:color="000000"/>
                <w:left w:val="none" w:sz="0" w:space="0" w:color="000000"/>
                <w:bottom w:val="none" w:sz="0" w:space="0" w:color="000000"/>
                <w:right w:val="none" w:sz="0" w:space="0" w:color="000000"/>
              </w:pBdr>
              <w:spacing w:before="40" w:after="40"/>
              <w:ind w:left="40" w:right="40"/>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Quartile 2</w:t>
            </w:r>
          </w:p>
        </w:tc>
        <w:tc>
          <w:tcPr>
            <w:tcW w:w="2338"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74480CE" w14:textId="77777777" w:rsidR="000A14BD" w:rsidRPr="001A2E38" w:rsidRDefault="000A14BD"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1.38 (1.23-1.54)</w:t>
            </w:r>
          </w:p>
        </w:tc>
      </w:tr>
      <w:tr w:rsidR="000A14BD" w:rsidRPr="001A2E38" w14:paraId="049DD4EC" w14:textId="77777777" w:rsidTr="00C140B1">
        <w:trPr>
          <w:jc w:val="center"/>
        </w:trPr>
        <w:tc>
          <w:tcPr>
            <w:tcW w:w="266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19DB41F" w14:textId="77777777" w:rsidR="000A14BD" w:rsidRPr="001A2E38" w:rsidRDefault="000A14BD" w:rsidP="00322E8A">
            <w:pPr>
              <w:pBdr>
                <w:top w:val="none" w:sz="0" w:space="0" w:color="000000"/>
                <w:left w:val="none" w:sz="0" w:space="0" w:color="000000"/>
                <w:bottom w:val="none" w:sz="0" w:space="0" w:color="000000"/>
                <w:right w:val="none" w:sz="0" w:space="0" w:color="000000"/>
              </w:pBdr>
              <w:spacing w:before="40" w:after="40"/>
              <w:ind w:left="40" w:right="40"/>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Quartile 3</w:t>
            </w:r>
          </w:p>
        </w:tc>
        <w:tc>
          <w:tcPr>
            <w:tcW w:w="2338"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A13CCA0" w14:textId="77777777" w:rsidR="000A14BD" w:rsidRPr="001A2E38" w:rsidRDefault="000A14BD"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1.81 (1.62-2.02)</w:t>
            </w:r>
          </w:p>
        </w:tc>
      </w:tr>
      <w:tr w:rsidR="000A14BD" w:rsidRPr="001A2E38" w14:paraId="25EC487B" w14:textId="77777777" w:rsidTr="00C140B1">
        <w:trPr>
          <w:jc w:val="center"/>
        </w:trPr>
        <w:tc>
          <w:tcPr>
            <w:tcW w:w="266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5FE0297" w14:textId="77777777" w:rsidR="000A14BD" w:rsidRPr="001A2E38" w:rsidRDefault="000A14BD" w:rsidP="00322E8A">
            <w:pPr>
              <w:pBdr>
                <w:top w:val="none" w:sz="0" w:space="0" w:color="000000"/>
                <w:left w:val="none" w:sz="0" w:space="0" w:color="000000"/>
                <w:bottom w:val="none" w:sz="0" w:space="0" w:color="000000"/>
                <w:right w:val="none" w:sz="0" w:space="0" w:color="000000"/>
              </w:pBdr>
              <w:spacing w:before="40" w:after="40"/>
              <w:ind w:left="40" w:right="40"/>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Quartile 4</w:t>
            </w:r>
          </w:p>
        </w:tc>
        <w:tc>
          <w:tcPr>
            <w:tcW w:w="2338"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CB63A6D" w14:textId="77777777" w:rsidR="000A14BD" w:rsidRPr="001A2E38" w:rsidRDefault="000A14BD"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3.27 (2.95-3.63)</w:t>
            </w:r>
          </w:p>
        </w:tc>
      </w:tr>
      <w:tr w:rsidR="000A14BD" w:rsidRPr="001A2E38" w14:paraId="7A85DFBC" w14:textId="77777777" w:rsidTr="00C140B1">
        <w:trPr>
          <w:jc w:val="center"/>
        </w:trPr>
        <w:tc>
          <w:tcPr>
            <w:tcW w:w="266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4A56B46" w14:textId="77777777" w:rsidR="000A14BD" w:rsidRPr="001A2E38" w:rsidRDefault="000A14BD" w:rsidP="00322E8A">
            <w:pPr>
              <w:pBdr>
                <w:top w:val="none" w:sz="0" w:space="0" w:color="000000"/>
                <w:left w:val="none" w:sz="0" w:space="0" w:color="000000"/>
                <w:bottom w:val="none" w:sz="0" w:space="0" w:color="000000"/>
                <w:right w:val="none" w:sz="0" w:space="0" w:color="000000"/>
              </w:pBdr>
              <w:spacing w:before="40" w:after="40"/>
              <w:ind w:left="40" w:right="40"/>
              <w:rPr>
                <w:rFonts w:ascii="Times New Roman" w:eastAsia="Arial" w:hAnsi="Times New Roman" w:cs="Times New Roman"/>
                <w:color w:val="000000"/>
                <w:sz w:val="20"/>
                <w:szCs w:val="20"/>
              </w:rPr>
            </w:pPr>
            <w:r w:rsidRPr="001A2E38">
              <w:rPr>
                <w:rFonts w:ascii="Times New Roman" w:eastAsia="Arial" w:hAnsi="Times New Roman" w:cs="Times New Roman"/>
                <w:i/>
                <w:iCs/>
                <w:color w:val="000000"/>
                <w:sz w:val="20"/>
                <w:szCs w:val="20"/>
              </w:rPr>
              <w:t>P</w:t>
            </w:r>
            <w:r w:rsidRPr="001A2E38">
              <w:rPr>
                <w:rFonts w:ascii="Times New Roman" w:eastAsia="Arial" w:hAnsi="Times New Roman" w:cs="Times New Roman"/>
                <w:color w:val="000000"/>
                <w:sz w:val="20"/>
                <w:szCs w:val="20"/>
              </w:rPr>
              <w:t>-trend</w:t>
            </w:r>
          </w:p>
        </w:tc>
        <w:tc>
          <w:tcPr>
            <w:tcW w:w="2338"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9115F68" w14:textId="77777777" w:rsidR="000A14BD" w:rsidRPr="001A2E38" w:rsidRDefault="000A14BD"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&lt;0.001</w:t>
            </w:r>
          </w:p>
        </w:tc>
      </w:tr>
      <w:tr w:rsidR="000A14BD" w:rsidRPr="001A2E38" w14:paraId="0E453DB0" w14:textId="77777777" w:rsidTr="00C140B1">
        <w:trPr>
          <w:jc w:val="center"/>
        </w:trPr>
        <w:tc>
          <w:tcPr>
            <w:tcW w:w="2662" w:type="pct"/>
            <w:tcBorders>
              <w:top w:val="none" w:sz="0" w:space="0" w:color="000000"/>
              <w:left w:val="none" w:sz="0" w:space="0" w:color="000000"/>
              <w:bottom w:val="none" w:sz="0" w:space="0" w:color="000000"/>
              <w:right w:val="none" w:sz="0" w:space="0" w:color="000000"/>
            </w:tcBorders>
            <w:shd w:val="clear" w:color="auto" w:fill="F2F2F2"/>
            <w:tcMar>
              <w:top w:w="0" w:type="dxa"/>
              <w:left w:w="0" w:type="dxa"/>
              <w:bottom w:w="0" w:type="dxa"/>
              <w:right w:w="0" w:type="dxa"/>
            </w:tcMar>
            <w:vAlign w:val="center"/>
          </w:tcPr>
          <w:p w14:paraId="7CE53005" w14:textId="77777777" w:rsidR="000A14BD" w:rsidRPr="001A2E38" w:rsidRDefault="000A14BD" w:rsidP="00322E8A">
            <w:pPr>
              <w:pBdr>
                <w:top w:val="none" w:sz="0" w:space="0" w:color="000000"/>
                <w:left w:val="none" w:sz="0" w:space="0" w:color="000000"/>
                <w:bottom w:val="none" w:sz="0" w:space="0" w:color="000000"/>
                <w:right w:val="none" w:sz="0" w:space="0" w:color="000000"/>
              </w:pBdr>
              <w:spacing w:before="40" w:after="40"/>
              <w:ind w:left="40" w:right="40"/>
              <w:rPr>
                <w:rFonts w:ascii="Times New Roman" w:eastAsia="Arial" w:hAnsi="Times New Roman" w:cs="Times New Roman"/>
                <w:b/>
                <w:color w:val="000000"/>
                <w:sz w:val="20"/>
                <w:szCs w:val="20"/>
              </w:rPr>
            </w:pPr>
            <w:r w:rsidRPr="001A2E38">
              <w:rPr>
                <w:rFonts w:ascii="Times New Roman" w:eastAsia="Arial" w:hAnsi="Times New Roman" w:cs="Times New Roman"/>
                <w:b/>
                <w:color w:val="000000"/>
                <w:sz w:val="20"/>
                <w:szCs w:val="20"/>
              </w:rPr>
              <w:t>CHG-WC</w:t>
            </w:r>
          </w:p>
        </w:tc>
        <w:tc>
          <w:tcPr>
            <w:tcW w:w="2338" w:type="pct"/>
            <w:tcBorders>
              <w:top w:val="none" w:sz="0" w:space="0" w:color="000000"/>
              <w:left w:val="none" w:sz="0" w:space="0" w:color="000000"/>
              <w:bottom w:val="none" w:sz="0" w:space="0" w:color="000000"/>
              <w:right w:val="none" w:sz="0" w:space="0" w:color="000000"/>
            </w:tcBorders>
            <w:shd w:val="clear" w:color="auto" w:fill="F2F2F2"/>
            <w:tcMar>
              <w:top w:w="0" w:type="dxa"/>
              <w:left w:w="0" w:type="dxa"/>
              <w:bottom w:w="0" w:type="dxa"/>
              <w:right w:w="0" w:type="dxa"/>
            </w:tcMar>
            <w:vAlign w:val="center"/>
          </w:tcPr>
          <w:p w14:paraId="7F703243" w14:textId="77777777" w:rsidR="000A14BD" w:rsidRPr="001A2E38" w:rsidRDefault="000A14BD"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b/>
                <w:color w:val="000000"/>
                <w:sz w:val="20"/>
                <w:szCs w:val="20"/>
              </w:rPr>
            </w:pPr>
          </w:p>
        </w:tc>
      </w:tr>
      <w:tr w:rsidR="000A14BD" w:rsidRPr="001A2E38" w14:paraId="01C97CF3" w14:textId="77777777" w:rsidTr="00C140B1">
        <w:trPr>
          <w:jc w:val="center"/>
        </w:trPr>
        <w:tc>
          <w:tcPr>
            <w:tcW w:w="266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15C3A78" w14:textId="77777777" w:rsidR="000A14BD" w:rsidRPr="001A2E38" w:rsidRDefault="000A14BD" w:rsidP="00322E8A">
            <w:pPr>
              <w:pBdr>
                <w:top w:val="none" w:sz="0" w:space="0" w:color="000000"/>
                <w:left w:val="none" w:sz="0" w:space="0" w:color="000000"/>
                <w:bottom w:val="none" w:sz="0" w:space="0" w:color="000000"/>
                <w:right w:val="none" w:sz="0" w:space="0" w:color="000000"/>
              </w:pBdr>
              <w:spacing w:before="40" w:after="40"/>
              <w:ind w:left="40" w:right="40"/>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lastRenderedPageBreak/>
              <w:t>Per 1-SD increase</w:t>
            </w:r>
          </w:p>
        </w:tc>
        <w:tc>
          <w:tcPr>
            <w:tcW w:w="2338"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A3BC38B" w14:textId="77777777" w:rsidR="000A14BD" w:rsidRPr="001A2E38" w:rsidRDefault="000A14BD"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1.56 (1.51-1.60)</w:t>
            </w:r>
          </w:p>
        </w:tc>
      </w:tr>
      <w:tr w:rsidR="000A14BD" w:rsidRPr="001A2E38" w14:paraId="4BC70693" w14:textId="77777777" w:rsidTr="00C140B1">
        <w:trPr>
          <w:jc w:val="center"/>
        </w:trPr>
        <w:tc>
          <w:tcPr>
            <w:tcW w:w="266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9CB1466" w14:textId="77777777" w:rsidR="000A14BD" w:rsidRPr="001A2E38" w:rsidRDefault="000A14BD" w:rsidP="00322E8A">
            <w:pPr>
              <w:pBdr>
                <w:top w:val="none" w:sz="0" w:space="0" w:color="000000"/>
                <w:left w:val="none" w:sz="0" w:space="0" w:color="000000"/>
                <w:bottom w:val="none" w:sz="0" w:space="0" w:color="000000"/>
                <w:right w:val="none" w:sz="0" w:space="0" w:color="000000"/>
              </w:pBdr>
              <w:spacing w:before="40" w:after="40"/>
              <w:ind w:left="40" w:right="40"/>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Quartile 1</w:t>
            </w:r>
          </w:p>
        </w:tc>
        <w:tc>
          <w:tcPr>
            <w:tcW w:w="2338"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EDA67A5" w14:textId="77777777" w:rsidR="000A14BD" w:rsidRPr="001A2E38" w:rsidRDefault="000A14BD"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Reference</w:t>
            </w:r>
          </w:p>
        </w:tc>
      </w:tr>
      <w:tr w:rsidR="000A14BD" w:rsidRPr="001A2E38" w14:paraId="6C3B747B" w14:textId="77777777" w:rsidTr="00C140B1">
        <w:trPr>
          <w:jc w:val="center"/>
        </w:trPr>
        <w:tc>
          <w:tcPr>
            <w:tcW w:w="266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D5402F4" w14:textId="77777777" w:rsidR="000A14BD" w:rsidRPr="001A2E38" w:rsidRDefault="000A14BD" w:rsidP="00322E8A">
            <w:pPr>
              <w:pBdr>
                <w:top w:val="none" w:sz="0" w:space="0" w:color="000000"/>
                <w:left w:val="none" w:sz="0" w:space="0" w:color="000000"/>
                <w:bottom w:val="none" w:sz="0" w:space="0" w:color="000000"/>
                <w:right w:val="none" w:sz="0" w:space="0" w:color="000000"/>
              </w:pBdr>
              <w:spacing w:before="40" w:after="40"/>
              <w:ind w:left="40" w:right="40"/>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Quartile 2</w:t>
            </w:r>
          </w:p>
        </w:tc>
        <w:tc>
          <w:tcPr>
            <w:tcW w:w="2338"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B022469" w14:textId="77777777" w:rsidR="000A14BD" w:rsidRPr="001A2E38" w:rsidRDefault="000A14BD"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1.16 (1.03-1.31)</w:t>
            </w:r>
          </w:p>
        </w:tc>
      </w:tr>
      <w:tr w:rsidR="000A14BD" w:rsidRPr="001A2E38" w14:paraId="4800BCBF" w14:textId="77777777" w:rsidTr="00C140B1">
        <w:trPr>
          <w:jc w:val="center"/>
        </w:trPr>
        <w:tc>
          <w:tcPr>
            <w:tcW w:w="266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FF0968F" w14:textId="77777777" w:rsidR="000A14BD" w:rsidRPr="001A2E38" w:rsidRDefault="000A14BD" w:rsidP="00322E8A">
            <w:pPr>
              <w:pBdr>
                <w:top w:val="none" w:sz="0" w:space="0" w:color="000000"/>
                <w:left w:val="none" w:sz="0" w:space="0" w:color="000000"/>
                <w:bottom w:val="none" w:sz="0" w:space="0" w:color="000000"/>
                <w:right w:val="none" w:sz="0" w:space="0" w:color="000000"/>
              </w:pBdr>
              <w:spacing w:before="40" w:after="40"/>
              <w:ind w:left="40" w:right="40"/>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Quartile 3</w:t>
            </w:r>
          </w:p>
        </w:tc>
        <w:tc>
          <w:tcPr>
            <w:tcW w:w="2338"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BCCB9CE" w14:textId="77777777" w:rsidR="000A14BD" w:rsidRPr="001A2E38" w:rsidRDefault="000A14BD"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1.71 (1.53-1.91)</w:t>
            </w:r>
          </w:p>
        </w:tc>
      </w:tr>
      <w:tr w:rsidR="000A14BD" w:rsidRPr="001A2E38" w14:paraId="0FCF7393" w14:textId="77777777" w:rsidTr="00C140B1">
        <w:trPr>
          <w:jc w:val="center"/>
        </w:trPr>
        <w:tc>
          <w:tcPr>
            <w:tcW w:w="266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F55CBF8" w14:textId="77777777" w:rsidR="000A14BD" w:rsidRPr="001A2E38" w:rsidRDefault="000A14BD" w:rsidP="00322E8A">
            <w:pPr>
              <w:pBdr>
                <w:top w:val="none" w:sz="0" w:space="0" w:color="000000"/>
                <w:left w:val="none" w:sz="0" w:space="0" w:color="000000"/>
                <w:bottom w:val="none" w:sz="0" w:space="0" w:color="000000"/>
                <w:right w:val="none" w:sz="0" w:space="0" w:color="000000"/>
              </w:pBdr>
              <w:spacing w:before="40" w:after="40"/>
              <w:ind w:left="40" w:right="40"/>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Quartile 4</w:t>
            </w:r>
          </w:p>
        </w:tc>
        <w:tc>
          <w:tcPr>
            <w:tcW w:w="2338"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97EC81A" w14:textId="77777777" w:rsidR="000A14BD" w:rsidRPr="001A2E38" w:rsidRDefault="000A14BD"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2.99 (2.69-3.32)</w:t>
            </w:r>
          </w:p>
        </w:tc>
      </w:tr>
      <w:tr w:rsidR="000A14BD" w:rsidRPr="001A2E38" w14:paraId="4640132C" w14:textId="77777777" w:rsidTr="00C140B1">
        <w:trPr>
          <w:jc w:val="center"/>
        </w:trPr>
        <w:tc>
          <w:tcPr>
            <w:tcW w:w="266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491980F" w14:textId="77777777" w:rsidR="000A14BD" w:rsidRPr="001A2E38" w:rsidRDefault="000A14BD" w:rsidP="00322E8A">
            <w:pPr>
              <w:pBdr>
                <w:top w:val="none" w:sz="0" w:space="0" w:color="000000"/>
                <w:left w:val="none" w:sz="0" w:space="0" w:color="000000"/>
                <w:bottom w:val="none" w:sz="0" w:space="0" w:color="000000"/>
                <w:right w:val="none" w:sz="0" w:space="0" w:color="000000"/>
              </w:pBdr>
              <w:spacing w:before="40" w:after="40"/>
              <w:ind w:left="40" w:right="40"/>
              <w:rPr>
                <w:rFonts w:ascii="Times New Roman" w:eastAsia="Arial" w:hAnsi="Times New Roman" w:cs="Times New Roman"/>
                <w:color w:val="000000"/>
                <w:sz w:val="20"/>
                <w:szCs w:val="20"/>
              </w:rPr>
            </w:pPr>
            <w:r w:rsidRPr="001A2E38">
              <w:rPr>
                <w:rFonts w:ascii="Times New Roman" w:eastAsia="Arial" w:hAnsi="Times New Roman" w:cs="Times New Roman"/>
                <w:i/>
                <w:iCs/>
                <w:color w:val="000000"/>
                <w:sz w:val="20"/>
                <w:szCs w:val="20"/>
              </w:rPr>
              <w:t>P</w:t>
            </w:r>
            <w:r w:rsidRPr="001A2E38">
              <w:rPr>
                <w:rFonts w:ascii="Times New Roman" w:eastAsia="Arial" w:hAnsi="Times New Roman" w:cs="Times New Roman"/>
                <w:color w:val="000000"/>
                <w:sz w:val="20"/>
                <w:szCs w:val="20"/>
              </w:rPr>
              <w:t>-trend</w:t>
            </w:r>
          </w:p>
        </w:tc>
        <w:tc>
          <w:tcPr>
            <w:tcW w:w="2338"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0834022" w14:textId="77777777" w:rsidR="000A14BD" w:rsidRPr="001A2E38" w:rsidRDefault="000A14BD"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&lt;0.001</w:t>
            </w:r>
          </w:p>
        </w:tc>
      </w:tr>
      <w:tr w:rsidR="000A14BD" w:rsidRPr="001A2E38" w14:paraId="335596D3" w14:textId="77777777" w:rsidTr="00C140B1">
        <w:trPr>
          <w:jc w:val="center"/>
        </w:trPr>
        <w:tc>
          <w:tcPr>
            <w:tcW w:w="2662" w:type="pct"/>
            <w:tcBorders>
              <w:top w:val="none" w:sz="0" w:space="0" w:color="000000"/>
              <w:left w:val="none" w:sz="0" w:space="0" w:color="000000"/>
              <w:bottom w:val="none" w:sz="0" w:space="0" w:color="000000"/>
              <w:right w:val="none" w:sz="0" w:space="0" w:color="000000"/>
            </w:tcBorders>
            <w:shd w:val="clear" w:color="auto" w:fill="F2F2F2"/>
            <w:tcMar>
              <w:top w:w="0" w:type="dxa"/>
              <w:left w:w="0" w:type="dxa"/>
              <w:bottom w:w="0" w:type="dxa"/>
              <w:right w:w="0" w:type="dxa"/>
            </w:tcMar>
            <w:vAlign w:val="center"/>
          </w:tcPr>
          <w:p w14:paraId="232C4904" w14:textId="77777777" w:rsidR="000A14BD" w:rsidRPr="001A2E38" w:rsidRDefault="000A14BD" w:rsidP="00322E8A">
            <w:pPr>
              <w:pBdr>
                <w:top w:val="none" w:sz="0" w:space="0" w:color="000000"/>
                <w:left w:val="none" w:sz="0" w:space="0" w:color="000000"/>
                <w:bottom w:val="none" w:sz="0" w:space="0" w:color="000000"/>
                <w:right w:val="none" w:sz="0" w:space="0" w:color="000000"/>
              </w:pBdr>
              <w:spacing w:before="40" w:after="40"/>
              <w:ind w:left="40" w:right="40"/>
              <w:rPr>
                <w:rFonts w:ascii="Times New Roman" w:eastAsia="Arial" w:hAnsi="Times New Roman" w:cs="Times New Roman"/>
                <w:b/>
                <w:color w:val="000000"/>
                <w:sz w:val="20"/>
                <w:szCs w:val="20"/>
              </w:rPr>
            </w:pPr>
            <w:r w:rsidRPr="001A2E38">
              <w:rPr>
                <w:rFonts w:ascii="Times New Roman" w:eastAsia="Arial" w:hAnsi="Times New Roman" w:cs="Times New Roman"/>
                <w:b/>
                <w:color w:val="000000"/>
                <w:sz w:val="20"/>
                <w:szCs w:val="20"/>
              </w:rPr>
              <w:t>CHG-WHtR</w:t>
            </w:r>
          </w:p>
        </w:tc>
        <w:tc>
          <w:tcPr>
            <w:tcW w:w="2338" w:type="pct"/>
            <w:tcBorders>
              <w:top w:val="none" w:sz="0" w:space="0" w:color="000000"/>
              <w:left w:val="none" w:sz="0" w:space="0" w:color="000000"/>
              <w:bottom w:val="none" w:sz="0" w:space="0" w:color="000000"/>
              <w:right w:val="none" w:sz="0" w:space="0" w:color="000000"/>
            </w:tcBorders>
            <w:shd w:val="clear" w:color="auto" w:fill="F2F2F2"/>
            <w:tcMar>
              <w:top w:w="0" w:type="dxa"/>
              <w:left w:w="0" w:type="dxa"/>
              <w:bottom w:w="0" w:type="dxa"/>
              <w:right w:w="0" w:type="dxa"/>
            </w:tcMar>
            <w:vAlign w:val="center"/>
          </w:tcPr>
          <w:p w14:paraId="74F9EF13" w14:textId="77777777" w:rsidR="000A14BD" w:rsidRPr="001A2E38" w:rsidRDefault="000A14BD"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b/>
                <w:color w:val="000000"/>
                <w:sz w:val="20"/>
                <w:szCs w:val="20"/>
              </w:rPr>
            </w:pPr>
          </w:p>
        </w:tc>
      </w:tr>
      <w:tr w:rsidR="000A14BD" w:rsidRPr="001A2E38" w14:paraId="292D206F" w14:textId="77777777" w:rsidTr="00C140B1">
        <w:trPr>
          <w:jc w:val="center"/>
        </w:trPr>
        <w:tc>
          <w:tcPr>
            <w:tcW w:w="266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587FE48" w14:textId="77777777" w:rsidR="000A14BD" w:rsidRPr="001A2E38" w:rsidRDefault="000A14BD" w:rsidP="00322E8A">
            <w:pPr>
              <w:pBdr>
                <w:top w:val="none" w:sz="0" w:space="0" w:color="000000"/>
                <w:left w:val="none" w:sz="0" w:space="0" w:color="000000"/>
                <w:bottom w:val="none" w:sz="0" w:space="0" w:color="000000"/>
                <w:right w:val="none" w:sz="0" w:space="0" w:color="000000"/>
              </w:pBdr>
              <w:spacing w:before="40" w:after="40"/>
              <w:ind w:left="40" w:right="40"/>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Per 1-SD increase</w:t>
            </w:r>
          </w:p>
        </w:tc>
        <w:tc>
          <w:tcPr>
            <w:tcW w:w="2338"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D3303FE" w14:textId="77777777" w:rsidR="000A14BD" w:rsidRPr="001A2E38" w:rsidRDefault="000A14BD"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1.57 (1.53-1.61)</w:t>
            </w:r>
          </w:p>
        </w:tc>
      </w:tr>
      <w:tr w:rsidR="000A14BD" w:rsidRPr="001A2E38" w14:paraId="64B547D0" w14:textId="77777777" w:rsidTr="00C140B1">
        <w:trPr>
          <w:jc w:val="center"/>
        </w:trPr>
        <w:tc>
          <w:tcPr>
            <w:tcW w:w="266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3421139" w14:textId="77777777" w:rsidR="000A14BD" w:rsidRPr="001A2E38" w:rsidRDefault="000A14BD" w:rsidP="00322E8A">
            <w:pPr>
              <w:pBdr>
                <w:top w:val="none" w:sz="0" w:space="0" w:color="000000"/>
                <w:left w:val="none" w:sz="0" w:space="0" w:color="000000"/>
                <w:bottom w:val="none" w:sz="0" w:space="0" w:color="000000"/>
                <w:right w:val="none" w:sz="0" w:space="0" w:color="000000"/>
              </w:pBdr>
              <w:spacing w:before="40" w:after="40"/>
              <w:ind w:left="40" w:right="40"/>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Quartile 1</w:t>
            </w:r>
          </w:p>
        </w:tc>
        <w:tc>
          <w:tcPr>
            <w:tcW w:w="2338"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89B9BCF" w14:textId="77777777" w:rsidR="000A14BD" w:rsidRPr="001A2E38" w:rsidRDefault="000A14BD"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Reference</w:t>
            </w:r>
          </w:p>
        </w:tc>
      </w:tr>
      <w:tr w:rsidR="000A14BD" w:rsidRPr="001A2E38" w14:paraId="3278B78C" w14:textId="77777777" w:rsidTr="00C140B1">
        <w:trPr>
          <w:jc w:val="center"/>
        </w:trPr>
        <w:tc>
          <w:tcPr>
            <w:tcW w:w="266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990DAD2" w14:textId="77777777" w:rsidR="000A14BD" w:rsidRPr="001A2E38" w:rsidRDefault="000A14BD" w:rsidP="00322E8A">
            <w:pPr>
              <w:pBdr>
                <w:top w:val="none" w:sz="0" w:space="0" w:color="000000"/>
                <w:left w:val="none" w:sz="0" w:space="0" w:color="000000"/>
                <w:bottom w:val="none" w:sz="0" w:space="0" w:color="000000"/>
                <w:right w:val="none" w:sz="0" w:space="0" w:color="000000"/>
              </w:pBdr>
              <w:spacing w:before="40" w:after="40"/>
              <w:ind w:left="40" w:right="40"/>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Quartile 2</w:t>
            </w:r>
          </w:p>
        </w:tc>
        <w:tc>
          <w:tcPr>
            <w:tcW w:w="2338"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5275F1D" w14:textId="77777777" w:rsidR="000A14BD" w:rsidRPr="001A2E38" w:rsidRDefault="000A14BD"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1.31 (1.15-1.48)</w:t>
            </w:r>
          </w:p>
        </w:tc>
      </w:tr>
      <w:tr w:rsidR="000A14BD" w:rsidRPr="001A2E38" w14:paraId="7E00DC5A" w14:textId="77777777" w:rsidTr="00C140B1">
        <w:trPr>
          <w:jc w:val="center"/>
        </w:trPr>
        <w:tc>
          <w:tcPr>
            <w:tcW w:w="266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C2651CC" w14:textId="77777777" w:rsidR="000A14BD" w:rsidRPr="001A2E38" w:rsidRDefault="000A14BD" w:rsidP="00322E8A">
            <w:pPr>
              <w:pBdr>
                <w:top w:val="none" w:sz="0" w:space="0" w:color="000000"/>
                <w:left w:val="none" w:sz="0" w:space="0" w:color="000000"/>
                <w:bottom w:val="none" w:sz="0" w:space="0" w:color="000000"/>
                <w:right w:val="none" w:sz="0" w:space="0" w:color="000000"/>
              </w:pBdr>
              <w:spacing w:before="40" w:after="40"/>
              <w:ind w:left="40" w:right="40"/>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Quartile 3</w:t>
            </w:r>
          </w:p>
        </w:tc>
        <w:tc>
          <w:tcPr>
            <w:tcW w:w="2338"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51CD414" w14:textId="77777777" w:rsidR="000A14BD" w:rsidRPr="001A2E38" w:rsidRDefault="000A14BD"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1.77 (1.57-1.99)</w:t>
            </w:r>
          </w:p>
        </w:tc>
      </w:tr>
      <w:tr w:rsidR="000A14BD" w:rsidRPr="001A2E38" w14:paraId="5934831A" w14:textId="77777777" w:rsidTr="00C140B1">
        <w:trPr>
          <w:jc w:val="center"/>
        </w:trPr>
        <w:tc>
          <w:tcPr>
            <w:tcW w:w="266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21267C7" w14:textId="77777777" w:rsidR="000A14BD" w:rsidRPr="001A2E38" w:rsidRDefault="000A14BD" w:rsidP="00322E8A">
            <w:pPr>
              <w:pBdr>
                <w:top w:val="none" w:sz="0" w:space="0" w:color="000000"/>
                <w:left w:val="none" w:sz="0" w:space="0" w:color="000000"/>
                <w:bottom w:val="none" w:sz="0" w:space="0" w:color="000000"/>
                <w:right w:val="none" w:sz="0" w:space="0" w:color="000000"/>
              </w:pBdr>
              <w:spacing w:before="40" w:after="40"/>
              <w:ind w:left="40" w:right="40"/>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Quartile 4</w:t>
            </w:r>
          </w:p>
        </w:tc>
        <w:tc>
          <w:tcPr>
            <w:tcW w:w="2338"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723F32B" w14:textId="77777777" w:rsidR="000A14BD" w:rsidRPr="001A2E38" w:rsidRDefault="000A14BD"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3.44 (3.09-3.84)</w:t>
            </w:r>
          </w:p>
        </w:tc>
      </w:tr>
      <w:tr w:rsidR="000A14BD" w:rsidRPr="001A2E38" w14:paraId="00370AC7" w14:textId="77777777" w:rsidTr="00C140B1">
        <w:trPr>
          <w:jc w:val="center"/>
        </w:trPr>
        <w:tc>
          <w:tcPr>
            <w:tcW w:w="266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E965C0E" w14:textId="77777777" w:rsidR="000A14BD" w:rsidRPr="001A2E38" w:rsidRDefault="000A14BD" w:rsidP="00322E8A">
            <w:pPr>
              <w:pBdr>
                <w:top w:val="none" w:sz="0" w:space="0" w:color="000000"/>
                <w:left w:val="none" w:sz="0" w:space="0" w:color="000000"/>
                <w:bottom w:val="none" w:sz="0" w:space="0" w:color="000000"/>
                <w:right w:val="none" w:sz="0" w:space="0" w:color="000000"/>
              </w:pBdr>
              <w:spacing w:before="40" w:after="40"/>
              <w:ind w:left="40" w:right="40"/>
              <w:rPr>
                <w:rFonts w:ascii="Times New Roman" w:eastAsia="Arial" w:hAnsi="Times New Roman" w:cs="Times New Roman"/>
                <w:color w:val="000000"/>
                <w:sz w:val="20"/>
                <w:szCs w:val="20"/>
              </w:rPr>
            </w:pPr>
            <w:r w:rsidRPr="001A2E38">
              <w:rPr>
                <w:rFonts w:ascii="Times New Roman" w:eastAsia="Arial" w:hAnsi="Times New Roman" w:cs="Times New Roman"/>
                <w:i/>
                <w:iCs/>
                <w:color w:val="000000"/>
                <w:sz w:val="20"/>
                <w:szCs w:val="20"/>
              </w:rPr>
              <w:t>P</w:t>
            </w:r>
            <w:r w:rsidRPr="001A2E38">
              <w:rPr>
                <w:rFonts w:ascii="Times New Roman" w:eastAsia="Arial" w:hAnsi="Times New Roman" w:cs="Times New Roman"/>
                <w:color w:val="000000"/>
                <w:sz w:val="20"/>
                <w:szCs w:val="20"/>
              </w:rPr>
              <w:t>-trend</w:t>
            </w:r>
          </w:p>
        </w:tc>
        <w:tc>
          <w:tcPr>
            <w:tcW w:w="2338"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956563B" w14:textId="77777777" w:rsidR="000A14BD" w:rsidRPr="001A2E38" w:rsidRDefault="000A14BD"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&lt;0.001</w:t>
            </w:r>
          </w:p>
        </w:tc>
      </w:tr>
      <w:tr w:rsidR="000A14BD" w:rsidRPr="001A2E38" w14:paraId="7B47A0C4" w14:textId="77777777" w:rsidTr="00C140B1">
        <w:trPr>
          <w:jc w:val="center"/>
        </w:trPr>
        <w:tc>
          <w:tcPr>
            <w:tcW w:w="2662" w:type="pct"/>
            <w:tcBorders>
              <w:top w:val="none" w:sz="0" w:space="0" w:color="000000"/>
              <w:left w:val="none" w:sz="0" w:space="0" w:color="000000"/>
              <w:bottom w:val="none" w:sz="0" w:space="0" w:color="000000"/>
              <w:right w:val="none" w:sz="0" w:space="0" w:color="000000"/>
            </w:tcBorders>
            <w:shd w:val="clear" w:color="auto" w:fill="F2F2F2"/>
            <w:tcMar>
              <w:top w:w="0" w:type="dxa"/>
              <w:left w:w="0" w:type="dxa"/>
              <w:bottom w:w="0" w:type="dxa"/>
              <w:right w:w="0" w:type="dxa"/>
            </w:tcMar>
            <w:vAlign w:val="center"/>
          </w:tcPr>
          <w:p w14:paraId="5AA512A3" w14:textId="77777777" w:rsidR="000A14BD" w:rsidRPr="001A2E38" w:rsidRDefault="000A14BD" w:rsidP="00322E8A">
            <w:pPr>
              <w:pBdr>
                <w:top w:val="none" w:sz="0" w:space="0" w:color="000000"/>
                <w:left w:val="none" w:sz="0" w:space="0" w:color="000000"/>
                <w:bottom w:val="none" w:sz="0" w:space="0" w:color="000000"/>
                <w:right w:val="none" w:sz="0" w:space="0" w:color="000000"/>
              </w:pBdr>
              <w:spacing w:before="40" w:after="40"/>
              <w:ind w:left="40" w:right="40"/>
              <w:rPr>
                <w:rFonts w:ascii="Times New Roman" w:eastAsia="Arial" w:hAnsi="Times New Roman" w:cs="Times New Roman"/>
                <w:b/>
                <w:color w:val="000000"/>
                <w:sz w:val="20"/>
                <w:szCs w:val="20"/>
              </w:rPr>
            </w:pPr>
            <w:r w:rsidRPr="001A2E38">
              <w:rPr>
                <w:rFonts w:ascii="Times New Roman" w:eastAsia="Arial" w:hAnsi="Times New Roman" w:cs="Times New Roman"/>
                <w:b/>
                <w:color w:val="000000"/>
                <w:sz w:val="20"/>
                <w:szCs w:val="20"/>
              </w:rPr>
              <w:t>CHG-BRI</w:t>
            </w:r>
          </w:p>
        </w:tc>
        <w:tc>
          <w:tcPr>
            <w:tcW w:w="2338" w:type="pct"/>
            <w:tcBorders>
              <w:top w:val="none" w:sz="0" w:space="0" w:color="000000"/>
              <w:left w:val="none" w:sz="0" w:space="0" w:color="000000"/>
              <w:bottom w:val="none" w:sz="0" w:space="0" w:color="000000"/>
              <w:right w:val="none" w:sz="0" w:space="0" w:color="000000"/>
            </w:tcBorders>
            <w:shd w:val="clear" w:color="auto" w:fill="F2F2F2"/>
            <w:tcMar>
              <w:top w:w="0" w:type="dxa"/>
              <w:left w:w="0" w:type="dxa"/>
              <w:bottom w:w="0" w:type="dxa"/>
              <w:right w:w="0" w:type="dxa"/>
            </w:tcMar>
            <w:vAlign w:val="center"/>
          </w:tcPr>
          <w:p w14:paraId="09C8E6B7" w14:textId="77777777" w:rsidR="000A14BD" w:rsidRPr="001A2E38" w:rsidRDefault="000A14BD"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b/>
                <w:color w:val="000000"/>
                <w:sz w:val="20"/>
                <w:szCs w:val="20"/>
              </w:rPr>
            </w:pPr>
          </w:p>
        </w:tc>
      </w:tr>
      <w:tr w:rsidR="000A14BD" w:rsidRPr="001A2E38" w14:paraId="56F2E5B3" w14:textId="77777777" w:rsidTr="00C140B1">
        <w:trPr>
          <w:jc w:val="center"/>
        </w:trPr>
        <w:tc>
          <w:tcPr>
            <w:tcW w:w="266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5EF7871" w14:textId="77777777" w:rsidR="000A14BD" w:rsidRPr="001A2E38" w:rsidRDefault="000A14BD" w:rsidP="00322E8A">
            <w:pPr>
              <w:pBdr>
                <w:top w:val="none" w:sz="0" w:space="0" w:color="000000"/>
                <w:left w:val="none" w:sz="0" w:space="0" w:color="000000"/>
                <w:bottom w:val="none" w:sz="0" w:space="0" w:color="000000"/>
                <w:right w:val="none" w:sz="0" w:space="0" w:color="000000"/>
              </w:pBdr>
              <w:spacing w:before="40" w:after="40"/>
              <w:ind w:left="40" w:right="40"/>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Per 1-SD increase</w:t>
            </w:r>
          </w:p>
        </w:tc>
        <w:tc>
          <w:tcPr>
            <w:tcW w:w="2338"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EEC367B" w14:textId="77777777" w:rsidR="000A14BD" w:rsidRPr="001A2E38" w:rsidRDefault="000A14BD"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1.46 (1.42-1.50)</w:t>
            </w:r>
          </w:p>
        </w:tc>
      </w:tr>
      <w:tr w:rsidR="000A14BD" w:rsidRPr="001A2E38" w14:paraId="712EF9FC" w14:textId="77777777" w:rsidTr="00C140B1">
        <w:trPr>
          <w:jc w:val="center"/>
        </w:trPr>
        <w:tc>
          <w:tcPr>
            <w:tcW w:w="266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F62D5C6" w14:textId="77777777" w:rsidR="000A14BD" w:rsidRPr="001A2E38" w:rsidRDefault="000A14BD" w:rsidP="00322E8A">
            <w:pPr>
              <w:pBdr>
                <w:top w:val="none" w:sz="0" w:space="0" w:color="000000"/>
                <w:left w:val="none" w:sz="0" w:space="0" w:color="000000"/>
                <w:bottom w:val="none" w:sz="0" w:space="0" w:color="000000"/>
                <w:right w:val="none" w:sz="0" w:space="0" w:color="000000"/>
              </w:pBdr>
              <w:spacing w:before="40" w:after="40"/>
              <w:ind w:left="40" w:right="40"/>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Quartile 1</w:t>
            </w:r>
          </w:p>
        </w:tc>
        <w:tc>
          <w:tcPr>
            <w:tcW w:w="2338"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DAFED49" w14:textId="77777777" w:rsidR="000A14BD" w:rsidRPr="001A2E38" w:rsidRDefault="000A14BD"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Reference</w:t>
            </w:r>
          </w:p>
        </w:tc>
      </w:tr>
      <w:tr w:rsidR="000A14BD" w:rsidRPr="001A2E38" w14:paraId="469229A2" w14:textId="77777777" w:rsidTr="00C140B1">
        <w:trPr>
          <w:jc w:val="center"/>
        </w:trPr>
        <w:tc>
          <w:tcPr>
            <w:tcW w:w="266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2392B0A" w14:textId="77777777" w:rsidR="000A14BD" w:rsidRPr="001A2E38" w:rsidRDefault="000A14BD" w:rsidP="00322E8A">
            <w:pPr>
              <w:pBdr>
                <w:top w:val="none" w:sz="0" w:space="0" w:color="000000"/>
                <w:left w:val="none" w:sz="0" w:space="0" w:color="000000"/>
                <w:bottom w:val="none" w:sz="0" w:space="0" w:color="000000"/>
                <w:right w:val="none" w:sz="0" w:space="0" w:color="000000"/>
              </w:pBdr>
              <w:spacing w:before="40" w:after="40"/>
              <w:ind w:left="40" w:right="40"/>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Quartile 2</w:t>
            </w:r>
          </w:p>
        </w:tc>
        <w:tc>
          <w:tcPr>
            <w:tcW w:w="2338"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634E716" w14:textId="77777777" w:rsidR="000A14BD" w:rsidRPr="001A2E38" w:rsidRDefault="000A14BD"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1.35 (1.20-1.52)</w:t>
            </w:r>
          </w:p>
        </w:tc>
      </w:tr>
      <w:tr w:rsidR="000A14BD" w:rsidRPr="001A2E38" w14:paraId="7368AAE0" w14:textId="77777777" w:rsidTr="00C140B1">
        <w:trPr>
          <w:jc w:val="center"/>
        </w:trPr>
        <w:tc>
          <w:tcPr>
            <w:tcW w:w="266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054023E" w14:textId="77777777" w:rsidR="000A14BD" w:rsidRPr="001A2E38" w:rsidRDefault="000A14BD" w:rsidP="00322E8A">
            <w:pPr>
              <w:pBdr>
                <w:top w:val="none" w:sz="0" w:space="0" w:color="000000"/>
                <w:left w:val="none" w:sz="0" w:space="0" w:color="000000"/>
                <w:bottom w:val="none" w:sz="0" w:space="0" w:color="000000"/>
                <w:right w:val="none" w:sz="0" w:space="0" w:color="000000"/>
              </w:pBdr>
              <w:spacing w:before="40" w:after="40"/>
              <w:ind w:left="40" w:right="40"/>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Quartile 3</w:t>
            </w:r>
          </w:p>
        </w:tc>
        <w:tc>
          <w:tcPr>
            <w:tcW w:w="2338"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1E6EEEB" w14:textId="77777777" w:rsidR="000A14BD" w:rsidRPr="001A2E38" w:rsidRDefault="000A14BD"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1.68 (1.50-1.89)</w:t>
            </w:r>
          </w:p>
        </w:tc>
      </w:tr>
      <w:tr w:rsidR="000A14BD" w:rsidRPr="001A2E38" w14:paraId="5C41302C" w14:textId="77777777" w:rsidTr="00C140B1">
        <w:trPr>
          <w:jc w:val="center"/>
        </w:trPr>
        <w:tc>
          <w:tcPr>
            <w:tcW w:w="266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17036BC" w14:textId="77777777" w:rsidR="000A14BD" w:rsidRPr="001A2E38" w:rsidRDefault="000A14BD" w:rsidP="00322E8A">
            <w:pPr>
              <w:pBdr>
                <w:top w:val="none" w:sz="0" w:space="0" w:color="000000"/>
                <w:left w:val="none" w:sz="0" w:space="0" w:color="000000"/>
                <w:bottom w:val="none" w:sz="0" w:space="0" w:color="000000"/>
                <w:right w:val="none" w:sz="0" w:space="0" w:color="000000"/>
              </w:pBdr>
              <w:spacing w:before="40" w:after="40"/>
              <w:ind w:left="40" w:right="40"/>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lastRenderedPageBreak/>
              <w:t>Quartile 4</w:t>
            </w:r>
          </w:p>
        </w:tc>
        <w:tc>
          <w:tcPr>
            <w:tcW w:w="2338"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8F0783B" w14:textId="77777777" w:rsidR="000A14BD" w:rsidRPr="001A2E38" w:rsidRDefault="000A14BD"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3.05 (2.74-3.40)</w:t>
            </w:r>
          </w:p>
        </w:tc>
      </w:tr>
      <w:tr w:rsidR="000A14BD" w:rsidRPr="001A2E38" w14:paraId="0087660B" w14:textId="77777777" w:rsidTr="00C140B1">
        <w:trPr>
          <w:jc w:val="center"/>
        </w:trPr>
        <w:tc>
          <w:tcPr>
            <w:tcW w:w="266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BE1DF6D" w14:textId="77777777" w:rsidR="000A14BD" w:rsidRPr="001A2E38" w:rsidRDefault="000A14BD" w:rsidP="00322E8A">
            <w:pPr>
              <w:pBdr>
                <w:top w:val="none" w:sz="0" w:space="0" w:color="000000"/>
                <w:left w:val="none" w:sz="0" w:space="0" w:color="000000"/>
                <w:bottom w:val="none" w:sz="0" w:space="0" w:color="000000"/>
                <w:right w:val="none" w:sz="0" w:space="0" w:color="000000"/>
              </w:pBdr>
              <w:spacing w:before="40" w:after="40"/>
              <w:ind w:left="40" w:right="40"/>
              <w:rPr>
                <w:rFonts w:ascii="Times New Roman" w:eastAsia="Arial" w:hAnsi="Times New Roman" w:cs="Times New Roman"/>
                <w:color w:val="000000"/>
                <w:sz w:val="20"/>
                <w:szCs w:val="20"/>
              </w:rPr>
            </w:pPr>
            <w:r w:rsidRPr="001A2E38">
              <w:rPr>
                <w:rFonts w:ascii="Times New Roman" w:eastAsia="Arial" w:hAnsi="Times New Roman" w:cs="Times New Roman"/>
                <w:i/>
                <w:iCs/>
                <w:color w:val="000000"/>
                <w:sz w:val="20"/>
                <w:szCs w:val="20"/>
              </w:rPr>
              <w:t>P</w:t>
            </w:r>
            <w:r w:rsidRPr="001A2E38">
              <w:rPr>
                <w:rFonts w:ascii="Times New Roman" w:eastAsia="Arial" w:hAnsi="Times New Roman" w:cs="Times New Roman"/>
                <w:color w:val="000000"/>
                <w:sz w:val="20"/>
                <w:szCs w:val="20"/>
              </w:rPr>
              <w:t>-trend</w:t>
            </w:r>
          </w:p>
        </w:tc>
        <w:tc>
          <w:tcPr>
            <w:tcW w:w="2338"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3453177" w14:textId="77777777" w:rsidR="000A14BD" w:rsidRPr="001A2E38" w:rsidRDefault="000A14BD"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&lt;0.001</w:t>
            </w:r>
          </w:p>
        </w:tc>
      </w:tr>
      <w:tr w:rsidR="000A14BD" w:rsidRPr="001A2E38" w14:paraId="02F2A7CE" w14:textId="77777777" w:rsidTr="00C140B1">
        <w:trPr>
          <w:jc w:val="center"/>
        </w:trPr>
        <w:tc>
          <w:tcPr>
            <w:tcW w:w="2662" w:type="pct"/>
            <w:tcBorders>
              <w:top w:val="none" w:sz="0" w:space="0" w:color="000000"/>
              <w:left w:val="none" w:sz="0" w:space="0" w:color="000000"/>
              <w:bottom w:val="none" w:sz="0" w:space="0" w:color="000000"/>
              <w:right w:val="none" w:sz="0" w:space="0" w:color="000000"/>
            </w:tcBorders>
            <w:shd w:val="clear" w:color="auto" w:fill="F2F2F2"/>
            <w:tcMar>
              <w:top w:w="0" w:type="dxa"/>
              <w:left w:w="0" w:type="dxa"/>
              <w:bottom w:w="0" w:type="dxa"/>
              <w:right w:w="0" w:type="dxa"/>
            </w:tcMar>
            <w:vAlign w:val="center"/>
          </w:tcPr>
          <w:p w14:paraId="6562763B" w14:textId="77777777" w:rsidR="000A14BD" w:rsidRPr="001A2E38" w:rsidRDefault="000A14BD" w:rsidP="00322E8A">
            <w:pPr>
              <w:pBdr>
                <w:top w:val="none" w:sz="0" w:space="0" w:color="000000"/>
                <w:left w:val="none" w:sz="0" w:space="0" w:color="000000"/>
                <w:bottom w:val="none" w:sz="0" w:space="0" w:color="000000"/>
                <w:right w:val="none" w:sz="0" w:space="0" w:color="000000"/>
              </w:pBdr>
              <w:spacing w:before="40" w:after="40"/>
              <w:ind w:left="40" w:right="40"/>
              <w:rPr>
                <w:rFonts w:ascii="Times New Roman" w:eastAsia="Arial" w:hAnsi="Times New Roman" w:cs="Times New Roman"/>
                <w:b/>
                <w:color w:val="000000"/>
                <w:sz w:val="20"/>
                <w:szCs w:val="20"/>
              </w:rPr>
            </w:pPr>
            <w:r w:rsidRPr="001A2E38">
              <w:rPr>
                <w:rFonts w:ascii="Times New Roman" w:eastAsia="Arial" w:hAnsi="Times New Roman" w:cs="Times New Roman"/>
                <w:b/>
                <w:color w:val="000000"/>
                <w:sz w:val="20"/>
                <w:szCs w:val="20"/>
              </w:rPr>
              <w:t>CHG-ABSI</w:t>
            </w:r>
          </w:p>
        </w:tc>
        <w:tc>
          <w:tcPr>
            <w:tcW w:w="2338" w:type="pct"/>
            <w:tcBorders>
              <w:top w:val="none" w:sz="0" w:space="0" w:color="000000"/>
              <w:left w:val="none" w:sz="0" w:space="0" w:color="000000"/>
              <w:bottom w:val="none" w:sz="0" w:space="0" w:color="000000"/>
              <w:right w:val="none" w:sz="0" w:space="0" w:color="000000"/>
            </w:tcBorders>
            <w:shd w:val="clear" w:color="auto" w:fill="F2F2F2"/>
            <w:tcMar>
              <w:top w:w="0" w:type="dxa"/>
              <w:left w:w="0" w:type="dxa"/>
              <w:bottom w:w="0" w:type="dxa"/>
              <w:right w:w="0" w:type="dxa"/>
            </w:tcMar>
            <w:vAlign w:val="center"/>
          </w:tcPr>
          <w:p w14:paraId="0D5EA528" w14:textId="77777777" w:rsidR="000A14BD" w:rsidRPr="001A2E38" w:rsidRDefault="000A14BD"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b/>
                <w:color w:val="000000"/>
                <w:sz w:val="20"/>
                <w:szCs w:val="20"/>
              </w:rPr>
            </w:pPr>
          </w:p>
        </w:tc>
      </w:tr>
      <w:tr w:rsidR="000A14BD" w:rsidRPr="001A2E38" w14:paraId="39FE1E9F" w14:textId="77777777" w:rsidTr="00C140B1">
        <w:trPr>
          <w:jc w:val="center"/>
        </w:trPr>
        <w:tc>
          <w:tcPr>
            <w:tcW w:w="266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21C4D1F" w14:textId="77777777" w:rsidR="000A14BD" w:rsidRPr="001A2E38" w:rsidRDefault="000A14BD" w:rsidP="00322E8A">
            <w:pPr>
              <w:pBdr>
                <w:top w:val="none" w:sz="0" w:space="0" w:color="000000"/>
                <w:left w:val="none" w:sz="0" w:space="0" w:color="000000"/>
                <w:bottom w:val="none" w:sz="0" w:space="0" w:color="000000"/>
                <w:right w:val="none" w:sz="0" w:space="0" w:color="000000"/>
              </w:pBdr>
              <w:spacing w:before="40" w:after="40"/>
              <w:ind w:left="40" w:right="40"/>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Per 1-SD increase</w:t>
            </w:r>
          </w:p>
        </w:tc>
        <w:tc>
          <w:tcPr>
            <w:tcW w:w="2338"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2C77C74" w14:textId="77777777" w:rsidR="000A14BD" w:rsidRPr="001A2E38" w:rsidRDefault="000A14BD"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1.44 (1.39-1.48)</w:t>
            </w:r>
          </w:p>
        </w:tc>
      </w:tr>
      <w:tr w:rsidR="000A14BD" w:rsidRPr="001A2E38" w14:paraId="1F2743E0" w14:textId="77777777" w:rsidTr="00C140B1">
        <w:trPr>
          <w:jc w:val="center"/>
        </w:trPr>
        <w:tc>
          <w:tcPr>
            <w:tcW w:w="266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4E9813E" w14:textId="77777777" w:rsidR="000A14BD" w:rsidRPr="001A2E38" w:rsidRDefault="000A14BD" w:rsidP="00322E8A">
            <w:pPr>
              <w:pBdr>
                <w:top w:val="none" w:sz="0" w:space="0" w:color="000000"/>
                <w:left w:val="none" w:sz="0" w:space="0" w:color="000000"/>
                <w:bottom w:val="none" w:sz="0" w:space="0" w:color="000000"/>
                <w:right w:val="none" w:sz="0" w:space="0" w:color="000000"/>
              </w:pBdr>
              <w:spacing w:before="40" w:after="40"/>
              <w:ind w:left="40" w:right="40"/>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Quartile 1</w:t>
            </w:r>
          </w:p>
        </w:tc>
        <w:tc>
          <w:tcPr>
            <w:tcW w:w="2338"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D10234D" w14:textId="77777777" w:rsidR="000A14BD" w:rsidRPr="001A2E38" w:rsidRDefault="000A14BD"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Reference</w:t>
            </w:r>
          </w:p>
        </w:tc>
      </w:tr>
      <w:tr w:rsidR="000A14BD" w:rsidRPr="001A2E38" w14:paraId="55F55AAB" w14:textId="77777777" w:rsidTr="00C140B1">
        <w:trPr>
          <w:jc w:val="center"/>
        </w:trPr>
        <w:tc>
          <w:tcPr>
            <w:tcW w:w="266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063A870" w14:textId="77777777" w:rsidR="000A14BD" w:rsidRPr="001A2E38" w:rsidRDefault="000A14BD" w:rsidP="00322E8A">
            <w:pPr>
              <w:pBdr>
                <w:top w:val="none" w:sz="0" w:space="0" w:color="000000"/>
                <w:left w:val="none" w:sz="0" w:space="0" w:color="000000"/>
                <w:bottom w:val="none" w:sz="0" w:space="0" w:color="000000"/>
                <w:right w:val="none" w:sz="0" w:space="0" w:color="000000"/>
              </w:pBdr>
              <w:spacing w:before="40" w:after="40"/>
              <w:ind w:left="40" w:right="40"/>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Quartile 2</w:t>
            </w:r>
          </w:p>
        </w:tc>
        <w:tc>
          <w:tcPr>
            <w:tcW w:w="2338"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A41B624" w14:textId="77777777" w:rsidR="000A14BD" w:rsidRPr="001A2E38" w:rsidRDefault="000A14BD"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1.21 (1.08-1.36)</w:t>
            </w:r>
          </w:p>
        </w:tc>
      </w:tr>
      <w:tr w:rsidR="000A14BD" w:rsidRPr="001A2E38" w14:paraId="6B4F3E1B" w14:textId="77777777" w:rsidTr="00C140B1">
        <w:trPr>
          <w:jc w:val="center"/>
        </w:trPr>
        <w:tc>
          <w:tcPr>
            <w:tcW w:w="266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0A438EC" w14:textId="77777777" w:rsidR="000A14BD" w:rsidRPr="001A2E38" w:rsidRDefault="000A14BD" w:rsidP="00322E8A">
            <w:pPr>
              <w:pBdr>
                <w:top w:val="none" w:sz="0" w:space="0" w:color="000000"/>
                <w:left w:val="none" w:sz="0" w:space="0" w:color="000000"/>
                <w:bottom w:val="none" w:sz="0" w:space="0" w:color="000000"/>
                <w:right w:val="none" w:sz="0" w:space="0" w:color="000000"/>
              </w:pBdr>
              <w:spacing w:before="40" w:after="40"/>
              <w:ind w:left="40" w:right="40"/>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Quartile 3</w:t>
            </w:r>
          </w:p>
        </w:tc>
        <w:tc>
          <w:tcPr>
            <w:tcW w:w="2338"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72897AA" w14:textId="77777777" w:rsidR="000A14BD" w:rsidRPr="001A2E38" w:rsidRDefault="000A14BD"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1.39 (1.24-1.56)</w:t>
            </w:r>
          </w:p>
        </w:tc>
      </w:tr>
      <w:tr w:rsidR="000A14BD" w:rsidRPr="001A2E38" w14:paraId="09F3666F" w14:textId="77777777" w:rsidTr="00C140B1">
        <w:trPr>
          <w:jc w:val="center"/>
        </w:trPr>
        <w:tc>
          <w:tcPr>
            <w:tcW w:w="266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A0E7A7B" w14:textId="77777777" w:rsidR="000A14BD" w:rsidRPr="001A2E38" w:rsidRDefault="000A14BD" w:rsidP="00322E8A">
            <w:pPr>
              <w:pBdr>
                <w:top w:val="none" w:sz="0" w:space="0" w:color="000000"/>
                <w:left w:val="none" w:sz="0" w:space="0" w:color="000000"/>
                <w:bottom w:val="none" w:sz="0" w:space="0" w:color="000000"/>
                <w:right w:val="none" w:sz="0" w:space="0" w:color="000000"/>
              </w:pBdr>
              <w:spacing w:before="40" w:after="40"/>
              <w:ind w:left="40" w:right="40"/>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Quartile 4</w:t>
            </w:r>
          </w:p>
        </w:tc>
        <w:tc>
          <w:tcPr>
            <w:tcW w:w="2338"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87DB771" w14:textId="77777777" w:rsidR="000A14BD" w:rsidRPr="001A2E38" w:rsidRDefault="000A14BD"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2.25 (2.02-2.50)</w:t>
            </w:r>
          </w:p>
        </w:tc>
      </w:tr>
      <w:tr w:rsidR="000A14BD" w:rsidRPr="001A2E38" w14:paraId="2A501C88" w14:textId="77777777" w:rsidTr="00C140B1">
        <w:trPr>
          <w:jc w:val="center"/>
        </w:trPr>
        <w:tc>
          <w:tcPr>
            <w:tcW w:w="266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9AD77E1" w14:textId="77777777" w:rsidR="000A14BD" w:rsidRPr="001A2E38" w:rsidRDefault="000A14BD" w:rsidP="00322E8A">
            <w:pPr>
              <w:pBdr>
                <w:top w:val="none" w:sz="0" w:space="0" w:color="000000"/>
                <w:left w:val="none" w:sz="0" w:space="0" w:color="000000"/>
                <w:bottom w:val="none" w:sz="0" w:space="0" w:color="000000"/>
                <w:right w:val="none" w:sz="0" w:space="0" w:color="000000"/>
              </w:pBdr>
              <w:spacing w:before="40" w:after="40"/>
              <w:ind w:left="40" w:right="40"/>
              <w:rPr>
                <w:rFonts w:ascii="Times New Roman" w:eastAsia="Arial" w:hAnsi="Times New Roman" w:cs="Times New Roman"/>
                <w:color w:val="000000"/>
                <w:sz w:val="20"/>
                <w:szCs w:val="20"/>
              </w:rPr>
            </w:pPr>
            <w:r w:rsidRPr="001A2E38">
              <w:rPr>
                <w:rFonts w:ascii="Times New Roman" w:eastAsia="Arial" w:hAnsi="Times New Roman" w:cs="Times New Roman"/>
                <w:i/>
                <w:iCs/>
                <w:color w:val="000000"/>
                <w:sz w:val="20"/>
                <w:szCs w:val="20"/>
              </w:rPr>
              <w:t>P</w:t>
            </w:r>
            <w:r w:rsidRPr="001A2E38">
              <w:rPr>
                <w:rFonts w:ascii="Times New Roman" w:eastAsia="Arial" w:hAnsi="Times New Roman" w:cs="Times New Roman"/>
                <w:color w:val="000000"/>
                <w:sz w:val="20"/>
                <w:szCs w:val="20"/>
              </w:rPr>
              <w:t>-trend</w:t>
            </w:r>
          </w:p>
        </w:tc>
        <w:tc>
          <w:tcPr>
            <w:tcW w:w="2338"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EDCDE7C" w14:textId="77777777" w:rsidR="000A14BD" w:rsidRPr="001A2E38" w:rsidRDefault="000A14BD"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&lt;0.001</w:t>
            </w:r>
          </w:p>
        </w:tc>
      </w:tr>
      <w:tr w:rsidR="000A14BD" w:rsidRPr="001A2E38" w14:paraId="53D65A9B" w14:textId="77777777" w:rsidTr="00C140B1">
        <w:trPr>
          <w:jc w:val="center"/>
        </w:trPr>
        <w:tc>
          <w:tcPr>
            <w:tcW w:w="2662" w:type="pct"/>
            <w:tcBorders>
              <w:top w:val="none" w:sz="0" w:space="0" w:color="000000"/>
              <w:left w:val="none" w:sz="0" w:space="0" w:color="000000"/>
              <w:bottom w:val="none" w:sz="0" w:space="0" w:color="000000"/>
              <w:right w:val="none" w:sz="0" w:space="0" w:color="000000"/>
            </w:tcBorders>
            <w:shd w:val="clear" w:color="auto" w:fill="F2F2F2"/>
            <w:tcMar>
              <w:top w:w="0" w:type="dxa"/>
              <w:left w:w="0" w:type="dxa"/>
              <w:bottom w:w="0" w:type="dxa"/>
              <w:right w:w="0" w:type="dxa"/>
            </w:tcMar>
            <w:vAlign w:val="center"/>
          </w:tcPr>
          <w:p w14:paraId="5E634D05" w14:textId="77777777" w:rsidR="000A14BD" w:rsidRPr="001A2E38" w:rsidRDefault="000A14BD" w:rsidP="00322E8A">
            <w:pPr>
              <w:pBdr>
                <w:top w:val="none" w:sz="0" w:space="0" w:color="000000"/>
                <w:left w:val="none" w:sz="0" w:space="0" w:color="000000"/>
                <w:bottom w:val="none" w:sz="0" w:space="0" w:color="000000"/>
                <w:right w:val="none" w:sz="0" w:space="0" w:color="000000"/>
              </w:pBdr>
              <w:spacing w:before="40" w:after="40"/>
              <w:ind w:left="40" w:right="40"/>
              <w:rPr>
                <w:rFonts w:ascii="Times New Roman" w:eastAsia="Arial" w:hAnsi="Times New Roman" w:cs="Times New Roman"/>
                <w:b/>
                <w:color w:val="000000"/>
                <w:sz w:val="20"/>
                <w:szCs w:val="20"/>
              </w:rPr>
            </w:pPr>
            <w:r w:rsidRPr="001A2E38">
              <w:rPr>
                <w:rFonts w:ascii="Times New Roman" w:eastAsia="Arial" w:hAnsi="Times New Roman" w:cs="Times New Roman"/>
                <w:b/>
                <w:color w:val="000000"/>
                <w:sz w:val="20"/>
                <w:szCs w:val="20"/>
              </w:rPr>
              <w:t>CHG-VAI</w:t>
            </w:r>
          </w:p>
        </w:tc>
        <w:tc>
          <w:tcPr>
            <w:tcW w:w="2338" w:type="pct"/>
            <w:tcBorders>
              <w:top w:val="none" w:sz="0" w:space="0" w:color="000000"/>
              <w:left w:val="none" w:sz="0" w:space="0" w:color="000000"/>
              <w:bottom w:val="none" w:sz="0" w:space="0" w:color="000000"/>
              <w:right w:val="none" w:sz="0" w:space="0" w:color="000000"/>
            </w:tcBorders>
            <w:shd w:val="clear" w:color="auto" w:fill="F2F2F2"/>
            <w:tcMar>
              <w:top w:w="0" w:type="dxa"/>
              <w:left w:w="0" w:type="dxa"/>
              <w:bottom w:w="0" w:type="dxa"/>
              <w:right w:w="0" w:type="dxa"/>
            </w:tcMar>
            <w:vAlign w:val="center"/>
          </w:tcPr>
          <w:p w14:paraId="228E9AD3" w14:textId="77777777" w:rsidR="000A14BD" w:rsidRPr="001A2E38" w:rsidRDefault="000A14BD"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b/>
                <w:color w:val="000000"/>
                <w:sz w:val="20"/>
                <w:szCs w:val="20"/>
              </w:rPr>
            </w:pPr>
          </w:p>
        </w:tc>
      </w:tr>
      <w:tr w:rsidR="000A14BD" w:rsidRPr="001A2E38" w14:paraId="6F375512" w14:textId="77777777" w:rsidTr="00C140B1">
        <w:trPr>
          <w:jc w:val="center"/>
        </w:trPr>
        <w:tc>
          <w:tcPr>
            <w:tcW w:w="266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15ED0DC" w14:textId="77777777" w:rsidR="000A14BD" w:rsidRPr="001A2E38" w:rsidRDefault="000A14BD" w:rsidP="00322E8A">
            <w:pPr>
              <w:pBdr>
                <w:top w:val="none" w:sz="0" w:space="0" w:color="000000"/>
                <w:left w:val="none" w:sz="0" w:space="0" w:color="000000"/>
                <w:bottom w:val="none" w:sz="0" w:space="0" w:color="000000"/>
                <w:right w:val="none" w:sz="0" w:space="0" w:color="000000"/>
              </w:pBdr>
              <w:spacing w:before="40" w:after="40"/>
              <w:ind w:left="40" w:right="40"/>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Per 1-SD increase</w:t>
            </w:r>
          </w:p>
        </w:tc>
        <w:tc>
          <w:tcPr>
            <w:tcW w:w="2338"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D7F7EFD" w14:textId="77777777" w:rsidR="000A14BD" w:rsidRPr="001A2E38" w:rsidRDefault="000A14BD"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1.20 (1.17-1.23)</w:t>
            </w:r>
          </w:p>
        </w:tc>
      </w:tr>
      <w:tr w:rsidR="000A14BD" w:rsidRPr="001A2E38" w14:paraId="60938DAD" w14:textId="77777777" w:rsidTr="00C140B1">
        <w:trPr>
          <w:jc w:val="center"/>
        </w:trPr>
        <w:tc>
          <w:tcPr>
            <w:tcW w:w="266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8C79757" w14:textId="77777777" w:rsidR="000A14BD" w:rsidRPr="001A2E38" w:rsidRDefault="000A14BD" w:rsidP="00322E8A">
            <w:pPr>
              <w:pBdr>
                <w:top w:val="none" w:sz="0" w:space="0" w:color="000000"/>
                <w:left w:val="none" w:sz="0" w:space="0" w:color="000000"/>
                <w:bottom w:val="none" w:sz="0" w:space="0" w:color="000000"/>
                <w:right w:val="none" w:sz="0" w:space="0" w:color="000000"/>
              </w:pBdr>
              <w:spacing w:before="40" w:after="40"/>
              <w:ind w:left="40" w:right="40"/>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Quartile 1</w:t>
            </w:r>
          </w:p>
        </w:tc>
        <w:tc>
          <w:tcPr>
            <w:tcW w:w="2338"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C05AB90" w14:textId="77777777" w:rsidR="000A14BD" w:rsidRPr="001A2E38" w:rsidRDefault="000A14BD"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Reference</w:t>
            </w:r>
          </w:p>
        </w:tc>
      </w:tr>
      <w:tr w:rsidR="000A14BD" w:rsidRPr="001A2E38" w14:paraId="4190A6C8" w14:textId="77777777" w:rsidTr="00C140B1">
        <w:trPr>
          <w:jc w:val="center"/>
        </w:trPr>
        <w:tc>
          <w:tcPr>
            <w:tcW w:w="266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7AF01F0" w14:textId="77777777" w:rsidR="000A14BD" w:rsidRPr="001A2E38" w:rsidRDefault="000A14BD" w:rsidP="00322E8A">
            <w:pPr>
              <w:pBdr>
                <w:top w:val="none" w:sz="0" w:space="0" w:color="000000"/>
                <w:left w:val="none" w:sz="0" w:space="0" w:color="000000"/>
                <w:bottom w:val="none" w:sz="0" w:space="0" w:color="000000"/>
                <w:right w:val="none" w:sz="0" w:space="0" w:color="000000"/>
              </w:pBdr>
              <w:spacing w:before="40" w:after="40"/>
              <w:ind w:left="40" w:right="40"/>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Quartile 2</w:t>
            </w:r>
          </w:p>
        </w:tc>
        <w:tc>
          <w:tcPr>
            <w:tcW w:w="2338"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FEA10BB" w14:textId="77777777" w:rsidR="000A14BD" w:rsidRPr="001A2E38" w:rsidRDefault="000A14BD"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1.09 (0.98-1.21)</w:t>
            </w:r>
          </w:p>
        </w:tc>
      </w:tr>
      <w:tr w:rsidR="000A14BD" w:rsidRPr="001A2E38" w14:paraId="43BFC223" w14:textId="77777777" w:rsidTr="00C140B1">
        <w:trPr>
          <w:jc w:val="center"/>
        </w:trPr>
        <w:tc>
          <w:tcPr>
            <w:tcW w:w="266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55B201E" w14:textId="77777777" w:rsidR="000A14BD" w:rsidRPr="001A2E38" w:rsidRDefault="000A14BD" w:rsidP="00322E8A">
            <w:pPr>
              <w:pBdr>
                <w:top w:val="none" w:sz="0" w:space="0" w:color="000000"/>
                <w:left w:val="none" w:sz="0" w:space="0" w:color="000000"/>
                <w:bottom w:val="none" w:sz="0" w:space="0" w:color="000000"/>
                <w:right w:val="none" w:sz="0" w:space="0" w:color="000000"/>
              </w:pBdr>
              <w:spacing w:before="40" w:after="40"/>
              <w:ind w:left="40" w:right="40"/>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Quartile 3</w:t>
            </w:r>
          </w:p>
        </w:tc>
        <w:tc>
          <w:tcPr>
            <w:tcW w:w="2338"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3EC1A74" w14:textId="77777777" w:rsidR="000A14BD" w:rsidRPr="001A2E38" w:rsidRDefault="000A14BD"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1.36 (1.23-1.51)</w:t>
            </w:r>
          </w:p>
        </w:tc>
      </w:tr>
      <w:tr w:rsidR="000A14BD" w:rsidRPr="001A2E38" w14:paraId="09E9000D" w14:textId="77777777" w:rsidTr="00C140B1">
        <w:trPr>
          <w:jc w:val="center"/>
        </w:trPr>
        <w:tc>
          <w:tcPr>
            <w:tcW w:w="266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E878511" w14:textId="77777777" w:rsidR="000A14BD" w:rsidRPr="001A2E38" w:rsidRDefault="000A14BD" w:rsidP="00322E8A">
            <w:pPr>
              <w:pBdr>
                <w:top w:val="none" w:sz="0" w:space="0" w:color="000000"/>
                <w:left w:val="none" w:sz="0" w:space="0" w:color="000000"/>
                <w:bottom w:val="none" w:sz="0" w:space="0" w:color="000000"/>
                <w:right w:val="none" w:sz="0" w:space="0" w:color="000000"/>
              </w:pBdr>
              <w:spacing w:before="40" w:after="40"/>
              <w:ind w:left="40" w:right="40"/>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Quartile 4</w:t>
            </w:r>
          </w:p>
        </w:tc>
        <w:tc>
          <w:tcPr>
            <w:tcW w:w="2338"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008BA8A" w14:textId="77777777" w:rsidR="000A14BD" w:rsidRPr="001A2E38" w:rsidRDefault="000A14BD"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1.79 (1.62-1.97)</w:t>
            </w:r>
          </w:p>
        </w:tc>
      </w:tr>
      <w:tr w:rsidR="000A14BD" w:rsidRPr="001A2E38" w14:paraId="431BDF4E" w14:textId="77777777" w:rsidTr="00C140B1">
        <w:trPr>
          <w:jc w:val="center"/>
        </w:trPr>
        <w:tc>
          <w:tcPr>
            <w:tcW w:w="266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AB3A3E0" w14:textId="77777777" w:rsidR="000A14BD" w:rsidRPr="001A2E38" w:rsidRDefault="000A14BD" w:rsidP="00322E8A">
            <w:pPr>
              <w:pBdr>
                <w:top w:val="none" w:sz="0" w:space="0" w:color="000000"/>
                <w:left w:val="none" w:sz="0" w:space="0" w:color="000000"/>
                <w:bottom w:val="none" w:sz="0" w:space="0" w:color="000000"/>
                <w:right w:val="none" w:sz="0" w:space="0" w:color="000000"/>
              </w:pBdr>
              <w:spacing w:before="40" w:after="40"/>
              <w:ind w:left="40" w:right="40"/>
              <w:rPr>
                <w:rFonts w:ascii="Times New Roman" w:eastAsia="Arial" w:hAnsi="Times New Roman" w:cs="Times New Roman"/>
                <w:color w:val="000000"/>
                <w:sz w:val="20"/>
                <w:szCs w:val="20"/>
              </w:rPr>
            </w:pPr>
            <w:r w:rsidRPr="001A2E38">
              <w:rPr>
                <w:rFonts w:ascii="Times New Roman" w:eastAsia="Arial" w:hAnsi="Times New Roman" w:cs="Times New Roman"/>
                <w:i/>
                <w:iCs/>
                <w:color w:val="000000"/>
                <w:sz w:val="20"/>
                <w:szCs w:val="20"/>
              </w:rPr>
              <w:t>P</w:t>
            </w:r>
            <w:r w:rsidRPr="001A2E38">
              <w:rPr>
                <w:rFonts w:ascii="Times New Roman" w:eastAsia="Arial" w:hAnsi="Times New Roman" w:cs="Times New Roman"/>
                <w:color w:val="000000"/>
                <w:sz w:val="20"/>
                <w:szCs w:val="20"/>
              </w:rPr>
              <w:t>-trend</w:t>
            </w:r>
          </w:p>
        </w:tc>
        <w:tc>
          <w:tcPr>
            <w:tcW w:w="2338"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8A2A835" w14:textId="77777777" w:rsidR="000A14BD" w:rsidRPr="001A2E38" w:rsidRDefault="000A14BD"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&lt;0.001</w:t>
            </w:r>
          </w:p>
        </w:tc>
      </w:tr>
      <w:tr w:rsidR="000A14BD" w:rsidRPr="001A2E38" w14:paraId="19022C1F" w14:textId="77777777" w:rsidTr="00C140B1">
        <w:trPr>
          <w:jc w:val="center"/>
        </w:trPr>
        <w:tc>
          <w:tcPr>
            <w:tcW w:w="2662" w:type="pct"/>
            <w:tcBorders>
              <w:top w:val="none" w:sz="0" w:space="0" w:color="000000"/>
              <w:left w:val="none" w:sz="0" w:space="0" w:color="000000"/>
              <w:bottom w:val="none" w:sz="0" w:space="0" w:color="000000"/>
              <w:right w:val="none" w:sz="0" w:space="0" w:color="000000"/>
            </w:tcBorders>
            <w:shd w:val="clear" w:color="auto" w:fill="F2F2F2"/>
            <w:tcMar>
              <w:top w:w="0" w:type="dxa"/>
              <w:left w:w="0" w:type="dxa"/>
              <w:bottom w:w="0" w:type="dxa"/>
              <w:right w:w="0" w:type="dxa"/>
            </w:tcMar>
            <w:vAlign w:val="center"/>
          </w:tcPr>
          <w:p w14:paraId="1F529C50" w14:textId="77777777" w:rsidR="000A14BD" w:rsidRPr="001A2E38" w:rsidRDefault="000A14BD" w:rsidP="00322E8A">
            <w:pPr>
              <w:pBdr>
                <w:top w:val="none" w:sz="0" w:space="0" w:color="000000"/>
                <w:left w:val="none" w:sz="0" w:space="0" w:color="000000"/>
                <w:bottom w:val="none" w:sz="0" w:space="0" w:color="000000"/>
                <w:right w:val="none" w:sz="0" w:space="0" w:color="000000"/>
              </w:pBdr>
              <w:spacing w:before="40" w:after="40"/>
              <w:ind w:left="40" w:right="40"/>
              <w:rPr>
                <w:rFonts w:ascii="Times New Roman" w:eastAsia="Arial" w:hAnsi="Times New Roman" w:cs="Times New Roman"/>
                <w:b/>
                <w:color w:val="000000"/>
                <w:sz w:val="20"/>
                <w:szCs w:val="20"/>
              </w:rPr>
            </w:pPr>
            <w:r w:rsidRPr="001A2E38">
              <w:rPr>
                <w:rFonts w:ascii="Times New Roman" w:eastAsia="Arial" w:hAnsi="Times New Roman" w:cs="Times New Roman"/>
                <w:b/>
                <w:color w:val="000000"/>
                <w:sz w:val="20"/>
                <w:szCs w:val="20"/>
              </w:rPr>
              <w:t>CHG-WWI</w:t>
            </w:r>
          </w:p>
        </w:tc>
        <w:tc>
          <w:tcPr>
            <w:tcW w:w="2338" w:type="pct"/>
            <w:tcBorders>
              <w:top w:val="none" w:sz="0" w:space="0" w:color="000000"/>
              <w:left w:val="none" w:sz="0" w:space="0" w:color="000000"/>
              <w:bottom w:val="none" w:sz="0" w:space="0" w:color="000000"/>
              <w:right w:val="none" w:sz="0" w:space="0" w:color="000000"/>
            </w:tcBorders>
            <w:shd w:val="clear" w:color="auto" w:fill="F2F2F2"/>
            <w:tcMar>
              <w:top w:w="0" w:type="dxa"/>
              <w:left w:w="0" w:type="dxa"/>
              <w:bottom w:w="0" w:type="dxa"/>
              <w:right w:w="0" w:type="dxa"/>
            </w:tcMar>
            <w:vAlign w:val="center"/>
          </w:tcPr>
          <w:p w14:paraId="3F436EE5" w14:textId="77777777" w:rsidR="000A14BD" w:rsidRPr="001A2E38" w:rsidRDefault="000A14BD"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b/>
                <w:color w:val="000000"/>
                <w:sz w:val="20"/>
                <w:szCs w:val="20"/>
              </w:rPr>
            </w:pPr>
          </w:p>
        </w:tc>
      </w:tr>
      <w:tr w:rsidR="000A14BD" w:rsidRPr="001A2E38" w14:paraId="7EBC7EC3" w14:textId="77777777" w:rsidTr="00C140B1">
        <w:trPr>
          <w:jc w:val="center"/>
        </w:trPr>
        <w:tc>
          <w:tcPr>
            <w:tcW w:w="266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3636E71" w14:textId="77777777" w:rsidR="000A14BD" w:rsidRPr="001A2E38" w:rsidRDefault="000A14BD" w:rsidP="00322E8A">
            <w:pPr>
              <w:pBdr>
                <w:top w:val="none" w:sz="0" w:space="0" w:color="000000"/>
                <w:left w:val="none" w:sz="0" w:space="0" w:color="000000"/>
                <w:bottom w:val="none" w:sz="0" w:space="0" w:color="000000"/>
                <w:right w:val="none" w:sz="0" w:space="0" w:color="000000"/>
              </w:pBdr>
              <w:spacing w:before="40" w:after="40"/>
              <w:ind w:left="40" w:right="40"/>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Per 1-SD increase</w:t>
            </w:r>
          </w:p>
        </w:tc>
        <w:tc>
          <w:tcPr>
            <w:tcW w:w="2338"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8909BFA" w14:textId="77777777" w:rsidR="000A14BD" w:rsidRPr="001A2E38" w:rsidRDefault="000A14BD"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1.51 (1.47-1.55)</w:t>
            </w:r>
          </w:p>
        </w:tc>
      </w:tr>
      <w:tr w:rsidR="000A14BD" w:rsidRPr="001A2E38" w14:paraId="0908B8C3" w14:textId="77777777" w:rsidTr="00C140B1">
        <w:trPr>
          <w:jc w:val="center"/>
        </w:trPr>
        <w:tc>
          <w:tcPr>
            <w:tcW w:w="266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05800D8" w14:textId="77777777" w:rsidR="000A14BD" w:rsidRPr="001A2E38" w:rsidRDefault="000A14BD" w:rsidP="00322E8A">
            <w:pPr>
              <w:pBdr>
                <w:top w:val="none" w:sz="0" w:space="0" w:color="000000"/>
                <w:left w:val="none" w:sz="0" w:space="0" w:color="000000"/>
                <w:bottom w:val="none" w:sz="0" w:space="0" w:color="000000"/>
                <w:right w:val="none" w:sz="0" w:space="0" w:color="000000"/>
              </w:pBdr>
              <w:spacing w:before="40" w:after="40"/>
              <w:ind w:left="40" w:right="40"/>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lastRenderedPageBreak/>
              <w:t>Quartile 1</w:t>
            </w:r>
          </w:p>
        </w:tc>
        <w:tc>
          <w:tcPr>
            <w:tcW w:w="2338"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B2517A3" w14:textId="77777777" w:rsidR="000A14BD" w:rsidRPr="001A2E38" w:rsidRDefault="000A14BD"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Reference</w:t>
            </w:r>
          </w:p>
        </w:tc>
      </w:tr>
      <w:tr w:rsidR="000A14BD" w:rsidRPr="001A2E38" w14:paraId="62D0434F" w14:textId="77777777" w:rsidTr="00C140B1">
        <w:trPr>
          <w:jc w:val="center"/>
        </w:trPr>
        <w:tc>
          <w:tcPr>
            <w:tcW w:w="266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EA4BD93" w14:textId="77777777" w:rsidR="000A14BD" w:rsidRPr="001A2E38" w:rsidRDefault="000A14BD" w:rsidP="00322E8A">
            <w:pPr>
              <w:pBdr>
                <w:top w:val="none" w:sz="0" w:space="0" w:color="000000"/>
                <w:left w:val="none" w:sz="0" w:space="0" w:color="000000"/>
                <w:bottom w:val="none" w:sz="0" w:space="0" w:color="000000"/>
                <w:right w:val="none" w:sz="0" w:space="0" w:color="000000"/>
              </w:pBdr>
              <w:spacing w:before="40" w:after="40"/>
              <w:ind w:left="40" w:right="40"/>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Quartile 2</w:t>
            </w:r>
          </w:p>
        </w:tc>
        <w:tc>
          <w:tcPr>
            <w:tcW w:w="2338"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10974BE" w14:textId="77777777" w:rsidR="000A14BD" w:rsidRPr="001A2E38" w:rsidRDefault="000A14BD"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1.31 (1.16-1.48)</w:t>
            </w:r>
          </w:p>
        </w:tc>
      </w:tr>
      <w:tr w:rsidR="000A14BD" w:rsidRPr="001A2E38" w14:paraId="19E376A1" w14:textId="77777777" w:rsidTr="00C140B1">
        <w:trPr>
          <w:jc w:val="center"/>
        </w:trPr>
        <w:tc>
          <w:tcPr>
            <w:tcW w:w="266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AB326EF" w14:textId="77777777" w:rsidR="000A14BD" w:rsidRPr="001A2E38" w:rsidRDefault="000A14BD" w:rsidP="00322E8A">
            <w:pPr>
              <w:pBdr>
                <w:top w:val="none" w:sz="0" w:space="0" w:color="000000"/>
                <w:left w:val="none" w:sz="0" w:space="0" w:color="000000"/>
                <w:bottom w:val="none" w:sz="0" w:space="0" w:color="000000"/>
                <w:right w:val="none" w:sz="0" w:space="0" w:color="000000"/>
              </w:pBdr>
              <w:spacing w:before="40" w:after="40"/>
              <w:ind w:left="40" w:right="40"/>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Quartile 3</w:t>
            </w:r>
          </w:p>
        </w:tc>
        <w:tc>
          <w:tcPr>
            <w:tcW w:w="2338"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5E98014" w14:textId="77777777" w:rsidR="000A14BD" w:rsidRPr="001A2E38" w:rsidRDefault="000A14BD"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1.52 (1.35-1.70)</w:t>
            </w:r>
          </w:p>
        </w:tc>
      </w:tr>
      <w:tr w:rsidR="000A14BD" w:rsidRPr="001A2E38" w14:paraId="2C35EAE9" w14:textId="77777777" w:rsidTr="00C140B1">
        <w:trPr>
          <w:jc w:val="center"/>
        </w:trPr>
        <w:tc>
          <w:tcPr>
            <w:tcW w:w="266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64ABF9A" w14:textId="77777777" w:rsidR="000A14BD" w:rsidRPr="001A2E38" w:rsidRDefault="000A14BD" w:rsidP="00322E8A">
            <w:pPr>
              <w:pBdr>
                <w:top w:val="none" w:sz="0" w:space="0" w:color="000000"/>
                <w:left w:val="none" w:sz="0" w:space="0" w:color="000000"/>
                <w:bottom w:val="none" w:sz="0" w:space="0" w:color="000000"/>
                <w:right w:val="none" w:sz="0" w:space="0" w:color="000000"/>
              </w:pBdr>
              <w:spacing w:before="40" w:after="40"/>
              <w:ind w:left="40" w:right="40"/>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Quartile 4</w:t>
            </w:r>
          </w:p>
        </w:tc>
        <w:tc>
          <w:tcPr>
            <w:tcW w:w="2338"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CA54ADE" w14:textId="77777777" w:rsidR="000A14BD" w:rsidRPr="001A2E38" w:rsidRDefault="000A14BD"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2.73 (2.46-3.04)</w:t>
            </w:r>
          </w:p>
        </w:tc>
      </w:tr>
      <w:tr w:rsidR="000A14BD" w:rsidRPr="001A2E38" w14:paraId="70C9ABA4" w14:textId="77777777" w:rsidTr="00C140B1">
        <w:trPr>
          <w:jc w:val="center"/>
        </w:trPr>
        <w:tc>
          <w:tcPr>
            <w:tcW w:w="2662" w:type="pct"/>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2B81B254" w14:textId="77777777" w:rsidR="000A14BD" w:rsidRPr="001A2E38" w:rsidRDefault="000A14BD" w:rsidP="00322E8A">
            <w:pPr>
              <w:pBdr>
                <w:top w:val="none" w:sz="0" w:space="0" w:color="000000"/>
                <w:left w:val="none" w:sz="0" w:space="0" w:color="000000"/>
                <w:bottom w:val="none" w:sz="0" w:space="0" w:color="000000"/>
                <w:right w:val="none" w:sz="0" w:space="0" w:color="000000"/>
              </w:pBdr>
              <w:spacing w:before="40" w:after="40"/>
              <w:ind w:left="40" w:right="40"/>
              <w:rPr>
                <w:rFonts w:ascii="Times New Roman" w:eastAsia="Arial" w:hAnsi="Times New Roman" w:cs="Times New Roman"/>
                <w:color w:val="000000"/>
                <w:sz w:val="20"/>
                <w:szCs w:val="20"/>
              </w:rPr>
            </w:pPr>
            <w:r w:rsidRPr="001A2E38">
              <w:rPr>
                <w:rFonts w:ascii="Times New Roman" w:eastAsia="Arial" w:hAnsi="Times New Roman" w:cs="Times New Roman"/>
                <w:i/>
                <w:iCs/>
                <w:color w:val="000000"/>
                <w:sz w:val="20"/>
                <w:szCs w:val="20"/>
              </w:rPr>
              <w:t>P</w:t>
            </w:r>
            <w:r w:rsidRPr="001A2E38">
              <w:rPr>
                <w:rFonts w:ascii="Times New Roman" w:eastAsia="Arial" w:hAnsi="Times New Roman" w:cs="Times New Roman"/>
                <w:color w:val="000000"/>
                <w:sz w:val="20"/>
                <w:szCs w:val="20"/>
              </w:rPr>
              <w:t>-trend</w:t>
            </w:r>
          </w:p>
        </w:tc>
        <w:tc>
          <w:tcPr>
            <w:tcW w:w="2338" w:type="pct"/>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29A31782" w14:textId="77777777" w:rsidR="000A14BD" w:rsidRPr="001A2E38" w:rsidRDefault="000A14BD"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&lt;0.001</w:t>
            </w:r>
          </w:p>
        </w:tc>
      </w:tr>
    </w:tbl>
    <w:p w14:paraId="43FE86BA" w14:textId="766E2198" w:rsidR="00C140B1" w:rsidRPr="001A2E38" w:rsidRDefault="00C140B1" w:rsidP="00C140B1">
      <w:pPr>
        <w:spacing w:line="240" w:lineRule="auto"/>
        <w:contextualSpacing/>
        <w:rPr>
          <w:rFonts w:ascii="Times New Roman" w:hAnsi="Times New Roman" w:cs="Times New Roman"/>
          <w:sz w:val="20"/>
          <w:szCs w:val="20"/>
        </w:rPr>
      </w:pPr>
      <w:r w:rsidRPr="001A2E38">
        <w:rPr>
          <w:rFonts w:ascii="Times New Roman" w:hAnsi="Times New Roman" w:cs="Times New Roman"/>
          <w:i/>
          <w:iCs/>
          <w:sz w:val="20"/>
          <w:szCs w:val="20"/>
        </w:rPr>
        <w:t xml:space="preserve">Notes: </w:t>
      </w:r>
      <w:r w:rsidRPr="001A2E38">
        <w:rPr>
          <w:rFonts w:ascii="Times New Roman" w:hAnsi="Times New Roman" w:cs="Times New Roman"/>
          <w:sz w:val="20"/>
          <w:szCs w:val="20"/>
        </w:rPr>
        <w:t xml:space="preserve">Models were adjusted for age, sex, ethnicity, employment status, educational levels, Townsend deprivation index, frequency of drinking, smoking status, sleep duration, physical activity, sedentary </w:t>
      </w:r>
      <w:r w:rsidR="003479B3" w:rsidRPr="001A2E38">
        <w:rPr>
          <w:rFonts w:ascii="Times New Roman" w:hAnsi="Times New Roman" w:cs="Times New Roman"/>
          <w:sz w:val="20"/>
          <w:szCs w:val="20"/>
        </w:rPr>
        <w:t>behavior</w:t>
      </w:r>
      <w:r w:rsidRPr="001A2E38">
        <w:rPr>
          <w:rFonts w:ascii="Times New Roman" w:hAnsi="Times New Roman" w:cs="Times New Roman"/>
          <w:sz w:val="20"/>
          <w:szCs w:val="20"/>
        </w:rPr>
        <w:t>, and family history of cardiometabolic disease.</w:t>
      </w:r>
    </w:p>
    <w:p w14:paraId="583DCC95" w14:textId="75012783" w:rsidR="00D82D3D" w:rsidRPr="001A2E38" w:rsidRDefault="00C140B1" w:rsidP="00C140B1">
      <w:pPr>
        <w:spacing w:line="240" w:lineRule="auto"/>
        <w:contextualSpacing/>
        <w:rPr>
          <w:rFonts w:ascii="Times New Roman" w:hAnsi="Times New Roman" w:cs="Times New Roman"/>
          <w:sz w:val="20"/>
          <w:szCs w:val="20"/>
        </w:rPr>
        <w:sectPr w:rsidR="00D82D3D" w:rsidRPr="001A2E38" w:rsidSect="00FE3790">
          <w:pgSz w:w="16838" w:h="11906" w:orient="landscape"/>
          <w:pgMar w:top="1797" w:right="1440" w:bottom="1797" w:left="1440" w:header="851" w:footer="992" w:gutter="0"/>
          <w:cols w:space="425"/>
          <w:docGrid w:type="linesAndChars" w:linePitch="312"/>
        </w:sectPr>
      </w:pPr>
      <w:r w:rsidRPr="001A2E38">
        <w:rPr>
          <w:rFonts w:ascii="Times New Roman" w:hAnsi="Times New Roman" w:cs="Times New Roman"/>
          <w:i/>
          <w:iCs/>
          <w:sz w:val="20"/>
          <w:szCs w:val="20"/>
        </w:rPr>
        <w:t xml:space="preserve">Abbreviations: </w:t>
      </w:r>
      <w:r w:rsidR="00F4312B" w:rsidRPr="001A2E38">
        <w:rPr>
          <w:rFonts w:ascii="Times New Roman" w:hAnsi="Times New Roman" w:cs="Times New Roman"/>
          <w:sz w:val="20"/>
          <w:szCs w:val="20"/>
        </w:rPr>
        <w:t>CMM, cardiometabolic multimorbidity; CHG, cholesterol-high-density lipoprotein-glucose index; BMI, body mass index; WC, waist circumference; WHtR, waist-to-height ratio; BRI, body roundness index; ABSI, a body shape index; VAI, visceral adiposity index; WWI, weight-adjusted waist index</w:t>
      </w:r>
      <w:r w:rsidRPr="001A2E38">
        <w:rPr>
          <w:rFonts w:ascii="Times New Roman" w:hAnsi="Times New Roman" w:cs="Times New Roman"/>
          <w:sz w:val="20"/>
          <w:szCs w:val="20"/>
        </w:rPr>
        <w:t>; HR, hazard ratio; CI, confidence interval</w:t>
      </w:r>
      <w:r w:rsidR="00D82D3D" w:rsidRPr="001A2E38">
        <w:rPr>
          <w:rFonts w:ascii="Times New Roman" w:hAnsi="Times New Roman" w:cs="Times New Roman"/>
          <w:sz w:val="20"/>
          <w:szCs w:val="20"/>
        </w:rPr>
        <w:t>.</w:t>
      </w:r>
    </w:p>
    <w:p w14:paraId="400C654A" w14:textId="0917A560" w:rsidR="003648E5" w:rsidRPr="001A2E38" w:rsidRDefault="007A5208" w:rsidP="0065294A">
      <w:pPr>
        <w:pStyle w:val="a"/>
      </w:pPr>
      <w:bookmarkStart w:id="27" w:name="_Toc232530173"/>
      <w:bookmarkStart w:id="28" w:name="_Toc236834804"/>
      <w:r w:rsidRPr="001A2E38">
        <w:lastRenderedPageBreak/>
        <w:t>Table S</w:t>
      </w:r>
      <w:r w:rsidR="0065294A" w:rsidRPr="001A2E38">
        <w:rPr>
          <w:rFonts w:eastAsiaTheme="minorEastAsia" w:hint="eastAsia"/>
        </w:rPr>
        <w:t>14</w:t>
      </w:r>
      <w:r w:rsidRPr="001A2E38">
        <w:t xml:space="preserve">. </w:t>
      </w:r>
      <w:r w:rsidR="00AE4641" w:rsidRPr="001A2E38">
        <w:t xml:space="preserve">Sensitivity analysis for the associations between </w:t>
      </w:r>
      <w:r w:rsidR="00F508D7" w:rsidRPr="001A2E38">
        <w:t>CHG</w:t>
      </w:r>
      <w:r w:rsidR="00970926" w:rsidRPr="001A2E38">
        <w:rPr>
          <w:rFonts w:eastAsiaTheme="minorEastAsia"/>
        </w:rPr>
        <w:t xml:space="preserve">-related </w:t>
      </w:r>
      <w:r w:rsidR="00F508D7" w:rsidRPr="001A2E38">
        <w:t>indices</w:t>
      </w:r>
      <w:r w:rsidR="00AE4641" w:rsidRPr="001A2E38">
        <w:t xml:space="preserve"> and cardiometabolic multimorbidity risk using multiple imputation for missing covariates.</w:t>
      </w:r>
      <w:bookmarkEnd w:id="27"/>
      <w:bookmarkEnd w:id="28"/>
    </w:p>
    <w:tbl>
      <w:tblPr>
        <w:tblW w:w="5000" w:type="pct"/>
        <w:jc w:val="center"/>
        <w:tblLook w:val="0420" w:firstRow="1" w:lastRow="0" w:firstColumn="0" w:lastColumn="0" w:noHBand="0" w:noVBand="1"/>
      </w:tblPr>
      <w:tblGrid>
        <w:gridCol w:w="7328"/>
        <w:gridCol w:w="6630"/>
      </w:tblGrid>
      <w:tr w:rsidR="00D33428" w:rsidRPr="001A2E38" w14:paraId="2B1E1C1D" w14:textId="77777777" w:rsidTr="00D33428">
        <w:trPr>
          <w:tblHeader/>
          <w:jc w:val="center"/>
        </w:trPr>
        <w:tc>
          <w:tcPr>
            <w:tcW w:w="2625" w:type="pct"/>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6082CD9D" w14:textId="77777777" w:rsidR="00D33428" w:rsidRPr="001A2E38" w:rsidRDefault="00D33428" w:rsidP="00322E8A">
            <w:pPr>
              <w:pBdr>
                <w:top w:val="none" w:sz="0" w:space="0" w:color="000000"/>
                <w:left w:val="none" w:sz="0" w:space="0" w:color="000000"/>
                <w:bottom w:val="none" w:sz="0" w:space="0" w:color="000000"/>
                <w:right w:val="none" w:sz="0" w:space="0" w:color="000000"/>
              </w:pBdr>
              <w:spacing w:before="40" w:after="40"/>
              <w:ind w:left="40" w:right="40"/>
              <w:rPr>
                <w:rFonts w:ascii="Times New Roman" w:eastAsia="Arial" w:hAnsi="Times New Roman" w:cs="Times New Roman"/>
                <w:b/>
                <w:color w:val="000000"/>
                <w:sz w:val="20"/>
                <w:szCs w:val="20"/>
              </w:rPr>
            </w:pPr>
            <w:r w:rsidRPr="001A2E38">
              <w:rPr>
                <w:rFonts w:ascii="Times New Roman" w:eastAsia="Arial" w:hAnsi="Times New Roman" w:cs="Times New Roman"/>
                <w:b/>
                <w:color w:val="000000"/>
                <w:sz w:val="20"/>
                <w:szCs w:val="20"/>
              </w:rPr>
              <w:t>Exposures</w:t>
            </w:r>
          </w:p>
        </w:tc>
        <w:tc>
          <w:tcPr>
            <w:tcW w:w="2375" w:type="pct"/>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1516EA10" w14:textId="77777777" w:rsidR="00D33428" w:rsidRPr="001A2E38" w:rsidRDefault="00D33428"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b/>
                <w:color w:val="000000"/>
                <w:sz w:val="20"/>
                <w:szCs w:val="20"/>
              </w:rPr>
            </w:pPr>
            <w:r w:rsidRPr="001A2E38">
              <w:rPr>
                <w:rFonts w:ascii="Times New Roman" w:eastAsia="Arial" w:hAnsi="Times New Roman" w:cs="Times New Roman"/>
                <w:b/>
                <w:color w:val="000000"/>
                <w:sz w:val="20"/>
                <w:szCs w:val="20"/>
              </w:rPr>
              <w:t>HR (95% CI)</w:t>
            </w:r>
          </w:p>
        </w:tc>
      </w:tr>
      <w:tr w:rsidR="00D33428" w:rsidRPr="001A2E38" w14:paraId="4D5B0647" w14:textId="77777777" w:rsidTr="00D33428">
        <w:trPr>
          <w:jc w:val="center"/>
        </w:trPr>
        <w:tc>
          <w:tcPr>
            <w:tcW w:w="2625" w:type="pct"/>
            <w:tcBorders>
              <w:top w:val="single" w:sz="12" w:space="0" w:color="666666"/>
              <w:left w:val="none" w:sz="0" w:space="0" w:color="000000"/>
              <w:bottom w:val="none" w:sz="0" w:space="0" w:color="000000"/>
              <w:right w:val="none" w:sz="0" w:space="0" w:color="000000"/>
            </w:tcBorders>
            <w:shd w:val="clear" w:color="auto" w:fill="F2F2F2"/>
            <w:tcMar>
              <w:top w:w="0" w:type="dxa"/>
              <w:left w:w="0" w:type="dxa"/>
              <w:bottom w:w="0" w:type="dxa"/>
              <w:right w:w="0" w:type="dxa"/>
            </w:tcMar>
            <w:vAlign w:val="center"/>
          </w:tcPr>
          <w:p w14:paraId="3D295622" w14:textId="77777777" w:rsidR="00D33428" w:rsidRPr="001A2E38" w:rsidRDefault="00D33428" w:rsidP="00322E8A">
            <w:pPr>
              <w:pBdr>
                <w:top w:val="none" w:sz="0" w:space="0" w:color="000000"/>
                <w:left w:val="none" w:sz="0" w:space="0" w:color="000000"/>
                <w:bottom w:val="none" w:sz="0" w:space="0" w:color="000000"/>
                <w:right w:val="none" w:sz="0" w:space="0" w:color="000000"/>
              </w:pBdr>
              <w:spacing w:before="40" w:after="40"/>
              <w:ind w:left="40" w:right="40"/>
              <w:rPr>
                <w:rFonts w:ascii="Times New Roman" w:eastAsia="Arial" w:hAnsi="Times New Roman" w:cs="Times New Roman"/>
                <w:b/>
                <w:color w:val="000000"/>
                <w:sz w:val="20"/>
                <w:szCs w:val="20"/>
              </w:rPr>
            </w:pPr>
            <w:r w:rsidRPr="001A2E38">
              <w:rPr>
                <w:rFonts w:ascii="Times New Roman" w:eastAsia="Arial" w:hAnsi="Times New Roman" w:cs="Times New Roman"/>
                <w:b/>
                <w:color w:val="000000"/>
                <w:sz w:val="20"/>
                <w:szCs w:val="20"/>
              </w:rPr>
              <w:t>CHG</w:t>
            </w:r>
          </w:p>
        </w:tc>
        <w:tc>
          <w:tcPr>
            <w:tcW w:w="2375" w:type="pct"/>
            <w:tcBorders>
              <w:top w:val="single" w:sz="12" w:space="0" w:color="666666"/>
              <w:left w:val="none" w:sz="0" w:space="0" w:color="000000"/>
              <w:bottom w:val="none" w:sz="0" w:space="0" w:color="000000"/>
              <w:right w:val="none" w:sz="0" w:space="0" w:color="000000"/>
            </w:tcBorders>
            <w:shd w:val="clear" w:color="auto" w:fill="F2F2F2"/>
            <w:tcMar>
              <w:top w:w="0" w:type="dxa"/>
              <w:left w:w="0" w:type="dxa"/>
              <w:bottom w:w="0" w:type="dxa"/>
              <w:right w:w="0" w:type="dxa"/>
            </w:tcMar>
            <w:vAlign w:val="center"/>
          </w:tcPr>
          <w:p w14:paraId="75DA28C5" w14:textId="77777777" w:rsidR="00D33428" w:rsidRPr="001A2E38" w:rsidRDefault="00D33428"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b/>
                <w:color w:val="000000"/>
                <w:sz w:val="20"/>
                <w:szCs w:val="20"/>
              </w:rPr>
            </w:pPr>
          </w:p>
        </w:tc>
      </w:tr>
      <w:tr w:rsidR="00D33428" w:rsidRPr="001A2E38" w14:paraId="358C7E10" w14:textId="77777777" w:rsidTr="00D33428">
        <w:trPr>
          <w:jc w:val="center"/>
        </w:trPr>
        <w:tc>
          <w:tcPr>
            <w:tcW w:w="262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80C9D3F" w14:textId="77777777" w:rsidR="00D33428" w:rsidRPr="001A2E38" w:rsidRDefault="00D33428" w:rsidP="00322E8A">
            <w:pPr>
              <w:pBdr>
                <w:top w:val="none" w:sz="0" w:space="0" w:color="000000"/>
                <w:left w:val="none" w:sz="0" w:space="0" w:color="000000"/>
                <w:bottom w:val="none" w:sz="0" w:space="0" w:color="000000"/>
                <w:right w:val="none" w:sz="0" w:space="0" w:color="000000"/>
              </w:pBdr>
              <w:spacing w:before="40" w:after="40"/>
              <w:ind w:left="40" w:right="40"/>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Per 1-SD increase</w:t>
            </w:r>
          </w:p>
        </w:tc>
        <w:tc>
          <w:tcPr>
            <w:tcW w:w="237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6F9505A" w14:textId="77777777" w:rsidR="00D33428" w:rsidRPr="001A2E38" w:rsidRDefault="00D33428"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1.47 (1.43-1.50)</w:t>
            </w:r>
          </w:p>
        </w:tc>
      </w:tr>
      <w:tr w:rsidR="00D33428" w:rsidRPr="001A2E38" w14:paraId="0C8BA3F3" w14:textId="77777777" w:rsidTr="00D33428">
        <w:trPr>
          <w:jc w:val="center"/>
        </w:trPr>
        <w:tc>
          <w:tcPr>
            <w:tcW w:w="262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9CCFED5" w14:textId="77777777" w:rsidR="00D33428" w:rsidRPr="001A2E38" w:rsidRDefault="00D33428" w:rsidP="00322E8A">
            <w:pPr>
              <w:pBdr>
                <w:top w:val="none" w:sz="0" w:space="0" w:color="000000"/>
                <w:left w:val="none" w:sz="0" w:space="0" w:color="000000"/>
                <w:bottom w:val="none" w:sz="0" w:space="0" w:color="000000"/>
                <w:right w:val="none" w:sz="0" w:space="0" w:color="000000"/>
              </w:pBdr>
              <w:spacing w:before="40" w:after="40"/>
              <w:ind w:left="40" w:right="40"/>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Quartile 1</w:t>
            </w:r>
          </w:p>
        </w:tc>
        <w:tc>
          <w:tcPr>
            <w:tcW w:w="237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859151B" w14:textId="77777777" w:rsidR="00D33428" w:rsidRPr="001A2E38" w:rsidRDefault="00D33428"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Reference</w:t>
            </w:r>
          </w:p>
        </w:tc>
      </w:tr>
      <w:tr w:rsidR="00D33428" w:rsidRPr="001A2E38" w14:paraId="62790C1F" w14:textId="77777777" w:rsidTr="00D33428">
        <w:trPr>
          <w:jc w:val="center"/>
        </w:trPr>
        <w:tc>
          <w:tcPr>
            <w:tcW w:w="262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41D4D69" w14:textId="77777777" w:rsidR="00D33428" w:rsidRPr="001A2E38" w:rsidRDefault="00D33428" w:rsidP="00322E8A">
            <w:pPr>
              <w:pBdr>
                <w:top w:val="none" w:sz="0" w:space="0" w:color="000000"/>
                <w:left w:val="none" w:sz="0" w:space="0" w:color="000000"/>
                <w:bottom w:val="none" w:sz="0" w:space="0" w:color="000000"/>
                <w:right w:val="none" w:sz="0" w:space="0" w:color="000000"/>
              </w:pBdr>
              <w:spacing w:before="40" w:after="40"/>
              <w:ind w:left="40" w:right="40"/>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Quartile 2</w:t>
            </w:r>
          </w:p>
        </w:tc>
        <w:tc>
          <w:tcPr>
            <w:tcW w:w="237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32F8E75" w14:textId="77777777" w:rsidR="00D33428" w:rsidRPr="001A2E38" w:rsidRDefault="00D33428"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1.04 (0.95-1.14)</w:t>
            </w:r>
          </w:p>
        </w:tc>
      </w:tr>
      <w:tr w:rsidR="00D33428" w:rsidRPr="001A2E38" w14:paraId="7BC98AD9" w14:textId="77777777" w:rsidTr="00D33428">
        <w:trPr>
          <w:jc w:val="center"/>
        </w:trPr>
        <w:tc>
          <w:tcPr>
            <w:tcW w:w="262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8D2F77F" w14:textId="77777777" w:rsidR="00D33428" w:rsidRPr="001A2E38" w:rsidRDefault="00D33428" w:rsidP="00322E8A">
            <w:pPr>
              <w:pBdr>
                <w:top w:val="none" w:sz="0" w:space="0" w:color="000000"/>
                <w:left w:val="none" w:sz="0" w:space="0" w:color="000000"/>
                <w:bottom w:val="none" w:sz="0" w:space="0" w:color="000000"/>
                <w:right w:val="none" w:sz="0" w:space="0" w:color="000000"/>
              </w:pBdr>
              <w:spacing w:before="40" w:after="40"/>
              <w:ind w:left="40" w:right="40"/>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Quartile 3</w:t>
            </w:r>
          </w:p>
        </w:tc>
        <w:tc>
          <w:tcPr>
            <w:tcW w:w="237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06DB51B" w14:textId="77777777" w:rsidR="00D33428" w:rsidRPr="001A2E38" w:rsidRDefault="00D33428"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1.14 (1.04-1.25)</w:t>
            </w:r>
          </w:p>
        </w:tc>
      </w:tr>
      <w:tr w:rsidR="00D33428" w:rsidRPr="001A2E38" w14:paraId="268BD190" w14:textId="77777777" w:rsidTr="00D33428">
        <w:trPr>
          <w:jc w:val="center"/>
        </w:trPr>
        <w:tc>
          <w:tcPr>
            <w:tcW w:w="262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DE08FF4" w14:textId="77777777" w:rsidR="00D33428" w:rsidRPr="001A2E38" w:rsidRDefault="00D33428" w:rsidP="00322E8A">
            <w:pPr>
              <w:pBdr>
                <w:top w:val="none" w:sz="0" w:space="0" w:color="000000"/>
                <w:left w:val="none" w:sz="0" w:space="0" w:color="000000"/>
                <w:bottom w:val="none" w:sz="0" w:space="0" w:color="000000"/>
                <w:right w:val="none" w:sz="0" w:space="0" w:color="000000"/>
              </w:pBdr>
              <w:spacing w:before="40" w:after="40"/>
              <w:ind w:left="40" w:right="40"/>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Quartile 4</w:t>
            </w:r>
          </w:p>
        </w:tc>
        <w:tc>
          <w:tcPr>
            <w:tcW w:w="237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AFF7DDA" w14:textId="77777777" w:rsidR="00D33428" w:rsidRPr="001A2E38" w:rsidRDefault="00D33428"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2.24 (2.07-2.43)</w:t>
            </w:r>
          </w:p>
        </w:tc>
      </w:tr>
      <w:tr w:rsidR="00D33428" w:rsidRPr="001A2E38" w14:paraId="2103DCBA" w14:textId="77777777" w:rsidTr="00D33428">
        <w:trPr>
          <w:jc w:val="center"/>
        </w:trPr>
        <w:tc>
          <w:tcPr>
            <w:tcW w:w="262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CF35215" w14:textId="77777777" w:rsidR="00D33428" w:rsidRPr="001A2E38" w:rsidRDefault="00D33428" w:rsidP="00322E8A">
            <w:pPr>
              <w:pBdr>
                <w:top w:val="none" w:sz="0" w:space="0" w:color="000000"/>
                <w:left w:val="none" w:sz="0" w:space="0" w:color="000000"/>
                <w:bottom w:val="none" w:sz="0" w:space="0" w:color="000000"/>
                <w:right w:val="none" w:sz="0" w:space="0" w:color="000000"/>
              </w:pBdr>
              <w:spacing w:before="40" w:after="40"/>
              <w:ind w:left="40" w:right="40"/>
              <w:rPr>
                <w:rFonts w:ascii="Times New Roman" w:eastAsia="Arial" w:hAnsi="Times New Roman" w:cs="Times New Roman"/>
                <w:color w:val="000000"/>
                <w:sz w:val="20"/>
                <w:szCs w:val="20"/>
              </w:rPr>
            </w:pPr>
            <w:r w:rsidRPr="001A2E38">
              <w:rPr>
                <w:rFonts w:ascii="Times New Roman" w:eastAsia="Arial" w:hAnsi="Times New Roman" w:cs="Times New Roman"/>
                <w:i/>
                <w:iCs/>
                <w:color w:val="000000"/>
                <w:sz w:val="20"/>
                <w:szCs w:val="20"/>
              </w:rPr>
              <w:t>P</w:t>
            </w:r>
            <w:r w:rsidRPr="001A2E38">
              <w:rPr>
                <w:rFonts w:ascii="Times New Roman" w:eastAsia="Arial" w:hAnsi="Times New Roman" w:cs="Times New Roman"/>
                <w:color w:val="000000"/>
                <w:sz w:val="20"/>
                <w:szCs w:val="20"/>
              </w:rPr>
              <w:t>-trend</w:t>
            </w:r>
          </w:p>
        </w:tc>
        <w:tc>
          <w:tcPr>
            <w:tcW w:w="237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DA0E87C" w14:textId="77777777" w:rsidR="00D33428" w:rsidRPr="001A2E38" w:rsidRDefault="00D33428"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&lt;0.001</w:t>
            </w:r>
          </w:p>
        </w:tc>
      </w:tr>
      <w:tr w:rsidR="00D33428" w:rsidRPr="001A2E38" w14:paraId="44C45C6E" w14:textId="77777777" w:rsidTr="00D33428">
        <w:trPr>
          <w:jc w:val="center"/>
        </w:trPr>
        <w:tc>
          <w:tcPr>
            <w:tcW w:w="2625" w:type="pct"/>
            <w:tcBorders>
              <w:top w:val="none" w:sz="0" w:space="0" w:color="000000"/>
              <w:left w:val="none" w:sz="0" w:space="0" w:color="000000"/>
              <w:bottom w:val="none" w:sz="0" w:space="0" w:color="000000"/>
              <w:right w:val="none" w:sz="0" w:space="0" w:color="000000"/>
            </w:tcBorders>
            <w:shd w:val="clear" w:color="auto" w:fill="F2F2F2"/>
            <w:tcMar>
              <w:top w:w="0" w:type="dxa"/>
              <w:left w:w="0" w:type="dxa"/>
              <w:bottom w:w="0" w:type="dxa"/>
              <w:right w:w="0" w:type="dxa"/>
            </w:tcMar>
            <w:vAlign w:val="center"/>
          </w:tcPr>
          <w:p w14:paraId="2C3792D4" w14:textId="77777777" w:rsidR="00D33428" w:rsidRPr="001A2E38" w:rsidRDefault="00D33428" w:rsidP="00322E8A">
            <w:pPr>
              <w:pBdr>
                <w:top w:val="none" w:sz="0" w:space="0" w:color="000000"/>
                <w:left w:val="none" w:sz="0" w:space="0" w:color="000000"/>
                <w:bottom w:val="none" w:sz="0" w:space="0" w:color="000000"/>
                <w:right w:val="none" w:sz="0" w:space="0" w:color="000000"/>
              </w:pBdr>
              <w:spacing w:before="40" w:after="40"/>
              <w:ind w:left="40" w:right="40"/>
              <w:rPr>
                <w:rFonts w:ascii="Times New Roman" w:eastAsia="Arial" w:hAnsi="Times New Roman" w:cs="Times New Roman"/>
                <w:b/>
                <w:color w:val="000000"/>
                <w:sz w:val="20"/>
                <w:szCs w:val="20"/>
              </w:rPr>
            </w:pPr>
            <w:r w:rsidRPr="001A2E38">
              <w:rPr>
                <w:rFonts w:ascii="Times New Roman" w:eastAsia="Arial" w:hAnsi="Times New Roman" w:cs="Times New Roman"/>
                <w:b/>
                <w:color w:val="000000"/>
                <w:sz w:val="20"/>
                <w:szCs w:val="20"/>
              </w:rPr>
              <w:t>CHG-BMI</w:t>
            </w:r>
          </w:p>
        </w:tc>
        <w:tc>
          <w:tcPr>
            <w:tcW w:w="2375" w:type="pct"/>
            <w:tcBorders>
              <w:top w:val="none" w:sz="0" w:space="0" w:color="000000"/>
              <w:left w:val="none" w:sz="0" w:space="0" w:color="000000"/>
              <w:bottom w:val="none" w:sz="0" w:space="0" w:color="000000"/>
              <w:right w:val="none" w:sz="0" w:space="0" w:color="000000"/>
            </w:tcBorders>
            <w:shd w:val="clear" w:color="auto" w:fill="F2F2F2"/>
            <w:tcMar>
              <w:top w:w="0" w:type="dxa"/>
              <w:left w:w="0" w:type="dxa"/>
              <w:bottom w:w="0" w:type="dxa"/>
              <w:right w:w="0" w:type="dxa"/>
            </w:tcMar>
            <w:vAlign w:val="center"/>
          </w:tcPr>
          <w:p w14:paraId="6B089EE3" w14:textId="77777777" w:rsidR="00D33428" w:rsidRPr="001A2E38" w:rsidRDefault="00D33428"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b/>
                <w:color w:val="000000"/>
                <w:sz w:val="20"/>
                <w:szCs w:val="20"/>
              </w:rPr>
            </w:pPr>
          </w:p>
        </w:tc>
      </w:tr>
      <w:tr w:rsidR="00D33428" w:rsidRPr="001A2E38" w14:paraId="0BECCC4F" w14:textId="77777777" w:rsidTr="00D33428">
        <w:trPr>
          <w:jc w:val="center"/>
        </w:trPr>
        <w:tc>
          <w:tcPr>
            <w:tcW w:w="262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C1ACC71" w14:textId="77777777" w:rsidR="00D33428" w:rsidRPr="001A2E38" w:rsidRDefault="00D33428" w:rsidP="00322E8A">
            <w:pPr>
              <w:pBdr>
                <w:top w:val="none" w:sz="0" w:space="0" w:color="000000"/>
                <w:left w:val="none" w:sz="0" w:space="0" w:color="000000"/>
                <w:bottom w:val="none" w:sz="0" w:space="0" w:color="000000"/>
                <w:right w:val="none" w:sz="0" w:space="0" w:color="000000"/>
              </w:pBdr>
              <w:spacing w:before="40" w:after="40"/>
              <w:ind w:left="40" w:right="40"/>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Per 1-SD increase</w:t>
            </w:r>
          </w:p>
        </w:tc>
        <w:tc>
          <w:tcPr>
            <w:tcW w:w="237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B21D4C7" w14:textId="77777777" w:rsidR="00D33428" w:rsidRPr="001A2E38" w:rsidRDefault="00D33428"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1.52 (1.49-1.56)</w:t>
            </w:r>
          </w:p>
        </w:tc>
      </w:tr>
      <w:tr w:rsidR="00D33428" w:rsidRPr="001A2E38" w14:paraId="05C97266" w14:textId="77777777" w:rsidTr="00D33428">
        <w:trPr>
          <w:jc w:val="center"/>
        </w:trPr>
        <w:tc>
          <w:tcPr>
            <w:tcW w:w="262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666A97A" w14:textId="77777777" w:rsidR="00D33428" w:rsidRPr="001A2E38" w:rsidRDefault="00D33428" w:rsidP="00322E8A">
            <w:pPr>
              <w:pBdr>
                <w:top w:val="none" w:sz="0" w:space="0" w:color="000000"/>
                <w:left w:val="none" w:sz="0" w:space="0" w:color="000000"/>
                <w:bottom w:val="none" w:sz="0" w:space="0" w:color="000000"/>
                <w:right w:val="none" w:sz="0" w:space="0" w:color="000000"/>
              </w:pBdr>
              <w:spacing w:before="40" w:after="40"/>
              <w:ind w:left="40" w:right="40"/>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Quartile 1</w:t>
            </w:r>
          </w:p>
        </w:tc>
        <w:tc>
          <w:tcPr>
            <w:tcW w:w="237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B805853" w14:textId="77777777" w:rsidR="00D33428" w:rsidRPr="001A2E38" w:rsidRDefault="00D33428"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Reference</w:t>
            </w:r>
          </w:p>
        </w:tc>
      </w:tr>
      <w:tr w:rsidR="00D33428" w:rsidRPr="001A2E38" w14:paraId="3BDCC270" w14:textId="77777777" w:rsidTr="00D33428">
        <w:trPr>
          <w:jc w:val="center"/>
        </w:trPr>
        <w:tc>
          <w:tcPr>
            <w:tcW w:w="262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C366B7A" w14:textId="77777777" w:rsidR="00D33428" w:rsidRPr="001A2E38" w:rsidRDefault="00D33428" w:rsidP="00322E8A">
            <w:pPr>
              <w:pBdr>
                <w:top w:val="none" w:sz="0" w:space="0" w:color="000000"/>
                <w:left w:val="none" w:sz="0" w:space="0" w:color="000000"/>
                <w:bottom w:val="none" w:sz="0" w:space="0" w:color="000000"/>
                <w:right w:val="none" w:sz="0" w:space="0" w:color="000000"/>
              </w:pBdr>
              <w:spacing w:before="40" w:after="40"/>
              <w:ind w:left="40" w:right="40"/>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Quartile 2</w:t>
            </w:r>
          </w:p>
        </w:tc>
        <w:tc>
          <w:tcPr>
            <w:tcW w:w="237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EC5F88A" w14:textId="77777777" w:rsidR="00D33428" w:rsidRPr="001A2E38" w:rsidRDefault="00D33428"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1.39 (1.26-1.54)</w:t>
            </w:r>
          </w:p>
        </w:tc>
      </w:tr>
      <w:tr w:rsidR="00D33428" w:rsidRPr="001A2E38" w14:paraId="40186AA1" w14:textId="77777777" w:rsidTr="00D33428">
        <w:trPr>
          <w:jc w:val="center"/>
        </w:trPr>
        <w:tc>
          <w:tcPr>
            <w:tcW w:w="262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F1C29B7" w14:textId="77777777" w:rsidR="00D33428" w:rsidRPr="001A2E38" w:rsidRDefault="00D33428" w:rsidP="00322E8A">
            <w:pPr>
              <w:pBdr>
                <w:top w:val="none" w:sz="0" w:space="0" w:color="000000"/>
                <w:left w:val="none" w:sz="0" w:space="0" w:color="000000"/>
                <w:bottom w:val="none" w:sz="0" w:space="0" w:color="000000"/>
                <w:right w:val="none" w:sz="0" w:space="0" w:color="000000"/>
              </w:pBdr>
              <w:spacing w:before="40" w:after="40"/>
              <w:ind w:left="40" w:right="40"/>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Quartile 3</w:t>
            </w:r>
          </w:p>
        </w:tc>
        <w:tc>
          <w:tcPr>
            <w:tcW w:w="237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67921F5" w14:textId="77777777" w:rsidR="00D33428" w:rsidRPr="001A2E38" w:rsidRDefault="00D33428"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1.80 (1.64-1.98)</w:t>
            </w:r>
          </w:p>
        </w:tc>
      </w:tr>
      <w:tr w:rsidR="00D33428" w:rsidRPr="001A2E38" w14:paraId="40658185" w14:textId="77777777" w:rsidTr="00D33428">
        <w:trPr>
          <w:jc w:val="center"/>
        </w:trPr>
        <w:tc>
          <w:tcPr>
            <w:tcW w:w="262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3BF65EE" w14:textId="77777777" w:rsidR="00D33428" w:rsidRPr="001A2E38" w:rsidRDefault="00D33428" w:rsidP="00322E8A">
            <w:pPr>
              <w:pBdr>
                <w:top w:val="none" w:sz="0" w:space="0" w:color="000000"/>
                <w:left w:val="none" w:sz="0" w:space="0" w:color="000000"/>
                <w:bottom w:val="none" w:sz="0" w:space="0" w:color="000000"/>
                <w:right w:val="none" w:sz="0" w:space="0" w:color="000000"/>
              </w:pBdr>
              <w:spacing w:before="40" w:after="40"/>
              <w:ind w:left="40" w:right="40"/>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Quartile 4</w:t>
            </w:r>
          </w:p>
        </w:tc>
        <w:tc>
          <w:tcPr>
            <w:tcW w:w="237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0B5FADB" w14:textId="77777777" w:rsidR="00D33428" w:rsidRPr="001A2E38" w:rsidRDefault="00D33428"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3.37 (3.08-3.69)</w:t>
            </w:r>
          </w:p>
        </w:tc>
      </w:tr>
      <w:tr w:rsidR="00D33428" w:rsidRPr="001A2E38" w14:paraId="3A9799BF" w14:textId="77777777" w:rsidTr="00D33428">
        <w:trPr>
          <w:jc w:val="center"/>
        </w:trPr>
        <w:tc>
          <w:tcPr>
            <w:tcW w:w="262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1269C9E" w14:textId="77777777" w:rsidR="00D33428" w:rsidRPr="001A2E38" w:rsidRDefault="00D33428" w:rsidP="00322E8A">
            <w:pPr>
              <w:pBdr>
                <w:top w:val="none" w:sz="0" w:space="0" w:color="000000"/>
                <w:left w:val="none" w:sz="0" w:space="0" w:color="000000"/>
                <w:bottom w:val="none" w:sz="0" w:space="0" w:color="000000"/>
                <w:right w:val="none" w:sz="0" w:space="0" w:color="000000"/>
              </w:pBdr>
              <w:spacing w:before="40" w:after="40"/>
              <w:ind w:left="40" w:right="40"/>
              <w:rPr>
                <w:rFonts w:ascii="Times New Roman" w:eastAsia="Arial" w:hAnsi="Times New Roman" w:cs="Times New Roman"/>
                <w:color w:val="000000"/>
                <w:sz w:val="20"/>
                <w:szCs w:val="20"/>
              </w:rPr>
            </w:pPr>
            <w:r w:rsidRPr="001A2E38">
              <w:rPr>
                <w:rFonts w:ascii="Times New Roman" w:eastAsia="Arial" w:hAnsi="Times New Roman" w:cs="Times New Roman"/>
                <w:i/>
                <w:iCs/>
                <w:color w:val="000000"/>
                <w:sz w:val="20"/>
                <w:szCs w:val="20"/>
              </w:rPr>
              <w:t>P</w:t>
            </w:r>
            <w:r w:rsidRPr="001A2E38">
              <w:rPr>
                <w:rFonts w:ascii="Times New Roman" w:eastAsia="Arial" w:hAnsi="Times New Roman" w:cs="Times New Roman"/>
                <w:color w:val="000000"/>
                <w:sz w:val="20"/>
                <w:szCs w:val="20"/>
              </w:rPr>
              <w:t>-trend</w:t>
            </w:r>
          </w:p>
        </w:tc>
        <w:tc>
          <w:tcPr>
            <w:tcW w:w="237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1530FF3" w14:textId="77777777" w:rsidR="00D33428" w:rsidRPr="001A2E38" w:rsidRDefault="00D33428"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&lt;0.001</w:t>
            </w:r>
          </w:p>
        </w:tc>
      </w:tr>
      <w:tr w:rsidR="00D33428" w:rsidRPr="001A2E38" w14:paraId="4B126FB4" w14:textId="77777777" w:rsidTr="00D33428">
        <w:trPr>
          <w:jc w:val="center"/>
        </w:trPr>
        <w:tc>
          <w:tcPr>
            <w:tcW w:w="2625" w:type="pct"/>
            <w:tcBorders>
              <w:top w:val="none" w:sz="0" w:space="0" w:color="000000"/>
              <w:left w:val="none" w:sz="0" w:space="0" w:color="000000"/>
              <w:bottom w:val="none" w:sz="0" w:space="0" w:color="000000"/>
              <w:right w:val="none" w:sz="0" w:space="0" w:color="000000"/>
            </w:tcBorders>
            <w:shd w:val="clear" w:color="auto" w:fill="F2F2F2"/>
            <w:tcMar>
              <w:top w:w="0" w:type="dxa"/>
              <w:left w:w="0" w:type="dxa"/>
              <w:bottom w:w="0" w:type="dxa"/>
              <w:right w:w="0" w:type="dxa"/>
            </w:tcMar>
            <w:vAlign w:val="center"/>
          </w:tcPr>
          <w:p w14:paraId="64F1FE44" w14:textId="77777777" w:rsidR="00D33428" w:rsidRPr="001A2E38" w:rsidRDefault="00D33428" w:rsidP="00322E8A">
            <w:pPr>
              <w:pBdr>
                <w:top w:val="none" w:sz="0" w:space="0" w:color="000000"/>
                <w:left w:val="none" w:sz="0" w:space="0" w:color="000000"/>
                <w:bottom w:val="none" w:sz="0" w:space="0" w:color="000000"/>
                <w:right w:val="none" w:sz="0" w:space="0" w:color="000000"/>
              </w:pBdr>
              <w:spacing w:before="40" w:after="40"/>
              <w:ind w:left="40" w:right="40"/>
              <w:rPr>
                <w:rFonts w:ascii="Times New Roman" w:eastAsia="Arial" w:hAnsi="Times New Roman" w:cs="Times New Roman"/>
                <w:b/>
                <w:color w:val="000000"/>
                <w:sz w:val="20"/>
                <w:szCs w:val="20"/>
              </w:rPr>
            </w:pPr>
            <w:r w:rsidRPr="001A2E38">
              <w:rPr>
                <w:rFonts w:ascii="Times New Roman" w:eastAsia="Arial" w:hAnsi="Times New Roman" w:cs="Times New Roman"/>
                <w:b/>
                <w:color w:val="000000"/>
                <w:sz w:val="20"/>
                <w:szCs w:val="20"/>
              </w:rPr>
              <w:t>CHG-WC</w:t>
            </w:r>
          </w:p>
        </w:tc>
        <w:tc>
          <w:tcPr>
            <w:tcW w:w="2375" w:type="pct"/>
            <w:tcBorders>
              <w:top w:val="none" w:sz="0" w:space="0" w:color="000000"/>
              <w:left w:val="none" w:sz="0" w:space="0" w:color="000000"/>
              <w:bottom w:val="none" w:sz="0" w:space="0" w:color="000000"/>
              <w:right w:val="none" w:sz="0" w:space="0" w:color="000000"/>
            </w:tcBorders>
            <w:shd w:val="clear" w:color="auto" w:fill="F2F2F2"/>
            <w:tcMar>
              <w:top w:w="0" w:type="dxa"/>
              <w:left w:w="0" w:type="dxa"/>
              <w:bottom w:w="0" w:type="dxa"/>
              <w:right w:w="0" w:type="dxa"/>
            </w:tcMar>
            <w:vAlign w:val="center"/>
          </w:tcPr>
          <w:p w14:paraId="32B4544A" w14:textId="77777777" w:rsidR="00D33428" w:rsidRPr="001A2E38" w:rsidRDefault="00D33428"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b/>
                <w:color w:val="000000"/>
                <w:sz w:val="20"/>
                <w:szCs w:val="20"/>
              </w:rPr>
            </w:pPr>
          </w:p>
        </w:tc>
      </w:tr>
      <w:tr w:rsidR="00D33428" w:rsidRPr="001A2E38" w14:paraId="3C3C0DA1" w14:textId="77777777" w:rsidTr="00D33428">
        <w:trPr>
          <w:jc w:val="center"/>
        </w:trPr>
        <w:tc>
          <w:tcPr>
            <w:tcW w:w="262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D54178C" w14:textId="77777777" w:rsidR="00D33428" w:rsidRPr="001A2E38" w:rsidRDefault="00D33428" w:rsidP="00322E8A">
            <w:pPr>
              <w:pBdr>
                <w:top w:val="none" w:sz="0" w:space="0" w:color="000000"/>
                <w:left w:val="none" w:sz="0" w:space="0" w:color="000000"/>
                <w:bottom w:val="none" w:sz="0" w:space="0" w:color="000000"/>
                <w:right w:val="none" w:sz="0" w:space="0" w:color="000000"/>
              </w:pBdr>
              <w:spacing w:before="40" w:after="40"/>
              <w:ind w:left="40" w:right="40"/>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lastRenderedPageBreak/>
              <w:t>Per 1-SD increase</w:t>
            </w:r>
          </w:p>
        </w:tc>
        <w:tc>
          <w:tcPr>
            <w:tcW w:w="237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E181074" w14:textId="77777777" w:rsidR="00D33428" w:rsidRPr="001A2E38" w:rsidRDefault="00D33428"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1.58 (1.54-1.62)</w:t>
            </w:r>
          </w:p>
        </w:tc>
      </w:tr>
      <w:tr w:rsidR="00D33428" w:rsidRPr="001A2E38" w14:paraId="592573F6" w14:textId="77777777" w:rsidTr="00D33428">
        <w:trPr>
          <w:jc w:val="center"/>
        </w:trPr>
        <w:tc>
          <w:tcPr>
            <w:tcW w:w="262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6E3AB02" w14:textId="77777777" w:rsidR="00D33428" w:rsidRPr="001A2E38" w:rsidRDefault="00D33428" w:rsidP="00322E8A">
            <w:pPr>
              <w:pBdr>
                <w:top w:val="none" w:sz="0" w:space="0" w:color="000000"/>
                <w:left w:val="none" w:sz="0" w:space="0" w:color="000000"/>
                <w:bottom w:val="none" w:sz="0" w:space="0" w:color="000000"/>
                <w:right w:val="none" w:sz="0" w:space="0" w:color="000000"/>
              </w:pBdr>
              <w:spacing w:before="40" w:after="40"/>
              <w:ind w:left="40" w:right="40"/>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Quartile 1</w:t>
            </w:r>
          </w:p>
        </w:tc>
        <w:tc>
          <w:tcPr>
            <w:tcW w:w="237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7245D8B" w14:textId="77777777" w:rsidR="00D33428" w:rsidRPr="001A2E38" w:rsidRDefault="00D33428"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Reference</w:t>
            </w:r>
          </w:p>
        </w:tc>
      </w:tr>
      <w:tr w:rsidR="00D33428" w:rsidRPr="001A2E38" w14:paraId="289BA728" w14:textId="77777777" w:rsidTr="00D33428">
        <w:trPr>
          <w:jc w:val="center"/>
        </w:trPr>
        <w:tc>
          <w:tcPr>
            <w:tcW w:w="262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CDE95BD" w14:textId="77777777" w:rsidR="00D33428" w:rsidRPr="001A2E38" w:rsidRDefault="00D33428" w:rsidP="00322E8A">
            <w:pPr>
              <w:pBdr>
                <w:top w:val="none" w:sz="0" w:space="0" w:color="000000"/>
                <w:left w:val="none" w:sz="0" w:space="0" w:color="000000"/>
                <w:bottom w:val="none" w:sz="0" w:space="0" w:color="000000"/>
                <w:right w:val="none" w:sz="0" w:space="0" w:color="000000"/>
              </w:pBdr>
              <w:spacing w:before="40" w:after="40"/>
              <w:ind w:left="40" w:right="40"/>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Quartile 2</w:t>
            </w:r>
          </w:p>
        </w:tc>
        <w:tc>
          <w:tcPr>
            <w:tcW w:w="237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2232051" w14:textId="77777777" w:rsidR="00D33428" w:rsidRPr="001A2E38" w:rsidRDefault="00D33428"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1.23 (1.10-1.36)</w:t>
            </w:r>
          </w:p>
        </w:tc>
      </w:tr>
      <w:tr w:rsidR="00D33428" w:rsidRPr="001A2E38" w14:paraId="3679C8C5" w14:textId="77777777" w:rsidTr="00D33428">
        <w:trPr>
          <w:jc w:val="center"/>
        </w:trPr>
        <w:tc>
          <w:tcPr>
            <w:tcW w:w="262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6687A4D" w14:textId="77777777" w:rsidR="00D33428" w:rsidRPr="001A2E38" w:rsidRDefault="00D33428" w:rsidP="00322E8A">
            <w:pPr>
              <w:pBdr>
                <w:top w:val="none" w:sz="0" w:space="0" w:color="000000"/>
                <w:left w:val="none" w:sz="0" w:space="0" w:color="000000"/>
                <w:bottom w:val="none" w:sz="0" w:space="0" w:color="000000"/>
                <w:right w:val="none" w:sz="0" w:space="0" w:color="000000"/>
              </w:pBdr>
              <w:spacing w:before="40" w:after="40"/>
              <w:ind w:left="40" w:right="40"/>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Quartile 3</w:t>
            </w:r>
          </w:p>
        </w:tc>
        <w:tc>
          <w:tcPr>
            <w:tcW w:w="237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128D4D6" w14:textId="77777777" w:rsidR="00D33428" w:rsidRPr="001A2E38" w:rsidRDefault="00D33428"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1.70 (1.54-1.88)</w:t>
            </w:r>
          </w:p>
        </w:tc>
      </w:tr>
      <w:tr w:rsidR="00D33428" w:rsidRPr="001A2E38" w14:paraId="7120088D" w14:textId="77777777" w:rsidTr="00D33428">
        <w:trPr>
          <w:jc w:val="center"/>
        </w:trPr>
        <w:tc>
          <w:tcPr>
            <w:tcW w:w="262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917FBCA" w14:textId="77777777" w:rsidR="00D33428" w:rsidRPr="001A2E38" w:rsidRDefault="00D33428" w:rsidP="00322E8A">
            <w:pPr>
              <w:pBdr>
                <w:top w:val="none" w:sz="0" w:space="0" w:color="000000"/>
                <w:left w:val="none" w:sz="0" w:space="0" w:color="000000"/>
                <w:bottom w:val="none" w:sz="0" w:space="0" w:color="000000"/>
                <w:right w:val="none" w:sz="0" w:space="0" w:color="000000"/>
              </w:pBdr>
              <w:spacing w:before="40" w:after="40"/>
              <w:ind w:left="40" w:right="40"/>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Quartile 4</w:t>
            </w:r>
          </w:p>
        </w:tc>
        <w:tc>
          <w:tcPr>
            <w:tcW w:w="237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8236680" w14:textId="77777777" w:rsidR="00D33428" w:rsidRPr="001A2E38" w:rsidRDefault="00D33428"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3.25 (2.96-3.57)</w:t>
            </w:r>
          </w:p>
        </w:tc>
      </w:tr>
      <w:tr w:rsidR="00D33428" w:rsidRPr="001A2E38" w14:paraId="3C1CFE11" w14:textId="77777777" w:rsidTr="00D33428">
        <w:trPr>
          <w:jc w:val="center"/>
        </w:trPr>
        <w:tc>
          <w:tcPr>
            <w:tcW w:w="262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4F4F112" w14:textId="77777777" w:rsidR="00D33428" w:rsidRPr="001A2E38" w:rsidRDefault="00D33428" w:rsidP="00322E8A">
            <w:pPr>
              <w:pBdr>
                <w:top w:val="none" w:sz="0" w:space="0" w:color="000000"/>
                <w:left w:val="none" w:sz="0" w:space="0" w:color="000000"/>
                <w:bottom w:val="none" w:sz="0" w:space="0" w:color="000000"/>
                <w:right w:val="none" w:sz="0" w:space="0" w:color="000000"/>
              </w:pBdr>
              <w:spacing w:before="40" w:after="40"/>
              <w:ind w:left="40" w:right="40"/>
              <w:rPr>
                <w:rFonts w:ascii="Times New Roman" w:eastAsia="Arial" w:hAnsi="Times New Roman" w:cs="Times New Roman"/>
                <w:color w:val="000000"/>
                <w:sz w:val="20"/>
                <w:szCs w:val="20"/>
              </w:rPr>
            </w:pPr>
            <w:r w:rsidRPr="001A2E38">
              <w:rPr>
                <w:rFonts w:ascii="Times New Roman" w:eastAsia="Arial" w:hAnsi="Times New Roman" w:cs="Times New Roman"/>
                <w:i/>
                <w:iCs/>
                <w:color w:val="000000"/>
                <w:sz w:val="20"/>
                <w:szCs w:val="20"/>
              </w:rPr>
              <w:t>P</w:t>
            </w:r>
            <w:r w:rsidRPr="001A2E38">
              <w:rPr>
                <w:rFonts w:ascii="Times New Roman" w:eastAsia="Arial" w:hAnsi="Times New Roman" w:cs="Times New Roman"/>
                <w:color w:val="000000"/>
                <w:sz w:val="20"/>
                <w:szCs w:val="20"/>
              </w:rPr>
              <w:t>-trend</w:t>
            </w:r>
          </w:p>
        </w:tc>
        <w:tc>
          <w:tcPr>
            <w:tcW w:w="237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3D1364C" w14:textId="77777777" w:rsidR="00D33428" w:rsidRPr="001A2E38" w:rsidRDefault="00D33428"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&lt;0.001</w:t>
            </w:r>
          </w:p>
        </w:tc>
      </w:tr>
      <w:tr w:rsidR="00D33428" w:rsidRPr="001A2E38" w14:paraId="33F7846B" w14:textId="77777777" w:rsidTr="00D33428">
        <w:trPr>
          <w:jc w:val="center"/>
        </w:trPr>
        <w:tc>
          <w:tcPr>
            <w:tcW w:w="2625" w:type="pct"/>
            <w:tcBorders>
              <w:top w:val="none" w:sz="0" w:space="0" w:color="000000"/>
              <w:left w:val="none" w:sz="0" w:space="0" w:color="000000"/>
              <w:bottom w:val="none" w:sz="0" w:space="0" w:color="000000"/>
              <w:right w:val="none" w:sz="0" w:space="0" w:color="000000"/>
            </w:tcBorders>
            <w:shd w:val="clear" w:color="auto" w:fill="F2F2F2"/>
            <w:tcMar>
              <w:top w:w="0" w:type="dxa"/>
              <w:left w:w="0" w:type="dxa"/>
              <w:bottom w:w="0" w:type="dxa"/>
              <w:right w:w="0" w:type="dxa"/>
            </w:tcMar>
            <w:vAlign w:val="center"/>
          </w:tcPr>
          <w:p w14:paraId="3F4BA0C7" w14:textId="77777777" w:rsidR="00D33428" w:rsidRPr="001A2E38" w:rsidRDefault="00D33428" w:rsidP="00322E8A">
            <w:pPr>
              <w:pBdr>
                <w:top w:val="none" w:sz="0" w:space="0" w:color="000000"/>
                <w:left w:val="none" w:sz="0" w:space="0" w:color="000000"/>
                <w:bottom w:val="none" w:sz="0" w:space="0" w:color="000000"/>
                <w:right w:val="none" w:sz="0" w:space="0" w:color="000000"/>
              </w:pBdr>
              <w:spacing w:before="40" w:after="40"/>
              <w:ind w:left="40" w:right="40"/>
              <w:rPr>
                <w:rFonts w:ascii="Times New Roman" w:eastAsia="Arial" w:hAnsi="Times New Roman" w:cs="Times New Roman"/>
                <w:b/>
                <w:color w:val="000000"/>
                <w:sz w:val="20"/>
                <w:szCs w:val="20"/>
              </w:rPr>
            </w:pPr>
            <w:r w:rsidRPr="001A2E38">
              <w:rPr>
                <w:rFonts w:ascii="Times New Roman" w:eastAsia="Arial" w:hAnsi="Times New Roman" w:cs="Times New Roman"/>
                <w:b/>
                <w:color w:val="000000"/>
                <w:sz w:val="20"/>
                <w:szCs w:val="20"/>
              </w:rPr>
              <w:t>CHG-WHtR</w:t>
            </w:r>
          </w:p>
        </w:tc>
        <w:tc>
          <w:tcPr>
            <w:tcW w:w="2375" w:type="pct"/>
            <w:tcBorders>
              <w:top w:val="none" w:sz="0" w:space="0" w:color="000000"/>
              <w:left w:val="none" w:sz="0" w:space="0" w:color="000000"/>
              <w:bottom w:val="none" w:sz="0" w:space="0" w:color="000000"/>
              <w:right w:val="none" w:sz="0" w:space="0" w:color="000000"/>
            </w:tcBorders>
            <w:shd w:val="clear" w:color="auto" w:fill="F2F2F2"/>
            <w:tcMar>
              <w:top w:w="0" w:type="dxa"/>
              <w:left w:w="0" w:type="dxa"/>
              <w:bottom w:w="0" w:type="dxa"/>
              <w:right w:w="0" w:type="dxa"/>
            </w:tcMar>
            <w:vAlign w:val="center"/>
          </w:tcPr>
          <w:p w14:paraId="5363BA86" w14:textId="77777777" w:rsidR="00D33428" w:rsidRPr="001A2E38" w:rsidRDefault="00D33428"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b/>
                <w:color w:val="000000"/>
                <w:sz w:val="20"/>
                <w:szCs w:val="20"/>
              </w:rPr>
            </w:pPr>
          </w:p>
        </w:tc>
      </w:tr>
      <w:tr w:rsidR="00D33428" w:rsidRPr="001A2E38" w14:paraId="0B89F0BF" w14:textId="77777777" w:rsidTr="00D33428">
        <w:trPr>
          <w:jc w:val="center"/>
        </w:trPr>
        <w:tc>
          <w:tcPr>
            <w:tcW w:w="262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99FB944" w14:textId="77777777" w:rsidR="00D33428" w:rsidRPr="001A2E38" w:rsidRDefault="00D33428" w:rsidP="00322E8A">
            <w:pPr>
              <w:pBdr>
                <w:top w:val="none" w:sz="0" w:space="0" w:color="000000"/>
                <w:left w:val="none" w:sz="0" w:space="0" w:color="000000"/>
                <w:bottom w:val="none" w:sz="0" w:space="0" w:color="000000"/>
                <w:right w:val="none" w:sz="0" w:space="0" w:color="000000"/>
              </w:pBdr>
              <w:spacing w:before="40" w:after="40"/>
              <w:ind w:left="40" w:right="40"/>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Per 1-SD increase</w:t>
            </w:r>
          </w:p>
        </w:tc>
        <w:tc>
          <w:tcPr>
            <w:tcW w:w="237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F93289D" w14:textId="77777777" w:rsidR="00D33428" w:rsidRPr="001A2E38" w:rsidRDefault="00D33428"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1.60 (1.57-1.64)</w:t>
            </w:r>
          </w:p>
        </w:tc>
      </w:tr>
      <w:tr w:rsidR="00D33428" w:rsidRPr="001A2E38" w14:paraId="18BAAD45" w14:textId="77777777" w:rsidTr="00D33428">
        <w:trPr>
          <w:jc w:val="center"/>
        </w:trPr>
        <w:tc>
          <w:tcPr>
            <w:tcW w:w="262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5E57D78" w14:textId="77777777" w:rsidR="00D33428" w:rsidRPr="001A2E38" w:rsidRDefault="00D33428" w:rsidP="00322E8A">
            <w:pPr>
              <w:pBdr>
                <w:top w:val="none" w:sz="0" w:space="0" w:color="000000"/>
                <w:left w:val="none" w:sz="0" w:space="0" w:color="000000"/>
                <w:bottom w:val="none" w:sz="0" w:space="0" w:color="000000"/>
                <w:right w:val="none" w:sz="0" w:space="0" w:color="000000"/>
              </w:pBdr>
              <w:spacing w:before="40" w:after="40"/>
              <w:ind w:left="40" w:right="40"/>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Quartile 1</w:t>
            </w:r>
          </w:p>
        </w:tc>
        <w:tc>
          <w:tcPr>
            <w:tcW w:w="237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00B3346" w14:textId="77777777" w:rsidR="00D33428" w:rsidRPr="001A2E38" w:rsidRDefault="00D33428"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Reference</w:t>
            </w:r>
          </w:p>
        </w:tc>
      </w:tr>
      <w:tr w:rsidR="00D33428" w:rsidRPr="001A2E38" w14:paraId="51639656" w14:textId="77777777" w:rsidTr="00D33428">
        <w:trPr>
          <w:jc w:val="center"/>
        </w:trPr>
        <w:tc>
          <w:tcPr>
            <w:tcW w:w="262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C95E351" w14:textId="77777777" w:rsidR="00D33428" w:rsidRPr="001A2E38" w:rsidRDefault="00D33428" w:rsidP="00322E8A">
            <w:pPr>
              <w:pBdr>
                <w:top w:val="none" w:sz="0" w:space="0" w:color="000000"/>
                <w:left w:val="none" w:sz="0" w:space="0" w:color="000000"/>
                <w:bottom w:val="none" w:sz="0" w:space="0" w:color="000000"/>
                <w:right w:val="none" w:sz="0" w:space="0" w:color="000000"/>
              </w:pBdr>
              <w:spacing w:before="40" w:after="40"/>
              <w:ind w:left="40" w:right="40"/>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Quartile 2</w:t>
            </w:r>
          </w:p>
        </w:tc>
        <w:tc>
          <w:tcPr>
            <w:tcW w:w="237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D3E7D8F" w14:textId="77777777" w:rsidR="00D33428" w:rsidRPr="001A2E38" w:rsidRDefault="00D33428"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1.32 (1.19-1.48)</w:t>
            </w:r>
          </w:p>
        </w:tc>
      </w:tr>
      <w:tr w:rsidR="00D33428" w:rsidRPr="001A2E38" w14:paraId="7180E7F7" w14:textId="77777777" w:rsidTr="00D33428">
        <w:trPr>
          <w:jc w:val="center"/>
        </w:trPr>
        <w:tc>
          <w:tcPr>
            <w:tcW w:w="262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48B54B4" w14:textId="77777777" w:rsidR="00D33428" w:rsidRPr="001A2E38" w:rsidRDefault="00D33428" w:rsidP="00322E8A">
            <w:pPr>
              <w:pBdr>
                <w:top w:val="none" w:sz="0" w:space="0" w:color="000000"/>
                <w:left w:val="none" w:sz="0" w:space="0" w:color="000000"/>
                <w:bottom w:val="none" w:sz="0" w:space="0" w:color="000000"/>
                <w:right w:val="none" w:sz="0" w:space="0" w:color="000000"/>
              </w:pBdr>
              <w:spacing w:before="40" w:after="40"/>
              <w:ind w:left="40" w:right="40"/>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Quartile 3</w:t>
            </w:r>
          </w:p>
        </w:tc>
        <w:tc>
          <w:tcPr>
            <w:tcW w:w="237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03D7A13" w14:textId="77777777" w:rsidR="00D33428" w:rsidRPr="001A2E38" w:rsidRDefault="00D33428"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1.74 (1.57-1.93)</w:t>
            </w:r>
          </w:p>
        </w:tc>
      </w:tr>
      <w:tr w:rsidR="00D33428" w:rsidRPr="001A2E38" w14:paraId="37887586" w14:textId="77777777" w:rsidTr="00D33428">
        <w:trPr>
          <w:jc w:val="center"/>
        </w:trPr>
        <w:tc>
          <w:tcPr>
            <w:tcW w:w="262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94FF05A" w14:textId="77777777" w:rsidR="00D33428" w:rsidRPr="001A2E38" w:rsidRDefault="00D33428" w:rsidP="00322E8A">
            <w:pPr>
              <w:pBdr>
                <w:top w:val="none" w:sz="0" w:space="0" w:color="000000"/>
                <w:left w:val="none" w:sz="0" w:space="0" w:color="000000"/>
                <w:bottom w:val="none" w:sz="0" w:space="0" w:color="000000"/>
                <w:right w:val="none" w:sz="0" w:space="0" w:color="000000"/>
              </w:pBdr>
              <w:spacing w:before="40" w:after="40"/>
              <w:ind w:left="40" w:right="40"/>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Quartile 4</w:t>
            </w:r>
          </w:p>
        </w:tc>
        <w:tc>
          <w:tcPr>
            <w:tcW w:w="237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AC4B60B" w14:textId="77777777" w:rsidR="00D33428" w:rsidRPr="001A2E38" w:rsidRDefault="00D33428"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3.65 (3.32-4.01)</w:t>
            </w:r>
          </w:p>
        </w:tc>
      </w:tr>
      <w:tr w:rsidR="00D33428" w:rsidRPr="001A2E38" w14:paraId="5828F3B1" w14:textId="77777777" w:rsidTr="00D33428">
        <w:trPr>
          <w:jc w:val="center"/>
        </w:trPr>
        <w:tc>
          <w:tcPr>
            <w:tcW w:w="262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91171FF" w14:textId="77777777" w:rsidR="00D33428" w:rsidRPr="001A2E38" w:rsidRDefault="00D33428" w:rsidP="00322E8A">
            <w:pPr>
              <w:pBdr>
                <w:top w:val="none" w:sz="0" w:space="0" w:color="000000"/>
                <w:left w:val="none" w:sz="0" w:space="0" w:color="000000"/>
                <w:bottom w:val="none" w:sz="0" w:space="0" w:color="000000"/>
                <w:right w:val="none" w:sz="0" w:space="0" w:color="000000"/>
              </w:pBdr>
              <w:spacing w:before="40" w:after="40"/>
              <w:ind w:left="40" w:right="40"/>
              <w:rPr>
                <w:rFonts w:ascii="Times New Roman" w:eastAsia="Arial" w:hAnsi="Times New Roman" w:cs="Times New Roman"/>
                <w:color w:val="000000"/>
                <w:sz w:val="20"/>
                <w:szCs w:val="20"/>
              </w:rPr>
            </w:pPr>
            <w:r w:rsidRPr="001A2E38">
              <w:rPr>
                <w:rFonts w:ascii="Times New Roman" w:eastAsia="Arial" w:hAnsi="Times New Roman" w:cs="Times New Roman"/>
                <w:i/>
                <w:iCs/>
                <w:color w:val="000000"/>
                <w:sz w:val="20"/>
                <w:szCs w:val="20"/>
              </w:rPr>
              <w:t>P</w:t>
            </w:r>
            <w:r w:rsidRPr="001A2E38">
              <w:rPr>
                <w:rFonts w:ascii="Times New Roman" w:eastAsia="Arial" w:hAnsi="Times New Roman" w:cs="Times New Roman"/>
                <w:color w:val="000000"/>
                <w:sz w:val="20"/>
                <w:szCs w:val="20"/>
              </w:rPr>
              <w:t>-trend</w:t>
            </w:r>
          </w:p>
        </w:tc>
        <w:tc>
          <w:tcPr>
            <w:tcW w:w="237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D4EEEB8" w14:textId="77777777" w:rsidR="00D33428" w:rsidRPr="001A2E38" w:rsidRDefault="00D33428"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&lt;0.001</w:t>
            </w:r>
          </w:p>
        </w:tc>
      </w:tr>
      <w:tr w:rsidR="00D33428" w:rsidRPr="001A2E38" w14:paraId="76FA7F0B" w14:textId="77777777" w:rsidTr="00D33428">
        <w:trPr>
          <w:jc w:val="center"/>
        </w:trPr>
        <w:tc>
          <w:tcPr>
            <w:tcW w:w="2625" w:type="pct"/>
            <w:tcBorders>
              <w:top w:val="none" w:sz="0" w:space="0" w:color="000000"/>
              <w:left w:val="none" w:sz="0" w:space="0" w:color="000000"/>
              <w:bottom w:val="none" w:sz="0" w:space="0" w:color="000000"/>
              <w:right w:val="none" w:sz="0" w:space="0" w:color="000000"/>
            </w:tcBorders>
            <w:shd w:val="clear" w:color="auto" w:fill="F2F2F2"/>
            <w:tcMar>
              <w:top w:w="0" w:type="dxa"/>
              <w:left w:w="0" w:type="dxa"/>
              <w:bottom w:w="0" w:type="dxa"/>
              <w:right w:w="0" w:type="dxa"/>
            </w:tcMar>
            <w:vAlign w:val="center"/>
          </w:tcPr>
          <w:p w14:paraId="3619A7E4" w14:textId="77777777" w:rsidR="00D33428" w:rsidRPr="001A2E38" w:rsidRDefault="00D33428" w:rsidP="00322E8A">
            <w:pPr>
              <w:pBdr>
                <w:top w:val="none" w:sz="0" w:space="0" w:color="000000"/>
                <w:left w:val="none" w:sz="0" w:space="0" w:color="000000"/>
                <w:bottom w:val="none" w:sz="0" w:space="0" w:color="000000"/>
                <w:right w:val="none" w:sz="0" w:space="0" w:color="000000"/>
              </w:pBdr>
              <w:spacing w:before="40" w:after="40"/>
              <w:ind w:left="40" w:right="40"/>
              <w:rPr>
                <w:rFonts w:ascii="Times New Roman" w:eastAsia="Arial" w:hAnsi="Times New Roman" w:cs="Times New Roman"/>
                <w:b/>
                <w:color w:val="000000"/>
                <w:sz w:val="20"/>
                <w:szCs w:val="20"/>
              </w:rPr>
            </w:pPr>
            <w:r w:rsidRPr="001A2E38">
              <w:rPr>
                <w:rFonts w:ascii="Times New Roman" w:eastAsia="Arial" w:hAnsi="Times New Roman" w:cs="Times New Roman"/>
                <w:b/>
                <w:color w:val="000000"/>
                <w:sz w:val="20"/>
                <w:szCs w:val="20"/>
              </w:rPr>
              <w:t>CHG-BRI</w:t>
            </w:r>
          </w:p>
        </w:tc>
        <w:tc>
          <w:tcPr>
            <w:tcW w:w="2375" w:type="pct"/>
            <w:tcBorders>
              <w:top w:val="none" w:sz="0" w:space="0" w:color="000000"/>
              <w:left w:val="none" w:sz="0" w:space="0" w:color="000000"/>
              <w:bottom w:val="none" w:sz="0" w:space="0" w:color="000000"/>
              <w:right w:val="none" w:sz="0" w:space="0" w:color="000000"/>
            </w:tcBorders>
            <w:shd w:val="clear" w:color="auto" w:fill="F2F2F2"/>
            <w:tcMar>
              <w:top w:w="0" w:type="dxa"/>
              <w:left w:w="0" w:type="dxa"/>
              <w:bottom w:w="0" w:type="dxa"/>
              <w:right w:w="0" w:type="dxa"/>
            </w:tcMar>
            <w:vAlign w:val="center"/>
          </w:tcPr>
          <w:p w14:paraId="114AA076" w14:textId="77777777" w:rsidR="00D33428" w:rsidRPr="001A2E38" w:rsidRDefault="00D33428"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b/>
                <w:color w:val="000000"/>
                <w:sz w:val="20"/>
                <w:szCs w:val="20"/>
              </w:rPr>
            </w:pPr>
          </w:p>
        </w:tc>
      </w:tr>
      <w:tr w:rsidR="00D33428" w:rsidRPr="001A2E38" w14:paraId="5C50BE66" w14:textId="77777777" w:rsidTr="00D33428">
        <w:trPr>
          <w:jc w:val="center"/>
        </w:trPr>
        <w:tc>
          <w:tcPr>
            <w:tcW w:w="262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2E8C156" w14:textId="77777777" w:rsidR="00D33428" w:rsidRPr="001A2E38" w:rsidRDefault="00D33428" w:rsidP="00322E8A">
            <w:pPr>
              <w:pBdr>
                <w:top w:val="none" w:sz="0" w:space="0" w:color="000000"/>
                <w:left w:val="none" w:sz="0" w:space="0" w:color="000000"/>
                <w:bottom w:val="none" w:sz="0" w:space="0" w:color="000000"/>
                <w:right w:val="none" w:sz="0" w:space="0" w:color="000000"/>
              </w:pBdr>
              <w:spacing w:before="40" w:after="40"/>
              <w:ind w:left="40" w:right="40"/>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Per 1-SD increase</w:t>
            </w:r>
          </w:p>
        </w:tc>
        <w:tc>
          <w:tcPr>
            <w:tcW w:w="237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64DA8C8" w14:textId="77777777" w:rsidR="00D33428" w:rsidRPr="001A2E38" w:rsidRDefault="00D33428"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1.47 (1.44-1.51)</w:t>
            </w:r>
          </w:p>
        </w:tc>
      </w:tr>
      <w:tr w:rsidR="00D33428" w:rsidRPr="001A2E38" w14:paraId="42C9387A" w14:textId="77777777" w:rsidTr="00D33428">
        <w:trPr>
          <w:jc w:val="center"/>
        </w:trPr>
        <w:tc>
          <w:tcPr>
            <w:tcW w:w="262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0A53350" w14:textId="77777777" w:rsidR="00D33428" w:rsidRPr="001A2E38" w:rsidRDefault="00D33428" w:rsidP="00322E8A">
            <w:pPr>
              <w:pBdr>
                <w:top w:val="none" w:sz="0" w:space="0" w:color="000000"/>
                <w:left w:val="none" w:sz="0" w:space="0" w:color="000000"/>
                <w:bottom w:val="none" w:sz="0" w:space="0" w:color="000000"/>
                <w:right w:val="none" w:sz="0" w:space="0" w:color="000000"/>
              </w:pBdr>
              <w:spacing w:before="40" w:after="40"/>
              <w:ind w:left="40" w:right="40"/>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Quartile 1</w:t>
            </w:r>
          </w:p>
        </w:tc>
        <w:tc>
          <w:tcPr>
            <w:tcW w:w="237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CAE38E2" w14:textId="77777777" w:rsidR="00D33428" w:rsidRPr="001A2E38" w:rsidRDefault="00D33428"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Reference</w:t>
            </w:r>
          </w:p>
        </w:tc>
      </w:tr>
      <w:tr w:rsidR="00D33428" w:rsidRPr="001A2E38" w14:paraId="20775102" w14:textId="77777777" w:rsidTr="00D33428">
        <w:trPr>
          <w:jc w:val="center"/>
        </w:trPr>
        <w:tc>
          <w:tcPr>
            <w:tcW w:w="262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C887C42" w14:textId="77777777" w:rsidR="00D33428" w:rsidRPr="001A2E38" w:rsidRDefault="00D33428" w:rsidP="00322E8A">
            <w:pPr>
              <w:pBdr>
                <w:top w:val="none" w:sz="0" w:space="0" w:color="000000"/>
                <w:left w:val="none" w:sz="0" w:space="0" w:color="000000"/>
                <w:bottom w:val="none" w:sz="0" w:space="0" w:color="000000"/>
                <w:right w:val="none" w:sz="0" w:space="0" w:color="000000"/>
              </w:pBdr>
              <w:spacing w:before="40" w:after="40"/>
              <w:ind w:left="40" w:right="40"/>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Quartile 2</w:t>
            </w:r>
          </w:p>
        </w:tc>
        <w:tc>
          <w:tcPr>
            <w:tcW w:w="237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B13C4F2" w14:textId="77777777" w:rsidR="00D33428" w:rsidRPr="001A2E38" w:rsidRDefault="00D33428"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1.37 (1.23-1.53)</w:t>
            </w:r>
          </w:p>
        </w:tc>
      </w:tr>
      <w:tr w:rsidR="00D33428" w:rsidRPr="001A2E38" w14:paraId="7D787A57" w14:textId="77777777" w:rsidTr="00D33428">
        <w:trPr>
          <w:jc w:val="center"/>
        </w:trPr>
        <w:tc>
          <w:tcPr>
            <w:tcW w:w="262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C6B6C15" w14:textId="77777777" w:rsidR="00D33428" w:rsidRPr="001A2E38" w:rsidRDefault="00D33428" w:rsidP="00322E8A">
            <w:pPr>
              <w:pBdr>
                <w:top w:val="none" w:sz="0" w:space="0" w:color="000000"/>
                <w:left w:val="none" w:sz="0" w:space="0" w:color="000000"/>
                <w:bottom w:val="none" w:sz="0" w:space="0" w:color="000000"/>
                <w:right w:val="none" w:sz="0" w:space="0" w:color="000000"/>
              </w:pBdr>
              <w:spacing w:before="40" w:after="40"/>
              <w:ind w:left="40" w:right="40"/>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lastRenderedPageBreak/>
              <w:t>Quartile 3</w:t>
            </w:r>
          </w:p>
        </w:tc>
        <w:tc>
          <w:tcPr>
            <w:tcW w:w="237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01E1780" w14:textId="77777777" w:rsidR="00D33428" w:rsidRPr="001A2E38" w:rsidRDefault="00D33428"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1.76 (1.59-1.95)</w:t>
            </w:r>
          </w:p>
        </w:tc>
      </w:tr>
      <w:tr w:rsidR="00D33428" w:rsidRPr="001A2E38" w14:paraId="405F326B" w14:textId="77777777" w:rsidTr="00D33428">
        <w:trPr>
          <w:jc w:val="center"/>
        </w:trPr>
        <w:tc>
          <w:tcPr>
            <w:tcW w:w="262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1FA4A94" w14:textId="77777777" w:rsidR="00D33428" w:rsidRPr="001A2E38" w:rsidRDefault="00D33428" w:rsidP="00322E8A">
            <w:pPr>
              <w:pBdr>
                <w:top w:val="none" w:sz="0" w:space="0" w:color="000000"/>
                <w:left w:val="none" w:sz="0" w:space="0" w:color="000000"/>
                <w:bottom w:val="none" w:sz="0" w:space="0" w:color="000000"/>
                <w:right w:val="none" w:sz="0" w:space="0" w:color="000000"/>
              </w:pBdr>
              <w:spacing w:before="40" w:after="40"/>
              <w:ind w:left="40" w:right="40"/>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Quartile 4</w:t>
            </w:r>
          </w:p>
        </w:tc>
        <w:tc>
          <w:tcPr>
            <w:tcW w:w="237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A0BC3B1" w14:textId="77777777" w:rsidR="00D33428" w:rsidRPr="001A2E38" w:rsidRDefault="00D33428"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3.28 (2.98-3.60)</w:t>
            </w:r>
          </w:p>
        </w:tc>
      </w:tr>
      <w:tr w:rsidR="00D33428" w:rsidRPr="001A2E38" w14:paraId="4E01B287" w14:textId="77777777" w:rsidTr="00D33428">
        <w:trPr>
          <w:jc w:val="center"/>
        </w:trPr>
        <w:tc>
          <w:tcPr>
            <w:tcW w:w="262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F1E19E6" w14:textId="77777777" w:rsidR="00D33428" w:rsidRPr="001A2E38" w:rsidRDefault="00D33428" w:rsidP="00322E8A">
            <w:pPr>
              <w:pBdr>
                <w:top w:val="none" w:sz="0" w:space="0" w:color="000000"/>
                <w:left w:val="none" w:sz="0" w:space="0" w:color="000000"/>
                <w:bottom w:val="none" w:sz="0" w:space="0" w:color="000000"/>
                <w:right w:val="none" w:sz="0" w:space="0" w:color="000000"/>
              </w:pBdr>
              <w:spacing w:before="40" w:after="40"/>
              <w:ind w:left="40" w:right="40"/>
              <w:rPr>
                <w:rFonts w:ascii="Times New Roman" w:eastAsia="Arial" w:hAnsi="Times New Roman" w:cs="Times New Roman"/>
                <w:color w:val="000000"/>
                <w:sz w:val="20"/>
                <w:szCs w:val="20"/>
              </w:rPr>
            </w:pPr>
            <w:r w:rsidRPr="001A2E38">
              <w:rPr>
                <w:rFonts w:ascii="Times New Roman" w:eastAsia="Arial" w:hAnsi="Times New Roman" w:cs="Times New Roman"/>
                <w:i/>
                <w:iCs/>
                <w:color w:val="000000"/>
                <w:sz w:val="20"/>
                <w:szCs w:val="20"/>
              </w:rPr>
              <w:t>P</w:t>
            </w:r>
            <w:r w:rsidRPr="001A2E38">
              <w:rPr>
                <w:rFonts w:ascii="Times New Roman" w:eastAsia="Arial" w:hAnsi="Times New Roman" w:cs="Times New Roman"/>
                <w:color w:val="000000"/>
                <w:sz w:val="20"/>
                <w:szCs w:val="20"/>
              </w:rPr>
              <w:t>-trend</w:t>
            </w:r>
          </w:p>
        </w:tc>
        <w:tc>
          <w:tcPr>
            <w:tcW w:w="237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0D45D07" w14:textId="77777777" w:rsidR="00D33428" w:rsidRPr="001A2E38" w:rsidRDefault="00D33428"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&lt;0.001</w:t>
            </w:r>
          </w:p>
        </w:tc>
      </w:tr>
      <w:tr w:rsidR="00D33428" w:rsidRPr="001A2E38" w14:paraId="5D856107" w14:textId="77777777" w:rsidTr="00D33428">
        <w:trPr>
          <w:jc w:val="center"/>
        </w:trPr>
        <w:tc>
          <w:tcPr>
            <w:tcW w:w="2625" w:type="pct"/>
            <w:tcBorders>
              <w:top w:val="none" w:sz="0" w:space="0" w:color="000000"/>
              <w:left w:val="none" w:sz="0" w:space="0" w:color="000000"/>
              <w:bottom w:val="none" w:sz="0" w:space="0" w:color="000000"/>
              <w:right w:val="none" w:sz="0" w:space="0" w:color="000000"/>
            </w:tcBorders>
            <w:shd w:val="clear" w:color="auto" w:fill="F2F2F2"/>
            <w:tcMar>
              <w:top w:w="0" w:type="dxa"/>
              <w:left w:w="0" w:type="dxa"/>
              <w:bottom w:w="0" w:type="dxa"/>
              <w:right w:w="0" w:type="dxa"/>
            </w:tcMar>
            <w:vAlign w:val="center"/>
          </w:tcPr>
          <w:p w14:paraId="322ACED8" w14:textId="77777777" w:rsidR="00D33428" w:rsidRPr="001A2E38" w:rsidRDefault="00D33428" w:rsidP="00322E8A">
            <w:pPr>
              <w:pBdr>
                <w:top w:val="none" w:sz="0" w:space="0" w:color="000000"/>
                <w:left w:val="none" w:sz="0" w:space="0" w:color="000000"/>
                <w:bottom w:val="none" w:sz="0" w:space="0" w:color="000000"/>
                <w:right w:val="none" w:sz="0" w:space="0" w:color="000000"/>
              </w:pBdr>
              <w:spacing w:before="40" w:after="40"/>
              <w:ind w:left="40" w:right="40"/>
              <w:rPr>
                <w:rFonts w:ascii="Times New Roman" w:eastAsia="Arial" w:hAnsi="Times New Roman" w:cs="Times New Roman"/>
                <w:b/>
                <w:color w:val="000000"/>
                <w:sz w:val="20"/>
                <w:szCs w:val="20"/>
              </w:rPr>
            </w:pPr>
            <w:r w:rsidRPr="001A2E38">
              <w:rPr>
                <w:rFonts w:ascii="Times New Roman" w:eastAsia="Arial" w:hAnsi="Times New Roman" w:cs="Times New Roman"/>
                <w:b/>
                <w:color w:val="000000"/>
                <w:sz w:val="20"/>
                <w:szCs w:val="20"/>
              </w:rPr>
              <w:t>CHG-ABSI</w:t>
            </w:r>
          </w:p>
        </w:tc>
        <w:tc>
          <w:tcPr>
            <w:tcW w:w="2375" w:type="pct"/>
            <w:tcBorders>
              <w:top w:val="none" w:sz="0" w:space="0" w:color="000000"/>
              <w:left w:val="none" w:sz="0" w:space="0" w:color="000000"/>
              <w:bottom w:val="none" w:sz="0" w:space="0" w:color="000000"/>
              <w:right w:val="none" w:sz="0" w:space="0" w:color="000000"/>
            </w:tcBorders>
            <w:shd w:val="clear" w:color="auto" w:fill="F2F2F2"/>
            <w:tcMar>
              <w:top w:w="0" w:type="dxa"/>
              <w:left w:w="0" w:type="dxa"/>
              <w:bottom w:w="0" w:type="dxa"/>
              <w:right w:w="0" w:type="dxa"/>
            </w:tcMar>
            <w:vAlign w:val="center"/>
          </w:tcPr>
          <w:p w14:paraId="2F4DFA3A" w14:textId="77777777" w:rsidR="00D33428" w:rsidRPr="001A2E38" w:rsidRDefault="00D33428"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b/>
                <w:color w:val="000000"/>
                <w:sz w:val="20"/>
                <w:szCs w:val="20"/>
              </w:rPr>
            </w:pPr>
          </w:p>
        </w:tc>
      </w:tr>
      <w:tr w:rsidR="00D33428" w:rsidRPr="001A2E38" w14:paraId="0FCE4F4E" w14:textId="77777777" w:rsidTr="00D33428">
        <w:trPr>
          <w:jc w:val="center"/>
        </w:trPr>
        <w:tc>
          <w:tcPr>
            <w:tcW w:w="262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0E84134" w14:textId="77777777" w:rsidR="00D33428" w:rsidRPr="001A2E38" w:rsidRDefault="00D33428" w:rsidP="00322E8A">
            <w:pPr>
              <w:pBdr>
                <w:top w:val="none" w:sz="0" w:space="0" w:color="000000"/>
                <w:left w:val="none" w:sz="0" w:space="0" w:color="000000"/>
                <w:bottom w:val="none" w:sz="0" w:space="0" w:color="000000"/>
                <w:right w:val="none" w:sz="0" w:space="0" w:color="000000"/>
              </w:pBdr>
              <w:spacing w:before="40" w:after="40"/>
              <w:ind w:left="40" w:right="40"/>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Per 1-SD increase</w:t>
            </w:r>
          </w:p>
        </w:tc>
        <w:tc>
          <w:tcPr>
            <w:tcW w:w="237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91A44CD" w14:textId="77777777" w:rsidR="00D33428" w:rsidRPr="001A2E38" w:rsidRDefault="00D33428"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1.48 (1.44-1.52)</w:t>
            </w:r>
          </w:p>
        </w:tc>
      </w:tr>
      <w:tr w:rsidR="00D33428" w:rsidRPr="001A2E38" w14:paraId="0BD8B393" w14:textId="77777777" w:rsidTr="00D33428">
        <w:trPr>
          <w:jc w:val="center"/>
        </w:trPr>
        <w:tc>
          <w:tcPr>
            <w:tcW w:w="262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8C52D36" w14:textId="77777777" w:rsidR="00D33428" w:rsidRPr="001A2E38" w:rsidRDefault="00D33428" w:rsidP="00322E8A">
            <w:pPr>
              <w:pBdr>
                <w:top w:val="none" w:sz="0" w:space="0" w:color="000000"/>
                <w:left w:val="none" w:sz="0" w:space="0" w:color="000000"/>
                <w:bottom w:val="none" w:sz="0" w:space="0" w:color="000000"/>
                <w:right w:val="none" w:sz="0" w:space="0" w:color="000000"/>
              </w:pBdr>
              <w:spacing w:before="40" w:after="40"/>
              <w:ind w:left="40" w:right="40"/>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Quartile 1</w:t>
            </w:r>
          </w:p>
        </w:tc>
        <w:tc>
          <w:tcPr>
            <w:tcW w:w="237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F647491" w14:textId="77777777" w:rsidR="00D33428" w:rsidRPr="001A2E38" w:rsidRDefault="00D33428"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Reference</w:t>
            </w:r>
          </w:p>
        </w:tc>
      </w:tr>
      <w:tr w:rsidR="00D33428" w:rsidRPr="001A2E38" w14:paraId="4CAF48CC" w14:textId="77777777" w:rsidTr="00D33428">
        <w:trPr>
          <w:jc w:val="center"/>
        </w:trPr>
        <w:tc>
          <w:tcPr>
            <w:tcW w:w="262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36DBA2A" w14:textId="77777777" w:rsidR="00D33428" w:rsidRPr="001A2E38" w:rsidRDefault="00D33428" w:rsidP="00322E8A">
            <w:pPr>
              <w:pBdr>
                <w:top w:val="none" w:sz="0" w:space="0" w:color="000000"/>
                <w:left w:val="none" w:sz="0" w:space="0" w:color="000000"/>
                <w:bottom w:val="none" w:sz="0" w:space="0" w:color="000000"/>
                <w:right w:val="none" w:sz="0" w:space="0" w:color="000000"/>
              </w:pBdr>
              <w:spacing w:before="40" w:after="40"/>
              <w:ind w:left="40" w:right="40"/>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Quartile 2</w:t>
            </w:r>
          </w:p>
        </w:tc>
        <w:tc>
          <w:tcPr>
            <w:tcW w:w="237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38B93BA" w14:textId="77777777" w:rsidR="00D33428" w:rsidRPr="001A2E38" w:rsidRDefault="00D33428"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1.22 (1.10-1.35)</w:t>
            </w:r>
          </w:p>
        </w:tc>
      </w:tr>
      <w:tr w:rsidR="00D33428" w:rsidRPr="001A2E38" w14:paraId="3B22C2F1" w14:textId="77777777" w:rsidTr="00D33428">
        <w:trPr>
          <w:jc w:val="center"/>
        </w:trPr>
        <w:tc>
          <w:tcPr>
            <w:tcW w:w="262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B88881B" w14:textId="77777777" w:rsidR="00D33428" w:rsidRPr="001A2E38" w:rsidRDefault="00D33428" w:rsidP="00322E8A">
            <w:pPr>
              <w:pBdr>
                <w:top w:val="none" w:sz="0" w:space="0" w:color="000000"/>
                <w:left w:val="none" w:sz="0" w:space="0" w:color="000000"/>
                <w:bottom w:val="none" w:sz="0" w:space="0" w:color="000000"/>
                <w:right w:val="none" w:sz="0" w:space="0" w:color="000000"/>
              </w:pBdr>
              <w:spacing w:before="40" w:after="40"/>
              <w:ind w:left="40" w:right="40"/>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Quartile 3</w:t>
            </w:r>
          </w:p>
        </w:tc>
        <w:tc>
          <w:tcPr>
            <w:tcW w:w="237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FDA7762" w14:textId="77777777" w:rsidR="00D33428" w:rsidRPr="001A2E38" w:rsidRDefault="00D33428"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1.41 (1.28-1.56)</w:t>
            </w:r>
          </w:p>
        </w:tc>
      </w:tr>
      <w:tr w:rsidR="00D33428" w:rsidRPr="001A2E38" w14:paraId="1A8015C1" w14:textId="77777777" w:rsidTr="00D33428">
        <w:trPr>
          <w:jc w:val="center"/>
        </w:trPr>
        <w:tc>
          <w:tcPr>
            <w:tcW w:w="262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F9D774F" w14:textId="77777777" w:rsidR="00D33428" w:rsidRPr="001A2E38" w:rsidRDefault="00D33428" w:rsidP="00322E8A">
            <w:pPr>
              <w:pBdr>
                <w:top w:val="none" w:sz="0" w:space="0" w:color="000000"/>
                <w:left w:val="none" w:sz="0" w:space="0" w:color="000000"/>
                <w:bottom w:val="none" w:sz="0" w:space="0" w:color="000000"/>
                <w:right w:val="none" w:sz="0" w:space="0" w:color="000000"/>
              </w:pBdr>
              <w:spacing w:before="40" w:after="40"/>
              <w:ind w:left="40" w:right="40"/>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Quartile 4</w:t>
            </w:r>
          </w:p>
        </w:tc>
        <w:tc>
          <w:tcPr>
            <w:tcW w:w="237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6F6F0C9" w14:textId="77777777" w:rsidR="00D33428" w:rsidRPr="001A2E38" w:rsidRDefault="00D33428"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2.36 (2.15-2.59)</w:t>
            </w:r>
          </w:p>
        </w:tc>
      </w:tr>
      <w:tr w:rsidR="00D33428" w:rsidRPr="001A2E38" w14:paraId="2EEA0431" w14:textId="77777777" w:rsidTr="00D33428">
        <w:trPr>
          <w:jc w:val="center"/>
        </w:trPr>
        <w:tc>
          <w:tcPr>
            <w:tcW w:w="262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ECF5292" w14:textId="77777777" w:rsidR="00D33428" w:rsidRPr="001A2E38" w:rsidRDefault="00D33428" w:rsidP="00322E8A">
            <w:pPr>
              <w:pBdr>
                <w:top w:val="none" w:sz="0" w:space="0" w:color="000000"/>
                <w:left w:val="none" w:sz="0" w:space="0" w:color="000000"/>
                <w:bottom w:val="none" w:sz="0" w:space="0" w:color="000000"/>
                <w:right w:val="none" w:sz="0" w:space="0" w:color="000000"/>
              </w:pBdr>
              <w:spacing w:before="40" w:after="40"/>
              <w:ind w:left="40" w:right="40"/>
              <w:rPr>
                <w:rFonts w:ascii="Times New Roman" w:eastAsia="Arial" w:hAnsi="Times New Roman" w:cs="Times New Roman"/>
                <w:color w:val="000000"/>
                <w:sz w:val="20"/>
                <w:szCs w:val="20"/>
              </w:rPr>
            </w:pPr>
            <w:r w:rsidRPr="001A2E38">
              <w:rPr>
                <w:rFonts w:ascii="Times New Roman" w:eastAsia="Arial" w:hAnsi="Times New Roman" w:cs="Times New Roman"/>
                <w:i/>
                <w:iCs/>
                <w:color w:val="000000"/>
                <w:sz w:val="20"/>
                <w:szCs w:val="20"/>
              </w:rPr>
              <w:t>P</w:t>
            </w:r>
            <w:r w:rsidRPr="001A2E38">
              <w:rPr>
                <w:rFonts w:ascii="Times New Roman" w:eastAsia="Arial" w:hAnsi="Times New Roman" w:cs="Times New Roman"/>
                <w:color w:val="000000"/>
                <w:sz w:val="20"/>
                <w:szCs w:val="20"/>
              </w:rPr>
              <w:t>-trend</w:t>
            </w:r>
          </w:p>
        </w:tc>
        <w:tc>
          <w:tcPr>
            <w:tcW w:w="237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29F937E" w14:textId="77777777" w:rsidR="00D33428" w:rsidRPr="001A2E38" w:rsidRDefault="00D33428"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&lt;0.001</w:t>
            </w:r>
          </w:p>
        </w:tc>
      </w:tr>
      <w:tr w:rsidR="00D33428" w:rsidRPr="001A2E38" w14:paraId="542A5E58" w14:textId="77777777" w:rsidTr="00D33428">
        <w:trPr>
          <w:jc w:val="center"/>
        </w:trPr>
        <w:tc>
          <w:tcPr>
            <w:tcW w:w="2625" w:type="pct"/>
            <w:tcBorders>
              <w:top w:val="none" w:sz="0" w:space="0" w:color="000000"/>
              <w:left w:val="none" w:sz="0" w:space="0" w:color="000000"/>
              <w:bottom w:val="none" w:sz="0" w:space="0" w:color="000000"/>
              <w:right w:val="none" w:sz="0" w:space="0" w:color="000000"/>
            </w:tcBorders>
            <w:shd w:val="clear" w:color="auto" w:fill="F2F2F2"/>
            <w:tcMar>
              <w:top w:w="0" w:type="dxa"/>
              <w:left w:w="0" w:type="dxa"/>
              <w:bottom w:w="0" w:type="dxa"/>
              <w:right w:w="0" w:type="dxa"/>
            </w:tcMar>
            <w:vAlign w:val="center"/>
          </w:tcPr>
          <w:p w14:paraId="62AFA736" w14:textId="77777777" w:rsidR="00D33428" w:rsidRPr="001A2E38" w:rsidRDefault="00D33428" w:rsidP="00322E8A">
            <w:pPr>
              <w:pBdr>
                <w:top w:val="none" w:sz="0" w:space="0" w:color="000000"/>
                <w:left w:val="none" w:sz="0" w:space="0" w:color="000000"/>
                <w:bottom w:val="none" w:sz="0" w:space="0" w:color="000000"/>
                <w:right w:val="none" w:sz="0" w:space="0" w:color="000000"/>
              </w:pBdr>
              <w:spacing w:before="40" w:after="40"/>
              <w:ind w:left="40" w:right="40"/>
              <w:rPr>
                <w:rFonts w:ascii="Times New Roman" w:eastAsia="Arial" w:hAnsi="Times New Roman" w:cs="Times New Roman"/>
                <w:b/>
                <w:color w:val="000000"/>
                <w:sz w:val="20"/>
                <w:szCs w:val="20"/>
              </w:rPr>
            </w:pPr>
            <w:r w:rsidRPr="001A2E38">
              <w:rPr>
                <w:rFonts w:ascii="Times New Roman" w:eastAsia="Arial" w:hAnsi="Times New Roman" w:cs="Times New Roman"/>
                <w:b/>
                <w:color w:val="000000"/>
                <w:sz w:val="20"/>
                <w:szCs w:val="20"/>
              </w:rPr>
              <w:t>CHG-VAI</w:t>
            </w:r>
          </w:p>
        </w:tc>
        <w:tc>
          <w:tcPr>
            <w:tcW w:w="2375" w:type="pct"/>
            <w:tcBorders>
              <w:top w:val="none" w:sz="0" w:space="0" w:color="000000"/>
              <w:left w:val="none" w:sz="0" w:space="0" w:color="000000"/>
              <w:bottom w:val="none" w:sz="0" w:space="0" w:color="000000"/>
              <w:right w:val="none" w:sz="0" w:space="0" w:color="000000"/>
            </w:tcBorders>
            <w:shd w:val="clear" w:color="auto" w:fill="F2F2F2"/>
            <w:tcMar>
              <w:top w:w="0" w:type="dxa"/>
              <w:left w:w="0" w:type="dxa"/>
              <w:bottom w:w="0" w:type="dxa"/>
              <w:right w:w="0" w:type="dxa"/>
            </w:tcMar>
            <w:vAlign w:val="center"/>
          </w:tcPr>
          <w:p w14:paraId="07AEB38A" w14:textId="77777777" w:rsidR="00D33428" w:rsidRPr="001A2E38" w:rsidRDefault="00D33428"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b/>
                <w:color w:val="000000"/>
                <w:sz w:val="20"/>
                <w:szCs w:val="20"/>
              </w:rPr>
            </w:pPr>
          </w:p>
        </w:tc>
      </w:tr>
      <w:tr w:rsidR="00D33428" w:rsidRPr="001A2E38" w14:paraId="61783ADE" w14:textId="77777777" w:rsidTr="00D33428">
        <w:trPr>
          <w:jc w:val="center"/>
        </w:trPr>
        <w:tc>
          <w:tcPr>
            <w:tcW w:w="262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8722C0F" w14:textId="77777777" w:rsidR="00D33428" w:rsidRPr="001A2E38" w:rsidRDefault="00D33428" w:rsidP="00322E8A">
            <w:pPr>
              <w:pBdr>
                <w:top w:val="none" w:sz="0" w:space="0" w:color="000000"/>
                <w:left w:val="none" w:sz="0" w:space="0" w:color="000000"/>
                <w:bottom w:val="none" w:sz="0" w:space="0" w:color="000000"/>
                <w:right w:val="none" w:sz="0" w:space="0" w:color="000000"/>
              </w:pBdr>
              <w:spacing w:before="40" w:after="40"/>
              <w:ind w:left="40" w:right="40"/>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Per 1-SD increase</w:t>
            </w:r>
          </w:p>
        </w:tc>
        <w:tc>
          <w:tcPr>
            <w:tcW w:w="237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F113056" w14:textId="77777777" w:rsidR="00D33428" w:rsidRPr="001A2E38" w:rsidRDefault="00D33428"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1.21 (1.19-1.24)</w:t>
            </w:r>
          </w:p>
        </w:tc>
      </w:tr>
      <w:tr w:rsidR="00D33428" w:rsidRPr="001A2E38" w14:paraId="23E72A52" w14:textId="77777777" w:rsidTr="00D33428">
        <w:trPr>
          <w:jc w:val="center"/>
        </w:trPr>
        <w:tc>
          <w:tcPr>
            <w:tcW w:w="262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C773881" w14:textId="77777777" w:rsidR="00D33428" w:rsidRPr="001A2E38" w:rsidRDefault="00D33428" w:rsidP="00322E8A">
            <w:pPr>
              <w:pBdr>
                <w:top w:val="none" w:sz="0" w:space="0" w:color="000000"/>
                <w:left w:val="none" w:sz="0" w:space="0" w:color="000000"/>
                <w:bottom w:val="none" w:sz="0" w:space="0" w:color="000000"/>
                <w:right w:val="none" w:sz="0" w:space="0" w:color="000000"/>
              </w:pBdr>
              <w:spacing w:before="40" w:after="40"/>
              <w:ind w:left="40" w:right="40"/>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Quartile 1</w:t>
            </w:r>
          </w:p>
        </w:tc>
        <w:tc>
          <w:tcPr>
            <w:tcW w:w="237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4BF8F3E" w14:textId="77777777" w:rsidR="00D33428" w:rsidRPr="001A2E38" w:rsidRDefault="00D33428"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Reference</w:t>
            </w:r>
          </w:p>
        </w:tc>
      </w:tr>
      <w:tr w:rsidR="00D33428" w:rsidRPr="001A2E38" w14:paraId="74039BB7" w14:textId="77777777" w:rsidTr="00D33428">
        <w:trPr>
          <w:jc w:val="center"/>
        </w:trPr>
        <w:tc>
          <w:tcPr>
            <w:tcW w:w="262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64F5BBC" w14:textId="77777777" w:rsidR="00D33428" w:rsidRPr="001A2E38" w:rsidRDefault="00D33428" w:rsidP="00322E8A">
            <w:pPr>
              <w:pBdr>
                <w:top w:val="none" w:sz="0" w:space="0" w:color="000000"/>
                <w:left w:val="none" w:sz="0" w:space="0" w:color="000000"/>
                <w:bottom w:val="none" w:sz="0" w:space="0" w:color="000000"/>
                <w:right w:val="none" w:sz="0" w:space="0" w:color="000000"/>
              </w:pBdr>
              <w:spacing w:before="40" w:after="40"/>
              <w:ind w:left="40" w:right="40"/>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Quartile 2</w:t>
            </w:r>
          </w:p>
        </w:tc>
        <w:tc>
          <w:tcPr>
            <w:tcW w:w="237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D7F343B" w14:textId="77777777" w:rsidR="00D33428" w:rsidRPr="001A2E38" w:rsidRDefault="00D33428"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1.04 (0.95-1.14)</w:t>
            </w:r>
          </w:p>
        </w:tc>
      </w:tr>
      <w:tr w:rsidR="00D33428" w:rsidRPr="001A2E38" w14:paraId="5332C768" w14:textId="77777777" w:rsidTr="00D33428">
        <w:trPr>
          <w:jc w:val="center"/>
        </w:trPr>
        <w:tc>
          <w:tcPr>
            <w:tcW w:w="262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979A4FB" w14:textId="77777777" w:rsidR="00D33428" w:rsidRPr="001A2E38" w:rsidRDefault="00D33428" w:rsidP="00322E8A">
            <w:pPr>
              <w:pBdr>
                <w:top w:val="none" w:sz="0" w:space="0" w:color="000000"/>
                <w:left w:val="none" w:sz="0" w:space="0" w:color="000000"/>
                <w:bottom w:val="none" w:sz="0" w:space="0" w:color="000000"/>
                <w:right w:val="none" w:sz="0" w:space="0" w:color="000000"/>
              </w:pBdr>
              <w:spacing w:before="40" w:after="40"/>
              <w:ind w:left="40" w:right="40"/>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Quartile 3</w:t>
            </w:r>
          </w:p>
        </w:tc>
        <w:tc>
          <w:tcPr>
            <w:tcW w:w="237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ABB016E" w14:textId="77777777" w:rsidR="00D33428" w:rsidRPr="001A2E38" w:rsidRDefault="00D33428"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1.33 (1.22-1.45)</w:t>
            </w:r>
          </w:p>
        </w:tc>
      </w:tr>
      <w:tr w:rsidR="00D33428" w:rsidRPr="001A2E38" w14:paraId="17CC095E" w14:textId="77777777" w:rsidTr="00D33428">
        <w:trPr>
          <w:jc w:val="center"/>
        </w:trPr>
        <w:tc>
          <w:tcPr>
            <w:tcW w:w="262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E18B094" w14:textId="77777777" w:rsidR="00D33428" w:rsidRPr="001A2E38" w:rsidRDefault="00D33428" w:rsidP="00322E8A">
            <w:pPr>
              <w:pBdr>
                <w:top w:val="none" w:sz="0" w:space="0" w:color="000000"/>
                <w:left w:val="none" w:sz="0" w:space="0" w:color="000000"/>
                <w:bottom w:val="none" w:sz="0" w:space="0" w:color="000000"/>
                <w:right w:val="none" w:sz="0" w:space="0" w:color="000000"/>
              </w:pBdr>
              <w:spacing w:before="40" w:after="40"/>
              <w:ind w:left="40" w:right="40"/>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Quartile 4</w:t>
            </w:r>
          </w:p>
        </w:tc>
        <w:tc>
          <w:tcPr>
            <w:tcW w:w="237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43B08C3" w14:textId="77777777" w:rsidR="00D33428" w:rsidRPr="001A2E38" w:rsidRDefault="00D33428"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1.74 (1.60-1.89)</w:t>
            </w:r>
          </w:p>
        </w:tc>
      </w:tr>
      <w:tr w:rsidR="00D33428" w:rsidRPr="001A2E38" w14:paraId="631EE2A1" w14:textId="77777777" w:rsidTr="00D33428">
        <w:trPr>
          <w:jc w:val="center"/>
        </w:trPr>
        <w:tc>
          <w:tcPr>
            <w:tcW w:w="262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9901D9D" w14:textId="77777777" w:rsidR="00D33428" w:rsidRPr="001A2E38" w:rsidRDefault="00D33428" w:rsidP="00322E8A">
            <w:pPr>
              <w:pBdr>
                <w:top w:val="none" w:sz="0" w:space="0" w:color="000000"/>
                <w:left w:val="none" w:sz="0" w:space="0" w:color="000000"/>
                <w:bottom w:val="none" w:sz="0" w:space="0" w:color="000000"/>
                <w:right w:val="none" w:sz="0" w:space="0" w:color="000000"/>
              </w:pBdr>
              <w:spacing w:before="40" w:after="40"/>
              <w:ind w:left="40" w:right="40"/>
              <w:rPr>
                <w:rFonts w:ascii="Times New Roman" w:eastAsia="Arial" w:hAnsi="Times New Roman" w:cs="Times New Roman"/>
                <w:color w:val="000000"/>
                <w:sz w:val="20"/>
                <w:szCs w:val="20"/>
              </w:rPr>
            </w:pPr>
            <w:r w:rsidRPr="001A2E38">
              <w:rPr>
                <w:rFonts w:ascii="Times New Roman" w:eastAsia="Arial" w:hAnsi="Times New Roman" w:cs="Times New Roman"/>
                <w:i/>
                <w:iCs/>
                <w:color w:val="000000"/>
                <w:sz w:val="20"/>
                <w:szCs w:val="20"/>
              </w:rPr>
              <w:t>P</w:t>
            </w:r>
            <w:r w:rsidRPr="001A2E38">
              <w:rPr>
                <w:rFonts w:ascii="Times New Roman" w:eastAsia="Arial" w:hAnsi="Times New Roman" w:cs="Times New Roman"/>
                <w:color w:val="000000"/>
                <w:sz w:val="20"/>
                <w:szCs w:val="20"/>
              </w:rPr>
              <w:t>-trend</w:t>
            </w:r>
          </w:p>
        </w:tc>
        <w:tc>
          <w:tcPr>
            <w:tcW w:w="237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8CCC7EE" w14:textId="77777777" w:rsidR="00D33428" w:rsidRPr="001A2E38" w:rsidRDefault="00D33428"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&lt;0.001</w:t>
            </w:r>
          </w:p>
        </w:tc>
      </w:tr>
      <w:tr w:rsidR="00D33428" w:rsidRPr="001A2E38" w14:paraId="1161AE50" w14:textId="77777777" w:rsidTr="00D33428">
        <w:trPr>
          <w:jc w:val="center"/>
        </w:trPr>
        <w:tc>
          <w:tcPr>
            <w:tcW w:w="2625" w:type="pct"/>
            <w:tcBorders>
              <w:top w:val="none" w:sz="0" w:space="0" w:color="000000"/>
              <w:left w:val="none" w:sz="0" w:space="0" w:color="000000"/>
              <w:bottom w:val="none" w:sz="0" w:space="0" w:color="000000"/>
              <w:right w:val="none" w:sz="0" w:space="0" w:color="000000"/>
            </w:tcBorders>
            <w:shd w:val="clear" w:color="auto" w:fill="F2F2F2"/>
            <w:tcMar>
              <w:top w:w="0" w:type="dxa"/>
              <w:left w:w="0" w:type="dxa"/>
              <w:bottom w:w="0" w:type="dxa"/>
              <w:right w:w="0" w:type="dxa"/>
            </w:tcMar>
            <w:vAlign w:val="center"/>
          </w:tcPr>
          <w:p w14:paraId="32E92D5B" w14:textId="77777777" w:rsidR="00D33428" w:rsidRPr="001A2E38" w:rsidRDefault="00D33428" w:rsidP="00322E8A">
            <w:pPr>
              <w:pBdr>
                <w:top w:val="none" w:sz="0" w:space="0" w:color="000000"/>
                <w:left w:val="none" w:sz="0" w:space="0" w:color="000000"/>
                <w:bottom w:val="none" w:sz="0" w:space="0" w:color="000000"/>
                <w:right w:val="none" w:sz="0" w:space="0" w:color="000000"/>
              </w:pBdr>
              <w:spacing w:before="40" w:after="40"/>
              <w:ind w:left="40" w:right="40"/>
              <w:rPr>
                <w:rFonts w:ascii="Times New Roman" w:eastAsia="Arial" w:hAnsi="Times New Roman" w:cs="Times New Roman"/>
                <w:b/>
                <w:color w:val="000000"/>
                <w:sz w:val="20"/>
                <w:szCs w:val="20"/>
              </w:rPr>
            </w:pPr>
            <w:r w:rsidRPr="001A2E38">
              <w:rPr>
                <w:rFonts w:ascii="Times New Roman" w:eastAsia="Arial" w:hAnsi="Times New Roman" w:cs="Times New Roman"/>
                <w:b/>
                <w:color w:val="000000"/>
                <w:sz w:val="20"/>
                <w:szCs w:val="20"/>
              </w:rPr>
              <w:lastRenderedPageBreak/>
              <w:t>CHG-WWI</w:t>
            </w:r>
          </w:p>
        </w:tc>
        <w:tc>
          <w:tcPr>
            <w:tcW w:w="2375" w:type="pct"/>
            <w:tcBorders>
              <w:top w:val="none" w:sz="0" w:space="0" w:color="000000"/>
              <w:left w:val="none" w:sz="0" w:space="0" w:color="000000"/>
              <w:bottom w:val="none" w:sz="0" w:space="0" w:color="000000"/>
              <w:right w:val="none" w:sz="0" w:space="0" w:color="000000"/>
            </w:tcBorders>
            <w:shd w:val="clear" w:color="auto" w:fill="F2F2F2"/>
            <w:tcMar>
              <w:top w:w="0" w:type="dxa"/>
              <w:left w:w="0" w:type="dxa"/>
              <w:bottom w:w="0" w:type="dxa"/>
              <w:right w:w="0" w:type="dxa"/>
            </w:tcMar>
            <w:vAlign w:val="center"/>
          </w:tcPr>
          <w:p w14:paraId="367DC0FE" w14:textId="77777777" w:rsidR="00D33428" w:rsidRPr="001A2E38" w:rsidRDefault="00D33428"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b/>
                <w:color w:val="000000"/>
                <w:sz w:val="20"/>
                <w:szCs w:val="20"/>
              </w:rPr>
            </w:pPr>
          </w:p>
        </w:tc>
      </w:tr>
      <w:tr w:rsidR="00D33428" w:rsidRPr="001A2E38" w14:paraId="4494C199" w14:textId="77777777" w:rsidTr="00D33428">
        <w:trPr>
          <w:jc w:val="center"/>
        </w:trPr>
        <w:tc>
          <w:tcPr>
            <w:tcW w:w="262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B68E4F6" w14:textId="77777777" w:rsidR="00D33428" w:rsidRPr="001A2E38" w:rsidRDefault="00D33428" w:rsidP="00322E8A">
            <w:pPr>
              <w:pBdr>
                <w:top w:val="none" w:sz="0" w:space="0" w:color="000000"/>
                <w:left w:val="none" w:sz="0" w:space="0" w:color="000000"/>
                <w:bottom w:val="none" w:sz="0" w:space="0" w:color="000000"/>
                <w:right w:val="none" w:sz="0" w:space="0" w:color="000000"/>
              </w:pBdr>
              <w:spacing w:before="40" w:after="40"/>
              <w:ind w:left="40" w:right="40"/>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Per 1-SD increase</w:t>
            </w:r>
          </w:p>
        </w:tc>
        <w:tc>
          <w:tcPr>
            <w:tcW w:w="237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224B086" w14:textId="77777777" w:rsidR="00D33428" w:rsidRPr="001A2E38" w:rsidRDefault="00D33428"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1.55 (1.51-1.59)</w:t>
            </w:r>
          </w:p>
        </w:tc>
      </w:tr>
      <w:tr w:rsidR="00D33428" w:rsidRPr="001A2E38" w14:paraId="257B8DEF" w14:textId="77777777" w:rsidTr="00D33428">
        <w:trPr>
          <w:jc w:val="center"/>
        </w:trPr>
        <w:tc>
          <w:tcPr>
            <w:tcW w:w="262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9D3D7E9" w14:textId="77777777" w:rsidR="00D33428" w:rsidRPr="001A2E38" w:rsidRDefault="00D33428" w:rsidP="00322E8A">
            <w:pPr>
              <w:pBdr>
                <w:top w:val="none" w:sz="0" w:space="0" w:color="000000"/>
                <w:left w:val="none" w:sz="0" w:space="0" w:color="000000"/>
                <w:bottom w:val="none" w:sz="0" w:space="0" w:color="000000"/>
                <w:right w:val="none" w:sz="0" w:space="0" w:color="000000"/>
              </w:pBdr>
              <w:spacing w:before="40" w:after="40"/>
              <w:ind w:left="40" w:right="40"/>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Quartile 1</w:t>
            </w:r>
          </w:p>
        </w:tc>
        <w:tc>
          <w:tcPr>
            <w:tcW w:w="237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F0ECA80" w14:textId="77777777" w:rsidR="00D33428" w:rsidRPr="001A2E38" w:rsidRDefault="00D33428"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Reference</w:t>
            </w:r>
          </w:p>
        </w:tc>
      </w:tr>
      <w:tr w:rsidR="00D33428" w:rsidRPr="001A2E38" w14:paraId="54F8179D" w14:textId="77777777" w:rsidTr="00D33428">
        <w:trPr>
          <w:jc w:val="center"/>
        </w:trPr>
        <w:tc>
          <w:tcPr>
            <w:tcW w:w="262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000BFDA" w14:textId="77777777" w:rsidR="00D33428" w:rsidRPr="001A2E38" w:rsidRDefault="00D33428" w:rsidP="00322E8A">
            <w:pPr>
              <w:pBdr>
                <w:top w:val="none" w:sz="0" w:space="0" w:color="000000"/>
                <w:left w:val="none" w:sz="0" w:space="0" w:color="000000"/>
                <w:bottom w:val="none" w:sz="0" w:space="0" w:color="000000"/>
                <w:right w:val="none" w:sz="0" w:space="0" w:color="000000"/>
              </w:pBdr>
              <w:spacing w:before="40" w:after="40"/>
              <w:ind w:left="40" w:right="40"/>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Quartile 2</w:t>
            </w:r>
          </w:p>
        </w:tc>
        <w:tc>
          <w:tcPr>
            <w:tcW w:w="237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7CCC040" w14:textId="77777777" w:rsidR="00D33428" w:rsidRPr="001A2E38" w:rsidRDefault="00D33428"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1.33 (1.20-1.48)</w:t>
            </w:r>
          </w:p>
        </w:tc>
      </w:tr>
      <w:tr w:rsidR="00D33428" w:rsidRPr="001A2E38" w14:paraId="0DFAA41D" w14:textId="77777777" w:rsidTr="00D33428">
        <w:trPr>
          <w:jc w:val="center"/>
        </w:trPr>
        <w:tc>
          <w:tcPr>
            <w:tcW w:w="262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CAEBCFF" w14:textId="77777777" w:rsidR="00D33428" w:rsidRPr="001A2E38" w:rsidRDefault="00D33428" w:rsidP="00322E8A">
            <w:pPr>
              <w:pBdr>
                <w:top w:val="none" w:sz="0" w:space="0" w:color="000000"/>
                <w:left w:val="none" w:sz="0" w:space="0" w:color="000000"/>
                <w:bottom w:val="none" w:sz="0" w:space="0" w:color="000000"/>
                <w:right w:val="none" w:sz="0" w:space="0" w:color="000000"/>
              </w:pBdr>
              <w:spacing w:before="40" w:after="40"/>
              <w:ind w:left="40" w:right="40"/>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Quartile 3</w:t>
            </w:r>
          </w:p>
        </w:tc>
        <w:tc>
          <w:tcPr>
            <w:tcW w:w="237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695701B" w14:textId="77777777" w:rsidR="00D33428" w:rsidRPr="001A2E38" w:rsidRDefault="00D33428"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1.52 (1.37-1.68)</w:t>
            </w:r>
          </w:p>
        </w:tc>
      </w:tr>
      <w:tr w:rsidR="00D33428" w:rsidRPr="001A2E38" w14:paraId="7D564EF9" w14:textId="77777777" w:rsidTr="00D33428">
        <w:trPr>
          <w:jc w:val="center"/>
        </w:trPr>
        <w:tc>
          <w:tcPr>
            <w:tcW w:w="262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3769A04" w14:textId="77777777" w:rsidR="00D33428" w:rsidRPr="001A2E38" w:rsidRDefault="00D33428" w:rsidP="00322E8A">
            <w:pPr>
              <w:pBdr>
                <w:top w:val="none" w:sz="0" w:space="0" w:color="000000"/>
                <w:left w:val="none" w:sz="0" w:space="0" w:color="000000"/>
                <w:bottom w:val="none" w:sz="0" w:space="0" w:color="000000"/>
                <w:right w:val="none" w:sz="0" w:space="0" w:color="000000"/>
              </w:pBdr>
              <w:spacing w:before="40" w:after="40"/>
              <w:ind w:left="40" w:right="40"/>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Quartile 4</w:t>
            </w:r>
          </w:p>
        </w:tc>
        <w:tc>
          <w:tcPr>
            <w:tcW w:w="237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7FF6F1B" w14:textId="77777777" w:rsidR="00D33428" w:rsidRPr="001A2E38" w:rsidRDefault="00D33428"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2.87 (2.61-3.15)</w:t>
            </w:r>
          </w:p>
        </w:tc>
      </w:tr>
      <w:tr w:rsidR="00D33428" w:rsidRPr="001A2E38" w14:paraId="74C56357" w14:textId="77777777" w:rsidTr="00D33428">
        <w:trPr>
          <w:jc w:val="center"/>
        </w:trPr>
        <w:tc>
          <w:tcPr>
            <w:tcW w:w="2625" w:type="pct"/>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7320A36F" w14:textId="77777777" w:rsidR="00D33428" w:rsidRPr="001A2E38" w:rsidRDefault="00D33428" w:rsidP="00322E8A">
            <w:pPr>
              <w:pBdr>
                <w:top w:val="none" w:sz="0" w:space="0" w:color="000000"/>
                <w:left w:val="none" w:sz="0" w:space="0" w:color="000000"/>
                <w:bottom w:val="none" w:sz="0" w:space="0" w:color="000000"/>
                <w:right w:val="none" w:sz="0" w:space="0" w:color="000000"/>
              </w:pBdr>
              <w:spacing w:before="40" w:after="40"/>
              <w:ind w:left="40" w:right="40"/>
              <w:rPr>
                <w:rFonts w:ascii="Times New Roman" w:eastAsia="Arial" w:hAnsi="Times New Roman" w:cs="Times New Roman"/>
                <w:color w:val="000000"/>
                <w:sz w:val="20"/>
                <w:szCs w:val="20"/>
              </w:rPr>
            </w:pPr>
            <w:r w:rsidRPr="001A2E38">
              <w:rPr>
                <w:rFonts w:ascii="Times New Roman" w:eastAsia="Arial" w:hAnsi="Times New Roman" w:cs="Times New Roman"/>
                <w:i/>
                <w:iCs/>
                <w:color w:val="000000"/>
                <w:sz w:val="20"/>
                <w:szCs w:val="20"/>
              </w:rPr>
              <w:t>P</w:t>
            </w:r>
            <w:r w:rsidRPr="001A2E38">
              <w:rPr>
                <w:rFonts w:ascii="Times New Roman" w:eastAsia="Arial" w:hAnsi="Times New Roman" w:cs="Times New Roman"/>
                <w:color w:val="000000"/>
                <w:sz w:val="20"/>
                <w:szCs w:val="20"/>
              </w:rPr>
              <w:t>-trend</w:t>
            </w:r>
          </w:p>
        </w:tc>
        <w:tc>
          <w:tcPr>
            <w:tcW w:w="2375" w:type="pct"/>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462AD8A1" w14:textId="77777777" w:rsidR="00D33428" w:rsidRPr="001A2E38" w:rsidRDefault="00D33428"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&lt;0.001</w:t>
            </w:r>
          </w:p>
        </w:tc>
      </w:tr>
    </w:tbl>
    <w:p w14:paraId="5977C568" w14:textId="5BC23A0A" w:rsidR="003E1CC0" w:rsidRPr="001A2E38" w:rsidRDefault="003E1CC0" w:rsidP="003E1CC0">
      <w:pPr>
        <w:spacing w:line="240" w:lineRule="auto"/>
        <w:contextualSpacing/>
        <w:rPr>
          <w:rFonts w:ascii="Times New Roman" w:hAnsi="Times New Roman" w:cs="Times New Roman"/>
          <w:sz w:val="20"/>
          <w:szCs w:val="20"/>
        </w:rPr>
      </w:pPr>
      <w:r w:rsidRPr="001A2E38">
        <w:rPr>
          <w:rFonts w:ascii="Times New Roman" w:hAnsi="Times New Roman" w:cs="Times New Roman"/>
          <w:i/>
          <w:iCs/>
          <w:sz w:val="20"/>
          <w:szCs w:val="20"/>
        </w:rPr>
        <w:t xml:space="preserve">Notes: </w:t>
      </w:r>
      <w:r w:rsidRPr="001A2E38">
        <w:rPr>
          <w:rFonts w:ascii="Times New Roman" w:hAnsi="Times New Roman" w:cs="Times New Roman"/>
          <w:sz w:val="20"/>
          <w:szCs w:val="20"/>
        </w:rPr>
        <w:t xml:space="preserve">Models were adjusted for age, sex, ethnicity, employment status, educational levels, Townsend deprivation index, frequency of drinking, smoking status, sleep duration, physical activity, sedentary </w:t>
      </w:r>
      <w:r w:rsidR="003479B3" w:rsidRPr="001A2E38">
        <w:rPr>
          <w:rFonts w:ascii="Times New Roman" w:hAnsi="Times New Roman" w:cs="Times New Roman"/>
          <w:sz w:val="20"/>
          <w:szCs w:val="20"/>
        </w:rPr>
        <w:t>behavior</w:t>
      </w:r>
      <w:r w:rsidRPr="001A2E38">
        <w:rPr>
          <w:rFonts w:ascii="Times New Roman" w:hAnsi="Times New Roman" w:cs="Times New Roman"/>
          <w:sz w:val="20"/>
          <w:szCs w:val="20"/>
        </w:rPr>
        <w:t>, and family history of cardiometabolic disease.</w:t>
      </w:r>
    </w:p>
    <w:p w14:paraId="2808239E" w14:textId="62DD0D0E" w:rsidR="003648E5" w:rsidRPr="001A2E38" w:rsidRDefault="003E1CC0" w:rsidP="003E1CC0">
      <w:pPr>
        <w:spacing w:line="240" w:lineRule="auto"/>
        <w:contextualSpacing/>
        <w:rPr>
          <w:rFonts w:ascii="Times New Roman" w:hAnsi="Times New Roman" w:cs="Times New Roman"/>
          <w:sz w:val="20"/>
          <w:szCs w:val="20"/>
        </w:rPr>
        <w:sectPr w:rsidR="003648E5" w:rsidRPr="001A2E38" w:rsidSect="00FE3790">
          <w:pgSz w:w="16838" w:h="11906" w:orient="landscape"/>
          <w:pgMar w:top="1797" w:right="1440" w:bottom="1797" w:left="1440" w:header="851" w:footer="992" w:gutter="0"/>
          <w:cols w:space="425"/>
          <w:docGrid w:type="linesAndChars" w:linePitch="312"/>
        </w:sectPr>
      </w:pPr>
      <w:r w:rsidRPr="001A2E38">
        <w:rPr>
          <w:rFonts w:ascii="Times New Roman" w:hAnsi="Times New Roman" w:cs="Times New Roman"/>
          <w:i/>
          <w:iCs/>
          <w:sz w:val="20"/>
          <w:szCs w:val="20"/>
        </w:rPr>
        <w:t xml:space="preserve">Abbreviations: </w:t>
      </w:r>
      <w:r w:rsidRPr="001A2E38">
        <w:rPr>
          <w:rFonts w:ascii="Times New Roman" w:hAnsi="Times New Roman" w:cs="Times New Roman"/>
          <w:sz w:val="20"/>
          <w:szCs w:val="20"/>
        </w:rPr>
        <w:t>CMM, cardiometabolic multimorbidity; CHG, cholesterol-high-density lipoprotein-glucose index; BMI, body mass index; WC, waist circumference; WHtR, waist-to-height ratio; BRI, body roundness index; ABSI, a body shape index; VAI, visceral adiposity index; WWI, weight-adjusted waist index; HR, hazard ratio; CI, confidence interval</w:t>
      </w:r>
      <w:r w:rsidR="003648E5" w:rsidRPr="001A2E38">
        <w:rPr>
          <w:rFonts w:ascii="Times New Roman" w:hAnsi="Times New Roman" w:cs="Times New Roman"/>
          <w:sz w:val="20"/>
          <w:szCs w:val="20"/>
        </w:rPr>
        <w:t>.</w:t>
      </w:r>
    </w:p>
    <w:p w14:paraId="1E051212" w14:textId="2FC734A4" w:rsidR="003648E5" w:rsidRPr="001A2E38" w:rsidRDefault="003648E5" w:rsidP="0065294A">
      <w:pPr>
        <w:pStyle w:val="a"/>
      </w:pPr>
      <w:bookmarkStart w:id="29" w:name="_Toc232530174"/>
      <w:bookmarkStart w:id="30" w:name="_Toc236834805"/>
      <w:r w:rsidRPr="001A2E38">
        <w:lastRenderedPageBreak/>
        <w:t>Table S</w:t>
      </w:r>
      <w:r w:rsidR="00274619" w:rsidRPr="001A2E38">
        <w:t>1</w:t>
      </w:r>
      <w:r w:rsidR="0065294A" w:rsidRPr="001A2E38">
        <w:rPr>
          <w:rFonts w:eastAsiaTheme="minorEastAsia" w:hint="eastAsia"/>
        </w:rPr>
        <w:t>5</w:t>
      </w:r>
      <w:r w:rsidRPr="001A2E38">
        <w:t xml:space="preserve">. </w:t>
      </w:r>
      <w:r w:rsidR="00D4101E" w:rsidRPr="001A2E38">
        <w:t xml:space="preserve">Sensitivity analysis for the associations between </w:t>
      </w:r>
      <w:r w:rsidR="00F508D7" w:rsidRPr="001A2E38">
        <w:t>CHG</w:t>
      </w:r>
      <w:r w:rsidR="00970926" w:rsidRPr="001A2E38">
        <w:rPr>
          <w:rFonts w:eastAsiaTheme="minorEastAsia"/>
        </w:rPr>
        <w:t xml:space="preserve">-related </w:t>
      </w:r>
      <w:r w:rsidR="00F508D7" w:rsidRPr="001A2E38">
        <w:t>indices</w:t>
      </w:r>
      <w:r w:rsidR="00D4101E" w:rsidRPr="001A2E38">
        <w:t xml:space="preserve"> and cardiometabolic multimorbidity risk considering the competing risk of death from other causes.</w:t>
      </w:r>
      <w:bookmarkEnd w:id="29"/>
      <w:bookmarkEnd w:id="30"/>
    </w:p>
    <w:tbl>
      <w:tblPr>
        <w:tblW w:w="5000" w:type="pct"/>
        <w:jc w:val="center"/>
        <w:tblLook w:val="0420" w:firstRow="1" w:lastRow="0" w:firstColumn="0" w:lastColumn="0" w:noHBand="0" w:noVBand="1"/>
      </w:tblPr>
      <w:tblGrid>
        <w:gridCol w:w="7328"/>
        <w:gridCol w:w="6630"/>
      </w:tblGrid>
      <w:tr w:rsidR="00A55F87" w:rsidRPr="001A2E38" w14:paraId="005CDA1A" w14:textId="77777777" w:rsidTr="00A55F87">
        <w:trPr>
          <w:tblHeader/>
          <w:jc w:val="center"/>
        </w:trPr>
        <w:tc>
          <w:tcPr>
            <w:tcW w:w="2625" w:type="pct"/>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4BDFD4FC" w14:textId="77777777" w:rsidR="00A55F87" w:rsidRPr="001A2E38" w:rsidRDefault="00A55F87" w:rsidP="00322E8A">
            <w:pPr>
              <w:pBdr>
                <w:top w:val="none" w:sz="0" w:space="0" w:color="000000"/>
                <w:left w:val="none" w:sz="0" w:space="0" w:color="000000"/>
                <w:bottom w:val="none" w:sz="0" w:space="0" w:color="000000"/>
                <w:right w:val="none" w:sz="0" w:space="0" w:color="000000"/>
              </w:pBdr>
              <w:spacing w:before="40" w:after="40"/>
              <w:ind w:left="40" w:right="40"/>
              <w:rPr>
                <w:rFonts w:ascii="Times New Roman" w:eastAsia="Arial" w:hAnsi="Times New Roman" w:cs="Times New Roman"/>
                <w:b/>
                <w:color w:val="000000"/>
                <w:sz w:val="20"/>
                <w:szCs w:val="20"/>
              </w:rPr>
            </w:pPr>
            <w:r w:rsidRPr="001A2E38">
              <w:rPr>
                <w:rFonts w:ascii="Times New Roman" w:eastAsia="Arial" w:hAnsi="Times New Roman" w:cs="Times New Roman"/>
                <w:b/>
                <w:color w:val="000000"/>
                <w:sz w:val="20"/>
                <w:szCs w:val="20"/>
              </w:rPr>
              <w:t>Exposures</w:t>
            </w:r>
          </w:p>
        </w:tc>
        <w:tc>
          <w:tcPr>
            <w:tcW w:w="2375" w:type="pct"/>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64FAB0C8" w14:textId="77777777" w:rsidR="00A55F87" w:rsidRPr="001A2E38" w:rsidRDefault="00A55F87"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b/>
                <w:color w:val="000000"/>
                <w:sz w:val="20"/>
                <w:szCs w:val="20"/>
              </w:rPr>
            </w:pPr>
            <w:r w:rsidRPr="001A2E38">
              <w:rPr>
                <w:rFonts w:ascii="Times New Roman" w:eastAsia="Arial" w:hAnsi="Times New Roman" w:cs="Times New Roman"/>
                <w:b/>
                <w:color w:val="000000"/>
                <w:sz w:val="20"/>
                <w:szCs w:val="20"/>
              </w:rPr>
              <w:t>HR (95% CI)</w:t>
            </w:r>
          </w:p>
        </w:tc>
      </w:tr>
      <w:tr w:rsidR="00A55F87" w:rsidRPr="001A2E38" w14:paraId="2183FE54" w14:textId="77777777" w:rsidTr="00A55F87">
        <w:trPr>
          <w:jc w:val="center"/>
        </w:trPr>
        <w:tc>
          <w:tcPr>
            <w:tcW w:w="2625" w:type="pct"/>
            <w:tcBorders>
              <w:top w:val="single" w:sz="12" w:space="0" w:color="666666"/>
              <w:left w:val="none" w:sz="0" w:space="0" w:color="000000"/>
              <w:bottom w:val="none" w:sz="0" w:space="0" w:color="000000"/>
              <w:right w:val="none" w:sz="0" w:space="0" w:color="000000"/>
            </w:tcBorders>
            <w:shd w:val="clear" w:color="auto" w:fill="F2F2F2"/>
            <w:tcMar>
              <w:top w:w="0" w:type="dxa"/>
              <w:left w:w="0" w:type="dxa"/>
              <w:bottom w:w="0" w:type="dxa"/>
              <w:right w:w="0" w:type="dxa"/>
            </w:tcMar>
            <w:vAlign w:val="center"/>
          </w:tcPr>
          <w:p w14:paraId="0527CB13" w14:textId="77777777" w:rsidR="00A55F87" w:rsidRPr="001A2E38" w:rsidRDefault="00A55F87" w:rsidP="00322E8A">
            <w:pPr>
              <w:pBdr>
                <w:top w:val="none" w:sz="0" w:space="0" w:color="000000"/>
                <w:left w:val="none" w:sz="0" w:space="0" w:color="000000"/>
                <w:bottom w:val="none" w:sz="0" w:space="0" w:color="000000"/>
                <w:right w:val="none" w:sz="0" w:space="0" w:color="000000"/>
              </w:pBdr>
              <w:spacing w:before="40" w:after="40"/>
              <w:ind w:left="40" w:right="40"/>
              <w:rPr>
                <w:rFonts w:ascii="Times New Roman" w:eastAsia="Arial" w:hAnsi="Times New Roman" w:cs="Times New Roman"/>
                <w:b/>
                <w:color w:val="000000"/>
                <w:sz w:val="20"/>
                <w:szCs w:val="20"/>
              </w:rPr>
            </w:pPr>
            <w:r w:rsidRPr="001A2E38">
              <w:rPr>
                <w:rFonts w:ascii="Times New Roman" w:eastAsia="Arial" w:hAnsi="Times New Roman" w:cs="Times New Roman"/>
                <w:b/>
                <w:color w:val="000000"/>
                <w:sz w:val="20"/>
                <w:szCs w:val="20"/>
              </w:rPr>
              <w:t>CHG</w:t>
            </w:r>
          </w:p>
        </w:tc>
        <w:tc>
          <w:tcPr>
            <w:tcW w:w="2375" w:type="pct"/>
            <w:tcBorders>
              <w:top w:val="single" w:sz="12" w:space="0" w:color="666666"/>
              <w:left w:val="none" w:sz="0" w:space="0" w:color="000000"/>
              <w:bottom w:val="none" w:sz="0" w:space="0" w:color="000000"/>
              <w:right w:val="none" w:sz="0" w:space="0" w:color="000000"/>
            </w:tcBorders>
            <w:shd w:val="clear" w:color="auto" w:fill="F2F2F2"/>
            <w:tcMar>
              <w:top w:w="0" w:type="dxa"/>
              <w:left w:w="0" w:type="dxa"/>
              <w:bottom w:w="0" w:type="dxa"/>
              <w:right w:w="0" w:type="dxa"/>
            </w:tcMar>
            <w:vAlign w:val="center"/>
          </w:tcPr>
          <w:p w14:paraId="62A65126" w14:textId="77777777" w:rsidR="00A55F87" w:rsidRPr="001A2E38" w:rsidRDefault="00A55F87"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b/>
                <w:color w:val="000000"/>
                <w:sz w:val="20"/>
                <w:szCs w:val="20"/>
              </w:rPr>
            </w:pPr>
          </w:p>
        </w:tc>
      </w:tr>
      <w:tr w:rsidR="00A55F87" w:rsidRPr="001A2E38" w14:paraId="36494D86" w14:textId="77777777" w:rsidTr="00A55F87">
        <w:trPr>
          <w:jc w:val="center"/>
        </w:trPr>
        <w:tc>
          <w:tcPr>
            <w:tcW w:w="262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FC08FD7" w14:textId="77777777" w:rsidR="00A55F87" w:rsidRPr="001A2E38" w:rsidRDefault="00A55F87" w:rsidP="00322E8A">
            <w:pPr>
              <w:pBdr>
                <w:top w:val="none" w:sz="0" w:space="0" w:color="000000"/>
                <w:left w:val="none" w:sz="0" w:space="0" w:color="000000"/>
                <w:bottom w:val="none" w:sz="0" w:space="0" w:color="000000"/>
                <w:right w:val="none" w:sz="0" w:space="0" w:color="000000"/>
              </w:pBdr>
              <w:spacing w:before="40" w:after="40"/>
              <w:ind w:left="40" w:right="40"/>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Per 1-SD increase</w:t>
            </w:r>
          </w:p>
        </w:tc>
        <w:tc>
          <w:tcPr>
            <w:tcW w:w="237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95B1533" w14:textId="77777777" w:rsidR="00A55F87" w:rsidRPr="001A2E38" w:rsidRDefault="00A55F87"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1.47 (1.43-1.52)</w:t>
            </w:r>
          </w:p>
        </w:tc>
      </w:tr>
      <w:tr w:rsidR="00A55F87" w:rsidRPr="001A2E38" w14:paraId="267DAF3C" w14:textId="77777777" w:rsidTr="00A55F87">
        <w:trPr>
          <w:jc w:val="center"/>
        </w:trPr>
        <w:tc>
          <w:tcPr>
            <w:tcW w:w="262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52FDB3B" w14:textId="77777777" w:rsidR="00A55F87" w:rsidRPr="001A2E38" w:rsidRDefault="00A55F87" w:rsidP="00322E8A">
            <w:pPr>
              <w:pBdr>
                <w:top w:val="none" w:sz="0" w:space="0" w:color="000000"/>
                <w:left w:val="none" w:sz="0" w:space="0" w:color="000000"/>
                <w:bottom w:val="none" w:sz="0" w:space="0" w:color="000000"/>
                <w:right w:val="none" w:sz="0" w:space="0" w:color="000000"/>
              </w:pBdr>
              <w:spacing w:before="40" w:after="40"/>
              <w:ind w:left="40" w:right="40"/>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Quartile 1</w:t>
            </w:r>
          </w:p>
        </w:tc>
        <w:tc>
          <w:tcPr>
            <w:tcW w:w="237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7FA4034" w14:textId="77777777" w:rsidR="00A55F87" w:rsidRPr="001A2E38" w:rsidRDefault="00A55F87"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Reference</w:t>
            </w:r>
          </w:p>
        </w:tc>
      </w:tr>
      <w:tr w:rsidR="00A55F87" w:rsidRPr="001A2E38" w14:paraId="089E1A7B" w14:textId="77777777" w:rsidTr="00A55F87">
        <w:trPr>
          <w:jc w:val="center"/>
        </w:trPr>
        <w:tc>
          <w:tcPr>
            <w:tcW w:w="262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EB847F2" w14:textId="77777777" w:rsidR="00A55F87" w:rsidRPr="001A2E38" w:rsidRDefault="00A55F87" w:rsidP="00322E8A">
            <w:pPr>
              <w:pBdr>
                <w:top w:val="none" w:sz="0" w:space="0" w:color="000000"/>
                <w:left w:val="none" w:sz="0" w:space="0" w:color="000000"/>
                <w:bottom w:val="none" w:sz="0" w:space="0" w:color="000000"/>
                <w:right w:val="none" w:sz="0" w:space="0" w:color="000000"/>
              </w:pBdr>
              <w:spacing w:before="40" w:after="40"/>
              <w:ind w:left="40" w:right="40"/>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Quartile 2</w:t>
            </w:r>
          </w:p>
        </w:tc>
        <w:tc>
          <w:tcPr>
            <w:tcW w:w="237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EACDCC4" w14:textId="77777777" w:rsidR="00A55F87" w:rsidRPr="001A2E38" w:rsidRDefault="00A55F87"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1.05 (0.95-1.16)</w:t>
            </w:r>
          </w:p>
        </w:tc>
      </w:tr>
      <w:tr w:rsidR="00A55F87" w:rsidRPr="001A2E38" w14:paraId="493D603A" w14:textId="77777777" w:rsidTr="00A55F87">
        <w:trPr>
          <w:jc w:val="center"/>
        </w:trPr>
        <w:tc>
          <w:tcPr>
            <w:tcW w:w="262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46A9AE7" w14:textId="77777777" w:rsidR="00A55F87" w:rsidRPr="001A2E38" w:rsidRDefault="00A55F87" w:rsidP="00322E8A">
            <w:pPr>
              <w:pBdr>
                <w:top w:val="none" w:sz="0" w:space="0" w:color="000000"/>
                <w:left w:val="none" w:sz="0" w:space="0" w:color="000000"/>
                <w:bottom w:val="none" w:sz="0" w:space="0" w:color="000000"/>
                <w:right w:val="none" w:sz="0" w:space="0" w:color="000000"/>
              </w:pBdr>
              <w:spacing w:before="40" w:after="40"/>
              <w:ind w:left="40" w:right="40"/>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Quartile 3</w:t>
            </w:r>
          </w:p>
        </w:tc>
        <w:tc>
          <w:tcPr>
            <w:tcW w:w="237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8C56EED" w14:textId="77777777" w:rsidR="00A55F87" w:rsidRPr="001A2E38" w:rsidRDefault="00A55F87"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1.16 (1.05-1.28)</w:t>
            </w:r>
          </w:p>
        </w:tc>
      </w:tr>
      <w:tr w:rsidR="00A55F87" w:rsidRPr="001A2E38" w14:paraId="27ED2A6F" w14:textId="77777777" w:rsidTr="00A55F87">
        <w:trPr>
          <w:jc w:val="center"/>
        </w:trPr>
        <w:tc>
          <w:tcPr>
            <w:tcW w:w="262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2A15AB9" w14:textId="77777777" w:rsidR="00A55F87" w:rsidRPr="001A2E38" w:rsidRDefault="00A55F87" w:rsidP="00322E8A">
            <w:pPr>
              <w:pBdr>
                <w:top w:val="none" w:sz="0" w:space="0" w:color="000000"/>
                <w:left w:val="none" w:sz="0" w:space="0" w:color="000000"/>
                <w:bottom w:val="none" w:sz="0" w:space="0" w:color="000000"/>
                <w:right w:val="none" w:sz="0" w:space="0" w:color="000000"/>
              </w:pBdr>
              <w:spacing w:before="40" w:after="40"/>
              <w:ind w:left="40" w:right="40"/>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Quartile 4</w:t>
            </w:r>
          </w:p>
        </w:tc>
        <w:tc>
          <w:tcPr>
            <w:tcW w:w="237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3225A41" w14:textId="77777777" w:rsidR="00A55F87" w:rsidRPr="001A2E38" w:rsidRDefault="00A55F87"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2.28 (2.09-2.48)</w:t>
            </w:r>
          </w:p>
        </w:tc>
      </w:tr>
      <w:tr w:rsidR="00A55F87" w:rsidRPr="001A2E38" w14:paraId="246496EC" w14:textId="77777777" w:rsidTr="00A55F87">
        <w:trPr>
          <w:jc w:val="center"/>
        </w:trPr>
        <w:tc>
          <w:tcPr>
            <w:tcW w:w="262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081AE5A" w14:textId="77777777" w:rsidR="00A55F87" w:rsidRPr="001A2E38" w:rsidRDefault="00A55F87" w:rsidP="00322E8A">
            <w:pPr>
              <w:pBdr>
                <w:top w:val="none" w:sz="0" w:space="0" w:color="000000"/>
                <w:left w:val="none" w:sz="0" w:space="0" w:color="000000"/>
                <w:bottom w:val="none" w:sz="0" w:space="0" w:color="000000"/>
                <w:right w:val="none" w:sz="0" w:space="0" w:color="000000"/>
              </w:pBdr>
              <w:spacing w:before="40" w:after="40"/>
              <w:ind w:left="40" w:right="40"/>
              <w:rPr>
                <w:rFonts w:ascii="Times New Roman" w:eastAsia="Arial" w:hAnsi="Times New Roman" w:cs="Times New Roman"/>
                <w:color w:val="000000"/>
                <w:sz w:val="20"/>
                <w:szCs w:val="20"/>
              </w:rPr>
            </w:pPr>
            <w:r w:rsidRPr="001A2E38">
              <w:rPr>
                <w:rFonts w:ascii="Times New Roman" w:eastAsia="Arial" w:hAnsi="Times New Roman" w:cs="Times New Roman"/>
                <w:i/>
                <w:iCs/>
                <w:color w:val="000000"/>
                <w:sz w:val="20"/>
                <w:szCs w:val="20"/>
              </w:rPr>
              <w:t>P</w:t>
            </w:r>
            <w:r w:rsidRPr="001A2E38">
              <w:rPr>
                <w:rFonts w:ascii="Times New Roman" w:eastAsia="Arial" w:hAnsi="Times New Roman" w:cs="Times New Roman"/>
                <w:color w:val="000000"/>
                <w:sz w:val="20"/>
                <w:szCs w:val="20"/>
              </w:rPr>
              <w:t>-trend</w:t>
            </w:r>
          </w:p>
        </w:tc>
        <w:tc>
          <w:tcPr>
            <w:tcW w:w="237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A0A9E38" w14:textId="77777777" w:rsidR="00A55F87" w:rsidRPr="001A2E38" w:rsidRDefault="00A55F87"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&lt;0.001</w:t>
            </w:r>
          </w:p>
        </w:tc>
      </w:tr>
      <w:tr w:rsidR="00A55F87" w:rsidRPr="001A2E38" w14:paraId="6B62B4A0" w14:textId="77777777" w:rsidTr="00A55F87">
        <w:trPr>
          <w:jc w:val="center"/>
        </w:trPr>
        <w:tc>
          <w:tcPr>
            <w:tcW w:w="2625" w:type="pct"/>
            <w:tcBorders>
              <w:top w:val="none" w:sz="0" w:space="0" w:color="000000"/>
              <w:left w:val="none" w:sz="0" w:space="0" w:color="000000"/>
              <w:bottom w:val="none" w:sz="0" w:space="0" w:color="000000"/>
              <w:right w:val="none" w:sz="0" w:space="0" w:color="000000"/>
            </w:tcBorders>
            <w:shd w:val="clear" w:color="auto" w:fill="F2F2F2"/>
            <w:tcMar>
              <w:top w:w="0" w:type="dxa"/>
              <w:left w:w="0" w:type="dxa"/>
              <w:bottom w:w="0" w:type="dxa"/>
              <w:right w:w="0" w:type="dxa"/>
            </w:tcMar>
            <w:vAlign w:val="center"/>
          </w:tcPr>
          <w:p w14:paraId="41FEA7A3" w14:textId="77777777" w:rsidR="00A55F87" w:rsidRPr="001A2E38" w:rsidRDefault="00A55F87" w:rsidP="00322E8A">
            <w:pPr>
              <w:pBdr>
                <w:top w:val="none" w:sz="0" w:space="0" w:color="000000"/>
                <w:left w:val="none" w:sz="0" w:space="0" w:color="000000"/>
                <w:bottom w:val="none" w:sz="0" w:space="0" w:color="000000"/>
                <w:right w:val="none" w:sz="0" w:space="0" w:color="000000"/>
              </w:pBdr>
              <w:spacing w:before="40" w:after="40"/>
              <w:ind w:left="40" w:right="40"/>
              <w:rPr>
                <w:rFonts w:ascii="Times New Roman" w:eastAsia="Arial" w:hAnsi="Times New Roman" w:cs="Times New Roman"/>
                <w:b/>
                <w:color w:val="000000"/>
                <w:sz w:val="20"/>
                <w:szCs w:val="20"/>
              </w:rPr>
            </w:pPr>
            <w:r w:rsidRPr="001A2E38">
              <w:rPr>
                <w:rFonts w:ascii="Times New Roman" w:eastAsia="Arial" w:hAnsi="Times New Roman" w:cs="Times New Roman"/>
                <w:b/>
                <w:color w:val="000000"/>
                <w:sz w:val="20"/>
                <w:szCs w:val="20"/>
              </w:rPr>
              <w:t>CHG-BMI</w:t>
            </w:r>
          </w:p>
        </w:tc>
        <w:tc>
          <w:tcPr>
            <w:tcW w:w="2375" w:type="pct"/>
            <w:tcBorders>
              <w:top w:val="none" w:sz="0" w:space="0" w:color="000000"/>
              <w:left w:val="none" w:sz="0" w:space="0" w:color="000000"/>
              <w:bottom w:val="none" w:sz="0" w:space="0" w:color="000000"/>
              <w:right w:val="none" w:sz="0" w:space="0" w:color="000000"/>
            </w:tcBorders>
            <w:shd w:val="clear" w:color="auto" w:fill="F2F2F2"/>
            <w:tcMar>
              <w:top w:w="0" w:type="dxa"/>
              <w:left w:w="0" w:type="dxa"/>
              <w:bottom w:w="0" w:type="dxa"/>
              <w:right w:w="0" w:type="dxa"/>
            </w:tcMar>
            <w:vAlign w:val="center"/>
          </w:tcPr>
          <w:p w14:paraId="6171F221" w14:textId="77777777" w:rsidR="00A55F87" w:rsidRPr="001A2E38" w:rsidRDefault="00A55F87"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b/>
                <w:color w:val="000000"/>
                <w:sz w:val="20"/>
                <w:szCs w:val="20"/>
              </w:rPr>
            </w:pPr>
          </w:p>
        </w:tc>
      </w:tr>
      <w:tr w:rsidR="00A55F87" w:rsidRPr="001A2E38" w14:paraId="261F6580" w14:textId="77777777" w:rsidTr="00A55F87">
        <w:trPr>
          <w:jc w:val="center"/>
        </w:trPr>
        <w:tc>
          <w:tcPr>
            <w:tcW w:w="262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4B859C2" w14:textId="77777777" w:rsidR="00A55F87" w:rsidRPr="001A2E38" w:rsidRDefault="00A55F87" w:rsidP="00322E8A">
            <w:pPr>
              <w:pBdr>
                <w:top w:val="none" w:sz="0" w:space="0" w:color="000000"/>
                <w:left w:val="none" w:sz="0" w:space="0" w:color="000000"/>
                <w:bottom w:val="none" w:sz="0" w:space="0" w:color="000000"/>
                <w:right w:val="none" w:sz="0" w:space="0" w:color="000000"/>
              </w:pBdr>
              <w:spacing w:before="40" w:after="40"/>
              <w:ind w:left="40" w:right="40"/>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Per 1-SD increase</w:t>
            </w:r>
          </w:p>
        </w:tc>
        <w:tc>
          <w:tcPr>
            <w:tcW w:w="237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F583613" w14:textId="77777777" w:rsidR="00A55F87" w:rsidRPr="001A2E38" w:rsidRDefault="00A55F87"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1.51 (1.47-1.55)</w:t>
            </w:r>
          </w:p>
        </w:tc>
      </w:tr>
      <w:tr w:rsidR="00A55F87" w:rsidRPr="001A2E38" w14:paraId="120B077B" w14:textId="77777777" w:rsidTr="00A55F87">
        <w:trPr>
          <w:jc w:val="center"/>
        </w:trPr>
        <w:tc>
          <w:tcPr>
            <w:tcW w:w="262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D8596E0" w14:textId="77777777" w:rsidR="00A55F87" w:rsidRPr="001A2E38" w:rsidRDefault="00A55F87" w:rsidP="00322E8A">
            <w:pPr>
              <w:pBdr>
                <w:top w:val="none" w:sz="0" w:space="0" w:color="000000"/>
                <w:left w:val="none" w:sz="0" w:space="0" w:color="000000"/>
                <w:bottom w:val="none" w:sz="0" w:space="0" w:color="000000"/>
                <w:right w:val="none" w:sz="0" w:space="0" w:color="000000"/>
              </w:pBdr>
              <w:spacing w:before="40" w:after="40"/>
              <w:ind w:left="40" w:right="40"/>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Quartile 1</w:t>
            </w:r>
          </w:p>
        </w:tc>
        <w:tc>
          <w:tcPr>
            <w:tcW w:w="237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8F9CBC5" w14:textId="77777777" w:rsidR="00A55F87" w:rsidRPr="001A2E38" w:rsidRDefault="00A55F87"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Reference</w:t>
            </w:r>
          </w:p>
        </w:tc>
      </w:tr>
      <w:tr w:rsidR="00A55F87" w:rsidRPr="001A2E38" w14:paraId="5EA63595" w14:textId="77777777" w:rsidTr="00A55F87">
        <w:trPr>
          <w:jc w:val="center"/>
        </w:trPr>
        <w:tc>
          <w:tcPr>
            <w:tcW w:w="262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C2AB507" w14:textId="77777777" w:rsidR="00A55F87" w:rsidRPr="001A2E38" w:rsidRDefault="00A55F87" w:rsidP="00322E8A">
            <w:pPr>
              <w:pBdr>
                <w:top w:val="none" w:sz="0" w:space="0" w:color="000000"/>
                <w:left w:val="none" w:sz="0" w:space="0" w:color="000000"/>
                <w:bottom w:val="none" w:sz="0" w:space="0" w:color="000000"/>
                <w:right w:val="none" w:sz="0" w:space="0" w:color="000000"/>
              </w:pBdr>
              <w:spacing w:before="40" w:after="40"/>
              <w:ind w:left="40" w:right="40"/>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Quartile 2</w:t>
            </w:r>
          </w:p>
        </w:tc>
        <w:tc>
          <w:tcPr>
            <w:tcW w:w="237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D6FA1FD" w14:textId="77777777" w:rsidR="00A55F87" w:rsidRPr="001A2E38" w:rsidRDefault="00A55F87"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1.38 (1.24-1.53)</w:t>
            </w:r>
          </w:p>
        </w:tc>
      </w:tr>
      <w:tr w:rsidR="00A55F87" w:rsidRPr="001A2E38" w14:paraId="04D7D124" w14:textId="77777777" w:rsidTr="00A55F87">
        <w:trPr>
          <w:jc w:val="center"/>
        </w:trPr>
        <w:tc>
          <w:tcPr>
            <w:tcW w:w="262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9628AB1" w14:textId="77777777" w:rsidR="00A55F87" w:rsidRPr="001A2E38" w:rsidRDefault="00A55F87" w:rsidP="00322E8A">
            <w:pPr>
              <w:pBdr>
                <w:top w:val="none" w:sz="0" w:space="0" w:color="000000"/>
                <w:left w:val="none" w:sz="0" w:space="0" w:color="000000"/>
                <w:bottom w:val="none" w:sz="0" w:space="0" w:color="000000"/>
                <w:right w:val="none" w:sz="0" w:space="0" w:color="000000"/>
              </w:pBdr>
              <w:spacing w:before="40" w:after="40"/>
              <w:ind w:left="40" w:right="40"/>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Quartile 3</w:t>
            </w:r>
          </w:p>
        </w:tc>
        <w:tc>
          <w:tcPr>
            <w:tcW w:w="237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46F81EA" w14:textId="77777777" w:rsidR="00A55F87" w:rsidRPr="001A2E38" w:rsidRDefault="00A55F87"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1.84 (1.66-2.04)</w:t>
            </w:r>
          </w:p>
        </w:tc>
      </w:tr>
      <w:tr w:rsidR="00A55F87" w:rsidRPr="001A2E38" w14:paraId="7F5783FA" w14:textId="77777777" w:rsidTr="00A55F87">
        <w:trPr>
          <w:jc w:val="center"/>
        </w:trPr>
        <w:tc>
          <w:tcPr>
            <w:tcW w:w="262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67F1177" w14:textId="77777777" w:rsidR="00A55F87" w:rsidRPr="001A2E38" w:rsidRDefault="00A55F87" w:rsidP="00322E8A">
            <w:pPr>
              <w:pBdr>
                <w:top w:val="none" w:sz="0" w:space="0" w:color="000000"/>
                <w:left w:val="none" w:sz="0" w:space="0" w:color="000000"/>
                <w:bottom w:val="none" w:sz="0" w:space="0" w:color="000000"/>
                <w:right w:val="none" w:sz="0" w:space="0" w:color="000000"/>
              </w:pBdr>
              <w:spacing w:before="40" w:after="40"/>
              <w:ind w:left="40" w:right="40"/>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Quartile 4</w:t>
            </w:r>
          </w:p>
        </w:tc>
        <w:tc>
          <w:tcPr>
            <w:tcW w:w="237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3CDF5B2" w14:textId="77777777" w:rsidR="00A55F87" w:rsidRPr="001A2E38" w:rsidRDefault="00A55F87"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3.42 (3.11-3.77)</w:t>
            </w:r>
          </w:p>
        </w:tc>
      </w:tr>
      <w:tr w:rsidR="00A55F87" w:rsidRPr="001A2E38" w14:paraId="5512CF76" w14:textId="77777777" w:rsidTr="00A55F87">
        <w:trPr>
          <w:jc w:val="center"/>
        </w:trPr>
        <w:tc>
          <w:tcPr>
            <w:tcW w:w="262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B6F179D" w14:textId="77777777" w:rsidR="00A55F87" w:rsidRPr="001A2E38" w:rsidRDefault="00A55F87" w:rsidP="00322E8A">
            <w:pPr>
              <w:pBdr>
                <w:top w:val="none" w:sz="0" w:space="0" w:color="000000"/>
                <w:left w:val="none" w:sz="0" w:space="0" w:color="000000"/>
                <w:bottom w:val="none" w:sz="0" w:space="0" w:color="000000"/>
                <w:right w:val="none" w:sz="0" w:space="0" w:color="000000"/>
              </w:pBdr>
              <w:spacing w:before="40" w:after="40"/>
              <w:ind w:left="40" w:right="40"/>
              <w:rPr>
                <w:rFonts w:ascii="Times New Roman" w:eastAsia="Arial" w:hAnsi="Times New Roman" w:cs="Times New Roman"/>
                <w:color w:val="000000"/>
                <w:sz w:val="20"/>
                <w:szCs w:val="20"/>
              </w:rPr>
            </w:pPr>
            <w:r w:rsidRPr="001A2E38">
              <w:rPr>
                <w:rFonts w:ascii="Times New Roman" w:eastAsia="Arial" w:hAnsi="Times New Roman" w:cs="Times New Roman"/>
                <w:i/>
                <w:iCs/>
                <w:color w:val="000000"/>
                <w:sz w:val="20"/>
                <w:szCs w:val="20"/>
              </w:rPr>
              <w:t>P</w:t>
            </w:r>
            <w:r w:rsidRPr="001A2E38">
              <w:rPr>
                <w:rFonts w:ascii="Times New Roman" w:eastAsia="Arial" w:hAnsi="Times New Roman" w:cs="Times New Roman"/>
                <w:color w:val="000000"/>
                <w:sz w:val="20"/>
                <w:szCs w:val="20"/>
              </w:rPr>
              <w:t>-trend</w:t>
            </w:r>
          </w:p>
        </w:tc>
        <w:tc>
          <w:tcPr>
            <w:tcW w:w="237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FE9BD5F" w14:textId="77777777" w:rsidR="00A55F87" w:rsidRPr="001A2E38" w:rsidRDefault="00A55F87"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&lt;0.001</w:t>
            </w:r>
          </w:p>
        </w:tc>
      </w:tr>
      <w:tr w:rsidR="00A55F87" w:rsidRPr="001A2E38" w14:paraId="594EA3F4" w14:textId="77777777" w:rsidTr="00A55F87">
        <w:trPr>
          <w:jc w:val="center"/>
        </w:trPr>
        <w:tc>
          <w:tcPr>
            <w:tcW w:w="2625" w:type="pct"/>
            <w:tcBorders>
              <w:top w:val="none" w:sz="0" w:space="0" w:color="000000"/>
              <w:left w:val="none" w:sz="0" w:space="0" w:color="000000"/>
              <w:bottom w:val="none" w:sz="0" w:space="0" w:color="000000"/>
              <w:right w:val="none" w:sz="0" w:space="0" w:color="000000"/>
            </w:tcBorders>
            <w:shd w:val="clear" w:color="auto" w:fill="F2F2F2"/>
            <w:tcMar>
              <w:top w:w="0" w:type="dxa"/>
              <w:left w:w="0" w:type="dxa"/>
              <w:bottom w:w="0" w:type="dxa"/>
              <w:right w:w="0" w:type="dxa"/>
            </w:tcMar>
            <w:vAlign w:val="center"/>
          </w:tcPr>
          <w:p w14:paraId="4DADB590" w14:textId="77777777" w:rsidR="00A55F87" w:rsidRPr="001A2E38" w:rsidRDefault="00A55F87" w:rsidP="00322E8A">
            <w:pPr>
              <w:pBdr>
                <w:top w:val="none" w:sz="0" w:space="0" w:color="000000"/>
                <w:left w:val="none" w:sz="0" w:space="0" w:color="000000"/>
                <w:bottom w:val="none" w:sz="0" w:space="0" w:color="000000"/>
                <w:right w:val="none" w:sz="0" w:space="0" w:color="000000"/>
              </w:pBdr>
              <w:spacing w:before="40" w:after="40"/>
              <w:ind w:left="40" w:right="40"/>
              <w:rPr>
                <w:rFonts w:ascii="Times New Roman" w:eastAsia="Arial" w:hAnsi="Times New Roman" w:cs="Times New Roman"/>
                <w:b/>
                <w:color w:val="000000"/>
                <w:sz w:val="20"/>
                <w:szCs w:val="20"/>
              </w:rPr>
            </w:pPr>
            <w:r w:rsidRPr="001A2E38">
              <w:rPr>
                <w:rFonts w:ascii="Times New Roman" w:eastAsia="Arial" w:hAnsi="Times New Roman" w:cs="Times New Roman"/>
                <w:b/>
                <w:color w:val="000000"/>
                <w:sz w:val="20"/>
                <w:szCs w:val="20"/>
              </w:rPr>
              <w:t>CHG-WC</w:t>
            </w:r>
          </w:p>
        </w:tc>
        <w:tc>
          <w:tcPr>
            <w:tcW w:w="2375" w:type="pct"/>
            <w:tcBorders>
              <w:top w:val="none" w:sz="0" w:space="0" w:color="000000"/>
              <w:left w:val="none" w:sz="0" w:space="0" w:color="000000"/>
              <w:bottom w:val="none" w:sz="0" w:space="0" w:color="000000"/>
              <w:right w:val="none" w:sz="0" w:space="0" w:color="000000"/>
            </w:tcBorders>
            <w:shd w:val="clear" w:color="auto" w:fill="F2F2F2"/>
            <w:tcMar>
              <w:top w:w="0" w:type="dxa"/>
              <w:left w:w="0" w:type="dxa"/>
              <w:bottom w:w="0" w:type="dxa"/>
              <w:right w:w="0" w:type="dxa"/>
            </w:tcMar>
            <w:vAlign w:val="center"/>
          </w:tcPr>
          <w:p w14:paraId="1C1B2B08" w14:textId="77777777" w:rsidR="00A55F87" w:rsidRPr="001A2E38" w:rsidRDefault="00A55F87"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b/>
                <w:color w:val="000000"/>
                <w:sz w:val="20"/>
                <w:szCs w:val="20"/>
              </w:rPr>
            </w:pPr>
          </w:p>
        </w:tc>
      </w:tr>
      <w:tr w:rsidR="00A55F87" w:rsidRPr="001A2E38" w14:paraId="3650393E" w14:textId="77777777" w:rsidTr="00A55F87">
        <w:trPr>
          <w:jc w:val="center"/>
        </w:trPr>
        <w:tc>
          <w:tcPr>
            <w:tcW w:w="262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8F49D82" w14:textId="77777777" w:rsidR="00A55F87" w:rsidRPr="001A2E38" w:rsidRDefault="00A55F87" w:rsidP="00322E8A">
            <w:pPr>
              <w:pBdr>
                <w:top w:val="none" w:sz="0" w:space="0" w:color="000000"/>
                <w:left w:val="none" w:sz="0" w:space="0" w:color="000000"/>
                <w:bottom w:val="none" w:sz="0" w:space="0" w:color="000000"/>
                <w:right w:val="none" w:sz="0" w:space="0" w:color="000000"/>
              </w:pBdr>
              <w:spacing w:before="40" w:after="40"/>
              <w:ind w:left="40" w:right="40"/>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lastRenderedPageBreak/>
              <w:t>Per 1-SD increase</w:t>
            </w:r>
          </w:p>
        </w:tc>
        <w:tc>
          <w:tcPr>
            <w:tcW w:w="237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B4B6436" w14:textId="77777777" w:rsidR="00A55F87" w:rsidRPr="001A2E38" w:rsidRDefault="00A55F87"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1.57 (1.53-1.61)</w:t>
            </w:r>
          </w:p>
        </w:tc>
      </w:tr>
      <w:tr w:rsidR="00A55F87" w:rsidRPr="001A2E38" w14:paraId="3DD9EDD6" w14:textId="77777777" w:rsidTr="00A55F87">
        <w:trPr>
          <w:jc w:val="center"/>
        </w:trPr>
        <w:tc>
          <w:tcPr>
            <w:tcW w:w="262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EB0E042" w14:textId="77777777" w:rsidR="00A55F87" w:rsidRPr="001A2E38" w:rsidRDefault="00A55F87" w:rsidP="00322E8A">
            <w:pPr>
              <w:pBdr>
                <w:top w:val="none" w:sz="0" w:space="0" w:color="000000"/>
                <w:left w:val="none" w:sz="0" w:space="0" w:color="000000"/>
                <w:bottom w:val="none" w:sz="0" w:space="0" w:color="000000"/>
                <w:right w:val="none" w:sz="0" w:space="0" w:color="000000"/>
              </w:pBdr>
              <w:spacing w:before="40" w:after="40"/>
              <w:ind w:left="40" w:right="40"/>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Quartile 1</w:t>
            </w:r>
          </w:p>
        </w:tc>
        <w:tc>
          <w:tcPr>
            <w:tcW w:w="237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2980A90" w14:textId="77777777" w:rsidR="00A55F87" w:rsidRPr="001A2E38" w:rsidRDefault="00A55F87"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Reference</w:t>
            </w:r>
          </w:p>
        </w:tc>
      </w:tr>
      <w:tr w:rsidR="00A55F87" w:rsidRPr="001A2E38" w14:paraId="25AB8792" w14:textId="77777777" w:rsidTr="00A55F87">
        <w:trPr>
          <w:jc w:val="center"/>
        </w:trPr>
        <w:tc>
          <w:tcPr>
            <w:tcW w:w="262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C85F512" w14:textId="77777777" w:rsidR="00A55F87" w:rsidRPr="001A2E38" w:rsidRDefault="00A55F87" w:rsidP="00322E8A">
            <w:pPr>
              <w:pBdr>
                <w:top w:val="none" w:sz="0" w:space="0" w:color="000000"/>
                <w:left w:val="none" w:sz="0" w:space="0" w:color="000000"/>
                <w:bottom w:val="none" w:sz="0" w:space="0" w:color="000000"/>
                <w:right w:val="none" w:sz="0" w:space="0" w:color="000000"/>
              </w:pBdr>
              <w:spacing w:before="40" w:after="40"/>
              <w:ind w:left="40" w:right="40"/>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Quartile 2</w:t>
            </w:r>
          </w:p>
        </w:tc>
        <w:tc>
          <w:tcPr>
            <w:tcW w:w="237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A179492" w14:textId="77777777" w:rsidR="00A55F87" w:rsidRPr="001A2E38" w:rsidRDefault="00A55F87"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1.21 (1.08-1.35)</w:t>
            </w:r>
          </w:p>
        </w:tc>
      </w:tr>
      <w:tr w:rsidR="00A55F87" w:rsidRPr="001A2E38" w14:paraId="2BADD584" w14:textId="77777777" w:rsidTr="00A55F87">
        <w:trPr>
          <w:jc w:val="center"/>
        </w:trPr>
        <w:tc>
          <w:tcPr>
            <w:tcW w:w="262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07CC069" w14:textId="77777777" w:rsidR="00A55F87" w:rsidRPr="001A2E38" w:rsidRDefault="00A55F87" w:rsidP="00322E8A">
            <w:pPr>
              <w:pBdr>
                <w:top w:val="none" w:sz="0" w:space="0" w:color="000000"/>
                <w:left w:val="none" w:sz="0" w:space="0" w:color="000000"/>
                <w:bottom w:val="none" w:sz="0" w:space="0" w:color="000000"/>
                <w:right w:val="none" w:sz="0" w:space="0" w:color="000000"/>
              </w:pBdr>
              <w:spacing w:before="40" w:after="40"/>
              <w:ind w:left="40" w:right="40"/>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Quartile 3</w:t>
            </w:r>
          </w:p>
        </w:tc>
        <w:tc>
          <w:tcPr>
            <w:tcW w:w="237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CEE43DB" w14:textId="77777777" w:rsidR="00A55F87" w:rsidRPr="001A2E38" w:rsidRDefault="00A55F87"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1.74 (1.56-1.93)</w:t>
            </w:r>
          </w:p>
        </w:tc>
      </w:tr>
      <w:tr w:rsidR="00A55F87" w:rsidRPr="001A2E38" w14:paraId="2CF54E23" w14:textId="77777777" w:rsidTr="00A55F87">
        <w:trPr>
          <w:jc w:val="center"/>
        </w:trPr>
        <w:tc>
          <w:tcPr>
            <w:tcW w:w="262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6E50231" w14:textId="77777777" w:rsidR="00A55F87" w:rsidRPr="001A2E38" w:rsidRDefault="00A55F87" w:rsidP="00322E8A">
            <w:pPr>
              <w:pBdr>
                <w:top w:val="none" w:sz="0" w:space="0" w:color="000000"/>
                <w:left w:val="none" w:sz="0" w:space="0" w:color="000000"/>
                <w:bottom w:val="none" w:sz="0" w:space="0" w:color="000000"/>
                <w:right w:val="none" w:sz="0" w:space="0" w:color="000000"/>
              </w:pBdr>
              <w:spacing w:before="40" w:after="40"/>
              <w:ind w:left="40" w:right="40"/>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Quartile 4</w:t>
            </w:r>
          </w:p>
        </w:tc>
        <w:tc>
          <w:tcPr>
            <w:tcW w:w="237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A91F874" w14:textId="77777777" w:rsidR="00A55F87" w:rsidRPr="001A2E38" w:rsidRDefault="00A55F87"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3.21 (2.90-3.54)</w:t>
            </w:r>
          </w:p>
        </w:tc>
      </w:tr>
      <w:tr w:rsidR="00A55F87" w:rsidRPr="001A2E38" w14:paraId="5B3487AF" w14:textId="77777777" w:rsidTr="00A55F87">
        <w:trPr>
          <w:jc w:val="center"/>
        </w:trPr>
        <w:tc>
          <w:tcPr>
            <w:tcW w:w="262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9C35FF1" w14:textId="77777777" w:rsidR="00A55F87" w:rsidRPr="001A2E38" w:rsidRDefault="00A55F87" w:rsidP="00322E8A">
            <w:pPr>
              <w:pBdr>
                <w:top w:val="none" w:sz="0" w:space="0" w:color="000000"/>
                <w:left w:val="none" w:sz="0" w:space="0" w:color="000000"/>
                <w:bottom w:val="none" w:sz="0" w:space="0" w:color="000000"/>
                <w:right w:val="none" w:sz="0" w:space="0" w:color="000000"/>
              </w:pBdr>
              <w:spacing w:before="40" w:after="40"/>
              <w:ind w:left="40" w:right="40"/>
              <w:rPr>
                <w:rFonts w:ascii="Times New Roman" w:eastAsia="Arial" w:hAnsi="Times New Roman" w:cs="Times New Roman"/>
                <w:color w:val="000000"/>
                <w:sz w:val="20"/>
                <w:szCs w:val="20"/>
              </w:rPr>
            </w:pPr>
            <w:r w:rsidRPr="001A2E38">
              <w:rPr>
                <w:rFonts w:ascii="Times New Roman" w:eastAsia="Arial" w:hAnsi="Times New Roman" w:cs="Times New Roman"/>
                <w:i/>
                <w:iCs/>
                <w:color w:val="000000"/>
                <w:sz w:val="20"/>
                <w:szCs w:val="20"/>
              </w:rPr>
              <w:t>P</w:t>
            </w:r>
            <w:r w:rsidRPr="001A2E38">
              <w:rPr>
                <w:rFonts w:ascii="Times New Roman" w:eastAsia="Arial" w:hAnsi="Times New Roman" w:cs="Times New Roman"/>
                <w:color w:val="000000"/>
                <w:sz w:val="20"/>
                <w:szCs w:val="20"/>
              </w:rPr>
              <w:t>-trend</w:t>
            </w:r>
          </w:p>
        </w:tc>
        <w:tc>
          <w:tcPr>
            <w:tcW w:w="237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744887A" w14:textId="77777777" w:rsidR="00A55F87" w:rsidRPr="001A2E38" w:rsidRDefault="00A55F87"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&lt;0.001</w:t>
            </w:r>
          </w:p>
        </w:tc>
      </w:tr>
      <w:tr w:rsidR="00A55F87" w:rsidRPr="001A2E38" w14:paraId="09189FB7" w14:textId="77777777" w:rsidTr="00A55F87">
        <w:trPr>
          <w:jc w:val="center"/>
        </w:trPr>
        <w:tc>
          <w:tcPr>
            <w:tcW w:w="2625" w:type="pct"/>
            <w:tcBorders>
              <w:top w:val="none" w:sz="0" w:space="0" w:color="000000"/>
              <w:left w:val="none" w:sz="0" w:space="0" w:color="000000"/>
              <w:bottom w:val="none" w:sz="0" w:space="0" w:color="000000"/>
              <w:right w:val="none" w:sz="0" w:space="0" w:color="000000"/>
            </w:tcBorders>
            <w:shd w:val="clear" w:color="auto" w:fill="F2F2F2"/>
            <w:tcMar>
              <w:top w:w="0" w:type="dxa"/>
              <w:left w:w="0" w:type="dxa"/>
              <w:bottom w:w="0" w:type="dxa"/>
              <w:right w:w="0" w:type="dxa"/>
            </w:tcMar>
            <w:vAlign w:val="center"/>
          </w:tcPr>
          <w:p w14:paraId="09463CD6" w14:textId="77777777" w:rsidR="00A55F87" w:rsidRPr="001A2E38" w:rsidRDefault="00A55F87" w:rsidP="00322E8A">
            <w:pPr>
              <w:pBdr>
                <w:top w:val="none" w:sz="0" w:space="0" w:color="000000"/>
                <w:left w:val="none" w:sz="0" w:space="0" w:color="000000"/>
                <w:bottom w:val="none" w:sz="0" w:space="0" w:color="000000"/>
                <w:right w:val="none" w:sz="0" w:space="0" w:color="000000"/>
              </w:pBdr>
              <w:spacing w:before="40" w:after="40"/>
              <w:ind w:left="40" w:right="40"/>
              <w:rPr>
                <w:rFonts w:ascii="Times New Roman" w:eastAsia="Arial" w:hAnsi="Times New Roman" w:cs="Times New Roman"/>
                <w:b/>
                <w:color w:val="000000"/>
                <w:sz w:val="20"/>
                <w:szCs w:val="20"/>
              </w:rPr>
            </w:pPr>
            <w:r w:rsidRPr="001A2E38">
              <w:rPr>
                <w:rFonts w:ascii="Times New Roman" w:eastAsia="Arial" w:hAnsi="Times New Roman" w:cs="Times New Roman"/>
                <w:b/>
                <w:color w:val="000000"/>
                <w:sz w:val="20"/>
                <w:szCs w:val="20"/>
              </w:rPr>
              <w:t>CHG-WHtR</w:t>
            </w:r>
          </w:p>
        </w:tc>
        <w:tc>
          <w:tcPr>
            <w:tcW w:w="2375" w:type="pct"/>
            <w:tcBorders>
              <w:top w:val="none" w:sz="0" w:space="0" w:color="000000"/>
              <w:left w:val="none" w:sz="0" w:space="0" w:color="000000"/>
              <w:bottom w:val="none" w:sz="0" w:space="0" w:color="000000"/>
              <w:right w:val="none" w:sz="0" w:space="0" w:color="000000"/>
            </w:tcBorders>
            <w:shd w:val="clear" w:color="auto" w:fill="F2F2F2"/>
            <w:tcMar>
              <w:top w:w="0" w:type="dxa"/>
              <w:left w:w="0" w:type="dxa"/>
              <w:bottom w:w="0" w:type="dxa"/>
              <w:right w:w="0" w:type="dxa"/>
            </w:tcMar>
            <w:vAlign w:val="center"/>
          </w:tcPr>
          <w:p w14:paraId="6698A5AC" w14:textId="77777777" w:rsidR="00A55F87" w:rsidRPr="001A2E38" w:rsidRDefault="00A55F87"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b/>
                <w:color w:val="000000"/>
                <w:sz w:val="20"/>
                <w:szCs w:val="20"/>
              </w:rPr>
            </w:pPr>
          </w:p>
        </w:tc>
      </w:tr>
      <w:tr w:rsidR="00A55F87" w:rsidRPr="001A2E38" w14:paraId="59D61127" w14:textId="77777777" w:rsidTr="00A55F87">
        <w:trPr>
          <w:jc w:val="center"/>
        </w:trPr>
        <w:tc>
          <w:tcPr>
            <w:tcW w:w="262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0B3D5FF" w14:textId="77777777" w:rsidR="00A55F87" w:rsidRPr="001A2E38" w:rsidRDefault="00A55F87" w:rsidP="00322E8A">
            <w:pPr>
              <w:pBdr>
                <w:top w:val="none" w:sz="0" w:space="0" w:color="000000"/>
                <w:left w:val="none" w:sz="0" w:space="0" w:color="000000"/>
                <w:bottom w:val="none" w:sz="0" w:space="0" w:color="000000"/>
                <w:right w:val="none" w:sz="0" w:space="0" w:color="000000"/>
              </w:pBdr>
              <w:spacing w:before="40" w:after="40"/>
              <w:ind w:left="40" w:right="40"/>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Per 1-SD increase</w:t>
            </w:r>
          </w:p>
        </w:tc>
        <w:tc>
          <w:tcPr>
            <w:tcW w:w="237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E25590C" w14:textId="77777777" w:rsidR="00A55F87" w:rsidRPr="001A2E38" w:rsidRDefault="00A55F87"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1.59 (1.55-1.63)</w:t>
            </w:r>
          </w:p>
        </w:tc>
      </w:tr>
      <w:tr w:rsidR="00A55F87" w:rsidRPr="001A2E38" w14:paraId="78FBC701" w14:textId="77777777" w:rsidTr="00A55F87">
        <w:trPr>
          <w:jc w:val="center"/>
        </w:trPr>
        <w:tc>
          <w:tcPr>
            <w:tcW w:w="262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45CDF50" w14:textId="77777777" w:rsidR="00A55F87" w:rsidRPr="001A2E38" w:rsidRDefault="00A55F87" w:rsidP="00322E8A">
            <w:pPr>
              <w:pBdr>
                <w:top w:val="none" w:sz="0" w:space="0" w:color="000000"/>
                <w:left w:val="none" w:sz="0" w:space="0" w:color="000000"/>
                <w:bottom w:val="none" w:sz="0" w:space="0" w:color="000000"/>
                <w:right w:val="none" w:sz="0" w:space="0" w:color="000000"/>
              </w:pBdr>
              <w:spacing w:before="40" w:after="40"/>
              <w:ind w:left="40" w:right="40"/>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Quartile 1</w:t>
            </w:r>
          </w:p>
        </w:tc>
        <w:tc>
          <w:tcPr>
            <w:tcW w:w="237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9EFA0E1" w14:textId="77777777" w:rsidR="00A55F87" w:rsidRPr="001A2E38" w:rsidRDefault="00A55F87"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Reference</w:t>
            </w:r>
          </w:p>
        </w:tc>
      </w:tr>
      <w:tr w:rsidR="00A55F87" w:rsidRPr="001A2E38" w14:paraId="405A3752" w14:textId="77777777" w:rsidTr="00A55F87">
        <w:trPr>
          <w:jc w:val="center"/>
        </w:trPr>
        <w:tc>
          <w:tcPr>
            <w:tcW w:w="262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E0E6786" w14:textId="77777777" w:rsidR="00A55F87" w:rsidRPr="001A2E38" w:rsidRDefault="00A55F87" w:rsidP="00322E8A">
            <w:pPr>
              <w:pBdr>
                <w:top w:val="none" w:sz="0" w:space="0" w:color="000000"/>
                <w:left w:val="none" w:sz="0" w:space="0" w:color="000000"/>
                <w:bottom w:val="none" w:sz="0" w:space="0" w:color="000000"/>
                <w:right w:val="none" w:sz="0" w:space="0" w:color="000000"/>
              </w:pBdr>
              <w:spacing w:before="40" w:after="40"/>
              <w:ind w:left="40" w:right="40"/>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Quartile 2</w:t>
            </w:r>
          </w:p>
        </w:tc>
        <w:tc>
          <w:tcPr>
            <w:tcW w:w="237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9A66AC1" w14:textId="77777777" w:rsidR="00A55F87" w:rsidRPr="001A2E38" w:rsidRDefault="00A55F87"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1.30 (1.16-1.46)</w:t>
            </w:r>
          </w:p>
        </w:tc>
      </w:tr>
      <w:tr w:rsidR="00A55F87" w:rsidRPr="001A2E38" w14:paraId="0215B65B" w14:textId="77777777" w:rsidTr="00A55F87">
        <w:trPr>
          <w:jc w:val="center"/>
        </w:trPr>
        <w:tc>
          <w:tcPr>
            <w:tcW w:w="262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0090A05" w14:textId="77777777" w:rsidR="00A55F87" w:rsidRPr="001A2E38" w:rsidRDefault="00A55F87" w:rsidP="00322E8A">
            <w:pPr>
              <w:pBdr>
                <w:top w:val="none" w:sz="0" w:space="0" w:color="000000"/>
                <w:left w:val="none" w:sz="0" w:space="0" w:color="000000"/>
                <w:bottom w:val="none" w:sz="0" w:space="0" w:color="000000"/>
                <w:right w:val="none" w:sz="0" w:space="0" w:color="000000"/>
              </w:pBdr>
              <w:spacing w:before="40" w:after="40"/>
              <w:ind w:left="40" w:right="40"/>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Quartile 3</w:t>
            </w:r>
          </w:p>
        </w:tc>
        <w:tc>
          <w:tcPr>
            <w:tcW w:w="237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5D25BB9" w14:textId="77777777" w:rsidR="00A55F87" w:rsidRPr="001A2E38" w:rsidRDefault="00A55F87"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1.78 (1.60-1.99)</w:t>
            </w:r>
          </w:p>
        </w:tc>
      </w:tr>
      <w:tr w:rsidR="00A55F87" w:rsidRPr="001A2E38" w14:paraId="64DFC3C9" w14:textId="77777777" w:rsidTr="00A55F87">
        <w:trPr>
          <w:jc w:val="center"/>
        </w:trPr>
        <w:tc>
          <w:tcPr>
            <w:tcW w:w="262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60174FD" w14:textId="77777777" w:rsidR="00A55F87" w:rsidRPr="001A2E38" w:rsidRDefault="00A55F87" w:rsidP="00322E8A">
            <w:pPr>
              <w:pBdr>
                <w:top w:val="none" w:sz="0" w:space="0" w:color="000000"/>
                <w:left w:val="none" w:sz="0" w:space="0" w:color="000000"/>
                <w:bottom w:val="none" w:sz="0" w:space="0" w:color="000000"/>
                <w:right w:val="none" w:sz="0" w:space="0" w:color="000000"/>
              </w:pBdr>
              <w:spacing w:before="40" w:after="40"/>
              <w:ind w:left="40" w:right="40"/>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Quartile 4</w:t>
            </w:r>
          </w:p>
        </w:tc>
        <w:tc>
          <w:tcPr>
            <w:tcW w:w="237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0F1BCAB" w14:textId="77777777" w:rsidR="00A55F87" w:rsidRPr="001A2E38" w:rsidRDefault="00A55F87"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3.63 (3.28-4.02)</w:t>
            </w:r>
          </w:p>
        </w:tc>
      </w:tr>
      <w:tr w:rsidR="00A55F87" w:rsidRPr="001A2E38" w14:paraId="73513386" w14:textId="77777777" w:rsidTr="00A55F87">
        <w:trPr>
          <w:jc w:val="center"/>
        </w:trPr>
        <w:tc>
          <w:tcPr>
            <w:tcW w:w="262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766E3C9" w14:textId="77777777" w:rsidR="00A55F87" w:rsidRPr="001A2E38" w:rsidRDefault="00A55F87" w:rsidP="00322E8A">
            <w:pPr>
              <w:pBdr>
                <w:top w:val="none" w:sz="0" w:space="0" w:color="000000"/>
                <w:left w:val="none" w:sz="0" w:space="0" w:color="000000"/>
                <w:bottom w:val="none" w:sz="0" w:space="0" w:color="000000"/>
                <w:right w:val="none" w:sz="0" w:space="0" w:color="000000"/>
              </w:pBdr>
              <w:spacing w:before="40" w:after="40"/>
              <w:ind w:left="40" w:right="40"/>
              <w:rPr>
                <w:rFonts w:ascii="Times New Roman" w:eastAsia="Arial" w:hAnsi="Times New Roman" w:cs="Times New Roman"/>
                <w:color w:val="000000"/>
                <w:sz w:val="20"/>
                <w:szCs w:val="20"/>
              </w:rPr>
            </w:pPr>
            <w:r w:rsidRPr="001A2E38">
              <w:rPr>
                <w:rFonts w:ascii="Times New Roman" w:eastAsia="Arial" w:hAnsi="Times New Roman" w:cs="Times New Roman"/>
                <w:i/>
                <w:iCs/>
                <w:color w:val="000000"/>
                <w:sz w:val="20"/>
                <w:szCs w:val="20"/>
              </w:rPr>
              <w:t>P</w:t>
            </w:r>
            <w:r w:rsidRPr="001A2E38">
              <w:rPr>
                <w:rFonts w:ascii="Times New Roman" w:eastAsia="Arial" w:hAnsi="Times New Roman" w:cs="Times New Roman"/>
                <w:color w:val="000000"/>
                <w:sz w:val="20"/>
                <w:szCs w:val="20"/>
              </w:rPr>
              <w:t>-trend</w:t>
            </w:r>
          </w:p>
        </w:tc>
        <w:tc>
          <w:tcPr>
            <w:tcW w:w="237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13D9A31" w14:textId="77777777" w:rsidR="00A55F87" w:rsidRPr="001A2E38" w:rsidRDefault="00A55F87"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&lt;0.001</w:t>
            </w:r>
          </w:p>
        </w:tc>
      </w:tr>
      <w:tr w:rsidR="00A55F87" w:rsidRPr="001A2E38" w14:paraId="45F978CA" w14:textId="77777777" w:rsidTr="00A55F87">
        <w:trPr>
          <w:jc w:val="center"/>
        </w:trPr>
        <w:tc>
          <w:tcPr>
            <w:tcW w:w="2625" w:type="pct"/>
            <w:tcBorders>
              <w:top w:val="none" w:sz="0" w:space="0" w:color="000000"/>
              <w:left w:val="none" w:sz="0" w:space="0" w:color="000000"/>
              <w:bottom w:val="none" w:sz="0" w:space="0" w:color="000000"/>
              <w:right w:val="none" w:sz="0" w:space="0" w:color="000000"/>
            </w:tcBorders>
            <w:shd w:val="clear" w:color="auto" w:fill="F2F2F2"/>
            <w:tcMar>
              <w:top w:w="0" w:type="dxa"/>
              <w:left w:w="0" w:type="dxa"/>
              <w:bottom w:w="0" w:type="dxa"/>
              <w:right w:w="0" w:type="dxa"/>
            </w:tcMar>
            <w:vAlign w:val="center"/>
          </w:tcPr>
          <w:p w14:paraId="0D3280D6" w14:textId="77777777" w:rsidR="00A55F87" w:rsidRPr="001A2E38" w:rsidRDefault="00A55F87" w:rsidP="00322E8A">
            <w:pPr>
              <w:pBdr>
                <w:top w:val="none" w:sz="0" w:space="0" w:color="000000"/>
                <w:left w:val="none" w:sz="0" w:space="0" w:color="000000"/>
                <w:bottom w:val="none" w:sz="0" w:space="0" w:color="000000"/>
                <w:right w:val="none" w:sz="0" w:space="0" w:color="000000"/>
              </w:pBdr>
              <w:spacing w:before="40" w:after="40"/>
              <w:ind w:left="40" w:right="40"/>
              <w:rPr>
                <w:rFonts w:ascii="Times New Roman" w:eastAsia="Arial" w:hAnsi="Times New Roman" w:cs="Times New Roman"/>
                <w:b/>
                <w:color w:val="000000"/>
                <w:sz w:val="20"/>
                <w:szCs w:val="20"/>
              </w:rPr>
            </w:pPr>
            <w:r w:rsidRPr="001A2E38">
              <w:rPr>
                <w:rFonts w:ascii="Times New Roman" w:eastAsia="Arial" w:hAnsi="Times New Roman" w:cs="Times New Roman"/>
                <w:b/>
                <w:color w:val="000000"/>
                <w:sz w:val="20"/>
                <w:szCs w:val="20"/>
              </w:rPr>
              <w:t>CHG-BRI</w:t>
            </w:r>
          </w:p>
        </w:tc>
        <w:tc>
          <w:tcPr>
            <w:tcW w:w="2375" w:type="pct"/>
            <w:tcBorders>
              <w:top w:val="none" w:sz="0" w:space="0" w:color="000000"/>
              <w:left w:val="none" w:sz="0" w:space="0" w:color="000000"/>
              <w:bottom w:val="none" w:sz="0" w:space="0" w:color="000000"/>
              <w:right w:val="none" w:sz="0" w:space="0" w:color="000000"/>
            </w:tcBorders>
            <w:shd w:val="clear" w:color="auto" w:fill="F2F2F2"/>
            <w:tcMar>
              <w:top w:w="0" w:type="dxa"/>
              <w:left w:w="0" w:type="dxa"/>
              <w:bottom w:w="0" w:type="dxa"/>
              <w:right w:w="0" w:type="dxa"/>
            </w:tcMar>
            <w:vAlign w:val="center"/>
          </w:tcPr>
          <w:p w14:paraId="65854D75" w14:textId="77777777" w:rsidR="00A55F87" w:rsidRPr="001A2E38" w:rsidRDefault="00A55F87"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b/>
                <w:color w:val="000000"/>
                <w:sz w:val="20"/>
                <w:szCs w:val="20"/>
              </w:rPr>
            </w:pPr>
          </w:p>
        </w:tc>
      </w:tr>
      <w:tr w:rsidR="00A55F87" w:rsidRPr="001A2E38" w14:paraId="7D17E401" w14:textId="77777777" w:rsidTr="00A55F87">
        <w:trPr>
          <w:jc w:val="center"/>
        </w:trPr>
        <w:tc>
          <w:tcPr>
            <w:tcW w:w="262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E9BBDD2" w14:textId="77777777" w:rsidR="00A55F87" w:rsidRPr="001A2E38" w:rsidRDefault="00A55F87" w:rsidP="00322E8A">
            <w:pPr>
              <w:pBdr>
                <w:top w:val="none" w:sz="0" w:space="0" w:color="000000"/>
                <w:left w:val="none" w:sz="0" w:space="0" w:color="000000"/>
                <w:bottom w:val="none" w:sz="0" w:space="0" w:color="000000"/>
                <w:right w:val="none" w:sz="0" w:space="0" w:color="000000"/>
              </w:pBdr>
              <w:spacing w:before="40" w:after="40"/>
              <w:ind w:left="40" w:right="40"/>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Per 1-SD increase</w:t>
            </w:r>
          </w:p>
        </w:tc>
        <w:tc>
          <w:tcPr>
            <w:tcW w:w="237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7CDCC00" w14:textId="77777777" w:rsidR="00A55F87" w:rsidRPr="001A2E38" w:rsidRDefault="00A55F87"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1.46 (1.43-1.49)</w:t>
            </w:r>
          </w:p>
        </w:tc>
      </w:tr>
      <w:tr w:rsidR="00A55F87" w:rsidRPr="001A2E38" w14:paraId="22F7708B" w14:textId="77777777" w:rsidTr="00A55F87">
        <w:trPr>
          <w:jc w:val="center"/>
        </w:trPr>
        <w:tc>
          <w:tcPr>
            <w:tcW w:w="262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892E98F" w14:textId="77777777" w:rsidR="00A55F87" w:rsidRPr="001A2E38" w:rsidRDefault="00A55F87" w:rsidP="00322E8A">
            <w:pPr>
              <w:pBdr>
                <w:top w:val="none" w:sz="0" w:space="0" w:color="000000"/>
                <w:left w:val="none" w:sz="0" w:space="0" w:color="000000"/>
                <w:bottom w:val="none" w:sz="0" w:space="0" w:color="000000"/>
                <w:right w:val="none" w:sz="0" w:space="0" w:color="000000"/>
              </w:pBdr>
              <w:spacing w:before="40" w:after="40"/>
              <w:ind w:left="40" w:right="40"/>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Quartile 1</w:t>
            </w:r>
          </w:p>
        </w:tc>
        <w:tc>
          <w:tcPr>
            <w:tcW w:w="237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716DBB4" w14:textId="77777777" w:rsidR="00A55F87" w:rsidRPr="001A2E38" w:rsidRDefault="00A55F87"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Reference</w:t>
            </w:r>
          </w:p>
        </w:tc>
      </w:tr>
      <w:tr w:rsidR="00A55F87" w:rsidRPr="001A2E38" w14:paraId="7A51157A" w14:textId="77777777" w:rsidTr="00A55F87">
        <w:trPr>
          <w:jc w:val="center"/>
        </w:trPr>
        <w:tc>
          <w:tcPr>
            <w:tcW w:w="262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9A54A68" w14:textId="77777777" w:rsidR="00A55F87" w:rsidRPr="001A2E38" w:rsidRDefault="00A55F87" w:rsidP="00322E8A">
            <w:pPr>
              <w:pBdr>
                <w:top w:val="none" w:sz="0" w:space="0" w:color="000000"/>
                <w:left w:val="none" w:sz="0" w:space="0" w:color="000000"/>
                <w:bottom w:val="none" w:sz="0" w:space="0" w:color="000000"/>
                <w:right w:val="none" w:sz="0" w:space="0" w:color="000000"/>
              </w:pBdr>
              <w:spacing w:before="40" w:after="40"/>
              <w:ind w:left="40" w:right="40"/>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Quartile 2</w:t>
            </w:r>
          </w:p>
        </w:tc>
        <w:tc>
          <w:tcPr>
            <w:tcW w:w="237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5243D51" w14:textId="77777777" w:rsidR="00A55F87" w:rsidRPr="001A2E38" w:rsidRDefault="00A55F87"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1.35 (1.21-1.51)</w:t>
            </w:r>
          </w:p>
        </w:tc>
      </w:tr>
      <w:tr w:rsidR="00A55F87" w:rsidRPr="001A2E38" w14:paraId="76EDED81" w14:textId="77777777" w:rsidTr="00A55F87">
        <w:trPr>
          <w:jc w:val="center"/>
        </w:trPr>
        <w:tc>
          <w:tcPr>
            <w:tcW w:w="262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3B1ED59" w14:textId="77777777" w:rsidR="00A55F87" w:rsidRPr="001A2E38" w:rsidRDefault="00A55F87" w:rsidP="00322E8A">
            <w:pPr>
              <w:pBdr>
                <w:top w:val="none" w:sz="0" w:space="0" w:color="000000"/>
                <w:left w:val="none" w:sz="0" w:space="0" w:color="000000"/>
                <w:bottom w:val="none" w:sz="0" w:space="0" w:color="000000"/>
                <w:right w:val="none" w:sz="0" w:space="0" w:color="000000"/>
              </w:pBdr>
              <w:spacing w:before="40" w:after="40"/>
              <w:ind w:left="40" w:right="40"/>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lastRenderedPageBreak/>
              <w:t>Quartile 3</w:t>
            </w:r>
          </w:p>
        </w:tc>
        <w:tc>
          <w:tcPr>
            <w:tcW w:w="237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BEB24C2" w14:textId="77777777" w:rsidR="00A55F87" w:rsidRPr="001A2E38" w:rsidRDefault="00A55F87"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1.73 (1.55-1.92)</w:t>
            </w:r>
          </w:p>
        </w:tc>
      </w:tr>
      <w:tr w:rsidR="00A55F87" w:rsidRPr="001A2E38" w14:paraId="6C05C228" w14:textId="77777777" w:rsidTr="00A55F87">
        <w:trPr>
          <w:jc w:val="center"/>
        </w:trPr>
        <w:tc>
          <w:tcPr>
            <w:tcW w:w="262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0BD7590" w14:textId="77777777" w:rsidR="00A55F87" w:rsidRPr="001A2E38" w:rsidRDefault="00A55F87" w:rsidP="00322E8A">
            <w:pPr>
              <w:pBdr>
                <w:top w:val="none" w:sz="0" w:space="0" w:color="000000"/>
                <w:left w:val="none" w:sz="0" w:space="0" w:color="000000"/>
                <w:bottom w:val="none" w:sz="0" w:space="0" w:color="000000"/>
                <w:right w:val="none" w:sz="0" w:space="0" w:color="000000"/>
              </w:pBdr>
              <w:spacing w:before="40" w:after="40"/>
              <w:ind w:left="40" w:right="40"/>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Quartile 4</w:t>
            </w:r>
          </w:p>
        </w:tc>
        <w:tc>
          <w:tcPr>
            <w:tcW w:w="237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F53C6FE" w14:textId="77777777" w:rsidR="00A55F87" w:rsidRPr="001A2E38" w:rsidRDefault="00A55F87"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3.20 (2.89-3.54)</w:t>
            </w:r>
          </w:p>
        </w:tc>
      </w:tr>
      <w:tr w:rsidR="00A55F87" w:rsidRPr="001A2E38" w14:paraId="38B330A1" w14:textId="77777777" w:rsidTr="00A55F87">
        <w:trPr>
          <w:jc w:val="center"/>
        </w:trPr>
        <w:tc>
          <w:tcPr>
            <w:tcW w:w="262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3F6681A" w14:textId="77777777" w:rsidR="00A55F87" w:rsidRPr="001A2E38" w:rsidRDefault="00A55F87" w:rsidP="00322E8A">
            <w:pPr>
              <w:pBdr>
                <w:top w:val="none" w:sz="0" w:space="0" w:color="000000"/>
                <w:left w:val="none" w:sz="0" w:space="0" w:color="000000"/>
                <w:bottom w:val="none" w:sz="0" w:space="0" w:color="000000"/>
                <w:right w:val="none" w:sz="0" w:space="0" w:color="000000"/>
              </w:pBdr>
              <w:spacing w:before="40" w:after="40"/>
              <w:ind w:left="40" w:right="40"/>
              <w:rPr>
                <w:rFonts w:ascii="Times New Roman" w:eastAsia="Arial" w:hAnsi="Times New Roman" w:cs="Times New Roman"/>
                <w:color w:val="000000"/>
                <w:sz w:val="20"/>
                <w:szCs w:val="20"/>
              </w:rPr>
            </w:pPr>
            <w:r w:rsidRPr="001A2E38">
              <w:rPr>
                <w:rFonts w:ascii="Times New Roman" w:eastAsia="Arial" w:hAnsi="Times New Roman" w:cs="Times New Roman"/>
                <w:i/>
                <w:iCs/>
                <w:color w:val="000000"/>
                <w:sz w:val="20"/>
                <w:szCs w:val="20"/>
              </w:rPr>
              <w:t>P</w:t>
            </w:r>
            <w:r w:rsidRPr="001A2E38">
              <w:rPr>
                <w:rFonts w:ascii="Times New Roman" w:eastAsia="Arial" w:hAnsi="Times New Roman" w:cs="Times New Roman"/>
                <w:color w:val="000000"/>
                <w:sz w:val="20"/>
                <w:szCs w:val="20"/>
              </w:rPr>
              <w:t>-trend</w:t>
            </w:r>
          </w:p>
        </w:tc>
        <w:tc>
          <w:tcPr>
            <w:tcW w:w="237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F0472C2" w14:textId="77777777" w:rsidR="00A55F87" w:rsidRPr="001A2E38" w:rsidRDefault="00A55F87"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&lt;0.001</w:t>
            </w:r>
          </w:p>
        </w:tc>
      </w:tr>
      <w:tr w:rsidR="00A55F87" w:rsidRPr="001A2E38" w14:paraId="02EE9D32" w14:textId="77777777" w:rsidTr="00A55F87">
        <w:trPr>
          <w:jc w:val="center"/>
        </w:trPr>
        <w:tc>
          <w:tcPr>
            <w:tcW w:w="2625" w:type="pct"/>
            <w:tcBorders>
              <w:top w:val="none" w:sz="0" w:space="0" w:color="000000"/>
              <w:left w:val="none" w:sz="0" w:space="0" w:color="000000"/>
              <w:bottom w:val="none" w:sz="0" w:space="0" w:color="000000"/>
              <w:right w:val="none" w:sz="0" w:space="0" w:color="000000"/>
            </w:tcBorders>
            <w:shd w:val="clear" w:color="auto" w:fill="F2F2F2"/>
            <w:tcMar>
              <w:top w:w="0" w:type="dxa"/>
              <w:left w:w="0" w:type="dxa"/>
              <w:bottom w:w="0" w:type="dxa"/>
              <w:right w:w="0" w:type="dxa"/>
            </w:tcMar>
            <w:vAlign w:val="center"/>
          </w:tcPr>
          <w:p w14:paraId="4D5D5426" w14:textId="77777777" w:rsidR="00A55F87" w:rsidRPr="001A2E38" w:rsidRDefault="00A55F87" w:rsidP="00322E8A">
            <w:pPr>
              <w:pBdr>
                <w:top w:val="none" w:sz="0" w:space="0" w:color="000000"/>
                <w:left w:val="none" w:sz="0" w:space="0" w:color="000000"/>
                <w:bottom w:val="none" w:sz="0" w:space="0" w:color="000000"/>
                <w:right w:val="none" w:sz="0" w:space="0" w:color="000000"/>
              </w:pBdr>
              <w:spacing w:before="40" w:after="40"/>
              <w:ind w:left="40" w:right="40"/>
              <w:rPr>
                <w:rFonts w:ascii="Times New Roman" w:eastAsia="Arial" w:hAnsi="Times New Roman" w:cs="Times New Roman"/>
                <w:b/>
                <w:color w:val="000000"/>
                <w:sz w:val="20"/>
                <w:szCs w:val="20"/>
              </w:rPr>
            </w:pPr>
            <w:r w:rsidRPr="001A2E38">
              <w:rPr>
                <w:rFonts w:ascii="Times New Roman" w:eastAsia="Arial" w:hAnsi="Times New Roman" w:cs="Times New Roman"/>
                <w:b/>
                <w:color w:val="000000"/>
                <w:sz w:val="20"/>
                <w:szCs w:val="20"/>
              </w:rPr>
              <w:t>CHG-ABSI</w:t>
            </w:r>
          </w:p>
        </w:tc>
        <w:tc>
          <w:tcPr>
            <w:tcW w:w="2375" w:type="pct"/>
            <w:tcBorders>
              <w:top w:val="none" w:sz="0" w:space="0" w:color="000000"/>
              <w:left w:val="none" w:sz="0" w:space="0" w:color="000000"/>
              <w:bottom w:val="none" w:sz="0" w:space="0" w:color="000000"/>
              <w:right w:val="none" w:sz="0" w:space="0" w:color="000000"/>
            </w:tcBorders>
            <w:shd w:val="clear" w:color="auto" w:fill="F2F2F2"/>
            <w:tcMar>
              <w:top w:w="0" w:type="dxa"/>
              <w:left w:w="0" w:type="dxa"/>
              <w:bottom w:w="0" w:type="dxa"/>
              <w:right w:w="0" w:type="dxa"/>
            </w:tcMar>
            <w:vAlign w:val="center"/>
          </w:tcPr>
          <w:p w14:paraId="10721079" w14:textId="77777777" w:rsidR="00A55F87" w:rsidRPr="001A2E38" w:rsidRDefault="00A55F87"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b/>
                <w:color w:val="000000"/>
                <w:sz w:val="20"/>
                <w:szCs w:val="20"/>
              </w:rPr>
            </w:pPr>
          </w:p>
        </w:tc>
      </w:tr>
      <w:tr w:rsidR="00A55F87" w:rsidRPr="001A2E38" w14:paraId="79C7CF77" w14:textId="77777777" w:rsidTr="00A55F87">
        <w:trPr>
          <w:jc w:val="center"/>
        </w:trPr>
        <w:tc>
          <w:tcPr>
            <w:tcW w:w="262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711333A" w14:textId="77777777" w:rsidR="00A55F87" w:rsidRPr="001A2E38" w:rsidRDefault="00A55F87" w:rsidP="00322E8A">
            <w:pPr>
              <w:pBdr>
                <w:top w:val="none" w:sz="0" w:space="0" w:color="000000"/>
                <w:left w:val="none" w:sz="0" w:space="0" w:color="000000"/>
                <w:bottom w:val="none" w:sz="0" w:space="0" w:color="000000"/>
                <w:right w:val="none" w:sz="0" w:space="0" w:color="000000"/>
              </w:pBdr>
              <w:spacing w:before="40" w:after="40"/>
              <w:ind w:left="40" w:right="40"/>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Per 1-SD increase</w:t>
            </w:r>
          </w:p>
        </w:tc>
        <w:tc>
          <w:tcPr>
            <w:tcW w:w="237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9E6E40F" w14:textId="77777777" w:rsidR="00A55F87" w:rsidRPr="001A2E38" w:rsidRDefault="00A55F87"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1.48 (1.43-1.53)</w:t>
            </w:r>
          </w:p>
        </w:tc>
      </w:tr>
      <w:tr w:rsidR="00A55F87" w:rsidRPr="001A2E38" w14:paraId="53CFFD58" w14:textId="77777777" w:rsidTr="00A55F87">
        <w:trPr>
          <w:jc w:val="center"/>
        </w:trPr>
        <w:tc>
          <w:tcPr>
            <w:tcW w:w="262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16EF508" w14:textId="77777777" w:rsidR="00A55F87" w:rsidRPr="001A2E38" w:rsidRDefault="00A55F87" w:rsidP="00322E8A">
            <w:pPr>
              <w:pBdr>
                <w:top w:val="none" w:sz="0" w:space="0" w:color="000000"/>
                <w:left w:val="none" w:sz="0" w:space="0" w:color="000000"/>
                <w:bottom w:val="none" w:sz="0" w:space="0" w:color="000000"/>
                <w:right w:val="none" w:sz="0" w:space="0" w:color="000000"/>
              </w:pBdr>
              <w:spacing w:before="40" w:after="40"/>
              <w:ind w:left="40" w:right="40"/>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Quartile 1</w:t>
            </w:r>
          </w:p>
        </w:tc>
        <w:tc>
          <w:tcPr>
            <w:tcW w:w="237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8BADD7F" w14:textId="77777777" w:rsidR="00A55F87" w:rsidRPr="001A2E38" w:rsidRDefault="00A55F87"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Reference</w:t>
            </w:r>
          </w:p>
        </w:tc>
      </w:tr>
      <w:tr w:rsidR="00A55F87" w:rsidRPr="001A2E38" w14:paraId="058E8527" w14:textId="77777777" w:rsidTr="00A55F87">
        <w:trPr>
          <w:jc w:val="center"/>
        </w:trPr>
        <w:tc>
          <w:tcPr>
            <w:tcW w:w="262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D3704C0" w14:textId="77777777" w:rsidR="00A55F87" w:rsidRPr="001A2E38" w:rsidRDefault="00A55F87" w:rsidP="00322E8A">
            <w:pPr>
              <w:pBdr>
                <w:top w:val="none" w:sz="0" w:space="0" w:color="000000"/>
                <w:left w:val="none" w:sz="0" w:space="0" w:color="000000"/>
                <w:bottom w:val="none" w:sz="0" w:space="0" w:color="000000"/>
                <w:right w:val="none" w:sz="0" w:space="0" w:color="000000"/>
              </w:pBdr>
              <w:spacing w:before="40" w:after="40"/>
              <w:ind w:left="40" w:right="40"/>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Quartile 2</w:t>
            </w:r>
          </w:p>
        </w:tc>
        <w:tc>
          <w:tcPr>
            <w:tcW w:w="237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2BE31EF" w14:textId="77777777" w:rsidR="00A55F87" w:rsidRPr="001A2E38" w:rsidRDefault="00A55F87"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1.23 (1.10-1.36)</w:t>
            </w:r>
          </w:p>
        </w:tc>
      </w:tr>
      <w:tr w:rsidR="00A55F87" w:rsidRPr="001A2E38" w14:paraId="187F3050" w14:textId="77777777" w:rsidTr="00A55F87">
        <w:trPr>
          <w:jc w:val="center"/>
        </w:trPr>
        <w:tc>
          <w:tcPr>
            <w:tcW w:w="262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796EF3A" w14:textId="77777777" w:rsidR="00A55F87" w:rsidRPr="001A2E38" w:rsidRDefault="00A55F87" w:rsidP="00322E8A">
            <w:pPr>
              <w:pBdr>
                <w:top w:val="none" w:sz="0" w:space="0" w:color="000000"/>
                <w:left w:val="none" w:sz="0" w:space="0" w:color="000000"/>
                <w:bottom w:val="none" w:sz="0" w:space="0" w:color="000000"/>
                <w:right w:val="none" w:sz="0" w:space="0" w:color="000000"/>
              </w:pBdr>
              <w:spacing w:before="40" w:after="40"/>
              <w:ind w:left="40" w:right="40"/>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Quartile 3</w:t>
            </w:r>
          </w:p>
        </w:tc>
        <w:tc>
          <w:tcPr>
            <w:tcW w:w="237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464578B" w14:textId="77777777" w:rsidR="00A55F87" w:rsidRPr="001A2E38" w:rsidRDefault="00A55F87"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1.40 (1.26-1.56)</w:t>
            </w:r>
          </w:p>
        </w:tc>
      </w:tr>
      <w:tr w:rsidR="00A55F87" w:rsidRPr="001A2E38" w14:paraId="6E46368E" w14:textId="77777777" w:rsidTr="00A55F87">
        <w:trPr>
          <w:jc w:val="center"/>
        </w:trPr>
        <w:tc>
          <w:tcPr>
            <w:tcW w:w="262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26D251B" w14:textId="77777777" w:rsidR="00A55F87" w:rsidRPr="001A2E38" w:rsidRDefault="00A55F87" w:rsidP="00322E8A">
            <w:pPr>
              <w:pBdr>
                <w:top w:val="none" w:sz="0" w:space="0" w:color="000000"/>
                <w:left w:val="none" w:sz="0" w:space="0" w:color="000000"/>
                <w:bottom w:val="none" w:sz="0" w:space="0" w:color="000000"/>
                <w:right w:val="none" w:sz="0" w:space="0" w:color="000000"/>
              </w:pBdr>
              <w:spacing w:before="40" w:after="40"/>
              <w:ind w:left="40" w:right="40"/>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Quartile 4</w:t>
            </w:r>
          </w:p>
        </w:tc>
        <w:tc>
          <w:tcPr>
            <w:tcW w:w="237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03577EB" w14:textId="77777777" w:rsidR="00A55F87" w:rsidRPr="001A2E38" w:rsidRDefault="00A55F87"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2.36 (2.13-2.62)</w:t>
            </w:r>
          </w:p>
        </w:tc>
      </w:tr>
      <w:tr w:rsidR="00A55F87" w:rsidRPr="001A2E38" w14:paraId="08753DEE" w14:textId="77777777" w:rsidTr="00A55F87">
        <w:trPr>
          <w:jc w:val="center"/>
        </w:trPr>
        <w:tc>
          <w:tcPr>
            <w:tcW w:w="262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6A7CAAB" w14:textId="77777777" w:rsidR="00A55F87" w:rsidRPr="001A2E38" w:rsidRDefault="00A55F87" w:rsidP="00322E8A">
            <w:pPr>
              <w:pBdr>
                <w:top w:val="none" w:sz="0" w:space="0" w:color="000000"/>
                <w:left w:val="none" w:sz="0" w:space="0" w:color="000000"/>
                <w:bottom w:val="none" w:sz="0" w:space="0" w:color="000000"/>
                <w:right w:val="none" w:sz="0" w:space="0" w:color="000000"/>
              </w:pBdr>
              <w:spacing w:before="40" w:after="40"/>
              <w:ind w:left="40" w:right="40"/>
              <w:rPr>
                <w:rFonts w:ascii="Times New Roman" w:eastAsia="Arial" w:hAnsi="Times New Roman" w:cs="Times New Roman"/>
                <w:color w:val="000000"/>
                <w:sz w:val="20"/>
                <w:szCs w:val="20"/>
              </w:rPr>
            </w:pPr>
            <w:r w:rsidRPr="001A2E38">
              <w:rPr>
                <w:rFonts w:ascii="Times New Roman" w:eastAsia="Arial" w:hAnsi="Times New Roman" w:cs="Times New Roman"/>
                <w:i/>
                <w:iCs/>
                <w:color w:val="000000"/>
                <w:sz w:val="20"/>
                <w:szCs w:val="20"/>
              </w:rPr>
              <w:t>P</w:t>
            </w:r>
            <w:r w:rsidRPr="001A2E38">
              <w:rPr>
                <w:rFonts w:ascii="Times New Roman" w:eastAsia="Arial" w:hAnsi="Times New Roman" w:cs="Times New Roman"/>
                <w:color w:val="000000"/>
                <w:sz w:val="20"/>
                <w:szCs w:val="20"/>
              </w:rPr>
              <w:t>-trend</w:t>
            </w:r>
          </w:p>
        </w:tc>
        <w:tc>
          <w:tcPr>
            <w:tcW w:w="237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E16B6F2" w14:textId="77777777" w:rsidR="00A55F87" w:rsidRPr="001A2E38" w:rsidRDefault="00A55F87"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&lt;0.001</w:t>
            </w:r>
          </w:p>
        </w:tc>
      </w:tr>
      <w:tr w:rsidR="00A55F87" w:rsidRPr="001A2E38" w14:paraId="42DE4440" w14:textId="77777777" w:rsidTr="00A55F87">
        <w:trPr>
          <w:jc w:val="center"/>
        </w:trPr>
        <w:tc>
          <w:tcPr>
            <w:tcW w:w="2625" w:type="pct"/>
            <w:tcBorders>
              <w:top w:val="none" w:sz="0" w:space="0" w:color="000000"/>
              <w:left w:val="none" w:sz="0" w:space="0" w:color="000000"/>
              <w:bottom w:val="none" w:sz="0" w:space="0" w:color="000000"/>
              <w:right w:val="none" w:sz="0" w:space="0" w:color="000000"/>
            </w:tcBorders>
            <w:shd w:val="clear" w:color="auto" w:fill="F2F2F2"/>
            <w:tcMar>
              <w:top w:w="0" w:type="dxa"/>
              <w:left w:w="0" w:type="dxa"/>
              <w:bottom w:w="0" w:type="dxa"/>
              <w:right w:w="0" w:type="dxa"/>
            </w:tcMar>
            <w:vAlign w:val="center"/>
          </w:tcPr>
          <w:p w14:paraId="14D5890A" w14:textId="77777777" w:rsidR="00A55F87" w:rsidRPr="001A2E38" w:rsidRDefault="00A55F87" w:rsidP="00322E8A">
            <w:pPr>
              <w:pBdr>
                <w:top w:val="none" w:sz="0" w:space="0" w:color="000000"/>
                <w:left w:val="none" w:sz="0" w:space="0" w:color="000000"/>
                <w:bottom w:val="none" w:sz="0" w:space="0" w:color="000000"/>
                <w:right w:val="none" w:sz="0" w:space="0" w:color="000000"/>
              </w:pBdr>
              <w:spacing w:before="40" w:after="40"/>
              <w:ind w:left="40" w:right="40"/>
              <w:rPr>
                <w:rFonts w:ascii="Times New Roman" w:eastAsia="Arial" w:hAnsi="Times New Roman" w:cs="Times New Roman"/>
                <w:b/>
                <w:color w:val="000000"/>
                <w:sz w:val="20"/>
                <w:szCs w:val="20"/>
              </w:rPr>
            </w:pPr>
            <w:r w:rsidRPr="001A2E38">
              <w:rPr>
                <w:rFonts w:ascii="Times New Roman" w:eastAsia="Arial" w:hAnsi="Times New Roman" w:cs="Times New Roman"/>
                <w:b/>
                <w:color w:val="000000"/>
                <w:sz w:val="20"/>
                <w:szCs w:val="20"/>
              </w:rPr>
              <w:t>CHG-VAI</w:t>
            </w:r>
          </w:p>
        </w:tc>
        <w:tc>
          <w:tcPr>
            <w:tcW w:w="2375" w:type="pct"/>
            <w:tcBorders>
              <w:top w:val="none" w:sz="0" w:space="0" w:color="000000"/>
              <w:left w:val="none" w:sz="0" w:space="0" w:color="000000"/>
              <w:bottom w:val="none" w:sz="0" w:space="0" w:color="000000"/>
              <w:right w:val="none" w:sz="0" w:space="0" w:color="000000"/>
            </w:tcBorders>
            <w:shd w:val="clear" w:color="auto" w:fill="F2F2F2"/>
            <w:tcMar>
              <w:top w:w="0" w:type="dxa"/>
              <w:left w:w="0" w:type="dxa"/>
              <w:bottom w:w="0" w:type="dxa"/>
              <w:right w:w="0" w:type="dxa"/>
            </w:tcMar>
            <w:vAlign w:val="center"/>
          </w:tcPr>
          <w:p w14:paraId="5EF6F33D" w14:textId="77777777" w:rsidR="00A55F87" w:rsidRPr="001A2E38" w:rsidRDefault="00A55F87"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b/>
                <w:color w:val="000000"/>
                <w:sz w:val="20"/>
                <w:szCs w:val="20"/>
              </w:rPr>
            </w:pPr>
          </w:p>
        </w:tc>
      </w:tr>
      <w:tr w:rsidR="00A55F87" w:rsidRPr="001A2E38" w14:paraId="08717294" w14:textId="77777777" w:rsidTr="00A55F87">
        <w:trPr>
          <w:jc w:val="center"/>
        </w:trPr>
        <w:tc>
          <w:tcPr>
            <w:tcW w:w="262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3ED23F7" w14:textId="77777777" w:rsidR="00A55F87" w:rsidRPr="001A2E38" w:rsidRDefault="00A55F87" w:rsidP="00322E8A">
            <w:pPr>
              <w:pBdr>
                <w:top w:val="none" w:sz="0" w:space="0" w:color="000000"/>
                <w:left w:val="none" w:sz="0" w:space="0" w:color="000000"/>
                <w:bottom w:val="none" w:sz="0" w:space="0" w:color="000000"/>
                <w:right w:val="none" w:sz="0" w:space="0" w:color="000000"/>
              </w:pBdr>
              <w:spacing w:before="40" w:after="40"/>
              <w:ind w:left="40" w:right="40"/>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Per 1-SD increase</w:t>
            </w:r>
          </w:p>
        </w:tc>
        <w:tc>
          <w:tcPr>
            <w:tcW w:w="237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B8996F8" w14:textId="77777777" w:rsidR="00A55F87" w:rsidRPr="001A2E38" w:rsidRDefault="00A55F87"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1.21 (1.19-1.24)</w:t>
            </w:r>
          </w:p>
        </w:tc>
      </w:tr>
      <w:tr w:rsidR="00A55F87" w:rsidRPr="001A2E38" w14:paraId="55C843B4" w14:textId="77777777" w:rsidTr="00A55F87">
        <w:trPr>
          <w:jc w:val="center"/>
        </w:trPr>
        <w:tc>
          <w:tcPr>
            <w:tcW w:w="262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3453A03" w14:textId="77777777" w:rsidR="00A55F87" w:rsidRPr="001A2E38" w:rsidRDefault="00A55F87" w:rsidP="00322E8A">
            <w:pPr>
              <w:pBdr>
                <w:top w:val="none" w:sz="0" w:space="0" w:color="000000"/>
                <w:left w:val="none" w:sz="0" w:space="0" w:color="000000"/>
                <w:bottom w:val="none" w:sz="0" w:space="0" w:color="000000"/>
                <w:right w:val="none" w:sz="0" w:space="0" w:color="000000"/>
              </w:pBdr>
              <w:spacing w:before="40" w:after="40"/>
              <w:ind w:left="40" w:right="40"/>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Quartile 1</w:t>
            </w:r>
          </w:p>
        </w:tc>
        <w:tc>
          <w:tcPr>
            <w:tcW w:w="237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1CF38F2" w14:textId="77777777" w:rsidR="00A55F87" w:rsidRPr="001A2E38" w:rsidRDefault="00A55F87"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Reference</w:t>
            </w:r>
          </w:p>
        </w:tc>
      </w:tr>
      <w:tr w:rsidR="00A55F87" w:rsidRPr="001A2E38" w14:paraId="5C79055B" w14:textId="77777777" w:rsidTr="00A55F87">
        <w:trPr>
          <w:jc w:val="center"/>
        </w:trPr>
        <w:tc>
          <w:tcPr>
            <w:tcW w:w="262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EDA2C2D" w14:textId="77777777" w:rsidR="00A55F87" w:rsidRPr="001A2E38" w:rsidRDefault="00A55F87" w:rsidP="00322E8A">
            <w:pPr>
              <w:pBdr>
                <w:top w:val="none" w:sz="0" w:space="0" w:color="000000"/>
                <w:left w:val="none" w:sz="0" w:space="0" w:color="000000"/>
                <w:bottom w:val="none" w:sz="0" w:space="0" w:color="000000"/>
                <w:right w:val="none" w:sz="0" w:space="0" w:color="000000"/>
              </w:pBdr>
              <w:spacing w:before="40" w:after="40"/>
              <w:ind w:left="40" w:right="40"/>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Quartile 2</w:t>
            </w:r>
          </w:p>
        </w:tc>
        <w:tc>
          <w:tcPr>
            <w:tcW w:w="237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2DDA7BF" w14:textId="77777777" w:rsidR="00A55F87" w:rsidRPr="001A2E38" w:rsidRDefault="00A55F87"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1.07 (0.97-1.18)</w:t>
            </w:r>
          </w:p>
        </w:tc>
      </w:tr>
      <w:tr w:rsidR="00A55F87" w:rsidRPr="001A2E38" w14:paraId="0DD52D32" w14:textId="77777777" w:rsidTr="00A55F87">
        <w:trPr>
          <w:jc w:val="center"/>
        </w:trPr>
        <w:tc>
          <w:tcPr>
            <w:tcW w:w="262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9CF4C07" w14:textId="77777777" w:rsidR="00A55F87" w:rsidRPr="001A2E38" w:rsidRDefault="00A55F87" w:rsidP="00322E8A">
            <w:pPr>
              <w:pBdr>
                <w:top w:val="none" w:sz="0" w:space="0" w:color="000000"/>
                <w:left w:val="none" w:sz="0" w:space="0" w:color="000000"/>
                <w:bottom w:val="none" w:sz="0" w:space="0" w:color="000000"/>
                <w:right w:val="none" w:sz="0" w:space="0" w:color="000000"/>
              </w:pBdr>
              <w:spacing w:before="40" w:after="40"/>
              <w:ind w:left="40" w:right="40"/>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Quartile 3</w:t>
            </w:r>
          </w:p>
        </w:tc>
        <w:tc>
          <w:tcPr>
            <w:tcW w:w="237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0A46576" w14:textId="77777777" w:rsidR="00A55F87" w:rsidRPr="001A2E38" w:rsidRDefault="00A55F87"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1.35 (1.23-1.48)</w:t>
            </w:r>
          </w:p>
        </w:tc>
      </w:tr>
      <w:tr w:rsidR="00A55F87" w:rsidRPr="001A2E38" w14:paraId="15D37247" w14:textId="77777777" w:rsidTr="00A55F87">
        <w:trPr>
          <w:jc w:val="center"/>
        </w:trPr>
        <w:tc>
          <w:tcPr>
            <w:tcW w:w="262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6339C06" w14:textId="77777777" w:rsidR="00A55F87" w:rsidRPr="001A2E38" w:rsidRDefault="00A55F87" w:rsidP="00322E8A">
            <w:pPr>
              <w:pBdr>
                <w:top w:val="none" w:sz="0" w:space="0" w:color="000000"/>
                <w:left w:val="none" w:sz="0" w:space="0" w:color="000000"/>
                <w:bottom w:val="none" w:sz="0" w:space="0" w:color="000000"/>
                <w:right w:val="none" w:sz="0" w:space="0" w:color="000000"/>
              </w:pBdr>
              <w:spacing w:before="40" w:after="40"/>
              <w:ind w:left="40" w:right="40"/>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Quartile 4</w:t>
            </w:r>
          </w:p>
        </w:tc>
        <w:tc>
          <w:tcPr>
            <w:tcW w:w="237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4F5693F" w14:textId="77777777" w:rsidR="00A55F87" w:rsidRPr="001A2E38" w:rsidRDefault="00A55F87"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1.79 (1.64-1.95)</w:t>
            </w:r>
          </w:p>
        </w:tc>
      </w:tr>
      <w:tr w:rsidR="00A55F87" w:rsidRPr="001A2E38" w14:paraId="31086134" w14:textId="77777777" w:rsidTr="00A55F87">
        <w:trPr>
          <w:jc w:val="center"/>
        </w:trPr>
        <w:tc>
          <w:tcPr>
            <w:tcW w:w="262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BD3BFD8" w14:textId="77777777" w:rsidR="00A55F87" w:rsidRPr="001A2E38" w:rsidRDefault="00A55F87" w:rsidP="00322E8A">
            <w:pPr>
              <w:pBdr>
                <w:top w:val="none" w:sz="0" w:space="0" w:color="000000"/>
                <w:left w:val="none" w:sz="0" w:space="0" w:color="000000"/>
                <w:bottom w:val="none" w:sz="0" w:space="0" w:color="000000"/>
                <w:right w:val="none" w:sz="0" w:space="0" w:color="000000"/>
              </w:pBdr>
              <w:spacing w:before="40" w:after="40"/>
              <w:ind w:left="40" w:right="40"/>
              <w:rPr>
                <w:rFonts w:ascii="Times New Roman" w:eastAsia="Arial" w:hAnsi="Times New Roman" w:cs="Times New Roman"/>
                <w:color w:val="000000"/>
                <w:sz w:val="20"/>
                <w:szCs w:val="20"/>
              </w:rPr>
            </w:pPr>
            <w:r w:rsidRPr="001A2E38">
              <w:rPr>
                <w:rFonts w:ascii="Times New Roman" w:eastAsia="Arial" w:hAnsi="Times New Roman" w:cs="Times New Roman"/>
                <w:i/>
                <w:iCs/>
                <w:color w:val="000000"/>
                <w:sz w:val="20"/>
                <w:szCs w:val="20"/>
              </w:rPr>
              <w:t>P</w:t>
            </w:r>
            <w:r w:rsidRPr="001A2E38">
              <w:rPr>
                <w:rFonts w:ascii="Times New Roman" w:eastAsia="Arial" w:hAnsi="Times New Roman" w:cs="Times New Roman"/>
                <w:color w:val="000000"/>
                <w:sz w:val="20"/>
                <w:szCs w:val="20"/>
              </w:rPr>
              <w:t>-trend</w:t>
            </w:r>
          </w:p>
        </w:tc>
        <w:tc>
          <w:tcPr>
            <w:tcW w:w="237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573A832" w14:textId="77777777" w:rsidR="00A55F87" w:rsidRPr="001A2E38" w:rsidRDefault="00A55F87"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&lt;0.001</w:t>
            </w:r>
          </w:p>
        </w:tc>
      </w:tr>
      <w:tr w:rsidR="00A55F87" w:rsidRPr="001A2E38" w14:paraId="37EFE6DD" w14:textId="77777777" w:rsidTr="00A55F87">
        <w:trPr>
          <w:jc w:val="center"/>
        </w:trPr>
        <w:tc>
          <w:tcPr>
            <w:tcW w:w="2625" w:type="pct"/>
            <w:tcBorders>
              <w:top w:val="none" w:sz="0" w:space="0" w:color="000000"/>
              <w:left w:val="none" w:sz="0" w:space="0" w:color="000000"/>
              <w:bottom w:val="none" w:sz="0" w:space="0" w:color="000000"/>
              <w:right w:val="none" w:sz="0" w:space="0" w:color="000000"/>
            </w:tcBorders>
            <w:shd w:val="clear" w:color="auto" w:fill="F2F2F2"/>
            <w:tcMar>
              <w:top w:w="0" w:type="dxa"/>
              <w:left w:w="0" w:type="dxa"/>
              <w:bottom w:w="0" w:type="dxa"/>
              <w:right w:w="0" w:type="dxa"/>
            </w:tcMar>
            <w:vAlign w:val="center"/>
          </w:tcPr>
          <w:p w14:paraId="2985D5F8" w14:textId="77777777" w:rsidR="00A55F87" w:rsidRPr="001A2E38" w:rsidRDefault="00A55F87" w:rsidP="00322E8A">
            <w:pPr>
              <w:pBdr>
                <w:top w:val="none" w:sz="0" w:space="0" w:color="000000"/>
                <w:left w:val="none" w:sz="0" w:space="0" w:color="000000"/>
                <w:bottom w:val="none" w:sz="0" w:space="0" w:color="000000"/>
                <w:right w:val="none" w:sz="0" w:space="0" w:color="000000"/>
              </w:pBdr>
              <w:spacing w:before="40" w:after="40"/>
              <w:ind w:left="40" w:right="40"/>
              <w:rPr>
                <w:rFonts w:ascii="Times New Roman" w:eastAsia="Arial" w:hAnsi="Times New Roman" w:cs="Times New Roman"/>
                <w:b/>
                <w:color w:val="000000"/>
                <w:sz w:val="20"/>
                <w:szCs w:val="20"/>
              </w:rPr>
            </w:pPr>
            <w:r w:rsidRPr="001A2E38">
              <w:rPr>
                <w:rFonts w:ascii="Times New Roman" w:eastAsia="Arial" w:hAnsi="Times New Roman" w:cs="Times New Roman"/>
                <w:b/>
                <w:color w:val="000000"/>
                <w:sz w:val="20"/>
                <w:szCs w:val="20"/>
              </w:rPr>
              <w:lastRenderedPageBreak/>
              <w:t>CHG-WWI</w:t>
            </w:r>
          </w:p>
        </w:tc>
        <w:tc>
          <w:tcPr>
            <w:tcW w:w="2375" w:type="pct"/>
            <w:tcBorders>
              <w:top w:val="none" w:sz="0" w:space="0" w:color="000000"/>
              <w:left w:val="none" w:sz="0" w:space="0" w:color="000000"/>
              <w:bottom w:val="none" w:sz="0" w:space="0" w:color="000000"/>
              <w:right w:val="none" w:sz="0" w:space="0" w:color="000000"/>
            </w:tcBorders>
            <w:shd w:val="clear" w:color="auto" w:fill="F2F2F2"/>
            <w:tcMar>
              <w:top w:w="0" w:type="dxa"/>
              <w:left w:w="0" w:type="dxa"/>
              <w:bottom w:w="0" w:type="dxa"/>
              <w:right w:w="0" w:type="dxa"/>
            </w:tcMar>
            <w:vAlign w:val="center"/>
          </w:tcPr>
          <w:p w14:paraId="0E6E48EA" w14:textId="77777777" w:rsidR="00A55F87" w:rsidRPr="001A2E38" w:rsidRDefault="00A55F87"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b/>
                <w:color w:val="000000"/>
                <w:sz w:val="20"/>
                <w:szCs w:val="20"/>
              </w:rPr>
            </w:pPr>
          </w:p>
        </w:tc>
      </w:tr>
      <w:tr w:rsidR="00A55F87" w:rsidRPr="001A2E38" w14:paraId="21763AD1" w14:textId="77777777" w:rsidTr="00A55F87">
        <w:trPr>
          <w:jc w:val="center"/>
        </w:trPr>
        <w:tc>
          <w:tcPr>
            <w:tcW w:w="262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9788C6C" w14:textId="77777777" w:rsidR="00A55F87" w:rsidRPr="001A2E38" w:rsidRDefault="00A55F87" w:rsidP="00322E8A">
            <w:pPr>
              <w:pBdr>
                <w:top w:val="none" w:sz="0" w:space="0" w:color="000000"/>
                <w:left w:val="none" w:sz="0" w:space="0" w:color="000000"/>
                <w:bottom w:val="none" w:sz="0" w:space="0" w:color="000000"/>
                <w:right w:val="none" w:sz="0" w:space="0" w:color="000000"/>
              </w:pBdr>
              <w:spacing w:before="40" w:after="40"/>
              <w:ind w:left="40" w:right="40"/>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Per 1-SD increase</w:t>
            </w:r>
          </w:p>
        </w:tc>
        <w:tc>
          <w:tcPr>
            <w:tcW w:w="237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0AFC06E" w14:textId="77777777" w:rsidR="00A55F87" w:rsidRPr="001A2E38" w:rsidRDefault="00A55F87"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1.55 (1.50-1.59)</w:t>
            </w:r>
          </w:p>
        </w:tc>
      </w:tr>
      <w:tr w:rsidR="00A55F87" w:rsidRPr="001A2E38" w14:paraId="1E03FEAA" w14:textId="77777777" w:rsidTr="00A55F87">
        <w:trPr>
          <w:jc w:val="center"/>
        </w:trPr>
        <w:tc>
          <w:tcPr>
            <w:tcW w:w="262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FBB2B55" w14:textId="77777777" w:rsidR="00A55F87" w:rsidRPr="001A2E38" w:rsidRDefault="00A55F87" w:rsidP="00322E8A">
            <w:pPr>
              <w:pBdr>
                <w:top w:val="none" w:sz="0" w:space="0" w:color="000000"/>
                <w:left w:val="none" w:sz="0" w:space="0" w:color="000000"/>
                <w:bottom w:val="none" w:sz="0" w:space="0" w:color="000000"/>
                <w:right w:val="none" w:sz="0" w:space="0" w:color="000000"/>
              </w:pBdr>
              <w:spacing w:before="40" w:after="40"/>
              <w:ind w:left="40" w:right="40"/>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Quartile 1</w:t>
            </w:r>
          </w:p>
        </w:tc>
        <w:tc>
          <w:tcPr>
            <w:tcW w:w="237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A7A39B0" w14:textId="77777777" w:rsidR="00A55F87" w:rsidRPr="001A2E38" w:rsidRDefault="00A55F87"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Reference</w:t>
            </w:r>
          </w:p>
        </w:tc>
      </w:tr>
      <w:tr w:rsidR="00A55F87" w:rsidRPr="001A2E38" w14:paraId="5C03C879" w14:textId="77777777" w:rsidTr="00A55F87">
        <w:trPr>
          <w:jc w:val="center"/>
        </w:trPr>
        <w:tc>
          <w:tcPr>
            <w:tcW w:w="262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A4D7E8D" w14:textId="77777777" w:rsidR="00A55F87" w:rsidRPr="001A2E38" w:rsidRDefault="00A55F87" w:rsidP="00322E8A">
            <w:pPr>
              <w:pBdr>
                <w:top w:val="none" w:sz="0" w:space="0" w:color="000000"/>
                <w:left w:val="none" w:sz="0" w:space="0" w:color="000000"/>
                <w:bottom w:val="none" w:sz="0" w:space="0" w:color="000000"/>
                <w:right w:val="none" w:sz="0" w:space="0" w:color="000000"/>
              </w:pBdr>
              <w:spacing w:before="40" w:after="40"/>
              <w:ind w:left="40" w:right="40"/>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Quartile 2</w:t>
            </w:r>
          </w:p>
        </w:tc>
        <w:tc>
          <w:tcPr>
            <w:tcW w:w="237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9FCA2F1" w14:textId="77777777" w:rsidR="00A55F87" w:rsidRPr="001A2E38" w:rsidRDefault="00A55F87"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1.34 (1.20-1.50)</w:t>
            </w:r>
          </w:p>
        </w:tc>
      </w:tr>
      <w:tr w:rsidR="00A55F87" w:rsidRPr="001A2E38" w14:paraId="5AC92A6C" w14:textId="77777777" w:rsidTr="00A55F87">
        <w:trPr>
          <w:jc w:val="center"/>
        </w:trPr>
        <w:tc>
          <w:tcPr>
            <w:tcW w:w="262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82EAA64" w14:textId="77777777" w:rsidR="00A55F87" w:rsidRPr="001A2E38" w:rsidRDefault="00A55F87" w:rsidP="00322E8A">
            <w:pPr>
              <w:pBdr>
                <w:top w:val="none" w:sz="0" w:space="0" w:color="000000"/>
                <w:left w:val="none" w:sz="0" w:space="0" w:color="000000"/>
                <w:bottom w:val="none" w:sz="0" w:space="0" w:color="000000"/>
                <w:right w:val="none" w:sz="0" w:space="0" w:color="000000"/>
              </w:pBdr>
              <w:spacing w:before="40" w:after="40"/>
              <w:ind w:left="40" w:right="40"/>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Quartile 3</w:t>
            </w:r>
          </w:p>
        </w:tc>
        <w:tc>
          <w:tcPr>
            <w:tcW w:w="237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14B8F66" w14:textId="77777777" w:rsidR="00A55F87" w:rsidRPr="001A2E38" w:rsidRDefault="00A55F87"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1.51 (1.35-1.68)</w:t>
            </w:r>
          </w:p>
        </w:tc>
      </w:tr>
      <w:tr w:rsidR="00A55F87" w:rsidRPr="001A2E38" w14:paraId="04A268B6" w14:textId="77777777" w:rsidTr="00A55F87">
        <w:trPr>
          <w:jc w:val="center"/>
        </w:trPr>
        <w:tc>
          <w:tcPr>
            <w:tcW w:w="262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26D606D" w14:textId="77777777" w:rsidR="00A55F87" w:rsidRPr="001A2E38" w:rsidRDefault="00A55F87" w:rsidP="00322E8A">
            <w:pPr>
              <w:pBdr>
                <w:top w:val="none" w:sz="0" w:space="0" w:color="000000"/>
                <w:left w:val="none" w:sz="0" w:space="0" w:color="000000"/>
                <w:bottom w:val="none" w:sz="0" w:space="0" w:color="000000"/>
                <w:right w:val="none" w:sz="0" w:space="0" w:color="000000"/>
              </w:pBdr>
              <w:spacing w:before="40" w:after="40"/>
              <w:ind w:left="40" w:right="40"/>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Quartile 4</w:t>
            </w:r>
          </w:p>
        </w:tc>
        <w:tc>
          <w:tcPr>
            <w:tcW w:w="237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91924B7" w14:textId="77777777" w:rsidR="00A55F87" w:rsidRPr="001A2E38" w:rsidRDefault="00A55F87"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2.89 (2.62-3.19)</w:t>
            </w:r>
          </w:p>
        </w:tc>
      </w:tr>
      <w:tr w:rsidR="00A55F87" w:rsidRPr="001A2E38" w14:paraId="06BB3623" w14:textId="77777777" w:rsidTr="00A55F87">
        <w:trPr>
          <w:jc w:val="center"/>
        </w:trPr>
        <w:tc>
          <w:tcPr>
            <w:tcW w:w="2625" w:type="pct"/>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6597B4A1" w14:textId="77777777" w:rsidR="00A55F87" w:rsidRPr="001A2E38" w:rsidRDefault="00A55F87" w:rsidP="00322E8A">
            <w:pPr>
              <w:pBdr>
                <w:top w:val="none" w:sz="0" w:space="0" w:color="000000"/>
                <w:left w:val="none" w:sz="0" w:space="0" w:color="000000"/>
                <w:bottom w:val="none" w:sz="0" w:space="0" w:color="000000"/>
                <w:right w:val="none" w:sz="0" w:space="0" w:color="000000"/>
              </w:pBdr>
              <w:spacing w:before="40" w:after="40"/>
              <w:ind w:left="40" w:right="40"/>
              <w:rPr>
                <w:rFonts w:ascii="Times New Roman" w:eastAsia="Arial" w:hAnsi="Times New Roman" w:cs="Times New Roman"/>
                <w:color w:val="000000"/>
                <w:sz w:val="20"/>
                <w:szCs w:val="20"/>
              </w:rPr>
            </w:pPr>
            <w:r w:rsidRPr="001A2E38">
              <w:rPr>
                <w:rFonts w:ascii="Times New Roman" w:eastAsia="Arial" w:hAnsi="Times New Roman" w:cs="Times New Roman"/>
                <w:i/>
                <w:iCs/>
                <w:color w:val="000000"/>
                <w:sz w:val="20"/>
                <w:szCs w:val="20"/>
              </w:rPr>
              <w:t>P</w:t>
            </w:r>
            <w:r w:rsidRPr="001A2E38">
              <w:rPr>
                <w:rFonts w:ascii="Times New Roman" w:eastAsia="Arial" w:hAnsi="Times New Roman" w:cs="Times New Roman"/>
                <w:color w:val="000000"/>
                <w:sz w:val="20"/>
                <w:szCs w:val="20"/>
              </w:rPr>
              <w:t>-trend</w:t>
            </w:r>
          </w:p>
        </w:tc>
        <w:tc>
          <w:tcPr>
            <w:tcW w:w="2375" w:type="pct"/>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07F96C45" w14:textId="77777777" w:rsidR="00A55F87" w:rsidRPr="001A2E38" w:rsidRDefault="00A55F87" w:rsidP="00322E8A">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0"/>
                <w:szCs w:val="20"/>
              </w:rPr>
            </w:pPr>
            <w:r w:rsidRPr="001A2E38">
              <w:rPr>
                <w:rFonts w:ascii="Times New Roman" w:eastAsia="Arial" w:hAnsi="Times New Roman" w:cs="Times New Roman"/>
                <w:color w:val="000000"/>
                <w:sz w:val="20"/>
                <w:szCs w:val="20"/>
              </w:rPr>
              <w:t>&lt;0.001</w:t>
            </w:r>
          </w:p>
        </w:tc>
      </w:tr>
    </w:tbl>
    <w:p w14:paraId="40480B1F" w14:textId="494F8D70" w:rsidR="003E1CC0" w:rsidRPr="001A2E38" w:rsidRDefault="003E1CC0" w:rsidP="003E1CC0">
      <w:pPr>
        <w:spacing w:line="240" w:lineRule="auto"/>
        <w:contextualSpacing/>
        <w:rPr>
          <w:rFonts w:ascii="Times New Roman" w:hAnsi="Times New Roman" w:cs="Times New Roman"/>
          <w:sz w:val="20"/>
          <w:szCs w:val="20"/>
        </w:rPr>
      </w:pPr>
      <w:r w:rsidRPr="001A2E38">
        <w:rPr>
          <w:rFonts w:ascii="Times New Roman" w:hAnsi="Times New Roman" w:cs="Times New Roman"/>
          <w:i/>
          <w:iCs/>
          <w:sz w:val="20"/>
          <w:szCs w:val="20"/>
        </w:rPr>
        <w:t xml:space="preserve">Notes: </w:t>
      </w:r>
      <w:r w:rsidRPr="001A2E38">
        <w:rPr>
          <w:rFonts w:ascii="Times New Roman" w:hAnsi="Times New Roman" w:cs="Times New Roman"/>
          <w:sz w:val="20"/>
          <w:szCs w:val="20"/>
        </w:rPr>
        <w:t xml:space="preserve">Models were adjusted for age, sex, ethnicity, employment status, educational levels, Townsend deprivation index, frequency of drinking, smoking status, sleep duration, physical activity, sedentary </w:t>
      </w:r>
      <w:r w:rsidR="003479B3" w:rsidRPr="001A2E38">
        <w:rPr>
          <w:rFonts w:ascii="Times New Roman" w:hAnsi="Times New Roman" w:cs="Times New Roman"/>
          <w:sz w:val="20"/>
          <w:szCs w:val="20"/>
        </w:rPr>
        <w:t>behavior</w:t>
      </w:r>
      <w:r w:rsidRPr="001A2E38">
        <w:rPr>
          <w:rFonts w:ascii="Times New Roman" w:hAnsi="Times New Roman" w:cs="Times New Roman"/>
          <w:sz w:val="20"/>
          <w:szCs w:val="20"/>
        </w:rPr>
        <w:t>, and family history of cardiometabolic disease.</w:t>
      </w:r>
    </w:p>
    <w:p w14:paraId="12ADA3F0" w14:textId="26DF8047" w:rsidR="005E2F5C" w:rsidRPr="001A2E38" w:rsidRDefault="003E1CC0" w:rsidP="003E1CC0">
      <w:pPr>
        <w:spacing w:line="240" w:lineRule="auto"/>
        <w:contextualSpacing/>
        <w:rPr>
          <w:rFonts w:ascii="Times New Roman" w:hAnsi="Times New Roman" w:cs="Times New Roman"/>
          <w:sz w:val="20"/>
          <w:szCs w:val="20"/>
        </w:rPr>
        <w:sectPr w:rsidR="005E2F5C" w:rsidRPr="001A2E38" w:rsidSect="00FE3790">
          <w:pgSz w:w="16838" w:h="11906" w:orient="landscape"/>
          <w:pgMar w:top="1797" w:right="1440" w:bottom="1797" w:left="1440" w:header="851" w:footer="992" w:gutter="0"/>
          <w:cols w:space="425"/>
          <w:docGrid w:type="linesAndChars" w:linePitch="312"/>
        </w:sectPr>
      </w:pPr>
      <w:r w:rsidRPr="001A2E38">
        <w:rPr>
          <w:rFonts w:ascii="Times New Roman" w:hAnsi="Times New Roman" w:cs="Times New Roman"/>
          <w:i/>
          <w:iCs/>
          <w:sz w:val="20"/>
          <w:szCs w:val="20"/>
        </w:rPr>
        <w:t xml:space="preserve">Abbreviations: </w:t>
      </w:r>
      <w:r w:rsidRPr="001A2E38">
        <w:rPr>
          <w:rFonts w:ascii="Times New Roman" w:hAnsi="Times New Roman" w:cs="Times New Roman"/>
          <w:sz w:val="20"/>
          <w:szCs w:val="20"/>
        </w:rPr>
        <w:t>CMM, cardiometabolic multimorbidity; CHG, cholesterol-high-density lipoprotein-glucose index; BMI, body mass index; WC, waist circumference; WHtR, waist-to-height ratio; BRI, body roundness index; ABSI, a body shape index; VAI, visceral adiposity index; WWI, weight-adjusted waist index; HR, hazard ratio; CI, confidence interval</w:t>
      </w:r>
      <w:r w:rsidR="003648E5" w:rsidRPr="001A2E38">
        <w:rPr>
          <w:rFonts w:ascii="Times New Roman" w:hAnsi="Times New Roman" w:cs="Times New Roman"/>
          <w:sz w:val="20"/>
          <w:szCs w:val="20"/>
        </w:rPr>
        <w:t>.</w:t>
      </w:r>
    </w:p>
    <w:p w14:paraId="2A865B8E" w14:textId="63B869AF" w:rsidR="0003231E" w:rsidRPr="001A2E38" w:rsidRDefault="0003231E" w:rsidP="0003231E">
      <w:pPr>
        <w:snapToGrid w:val="0"/>
        <w:spacing w:after="0" w:line="240" w:lineRule="auto"/>
        <w:outlineLvl w:val="0"/>
        <w:rPr>
          <w:rFonts w:ascii="Times New Roman" w:hAnsi="Times New Roman" w:cs="Times New Roman"/>
          <w:b/>
          <w:bCs/>
          <w:sz w:val="20"/>
          <w:szCs w:val="20"/>
        </w:rPr>
      </w:pPr>
      <w:bookmarkStart w:id="31" w:name="_Toc236834806"/>
      <w:r w:rsidRPr="001A2E38">
        <w:rPr>
          <w:rFonts w:ascii="Times New Roman" w:hAnsi="Times New Roman" w:cs="Times New Roman"/>
          <w:b/>
          <w:bCs/>
          <w:sz w:val="20"/>
          <w:szCs w:val="20"/>
        </w:rPr>
        <w:lastRenderedPageBreak/>
        <w:t>Table S1</w:t>
      </w:r>
      <w:r w:rsidR="0065294A" w:rsidRPr="001A2E38">
        <w:rPr>
          <w:rFonts w:ascii="Times New Roman" w:hAnsi="Times New Roman" w:cs="Times New Roman" w:hint="eastAsia"/>
          <w:b/>
          <w:bCs/>
          <w:sz w:val="20"/>
          <w:szCs w:val="20"/>
        </w:rPr>
        <w:t>6</w:t>
      </w:r>
      <w:r w:rsidRPr="001A2E38">
        <w:rPr>
          <w:rFonts w:ascii="Times New Roman" w:hAnsi="Times New Roman" w:cs="Times New Roman"/>
          <w:b/>
          <w:bCs/>
          <w:sz w:val="20"/>
          <w:szCs w:val="20"/>
        </w:rPr>
        <w:t>. Sensitivity analysis of association of CHG-related indices with incident cardiometabolic multimorbidity using the overlap-reduced MASLD definition.</w:t>
      </w:r>
      <w:bookmarkEnd w:id="31"/>
    </w:p>
    <w:tbl>
      <w:tblPr>
        <w:tblW w:w="12248" w:type="dxa"/>
        <w:jc w:val="center"/>
        <w:tblLayout w:type="fixed"/>
        <w:tblLook w:val="0420" w:firstRow="1" w:lastRow="0" w:firstColumn="0" w:lastColumn="0" w:noHBand="0" w:noVBand="1"/>
      </w:tblPr>
      <w:tblGrid>
        <w:gridCol w:w="2099"/>
        <w:gridCol w:w="2974"/>
        <w:gridCol w:w="3500"/>
        <w:gridCol w:w="1750"/>
        <w:gridCol w:w="1925"/>
      </w:tblGrid>
      <w:tr w:rsidR="0003231E" w:rsidRPr="001A2E38" w14:paraId="5529C9D5" w14:textId="77777777" w:rsidTr="00176373">
        <w:trPr>
          <w:jc w:val="center"/>
        </w:trPr>
        <w:tc>
          <w:tcPr>
            <w:tcW w:w="2099" w:type="dxa"/>
            <w:tcBorders>
              <w:top w:val="single" w:sz="12" w:space="0" w:color="000000"/>
              <w:left w:val="none" w:sz="0" w:space="0" w:color="000000"/>
              <w:bottom w:val="single" w:sz="4" w:space="0" w:color="000000"/>
              <w:right w:val="none" w:sz="0" w:space="0" w:color="000000"/>
            </w:tcBorders>
            <w:tcMar>
              <w:top w:w="0" w:type="dxa"/>
              <w:left w:w="0" w:type="dxa"/>
              <w:bottom w:w="0" w:type="dxa"/>
              <w:right w:w="0" w:type="dxa"/>
            </w:tcMar>
            <w:vAlign w:val="center"/>
          </w:tcPr>
          <w:p w14:paraId="7F733105" w14:textId="77777777" w:rsidR="0003231E" w:rsidRPr="001A2E38" w:rsidRDefault="0003231E" w:rsidP="00176373">
            <w:pPr>
              <w:pBdr>
                <w:top w:val="none" w:sz="0" w:space="0" w:color="000000"/>
                <w:left w:val="none" w:sz="0" w:space="0" w:color="000000"/>
                <w:bottom w:val="none" w:sz="0" w:space="0" w:color="000000"/>
                <w:right w:val="none" w:sz="0" w:space="0" w:color="000000"/>
              </w:pBdr>
              <w:snapToGrid w:val="0"/>
              <w:spacing w:before="40" w:after="40" w:line="240" w:lineRule="auto"/>
              <w:ind w:left="40" w:right="40"/>
              <w:jc w:val="center"/>
              <w:rPr>
                <w:rFonts w:ascii="Times New Roman" w:eastAsia="Times New Roman" w:hAnsi="Times New Roman" w:cs="Times New Roman"/>
                <w:b/>
                <w:color w:val="000000"/>
                <w:sz w:val="20"/>
                <w:szCs w:val="20"/>
              </w:rPr>
            </w:pPr>
            <w:r w:rsidRPr="001A2E38">
              <w:rPr>
                <w:rFonts w:ascii="Times New Roman" w:eastAsia="Times New Roman" w:hAnsi="Times New Roman" w:cs="Times New Roman"/>
                <w:b/>
                <w:color w:val="000000"/>
                <w:sz w:val="20"/>
                <w:szCs w:val="20"/>
              </w:rPr>
              <w:t>Exposure</w:t>
            </w:r>
          </w:p>
        </w:tc>
        <w:tc>
          <w:tcPr>
            <w:tcW w:w="2974" w:type="dxa"/>
            <w:tcBorders>
              <w:top w:val="single" w:sz="12" w:space="0" w:color="000000"/>
              <w:left w:val="none" w:sz="0" w:space="0" w:color="000000"/>
              <w:bottom w:val="single" w:sz="4" w:space="0" w:color="000000"/>
              <w:right w:val="none" w:sz="0" w:space="0" w:color="000000"/>
            </w:tcBorders>
            <w:tcMar>
              <w:top w:w="0" w:type="dxa"/>
              <w:left w:w="0" w:type="dxa"/>
              <w:bottom w:w="0" w:type="dxa"/>
              <w:right w:w="0" w:type="dxa"/>
            </w:tcMar>
            <w:vAlign w:val="center"/>
          </w:tcPr>
          <w:p w14:paraId="012C963D" w14:textId="77777777" w:rsidR="0003231E" w:rsidRPr="001A2E38" w:rsidRDefault="0003231E" w:rsidP="00176373">
            <w:pPr>
              <w:pBdr>
                <w:top w:val="none" w:sz="0" w:space="0" w:color="000000"/>
                <w:left w:val="none" w:sz="0" w:space="0" w:color="000000"/>
                <w:bottom w:val="none" w:sz="0" w:space="0" w:color="000000"/>
                <w:right w:val="none" w:sz="0" w:space="0" w:color="000000"/>
              </w:pBdr>
              <w:snapToGrid w:val="0"/>
              <w:spacing w:before="40" w:after="40" w:line="240" w:lineRule="auto"/>
              <w:ind w:left="40" w:right="40"/>
              <w:jc w:val="center"/>
              <w:rPr>
                <w:rFonts w:ascii="Times New Roman" w:eastAsia="Times New Roman" w:hAnsi="Times New Roman" w:cs="Times New Roman"/>
                <w:b/>
                <w:color w:val="000000"/>
                <w:sz w:val="20"/>
                <w:szCs w:val="20"/>
              </w:rPr>
            </w:pPr>
            <w:r w:rsidRPr="001A2E38">
              <w:rPr>
                <w:rFonts w:ascii="Times New Roman" w:eastAsia="Times New Roman" w:hAnsi="Times New Roman" w:cs="Times New Roman"/>
                <w:b/>
                <w:color w:val="000000"/>
                <w:sz w:val="20"/>
                <w:szCs w:val="20"/>
              </w:rPr>
              <w:t>Category</w:t>
            </w:r>
          </w:p>
        </w:tc>
        <w:tc>
          <w:tcPr>
            <w:tcW w:w="3500" w:type="dxa"/>
            <w:tcBorders>
              <w:top w:val="single" w:sz="12" w:space="0" w:color="000000"/>
              <w:left w:val="none" w:sz="0" w:space="0" w:color="000000"/>
              <w:bottom w:val="single" w:sz="4" w:space="0" w:color="000000"/>
              <w:right w:val="none" w:sz="0" w:space="0" w:color="000000"/>
            </w:tcBorders>
            <w:tcMar>
              <w:top w:w="0" w:type="dxa"/>
              <w:left w:w="0" w:type="dxa"/>
              <w:bottom w:w="0" w:type="dxa"/>
              <w:right w:w="0" w:type="dxa"/>
            </w:tcMar>
            <w:vAlign w:val="center"/>
          </w:tcPr>
          <w:p w14:paraId="268C5ABC" w14:textId="77777777" w:rsidR="0003231E" w:rsidRPr="001A2E38" w:rsidRDefault="0003231E" w:rsidP="00176373">
            <w:pPr>
              <w:pBdr>
                <w:top w:val="none" w:sz="0" w:space="0" w:color="000000"/>
                <w:left w:val="none" w:sz="0" w:space="0" w:color="000000"/>
                <w:bottom w:val="none" w:sz="0" w:space="0" w:color="000000"/>
                <w:right w:val="none" w:sz="0" w:space="0" w:color="000000"/>
              </w:pBdr>
              <w:snapToGrid w:val="0"/>
              <w:spacing w:before="40" w:after="40" w:line="240" w:lineRule="auto"/>
              <w:ind w:left="40" w:right="40"/>
              <w:jc w:val="center"/>
              <w:rPr>
                <w:rFonts w:ascii="Times New Roman" w:eastAsia="Times New Roman" w:hAnsi="Times New Roman" w:cs="Times New Roman"/>
                <w:b/>
                <w:color w:val="000000"/>
                <w:sz w:val="20"/>
                <w:szCs w:val="20"/>
              </w:rPr>
            </w:pPr>
            <w:r w:rsidRPr="001A2E38">
              <w:rPr>
                <w:rFonts w:ascii="Times New Roman" w:eastAsia="Times New Roman" w:hAnsi="Times New Roman" w:cs="Times New Roman"/>
                <w:b/>
                <w:color w:val="000000"/>
                <w:sz w:val="20"/>
                <w:szCs w:val="20"/>
              </w:rPr>
              <w:t>HR (95% CI)</w:t>
            </w:r>
          </w:p>
        </w:tc>
        <w:tc>
          <w:tcPr>
            <w:tcW w:w="1750" w:type="dxa"/>
            <w:tcBorders>
              <w:top w:val="single" w:sz="12" w:space="0" w:color="000000"/>
              <w:left w:val="none" w:sz="0" w:space="0" w:color="000000"/>
              <w:bottom w:val="single" w:sz="4" w:space="0" w:color="000000"/>
              <w:right w:val="none" w:sz="0" w:space="0" w:color="000000"/>
            </w:tcBorders>
            <w:tcMar>
              <w:top w:w="0" w:type="dxa"/>
              <w:left w:w="0" w:type="dxa"/>
              <w:bottom w:w="0" w:type="dxa"/>
              <w:right w:w="0" w:type="dxa"/>
            </w:tcMar>
            <w:vAlign w:val="center"/>
          </w:tcPr>
          <w:p w14:paraId="71819717" w14:textId="77777777" w:rsidR="0003231E" w:rsidRPr="001A2E38" w:rsidRDefault="0003231E" w:rsidP="00176373">
            <w:pPr>
              <w:pBdr>
                <w:top w:val="none" w:sz="0" w:space="0" w:color="000000"/>
                <w:left w:val="none" w:sz="0" w:space="0" w:color="000000"/>
                <w:bottom w:val="none" w:sz="0" w:space="0" w:color="000000"/>
                <w:right w:val="none" w:sz="0" w:space="0" w:color="000000"/>
              </w:pBdr>
              <w:snapToGrid w:val="0"/>
              <w:spacing w:before="40" w:after="40" w:line="240" w:lineRule="auto"/>
              <w:ind w:left="40" w:right="40"/>
              <w:jc w:val="center"/>
              <w:rPr>
                <w:rFonts w:ascii="Times New Roman" w:eastAsia="Times New Roman" w:hAnsi="Times New Roman" w:cs="Times New Roman"/>
                <w:b/>
                <w:color w:val="000000"/>
                <w:sz w:val="20"/>
                <w:szCs w:val="20"/>
              </w:rPr>
            </w:pPr>
            <w:r w:rsidRPr="001A2E38">
              <w:rPr>
                <w:rFonts w:ascii="Times New Roman" w:eastAsia="Times New Roman" w:hAnsi="Times New Roman" w:cs="Times New Roman"/>
                <w:b/>
                <w:i/>
                <w:iCs/>
                <w:color w:val="000000"/>
                <w:sz w:val="20"/>
                <w:szCs w:val="20"/>
              </w:rPr>
              <w:t>P</w:t>
            </w:r>
            <w:r w:rsidRPr="001A2E38">
              <w:rPr>
                <w:rFonts w:ascii="Times New Roman" w:eastAsia="Times New Roman" w:hAnsi="Times New Roman" w:cs="Times New Roman"/>
                <w:b/>
                <w:color w:val="000000"/>
                <w:sz w:val="20"/>
                <w:szCs w:val="20"/>
              </w:rPr>
              <w:t xml:space="preserve"> value</w:t>
            </w:r>
          </w:p>
        </w:tc>
        <w:tc>
          <w:tcPr>
            <w:tcW w:w="1925" w:type="dxa"/>
            <w:tcBorders>
              <w:top w:val="single" w:sz="12" w:space="0" w:color="000000"/>
              <w:left w:val="none" w:sz="0" w:space="0" w:color="000000"/>
              <w:bottom w:val="single" w:sz="4" w:space="0" w:color="000000"/>
              <w:right w:val="none" w:sz="0" w:space="0" w:color="000000"/>
            </w:tcBorders>
            <w:tcMar>
              <w:top w:w="0" w:type="dxa"/>
              <w:left w:w="0" w:type="dxa"/>
              <w:bottom w:w="0" w:type="dxa"/>
              <w:right w:w="0" w:type="dxa"/>
            </w:tcMar>
            <w:vAlign w:val="center"/>
          </w:tcPr>
          <w:p w14:paraId="138E4CED" w14:textId="77777777" w:rsidR="0003231E" w:rsidRPr="001A2E38" w:rsidRDefault="0003231E" w:rsidP="00176373">
            <w:pPr>
              <w:pBdr>
                <w:top w:val="none" w:sz="0" w:space="0" w:color="000000"/>
                <w:left w:val="none" w:sz="0" w:space="0" w:color="000000"/>
                <w:bottom w:val="none" w:sz="0" w:space="0" w:color="000000"/>
                <w:right w:val="none" w:sz="0" w:space="0" w:color="000000"/>
              </w:pBdr>
              <w:snapToGrid w:val="0"/>
              <w:spacing w:before="40" w:after="40" w:line="240" w:lineRule="auto"/>
              <w:ind w:left="40" w:right="40"/>
              <w:jc w:val="center"/>
              <w:rPr>
                <w:rFonts w:ascii="Times New Roman" w:eastAsia="Times New Roman" w:hAnsi="Times New Roman" w:cs="Times New Roman"/>
                <w:b/>
                <w:color w:val="000000"/>
                <w:sz w:val="20"/>
                <w:szCs w:val="20"/>
              </w:rPr>
            </w:pPr>
            <w:r w:rsidRPr="001A2E38">
              <w:rPr>
                <w:rFonts w:ascii="Times New Roman" w:eastAsia="Times New Roman" w:hAnsi="Times New Roman" w:cs="Times New Roman"/>
                <w:b/>
                <w:i/>
                <w:iCs/>
                <w:color w:val="000000"/>
                <w:sz w:val="20"/>
                <w:szCs w:val="20"/>
              </w:rPr>
              <w:t>P</w:t>
            </w:r>
            <w:r w:rsidRPr="001A2E38">
              <w:rPr>
                <w:rFonts w:ascii="Times New Roman" w:eastAsia="Times New Roman" w:hAnsi="Times New Roman" w:cs="Times New Roman"/>
                <w:b/>
                <w:color w:val="000000"/>
                <w:sz w:val="20"/>
                <w:szCs w:val="20"/>
              </w:rPr>
              <w:t xml:space="preserve"> for trend</w:t>
            </w:r>
          </w:p>
        </w:tc>
      </w:tr>
      <w:tr w:rsidR="0003231E" w:rsidRPr="001A2E38" w14:paraId="07A58D86" w14:textId="77777777" w:rsidTr="00176373">
        <w:trPr>
          <w:jc w:val="center"/>
        </w:trPr>
        <w:tc>
          <w:tcPr>
            <w:tcW w:w="2099" w:type="dxa"/>
            <w:tcBorders>
              <w:top w:val="single" w:sz="4"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3F30D0E3" w14:textId="77777777" w:rsidR="0003231E" w:rsidRPr="001A2E38" w:rsidRDefault="0003231E" w:rsidP="00176373">
            <w:pPr>
              <w:pBdr>
                <w:top w:val="none" w:sz="0" w:space="0" w:color="000000"/>
                <w:left w:val="none" w:sz="0" w:space="0" w:color="000000"/>
                <w:bottom w:val="none" w:sz="0" w:space="0" w:color="000000"/>
                <w:right w:val="none" w:sz="0" w:space="0" w:color="000000"/>
              </w:pBdr>
              <w:snapToGrid w:val="0"/>
              <w:spacing w:before="40" w:after="40" w:line="240" w:lineRule="auto"/>
              <w:ind w:left="40" w:right="40"/>
              <w:rPr>
                <w:rFonts w:ascii="Times New Roman" w:eastAsia="Times New Roman" w:hAnsi="Times New Roman" w:cs="Times New Roman"/>
                <w:color w:val="000000"/>
                <w:sz w:val="20"/>
                <w:szCs w:val="20"/>
              </w:rPr>
            </w:pPr>
            <w:r w:rsidRPr="001A2E38">
              <w:rPr>
                <w:rFonts w:ascii="Times New Roman" w:eastAsia="Times New Roman" w:hAnsi="Times New Roman" w:cs="Times New Roman"/>
                <w:color w:val="000000"/>
                <w:sz w:val="20"/>
                <w:szCs w:val="20"/>
              </w:rPr>
              <w:t>CHG</w:t>
            </w:r>
          </w:p>
        </w:tc>
        <w:tc>
          <w:tcPr>
            <w:tcW w:w="2974" w:type="dxa"/>
            <w:tcBorders>
              <w:top w:val="single" w:sz="4"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4ECA6C81" w14:textId="77777777" w:rsidR="0003231E" w:rsidRPr="001A2E38" w:rsidRDefault="0003231E" w:rsidP="00176373">
            <w:pPr>
              <w:pBdr>
                <w:top w:val="none" w:sz="0" w:space="0" w:color="000000"/>
                <w:left w:val="none" w:sz="0" w:space="0" w:color="000000"/>
                <w:bottom w:val="none" w:sz="0" w:space="0" w:color="000000"/>
                <w:right w:val="none" w:sz="0" w:space="0" w:color="000000"/>
              </w:pBdr>
              <w:snapToGrid w:val="0"/>
              <w:spacing w:before="40" w:after="40" w:line="240" w:lineRule="auto"/>
              <w:ind w:left="40" w:right="40"/>
              <w:jc w:val="center"/>
              <w:rPr>
                <w:rFonts w:ascii="Times New Roman" w:eastAsia="Times New Roman" w:hAnsi="Times New Roman" w:cs="Times New Roman"/>
                <w:color w:val="000000"/>
                <w:sz w:val="20"/>
                <w:szCs w:val="20"/>
              </w:rPr>
            </w:pPr>
            <w:r w:rsidRPr="001A2E38">
              <w:rPr>
                <w:rFonts w:ascii="Times New Roman" w:eastAsia="Times New Roman" w:hAnsi="Times New Roman" w:cs="Times New Roman"/>
                <w:color w:val="000000"/>
                <w:sz w:val="20"/>
                <w:szCs w:val="20"/>
              </w:rPr>
              <w:t>Per 1-SD increase</w:t>
            </w:r>
          </w:p>
        </w:tc>
        <w:tc>
          <w:tcPr>
            <w:tcW w:w="3500" w:type="dxa"/>
            <w:tcBorders>
              <w:top w:val="single" w:sz="4"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46B17B1D" w14:textId="77777777" w:rsidR="0003231E" w:rsidRPr="001A2E38" w:rsidRDefault="0003231E" w:rsidP="00176373">
            <w:pPr>
              <w:pBdr>
                <w:top w:val="none" w:sz="0" w:space="0" w:color="000000"/>
                <w:left w:val="none" w:sz="0" w:space="0" w:color="000000"/>
                <w:bottom w:val="none" w:sz="0" w:space="0" w:color="000000"/>
                <w:right w:val="none" w:sz="0" w:space="0" w:color="000000"/>
              </w:pBdr>
              <w:snapToGrid w:val="0"/>
              <w:spacing w:before="40" w:after="40" w:line="240" w:lineRule="auto"/>
              <w:ind w:left="40" w:right="40"/>
              <w:jc w:val="center"/>
              <w:rPr>
                <w:rFonts w:ascii="Times New Roman" w:eastAsia="Times New Roman" w:hAnsi="Times New Roman" w:cs="Times New Roman"/>
                <w:color w:val="000000"/>
                <w:sz w:val="20"/>
                <w:szCs w:val="20"/>
              </w:rPr>
            </w:pPr>
            <w:r w:rsidRPr="001A2E38">
              <w:rPr>
                <w:rFonts w:ascii="Times New Roman" w:eastAsia="Times New Roman" w:hAnsi="Times New Roman" w:cs="Times New Roman"/>
                <w:color w:val="000000"/>
                <w:sz w:val="20"/>
                <w:szCs w:val="20"/>
              </w:rPr>
              <w:t>1.468 (1.429-1.508)</w:t>
            </w:r>
          </w:p>
        </w:tc>
        <w:tc>
          <w:tcPr>
            <w:tcW w:w="1750" w:type="dxa"/>
            <w:tcBorders>
              <w:top w:val="single" w:sz="4"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21CCD0BE" w14:textId="77777777" w:rsidR="0003231E" w:rsidRPr="001A2E38" w:rsidRDefault="0003231E" w:rsidP="00176373">
            <w:pPr>
              <w:pBdr>
                <w:top w:val="none" w:sz="0" w:space="0" w:color="000000"/>
                <w:left w:val="none" w:sz="0" w:space="0" w:color="000000"/>
                <w:bottom w:val="none" w:sz="0" w:space="0" w:color="000000"/>
                <w:right w:val="none" w:sz="0" w:space="0" w:color="000000"/>
              </w:pBdr>
              <w:snapToGrid w:val="0"/>
              <w:spacing w:before="40" w:after="40" w:line="240" w:lineRule="auto"/>
              <w:ind w:left="40" w:right="40"/>
              <w:jc w:val="center"/>
              <w:rPr>
                <w:rFonts w:ascii="Times New Roman" w:eastAsia="Times New Roman" w:hAnsi="Times New Roman" w:cs="Times New Roman"/>
                <w:color w:val="000000"/>
                <w:sz w:val="20"/>
                <w:szCs w:val="20"/>
              </w:rPr>
            </w:pPr>
            <w:r w:rsidRPr="001A2E38">
              <w:rPr>
                <w:rFonts w:ascii="Times New Roman" w:eastAsia="Times New Roman" w:hAnsi="Times New Roman" w:cs="Times New Roman"/>
                <w:color w:val="000000"/>
                <w:sz w:val="20"/>
                <w:szCs w:val="20"/>
              </w:rPr>
              <w:t>&lt;0.001</w:t>
            </w:r>
          </w:p>
        </w:tc>
        <w:tc>
          <w:tcPr>
            <w:tcW w:w="1925" w:type="dxa"/>
            <w:tcBorders>
              <w:top w:val="single" w:sz="4"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4970CE42" w14:textId="77777777" w:rsidR="0003231E" w:rsidRPr="001A2E38" w:rsidRDefault="0003231E" w:rsidP="00176373">
            <w:pPr>
              <w:pBdr>
                <w:top w:val="none" w:sz="0" w:space="0" w:color="000000"/>
                <w:left w:val="none" w:sz="0" w:space="0" w:color="000000"/>
                <w:bottom w:val="none" w:sz="0" w:space="0" w:color="000000"/>
                <w:right w:val="none" w:sz="0" w:space="0" w:color="000000"/>
              </w:pBdr>
              <w:snapToGrid w:val="0"/>
              <w:spacing w:before="40" w:after="40" w:line="240" w:lineRule="auto"/>
              <w:ind w:left="40" w:right="40"/>
              <w:jc w:val="center"/>
              <w:rPr>
                <w:rFonts w:ascii="Times New Roman" w:eastAsia="Times New Roman" w:hAnsi="Times New Roman" w:cs="Times New Roman"/>
                <w:color w:val="000000"/>
                <w:sz w:val="20"/>
                <w:szCs w:val="20"/>
              </w:rPr>
            </w:pPr>
          </w:p>
        </w:tc>
      </w:tr>
      <w:tr w:rsidR="0003231E" w:rsidRPr="001A2E38" w14:paraId="6B2A8AE2" w14:textId="77777777" w:rsidTr="00176373">
        <w:trPr>
          <w:jc w:val="center"/>
        </w:trPr>
        <w:tc>
          <w:tcPr>
            <w:tcW w:w="2099"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75331575" w14:textId="77777777" w:rsidR="0003231E" w:rsidRPr="001A2E38" w:rsidRDefault="0003231E" w:rsidP="00176373">
            <w:pPr>
              <w:pBdr>
                <w:top w:val="none" w:sz="0" w:space="0" w:color="000000"/>
                <w:left w:val="none" w:sz="0" w:space="0" w:color="000000"/>
                <w:bottom w:val="none" w:sz="0" w:space="0" w:color="000000"/>
                <w:right w:val="none" w:sz="0" w:space="0" w:color="000000"/>
              </w:pBdr>
              <w:snapToGrid w:val="0"/>
              <w:spacing w:before="40" w:after="40" w:line="240" w:lineRule="auto"/>
              <w:ind w:left="40" w:right="40"/>
              <w:rPr>
                <w:rFonts w:ascii="Times New Roman" w:eastAsia="Times New Roman" w:hAnsi="Times New Roman" w:cs="Times New Roman"/>
                <w:color w:val="000000"/>
                <w:sz w:val="20"/>
                <w:szCs w:val="20"/>
              </w:rPr>
            </w:pPr>
          </w:p>
        </w:tc>
        <w:tc>
          <w:tcPr>
            <w:tcW w:w="2974"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43CB2A28" w14:textId="77777777" w:rsidR="0003231E" w:rsidRPr="001A2E38" w:rsidRDefault="0003231E" w:rsidP="00176373">
            <w:pPr>
              <w:pBdr>
                <w:top w:val="none" w:sz="0" w:space="0" w:color="000000"/>
                <w:left w:val="none" w:sz="0" w:space="0" w:color="000000"/>
                <w:bottom w:val="none" w:sz="0" w:space="0" w:color="000000"/>
                <w:right w:val="none" w:sz="0" w:space="0" w:color="000000"/>
              </w:pBdr>
              <w:snapToGrid w:val="0"/>
              <w:spacing w:before="40" w:after="40" w:line="240" w:lineRule="auto"/>
              <w:ind w:left="40" w:right="40"/>
              <w:jc w:val="center"/>
              <w:rPr>
                <w:rFonts w:ascii="Times New Roman" w:eastAsia="Times New Roman" w:hAnsi="Times New Roman" w:cs="Times New Roman"/>
                <w:color w:val="000000"/>
                <w:sz w:val="20"/>
                <w:szCs w:val="20"/>
              </w:rPr>
            </w:pPr>
            <w:r w:rsidRPr="001A2E38">
              <w:rPr>
                <w:rFonts w:ascii="Times New Roman" w:eastAsia="Times New Roman" w:hAnsi="Times New Roman" w:cs="Times New Roman"/>
                <w:color w:val="000000"/>
                <w:sz w:val="20"/>
                <w:szCs w:val="20"/>
              </w:rPr>
              <w:t>Q1</w:t>
            </w:r>
          </w:p>
        </w:tc>
        <w:tc>
          <w:tcPr>
            <w:tcW w:w="3500"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641D15B9" w14:textId="77777777" w:rsidR="0003231E" w:rsidRPr="001A2E38" w:rsidRDefault="0003231E" w:rsidP="00176373">
            <w:pPr>
              <w:pBdr>
                <w:top w:val="none" w:sz="0" w:space="0" w:color="000000"/>
                <w:left w:val="none" w:sz="0" w:space="0" w:color="000000"/>
                <w:bottom w:val="none" w:sz="0" w:space="0" w:color="000000"/>
                <w:right w:val="none" w:sz="0" w:space="0" w:color="000000"/>
              </w:pBdr>
              <w:snapToGrid w:val="0"/>
              <w:spacing w:before="40" w:after="40" w:line="240" w:lineRule="auto"/>
              <w:ind w:left="40" w:right="40"/>
              <w:jc w:val="center"/>
              <w:rPr>
                <w:rFonts w:ascii="Times New Roman" w:eastAsia="Times New Roman" w:hAnsi="Times New Roman" w:cs="Times New Roman"/>
                <w:color w:val="000000"/>
                <w:sz w:val="20"/>
                <w:szCs w:val="20"/>
              </w:rPr>
            </w:pPr>
            <w:r w:rsidRPr="001A2E38">
              <w:rPr>
                <w:rFonts w:ascii="Times New Roman" w:eastAsia="Times New Roman" w:hAnsi="Times New Roman" w:cs="Times New Roman"/>
                <w:color w:val="000000"/>
                <w:sz w:val="20"/>
                <w:szCs w:val="20"/>
              </w:rPr>
              <w:t>Reference</w:t>
            </w:r>
          </w:p>
        </w:tc>
        <w:tc>
          <w:tcPr>
            <w:tcW w:w="1750"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4AD74834" w14:textId="77777777" w:rsidR="0003231E" w:rsidRPr="001A2E38" w:rsidRDefault="0003231E" w:rsidP="00176373">
            <w:pPr>
              <w:pBdr>
                <w:top w:val="none" w:sz="0" w:space="0" w:color="000000"/>
                <w:left w:val="none" w:sz="0" w:space="0" w:color="000000"/>
                <w:bottom w:val="none" w:sz="0" w:space="0" w:color="000000"/>
                <w:right w:val="none" w:sz="0" w:space="0" w:color="000000"/>
              </w:pBdr>
              <w:snapToGrid w:val="0"/>
              <w:spacing w:before="40" w:after="40" w:line="240" w:lineRule="auto"/>
              <w:ind w:left="40" w:right="40"/>
              <w:jc w:val="center"/>
              <w:rPr>
                <w:rFonts w:ascii="Times New Roman" w:eastAsia="Times New Roman" w:hAnsi="Times New Roman" w:cs="Times New Roman"/>
                <w:color w:val="000000"/>
                <w:sz w:val="20"/>
                <w:szCs w:val="20"/>
              </w:rPr>
            </w:pPr>
          </w:p>
        </w:tc>
        <w:tc>
          <w:tcPr>
            <w:tcW w:w="1925"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3FF9BF3E" w14:textId="77777777" w:rsidR="0003231E" w:rsidRPr="001A2E38" w:rsidRDefault="0003231E" w:rsidP="00176373">
            <w:pPr>
              <w:pBdr>
                <w:top w:val="none" w:sz="0" w:space="0" w:color="000000"/>
                <w:left w:val="none" w:sz="0" w:space="0" w:color="000000"/>
                <w:bottom w:val="none" w:sz="0" w:space="0" w:color="000000"/>
                <w:right w:val="none" w:sz="0" w:space="0" w:color="000000"/>
              </w:pBdr>
              <w:snapToGrid w:val="0"/>
              <w:spacing w:before="40" w:after="40" w:line="240" w:lineRule="auto"/>
              <w:ind w:left="40" w:right="40"/>
              <w:jc w:val="center"/>
              <w:rPr>
                <w:rFonts w:ascii="Times New Roman" w:eastAsia="Times New Roman" w:hAnsi="Times New Roman" w:cs="Times New Roman"/>
                <w:color w:val="000000"/>
                <w:sz w:val="20"/>
                <w:szCs w:val="20"/>
              </w:rPr>
            </w:pPr>
          </w:p>
        </w:tc>
      </w:tr>
      <w:tr w:rsidR="0003231E" w:rsidRPr="001A2E38" w14:paraId="3FB6EEF5" w14:textId="77777777" w:rsidTr="00176373">
        <w:trPr>
          <w:jc w:val="center"/>
        </w:trPr>
        <w:tc>
          <w:tcPr>
            <w:tcW w:w="2099"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5A1EE661" w14:textId="77777777" w:rsidR="0003231E" w:rsidRPr="001A2E38" w:rsidRDefault="0003231E" w:rsidP="00176373">
            <w:pPr>
              <w:pBdr>
                <w:top w:val="none" w:sz="0" w:space="0" w:color="000000"/>
                <w:left w:val="none" w:sz="0" w:space="0" w:color="000000"/>
                <w:bottom w:val="none" w:sz="0" w:space="0" w:color="000000"/>
                <w:right w:val="none" w:sz="0" w:space="0" w:color="000000"/>
              </w:pBdr>
              <w:snapToGrid w:val="0"/>
              <w:spacing w:before="40" w:after="40" w:line="240" w:lineRule="auto"/>
              <w:ind w:left="40" w:right="40"/>
              <w:rPr>
                <w:rFonts w:ascii="Times New Roman" w:eastAsia="Times New Roman" w:hAnsi="Times New Roman" w:cs="Times New Roman"/>
                <w:color w:val="000000"/>
                <w:sz w:val="20"/>
                <w:szCs w:val="20"/>
              </w:rPr>
            </w:pPr>
          </w:p>
        </w:tc>
        <w:tc>
          <w:tcPr>
            <w:tcW w:w="2974"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6E78EED4" w14:textId="77777777" w:rsidR="0003231E" w:rsidRPr="001A2E38" w:rsidRDefault="0003231E" w:rsidP="00176373">
            <w:pPr>
              <w:pBdr>
                <w:top w:val="none" w:sz="0" w:space="0" w:color="000000"/>
                <w:left w:val="none" w:sz="0" w:space="0" w:color="000000"/>
                <w:bottom w:val="none" w:sz="0" w:space="0" w:color="000000"/>
                <w:right w:val="none" w:sz="0" w:space="0" w:color="000000"/>
              </w:pBdr>
              <w:snapToGrid w:val="0"/>
              <w:spacing w:before="40" w:after="40" w:line="240" w:lineRule="auto"/>
              <w:ind w:left="40" w:right="40"/>
              <w:jc w:val="center"/>
              <w:rPr>
                <w:rFonts w:ascii="Times New Roman" w:eastAsia="Times New Roman" w:hAnsi="Times New Roman" w:cs="Times New Roman"/>
                <w:color w:val="000000"/>
                <w:sz w:val="20"/>
                <w:szCs w:val="20"/>
              </w:rPr>
            </w:pPr>
            <w:r w:rsidRPr="001A2E38">
              <w:rPr>
                <w:rFonts w:ascii="Times New Roman" w:eastAsia="Times New Roman" w:hAnsi="Times New Roman" w:cs="Times New Roman"/>
                <w:color w:val="000000"/>
                <w:sz w:val="20"/>
                <w:szCs w:val="20"/>
              </w:rPr>
              <w:t>Q2</w:t>
            </w:r>
          </w:p>
        </w:tc>
        <w:tc>
          <w:tcPr>
            <w:tcW w:w="3500"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306F21D2" w14:textId="77777777" w:rsidR="0003231E" w:rsidRPr="001A2E38" w:rsidRDefault="0003231E" w:rsidP="00176373">
            <w:pPr>
              <w:pBdr>
                <w:top w:val="none" w:sz="0" w:space="0" w:color="000000"/>
                <w:left w:val="none" w:sz="0" w:space="0" w:color="000000"/>
                <w:bottom w:val="none" w:sz="0" w:space="0" w:color="000000"/>
                <w:right w:val="none" w:sz="0" w:space="0" w:color="000000"/>
              </w:pBdr>
              <w:snapToGrid w:val="0"/>
              <w:spacing w:before="40" w:after="40" w:line="240" w:lineRule="auto"/>
              <w:ind w:left="40" w:right="40"/>
              <w:jc w:val="center"/>
              <w:rPr>
                <w:rFonts w:ascii="Times New Roman" w:eastAsia="Times New Roman" w:hAnsi="Times New Roman" w:cs="Times New Roman"/>
                <w:color w:val="000000"/>
                <w:sz w:val="20"/>
                <w:szCs w:val="20"/>
              </w:rPr>
            </w:pPr>
            <w:r w:rsidRPr="001A2E38">
              <w:rPr>
                <w:rFonts w:ascii="Times New Roman" w:eastAsia="Times New Roman" w:hAnsi="Times New Roman" w:cs="Times New Roman"/>
                <w:color w:val="000000"/>
                <w:sz w:val="20"/>
                <w:szCs w:val="20"/>
              </w:rPr>
              <w:t>1.048 (0.943-1.164)</w:t>
            </w:r>
          </w:p>
        </w:tc>
        <w:tc>
          <w:tcPr>
            <w:tcW w:w="1750"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327130DC" w14:textId="77777777" w:rsidR="0003231E" w:rsidRPr="001A2E38" w:rsidRDefault="0003231E" w:rsidP="00176373">
            <w:pPr>
              <w:pBdr>
                <w:top w:val="none" w:sz="0" w:space="0" w:color="000000"/>
                <w:left w:val="none" w:sz="0" w:space="0" w:color="000000"/>
                <w:bottom w:val="none" w:sz="0" w:space="0" w:color="000000"/>
                <w:right w:val="none" w:sz="0" w:space="0" w:color="000000"/>
              </w:pBdr>
              <w:snapToGrid w:val="0"/>
              <w:spacing w:before="40" w:after="40" w:line="240" w:lineRule="auto"/>
              <w:ind w:left="40" w:right="40"/>
              <w:jc w:val="center"/>
              <w:rPr>
                <w:rFonts w:ascii="Times New Roman" w:eastAsia="Times New Roman" w:hAnsi="Times New Roman" w:cs="Times New Roman"/>
                <w:color w:val="000000"/>
                <w:sz w:val="20"/>
                <w:szCs w:val="20"/>
              </w:rPr>
            </w:pPr>
            <w:r w:rsidRPr="001A2E38">
              <w:rPr>
                <w:rFonts w:ascii="Times New Roman" w:eastAsia="Times New Roman" w:hAnsi="Times New Roman" w:cs="Times New Roman"/>
                <w:color w:val="000000"/>
                <w:sz w:val="20"/>
                <w:szCs w:val="20"/>
              </w:rPr>
              <w:t>0.386</w:t>
            </w:r>
          </w:p>
        </w:tc>
        <w:tc>
          <w:tcPr>
            <w:tcW w:w="1925"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3B6C2AE9" w14:textId="77777777" w:rsidR="0003231E" w:rsidRPr="001A2E38" w:rsidRDefault="0003231E" w:rsidP="00176373">
            <w:pPr>
              <w:pBdr>
                <w:top w:val="none" w:sz="0" w:space="0" w:color="000000"/>
                <w:left w:val="none" w:sz="0" w:space="0" w:color="000000"/>
                <w:bottom w:val="none" w:sz="0" w:space="0" w:color="000000"/>
                <w:right w:val="none" w:sz="0" w:space="0" w:color="000000"/>
              </w:pBdr>
              <w:snapToGrid w:val="0"/>
              <w:spacing w:before="40" w:after="40" w:line="240" w:lineRule="auto"/>
              <w:ind w:left="40" w:right="40"/>
              <w:jc w:val="center"/>
              <w:rPr>
                <w:rFonts w:ascii="Times New Roman" w:eastAsia="Times New Roman" w:hAnsi="Times New Roman" w:cs="Times New Roman"/>
                <w:color w:val="000000"/>
                <w:sz w:val="20"/>
                <w:szCs w:val="20"/>
              </w:rPr>
            </w:pPr>
          </w:p>
        </w:tc>
      </w:tr>
      <w:tr w:rsidR="0003231E" w:rsidRPr="001A2E38" w14:paraId="2D7C8DA3" w14:textId="77777777" w:rsidTr="00176373">
        <w:trPr>
          <w:trHeight w:val="58"/>
          <w:jc w:val="center"/>
        </w:trPr>
        <w:tc>
          <w:tcPr>
            <w:tcW w:w="2099"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67F9FD53" w14:textId="77777777" w:rsidR="0003231E" w:rsidRPr="001A2E38" w:rsidRDefault="0003231E" w:rsidP="00176373">
            <w:pPr>
              <w:pBdr>
                <w:top w:val="none" w:sz="0" w:space="0" w:color="000000"/>
                <w:left w:val="none" w:sz="0" w:space="0" w:color="000000"/>
                <w:bottom w:val="none" w:sz="0" w:space="0" w:color="000000"/>
                <w:right w:val="none" w:sz="0" w:space="0" w:color="000000"/>
              </w:pBdr>
              <w:snapToGrid w:val="0"/>
              <w:spacing w:before="40" w:after="40" w:line="240" w:lineRule="auto"/>
              <w:ind w:left="40" w:right="40"/>
              <w:rPr>
                <w:rFonts w:ascii="Times New Roman" w:eastAsia="Times New Roman" w:hAnsi="Times New Roman" w:cs="Times New Roman"/>
                <w:color w:val="000000"/>
                <w:sz w:val="20"/>
                <w:szCs w:val="20"/>
              </w:rPr>
            </w:pPr>
          </w:p>
        </w:tc>
        <w:tc>
          <w:tcPr>
            <w:tcW w:w="2974"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7C784E90" w14:textId="77777777" w:rsidR="0003231E" w:rsidRPr="001A2E38" w:rsidRDefault="0003231E" w:rsidP="00176373">
            <w:pPr>
              <w:pBdr>
                <w:top w:val="none" w:sz="0" w:space="0" w:color="000000"/>
                <w:left w:val="none" w:sz="0" w:space="0" w:color="000000"/>
                <w:bottom w:val="none" w:sz="0" w:space="0" w:color="000000"/>
                <w:right w:val="none" w:sz="0" w:space="0" w:color="000000"/>
              </w:pBdr>
              <w:snapToGrid w:val="0"/>
              <w:spacing w:before="40" w:after="40" w:line="240" w:lineRule="auto"/>
              <w:ind w:left="40" w:right="40"/>
              <w:jc w:val="center"/>
              <w:rPr>
                <w:rFonts w:ascii="Times New Roman" w:eastAsia="Times New Roman" w:hAnsi="Times New Roman" w:cs="Times New Roman"/>
                <w:color w:val="000000"/>
                <w:sz w:val="20"/>
                <w:szCs w:val="20"/>
              </w:rPr>
            </w:pPr>
            <w:r w:rsidRPr="001A2E38">
              <w:rPr>
                <w:rFonts w:ascii="Times New Roman" w:eastAsia="Times New Roman" w:hAnsi="Times New Roman" w:cs="Times New Roman"/>
                <w:color w:val="000000"/>
                <w:sz w:val="20"/>
                <w:szCs w:val="20"/>
              </w:rPr>
              <w:t>Q3</w:t>
            </w:r>
          </w:p>
        </w:tc>
        <w:tc>
          <w:tcPr>
            <w:tcW w:w="3500"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2E6ADC5B" w14:textId="77777777" w:rsidR="0003231E" w:rsidRPr="001A2E38" w:rsidRDefault="0003231E" w:rsidP="00176373">
            <w:pPr>
              <w:pBdr>
                <w:top w:val="none" w:sz="0" w:space="0" w:color="000000"/>
                <w:left w:val="none" w:sz="0" w:space="0" w:color="000000"/>
                <w:bottom w:val="none" w:sz="0" w:space="0" w:color="000000"/>
                <w:right w:val="none" w:sz="0" w:space="0" w:color="000000"/>
              </w:pBdr>
              <w:snapToGrid w:val="0"/>
              <w:spacing w:before="40" w:after="40" w:line="240" w:lineRule="auto"/>
              <w:ind w:left="40" w:right="40"/>
              <w:jc w:val="center"/>
              <w:rPr>
                <w:rFonts w:ascii="Times New Roman" w:eastAsia="Times New Roman" w:hAnsi="Times New Roman" w:cs="Times New Roman"/>
                <w:color w:val="000000"/>
                <w:sz w:val="20"/>
                <w:szCs w:val="20"/>
              </w:rPr>
            </w:pPr>
            <w:r w:rsidRPr="001A2E38">
              <w:rPr>
                <w:rFonts w:ascii="Times New Roman" w:eastAsia="Times New Roman" w:hAnsi="Times New Roman" w:cs="Times New Roman"/>
                <w:color w:val="000000"/>
                <w:sz w:val="20"/>
                <w:szCs w:val="20"/>
              </w:rPr>
              <w:t>1.154 (1.040-1.280)</w:t>
            </w:r>
          </w:p>
        </w:tc>
        <w:tc>
          <w:tcPr>
            <w:tcW w:w="1750"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54945437" w14:textId="77777777" w:rsidR="0003231E" w:rsidRPr="001A2E38" w:rsidRDefault="0003231E" w:rsidP="00176373">
            <w:pPr>
              <w:pBdr>
                <w:top w:val="none" w:sz="0" w:space="0" w:color="000000"/>
                <w:left w:val="none" w:sz="0" w:space="0" w:color="000000"/>
                <w:bottom w:val="none" w:sz="0" w:space="0" w:color="000000"/>
                <w:right w:val="none" w:sz="0" w:space="0" w:color="000000"/>
              </w:pBdr>
              <w:snapToGrid w:val="0"/>
              <w:spacing w:before="40" w:after="40" w:line="240" w:lineRule="auto"/>
              <w:ind w:left="40" w:right="40"/>
              <w:jc w:val="center"/>
              <w:rPr>
                <w:rFonts w:ascii="Times New Roman" w:eastAsia="Times New Roman" w:hAnsi="Times New Roman" w:cs="Times New Roman"/>
                <w:color w:val="000000"/>
                <w:sz w:val="20"/>
                <w:szCs w:val="20"/>
              </w:rPr>
            </w:pPr>
            <w:r w:rsidRPr="001A2E38">
              <w:rPr>
                <w:rFonts w:ascii="Times New Roman" w:eastAsia="Times New Roman" w:hAnsi="Times New Roman" w:cs="Times New Roman"/>
                <w:color w:val="000000"/>
                <w:sz w:val="20"/>
                <w:szCs w:val="20"/>
              </w:rPr>
              <w:t>0.007</w:t>
            </w:r>
          </w:p>
        </w:tc>
        <w:tc>
          <w:tcPr>
            <w:tcW w:w="1925"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596FB4EB" w14:textId="77777777" w:rsidR="0003231E" w:rsidRPr="001A2E38" w:rsidRDefault="0003231E" w:rsidP="00176373">
            <w:pPr>
              <w:pBdr>
                <w:top w:val="none" w:sz="0" w:space="0" w:color="000000"/>
                <w:left w:val="none" w:sz="0" w:space="0" w:color="000000"/>
                <w:bottom w:val="none" w:sz="0" w:space="0" w:color="000000"/>
                <w:right w:val="none" w:sz="0" w:space="0" w:color="000000"/>
              </w:pBdr>
              <w:snapToGrid w:val="0"/>
              <w:spacing w:before="40" w:after="40" w:line="240" w:lineRule="auto"/>
              <w:ind w:left="40" w:right="40"/>
              <w:jc w:val="center"/>
              <w:rPr>
                <w:rFonts w:ascii="Times New Roman" w:eastAsia="Times New Roman" w:hAnsi="Times New Roman" w:cs="Times New Roman"/>
                <w:color w:val="000000"/>
                <w:sz w:val="20"/>
                <w:szCs w:val="20"/>
              </w:rPr>
            </w:pPr>
          </w:p>
        </w:tc>
      </w:tr>
      <w:tr w:rsidR="0003231E" w:rsidRPr="001A2E38" w14:paraId="65B10CDF" w14:textId="77777777" w:rsidTr="00176373">
        <w:trPr>
          <w:jc w:val="center"/>
        </w:trPr>
        <w:tc>
          <w:tcPr>
            <w:tcW w:w="2099"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1E528022" w14:textId="77777777" w:rsidR="0003231E" w:rsidRPr="001A2E38" w:rsidRDefault="0003231E" w:rsidP="00176373">
            <w:pPr>
              <w:pBdr>
                <w:top w:val="none" w:sz="0" w:space="0" w:color="000000"/>
                <w:left w:val="none" w:sz="0" w:space="0" w:color="000000"/>
                <w:bottom w:val="none" w:sz="0" w:space="0" w:color="000000"/>
                <w:right w:val="none" w:sz="0" w:space="0" w:color="000000"/>
              </w:pBdr>
              <w:snapToGrid w:val="0"/>
              <w:spacing w:before="40" w:after="40" w:line="240" w:lineRule="auto"/>
              <w:ind w:left="40" w:right="40"/>
              <w:rPr>
                <w:rFonts w:ascii="Times New Roman" w:eastAsia="Times New Roman" w:hAnsi="Times New Roman" w:cs="Times New Roman"/>
                <w:color w:val="000000"/>
                <w:sz w:val="20"/>
                <w:szCs w:val="20"/>
              </w:rPr>
            </w:pPr>
          </w:p>
        </w:tc>
        <w:tc>
          <w:tcPr>
            <w:tcW w:w="2974"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5E0A4AA0" w14:textId="77777777" w:rsidR="0003231E" w:rsidRPr="001A2E38" w:rsidRDefault="0003231E" w:rsidP="00176373">
            <w:pPr>
              <w:pBdr>
                <w:top w:val="none" w:sz="0" w:space="0" w:color="000000"/>
                <w:left w:val="none" w:sz="0" w:space="0" w:color="000000"/>
                <w:bottom w:val="none" w:sz="0" w:space="0" w:color="000000"/>
                <w:right w:val="none" w:sz="0" w:space="0" w:color="000000"/>
              </w:pBdr>
              <w:snapToGrid w:val="0"/>
              <w:spacing w:before="40" w:after="40" w:line="240" w:lineRule="auto"/>
              <w:ind w:left="40" w:right="40"/>
              <w:jc w:val="center"/>
              <w:rPr>
                <w:rFonts w:ascii="Times New Roman" w:eastAsia="Times New Roman" w:hAnsi="Times New Roman" w:cs="Times New Roman"/>
                <w:color w:val="000000"/>
                <w:sz w:val="20"/>
                <w:szCs w:val="20"/>
              </w:rPr>
            </w:pPr>
            <w:r w:rsidRPr="001A2E38">
              <w:rPr>
                <w:rFonts w:ascii="Times New Roman" w:eastAsia="Times New Roman" w:hAnsi="Times New Roman" w:cs="Times New Roman"/>
                <w:color w:val="000000"/>
                <w:sz w:val="20"/>
                <w:szCs w:val="20"/>
              </w:rPr>
              <w:t>Q4</w:t>
            </w:r>
          </w:p>
        </w:tc>
        <w:tc>
          <w:tcPr>
            <w:tcW w:w="3500"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4BDDD7C2" w14:textId="77777777" w:rsidR="0003231E" w:rsidRPr="001A2E38" w:rsidRDefault="0003231E" w:rsidP="00176373">
            <w:pPr>
              <w:pBdr>
                <w:top w:val="none" w:sz="0" w:space="0" w:color="000000"/>
                <w:left w:val="none" w:sz="0" w:space="0" w:color="000000"/>
                <w:bottom w:val="none" w:sz="0" w:space="0" w:color="000000"/>
                <w:right w:val="none" w:sz="0" w:space="0" w:color="000000"/>
              </w:pBdr>
              <w:snapToGrid w:val="0"/>
              <w:spacing w:before="40" w:after="40" w:line="240" w:lineRule="auto"/>
              <w:ind w:left="40" w:right="40"/>
              <w:jc w:val="center"/>
              <w:rPr>
                <w:rFonts w:ascii="Times New Roman" w:eastAsia="Times New Roman" w:hAnsi="Times New Roman" w:cs="Times New Roman"/>
                <w:color w:val="000000"/>
                <w:sz w:val="20"/>
                <w:szCs w:val="20"/>
              </w:rPr>
            </w:pPr>
            <w:r w:rsidRPr="001A2E38">
              <w:rPr>
                <w:rFonts w:ascii="Times New Roman" w:eastAsia="Times New Roman" w:hAnsi="Times New Roman" w:cs="Times New Roman"/>
                <w:color w:val="000000"/>
                <w:sz w:val="20"/>
                <w:szCs w:val="20"/>
              </w:rPr>
              <w:t>2.279 (2.080-2.498)</w:t>
            </w:r>
          </w:p>
        </w:tc>
        <w:tc>
          <w:tcPr>
            <w:tcW w:w="1750"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18AAFC14" w14:textId="77777777" w:rsidR="0003231E" w:rsidRPr="001A2E38" w:rsidRDefault="0003231E" w:rsidP="00176373">
            <w:pPr>
              <w:pBdr>
                <w:top w:val="none" w:sz="0" w:space="0" w:color="000000"/>
                <w:left w:val="none" w:sz="0" w:space="0" w:color="000000"/>
                <w:bottom w:val="none" w:sz="0" w:space="0" w:color="000000"/>
                <w:right w:val="none" w:sz="0" w:space="0" w:color="000000"/>
              </w:pBdr>
              <w:snapToGrid w:val="0"/>
              <w:spacing w:before="40" w:after="40" w:line="240" w:lineRule="auto"/>
              <w:ind w:left="40" w:right="40"/>
              <w:jc w:val="center"/>
              <w:rPr>
                <w:rFonts w:ascii="Times New Roman" w:eastAsia="Times New Roman" w:hAnsi="Times New Roman" w:cs="Times New Roman"/>
                <w:color w:val="000000"/>
                <w:sz w:val="20"/>
                <w:szCs w:val="20"/>
              </w:rPr>
            </w:pPr>
            <w:r w:rsidRPr="001A2E38">
              <w:rPr>
                <w:rFonts w:ascii="Times New Roman" w:eastAsia="Times New Roman" w:hAnsi="Times New Roman" w:cs="Times New Roman"/>
                <w:color w:val="000000"/>
                <w:sz w:val="20"/>
                <w:szCs w:val="20"/>
              </w:rPr>
              <w:t>&lt;0.001</w:t>
            </w:r>
          </w:p>
        </w:tc>
        <w:tc>
          <w:tcPr>
            <w:tcW w:w="1925"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7295537E" w14:textId="77777777" w:rsidR="0003231E" w:rsidRPr="001A2E38" w:rsidRDefault="0003231E" w:rsidP="00176373">
            <w:pPr>
              <w:pBdr>
                <w:top w:val="none" w:sz="0" w:space="0" w:color="000000"/>
                <w:left w:val="none" w:sz="0" w:space="0" w:color="000000"/>
                <w:bottom w:val="none" w:sz="0" w:space="0" w:color="000000"/>
                <w:right w:val="none" w:sz="0" w:space="0" w:color="000000"/>
              </w:pBdr>
              <w:snapToGrid w:val="0"/>
              <w:spacing w:before="40" w:after="40" w:line="240" w:lineRule="auto"/>
              <w:ind w:left="40" w:right="40"/>
              <w:jc w:val="center"/>
              <w:rPr>
                <w:rFonts w:ascii="Times New Roman" w:eastAsia="Times New Roman" w:hAnsi="Times New Roman" w:cs="Times New Roman"/>
                <w:color w:val="000000"/>
                <w:sz w:val="20"/>
                <w:szCs w:val="20"/>
              </w:rPr>
            </w:pPr>
            <w:r w:rsidRPr="001A2E38">
              <w:rPr>
                <w:rFonts w:ascii="Times New Roman" w:eastAsia="Times New Roman" w:hAnsi="Times New Roman" w:cs="Times New Roman"/>
                <w:color w:val="000000"/>
                <w:sz w:val="20"/>
                <w:szCs w:val="20"/>
              </w:rPr>
              <w:t>&lt;0.001</w:t>
            </w:r>
          </w:p>
        </w:tc>
      </w:tr>
      <w:tr w:rsidR="0003231E" w:rsidRPr="001A2E38" w14:paraId="1BE7539A" w14:textId="77777777" w:rsidTr="00176373">
        <w:trPr>
          <w:jc w:val="center"/>
        </w:trPr>
        <w:tc>
          <w:tcPr>
            <w:tcW w:w="2099"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5447A9D7" w14:textId="77777777" w:rsidR="0003231E" w:rsidRPr="001A2E38" w:rsidRDefault="0003231E" w:rsidP="00176373">
            <w:pPr>
              <w:pBdr>
                <w:top w:val="none" w:sz="0" w:space="0" w:color="000000"/>
                <w:left w:val="none" w:sz="0" w:space="0" w:color="000000"/>
                <w:bottom w:val="none" w:sz="0" w:space="0" w:color="000000"/>
                <w:right w:val="none" w:sz="0" w:space="0" w:color="000000"/>
              </w:pBdr>
              <w:snapToGrid w:val="0"/>
              <w:spacing w:before="40" w:after="40" w:line="240" w:lineRule="auto"/>
              <w:ind w:left="40" w:right="40"/>
              <w:rPr>
                <w:rFonts w:ascii="Times New Roman" w:eastAsia="Times New Roman" w:hAnsi="Times New Roman" w:cs="Times New Roman"/>
                <w:color w:val="000000"/>
                <w:sz w:val="20"/>
                <w:szCs w:val="20"/>
              </w:rPr>
            </w:pPr>
            <w:r w:rsidRPr="001A2E38">
              <w:rPr>
                <w:rFonts w:ascii="Times New Roman" w:eastAsia="Times New Roman" w:hAnsi="Times New Roman" w:cs="Times New Roman"/>
                <w:color w:val="000000"/>
                <w:sz w:val="20"/>
                <w:szCs w:val="20"/>
              </w:rPr>
              <w:t>CHG-BMI</w:t>
            </w:r>
          </w:p>
        </w:tc>
        <w:tc>
          <w:tcPr>
            <w:tcW w:w="2974"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5C4B8D59" w14:textId="77777777" w:rsidR="0003231E" w:rsidRPr="001A2E38" w:rsidRDefault="0003231E" w:rsidP="00176373">
            <w:pPr>
              <w:pBdr>
                <w:top w:val="none" w:sz="0" w:space="0" w:color="000000"/>
                <w:left w:val="none" w:sz="0" w:space="0" w:color="000000"/>
                <w:bottom w:val="none" w:sz="0" w:space="0" w:color="000000"/>
                <w:right w:val="none" w:sz="0" w:space="0" w:color="000000"/>
              </w:pBdr>
              <w:snapToGrid w:val="0"/>
              <w:spacing w:before="40" w:after="40" w:line="240" w:lineRule="auto"/>
              <w:ind w:left="40" w:right="40"/>
              <w:jc w:val="center"/>
              <w:rPr>
                <w:rFonts w:ascii="Times New Roman" w:eastAsia="Times New Roman" w:hAnsi="Times New Roman" w:cs="Times New Roman"/>
                <w:color w:val="000000"/>
                <w:sz w:val="20"/>
                <w:szCs w:val="20"/>
              </w:rPr>
            </w:pPr>
            <w:r w:rsidRPr="001A2E38">
              <w:rPr>
                <w:rFonts w:ascii="Times New Roman" w:eastAsia="Times New Roman" w:hAnsi="Times New Roman" w:cs="Times New Roman"/>
                <w:color w:val="000000"/>
                <w:sz w:val="20"/>
                <w:szCs w:val="20"/>
              </w:rPr>
              <w:t>Per 1-SD increase</w:t>
            </w:r>
          </w:p>
        </w:tc>
        <w:tc>
          <w:tcPr>
            <w:tcW w:w="3500"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597A6CEB" w14:textId="77777777" w:rsidR="0003231E" w:rsidRPr="001A2E38" w:rsidRDefault="0003231E" w:rsidP="00176373">
            <w:pPr>
              <w:pBdr>
                <w:top w:val="none" w:sz="0" w:space="0" w:color="000000"/>
                <w:left w:val="none" w:sz="0" w:space="0" w:color="000000"/>
                <w:bottom w:val="none" w:sz="0" w:space="0" w:color="000000"/>
                <w:right w:val="none" w:sz="0" w:space="0" w:color="000000"/>
              </w:pBdr>
              <w:snapToGrid w:val="0"/>
              <w:spacing w:before="40" w:after="40" w:line="240" w:lineRule="auto"/>
              <w:ind w:left="40" w:right="40"/>
              <w:jc w:val="center"/>
              <w:rPr>
                <w:rFonts w:ascii="Times New Roman" w:eastAsia="Times New Roman" w:hAnsi="Times New Roman" w:cs="Times New Roman"/>
                <w:color w:val="000000"/>
                <w:sz w:val="20"/>
                <w:szCs w:val="20"/>
              </w:rPr>
            </w:pPr>
            <w:r w:rsidRPr="001A2E38">
              <w:rPr>
                <w:rFonts w:ascii="Times New Roman" w:eastAsia="Times New Roman" w:hAnsi="Times New Roman" w:cs="Times New Roman"/>
                <w:color w:val="000000"/>
                <w:sz w:val="20"/>
                <w:szCs w:val="20"/>
              </w:rPr>
              <w:t>1.519 (1.478-1.560)</w:t>
            </w:r>
          </w:p>
        </w:tc>
        <w:tc>
          <w:tcPr>
            <w:tcW w:w="1750"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48B14831" w14:textId="77777777" w:rsidR="0003231E" w:rsidRPr="001A2E38" w:rsidRDefault="0003231E" w:rsidP="00176373">
            <w:pPr>
              <w:pBdr>
                <w:top w:val="none" w:sz="0" w:space="0" w:color="000000"/>
                <w:left w:val="none" w:sz="0" w:space="0" w:color="000000"/>
                <w:bottom w:val="none" w:sz="0" w:space="0" w:color="000000"/>
                <w:right w:val="none" w:sz="0" w:space="0" w:color="000000"/>
              </w:pBdr>
              <w:snapToGrid w:val="0"/>
              <w:spacing w:before="40" w:after="40" w:line="240" w:lineRule="auto"/>
              <w:ind w:left="40" w:right="40"/>
              <w:jc w:val="center"/>
              <w:rPr>
                <w:rFonts w:ascii="Times New Roman" w:eastAsia="Times New Roman" w:hAnsi="Times New Roman" w:cs="Times New Roman"/>
                <w:color w:val="000000"/>
                <w:sz w:val="20"/>
                <w:szCs w:val="20"/>
              </w:rPr>
            </w:pPr>
            <w:r w:rsidRPr="001A2E38">
              <w:rPr>
                <w:rFonts w:ascii="Times New Roman" w:eastAsia="Times New Roman" w:hAnsi="Times New Roman" w:cs="Times New Roman"/>
                <w:color w:val="000000"/>
                <w:sz w:val="20"/>
                <w:szCs w:val="20"/>
              </w:rPr>
              <w:t>&lt;0.001</w:t>
            </w:r>
          </w:p>
        </w:tc>
        <w:tc>
          <w:tcPr>
            <w:tcW w:w="1925"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542B4AF4" w14:textId="77777777" w:rsidR="0003231E" w:rsidRPr="001A2E38" w:rsidRDefault="0003231E" w:rsidP="00176373">
            <w:pPr>
              <w:pBdr>
                <w:top w:val="none" w:sz="0" w:space="0" w:color="000000"/>
                <w:left w:val="none" w:sz="0" w:space="0" w:color="000000"/>
                <w:bottom w:val="none" w:sz="0" w:space="0" w:color="000000"/>
                <w:right w:val="none" w:sz="0" w:space="0" w:color="000000"/>
              </w:pBdr>
              <w:snapToGrid w:val="0"/>
              <w:spacing w:before="40" w:after="40" w:line="240" w:lineRule="auto"/>
              <w:ind w:left="40" w:right="40"/>
              <w:jc w:val="center"/>
              <w:rPr>
                <w:rFonts w:ascii="Times New Roman" w:eastAsia="Times New Roman" w:hAnsi="Times New Roman" w:cs="Times New Roman"/>
                <w:color w:val="000000"/>
                <w:sz w:val="20"/>
                <w:szCs w:val="20"/>
              </w:rPr>
            </w:pPr>
          </w:p>
        </w:tc>
      </w:tr>
      <w:tr w:rsidR="0003231E" w:rsidRPr="001A2E38" w14:paraId="4027BEEE" w14:textId="77777777" w:rsidTr="00176373">
        <w:trPr>
          <w:jc w:val="center"/>
        </w:trPr>
        <w:tc>
          <w:tcPr>
            <w:tcW w:w="2099"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147EF013" w14:textId="77777777" w:rsidR="0003231E" w:rsidRPr="001A2E38" w:rsidRDefault="0003231E" w:rsidP="00176373">
            <w:pPr>
              <w:pBdr>
                <w:top w:val="none" w:sz="0" w:space="0" w:color="000000"/>
                <w:left w:val="none" w:sz="0" w:space="0" w:color="000000"/>
                <w:bottom w:val="none" w:sz="0" w:space="0" w:color="000000"/>
                <w:right w:val="none" w:sz="0" w:space="0" w:color="000000"/>
              </w:pBdr>
              <w:snapToGrid w:val="0"/>
              <w:spacing w:before="40" w:after="40" w:line="240" w:lineRule="auto"/>
              <w:ind w:left="40" w:right="40"/>
              <w:rPr>
                <w:rFonts w:ascii="Times New Roman" w:eastAsia="Times New Roman" w:hAnsi="Times New Roman" w:cs="Times New Roman"/>
                <w:color w:val="000000"/>
                <w:sz w:val="20"/>
                <w:szCs w:val="20"/>
              </w:rPr>
            </w:pPr>
          </w:p>
        </w:tc>
        <w:tc>
          <w:tcPr>
            <w:tcW w:w="2974"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64CCB40F" w14:textId="77777777" w:rsidR="0003231E" w:rsidRPr="001A2E38" w:rsidRDefault="0003231E" w:rsidP="00176373">
            <w:pPr>
              <w:pBdr>
                <w:top w:val="none" w:sz="0" w:space="0" w:color="000000"/>
                <w:left w:val="none" w:sz="0" w:space="0" w:color="000000"/>
                <w:bottom w:val="none" w:sz="0" w:space="0" w:color="000000"/>
                <w:right w:val="none" w:sz="0" w:space="0" w:color="000000"/>
              </w:pBdr>
              <w:snapToGrid w:val="0"/>
              <w:spacing w:before="40" w:after="40" w:line="240" w:lineRule="auto"/>
              <w:ind w:left="40" w:right="40"/>
              <w:jc w:val="center"/>
              <w:rPr>
                <w:rFonts w:ascii="Times New Roman" w:eastAsia="Times New Roman" w:hAnsi="Times New Roman" w:cs="Times New Roman"/>
                <w:color w:val="000000"/>
                <w:sz w:val="20"/>
                <w:szCs w:val="20"/>
              </w:rPr>
            </w:pPr>
            <w:r w:rsidRPr="001A2E38">
              <w:rPr>
                <w:rFonts w:ascii="Times New Roman" w:eastAsia="Times New Roman" w:hAnsi="Times New Roman" w:cs="Times New Roman"/>
                <w:color w:val="000000"/>
                <w:sz w:val="20"/>
                <w:szCs w:val="20"/>
              </w:rPr>
              <w:t>Q1</w:t>
            </w:r>
          </w:p>
        </w:tc>
        <w:tc>
          <w:tcPr>
            <w:tcW w:w="3500"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1C249545" w14:textId="77777777" w:rsidR="0003231E" w:rsidRPr="001A2E38" w:rsidRDefault="0003231E" w:rsidP="00176373">
            <w:pPr>
              <w:pBdr>
                <w:top w:val="none" w:sz="0" w:space="0" w:color="000000"/>
                <w:left w:val="none" w:sz="0" w:space="0" w:color="000000"/>
                <w:bottom w:val="none" w:sz="0" w:space="0" w:color="000000"/>
                <w:right w:val="none" w:sz="0" w:space="0" w:color="000000"/>
              </w:pBdr>
              <w:snapToGrid w:val="0"/>
              <w:spacing w:before="40" w:after="40" w:line="240" w:lineRule="auto"/>
              <w:ind w:left="40" w:right="40"/>
              <w:jc w:val="center"/>
              <w:rPr>
                <w:rFonts w:ascii="Times New Roman" w:eastAsia="Times New Roman" w:hAnsi="Times New Roman" w:cs="Times New Roman"/>
                <w:color w:val="000000"/>
                <w:sz w:val="20"/>
                <w:szCs w:val="20"/>
              </w:rPr>
            </w:pPr>
            <w:r w:rsidRPr="001A2E38">
              <w:rPr>
                <w:rFonts w:ascii="Times New Roman" w:eastAsia="Times New Roman" w:hAnsi="Times New Roman" w:cs="Times New Roman"/>
                <w:color w:val="000000"/>
                <w:sz w:val="20"/>
                <w:szCs w:val="20"/>
              </w:rPr>
              <w:t>Reference</w:t>
            </w:r>
          </w:p>
        </w:tc>
        <w:tc>
          <w:tcPr>
            <w:tcW w:w="1750"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427F282C" w14:textId="77777777" w:rsidR="0003231E" w:rsidRPr="001A2E38" w:rsidRDefault="0003231E" w:rsidP="00176373">
            <w:pPr>
              <w:pBdr>
                <w:top w:val="none" w:sz="0" w:space="0" w:color="000000"/>
                <w:left w:val="none" w:sz="0" w:space="0" w:color="000000"/>
                <w:bottom w:val="none" w:sz="0" w:space="0" w:color="000000"/>
                <w:right w:val="none" w:sz="0" w:space="0" w:color="000000"/>
              </w:pBdr>
              <w:snapToGrid w:val="0"/>
              <w:spacing w:before="40" w:after="40" w:line="240" w:lineRule="auto"/>
              <w:ind w:left="40" w:right="40"/>
              <w:jc w:val="center"/>
              <w:rPr>
                <w:rFonts w:ascii="Times New Roman" w:eastAsia="Times New Roman" w:hAnsi="Times New Roman" w:cs="Times New Roman"/>
                <w:color w:val="000000"/>
                <w:sz w:val="20"/>
                <w:szCs w:val="20"/>
              </w:rPr>
            </w:pPr>
          </w:p>
        </w:tc>
        <w:tc>
          <w:tcPr>
            <w:tcW w:w="1925"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2334EAFD" w14:textId="77777777" w:rsidR="0003231E" w:rsidRPr="001A2E38" w:rsidRDefault="0003231E" w:rsidP="00176373">
            <w:pPr>
              <w:pBdr>
                <w:top w:val="none" w:sz="0" w:space="0" w:color="000000"/>
                <w:left w:val="none" w:sz="0" w:space="0" w:color="000000"/>
                <w:bottom w:val="none" w:sz="0" w:space="0" w:color="000000"/>
                <w:right w:val="none" w:sz="0" w:space="0" w:color="000000"/>
              </w:pBdr>
              <w:snapToGrid w:val="0"/>
              <w:spacing w:before="40" w:after="40" w:line="240" w:lineRule="auto"/>
              <w:ind w:left="40" w:right="40"/>
              <w:jc w:val="center"/>
              <w:rPr>
                <w:rFonts w:ascii="Times New Roman" w:eastAsia="Times New Roman" w:hAnsi="Times New Roman" w:cs="Times New Roman"/>
                <w:color w:val="000000"/>
                <w:sz w:val="20"/>
                <w:szCs w:val="20"/>
              </w:rPr>
            </w:pPr>
          </w:p>
        </w:tc>
      </w:tr>
      <w:tr w:rsidR="0003231E" w:rsidRPr="001A2E38" w14:paraId="3CC109F1" w14:textId="77777777" w:rsidTr="00176373">
        <w:trPr>
          <w:jc w:val="center"/>
        </w:trPr>
        <w:tc>
          <w:tcPr>
            <w:tcW w:w="2099"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4FD49431" w14:textId="77777777" w:rsidR="0003231E" w:rsidRPr="001A2E38" w:rsidRDefault="0003231E" w:rsidP="00176373">
            <w:pPr>
              <w:pBdr>
                <w:top w:val="none" w:sz="0" w:space="0" w:color="000000"/>
                <w:left w:val="none" w:sz="0" w:space="0" w:color="000000"/>
                <w:bottom w:val="none" w:sz="0" w:space="0" w:color="000000"/>
                <w:right w:val="none" w:sz="0" w:space="0" w:color="000000"/>
              </w:pBdr>
              <w:snapToGrid w:val="0"/>
              <w:spacing w:before="40" w:after="40" w:line="240" w:lineRule="auto"/>
              <w:ind w:left="40" w:right="40"/>
              <w:rPr>
                <w:rFonts w:ascii="Times New Roman" w:eastAsia="Times New Roman" w:hAnsi="Times New Roman" w:cs="Times New Roman"/>
                <w:color w:val="000000"/>
                <w:sz w:val="20"/>
                <w:szCs w:val="20"/>
              </w:rPr>
            </w:pPr>
          </w:p>
        </w:tc>
        <w:tc>
          <w:tcPr>
            <w:tcW w:w="2974"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2945EC93" w14:textId="77777777" w:rsidR="0003231E" w:rsidRPr="001A2E38" w:rsidRDefault="0003231E" w:rsidP="00176373">
            <w:pPr>
              <w:pBdr>
                <w:top w:val="none" w:sz="0" w:space="0" w:color="000000"/>
                <w:left w:val="none" w:sz="0" w:space="0" w:color="000000"/>
                <w:bottom w:val="none" w:sz="0" w:space="0" w:color="000000"/>
                <w:right w:val="none" w:sz="0" w:space="0" w:color="000000"/>
              </w:pBdr>
              <w:snapToGrid w:val="0"/>
              <w:spacing w:before="40" w:after="40" w:line="240" w:lineRule="auto"/>
              <w:ind w:left="40" w:right="40"/>
              <w:jc w:val="center"/>
              <w:rPr>
                <w:rFonts w:ascii="Times New Roman" w:eastAsia="Times New Roman" w:hAnsi="Times New Roman" w:cs="Times New Roman"/>
                <w:color w:val="000000"/>
                <w:sz w:val="20"/>
                <w:szCs w:val="20"/>
              </w:rPr>
            </w:pPr>
            <w:r w:rsidRPr="001A2E38">
              <w:rPr>
                <w:rFonts w:ascii="Times New Roman" w:eastAsia="Times New Roman" w:hAnsi="Times New Roman" w:cs="Times New Roman"/>
                <w:color w:val="000000"/>
                <w:sz w:val="20"/>
                <w:szCs w:val="20"/>
              </w:rPr>
              <w:t>Q2</w:t>
            </w:r>
          </w:p>
        </w:tc>
        <w:tc>
          <w:tcPr>
            <w:tcW w:w="3500"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7A9195E5" w14:textId="77777777" w:rsidR="0003231E" w:rsidRPr="001A2E38" w:rsidRDefault="0003231E" w:rsidP="00176373">
            <w:pPr>
              <w:pBdr>
                <w:top w:val="none" w:sz="0" w:space="0" w:color="000000"/>
                <w:left w:val="none" w:sz="0" w:space="0" w:color="000000"/>
                <w:bottom w:val="none" w:sz="0" w:space="0" w:color="000000"/>
                <w:right w:val="none" w:sz="0" w:space="0" w:color="000000"/>
              </w:pBdr>
              <w:snapToGrid w:val="0"/>
              <w:spacing w:before="40" w:after="40" w:line="240" w:lineRule="auto"/>
              <w:ind w:left="40" w:right="40"/>
              <w:jc w:val="center"/>
              <w:rPr>
                <w:rFonts w:ascii="Times New Roman" w:eastAsia="Times New Roman" w:hAnsi="Times New Roman" w:cs="Times New Roman"/>
                <w:color w:val="000000"/>
                <w:sz w:val="20"/>
                <w:szCs w:val="20"/>
              </w:rPr>
            </w:pPr>
            <w:r w:rsidRPr="001A2E38">
              <w:rPr>
                <w:rFonts w:ascii="Times New Roman" w:eastAsia="Times New Roman" w:hAnsi="Times New Roman" w:cs="Times New Roman"/>
                <w:color w:val="000000"/>
                <w:sz w:val="20"/>
                <w:szCs w:val="20"/>
              </w:rPr>
              <w:t>1.332 (1.194-1.487)</w:t>
            </w:r>
          </w:p>
        </w:tc>
        <w:tc>
          <w:tcPr>
            <w:tcW w:w="1750"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3E3071DF" w14:textId="77777777" w:rsidR="0003231E" w:rsidRPr="001A2E38" w:rsidRDefault="0003231E" w:rsidP="00176373">
            <w:pPr>
              <w:pBdr>
                <w:top w:val="none" w:sz="0" w:space="0" w:color="000000"/>
                <w:left w:val="none" w:sz="0" w:space="0" w:color="000000"/>
                <w:bottom w:val="none" w:sz="0" w:space="0" w:color="000000"/>
                <w:right w:val="none" w:sz="0" w:space="0" w:color="000000"/>
              </w:pBdr>
              <w:snapToGrid w:val="0"/>
              <w:spacing w:before="40" w:after="40" w:line="240" w:lineRule="auto"/>
              <w:ind w:left="40" w:right="40"/>
              <w:jc w:val="center"/>
              <w:rPr>
                <w:rFonts w:ascii="Times New Roman" w:eastAsia="Times New Roman" w:hAnsi="Times New Roman" w:cs="Times New Roman"/>
                <w:color w:val="000000"/>
                <w:sz w:val="20"/>
                <w:szCs w:val="20"/>
              </w:rPr>
            </w:pPr>
            <w:r w:rsidRPr="001A2E38">
              <w:rPr>
                <w:rFonts w:ascii="Times New Roman" w:eastAsia="Times New Roman" w:hAnsi="Times New Roman" w:cs="Times New Roman"/>
                <w:color w:val="000000"/>
                <w:sz w:val="20"/>
                <w:szCs w:val="20"/>
              </w:rPr>
              <w:t>&lt;0.001</w:t>
            </w:r>
          </w:p>
        </w:tc>
        <w:tc>
          <w:tcPr>
            <w:tcW w:w="1925"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638D3F44" w14:textId="77777777" w:rsidR="0003231E" w:rsidRPr="001A2E38" w:rsidRDefault="0003231E" w:rsidP="00176373">
            <w:pPr>
              <w:pBdr>
                <w:top w:val="none" w:sz="0" w:space="0" w:color="000000"/>
                <w:left w:val="none" w:sz="0" w:space="0" w:color="000000"/>
                <w:bottom w:val="none" w:sz="0" w:space="0" w:color="000000"/>
                <w:right w:val="none" w:sz="0" w:space="0" w:color="000000"/>
              </w:pBdr>
              <w:snapToGrid w:val="0"/>
              <w:spacing w:before="40" w:after="40" w:line="240" w:lineRule="auto"/>
              <w:ind w:left="40" w:right="40"/>
              <w:jc w:val="center"/>
              <w:rPr>
                <w:rFonts w:ascii="Times New Roman" w:eastAsia="Times New Roman" w:hAnsi="Times New Roman" w:cs="Times New Roman"/>
                <w:color w:val="000000"/>
                <w:sz w:val="20"/>
                <w:szCs w:val="20"/>
              </w:rPr>
            </w:pPr>
          </w:p>
        </w:tc>
      </w:tr>
      <w:tr w:rsidR="0003231E" w:rsidRPr="001A2E38" w14:paraId="40A0651A" w14:textId="77777777" w:rsidTr="00176373">
        <w:trPr>
          <w:jc w:val="center"/>
        </w:trPr>
        <w:tc>
          <w:tcPr>
            <w:tcW w:w="2099"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54A72E27" w14:textId="77777777" w:rsidR="0003231E" w:rsidRPr="001A2E38" w:rsidRDefault="0003231E" w:rsidP="00176373">
            <w:pPr>
              <w:pBdr>
                <w:top w:val="none" w:sz="0" w:space="0" w:color="000000"/>
                <w:left w:val="none" w:sz="0" w:space="0" w:color="000000"/>
                <w:bottom w:val="none" w:sz="0" w:space="0" w:color="000000"/>
                <w:right w:val="none" w:sz="0" w:space="0" w:color="000000"/>
              </w:pBdr>
              <w:snapToGrid w:val="0"/>
              <w:spacing w:before="40" w:after="40" w:line="240" w:lineRule="auto"/>
              <w:ind w:left="40" w:right="40"/>
              <w:rPr>
                <w:rFonts w:ascii="Times New Roman" w:eastAsia="Times New Roman" w:hAnsi="Times New Roman" w:cs="Times New Roman"/>
                <w:color w:val="000000"/>
                <w:sz w:val="20"/>
                <w:szCs w:val="20"/>
              </w:rPr>
            </w:pPr>
          </w:p>
        </w:tc>
        <w:tc>
          <w:tcPr>
            <w:tcW w:w="2974"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2CA27293" w14:textId="77777777" w:rsidR="0003231E" w:rsidRPr="001A2E38" w:rsidRDefault="0003231E" w:rsidP="00176373">
            <w:pPr>
              <w:pBdr>
                <w:top w:val="none" w:sz="0" w:space="0" w:color="000000"/>
                <w:left w:val="none" w:sz="0" w:space="0" w:color="000000"/>
                <w:bottom w:val="none" w:sz="0" w:space="0" w:color="000000"/>
                <w:right w:val="none" w:sz="0" w:space="0" w:color="000000"/>
              </w:pBdr>
              <w:snapToGrid w:val="0"/>
              <w:spacing w:before="40" w:after="40" w:line="240" w:lineRule="auto"/>
              <w:ind w:left="40" w:right="40"/>
              <w:jc w:val="center"/>
              <w:rPr>
                <w:rFonts w:ascii="Times New Roman" w:eastAsia="Times New Roman" w:hAnsi="Times New Roman" w:cs="Times New Roman"/>
                <w:color w:val="000000"/>
                <w:sz w:val="20"/>
                <w:szCs w:val="20"/>
              </w:rPr>
            </w:pPr>
            <w:r w:rsidRPr="001A2E38">
              <w:rPr>
                <w:rFonts w:ascii="Times New Roman" w:eastAsia="Times New Roman" w:hAnsi="Times New Roman" w:cs="Times New Roman"/>
                <w:color w:val="000000"/>
                <w:sz w:val="20"/>
                <w:szCs w:val="20"/>
              </w:rPr>
              <w:t>Q3</w:t>
            </w:r>
          </w:p>
        </w:tc>
        <w:tc>
          <w:tcPr>
            <w:tcW w:w="3500"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6F123429" w14:textId="77777777" w:rsidR="0003231E" w:rsidRPr="001A2E38" w:rsidRDefault="0003231E" w:rsidP="00176373">
            <w:pPr>
              <w:pBdr>
                <w:top w:val="none" w:sz="0" w:space="0" w:color="000000"/>
                <w:left w:val="none" w:sz="0" w:space="0" w:color="000000"/>
                <w:bottom w:val="none" w:sz="0" w:space="0" w:color="000000"/>
                <w:right w:val="none" w:sz="0" w:space="0" w:color="000000"/>
              </w:pBdr>
              <w:snapToGrid w:val="0"/>
              <w:spacing w:before="40" w:after="40" w:line="240" w:lineRule="auto"/>
              <w:ind w:left="40" w:right="40"/>
              <w:jc w:val="center"/>
              <w:rPr>
                <w:rFonts w:ascii="Times New Roman" w:eastAsia="Times New Roman" w:hAnsi="Times New Roman" w:cs="Times New Roman"/>
                <w:color w:val="000000"/>
                <w:sz w:val="20"/>
                <w:szCs w:val="20"/>
              </w:rPr>
            </w:pPr>
            <w:r w:rsidRPr="001A2E38">
              <w:rPr>
                <w:rFonts w:ascii="Times New Roman" w:eastAsia="Times New Roman" w:hAnsi="Times New Roman" w:cs="Times New Roman"/>
                <w:color w:val="000000"/>
                <w:sz w:val="20"/>
                <w:szCs w:val="20"/>
              </w:rPr>
              <w:t>1.792 (1.612-1.992)</w:t>
            </w:r>
          </w:p>
        </w:tc>
        <w:tc>
          <w:tcPr>
            <w:tcW w:w="1750"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28680308" w14:textId="77777777" w:rsidR="0003231E" w:rsidRPr="001A2E38" w:rsidRDefault="0003231E" w:rsidP="00176373">
            <w:pPr>
              <w:pBdr>
                <w:top w:val="none" w:sz="0" w:space="0" w:color="000000"/>
                <w:left w:val="none" w:sz="0" w:space="0" w:color="000000"/>
                <w:bottom w:val="none" w:sz="0" w:space="0" w:color="000000"/>
                <w:right w:val="none" w:sz="0" w:space="0" w:color="000000"/>
              </w:pBdr>
              <w:snapToGrid w:val="0"/>
              <w:spacing w:before="40" w:after="40" w:line="240" w:lineRule="auto"/>
              <w:ind w:left="40" w:right="40"/>
              <w:jc w:val="center"/>
              <w:rPr>
                <w:rFonts w:ascii="Times New Roman" w:eastAsia="Times New Roman" w:hAnsi="Times New Roman" w:cs="Times New Roman"/>
                <w:color w:val="000000"/>
                <w:sz w:val="20"/>
                <w:szCs w:val="20"/>
              </w:rPr>
            </w:pPr>
            <w:r w:rsidRPr="001A2E38">
              <w:rPr>
                <w:rFonts w:ascii="Times New Roman" w:eastAsia="Times New Roman" w:hAnsi="Times New Roman" w:cs="Times New Roman"/>
                <w:color w:val="000000"/>
                <w:sz w:val="20"/>
                <w:szCs w:val="20"/>
              </w:rPr>
              <w:t>&lt;0.001</w:t>
            </w:r>
          </w:p>
        </w:tc>
        <w:tc>
          <w:tcPr>
            <w:tcW w:w="1925"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39490061" w14:textId="77777777" w:rsidR="0003231E" w:rsidRPr="001A2E38" w:rsidRDefault="0003231E" w:rsidP="00176373">
            <w:pPr>
              <w:pBdr>
                <w:top w:val="none" w:sz="0" w:space="0" w:color="000000"/>
                <w:left w:val="none" w:sz="0" w:space="0" w:color="000000"/>
                <w:bottom w:val="none" w:sz="0" w:space="0" w:color="000000"/>
                <w:right w:val="none" w:sz="0" w:space="0" w:color="000000"/>
              </w:pBdr>
              <w:snapToGrid w:val="0"/>
              <w:spacing w:before="40" w:after="40" w:line="240" w:lineRule="auto"/>
              <w:ind w:left="40" w:right="40"/>
              <w:jc w:val="center"/>
              <w:rPr>
                <w:rFonts w:ascii="Times New Roman" w:eastAsia="Times New Roman" w:hAnsi="Times New Roman" w:cs="Times New Roman"/>
                <w:color w:val="000000"/>
                <w:sz w:val="20"/>
                <w:szCs w:val="20"/>
              </w:rPr>
            </w:pPr>
          </w:p>
        </w:tc>
      </w:tr>
      <w:tr w:rsidR="0003231E" w:rsidRPr="001A2E38" w14:paraId="1ED7A343" w14:textId="77777777" w:rsidTr="00176373">
        <w:trPr>
          <w:jc w:val="center"/>
        </w:trPr>
        <w:tc>
          <w:tcPr>
            <w:tcW w:w="2099"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64536472" w14:textId="77777777" w:rsidR="0003231E" w:rsidRPr="001A2E38" w:rsidRDefault="0003231E" w:rsidP="00176373">
            <w:pPr>
              <w:pBdr>
                <w:top w:val="none" w:sz="0" w:space="0" w:color="000000"/>
                <w:left w:val="none" w:sz="0" w:space="0" w:color="000000"/>
                <w:bottom w:val="none" w:sz="0" w:space="0" w:color="000000"/>
                <w:right w:val="none" w:sz="0" w:space="0" w:color="000000"/>
              </w:pBdr>
              <w:snapToGrid w:val="0"/>
              <w:spacing w:before="40" w:after="40" w:line="240" w:lineRule="auto"/>
              <w:ind w:left="40" w:right="40"/>
              <w:rPr>
                <w:rFonts w:ascii="Times New Roman" w:eastAsia="Times New Roman" w:hAnsi="Times New Roman" w:cs="Times New Roman"/>
                <w:color w:val="000000"/>
                <w:sz w:val="20"/>
                <w:szCs w:val="20"/>
              </w:rPr>
            </w:pPr>
          </w:p>
        </w:tc>
        <w:tc>
          <w:tcPr>
            <w:tcW w:w="2974"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6E41469F" w14:textId="77777777" w:rsidR="0003231E" w:rsidRPr="001A2E38" w:rsidRDefault="0003231E" w:rsidP="00176373">
            <w:pPr>
              <w:pBdr>
                <w:top w:val="none" w:sz="0" w:space="0" w:color="000000"/>
                <w:left w:val="none" w:sz="0" w:space="0" w:color="000000"/>
                <w:bottom w:val="none" w:sz="0" w:space="0" w:color="000000"/>
                <w:right w:val="none" w:sz="0" w:space="0" w:color="000000"/>
              </w:pBdr>
              <w:snapToGrid w:val="0"/>
              <w:spacing w:before="40" w:after="40" w:line="240" w:lineRule="auto"/>
              <w:ind w:left="40" w:right="40"/>
              <w:jc w:val="center"/>
              <w:rPr>
                <w:rFonts w:ascii="Times New Roman" w:eastAsia="Times New Roman" w:hAnsi="Times New Roman" w:cs="Times New Roman"/>
                <w:color w:val="000000"/>
                <w:sz w:val="20"/>
                <w:szCs w:val="20"/>
              </w:rPr>
            </w:pPr>
            <w:r w:rsidRPr="001A2E38">
              <w:rPr>
                <w:rFonts w:ascii="Times New Roman" w:eastAsia="Times New Roman" w:hAnsi="Times New Roman" w:cs="Times New Roman"/>
                <w:color w:val="000000"/>
                <w:sz w:val="20"/>
                <w:szCs w:val="20"/>
              </w:rPr>
              <w:t>Q4</w:t>
            </w:r>
          </w:p>
        </w:tc>
        <w:tc>
          <w:tcPr>
            <w:tcW w:w="3500"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593F4077" w14:textId="77777777" w:rsidR="0003231E" w:rsidRPr="001A2E38" w:rsidRDefault="0003231E" w:rsidP="00176373">
            <w:pPr>
              <w:pBdr>
                <w:top w:val="none" w:sz="0" w:space="0" w:color="000000"/>
                <w:left w:val="none" w:sz="0" w:space="0" w:color="000000"/>
                <w:bottom w:val="none" w:sz="0" w:space="0" w:color="000000"/>
                <w:right w:val="none" w:sz="0" w:space="0" w:color="000000"/>
              </w:pBdr>
              <w:snapToGrid w:val="0"/>
              <w:spacing w:before="40" w:after="40" w:line="240" w:lineRule="auto"/>
              <w:ind w:left="40" w:right="40"/>
              <w:jc w:val="center"/>
              <w:rPr>
                <w:rFonts w:ascii="Times New Roman" w:eastAsia="Times New Roman" w:hAnsi="Times New Roman" w:cs="Times New Roman"/>
                <w:color w:val="000000"/>
                <w:sz w:val="20"/>
                <w:szCs w:val="20"/>
              </w:rPr>
            </w:pPr>
            <w:r w:rsidRPr="001A2E38">
              <w:rPr>
                <w:rFonts w:ascii="Times New Roman" w:eastAsia="Times New Roman" w:hAnsi="Times New Roman" w:cs="Times New Roman"/>
                <w:color w:val="000000"/>
                <w:sz w:val="20"/>
                <w:szCs w:val="20"/>
              </w:rPr>
              <w:t>3.289 (2.973-3.638)</w:t>
            </w:r>
          </w:p>
        </w:tc>
        <w:tc>
          <w:tcPr>
            <w:tcW w:w="1750"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6A98F510" w14:textId="77777777" w:rsidR="0003231E" w:rsidRPr="001A2E38" w:rsidRDefault="0003231E" w:rsidP="00176373">
            <w:pPr>
              <w:pBdr>
                <w:top w:val="none" w:sz="0" w:space="0" w:color="000000"/>
                <w:left w:val="none" w:sz="0" w:space="0" w:color="000000"/>
                <w:bottom w:val="none" w:sz="0" w:space="0" w:color="000000"/>
                <w:right w:val="none" w:sz="0" w:space="0" w:color="000000"/>
              </w:pBdr>
              <w:snapToGrid w:val="0"/>
              <w:spacing w:before="40" w:after="40" w:line="240" w:lineRule="auto"/>
              <w:ind w:left="40" w:right="40"/>
              <w:jc w:val="center"/>
              <w:rPr>
                <w:rFonts w:ascii="Times New Roman" w:eastAsia="Times New Roman" w:hAnsi="Times New Roman" w:cs="Times New Roman"/>
                <w:color w:val="000000"/>
                <w:sz w:val="20"/>
                <w:szCs w:val="20"/>
              </w:rPr>
            </w:pPr>
            <w:r w:rsidRPr="001A2E38">
              <w:rPr>
                <w:rFonts w:ascii="Times New Roman" w:eastAsia="Times New Roman" w:hAnsi="Times New Roman" w:cs="Times New Roman"/>
                <w:color w:val="000000"/>
                <w:sz w:val="20"/>
                <w:szCs w:val="20"/>
              </w:rPr>
              <w:t>&lt;0.001</w:t>
            </w:r>
          </w:p>
        </w:tc>
        <w:tc>
          <w:tcPr>
            <w:tcW w:w="1925"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08FE4CDE" w14:textId="77777777" w:rsidR="0003231E" w:rsidRPr="001A2E38" w:rsidRDefault="0003231E" w:rsidP="00176373">
            <w:pPr>
              <w:pBdr>
                <w:top w:val="none" w:sz="0" w:space="0" w:color="000000"/>
                <w:left w:val="none" w:sz="0" w:space="0" w:color="000000"/>
                <w:bottom w:val="none" w:sz="0" w:space="0" w:color="000000"/>
                <w:right w:val="none" w:sz="0" w:space="0" w:color="000000"/>
              </w:pBdr>
              <w:snapToGrid w:val="0"/>
              <w:spacing w:before="40" w:after="40" w:line="240" w:lineRule="auto"/>
              <w:ind w:left="40" w:right="40"/>
              <w:jc w:val="center"/>
              <w:rPr>
                <w:rFonts w:ascii="Times New Roman" w:eastAsia="Times New Roman" w:hAnsi="Times New Roman" w:cs="Times New Roman"/>
                <w:color w:val="000000"/>
                <w:sz w:val="20"/>
                <w:szCs w:val="20"/>
              </w:rPr>
            </w:pPr>
            <w:r w:rsidRPr="001A2E38">
              <w:rPr>
                <w:rFonts w:ascii="Times New Roman" w:eastAsia="Times New Roman" w:hAnsi="Times New Roman" w:cs="Times New Roman"/>
                <w:color w:val="000000"/>
                <w:sz w:val="20"/>
                <w:szCs w:val="20"/>
              </w:rPr>
              <w:t>&lt;0.001</w:t>
            </w:r>
          </w:p>
        </w:tc>
      </w:tr>
      <w:tr w:rsidR="0003231E" w:rsidRPr="001A2E38" w14:paraId="6A3A1E92" w14:textId="77777777" w:rsidTr="00176373">
        <w:trPr>
          <w:jc w:val="center"/>
        </w:trPr>
        <w:tc>
          <w:tcPr>
            <w:tcW w:w="2099"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519F072C" w14:textId="77777777" w:rsidR="0003231E" w:rsidRPr="001A2E38" w:rsidRDefault="0003231E" w:rsidP="00176373">
            <w:pPr>
              <w:pBdr>
                <w:top w:val="none" w:sz="0" w:space="0" w:color="000000"/>
                <w:left w:val="none" w:sz="0" w:space="0" w:color="000000"/>
                <w:bottom w:val="none" w:sz="0" w:space="0" w:color="000000"/>
                <w:right w:val="none" w:sz="0" w:space="0" w:color="000000"/>
              </w:pBdr>
              <w:snapToGrid w:val="0"/>
              <w:spacing w:before="40" w:after="40" w:line="240" w:lineRule="auto"/>
              <w:ind w:left="40" w:right="40"/>
              <w:rPr>
                <w:rFonts w:ascii="Times New Roman" w:eastAsia="Times New Roman" w:hAnsi="Times New Roman" w:cs="Times New Roman"/>
                <w:color w:val="000000"/>
                <w:sz w:val="20"/>
                <w:szCs w:val="20"/>
              </w:rPr>
            </w:pPr>
            <w:r w:rsidRPr="001A2E38">
              <w:rPr>
                <w:rFonts w:ascii="Times New Roman" w:eastAsia="Times New Roman" w:hAnsi="Times New Roman" w:cs="Times New Roman"/>
                <w:color w:val="000000"/>
                <w:sz w:val="20"/>
                <w:szCs w:val="20"/>
              </w:rPr>
              <w:t>CHG-WC</w:t>
            </w:r>
          </w:p>
        </w:tc>
        <w:tc>
          <w:tcPr>
            <w:tcW w:w="2974"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5CE307E9" w14:textId="77777777" w:rsidR="0003231E" w:rsidRPr="001A2E38" w:rsidRDefault="0003231E" w:rsidP="00176373">
            <w:pPr>
              <w:pBdr>
                <w:top w:val="none" w:sz="0" w:space="0" w:color="000000"/>
                <w:left w:val="none" w:sz="0" w:space="0" w:color="000000"/>
                <w:bottom w:val="none" w:sz="0" w:space="0" w:color="000000"/>
                <w:right w:val="none" w:sz="0" w:space="0" w:color="000000"/>
              </w:pBdr>
              <w:snapToGrid w:val="0"/>
              <w:spacing w:before="40" w:after="40" w:line="240" w:lineRule="auto"/>
              <w:ind w:left="40" w:right="40"/>
              <w:jc w:val="center"/>
              <w:rPr>
                <w:rFonts w:ascii="Times New Roman" w:eastAsia="Times New Roman" w:hAnsi="Times New Roman" w:cs="Times New Roman"/>
                <w:color w:val="000000"/>
                <w:sz w:val="20"/>
                <w:szCs w:val="20"/>
              </w:rPr>
            </w:pPr>
            <w:r w:rsidRPr="001A2E38">
              <w:rPr>
                <w:rFonts w:ascii="Times New Roman" w:eastAsia="Times New Roman" w:hAnsi="Times New Roman" w:cs="Times New Roman"/>
                <w:color w:val="000000"/>
                <w:sz w:val="20"/>
                <w:szCs w:val="20"/>
              </w:rPr>
              <w:t>Per 1-SD increase</w:t>
            </w:r>
          </w:p>
        </w:tc>
        <w:tc>
          <w:tcPr>
            <w:tcW w:w="3500"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0CB36930" w14:textId="77777777" w:rsidR="0003231E" w:rsidRPr="001A2E38" w:rsidRDefault="0003231E" w:rsidP="00176373">
            <w:pPr>
              <w:pBdr>
                <w:top w:val="none" w:sz="0" w:space="0" w:color="000000"/>
                <w:left w:val="none" w:sz="0" w:space="0" w:color="000000"/>
                <w:bottom w:val="none" w:sz="0" w:space="0" w:color="000000"/>
                <w:right w:val="none" w:sz="0" w:space="0" w:color="000000"/>
              </w:pBdr>
              <w:snapToGrid w:val="0"/>
              <w:spacing w:before="40" w:after="40" w:line="240" w:lineRule="auto"/>
              <w:ind w:left="40" w:right="40"/>
              <w:jc w:val="center"/>
              <w:rPr>
                <w:rFonts w:ascii="Times New Roman" w:eastAsia="Times New Roman" w:hAnsi="Times New Roman" w:cs="Times New Roman"/>
                <w:color w:val="000000"/>
                <w:sz w:val="20"/>
                <w:szCs w:val="20"/>
              </w:rPr>
            </w:pPr>
            <w:r w:rsidRPr="001A2E38">
              <w:rPr>
                <w:rFonts w:ascii="Times New Roman" w:eastAsia="Times New Roman" w:hAnsi="Times New Roman" w:cs="Times New Roman"/>
                <w:color w:val="000000"/>
                <w:sz w:val="20"/>
                <w:szCs w:val="20"/>
              </w:rPr>
              <w:t>1.581 (1.540-1.624)</w:t>
            </w:r>
          </w:p>
        </w:tc>
        <w:tc>
          <w:tcPr>
            <w:tcW w:w="1750"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59D70D5C" w14:textId="77777777" w:rsidR="0003231E" w:rsidRPr="001A2E38" w:rsidRDefault="0003231E" w:rsidP="00176373">
            <w:pPr>
              <w:pBdr>
                <w:top w:val="none" w:sz="0" w:space="0" w:color="000000"/>
                <w:left w:val="none" w:sz="0" w:space="0" w:color="000000"/>
                <w:bottom w:val="none" w:sz="0" w:space="0" w:color="000000"/>
                <w:right w:val="none" w:sz="0" w:space="0" w:color="000000"/>
              </w:pBdr>
              <w:snapToGrid w:val="0"/>
              <w:spacing w:before="40" w:after="40" w:line="240" w:lineRule="auto"/>
              <w:ind w:left="40" w:right="40"/>
              <w:jc w:val="center"/>
              <w:rPr>
                <w:rFonts w:ascii="Times New Roman" w:eastAsia="Times New Roman" w:hAnsi="Times New Roman" w:cs="Times New Roman"/>
                <w:color w:val="000000"/>
                <w:sz w:val="20"/>
                <w:szCs w:val="20"/>
              </w:rPr>
            </w:pPr>
            <w:r w:rsidRPr="001A2E38">
              <w:rPr>
                <w:rFonts w:ascii="Times New Roman" w:eastAsia="Times New Roman" w:hAnsi="Times New Roman" w:cs="Times New Roman"/>
                <w:color w:val="000000"/>
                <w:sz w:val="20"/>
                <w:szCs w:val="20"/>
              </w:rPr>
              <w:t>&lt;0.001</w:t>
            </w:r>
          </w:p>
        </w:tc>
        <w:tc>
          <w:tcPr>
            <w:tcW w:w="1925"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2A2861BB" w14:textId="77777777" w:rsidR="0003231E" w:rsidRPr="001A2E38" w:rsidRDefault="0003231E" w:rsidP="00176373">
            <w:pPr>
              <w:pBdr>
                <w:top w:val="none" w:sz="0" w:space="0" w:color="000000"/>
                <w:left w:val="none" w:sz="0" w:space="0" w:color="000000"/>
                <w:bottom w:val="none" w:sz="0" w:space="0" w:color="000000"/>
                <w:right w:val="none" w:sz="0" w:space="0" w:color="000000"/>
              </w:pBdr>
              <w:snapToGrid w:val="0"/>
              <w:spacing w:before="40" w:after="40" w:line="240" w:lineRule="auto"/>
              <w:ind w:left="40" w:right="40"/>
              <w:jc w:val="center"/>
              <w:rPr>
                <w:rFonts w:ascii="Times New Roman" w:eastAsia="Times New Roman" w:hAnsi="Times New Roman" w:cs="Times New Roman"/>
                <w:color w:val="000000"/>
                <w:sz w:val="20"/>
                <w:szCs w:val="20"/>
              </w:rPr>
            </w:pPr>
          </w:p>
        </w:tc>
      </w:tr>
      <w:tr w:rsidR="0003231E" w:rsidRPr="001A2E38" w14:paraId="07B0BB4B" w14:textId="77777777" w:rsidTr="00176373">
        <w:trPr>
          <w:jc w:val="center"/>
        </w:trPr>
        <w:tc>
          <w:tcPr>
            <w:tcW w:w="2099"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52B3A67F" w14:textId="77777777" w:rsidR="0003231E" w:rsidRPr="001A2E38" w:rsidRDefault="0003231E" w:rsidP="00176373">
            <w:pPr>
              <w:pBdr>
                <w:top w:val="none" w:sz="0" w:space="0" w:color="000000"/>
                <w:left w:val="none" w:sz="0" w:space="0" w:color="000000"/>
                <w:bottom w:val="none" w:sz="0" w:space="0" w:color="000000"/>
                <w:right w:val="none" w:sz="0" w:space="0" w:color="000000"/>
              </w:pBdr>
              <w:snapToGrid w:val="0"/>
              <w:spacing w:before="40" w:after="40" w:line="240" w:lineRule="auto"/>
              <w:ind w:left="40" w:right="40"/>
              <w:rPr>
                <w:rFonts w:ascii="Times New Roman" w:eastAsia="Times New Roman" w:hAnsi="Times New Roman" w:cs="Times New Roman"/>
                <w:color w:val="000000"/>
                <w:sz w:val="20"/>
                <w:szCs w:val="20"/>
              </w:rPr>
            </w:pPr>
          </w:p>
        </w:tc>
        <w:tc>
          <w:tcPr>
            <w:tcW w:w="2974"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51073FB6" w14:textId="77777777" w:rsidR="0003231E" w:rsidRPr="001A2E38" w:rsidRDefault="0003231E" w:rsidP="00176373">
            <w:pPr>
              <w:pBdr>
                <w:top w:val="none" w:sz="0" w:space="0" w:color="000000"/>
                <w:left w:val="none" w:sz="0" w:space="0" w:color="000000"/>
                <w:bottom w:val="none" w:sz="0" w:space="0" w:color="000000"/>
                <w:right w:val="none" w:sz="0" w:space="0" w:color="000000"/>
              </w:pBdr>
              <w:snapToGrid w:val="0"/>
              <w:spacing w:before="40" w:after="40" w:line="240" w:lineRule="auto"/>
              <w:ind w:left="40" w:right="40"/>
              <w:jc w:val="center"/>
              <w:rPr>
                <w:rFonts w:ascii="Times New Roman" w:eastAsia="Times New Roman" w:hAnsi="Times New Roman" w:cs="Times New Roman"/>
                <w:color w:val="000000"/>
                <w:sz w:val="20"/>
                <w:szCs w:val="20"/>
              </w:rPr>
            </w:pPr>
            <w:r w:rsidRPr="001A2E38">
              <w:rPr>
                <w:rFonts w:ascii="Times New Roman" w:eastAsia="Times New Roman" w:hAnsi="Times New Roman" w:cs="Times New Roman"/>
                <w:color w:val="000000"/>
                <w:sz w:val="20"/>
                <w:szCs w:val="20"/>
              </w:rPr>
              <w:t>Q1</w:t>
            </w:r>
          </w:p>
        </w:tc>
        <w:tc>
          <w:tcPr>
            <w:tcW w:w="3500"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1E240056" w14:textId="77777777" w:rsidR="0003231E" w:rsidRPr="001A2E38" w:rsidRDefault="0003231E" w:rsidP="00176373">
            <w:pPr>
              <w:pBdr>
                <w:top w:val="none" w:sz="0" w:space="0" w:color="000000"/>
                <w:left w:val="none" w:sz="0" w:space="0" w:color="000000"/>
                <w:bottom w:val="none" w:sz="0" w:space="0" w:color="000000"/>
                <w:right w:val="none" w:sz="0" w:space="0" w:color="000000"/>
              </w:pBdr>
              <w:snapToGrid w:val="0"/>
              <w:spacing w:before="40" w:after="40" w:line="240" w:lineRule="auto"/>
              <w:ind w:left="40" w:right="40"/>
              <w:jc w:val="center"/>
              <w:rPr>
                <w:rFonts w:ascii="Times New Roman" w:eastAsia="Times New Roman" w:hAnsi="Times New Roman" w:cs="Times New Roman"/>
                <w:color w:val="000000"/>
                <w:sz w:val="20"/>
                <w:szCs w:val="20"/>
              </w:rPr>
            </w:pPr>
            <w:r w:rsidRPr="001A2E38">
              <w:rPr>
                <w:rFonts w:ascii="Times New Roman" w:eastAsia="Times New Roman" w:hAnsi="Times New Roman" w:cs="Times New Roman"/>
                <w:color w:val="000000"/>
                <w:sz w:val="20"/>
                <w:szCs w:val="20"/>
              </w:rPr>
              <w:t>Reference</w:t>
            </w:r>
          </w:p>
        </w:tc>
        <w:tc>
          <w:tcPr>
            <w:tcW w:w="1750"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662DA733" w14:textId="77777777" w:rsidR="0003231E" w:rsidRPr="001A2E38" w:rsidRDefault="0003231E" w:rsidP="00176373">
            <w:pPr>
              <w:pBdr>
                <w:top w:val="none" w:sz="0" w:space="0" w:color="000000"/>
                <w:left w:val="none" w:sz="0" w:space="0" w:color="000000"/>
                <w:bottom w:val="none" w:sz="0" w:space="0" w:color="000000"/>
                <w:right w:val="none" w:sz="0" w:space="0" w:color="000000"/>
              </w:pBdr>
              <w:snapToGrid w:val="0"/>
              <w:spacing w:before="40" w:after="40" w:line="240" w:lineRule="auto"/>
              <w:ind w:left="40" w:right="40"/>
              <w:jc w:val="center"/>
              <w:rPr>
                <w:rFonts w:ascii="Times New Roman" w:eastAsia="Times New Roman" w:hAnsi="Times New Roman" w:cs="Times New Roman"/>
                <w:color w:val="000000"/>
                <w:sz w:val="20"/>
                <w:szCs w:val="20"/>
              </w:rPr>
            </w:pPr>
          </w:p>
        </w:tc>
        <w:tc>
          <w:tcPr>
            <w:tcW w:w="1925"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00744611" w14:textId="77777777" w:rsidR="0003231E" w:rsidRPr="001A2E38" w:rsidRDefault="0003231E" w:rsidP="00176373">
            <w:pPr>
              <w:pBdr>
                <w:top w:val="none" w:sz="0" w:space="0" w:color="000000"/>
                <w:left w:val="none" w:sz="0" w:space="0" w:color="000000"/>
                <w:bottom w:val="none" w:sz="0" w:space="0" w:color="000000"/>
                <w:right w:val="none" w:sz="0" w:space="0" w:color="000000"/>
              </w:pBdr>
              <w:snapToGrid w:val="0"/>
              <w:spacing w:before="40" w:after="40" w:line="240" w:lineRule="auto"/>
              <w:ind w:left="40" w:right="40"/>
              <w:jc w:val="center"/>
              <w:rPr>
                <w:rFonts w:ascii="Times New Roman" w:eastAsia="Times New Roman" w:hAnsi="Times New Roman" w:cs="Times New Roman"/>
                <w:color w:val="000000"/>
                <w:sz w:val="20"/>
                <w:szCs w:val="20"/>
              </w:rPr>
            </w:pPr>
          </w:p>
        </w:tc>
      </w:tr>
      <w:tr w:rsidR="0003231E" w:rsidRPr="001A2E38" w14:paraId="3F21DCBE" w14:textId="77777777" w:rsidTr="00176373">
        <w:trPr>
          <w:jc w:val="center"/>
        </w:trPr>
        <w:tc>
          <w:tcPr>
            <w:tcW w:w="2099"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220DD9CE" w14:textId="77777777" w:rsidR="0003231E" w:rsidRPr="001A2E38" w:rsidRDefault="0003231E" w:rsidP="00176373">
            <w:pPr>
              <w:pBdr>
                <w:top w:val="none" w:sz="0" w:space="0" w:color="000000"/>
                <w:left w:val="none" w:sz="0" w:space="0" w:color="000000"/>
                <w:bottom w:val="none" w:sz="0" w:space="0" w:color="000000"/>
                <w:right w:val="none" w:sz="0" w:space="0" w:color="000000"/>
              </w:pBdr>
              <w:snapToGrid w:val="0"/>
              <w:spacing w:before="40" w:after="40" w:line="240" w:lineRule="auto"/>
              <w:ind w:left="40" w:right="40"/>
              <w:rPr>
                <w:rFonts w:ascii="Times New Roman" w:eastAsia="Times New Roman" w:hAnsi="Times New Roman" w:cs="Times New Roman"/>
                <w:color w:val="000000"/>
                <w:sz w:val="20"/>
                <w:szCs w:val="20"/>
              </w:rPr>
            </w:pPr>
          </w:p>
        </w:tc>
        <w:tc>
          <w:tcPr>
            <w:tcW w:w="2974"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0869839A" w14:textId="77777777" w:rsidR="0003231E" w:rsidRPr="001A2E38" w:rsidRDefault="0003231E" w:rsidP="00176373">
            <w:pPr>
              <w:pBdr>
                <w:top w:val="none" w:sz="0" w:space="0" w:color="000000"/>
                <w:left w:val="none" w:sz="0" w:space="0" w:color="000000"/>
                <w:bottom w:val="none" w:sz="0" w:space="0" w:color="000000"/>
                <w:right w:val="none" w:sz="0" w:space="0" w:color="000000"/>
              </w:pBdr>
              <w:snapToGrid w:val="0"/>
              <w:spacing w:before="40" w:after="40" w:line="240" w:lineRule="auto"/>
              <w:ind w:left="40" w:right="40"/>
              <w:jc w:val="center"/>
              <w:rPr>
                <w:rFonts w:ascii="Times New Roman" w:eastAsia="Times New Roman" w:hAnsi="Times New Roman" w:cs="Times New Roman"/>
                <w:color w:val="000000"/>
                <w:sz w:val="20"/>
                <w:szCs w:val="20"/>
              </w:rPr>
            </w:pPr>
            <w:r w:rsidRPr="001A2E38">
              <w:rPr>
                <w:rFonts w:ascii="Times New Roman" w:eastAsia="Times New Roman" w:hAnsi="Times New Roman" w:cs="Times New Roman"/>
                <w:color w:val="000000"/>
                <w:sz w:val="20"/>
                <w:szCs w:val="20"/>
              </w:rPr>
              <w:t>Q2</w:t>
            </w:r>
          </w:p>
        </w:tc>
        <w:tc>
          <w:tcPr>
            <w:tcW w:w="3500"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52EA58EA" w14:textId="77777777" w:rsidR="0003231E" w:rsidRPr="001A2E38" w:rsidRDefault="0003231E" w:rsidP="00176373">
            <w:pPr>
              <w:pBdr>
                <w:top w:val="none" w:sz="0" w:space="0" w:color="000000"/>
                <w:left w:val="none" w:sz="0" w:space="0" w:color="000000"/>
                <w:bottom w:val="none" w:sz="0" w:space="0" w:color="000000"/>
                <w:right w:val="none" w:sz="0" w:space="0" w:color="000000"/>
              </w:pBdr>
              <w:snapToGrid w:val="0"/>
              <w:spacing w:before="40" w:after="40" w:line="240" w:lineRule="auto"/>
              <w:ind w:left="40" w:right="40"/>
              <w:jc w:val="center"/>
              <w:rPr>
                <w:rFonts w:ascii="Times New Roman" w:eastAsia="Times New Roman" w:hAnsi="Times New Roman" w:cs="Times New Roman"/>
                <w:color w:val="000000"/>
                <w:sz w:val="20"/>
                <w:szCs w:val="20"/>
              </w:rPr>
            </w:pPr>
            <w:r w:rsidRPr="001A2E38">
              <w:rPr>
                <w:rFonts w:ascii="Times New Roman" w:eastAsia="Times New Roman" w:hAnsi="Times New Roman" w:cs="Times New Roman"/>
                <w:color w:val="000000"/>
                <w:sz w:val="20"/>
                <w:szCs w:val="20"/>
              </w:rPr>
              <w:t>1.261 (1.120-1.420)</w:t>
            </w:r>
          </w:p>
        </w:tc>
        <w:tc>
          <w:tcPr>
            <w:tcW w:w="1750"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0361E06A" w14:textId="77777777" w:rsidR="0003231E" w:rsidRPr="001A2E38" w:rsidRDefault="0003231E" w:rsidP="00176373">
            <w:pPr>
              <w:pBdr>
                <w:top w:val="none" w:sz="0" w:space="0" w:color="000000"/>
                <w:left w:val="none" w:sz="0" w:space="0" w:color="000000"/>
                <w:bottom w:val="none" w:sz="0" w:space="0" w:color="000000"/>
                <w:right w:val="none" w:sz="0" w:space="0" w:color="000000"/>
              </w:pBdr>
              <w:snapToGrid w:val="0"/>
              <w:spacing w:before="40" w:after="40" w:line="240" w:lineRule="auto"/>
              <w:ind w:left="40" w:right="40"/>
              <w:jc w:val="center"/>
              <w:rPr>
                <w:rFonts w:ascii="Times New Roman" w:eastAsia="Times New Roman" w:hAnsi="Times New Roman" w:cs="Times New Roman"/>
                <w:color w:val="000000"/>
                <w:sz w:val="20"/>
                <w:szCs w:val="20"/>
              </w:rPr>
            </w:pPr>
            <w:r w:rsidRPr="001A2E38">
              <w:rPr>
                <w:rFonts w:ascii="Times New Roman" w:eastAsia="Times New Roman" w:hAnsi="Times New Roman" w:cs="Times New Roman"/>
                <w:color w:val="000000"/>
                <w:sz w:val="20"/>
                <w:szCs w:val="20"/>
              </w:rPr>
              <w:t>&lt;0.001</w:t>
            </w:r>
          </w:p>
        </w:tc>
        <w:tc>
          <w:tcPr>
            <w:tcW w:w="1925"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5CEB04BE" w14:textId="77777777" w:rsidR="0003231E" w:rsidRPr="001A2E38" w:rsidRDefault="0003231E" w:rsidP="00176373">
            <w:pPr>
              <w:pBdr>
                <w:top w:val="none" w:sz="0" w:space="0" w:color="000000"/>
                <w:left w:val="none" w:sz="0" w:space="0" w:color="000000"/>
                <w:bottom w:val="none" w:sz="0" w:space="0" w:color="000000"/>
                <w:right w:val="none" w:sz="0" w:space="0" w:color="000000"/>
              </w:pBdr>
              <w:snapToGrid w:val="0"/>
              <w:spacing w:before="40" w:after="40" w:line="240" w:lineRule="auto"/>
              <w:ind w:left="40" w:right="40"/>
              <w:jc w:val="center"/>
              <w:rPr>
                <w:rFonts w:ascii="Times New Roman" w:eastAsia="Times New Roman" w:hAnsi="Times New Roman" w:cs="Times New Roman"/>
                <w:color w:val="000000"/>
                <w:sz w:val="20"/>
                <w:szCs w:val="20"/>
              </w:rPr>
            </w:pPr>
          </w:p>
        </w:tc>
      </w:tr>
      <w:tr w:rsidR="0003231E" w:rsidRPr="001A2E38" w14:paraId="183210CD" w14:textId="77777777" w:rsidTr="00176373">
        <w:trPr>
          <w:jc w:val="center"/>
        </w:trPr>
        <w:tc>
          <w:tcPr>
            <w:tcW w:w="2099"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111E3832" w14:textId="77777777" w:rsidR="0003231E" w:rsidRPr="001A2E38" w:rsidRDefault="0003231E" w:rsidP="00176373">
            <w:pPr>
              <w:pBdr>
                <w:top w:val="none" w:sz="0" w:space="0" w:color="000000"/>
                <w:left w:val="none" w:sz="0" w:space="0" w:color="000000"/>
                <w:bottom w:val="none" w:sz="0" w:space="0" w:color="000000"/>
                <w:right w:val="none" w:sz="0" w:space="0" w:color="000000"/>
              </w:pBdr>
              <w:snapToGrid w:val="0"/>
              <w:spacing w:before="40" w:after="40" w:line="240" w:lineRule="auto"/>
              <w:ind w:left="40" w:right="40"/>
              <w:rPr>
                <w:rFonts w:ascii="Times New Roman" w:eastAsia="Times New Roman" w:hAnsi="Times New Roman" w:cs="Times New Roman"/>
                <w:color w:val="000000"/>
                <w:sz w:val="20"/>
                <w:szCs w:val="20"/>
              </w:rPr>
            </w:pPr>
          </w:p>
        </w:tc>
        <w:tc>
          <w:tcPr>
            <w:tcW w:w="2974"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4F5EA177" w14:textId="77777777" w:rsidR="0003231E" w:rsidRPr="001A2E38" w:rsidRDefault="0003231E" w:rsidP="00176373">
            <w:pPr>
              <w:pBdr>
                <w:top w:val="none" w:sz="0" w:space="0" w:color="000000"/>
                <w:left w:val="none" w:sz="0" w:space="0" w:color="000000"/>
                <w:bottom w:val="none" w:sz="0" w:space="0" w:color="000000"/>
                <w:right w:val="none" w:sz="0" w:space="0" w:color="000000"/>
              </w:pBdr>
              <w:snapToGrid w:val="0"/>
              <w:spacing w:before="40" w:after="40" w:line="240" w:lineRule="auto"/>
              <w:ind w:left="40" w:right="40"/>
              <w:jc w:val="center"/>
              <w:rPr>
                <w:rFonts w:ascii="Times New Roman" w:eastAsia="Times New Roman" w:hAnsi="Times New Roman" w:cs="Times New Roman"/>
                <w:color w:val="000000"/>
                <w:sz w:val="20"/>
                <w:szCs w:val="20"/>
              </w:rPr>
            </w:pPr>
            <w:r w:rsidRPr="001A2E38">
              <w:rPr>
                <w:rFonts w:ascii="Times New Roman" w:eastAsia="Times New Roman" w:hAnsi="Times New Roman" w:cs="Times New Roman"/>
                <w:color w:val="000000"/>
                <w:sz w:val="20"/>
                <w:szCs w:val="20"/>
              </w:rPr>
              <w:t>Q3</w:t>
            </w:r>
          </w:p>
        </w:tc>
        <w:tc>
          <w:tcPr>
            <w:tcW w:w="3500"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7C65411F" w14:textId="77777777" w:rsidR="0003231E" w:rsidRPr="001A2E38" w:rsidRDefault="0003231E" w:rsidP="00176373">
            <w:pPr>
              <w:pBdr>
                <w:top w:val="none" w:sz="0" w:space="0" w:color="000000"/>
                <w:left w:val="none" w:sz="0" w:space="0" w:color="000000"/>
                <w:bottom w:val="none" w:sz="0" w:space="0" w:color="000000"/>
                <w:right w:val="none" w:sz="0" w:space="0" w:color="000000"/>
              </w:pBdr>
              <w:snapToGrid w:val="0"/>
              <w:spacing w:before="40" w:after="40" w:line="240" w:lineRule="auto"/>
              <w:ind w:left="40" w:right="40"/>
              <w:jc w:val="center"/>
              <w:rPr>
                <w:rFonts w:ascii="Times New Roman" w:eastAsia="Times New Roman" w:hAnsi="Times New Roman" w:cs="Times New Roman"/>
                <w:color w:val="000000"/>
                <w:sz w:val="20"/>
                <w:szCs w:val="20"/>
              </w:rPr>
            </w:pPr>
            <w:r w:rsidRPr="001A2E38">
              <w:rPr>
                <w:rFonts w:ascii="Times New Roman" w:eastAsia="Times New Roman" w:hAnsi="Times New Roman" w:cs="Times New Roman"/>
                <w:color w:val="000000"/>
                <w:sz w:val="20"/>
                <w:szCs w:val="20"/>
              </w:rPr>
              <w:t>1.684 (1.505-1.886)</w:t>
            </w:r>
          </w:p>
        </w:tc>
        <w:tc>
          <w:tcPr>
            <w:tcW w:w="1750"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53803BDF" w14:textId="77777777" w:rsidR="0003231E" w:rsidRPr="001A2E38" w:rsidRDefault="0003231E" w:rsidP="00176373">
            <w:pPr>
              <w:pBdr>
                <w:top w:val="none" w:sz="0" w:space="0" w:color="000000"/>
                <w:left w:val="none" w:sz="0" w:space="0" w:color="000000"/>
                <w:bottom w:val="none" w:sz="0" w:space="0" w:color="000000"/>
                <w:right w:val="none" w:sz="0" w:space="0" w:color="000000"/>
              </w:pBdr>
              <w:snapToGrid w:val="0"/>
              <w:spacing w:before="40" w:after="40" w:line="240" w:lineRule="auto"/>
              <w:ind w:left="40" w:right="40"/>
              <w:jc w:val="center"/>
              <w:rPr>
                <w:rFonts w:ascii="Times New Roman" w:eastAsia="Times New Roman" w:hAnsi="Times New Roman" w:cs="Times New Roman"/>
                <w:color w:val="000000"/>
                <w:sz w:val="20"/>
                <w:szCs w:val="20"/>
              </w:rPr>
            </w:pPr>
            <w:r w:rsidRPr="001A2E38">
              <w:rPr>
                <w:rFonts w:ascii="Times New Roman" w:eastAsia="Times New Roman" w:hAnsi="Times New Roman" w:cs="Times New Roman"/>
                <w:color w:val="000000"/>
                <w:sz w:val="20"/>
                <w:szCs w:val="20"/>
              </w:rPr>
              <w:t>&lt;0.001</w:t>
            </w:r>
          </w:p>
        </w:tc>
        <w:tc>
          <w:tcPr>
            <w:tcW w:w="1925"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7985AC5B" w14:textId="77777777" w:rsidR="0003231E" w:rsidRPr="001A2E38" w:rsidRDefault="0003231E" w:rsidP="00176373">
            <w:pPr>
              <w:pBdr>
                <w:top w:val="none" w:sz="0" w:space="0" w:color="000000"/>
                <w:left w:val="none" w:sz="0" w:space="0" w:color="000000"/>
                <w:bottom w:val="none" w:sz="0" w:space="0" w:color="000000"/>
                <w:right w:val="none" w:sz="0" w:space="0" w:color="000000"/>
              </w:pBdr>
              <w:snapToGrid w:val="0"/>
              <w:spacing w:before="40" w:after="40" w:line="240" w:lineRule="auto"/>
              <w:ind w:left="40" w:right="40"/>
              <w:jc w:val="center"/>
              <w:rPr>
                <w:rFonts w:ascii="Times New Roman" w:eastAsia="Times New Roman" w:hAnsi="Times New Roman" w:cs="Times New Roman"/>
                <w:color w:val="000000"/>
                <w:sz w:val="20"/>
                <w:szCs w:val="20"/>
              </w:rPr>
            </w:pPr>
          </w:p>
        </w:tc>
      </w:tr>
      <w:tr w:rsidR="0003231E" w:rsidRPr="001A2E38" w14:paraId="2A152DCB" w14:textId="77777777" w:rsidTr="00176373">
        <w:trPr>
          <w:jc w:val="center"/>
        </w:trPr>
        <w:tc>
          <w:tcPr>
            <w:tcW w:w="2099"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53BB581F" w14:textId="77777777" w:rsidR="0003231E" w:rsidRPr="001A2E38" w:rsidRDefault="0003231E" w:rsidP="00176373">
            <w:pPr>
              <w:pBdr>
                <w:top w:val="none" w:sz="0" w:space="0" w:color="000000"/>
                <w:left w:val="none" w:sz="0" w:space="0" w:color="000000"/>
                <w:bottom w:val="none" w:sz="0" w:space="0" w:color="000000"/>
                <w:right w:val="none" w:sz="0" w:space="0" w:color="000000"/>
              </w:pBdr>
              <w:snapToGrid w:val="0"/>
              <w:spacing w:before="40" w:after="40" w:line="240" w:lineRule="auto"/>
              <w:ind w:left="40" w:right="40"/>
              <w:rPr>
                <w:rFonts w:ascii="Times New Roman" w:eastAsia="Times New Roman" w:hAnsi="Times New Roman" w:cs="Times New Roman"/>
                <w:color w:val="000000"/>
                <w:sz w:val="20"/>
                <w:szCs w:val="20"/>
              </w:rPr>
            </w:pPr>
          </w:p>
        </w:tc>
        <w:tc>
          <w:tcPr>
            <w:tcW w:w="2974"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55307A52" w14:textId="77777777" w:rsidR="0003231E" w:rsidRPr="001A2E38" w:rsidRDefault="0003231E" w:rsidP="00176373">
            <w:pPr>
              <w:pBdr>
                <w:top w:val="none" w:sz="0" w:space="0" w:color="000000"/>
                <w:left w:val="none" w:sz="0" w:space="0" w:color="000000"/>
                <w:bottom w:val="none" w:sz="0" w:space="0" w:color="000000"/>
                <w:right w:val="none" w:sz="0" w:space="0" w:color="000000"/>
              </w:pBdr>
              <w:snapToGrid w:val="0"/>
              <w:spacing w:before="40" w:after="40" w:line="240" w:lineRule="auto"/>
              <w:ind w:left="40" w:right="40"/>
              <w:jc w:val="center"/>
              <w:rPr>
                <w:rFonts w:ascii="Times New Roman" w:eastAsia="Times New Roman" w:hAnsi="Times New Roman" w:cs="Times New Roman"/>
                <w:color w:val="000000"/>
                <w:sz w:val="20"/>
                <w:szCs w:val="20"/>
              </w:rPr>
            </w:pPr>
            <w:r w:rsidRPr="001A2E38">
              <w:rPr>
                <w:rFonts w:ascii="Times New Roman" w:eastAsia="Times New Roman" w:hAnsi="Times New Roman" w:cs="Times New Roman"/>
                <w:color w:val="000000"/>
                <w:sz w:val="20"/>
                <w:szCs w:val="20"/>
              </w:rPr>
              <w:t>Q4</w:t>
            </w:r>
          </w:p>
        </w:tc>
        <w:tc>
          <w:tcPr>
            <w:tcW w:w="3500"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3FD18C8E" w14:textId="77777777" w:rsidR="0003231E" w:rsidRPr="001A2E38" w:rsidRDefault="0003231E" w:rsidP="00176373">
            <w:pPr>
              <w:pBdr>
                <w:top w:val="none" w:sz="0" w:space="0" w:color="000000"/>
                <w:left w:val="none" w:sz="0" w:space="0" w:color="000000"/>
                <w:bottom w:val="none" w:sz="0" w:space="0" w:color="000000"/>
                <w:right w:val="none" w:sz="0" w:space="0" w:color="000000"/>
              </w:pBdr>
              <w:snapToGrid w:val="0"/>
              <w:spacing w:before="40" w:after="40" w:line="240" w:lineRule="auto"/>
              <w:ind w:left="40" w:right="40"/>
              <w:jc w:val="center"/>
              <w:rPr>
                <w:rFonts w:ascii="Times New Roman" w:eastAsia="Times New Roman" w:hAnsi="Times New Roman" w:cs="Times New Roman"/>
                <w:color w:val="000000"/>
                <w:sz w:val="20"/>
                <w:szCs w:val="20"/>
              </w:rPr>
            </w:pPr>
            <w:r w:rsidRPr="001A2E38">
              <w:rPr>
                <w:rFonts w:ascii="Times New Roman" w:eastAsia="Times New Roman" w:hAnsi="Times New Roman" w:cs="Times New Roman"/>
                <w:color w:val="000000"/>
                <w:sz w:val="20"/>
                <w:szCs w:val="20"/>
              </w:rPr>
              <w:t>3.217 (2.897-3.572)</w:t>
            </w:r>
          </w:p>
        </w:tc>
        <w:tc>
          <w:tcPr>
            <w:tcW w:w="1750"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650A0B96" w14:textId="77777777" w:rsidR="0003231E" w:rsidRPr="001A2E38" w:rsidRDefault="0003231E" w:rsidP="00176373">
            <w:pPr>
              <w:pBdr>
                <w:top w:val="none" w:sz="0" w:space="0" w:color="000000"/>
                <w:left w:val="none" w:sz="0" w:space="0" w:color="000000"/>
                <w:bottom w:val="none" w:sz="0" w:space="0" w:color="000000"/>
                <w:right w:val="none" w:sz="0" w:space="0" w:color="000000"/>
              </w:pBdr>
              <w:snapToGrid w:val="0"/>
              <w:spacing w:before="40" w:after="40" w:line="240" w:lineRule="auto"/>
              <w:ind w:left="40" w:right="40"/>
              <w:jc w:val="center"/>
              <w:rPr>
                <w:rFonts w:ascii="Times New Roman" w:eastAsia="Times New Roman" w:hAnsi="Times New Roman" w:cs="Times New Roman"/>
                <w:color w:val="000000"/>
                <w:sz w:val="20"/>
                <w:szCs w:val="20"/>
              </w:rPr>
            </w:pPr>
            <w:r w:rsidRPr="001A2E38">
              <w:rPr>
                <w:rFonts w:ascii="Times New Roman" w:eastAsia="Times New Roman" w:hAnsi="Times New Roman" w:cs="Times New Roman"/>
                <w:color w:val="000000"/>
                <w:sz w:val="20"/>
                <w:szCs w:val="20"/>
              </w:rPr>
              <w:t>&lt;0.001</w:t>
            </w:r>
          </w:p>
        </w:tc>
        <w:tc>
          <w:tcPr>
            <w:tcW w:w="1925"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4D6B57D4" w14:textId="77777777" w:rsidR="0003231E" w:rsidRPr="001A2E38" w:rsidRDefault="0003231E" w:rsidP="00176373">
            <w:pPr>
              <w:pBdr>
                <w:top w:val="none" w:sz="0" w:space="0" w:color="000000"/>
                <w:left w:val="none" w:sz="0" w:space="0" w:color="000000"/>
                <w:bottom w:val="none" w:sz="0" w:space="0" w:color="000000"/>
                <w:right w:val="none" w:sz="0" w:space="0" w:color="000000"/>
              </w:pBdr>
              <w:snapToGrid w:val="0"/>
              <w:spacing w:before="40" w:after="40" w:line="240" w:lineRule="auto"/>
              <w:ind w:left="40" w:right="40"/>
              <w:jc w:val="center"/>
              <w:rPr>
                <w:rFonts w:ascii="Times New Roman" w:eastAsia="Times New Roman" w:hAnsi="Times New Roman" w:cs="Times New Roman"/>
                <w:color w:val="000000"/>
                <w:sz w:val="20"/>
                <w:szCs w:val="20"/>
              </w:rPr>
            </w:pPr>
            <w:r w:rsidRPr="001A2E38">
              <w:rPr>
                <w:rFonts w:ascii="Times New Roman" w:eastAsia="Times New Roman" w:hAnsi="Times New Roman" w:cs="Times New Roman"/>
                <w:color w:val="000000"/>
                <w:sz w:val="20"/>
                <w:szCs w:val="20"/>
              </w:rPr>
              <w:t>&lt;0.001</w:t>
            </w:r>
          </w:p>
        </w:tc>
      </w:tr>
      <w:tr w:rsidR="0003231E" w:rsidRPr="001A2E38" w14:paraId="31A1C5C4" w14:textId="77777777" w:rsidTr="00176373">
        <w:trPr>
          <w:jc w:val="center"/>
        </w:trPr>
        <w:tc>
          <w:tcPr>
            <w:tcW w:w="2099"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098A8D0E" w14:textId="77777777" w:rsidR="0003231E" w:rsidRPr="001A2E38" w:rsidRDefault="0003231E" w:rsidP="00176373">
            <w:pPr>
              <w:pBdr>
                <w:top w:val="none" w:sz="0" w:space="0" w:color="000000"/>
                <w:left w:val="none" w:sz="0" w:space="0" w:color="000000"/>
                <w:bottom w:val="none" w:sz="0" w:space="0" w:color="000000"/>
                <w:right w:val="none" w:sz="0" w:space="0" w:color="000000"/>
              </w:pBdr>
              <w:snapToGrid w:val="0"/>
              <w:spacing w:before="40" w:after="40" w:line="240" w:lineRule="auto"/>
              <w:ind w:left="40" w:right="40"/>
              <w:rPr>
                <w:rFonts w:ascii="Times New Roman" w:eastAsia="Times New Roman" w:hAnsi="Times New Roman" w:cs="Times New Roman"/>
                <w:color w:val="000000"/>
                <w:sz w:val="20"/>
                <w:szCs w:val="20"/>
              </w:rPr>
            </w:pPr>
            <w:r w:rsidRPr="001A2E38">
              <w:rPr>
                <w:rFonts w:ascii="Times New Roman" w:eastAsia="Times New Roman" w:hAnsi="Times New Roman" w:cs="Times New Roman"/>
                <w:color w:val="000000"/>
                <w:sz w:val="20"/>
                <w:szCs w:val="20"/>
              </w:rPr>
              <w:t>CHG-WHtR</w:t>
            </w:r>
          </w:p>
        </w:tc>
        <w:tc>
          <w:tcPr>
            <w:tcW w:w="2974"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2352106E" w14:textId="77777777" w:rsidR="0003231E" w:rsidRPr="001A2E38" w:rsidRDefault="0003231E" w:rsidP="00176373">
            <w:pPr>
              <w:pBdr>
                <w:top w:val="none" w:sz="0" w:space="0" w:color="000000"/>
                <w:left w:val="none" w:sz="0" w:space="0" w:color="000000"/>
                <w:bottom w:val="none" w:sz="0" w:space="0" w:color="000000"/>
                <w:right w:val="none" w:sz="0" w:space="0" w:color="000000"/>
              </w:pBdr>
              <w:snapToGrid w:val="0"/>
              <w:spacing w:before="40" w:after="40" w:line="240" w:lineRule="auto"/>
              <w:ind w:left="40" w:right="40"/>
              <w:jc w:val="center"/>
              <w:rPr>
                <w:rFonts w:ascii="Times New Roman" w:eastAsia="Times New Roman" w:hAnsi="Times New Roman" w:cs="Times New Roman"/>
                <w:color w:val="000000"/>
                <w:sz w:val="20"/>
                <w:szCs w:val="20"/>
              </w:rPr>
            </w:pPr>
            <w:r w:rsidRPr="001A2E38">
              <w:rPr>
                <w:rFonts w:ascii="Times New Roman" w:eastAsia="Times New Roman" w:hAnsi="Times New Roman" w:cs="Times New Roman"/>
                <w:color w:val="000000"/>
                <w:sz w:val="20"/>
                <w:szCs w:val="20"/>
              </w:rPr>
              <w:t>Per 1-SD increase</w:t>
            </w:r>
          </w:p>
        </w:tc>
        <w:tc>
          <w:tcPr>
            <w:tcW w:w="3500"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1E4D043C" w14:textId="77777777" w:rsidR="0003231E" w:rsidRPr="001A2E38" w:rsidRDefault="0003231E" w:rsidP="00176373">
            <w:pPr>
              <w:pBdr>
                <w:top w:val="none" w:sz="0" w:space="0" w:color="000000"/>
                <w:left w:val="none" w:sz="0" w:space="0" w:color="000000"/>
                <w:bottom w:val="none" w:sz="0" w:space="0" w:color="000000"/>
                <w:right w:val="none" w:sz="0" w:space="0" w:color="000000"/>
              </w:pBdr>
              <w:snapToGrid w:val="0"/>
              <w:spacing w:before="40" w:after="40" w:line="240" w:lineRule="auto"/>
              <w:ind w:left="40" w:right="40"/>
              <w:jc w:val="center"/>
              <w:rPr>
                <w:rFonts w:ascii="Times New Roman" w:eastAsia="Times New Roman" w:hAnsi="Times New Roman" w:cs="Times New Roman"/>
                <w:color w:val="000000"/>
                <w:sz w:val="20"/>
                <w:szCs w:val="20"/>
              </w:rPr>
            </w:pPr>
            <w:r w:rsidRPr="001A2E38">
              <w:rPr>
                <w:rFonts w:ascii="Times New Roman" w:eastAsia="Times New Roman" w:hAnsi="Times New Roman" w:cs="Times New Roman"/>
                <w:color w:val="000000"/>
                <w:sz w:val="20"/>
                <w:szCs w:val="20"/>
              </w:rPr>
              <w:t>1.594 (1.553-1.637)</w:t>
            </w:r>
          </w:p>
        </w:tc>
        <w:tc>
          <w:tcPr>
            <w:tcW w:w="1750"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0BA83516" w14:textId="77777777" w:rsidR="0003231E" w:rsidRPr="001A2E38" w:rsidRDefault="0003231E" w:rsidP="00176373">
            <w:pPr>
              <w:pBdr>
                <w:top w:val="none" w:sz="0" w:space="0" w:color="000000"/>
                <w:left w:val="none" w:sz="0" w:space="0" w:color="000000"/>
                <w:bottom w:val="none" w:sz="0" w:space="0" w:color="000000"/>
                <w:right w:val="none" w:sz="0" w:space="0" w:color="000000"/>
              </w:pBdr>
              <w:snapToGrid w:val="0"/>
              <w:spacing w:before="40" w:after="40" w:line="240" w:lineRule="auto"/>
              <w:ind w:left="40" w:right="40"/>
              <w:jc w:val="center"/>
              <w:rPr>
                <w:rFonts w:ascii="Times New Roman" w:eastAsia="Times New Roman" w:hAnsi="Times New Roman" w:cs="Times New Roman"/>
                <w:color w:val="000000"/>
                <w:sz w:val="20"/>
                <w:szCs w:val="20"/>
              </w:rPr>
            </w:pPr>
            <w:r w:rsidRPr="001A2E38">
              <w:rPr>
                <w:rFonts w:ascii="Times New Roman" w:eastAsia="Times New Roman" w:hAnsi="Times New Roman" w:cs="Times New Roman"/>
                <w:color w:val="000000"/>
                <w:sz w:val="20"/>
                <w:szCs w:val="20"/>
              </w:rPr>
              <w:t>&lt;0.001</w:t>
            </w:r>
          </w:p>
        </w:tc>
        <w:tc>
          <w:tcPr>
            <w:tcW w:w="1925"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4F0944D0" w14:textId="77777777" w:rsidR="0003231E" w:rsidRPr="001A2E38" w:rsidRDefault="0003231E" w:rsidP="00176373">
            <w:pPr>
              <w:pBdr>
                <w:top w:val="none" w:sz="0" w:space="0" w:color="000000"/>
                <w:left w:val="none" w:sz="0" w:space="0" w:color="000000"/>
                <w:bottom w:val="none" w:sz="0" w:space="0" w:color="000000"/>
                <w:right w:val="none" w:sz="0" w:space="0" w:color="000000"/>
              </w:pBdr>
              <w:snapToGrid w:val="0"/>
              <w:spacing w:before="40" w:after="40" w:line="240" w:lineRule="auto"/>
              <w:ind w:left="40" w:right="40"/>
              <w:jc w:val="center"/>
              <w:rPr>
                <w:rFonts w:ascii="Times New Roman" w:eastAsia="Times New Roman" w:hAnsi="Times New Roman" w:cs="Times New Roman"/>
                <w:color w:val="000000"/>
                <w:sz w:val="20"/>
                <w:szCs w:val="20"/>
              </w:rPr>
            </w:pPr>
          </w:p>
        </w:tc>
      </w:tr>
      <w:tr w:rsidR="0003231E" w:rsidRPr="001A2E38" w14:paraId="2624ACCB" w14:textId="77777777" w:rsidTr="00176373">
        <w:trPr>
          <w:jc w:val="center"/>
        </w:trPr>
        <w:tc>
          <w:tcPr>
            <w:tcW w:w="2099"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262CC0C1" w14:textId="77777777" w:rsidR="0003231E" w:rsidRPr="001A2E38" w:rsidRDefault="0003231E" w:rsidP="00176373">
            <w:pPr>
              <w:pBdr>
                <w:top w:val="none" w:sz="0" w:space="0" w:color="000000"/>
                <w:left w:val="none" w:sz="0" w:space="0" w:color="000000"/>
                <w:bottom w:val="none" w:sz="0" w:space="0" w:color="000000"/>
                <w:right w:val="none" w:sz="0" w:space="0" w:color="000000"/>
              </w:pBdr>
              <w:snapToGrid w:val="0"/>
              <w:spacing w:before="40" w:after="40" w:line="240" w:lineRule="auto"/>
              <w:ind w:left="40" w:right="40"/>
              <w:rPr>
                <w:rFonts w:ascii="Times New Roman" w:eastAsia="Times New Roman" w:hAnsi="Times New Roman" w:cs="Times New Roman"/>
                <w:color w:val="000000"/>
                <w:sz w:val="20"/>
                <w:szCs w:val="20"/>
              </w:rPr>
            </w:pPr>
          </w:p>
        </w:tc>
        <w:tc>
          <w:tcPr>
            <w:tcW w:w="2974"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1DEB69B5" w14:textId="77777777" w:rsidR="0003231E" w:rsidRPr="001A2E38" w:rsidRDefault="0003231E" w:rsidP="00176373">
            <w:pPr>
              <w:pBdr>
                <w:top w:val="none" w:sz="0" w:space="0" w:color="000000"/>
                <w:left w:val="none" w:sz="0" w:space="0" w:color="000000"/>
                <w:bottom w:val="none" w:sz="0" w:space="0" w:color="000000"/>
                <w:right w:val="none" w:sz="0" w:space="0" w:color="000000"/>
              </w:pBdr>
              <w:snapToGrid w:val="0"/>
              <w:spacing w:before="40" w:after="40" w:line="240" w:lineRule="auto"/>
              <w:ind w:left="40" w:right="40"/>
              <w:jc w:val="center"/>
              <w:rPr>
                <w:rFonts w:ascii="Times New Roman" w:eastAsia="Times New Roman" w:hAnsi="Times New Roman" w:cs="Times New Roman"/>
                <w:color w:val="000000"/>
                <w:sz w:val="20"/>
                <w:szCs w:val="20"/>
              </w:rPr>
            </w:pPr>
            <w:r w:rsidRPr="001A2E38">
              <w:rPr>
                <w:rFonts w:ascii="Times New Roman" w:eastAsia="Times New Roman" w:hAnsi="Times New Roman" w:cs="Times New Roman"/>
                <w:color w:val="000000"/>
                <w:sz w:val="20"/>
                <w:szCs w:val="20"/>
              </w:rPr>
              <w:t>Q1</w:t>
            </w:r>
          </w:p>
        </w:tc>
        <w:tc>
          <w:tcPr>
            <w:tcW w:w="3500"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6B430411" w14:textId="77777777" w:rsidR="0003231E" w:rsidRPr="001A2E38" w:rsidRDefault="0003231E" w:rsidP="00176373">
            <w:pPr>
              <w:pBdr>
                <w:top w:val="none" w:sz="0" w:space="0" w:color="000000"/>
                <w:left w:val="none" w:sz="0" w:space="0" w:color="000000"/>
                <w:bottom w:val="none" w:sz="0" w:space="0" w:color="000000"/>
                <w:right w:val="none" w:sz="0" w:space="0" w:color="000000"/>
              </w:pBdr>
              <w:snapToGrid w:val="0"/>
              <w:spacing w:before="40" w:after="40" w:line="240" w:lineRule="auto"/>
              <w:ind w:left="40" w:right="40"/>
              <w:jc w:val="center"/>
              <w:rPr>
                <w:rFonts w:ascii="Times New Roman" w:eastAsia="Times New Roman" w:hAnsi="Times New Roman" w:cs="Times New Roman"/>
                <w:color w:val="000000"/>
                <w:sz w:val="20"/>
                <w:szCs w:val="20"/>
              </w:rPr>
            </w:pPr>
            <w:r w:rsidRPr="001A2E38">
              <w:rPr>
                <w:rFonts w:ascii="Times New Roman" w:eastAsia="Times New Roman" w:hAnsi="Times New Roman" w:cs="Times New Roman"/>
                <w:color w:val="000000"/>
                <w:sz w:val="20"/>
                <w:szCs w:val="20"/>
              </w:rPr>
              <w:t>Reference</w:t>
            </w:r>
          </w:p>
        </w:tc>
        <w:tc>
          <w:tcPr>
            <w:tcW w:w="1750"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04FFECAD" w14:textId="77777777" w:rsidR="0003231E" w:rsidRPr="001A2E38" w:rsidRDefault="0003231E" w:rsidP="00176373">
            <w:pPr>
              <w:pBdr>
                <w:top w:val="none" w:sz="0" w:space="0" w:color="000000"/>
                <w:left w:val="none" w:sz="0" w:space="0" w:color="000000"/>
                <w:bottom w:val="none" w:sz="0" w:space="0" w:color="000000"/>
                <w:right w:val="none" w:sz="0" w:space="0" w:color="000000"/>
              </w:pBdr>
              <w:snapToGrid w:val="0"/>
              <w:spacing w:before="40" w:after="40" w:line="240" w:lineRule="auto"/>
              <w:ind w:left="40" w:right="40"/>
              <w:jc w:val="center"/>
              <w:rPr>
                <w:rFonts w:ascii="Times New Roman" w:eastAsia="Times New Roman" w:hAnsi="Times New Roman" w:cs="Times New Roman"/>
                <w:color w:val="000000"/>
                <w:sz w:val="20"/>
                <w:szCs w:val="20"/>
              </w:rPr>
            </w:pPr>
          </w:p>
        </w:tc>
        <w:tc>
          <w:tcPr>
            <w:tcW w:w="1925"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69275CEC" w14:textId="77777777" w:rsidR="0003231E" w:rsidRPr="001A2E38" w:rsidRDefault="0003231E" w:rsidP="00176373">
            <w:pPr>
              <w:pBdr>
                <w:top w:val="none" w:sz="0" w:space="0" w:color="000000"/>
                <w:left w:val="none" w:sz="0" w:space="0" w:color="000000"/>
                <w:bottom w:val="none" w:sz="0" w:space="0" w:color="000000"/>
                <w:right w:val="none" w:sz="0" w:space="0" w:color="000000"/>
              </w:pBdr>
              <w:snapToGrid w:val="0"/>
              <w:spacing w:before="40" w:after="40" w:line="240" w:lineRule="auto"/>
              <w:ind w:left="40" w:right="40"/>
              <w:jc w:val="center"/>
              <w:rPr>
                <w:rFonts w:ascii="Times New Roman" w:eastAsia="Times New Roman" w:hAnsi="Times New Roman" w:cs="Times New Roman"/>
                <w:color w:val="000000"/>
                <w:sz w:val="20"/>
                <w:szCs w:val="20"/>
              </w:rPr>
            </w:pPr>
          </w:p>
        </w:tc>
      </w:tr>
      <w:tr w:rsidR="0003231E" w:rsidRPr="001A2E38" w14:paraId="6CA5D019" w14:textId="77777777" w:rsidTr="00176373">
        <w:trPr>
          <w:jc w:val="center"/>
        </w:trPr>
        <w:tc>
          <w:tcPr>
            <w:tcW w:w="2099"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6805A02A" w14:textId="77777777" w:rsidR="0003231E" w:rsidRPr="001A2E38" w:rsidRDefault="0003231E" w:rsidP="00176373">
            <w:pPr>
              <w:pBdr>
                <w:top w:val="none" w:sz="0" w:space="0" w:color="000000"/>
                <w:left w:val="none" w:sz="0" w:space="0" w:color="000000"/>
                <w:bottom w:val="none" w:sz="0" w:space="0" w:color="000000"/>
                <w:right w:val="none" w:sz="0" w:space="0" w:color="000000"/>
              </w:pBdr>
              <w:snapToGrid w:val="0"/>
              <w:spacing w:before="40" w:after="40" w:line="240" w:lineRule="auto"/>
              <w:ind w:left="40" w:right="40"/>
              <w:rPr>
                <w:rFonts w:ascii="Times New Roman" w:eastAsia="Times New Roman" w:hAnsi="Times New Roman" w:cs="Times New Roman"/>
                <w:color w:val="000000"/>
                <w:sz w:val="20"/>
                <w:szCs w:val="20"/>
              </w:rPr>
            </w:pPr>
          </w:p>
        </w:tc>
        <w:tc>
          <w:tcPr>
            <w:tcW w:w="2974"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3ADE62D8" w14:textId="77777777" w:rsidR="0003231E" w:rsidRPr="001A2E38" w:rsidRDefault="0003231E" w:rsidP="00176373">
            <w:pPr>
              <w:pBdr>
                <w:top w:val="none" w:sz="0" w:space="0" w:color="000000"/>
                <w:left w:val="none" w:sz="0" w:space="0" w:color="000000"/>
                <w:bottom w:val="none" w:sz="0" w:space="0" w:color="000000"/>
                <w:right w:val="none" w:sz="0" w:space="0" w:color="000000"/>
              </w:pBdr>
              <w:snapToGrid w:val="0"/>
              <w:spacing w:before="40" w:after="40" w:line="240" w:lineRule="auto"/>
              <w:ind w:left="40" w:right="40"/>
              <w:jc w:val="center"/>
              <w:rPr>
                <w:rFonts w:ascii="Times New Roman" w:eastAsia="Times New Roman" w:hAnsi="Times New Roman" w:cs="Times New Roman"/>
                <w:color w:val="000000"/>
                <w:sz w:val="20"/>
                <w:szCs w:val="20"/>
              </w:rPr>
            </w:pPr>
            <w:r w:rsidRPr="001A2E38">
              <w:rPr>
                <w:rFonts w:ascii="Times New Roman" w:eastAsia="Times New Roman" w:hAnsi="Times New Roman" w:cs="Times New Roman"/>
                <w:color w:val="000000"/>
                <w:sz w:val="20"/>
                <w:szCs w:val="20"/>
              </w:rPr>
              <w:t>Q2</w:t>
            </w:r>
          </w:p>
        </w:tc>
        <w:tc>
          <w:tcPr>
            <w:tcW w:w="3500"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0082CE6A" w14:textId="77777777" w:rsidR="0003231E" w:rsidRPr="001A2E38" w:rsidRDefault="0003231E" w:rsidP="00176373">
            <w:pPr>
              <w:pBdr>
                <w:top w:val="none" w:sz="0" w:space="0" w:color="000000"/>
                <w:left w:val="none" w:sz="0" w:space="0" w:color="000000"/>
                <w:bottom w:val="none" w:sz="0" w:space="0" w:color="000000"/>
                <w:right w:val="none" w:sz="0" w:space="0" w:color="000000"/>
              </w:pBdr>
              <w:snapToGrid w:val="0"/>
              <w:spacing w:before="40" w:after="40" w:line="240" w:lineRule="auto"/>
              <w:ind w:left="40" w:right="40"/>
              <w:jc w:val="center"/>
              <w:rPr>
                <w:rFonts w:ascii="Times New Roman" w:eastAsia="Times New Roman" w:hAnsi="Times New Roman" w:cs="Times New Roman"/>
                <w:color w:val="000000"/>
                <w:sz w:val="20"/>
                <w:szCs w:val="20"/>
              </w:rPr>
            </w:pPr>
            <w:r w:rsidRPr="001A2E38">
              <w:rPr>
                <w:rFonts w:ascii="Times New Roman" w:eastAsia="Times New Roman" w:hAnsi="Times New Roman" w:cs="Times New Roman"/>
                <w:color w:val="000000"/>
                <w:sz w:val="20"/>
                <w:szCs w:val="20"/>
              </w:rPr>
              <w:t>1.323 (1.173-1.494)</w:t>
            </w:r>
          </w:p>
        </w:tc>
        <w:tc>
          <w:tcPr>
            <w:tcW w:w="1750"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35357919" w14:textId="77777777" w:rsidR="0003231E" w:rsidRPr="001A2E38" w:rsidRDefault="0003231E" w:rsidP="00176373">
            <w:pPr>
              <w:pBdr>
                <w:top w:val="none" w:sz="0" w:space="0" w:color="000000"/>
                <w:left w:val="none" w:sz="0" w:space="0" w:color="000000"/>
                <w:bottom w:val="none" w:sz="0" w:space="0" w:color="000000"/>
                <w:right w:val="none" w:sz="0" w:space="0" w:color="000000"/>
              </w:pBdr>
              <w:snapToGrid w:val="0"/>
              <w:spacing w:before="40" w:after="40" w:line="240" w:lineRule="auto"/>
              <w:ind w:left="40" w:right="40"/>
              <w:jc w:val="center"/>
              <w:rPr>
                <w:rFonts w:ascii="Times New Roman" w:eastAsia="Times New Roman" w:hAnsi="Times New Roman" w:cs="Times New Roman"/>
                <w:color w:val="000000"/>
                <w:sz w:val="20"/>
                <w:szCs w:val="20"/>
              </w:rPr>
            </w:pPr>
            <w:r w:rsidRPr="001A2E38">
              <w:rPr>
                <w:rFonts w:ascii="Times New Roman" w:eastAsia="Times New Roman" w:hAnsi="Times New Roman" w:cs="Times New Roman"/>
                <w:color w:val="000000"/>
                <w:sz w:val="20"/>
                <w:szCs w:val="20"/>
              </w:rPr>
              <w:t>&lt;0.001</w:t>
            </w:r>
          </w:p>
        </w:tc>
        <w:tc>
          <w:tcPr>
            <w:tcW w:w="1925"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5F737D96" w14:textId="77777777" w:rsidR="0003231E" w:rsidRPr="001A2E38" w:rsidRDefault="0003231E" w:rsidP="00176373">
            <w:pPr>
              <w:pBdr>
                <w:top w:val="none" w:sz="0" w:space="0" w:color="000000"/>
                <w:left w:val="none" w:sz="0" w:space="0" w:color="000000"/>
                <w:bottom w:val="none" w:sz="0" w:space="0" w:color="000000"/>
                <w:right w:val="none" w:sz="0" w:space="0" w:color="000000"/>
              </w:pBdr>
              <w:snapToGrid w:val="0"/>
              <w:spacing w:before="40" w:after="40" w:line="240" w:lineRule="auto"/>
              <w:ind w:left="40" w:right="40"/>
              <w:jc w:val="center"/>
              <w:rPr>
                <w:rFonts w:ascii="Times New Roman" w:eastAsia="Times New Roman" w:hAnsi="Times New Roman" w:cs="Times New Roman"/>
                <w:color w:val="000000"/>
                <w:sz w:val="20"/>
                <w:szCs w:val="20"/>
              </w:rPr>
            </w:pPr>
          </w:p>
        </w:tc>
      </w:tr>
      <w:tr w:rsidR="0003231E" w:rsidRPr="001A2E38" w14:paraId="63DD2985" w14:textId="77777777" w:rsidTr="00176373">
        <w:trPr>
          <w:jc w:val="center"/>
        </w:trPr>
        <w:tc>
          <w:tcPr>
            <w:tcW w:w="2099"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302D471E" w14:textId="77777777" w:rsidR="0003231E" w:rsidRPr="001A2E38" w:rsidRDefault="0003231E" w:rsidP="00176373">
            <w:pPr>
              <w:pBdr>
                <w:top w:val="none" w:sz="0" w:space="0" w:color="000000"/>
                <w:left w:val="none" w:sz="0" w:space="0" w:color="000000"/>
                <w:bottom w:val="none" w:sz="0" w:space="0" w:color="000000"/>
                <w:right w:val="none" w:sz="0" w:space="0" w:color="000000"/>
              </w:pBdr>
              <w:snapToGrid w:val="0"/>
              <w:spacing w:before="40" w:after="40" w:line="240" w:lineRule="auto"/>
              <w:ind w:left="40" w:right="40"/>
              <w:rPr>
                <w:rFonts w:ascii="Times New Roman" w:eastAsia="Times New Roman" w:hAnsi="Times New Roman" w:cs="Times New Roman"/>
                <w:color w:val="000000"/>
                <w:sz w:val="20"/>
                <w:szCs w:val="20"/>
              </w:rPr>
            </w:pPr>
          </w:p>
        </w:tc>
        <w:tc>
          <w:tcPr>
            <w:tcW w:w="2974"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540E2370" w14:textId="77777777" w:rsidR="0003231E" w:rsidRPr="001A2E38" w:rsidRDefault="0003231E" w:rsidP="00176373">
            <w:pPr>
              <w:pBdr>
                <w:top w:val="none" w:sz="0" w:space="0" w:color="000000"/>
                <w:left w:val="none" w:sz="0" w:space="0" w:color="000000"/>
                <w:bottom w:val="none" w:sz="0" w:space="0" w:color="000000"/>
                <w:right w:val="none" w:sz="0" w:space="0" w:color="000000"/>
              </w:pBdr>
              <w:snapToGrid w:val="0"/>
              <w:spacing w:before="40" w:after="40" w:line="240" w:lineRule="auto"/>
              <w:ind w:left="40" w:right="40"/>
              <w:jc w:val="center"/>
              <w:rPr>
                <w:rFonts w:ascii="Times New Roman" w:eastAsia="Times New Roman" w:hAnsi="Times New Roman" w:cs="Times New Roman"/>
                <w:color w:val="000000"/>
                <w:sz w:val="20"/>
                <w:szCs w:val="20"/>
              </w:rPr>
            </w:pPr>
            <w:r w:rsidRPr="001A2E38">
              <w:rPr>
                <w:rFonts w:ascii="Times New Roman" w:eastAsia="Times New Roman" w:hAnsi="Times New Roman" w:cs="Times New Roman"/>
                <w:color w:val="000000"/>
                <w:sz w:val="20"/>
                <w:szCs w:val="20"/>
              </w:rPr>
              <w:t>Q3</w:t>
            </w:r>
          </w:p>
        </w:tc>
        <w:tc>
          <w:tcPr>
            <w:tcW w:w="3500"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3D725BDA" w14:textId="77777777" w:rsidR="0003231E" w:rsidRPr="001A2E38" w:rsidRDefault="0003231E" w:rsidP="00176373">
            <w:pPr>
              <w:pBdr>
                <w:top w:val="none" w:sz="0" w:space="0" w:color="000000"/>
                <w:left w:val="none" w:sz="0" w:space="0" w:color="000000"/>
                <w:bottom w:val="none" w:sz="0" w:space="0" w:color="000000"/>
                <w:right w:val="none" w:sz="0" w:space="0" w:color="000000"/>
              </w:pBdr>
              <w:snapToGrid w:val="0"/>
              <w:spacing w:before="40" w:after="40" w:line="240" w:lineRule="auto"/>
              <w:ind w:left="40" w:right="40"/>
              <w:jc w:val="center"/>
              <w:rPr>
                <w:rFonts w:ascii="Times New Roman" w:eastAsia="Times New Roman" w:hAnsi="Times New Roman" w:cs="Times New Roman"/>
                <w:color w:val="000000"/>
                <w:sz w:val="20"/>
                <w:szCs w:val="20"/>
              </w:rPr>
            </w:pPr>
            <w:r w:rsidRPr="001A2E38">
              <w:rPr>
                <w:rFonts w:ascii="Times New Roman" w:eastAsia="Times New Roman" w:hAnsi="Times New Roman" w:cs="Times New Roman"/>
                <w:color w:val="000000"/>
                <w:sz w:val="20"/>
                <w:szCs w:val="20"/>
              </w:rPr>
              <w:t>1.748 (1.559-1.961)</w:t>
            </w:r>
          </w:p>
        </w:tc>
        <w:tc>
          <w:tcPr>
            <w:tcW w:w="1750"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673A7DB4" w14:textId="77777777" w:rsidR="0003231E" w:rsidRPr="001A2E38" w:rsidRDefault="0003231E" w:rsidP="00176373">
            <w:pPr>
              <w:pBdr>
                <w:top w:val="none" w:sz="0" w:space="0" w:color="000000"/>
                <w:left w:val="none" w:sz="0" w:space="0" w:color="000000"/>
                <w:bottom w:val="none" w:sz="0" w:space="0" w:color="000000"/>
                <w:right w:val="none" w:sz="0" w:space="0" w:color="000000"/>
              </w:pBdr>
              <w:snapToGrid w:val="0"/>
              <w:spacing w:before="40" w:after="40" w:line="240" w:lineRule="auto"/>
              <w:ind w:left="40" w:right="40"/>
              <w:jc w:val="center"/>
              <w:rPr>
                <w:rFonts w:ascii="Times New Roman" w:eastAsia="Times New Roman" w:hAnsi="Times New Roman" w:cs="Times New Roman"/>
                <w:color w:val="000000"/>
                <w:sz w:val="20"/>
                <w:szCs w:val="20"/>
              </w:rPr>
            </w:pPr>
            <w:r w:rsidRPr="001A2E38">
              <w:rPr>
                <w:rFonts w:ascii="Times New Roman" w:eastAsia="Times New Roman" w:hAnsi="Times New Roman" w:cs="Times New Roman"/>
                <w:color w:val="000000"/>
                <w:sz w:val="20"/>
                <w:szCs w:val="20"/>
              </w:rPr>
              <w:t>&lt;0.001</w:t>
            </w:r>
          </w:p>
        </w:tc>
        <w:tc>
          <w:tcPr>
            <w:tcW w:w="1925"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49F5557B" w14:textId="77777777" w:rsidR="0003231E" w:rsidRPr="001A2E38" w:rsidRDefault="0003231E" w:rsidP="00176373">
            <w:pPr>
              <w:pBdr>
                <w:top w:val="none" w:sz="0" w:space="0" w:color="000000"/>
                <w:left w:val="none" w:sz="0" w:space="0" w:color="000000"/>
                <w:bottom w:val="none" w:sz="0" w:space="0" w:color="000000"/>
                <w:right w:val="none" w:sz="0" w:space="0" w:color="000000"/>
              </w:pBdr>
              <w:snapToGrid w:val="0"/>
              <w:spacing w:before="40" w:after="40" w:line="240" w:lineRule="auto"/>
              <w:ind w:left="40" w:right="40"/>
              <w:jc w:val="center"/>
              <w:rPr>
                <w:rFonts w:ascii="Times New Roman" w:eastAsia="Times New Roman" w:hAnsi="Times New Roman" w:cs="Times New Roman"/>
                <w:color w:val="000000"/>
                <w:sz w:val="20"/>
                <w:szCs w:val="20"/>
              </w:rPr>
            </w:pPr>
          </w:p>
        </w:tc>
      </w:tr>
      <w:tr w:rsidR="0003231E" w:rsidRPr="001A2E38" w14:paraId="78C6F654" w14:textId="77777777" w:rsidTr="00176373">
        <w:trPr>
          <w:jc w:val="center"/>
        </w:trPr>
        <w:tc>
          <w:tcPr>
            <w:tcW w:w="2099"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368ECB5A" w14:textId="77777777" w:rsidR="0003231E" w:rsidRPr="001A2E38" w:rsidRDefault="0003231E" w:rsidP="00176373">
            <w:pPr>
              <w:pBdr>
                <w:top w:val="none" w:sz="0" w:space="0" w:color="000000"/>
                <w:left w:val="none" w:sz="0" w:space="0" w:color="000000"/>
                <w:bottom w:val="none" w:sz="0" w:space="0" w:color="000000"/>
                <w:right w:val="none" w:sz="0" w:space="0" w:color="000000"/>
              </w:pBdr>
              <w:snapToGrid w:val="0"/>
              <w:spacing w:before="40" w:after="40" w:line="240" w:lineRule="auto"/>
              <w:ind w:left="40" w:right="40"/>
              <w:rPr>
                <w:rFonts w:ascii="Times New Roman" w:eastAsia="Times New Roman" w:hAnsi="Times New Roman" w:cs="Times New Roman"/>
                <w:color w:val="000000"/>
                <w:sz w:val="20"/>
                <w:szCs w:val="20"/>
              </w:rPr>
            </w:pPr>
          </w:p>
        </w:tc>
        <w:tc>
          <w:tcPr>
            <w:tcW w:w="2974"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1F1C1516" w14:textId="77777777" w:rsidR="0003231E" w:rsidRPr="001A2E38" w:rsidRDefault="0003231E" w:rsidP="00176373">
            <w:pPr>
              <w:pBdr>
                <w:top w:val="none" w:sz="0" w:space="0" w:color="000000"/>
                <w:left w:val="none" w:sz="0" w:space="0" w:color="000000"/>
                <w:bottom w:val="none" w:sz="0" w:space="0" w:color="000000"/>
                <w:right w:val="none" w:sz="0" w:space="0" w:color="000000"/>
              </w:pBdr>
              <w:snapToGrid w:val="0"/>
              <w:spacing w:before="40" w:after="40" w:line="240" w:lineRule="auto"/>
              <w:ind w:left="40" w:right="40"/>
              <w:jc w:val="center"/>
              <w:rPr>
                <w:rFonts w:ascii="Times New Roman" w:eastAsia="Times New Roman" w:hAnsi="Times New Roman" w:cs="Times New Roman"/>
                <w:color w:val="000000"/>
                <w:sz w:val="20"/>
                <w:szCs w:val="20"/>
              </w:rPr>
            </w:pPr>
            <w:r w:rsidRPr="001A2E38">
              <w:rPr>
                <w:rFonts w:ascii="Times New Roman" w:eastAsia="Times New Roman" w:hAnsi="Times New Roman" w:cs="Times New Roman"/>
                <w:color w:val="000000"/>
                <w:sz w:val="20"/>
                <w:szCs w:val="20"/>
              </w:rPr>
              <w:t>Q4</w:t>
            </w:r>
          </w:p>
        </w:tc>
        <w:tc>
          <w:tcPr>
            <w:tcW w:w="3500"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1361BB38" w14:textId="77777777" w:rsidR="0003231E" w:rsidRPr="001A2E38" w:rsidRDefault="0003231E" w:rsidP="00176373">
            <w:pPr>
              <w:pBdr>
                <w:top w:val="none" w:sz="0" w:space="0" w:color="000000"/>
                <w:left w:val="none" w:sz="0" w:space="0" w:color="000000"/>
                <w:bottom w:val="none" w:sz="0" w:space="0" w:color="000000"/>
                <w:right w:val="none" w:sz="0" w:space="0" w:color="000000"/>
              </w:pBdr>
              <w:snapToGrid w:val="0"/>
              <w:spacing w:before="40" w:after="40" w:line="240" w:lineRule="auto"/>
              <w:ind w:left="40" w:right="40"/>
              <w:jc w:val="center"/>
              <w:rPr>
                <w:rFonts w:ascii="Times New Roman" w:eastAsia="Times New Roman" w:hAnsi="Times New Roman" w:cs="Times New Roman"/>
                <w:color w:val="000000"/>
                <w:sz w:val="20"/>
                <w:szCs w:val="20"/>
              </w:rPr>
            </w:pPr>
            <w:r w:rsidRPr="001A2E38">
              <w:rPr>
                <w:rFonts w:ascii="Times New Roman" w:eastAsia="Times New Roman" w:hAnsi="Times New Roman" w:cs="Times New Roman"/>
                <w:color w:val="000000"/>
                <w:sz w:val="20"/>
                <w:szCs w:val="20"/>
              </w:rPr>
              <w:t>3.603 (3.241-4.006)</w:t>
            </w:r>
          </w:p>
        </w:tc>
        <w:tc>
          <w:tcPr>
            <w:tcW w:w="1750"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27581F19" w14:textId="77777777" w:rsidR="0003231E" w:rsidRPr="001A2E38" w:rsidRDefault="0003231E" w:rsidP="00176373">
            <w:pPr>
              <w:pBdr>
                <w:top w:val="none" w:sz="0" w:space="0" w:color="000000"/>
                <w:left w:val="none" w:sz="0" w:space="0" w:color="000000"/>
                <w:bottom w:val="none" w:sz="0" w:space="0" w:color="000000"/>
                <w:right w:val="none" w:sz="0" w:space="0" w:color="000000"/>
              </w:pBdr>
              <w:snapToGrid w:val="0"/>
              <w:spacing w:before="40" w:after="40" w:line="240" w:lineRule="auto"/>
              <w:ind w:left="40" w:right="40"/>
              <w:jc w:val="center"/>
              <w:rPr>
                <w:rFonts w:ascii="Times New Roman" w:eastAsia="Times New Roman" w:hAnsi="Times New Roman" w:cs="Times New Roman"/>
                <w:color w:val="000000"/>
                <w:sz w:val="20"/>
                <w:szCs w:val="20"/>
              </w:rPr>
            </w:pPr>
            <w:r w:rsidRPr="001A2E38">
              <w:rPr>
                <w:rFonts w:ascii="Times New Roman" w:eastAsia="Times New Roman" w:hAnsi="Times New Roman" w:cs="Times New Roman"/>
                <w:color w:val="000000"/>
                <w:sz w:val="20"/>
                <w:szCs w:val="20"/>
              </w:rPr>
              <w:t>&lt;0.001</w:t>
            </w:r>
          </w:p>
        </w:tc>
        <w:tc>
          <w:tcPr>
            <w:tcW w:w="1925"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7AADCE0E" w14:textId="77777777" w:rsidR="0003231E" w:rsidRPr="001A2E38" w:rsidRDefault="0003231E" w:rsidP="00176373">
            <w:pPr>
              <w:pBdr>
                <w:top w:val="none" w:sz="0" w:space="0" w:color="000000"/>
                <w:left w:val="none" w:sz="0" w:space="0" w:color="000000"/>
                <w:bottom w:val="none" w:sz="0" w:space="0" w:color="000000"/>
                <w:right w:val="none" w:sz="0" w:space="0" w:color="000000"/>
              </w:pBdr>
              <w:snapToGrid w:val="0"/>
              <w:spacing w:before="40" w:after="40" w:line="240" w:lineRule="auto"/>
              <w:ind w:left="40" w:right="40"/>
              <w:jc w:val="center"/>
              <w:rPr>
                <w:rFonts w:ascii="Times New Roman" w:eastAsia="Times New Roman" w:hAnsi="Times New Roman" w:cs="Times New Roman"/>
                <w:color w:val="000000"/>
                <w:sz w:val="20"/>
                <w:szCs w:val="20"/>
              </w:rPr>
            </w:pPr>
            <w:r w:rsidRPr="001A2E38">
              <w:rPr>
                <w:rFonts w:ascii="Times New Roman" w:eastAsia="Times New Roman" w:hAnsi="Times New Roman" w:cs="Times New Roman"/>
                <w:color w:val="000000"/>
                <w:sz w:val="20"/>
                <w:szCs w:val="20"/>
              </w:rPr>
              <w:t>&lt;0.001</w:t>
            </w:r>
          </w:p>
        </w:tc>
      </w:tr>
      <w:tr w:rsidR="0003231E" w:rsidRPr="001A2E38" w14:paraId="6581BB38" w14:textId="77777777" w:rsidTr="00176373">
        <w:trPr>
          <w:jc w:val="center"/>
        </w:trPr>
        <w:tc>
          <w:tcPr>
            <w:tcW w:w="2099"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03E4EF7A" w14:textId="77777777" w:rsidR="0003231E" w:rsidRPr="001A2E38" w:rsidRDefault="0003231E" w:rsidP="00176373">
            <w:pPr>
              <w:pBdr>
                <w:top w:val="none" w:sz="0" w:space="0" w:color="000000"/>
                <w:left w:val="none" w:sz="0" w:space="0" w:color="000000"/>
                <w:bottom w:val="none" w:sz="0" w:space="0" w:color="000000"/>
                <w:right w:val="none" w:sz="0" w:space="0" w:color="000000"/>
              </w:pBdr>
              <w:snapToGrid w:val="0"/>
              <w:spacing w:before="40" w:after="40" w:line="240" w:lineRule="auto"/>
              <w:ind w:left="40" w:right="40"/>
              <w:rPr>
                <w:rFonts w:ascii="Times New Roman" w:eastAsia="Times New Roman" w:hAnsi="Times New Roman" w:cs="Times New Roman"/>
                <w:color w:val="000000"/>
                <w:sz w:val="20"/>
                <w:szCs w:val="20"/>
              </w:rPr>
            </w:pPr>
            <w:r w:rsidRPr="001A2E38">
              <w:rPr>
                <w:rFonts w:ascii="Times New Roman" w:eastAsia="Times New Roman" w:hAnsi="Times New Roman" w:cs="Times New Roman"/>
                <w:color w:val="000000"/>
                <w:sz w:val="20"/>
                <w:szCs w:val="20"/>
              </w:rPr>
              <w:t>CHG-BRI</w:t>
            </w:r>
          </w:p>
        </w:tc>
        <w:tc>
          <w:tcPr>
            <w:tcW w:w="2974"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00C3D1A6" w14:textId="77777777" w:rsidR="0003231E" w:rsidRPr="001A2E38" w:rsidRDefault="0003231E" w:rsidP="00176373">
            <w:pPr>
              <w:pBdr>
                <w:top w:val="none" w:sz="0" w:space="0" w:color="000000"/>
                <w:left w:val="none" w:sz="0" w:space="0" w:color="000000"/>
                <w:bottom w:val="none" w:sz="0" w:space="0" w:color="000000"/>
                <w:right w:val="none" w:sz="0" w:space="0" w:color="000000"/>
              </w:pBdr>
              <w:snapToGrid w:val="0"/>
              <w:spacing w:before="40" w:after="40" w:line="240" w:lineRule="auto"/>
              <w:ind w:left="40" w:right="40"/>
              <w:jc w:val="center"/>
              <w:rPr>
                <w:rFonts w:ascii="Times New Roman" w:eastAsia="Times New Roman" w:hAnsi="Times New Roman" w:cs="Times New Roman"/>
                <w:color w:val="000000"/>
                <w:sz w:val="20"/>
                <w:szCs w:val="20"/>
              </w:rPr>
            </w:pPr>
            <w:r w:rsidRPr="001A2E38">
              <w:rPr>
                <w:rFonts w:ascii="Times New Roman" w:eastAsia="Times New Roman" w:hAnsi="Times New Roman" w:cs="Times New Roman"/>
                <w:color w:val="000000"/>
                <w:sz w:val="20"/>
                <w:szCs w:val="20"/>
              </w:rPr>
              <w:t>Per 1-SD increase</w:t>
            </w:r>
          </w:p>
        </w:tc>
        <w:tc>
          <w:tcPr>
            <w:tcW w:w="3500"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734E74DD" w14:textId="77777777" w:rsidR="0003231E" w:rsidRPr="001A2E38" w:rsidRDefault="0003231E" w:rsidP="00176373">
            <w:pPr>
              <w:pBdr>
                <w:top w:val="none" w:sz="0" w:space="0" w:color="000000"/>
                <w:left w:val="none" w:sz="0" w:space="0" w:color="000000"/>
                <w:bottom w:val="none" w:sz="0" w:space="0" w:color="000000"/>
                <w:right w:val="none" w:sz="0" w:space="0" w:color="000000"/>
              </w:pBdr>
              <w:snapToGrid w:val="0"/>
              <w:spacing w:before="40" w:after="40" w:line="240" w:lineRule="auto"/>
              <w:ind w:left="40" w:right="40"/>
              <w:jc w:val="center"/>
              <w:rPr>
                <w:rFonts w:ascii="Times New Roman" w:eastAsia="Times New Roman" w:hAnsi="Times New Roman" w:cs="Times New Roman"/>
                <w:color w:val="000000"/>
                <w:sz w:val="20"/>
                <w:szCs w:val="20"/>
              </w:rPr>
            </w:pPr>
            <w:r w:rsidRPr="001A2E38">
              <w:rPr>
                <w:rFonts w:ascii="Times New Roman" w:eastAsia="Times New Roman" w:hAnsi="Times New Roman" w:cs="Times New Roman"/>
                <w:color w:val="000000"/>
                <w:sz w:val="20"/>
                <w:szCs w:val="20"/>
              </w:rPr>
              <w:t>1.469 (1.432-1.506)</w:t>
            </w:r>
          </w:p>
        </w:tc>
        <w:tc>
          <w:tcPr>
            <w:tcW w:w="1750"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23E63EE5" w14:textId="77777777" w:rsidR="0003231E" w:rsidRPr="001A2E38" w:rsidRDefault="0003231E" w:rsidP="00176373">
            <w:pPr>
              <w:pBdr>
                <w:top w:val="none" w:sz="0" w:space="0" w:color="000000"/>
                <w:left w:val="none" w:sz="0" w:space="0" w:color="000000"/>
                <w:bottom w:val="none" w:sz="0" w:space="0" w:color="000000"/>
                <w:right w:val="none" w:sz="0" w:space="0" w:color="000000"/>
              </w:pBdr>
              <w:snapToGrid w:val="0"/>
              <w:spacing w:before="40" w:after="40" w:line="240" w:lineRule="auto"/>
              <w:ind w:left="40" w:right="40"/>
              <w:jc w:val="center"/>
              <w:rPr>
                <w:rFonts w:ascii="Times New Roman" w:eastAsia="Times New Roman" w:hAnsi="Times New Roman" w:cs="Times New Roman"/>
                <w:color w:val="000000"/>
                <w:sz w:val="20"/>
                <w:szCs w:val="20"/>
              </w:rPr>
            </w:pPr>
            <w:r w:rsidRPr="001A2E38">
              <w:rPr>
                <w:rFonts w:ascii="Times New Roman" w:eastAsia="Times New Roman" w:hAnsi="Times New Roman" w:cs="Times New Roman"/>
                <w:color w:val="000000"/>
                <w:sz w:val="20"/>
                <w:szCs w:val="20"/>
              </w:rPr>
              <w:t>&lt;0.001</w:t>
            </w:r>
          </w:p>
        </w:tc>
        <w:tc>
          <w:tcPr>
            <w:tcW w:w="1925"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530798E7" w14:textId="77777777" w:rsidR="0003231E" w:rsidRPr="001A2E38" w:rsidRDefault="0003231E" w:rsidP="00176373">
            <w:pPr>
              <w:pBdr>
                <w:top w:val="none" w:sz="0" w:space="0" w:color="000000"/>
                <w:left w:val="none" w:sz="0" w:space="0" w:color="000000"/>
                <w:bottom w:val="none" w:sz="0" w:space="0" w:color="000000"/>
                <w:right w:val="none" w:sz="0" w:space="0" w:color="000000"/>
              </w:pBdr>
              <w:snapToGrid w:val="0"/>
              <w:spacing w:before="40" w:after="40" w:line="240" w:lineRule="auto"/>
              <w:ind w:left="40" w:right="40"/>
              <w:jc w:val="center"/>
              <w:rPr>
                <w:rFonts w:ascii="Times New Roman" w:eastAsia="Times New Roman" w:hAnsi="Times New Roman" w:cs="Times New Roman"/>
                <w:color w:val="000000"/>
                <w:sz w:val="20"/>
                <w:szCs w:val="20"/>
              </w:rPr>
            </w:pPr>
          </w:p>
        </w:tc>
      </w:tr>
      <w:tr w:rsidR="0003231E" w:rsidRPr="001A2E38" w14:paraId="6B7BA9D2" w14:textId="77777777" w:rsidTr="00176373">
        <w:trPr>
          <w:jc w:val="center"/>
        </w:trPr>
        <w:tc>
          <w:tcPr>
            <w:tcW w:w="2099"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3CF8435D" w14:textId="77777777" w:rsidR="0003231E" w:rsidRPr="001A2E38" w:rsidRDefault="0003231E" w:rsidP="00176373">
            <w:pPr>
              <w:pBdr>
                <w:top w:val="none" w:sz="0" w:space="0" w:color="000000"/>
                <w:left w:val="none" w:sz="0" w:space="0" w:color="000000"/>
                <w:bottom w:val="none" w:sz="0" w:space="0" w:color="000000"/>
                <w:right w:val="none" w:sz="0" w:space="0" w:color="000000"/>
              </w:pBdr>
              <w:snapToGrid w:val="0"/>
              <w:spacing w:before="40" w:after="40" w:line="240" w:lineRule="auto"/>
              <w:ind w:left="40" w:right="40"/>
              <w:rPr>
                <w:rFonts w:ascii="Times New Roman" w:eastAsia="Times New Roman" w:hAnsi="Times New Roman" w:cs="Times New Roman"/>
                <w:color w:val="000000"/>
                <w:sz w:val="20"/>
                <w:szCs w:val="20"/>
              </w:rPr>
            </w:pPr>
          </w:p>
        </w:tc>
        <w:tc>
          <w:tcPr>
            <w:tcW w:w="2974"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1B3D0F78" w14:textId="77777777" w:rsidR="0003231E" w:rsidRPr="001A2E38" w:rsidRDefault="0003231E" w:rsidP="00176373">
            <w:pPr>
              <w:pBdr>
                <w:top w:val="none" w:sz="0" w:space="0" w:color="000000"/>
                <w:left w:val="none" w:sz="0" w:space="0" w:color="000000"/>
                <w:bottom w:val="none" w:sz="0" w:space="0" w:color="000000"/>
                <w:right w:val="none" w:sz="0" w:space="0" w:color="000000"/>
              </w:pBdr>
              <w:snapToGrid w:val="0"/>
              <w:spacing w:before="40" w:after="40" w:line="240" w:lineRule="auto"/>
              <w:ind w:left="40" w:right="40"/>
              <w:jc w:val="center"/>
              <w:rPr>
                <w:rFonts w:ascii="Times New Roman" w:eastAsia="Times New Roman" w:hAnsi="Times New Roman" w:cs="Times New Roman"/>
                <w:color w:val="000000"/>
                <w:sz w:val="20"/>
                <w:szCs w:val="20"/>
              </w:rPr>
            </w:pPr>
            <w:r w:rsidRPr="001A2E38">
              <w:rPr>
                <w:rFonts w:ascii="Times New Roman" w:eastAsia="Times New Roman" w:hAnsi="Times New Roman" w:cs="Times New Roman"/>
                <w:color w:val="000000"/>
                <w:sz w:val="20"/>
                <w:szCs w:val="20"/>
              </w:rPr>
              <w:t>Q1</w:t>
            </w:r>
          </w:p>
        </w:tc>
        <w:tc>
          <w:tcPr>
            <w:tcW w:w="3500"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1087296A" w14:textId="77777777" w:rsidR="0003231E" w:rsidRPr="001A2E38" w:rsidRDefault="0003231E" w:rsidP="00176373">
            <w:pPr>
              <w:pBdr>
                <w:top w:val="none" w:sz="0" w:space="0" w:color="000000"/>
                <w:left w:val="none" w:sz="0" w:space="0" w:color="000000"/>
                <w:bottom w:val="none" w:sz="0" w:space="0" w:color="000000"/>
                <w:right w:val="none" w:sz="0" w:space="0" w:color="000000"/>
              </w:pBdr>
              <w:snapToGrid w:val="0"/>
              <w:spacing w:before="40" w:after="40" w:line="240" w:lineRule="auto"/>
              <w:ind w:left="40" w:right="40"/>
              <w:jc w:val="center"/>
              <w:rPr>
                <w:rFonts w:ascii="Times New Roman" w:eastAsia="Times New Roman" w:hAnsi="Times New Roman" w:cs="Times New Roman"/>
                <w:color w:val="000000"/>
                <w:sz w:val="20"/>
                <w:szCs w:val="20"/>
              </w:rPr>
            </w:pPr>
            <w:r w:rsidRPr="001A2E38">
              <w:rPr>
                <w:rFonts w:ascii="Times New Roman" w:eastAsia="Times New Roman" w:hAnsi="Times New Roman" w:cs="Times New Roman"/>
                <w:color w:val="000000"/>
                <w:sz w:val="20"/>
                <w:szCs w:val="20"/>
              </w:rPr>
              <w:t>Reference</w:t>
            </w:r>
          </w:p>
        </w:tc>
        <w:tc>
          <w:tcPr>
            <w:tcW w:w="1750"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2C4C918A" w14:textId="77777777" w:rsidR="0003231E" w:rsidRPr="001A2E38" w:rsidRDefault="0003231E" w:rsidP="00176373">
            <w:pPr>
              <w:pBdr>
                <w:top w:val="none" w:sz="0" w:space="0" w:color="000000"/>
                <w:left w:val="none" w:sz="0" w:space="0" w:color="000000"/>
                <w:bottom w:val="none" w:sz="0" w:space="0" w:color="000000"/>
                <w:right w:val="none" w:sz="0" w:space="0" w:color="000000"/>
              </w:pBdr>
              <w:snapToGrid w:val="0"/>
              <w:spacing w:before="40" w:after="40" w:line="240" w:lineRule="auto"/>
              <w:ind w:left="40" w:right="40"/>
              <w:jc w:val="center"/>
              <w:rPr>
                <w:rFonts w:ascii="Times New Roman" w:eastAsia="Times New Roman" w:hAnsi="Times New Roman" w:cs="Times New Roman"/>
                <w:color w:val="000000"/>
                <w:sz w:val="20"/>
                <w:szCs w:val="20"/>
              </w:rPr>
            </w:pPr>
          </w:p>
        </w:tc>
        <w:tc>
          <w:tcPr>
            <w:tcW w:w="1925"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1078204B" w14:textId="77777777" w:rsidR="0003231E" w:rsidRPr="001A2E38" w:rsidRDefault="0003231E" w:rsidP="00176373">
            <w:pPr>
              <w:pBdr>
                <w:top w:val="none" w:sz="0" w:space="0" w:color="000000"/>
                <w:left w:val="none" w:sz="0" w:space="0" w:color="000000"/>
                <w:bottom w:val="none" w:sz="0" w:space="0" w:color="000000"/>
                <w:right w:val="none" w:sz="0" w:space="0" w:color="000000"/>
              </w:pBdr>
              <w:snapToGrid w:val="0"/>
              <w:spacing w:before="40" w:after="40" w:line="240" w:lineRule="auto"/>
              <w:ind w:left="40" w:right="40"/>
              <w:jc w:val="center"/>
              <w:rPr>
                <w:rFonts w:ascii="Times New Roman" w:eastAsia="Times New Roman" w:hAnsi="Times New Roman" w:cs="Times New Roman"/>
                <w:color w:val="000000"/>
                <w:sz w:val="20"/>
                <w:szCs w:val="20"/>
              </w:rPr>
            </w:pPr>
          </w:p>
        </w:tc>
      </w:tr>
      <w:tr w:rsidR="0003231E" w:rsidRPr="001A2E38" w14:paraId="01D0C1F0" w14:textId="77777777" w:rsidTr="00176373">
        <w:trPr>
          <w:jc w:val="center"/>
        </w:trPr>
        <w:tc>
          <w:tcPr>
            <w:tcW w:w="2099"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022ECF8F" w14:textId="77777777" w:rsidR="0003231E" w:rsidRPr="001A2E38" w:rsidRDefault="0003231E" w:rsidP="00176373">
            <w:pPr>
              <w:pBdr>
                <w:top w:val="none" w:sz="0" w:space="0" w:color="000000"/>
                <w:left w:val="none" w:sz="0" w:space="0" w:color="000000"/>
                <w:bottom w:val="none" w:sz="0" w:space="0" w:color="000000"/>
                <w:right w:val="none" w:sz="0" w:space="0" w:color="000000"/>
              </w:pBdr>
              <w:snapToGrid w:val="0"/>
              <w:spacing w:before="40" w:after="40" w:line="240" w:lineRule="auto"/>
              <w:ind w:left="40" w:right="40"/>
              <w:rPr>
                <w:rFonts w:ascii="Times New Roman" w:eastAsia="Times New Roman" w:hAnsi="Times New Roman" w:cs="Times New Roman"/>
                <w:color w:val="000000"/>
                <w:sz w:val="20"/>
                <w:szCs w:val="20"/>
              </w:rPr>
            </w:pPr>
          </w:p>
        </w:tc>
        <w:tc>
          <w:tcPr>
            <w:tcW w:w="2974"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58DD5493" w14:textId="77777777" w:rsidR="0003231E" w:rsidRPr="001A2E38" w:rsidRDefault="0003231E" w:rsidP="00176373">
            <w:pPr>
              <w:pBdr>
                <w:top w:val="none" w:sz="0" w:space="0" w:color="000000"/>
                <w:left w:val="none" w:sz="0" w:space="0" w:color="000000"/>
                <w:bottom w:val="none" w:sz="0" w:space="0" w:color="000000"/>
                <w:right w:val="none" w:sz="0" w:space="0" w:color="000000"/>
              </w:pBdr>
              <w:snapToGrid w:val="0"/>
              <w:spacing w:before="40" w:after="40" w:line="240" w:lineRule="auto"/>
              <w:ind w:left="40" w:right="40"/>
              <w:jc w:val="center"/>
              <w:rPr>
                <w:rFonts w:ascii="Times New Roman" w:eastAsia="Times New Roman" w:hAnsi="Times New Roman" w:cs="Times New Roman"/>
                <w:color w:val="000000"/>
                <w:sz w:val="20"/>
                <w:szCs w:val="20"/>
              </w:rPr>
            </w:pPr>
            <w:r w:rsidRPr="001A2E38">
              <w:rPr>
                <w:rFonts w:ascii="Times New Roman" w:eastAsia="Times New Roman" w:hAnsi="Times New Roman" w:cs="Times New Roman"/>
                <w:color w:val="000000"/>
                <w:sz w:val="20"/>
                <w:szCs w:val="20"/>
              </w:rPr>
              <w:t>Q2</w:t>
            </w:r>
          </w:p>
        </w:tc>
        <w:tc>
          <w:tcPr>
            <w:tcW w:w="3500"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3E026B03" w14:textId="77777777" w:rsidR="0003231E" w:rsidRPr="001A2E38" w:rsidRDefault="0003231E" w:rsidP="00176373">
            <w:pPr>
              <w:pBdr>
                <w:top w:val="none" w:sz="0" w:space="0" w:color="000000"/>
                <w:left w:val="none" w:sz="0" w:space="0" w:color="000000"/>
                <w:bottom w:val="none" w:sz="0" w:space="0" w:color="000000"/>
                <w:right w:val="none" w:sz="0" w:space="0" w:color="000000"/>
              </w:pBdr>
              <w:snapToGrid w:val="0"/>
              <w:spacing w:before="40" w:after="40" w:line="240" w:lineRule="auto"/>
              <w:ind w:left="40" w:right="40"/>
              <w:jc w:val="center"/>
              <w:rPr>
                <w:rFonts w:ascii="Times New Roman" w:eastAsia="Times New Roman" w:hAnsi="Times New Roman" w:cs="Times New Roman"/>
                <w:color w:val="000000"/>
                <w:sz w:val="20"/>
                <w:szCs w:val="20"/>
              </w:rPr>
            </w:pPr>
            <w:r w:rsidRPr="001A2E38">
              <w:rPr>
                <w:rFonts w:ascii="Times New Roman" w:eastAsia="Times New Roman" w:hAnsi="Times New Roman" w:cs="Times New Roman"/>
                <w:color w:val="000000"/>
                <w:sz w:val="20"/>
                <w:szCs w:val="20"/>
              </w:rPr>
              <w:t>1.318 (1.172-1.482)</w:t>
            </w:r>
          </w:p>
        </w:tc>
        <w:tc>
          <w:tcPr>
            <w:tcW w:w="1750"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7DD03A3D" w14:textId="77777777" w:rsidR="0003231E" w:rsidRPr="001A2E38" w:rsidRDefault="0003231E" w:rsidP="00176373">
            <w:pPr>
              <w:pBdr>
                <w:top w:val="none" w:sz="0" w:space="0" w:color="000000"/>
                <w:left w:val="none" w:sz="0" w:space="0" w:color="000000"/>
                <w:bottom w:val="none" w:sz="0" w:space="0" w:color="000000"/>
                <w:right w:val="none" w:sz="0" w:space="0" w:color="000000"/>
              </w:pBdr>
              <w:snapToGrid w:val="0"/>
              <w:spacing w:before="40" w:after="40" w:line="240" w:lineRule="auto"/>
              <w:ind w:left="40" w:right="40"/>
              <w:jc w:val="center"/>
              <w:rPr>
                <w:rFonts w:ascii="Times New Roman" w:eastAsia="Times New Roman" w:hAnsi="Times New Roman" w:cs="Times New Roman"/>
                <w:color w:val="000000"/>
                <w:sz w:val="20"/>
                <w:szCs w:val="20"/>
              </w:rPr>
            </w:pPr>
            <w:r w:rsidRPr="001A2E38">
              <w:rPr>
                <w:rFonts w:ascii="Times New Roman" w:eastAsia="Times New Roman" w:hAnsi="Times New Roman" w:cs="Times New Roman"/>
                <w:color w:val="000000"/>
                <w:sz w:val="20"/>
                <w:szCs w:val="20"/>
              </w:rPr>
              <w:t>&lt;0.001</w:t>
            </w:r>
          </w:p>
        </w:tc>
        <w:tc>
          <w:tcPr>
            <w:tcW w:w="1925"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3857226F" w14:textId="77777777" w:rsidR="0003231E" w:rsidRPr="001A2E38" w:rsidRDefault="0003231E" w:rsidP="00176373">
            <w:pPr>
              <w:pBdr>
                <w:top w:val="none" w:sz="0" w:space="0" w:color="000000"/>
                <w:left w:val="none" w:sz="0" w:space="0" w:color="000000"/>
                <w:bottom w:val="none" w:sz="0" w:space="0" w:color="000000"/>
                <w:right w:val="none" w:sz="0" w:space="0" w:color="000000"/>
              </w:pBdr>
              <w:snapToGrid w:val="0"/>
              <w:spacing w:before="40" w:after="40" w:line="240" w:lineRule="auto"/>
              <w:ind w:left="40" w:right="40"/>
              <w:jc w:val="center"/>
              <w:rPr>
                <w:rFonts w:ascii="Times New Roman" w:eastAsia="Times New Roman" w:hAnsi="Times New Roman" w:cs="Times New Roman"/>
                <w:color w:val="000000"/>
                <w:sz w:val="20"/>
                <w:szCs w:val="20"/>
              </w:rPr>
            </w:pPr>
          </w:p>
        </w:tc>
      </w:tr>
      <w:tr w:rsidR="0003231E" w:rsidRPr="001A2E38" w14:paraId="67AD96F7" w14:textId="77777777" w:rsidTr="00176373">
        <w:trPr>
          <w:jc w:val="center"/>
        </w:trPr>
        <w:tc>
          <w:tcPr>
            <w:tcW w:w="2099"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40ACBDD9" w14:textId="77777777" w:rsidR="0003231E" w:rsidRPr="001A2E38" w:rsidRDefault="0003231E" w:rsidP="00176373">
            <w:pPr>
              <w:pBdr>
                <w:top w:val="none" w:sz="0" w:space="0" w:color="000000"/>
                <w:left w:val="none" w:sz="0" w:space="0" w:color="000000"/>
                <w:bottom w:val="none" w:sz="0" w:space="0" w:color="000000"/>
                <w:right w:val="none" w:sz="0" w:space="0" w:color="000000"/>
              </w:pBdr>
              <w:snapToGrid w:val="0"/>
              <w:spacing w:before="40" w:after="40" w:line="240" w:lineRule="auto"/>
              <w:ind w:left="40" w:right="40"/>
              <w:rPr>
                <w:rFonts w:ascii="Times New Roman" w:eastAsia="Times New Roman" w:hAnsi="Times New Roman" w:cs="Times New Roman"/>
                <w:color w:val="000000"/>
                <w:sz w:val="20"/>
                <w:szCs w:val="20"/>
              </w:rPr>
            </w:pPr>
          </w:p>
        </w:tc>
        <w:tc>
          <w:tcPr>
            <w:tcW w:w="2974"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3DFC0760" w14:textId="77777777" w:rsidR="0003231E" w:rsidRPr="001A2E38" w:rsidRDefault="0003231E" w:rsidP="00176373">
            <w:pPr>
              <w:pBdr>
                <w:top w:val="none" w:sz="0" w:space="0" w:color="000000"/>
                <w:left w:val="none" w:sz="0" w:space="0" w:color="000000"/>
                <w:bottom w:val="none" w:sz="0" w:space="0" w:color="000000"/>
                <w:right w:val="none" w:sz="0" w:space="0" w:color="000000"/>
              </w:pBdr>
              <w:snapToGrid w:val="0"/>
              <w:spacing w:before="40" w:after="40" w:line="240" w:lineRule="auto"/>
              <w:ind w:left="40" w:right="40"/>
              <w:jc w:val="center"/>
              <w:rPr>
                <w:rFonts w:ascii="Times New Roman" w:eastAsia="Times New Roman" w:hAnsi="Times New Roman" w:cs="Times New Roman"/>
                <w:color w:val="000000"/>
                <w:sz w:val="20"/>
                <w:szCs w:val="20"/>
              </w:rPr>
            </w:pPr>
            <w:r w:rsidRPr="001A2E38">
              <w:rPr>
                <w:rFonts w:ascii="Times New Roman" w:eastAsia="Times New Roman" w:hAnsi="Times New Roman" w:cs="Times New Roman"/>
                <w:color w:val="000000"/>
                <w:sz w:val="20"/>
                <w:szCs w:val="20"/>
              </w:rPr>
              <w:t>Q3</w:t>
            </w:r>
          </w:p>
        </w:tc>
        <w:tc>
          <w:tcPr>
            <w:tcW w:w="3500"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08B3BAAE" w14:textId="77777777" w:rsidR="0003231E" w:rsidRPr="001A2E38" w:rsidRDefault="0003231E" w:rsidP="00176373">
            <w:pPr>
              <w:pBdr>
                <w:top w:val="none" w:sz="0" w:space="0" w:color="000000"/>
                <w:left w:val="none" w:sz="0" w:space="0" w:color="000000"/>
                <w:bottom w:val="none" w:sz="0" w:space="0" w:color="000000"/>
                <w:right w:val="none" w:sz="0" w:space="0" w:color="000000"/>
              </w:pBdr>
              <w:snapToGrid w:val="0"/>
              <w:spacing w:before="40" w:after="40" w:line="240" w:lineRule="auto"/>
              <w:ind w:left="40" w:right="40"/>
              <w:jc w:val="center"/>
              <w:rPr>
                <w:rFonts w:ascii="Times New Roman" w:eastAsia="Times New Roman" w:hAnsi="Times New Roman" w:cs="Times New Roman"/>
                <w:color w:val="000000"/>
                <w:sz w:val="20"/>
                <w:szCs w:val="20"/>
              </w:rPr>
            </w:pPr>
            <w:r w:rsidRPr="001A2E38">
              <w:rPr>
                <w:rFonts w:ascii="Times New Roman" w:eastAsia="Times New Roman" w:hAnsi="Times New Roman" w:cs="Times New Roman"/>
                <w:color w:val="000000"/>
                <w:sz w:val="20"/>
                <w:szCs w:val="20"/>
              </w:rPr>
              <w:t>1.731 (1.548-1.935)</w:t>
            </w:r>
          </w:p>
        </w:tc>
        <w:tc>
          <w:tcPr>
            <w:tcW w:w="1750"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720D5FA7" w14:textId="77777777" w:rsidR="0003231E" w:rsidRPr="001A2E38" w:rsidRDefault="0003231E" w:rsidP="00176373">
            <w:pPr>
              <w:pBdr>
                <w:top w:val="none" w:sz="0" w:space="0" w:color="000000"/>
                <w:left w:val="none" w:sz="0" w:space="0" w:color="000000"/>
                <w:bottom w:val="none" w:sz="0" w:space="0" w:color="000000"/>
                <w:right w:val="none" w:sz="0" w:space="0" w:color="000000"/>
              </w:pBdr>
              <w:snapToGrid w:val="0"/>
              <w:spacing w:before="40" w:after="40" w:line="240" w:lineRule="auto"/>
              <w:ind w:left="40" w:right="40"/>
              <w:jc w:val="center"/>
              <w:rPr>
                <w:rFonts w:ascii="Times New Roman" w:eastAsia="Times New Roman" w:hAnsi="Times New Roman" w:cs="Times New Roman"/>
                <w:color w:val="000000"/>
                <w:sz w:val="20"/>
                <w:szCs w:val="20"/>
              </w:rPr>
            </w:pPr>
            <w:r w:rsidRPr="001A2E38">
              <w:rPr>
                <w:rFonts w:ascii="Times New Roman" w:eastAsia="Times New Roman" w:hAnsi="Times New Roman" w:cs="Times New Roman"/>
                <w:color w:val="000000"/>
                <w:sz w:val="20"/>
                <w:szCs w:val="20"/>
              </w:rPr>
              <w:t>&lt;0.001</w:t>
            </w:r>
          </w:p>
        </w:tc>
        <w:tc>
          <w:tcPr>
            <w:tcW w:w="1925"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061B7D96" w14:textId="77777777" w:rsidR="0003231E" w:rsidRPr="001A2E38" w:rsidRDefault="0003231E" w:rsidP="00176373">
            <w:pPr>
              <w:pBdr>
                <w:top w:val="none" w:sz="0" w:space="0" w:color="000000"/>
                <w:left w:val="none" w:sz="0" w:space="0" w:color="000000"/>
                <w:bottom w:val="none" w:sz="0" w:space="0" w:color="000000"/>
                <w:right w:val="none" w:sz="0" w:space="0" w:color="000000"/>
              </w:pBdr>
              <w:snapToGrid w:val="0"/>
              <w:spacing w:before="40" w:after="40" w:line="240" w:lineRule="auto"/>
              <w:ind w:left="40" w:right="40"/>
              <w:jc w:val="center"/>
              <w:rPr>
                <w:rFonts w:ascii="Times New Roman" w:eastAsia="Times New Roman" w:hAnsi="Times New Roman" w:cs="Times New Roman"/>
                <w:color w:val="000000"/>
                <w:sz w:val="20"/>
                <w:szCs w:val="20"/>
              </w:rPr>
            </w:pPr>
          </w:p>
        </w:tc>
      </w:tr>
      <w:tr w:rsidR="0003231E" w:rsidRPr="001A2E38" w14:paraId="65484676" w14:textId="77777777" w:rsidTr="00176373">
        <w:trPr>
          <w:jc w:val="center"/>
        </w:trPr>
        <w:tc>
          <w:tcPr>
            <w:tcW w:w="2099"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098579C5" w14:textId="77777777" w:rsidR="0003231E" w:rsidRPr="001A2E38" w:rsidRDefault="0003231E" w:rsidP="00176373">
            <w:pPr>
              <w:pBdr>
                <w:top w:val="none" w:sz="0" w:space="0" w:color="000000"/>
                <w:left w:val="none" w:sz="0" w:space="0" w:color="000000"/>
                <w:bottom w:val="none" w:sz="0" w:space="0" w:color="000000"/>
                <w:right w:val="none" w:sz="0" w:space="0" w:color="000000"/>
              </w:pBdr>
              <w:snapToGrid w:val="0"/>
              <w:spacing w:before="40" w:after="40" w:line="240" w:lineRule="auto"/>
              <w:ind w:left="40" w:right="40"/>
              <w:rPr>
                <w:rFonts w:ascii="Times New Roman" w:eastAsia="Times New Roman" w:hAnsi="Times New Roman" w:cs="Times New Roman"/>
                <w:color w:val="000000"/>
                <w:sz w:val="20"/>
                <w:szCs w:val="20"/>
              </w:rPr>
            </w:pPr>
          </w:p>
        </w:tc>
        <w:tc>
          <w:tcPr>
            <w:tcW w:w="2974"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609D2D97" w14:textId="77777777" w:rsidR="0003231E" w:rsidRPr="001A2E38" w:rsidRDefault="0003231E" w:rsidP="00176373">
            <w:pPr>
              <w:pBdr>
                <w:top w:val="none" w:sz="0" w:space="0" w:color="000000"/>
                <w:left w:val="none" w:sz="0" w:space="0" w:color="000000"/>
                <w:bottom w:val="none" w:sz="0" w:space="0" w:color="000000"/>
                <w:right w:val="none" w:sz="0" w:space="0" w:color="000000"/>
              </w:pBdr>
              <w:snapToGrid w:val="0"/>
              <w:spacing w:before="40" w:after="40" w:line="240" w:lineRule="auto"/>
              <w:ind w:left="40" w:right="40"/>
              <w:jc w:val="center"/>
              <w:rPr>
                <w:rFonts w:ascii="Times New Roman" w:eastAsia="Times New Roman" w:hAnsi="Times New Roman" w:cs="Times New Roman"/>
                <w:color w:val="000000"/>
                <w:sz w:val="20"/>
                <w:szCs w:val="20"/>
              </w:rPr>
            </w:pPr>
            <w:r w:rsidRPr="001A2E38">
              <w:rPr>
                <w:rFonts w:ascii="Times New Roman" w:eastAsia="Times New Roman" w:hAnsi="Times New Roman" w:cs="Times New Roman"/>
                <w:color w:val="000000"/>
                <w:sz w:val="20"/>
                <w:szCs w:val="20"/>
              </w:rPr>
              <w:t>Q4</w:t>
            </w:r>
          </w:p>
        </w:tc>
        <w:tc>
          <w:tcPr>
            <w:tcW w:w="3500"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08EAEE73" w14:textId="77777777" w:rsidR="0003231E" w:rsidRPr="001A2E38" w:rsidRDefault="0003231E" w:rsidP="00176373">
            <w:pPr>
              <w:pBdr>
                <w:top w:val="none" w:sz="0" w:space="0" w:color="000000"/>
                <w:left w:val="none" w:sz="0" w:space="0" w:color="000000"/>
                <w:bottom w:val="none" w:sz="0" w:space="0" w:color="000000"/>
                <w:right w:val="none" w:sz="0" w:space="0" w:color="000000"/>
              </w:pBdr>
              <w:snapToGrid w:val="0"/>
              <w:spacing w:before="40" w:after="40" w:line="240" w:lineRule="auto"/>
              <w:ind w:left="40" w:right="40"/>
              <w:jc w:val="center"/>
              <w:rPr>
                <w:rFonts w:ascii="Times New Roman" w:eastAsia="Times New Roman" w:hAnsi="Times New Roman" w:cs="Times New Roman"/>
                <w:color w:val="000000"/>
                <w:sz w:val="20"/>
                <w:szCs w:val="20"/>
              </w:rPr>
            </w:pPr>
            <w:r w:rsidRPr="001A2E38">
              <w:rPr>
                <w:rFonts w:ascii="Times New Roman" w:eastAsia="Times New Roman" w:hAnsi="Times New Roman" w:cs="Times New Roman"/>
                <w:color w:val="000000"/>
                <w:sz w:val="20"/>
                <w:szCs w:val="20"/>
              </w:rPr>
              <w:t>3.128 (2.815-3.476)</w:t>
            </w:r>
          </w:p>
        </w:tc>
        <w:tc>
          <w:tcPr>
            <w:tcW w:w="1750"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37CA572B" w14:textId="77777777" w:rsidR="0003231E" w:rsidRPr="001A2E38" w:rsidRDefault="0003231E" w:rsidP="00176373">
            <w:pPr>
              <w:pBdr>
                <w:top w:val="none" w:sz="0" w:space="0" w:color="000000"/>
                <w:left w:val="none" w:sz="0" w:space="0" w:color="000000"/>
                <w:bottom w:val="none" w:sz="0" w:space="0" w:color="000000"/>
                <w:right w:val="none" w:sz="0" w:space="0" w:color="000000"/>
              </w:pBdr>
              <w:snapToGrid w:val="0"/>
              <w:spacing w:before="40" w:after="40" w:line="240" w:lineRule="auto"/>
              <w:ind w:left="40" w:right="40"/>
              <w:jc w:val="center"/>
              <w:rPr>
                <w:rFonts w:ascii="Times New Roman" w:eastAsia="Times New Roman" w:hAnsi="Times New Roman" w:cs="Times New Roman"/>
                <w:color w:val="000000"/>
                <w:sz w:val="20"/>
                <w:szCs w:val="20"/>
              </w:rPr>
            </w:pPr>
            <w:r w:rsidRPr="001A2E38">
              <w:rPr>
                <w:rFonts w:ascii="Times New Roman" w:eastAsia="Times New Roman" w:hAnsi="Times New Roman" w:cs="Times New Roman"/>
                <w:color w:val="000000"/>
                <w:sz w:val="20"/>
                <w:szCs w:val="20"/>
              </w:rPr>
              <w:t>&lt;0.001</w:t>
            </w:r>
          </w:p>
        </w:tc>
        <w:tc>
          <w:tcPr>
            <w:tcW w:w="1925"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687ED899" w14:textId="77777777" w:rsidR="0003231E" w:rsidRPr="001A2E38" w:rsidRDefault="0003231E" w:rsidP="00176373">
            <w:pPr>
              <w:pBdr>
                <w:top w:val="none" w:sz="0" w:space="0" w:color="000000"/>
                <w:left w:val="none" w:sz="0" w:space="0" w:color="000000"/>
                <w:bottom w:val="none" w:sz="0" w:space="0" w:color="000000"/>
                <w:right w:val="none" w:sz="0" w:space="0" w:color="000000"/>
              </w:pBdr>
              <w:snapToGrid w:val="0"/>
              <w:spacing w:before="40" w:after="40" w:line="240" w:lineRule="auto"/>
              <w:ind w:left="40" w:right="40"/>
              <w:jc w:val="center"/>
              <w:rPr>
                <w:rFonts w:ascii="Times New Roman" w:eastAsia="Times New Roman" w:hAnsi="Times New Roman" w:cs="Times New Roman"/>
                <w:color w:val="000000"/>
                <w:sz w:val="20"/>
                <w:szCs w:val="20"/>
              </w:rPr>
            </w:pPr>
            <w:r w:rsidRPr="001A2E38">
              <w:rPr>
                <w:rFonts w:ascii="Times New Roman" w:eastAsia="Times New Roman" w:hAnsi="Times New Roman" w:cs="Times New Roman"/>
                <w:color w:val="000000"/>
                <w:sz w:val="20"/>
                <w:szCs w:val="20"/>
              </w:rPr>
              <w:t>&lt;0.001</w:t>
            </w:r>
          </w:p>
        </w:tc>
      </w:tr>
      <w:tr w:rsidR="0003231E" w:rsidRPr="001A2E38" w14:paraId="7823884F" w14:textId="77777777" w:rsidTr="00176373">
        <w:trPr>
          <w:jc w:val="center"/>
        </w:trPr>
        <w:tc>
          <w:tcPr>
            <w:tcW w:w="2099"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20C417C0" w14:textId="77777777" w:rsidR="0003231E" w:rsidRPr="001A2E38" w:rsidRDefault="0003231E" w:rsidP="00176373">
            <w:pPr>
              <w:pBdr>
                <w:top w:val="none" w:sz="0" w:space="0" w:color="000000"/>
                <w:left w:val="none" w:sz="0" w:space="0" w:color="000000"/>
                <w:bottom w:val="none" w:sz="0" w:space="0" w:color="000000"/>
                <w:right w:val="none" w:sz="0" w:space="0" w:color="000000"/>
              </w:pBdr>
              <w:snapToGrid w:val="0"/>
              <w:spacing w:before="40" w:after="40" w:line="240" w:lineRule="auto"/>
              <w:ind w:left="40" w:right="40"/>
              <w:rPr>
                <w:rFonts w:ascii="Times New Roman" w:eastAsia="Times New Roman" w:hAnsi="Times New Roman" w:cs="Times New Roman"/>
                <w:color w:val="000000"/>
                <w:sz w:val="20"/>
                <w:szCs w:val="20"/>
              </w:rPr>
            </w:pPr>
            <w:r w:rsidRPr="001A2E38">
              <w:rPr>
                <w:rFonts w:ascii="Times New Roman" w:eastAsia="Times New Roman" w:hAnsi="Times New Roman" w:cs="Times New Roman"/>
                <w:color w:val="000000"/>
                <w:sz w:val="20"/>
                <w:szCs w:val="20"/>
              </w:rPr>
              <w:t>CHG-ABSI</w:t>
            </w:r>
          </w:p>
        </w:tc>
        <w:tc>
          <w:tcPr>
            <w:tcW w:w="2974"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1DCFF665" w14:textId="77777777" w:rsidR="0003231E" w:rsidRPr="001A2E38" w:rsidRDefault="0003231E" w:rsidP="00176373">
            <w:pPr>
              <w:pBdr>
                <w:top w:val="none" w:sz="0" w:space="0" w:color="000000"/>
                <w:left w:val="none" w:sz="0" w:space="0" w:color="000000"/>
                <w:bottom w:val="none" w:sz="0" w:space="0" w:color="000000"/>
                <w:right w:val="none" w:sz="0" w:space="0" w:color="000000"/>
              </w:pBdr>
              <w:snapToGrid w:val="0"/>
              <w:spacing w:before="40" w:after="40" w:line="240" w:lineRule="auto"/>
              <w:ind w:left="40" w:right="40"/>
              <w:jc w:val="center"/>
              <w:rPr>
                <w:rFonts w:ascii="Times New Roman" w:eastAsia="Times New Roman" w:hAnsi="Times New Roman" w:cs="Times New Roman"/>
                <w:color w:val="000000"/>
                <w:sz w:val="20"/>
                <w:szCs w:val="20"/>
              </w:rPr>
            </w:pPr>
            <w:r w:rsidRPr="001A2E38">
              <w:rPr>
                <w:rFonts w:ascii="Times New Roman" w:eastAsia="Times New Roman" w:hAnsi="Times New Roman" w:cs="Times New Roman"/>
                <w:color w:val="000000"/>
                <w:sz w:val="20"/>
                <w:szCs w:val="20"/>
              </w:rPr>
              <w:t>Per 1-SD increase</w:t>
            </w:r>
          </w:p>
        </w:tc>
        <w:tc>
          <w:tcPr>
            <w:tcW w:w="3500"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4E2C4BC5" w14:textId="77777777" w:rsidR="0003231E" w:rsidRPr="001A2E38" w:rsidRDefault="0003231E" w:rsidP="00176373">
            <w:pPr>
              <w:pBdr>
                <w:top w:val="none" w:sz="0" w:space="0" w:color="000000"/>
                <w:left w:val="none" w:sz="0" w:space="0" w:color="000000"/>
                <w:bottom w:val="none" w:sz="0" w:space="0" w:color="000000"/>
                <w:right w:val="none" w:sz="0" w:space="0" w:color="000000"/>
              </w:pBdr>
              <w:snapToGrid w:val="0"/>
              <w:spacing w:before="40" w:after="40" w:line="240" w:lineRule="auto"/>
              <w:ind w:left="40" w:right="40"/>
              <w:jc w:val="center"/>
              <w:rPr>
                <w:rFonts w:ascii="Times New Roman" w:eastAsia="Times New Roman" w:hAnsi="Times New Roman" w:cs="Times New Roman"/>
                <w:color w:val="000000"/>
                <w:sz w:val="20"/>
                <w:szCs w:val="20"/>
              </w:rPr>
            </w:pPr>
            <w:r w:rsidRPr="001A2E38">
              <w:rPr>
                <w:rFonts w:ascii="Times New Roman" w:eastAsia="Times New Roman" w:hAnsi="Times New Roman" w:cs="Times New Roman"/>
                <w:color w:val="000000"/>
                <w:sz w:val="20"/>
                <w:szCs w:val="20"/>
              </w:rPr>
              <w:t>1.481 (1.436-1.528)</w:t>
            </w:r>
          </w:p>
        </w:tc>
        <w:tc>
          <w:tcPr>
            <w:tcW w:w="1750"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14639E8F" w14:textId="77777777" w:rsidR="0003231E" w:rsidRPr="001A2E38" w:rsidRDefault="0003231E" w:rsidP="00176373">
            <w:pPr>
              <w:pBdr>
                <w:top w:val="none" w:sz="0" w:space="0" w:color="000000"/>
                <w:left w:val="none" w:sz="0" w:space="0" w:color="000000"/>
                <w:bottom w:val="none" w:sz="0" w:space="0" w:color="000000"/>
                <w:right w:val="none" w:sz="0" w:space="0" w:color="000000"/>
              </w:pBdr>
              <w:snapToGrid w:val="0"/>
              <w:spacing w:before="40" w:after="40" w:line="240" w:lineRule="auto"/>
              <w:ind w:left="40" w:right="40"/>
              <w:jc w:val="center"/>
              <w:rPr>
                <w:rFonts w:ascii="Times New Roman" w:eastAsia="Times New Roman" w:hAnsi="Times New Roman" w:cs="Times New Roman"/>
                <w:color w:val="000000"/>
                <w:sz w:val="20"/>
                <w:szCs w:val="20"/>
              </w:rPr>
            </w:pPr>
            <w:r w:rsidRPr="001A2E38">
              <w:rPr>
                <w:rFonts w:ascii="Times New Roman" w:eastAsia="Times New Roman" w:hAnsi="Times New Roman" w:cs="Times New Roman"/>
                <w:color w:val="000000"/>
                <w:sz w:val="20"/>
                <w:szCs w:val="20"/>
              </w:rPr>
              <w:t>&lt;0.001</w:t>
            </w:r>
          </w:p>
        </w:tc>
        <w:tc>
          <w:tcPr>
            <w:tcW w:w="1925"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4CC68D32" w14:textId="77777777" w:rsidR="0003231E" w:rsidRPr="001A2E38" w:rsidRDefault="0003231E" w:rsidP="00176373">
            <w:pPr>
              <w:pBdr>
                <w:top w:val="none" w:sz="0" w:space="0" w:color="000000"/>
                <w:left w:val="none" w:sz="0" w:space="0" w:color="000000"/>
                <w:bottom w:val="none" w:sz="0" w:space="0" w:color="000000"/>
                <w:right w:val="none" w:sz="0" w:space="0" w:color="000000"/>
              </w:pBdr>
              <w:snapToGrid w:val="0"/>
              <w:spacing w:before="40" w:after="40" w:line="240" w:lineRule="auto"/>
              <w:ind w:left="40" w:right="40"/>
              <w:jc w:val="center"/>
              <w:rPr>
                <w:rFonts w:ascii="Times New Roman" w:eastAsia="Times New Roman" w:hAnsi="Times New Roman" w:cs="Times New Roman"/>
                <w:color w:val="000000"/>
                <w:sz w:val="20"/>
                <w:szCs w:val="20"/>
              </w:rPr>
            </w:pPr>
          </w:p>
        </w:tc>
      </w:tr>
      <w:tr w:rsidR="0003231E" w:rsidRPr="001A2E38" w14:paraId="367C9E2A" w14:textId="77777777" w:rsidTr="00176373">
        <w:trPr>
          <w:jc w:val="center"/>
        </w:trPr>
        <w:tc>
          <w:tcPr>
            <w:tcW w:w="2099"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0631340A" w14:textId="77777777" w:rsidR="0003231E" w:rsidRPr="001A2E38" w:rsidRDefault="0003231E" w:rsidP="00176373">
            <w:pPr>
              <w:pBdr>
                <w:top w:val="none" w:sz="0" w:space="0" w:color="000000"/>
                <w:left w:val="none" w:sz="0" w:space="0" w:color="000000"/>
                <w:bottom w:val="none" w:sz="0" w:space="0" w:color="000000"/>
                <w:right w:val="none" w:sz="0" w:space="0" w:color="000000"/>
              </w:pBdr>
              <w:snapToGrid w:val="0"/>
              <w:spacing w:before="40" w:after="40" w:line="240" w:lineRule="auto"/>
              <w:ind w:left="40" w:right="40"/>
              <w:rPr>
                <w:rFonts w:ascii="Times New Roman" w:eastAsia="Times New Roman" w:hAnsi="Times New Roman" w:cs="Times New Roman"/>
                <w:color w:val="000000"/>
                <w:sz w:val="20"/>
                <w:szCs w:val="20"/>
              </w:rPr>
            </w:pPr>
          </w:p>
        </w:tc>
        <w:tc>
          <w:tcPr>
            <w:tcW w:w="2974"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28A6287E" w14:textId="77777777" w:rsidR="0003231E" w:rsidRPr="001A2E38" w:rsidRDefault="0003231E" w:rsidP="00176373">
            <w:pPr>
              <w:pBdr>
                <w:top w:val="none" w:sz="0" w:space="0" w:color="000000"/>
                <w:left w:val="none" w:sz="0" w:space="0" w:color="000000"/>
                <w:bottom w:val="none" w:sz="0" w:space="0" w:color="000000"/>
                <w:right w:val="none" w:sz="0" w:space="0" w:color="000000"/>
              </w:pBdr>
              <w:snapToGrid w:val="0"/>
              <w:spacing w:before="40" w:after="40" w:line="240" w:lineRule="auto"/>
              <w:ind w:left="40" w:right="40"/>
              <w:jc w:val="center"/>
              <w:rPr>
                <w:rFonts w:ascii="Times New Roman" w:eastAsia="Times New Roman" w:hAnsi="Times New Roman" w:cs="Times New Roman"/>
                <w:color w:val="000000"/>
                <w:sz w:val="20"/>
                <w:szCs w:val="20"/>
              </w:rPr>
            </w:pPr>
            <w:r w:rsidRPr="001A2E38">
              <w:rPr>
                <w:rFonts w:ascii="Times New Roman" w:eastAsia="Times New Roman" w:hAnsi="Times New Roman" w:cs="Times New Roman"/>
                <w:color w:val="000000"/>
                <w:sz w:val="20"/>
                <w:szCs w:val="20"/>
              </w:rPr>
              <w:t>Q1</w:t>
            </w:r>
          </w:p>
        </w:tc>
        <w:tc>
          <w:tcPr>
            <w:tcW w:w="3500"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096C40D8" w14:textId="77777777" w:rsidR="0003231E" w:rsidRPr="001A2E38" w:rsidRDefault="0003231E" w:rsidP="00176373">
            <w:pPr>
              <w:pBdr>
                <w:top w:val="none" w:sz="0" w:space="0" w:color="000000"/>
                <w:left w:val="none" w:sz="0" w:space="0" w:color="000000"/>
                <w:bottom w:val="none" w:sz="0" w:space="0" w:color="000000"/>
                <w:right w:val="none" w:sz="0" w:space="0" w:color="000000"/>
              </w:pBdr>
              <w:snapToGrid w:val="0"/>
              <w:spacing w:before="40" w:after="40" w:line="240" w:lineRule="auto"/>
              <w:ind w:left="40" w:right="40"/>
              <w:jc w:val="center"/>
              <w:rPr>
                <w:rFonts w:ascii="Times New Roman" w:eastAsia="Times New Roman" w:hAnsi="Times New Roman" w:cs="Times New Roman"/>
                <w:color w:val="000000"/>
                <w:sz w:val="20"/>
                <w:szCs w:val="20"/>
              </w:rPr>
            </w:pPr>
            <w:r w:rsidRPr="001A2E38">
              <w:rPr>
                <w:rFonts w:ascii="Times New Roman" w:eastAsia="Times New Roman" w:hAnsi="Times New Roman" w:cs="Times New Roman"/>
                <w:color w:val="000000"/>
                <w:sz w:val="20"/>
                <w:szCs w:val="20"/>
              </w:rPr>
              <w:t>Reference</w:t>
            </w:r>
          </w:p>
        </w:tc>
        <w:tc>
          <w:tcPr>
            <w:tcW w:w="1750"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1900547F" w14:textId="77777777" w:rsidR="0003231E" w:rsidRPr="001A2E38" w:rsidRDefault="0003231E" w:rsidP="00176373">
            <w:pPr>
              <w:pBdr>
                <w:top w:val="none" w:sz="0" w:space="0" w:color="000000"/>
                <w:left w:val="none" w:sz="0" w:space="0" w:color="000000"/>
                <w:bottom w:val="none" w:sz="0" w:space="0" w:color="000000"/>
                <w:right w:val="none" w:sz="0" w:space="0" w:color="000000"/>
              </w:pBdr>
              <w:snapToGrid w:val="0"/>
              <w:spacing w:before="40" w:after="40" w:line="240" w:lineRule="auto"/>
              <w:ind w:left="40" w:right="40"/>
              <w:jc w:val="center"/>
              <w:rPr>
                <w:rFonts w:ascii="Times New Roman" w:eastAsia="Times New Roman" w:hAnsi="Times New Roman" w:cs="Times New Roman"/>
                <w:color w:val="000000"/>
                <w:sz w:val="20"/>
                <w:szCs w:val="20"/>
              </w:rPr>
            </w:pPr>
          </w:p>
        </w:tc>
        <w:tc>
          <w:tcPr>
            <w:tcW w:w="1925"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3CB63E30" w14:textId="77777777" w:rsidR="0003231E" w:rsidRPr="001A2E38" w:rsidRDefault="0003231E" w:rsidP="00176373">
            <w:pPr>
              <w:pBdr>
                <w:top w:val="none" w:sz="0" w:space="0" w:color="000000"/>
                <w:left w:val="none" w:sz="0" w:space="0" w:color="000000"/>
                <w:bottom w:val="none" w:sz="0" w:space="0" w:color="000000"/>
                <w:right w:val="none" w:sz="0" w:space="0" w:color="000000"/>
              </w:pBdr>
              <w:snapToGrid w:val="0"/>
              <w:spacing w:before="40" w:after="40" w:line="240" w:lineRule="auto"/>
              <w:ind w:left="40" w:right="40"/>
              <w:jc w:val="center"/>
              <w:rPr>
                <w:rFonts w:ascii="Times New Roman" w:eastAsia="Times New Roman" w:hAnsi="Times New Roman" w:cs="Times New Roman"/>
                <w:color w:val="000000"/>
                <w:sz w:val="20"/>
                <w:szCs w:val="20"/>
              </w:rPr>
            </w:pPr>
          </w:p>
        </w:tc>
      </w:tr>
      <w:tr w:rsidR="0003231E" w:rsidRPr="001A2E38" w14:paraId="73DB0E3F" w14:textId="77777777" w:rsidTr="00176373">
        <w:trPr>
          <w:jc w:val="center"/>
        </w:trPr>
        <w:tc>
          <w:tcPr>
            <w:tcW w:w="2099"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65CC8C38" w14:textId="77777777" w:rsidR="0003231E" w:rsidRPr="001A2E38" w:rsidRDefault="0003231E" w:rsidP="00176373">
            <w:pPr>
              <w:pBdr>
                <w:top w:val="none" w:sz="0" w:space="0" w:color="000000"/>
                <w:left w:val="none" w:sz="0" w:space="0" w:color="000000"/>
                <w:bottom w:val="none" w:sz="0" w:space="0" w:color="000000"/>
                <w:right w:val="none" w:sz="0" w:space="0" w:color="000000"/>
              </w:pBdr>
              <w:snapToGrid w:val="0"/>
              <w:spacing w:before="40" w:after="40" w:line="240" w:lineRule="auto"/>
              <w:ind w:left="40" w:right="40"/>
              <w:rPr>
                <w:rFonts w:ascii="Times New Roman" w:eastAsia="Times New Roman" w:hAnsi="Times New Roman" w:cs="Times New Roman"/>
                <w:color w:val="000000"/>
                <w:sz w:val="20"/>
                <w:szCs w:val="20"/>
              </w:rPr>
            </w:pPr>
          </w:p>
        </w:tc>
        <w:tc>
          <w:tcPr>
            <w:tcW w:w="2974"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732C2DD0" w14:textId="77777777" w:rsidR="0003231E" w:rsidRPr="001A2E38" w:rsidRDefault="0003231E" w:rsidP="00176373">
            <w:pPr>
              <w:pBdr>
                <w:top w:val="none" w:sz="0" w:space="0" w:color="000000"/>
                <w:left w:val="none" w:sz="0" w:space="0" w:color="000000"/>
                <w:bottom w:val="none" w:sz="0" w:space="0" w:color="000000"/>
                <w:right w:val="none" w:sz="0" w:space="0" w:color="000000"/>
              </w:pBdr>
              <w:snapToGrid w:val="0"/>
              <w:spacing w:before="40" w:after="40" w:line="240" w:lineRule="auto"/>
              <w:ind w:left="40" w:right="40"/>
              <w:jc w:val="center"/>
              <w:rPr>
                <w:rFonts w:ascii="Times New Roman" w:eastAsia="Times New Roman" w:hAnsi="Times New Roman" w:cs="Times New Roman"/>
                <w:color w:val="000000"/>
                <w:sz w:val="20"/>
                <w:szCs w:val="20"/>
              </w:rPr>
            </w:pPr>
            <w:r w:rsidRPr="001A2E38">
              <w:rPr>
                <w:rFonts w:ascii="Times New Roman" w:eastAsia="Times New Roman" w:hAnsi="Times New Roman" w:cs="Times New Roman"/>
                <w:color w:val="000000"/>
                <w:sz w:val="20"/>
                <w:szCs w:val="20"/>
              </w:rPr>
              <w:t>Q2</w:t>
            </w:r>
          </w:p>
        </w:tc>
        <w:tc>
          <w:tcPr>
            <w:tcW w:w="3500"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00E66CDE" w14:textId="77777777" w:rsidR="0003231E" w:rsidRPr="001A2E38" w:rsidRDefault="0003231E" w:rsidP="00176373">
            <w:pPr>
              <w:pBdr>
                <w:top w:val="none" w:sz="0" w:space="0" w:color="000000"/>
                <w:left w:val="none" w:sz="0" w:space="0" w:color="000000"/>
                <w:bottom w:val="none" w:sz="0" w:space="0" w:color="000000"/>
                <w:right w:val="none" w:sz="0" w:space="0" w:color="000000"/>
              </w:pBdr>
              <w:snapToGrid w:val="0"/>
              <w:spacing w:before="40" w:after="40" w:line="240" w:lineRule="auto"/>
              <w:ind w:left="40" w:right="40"/>
              <w:jc w:val="center"/>
              <w:rPr>
                <w:rFonts w:ascii="Times New Roman" w:eastAsia="Times New Roman" w:hAnsi="Times New Roman" w:cs="Times New Roman"/>
                <w:color w:val="000000"/>
                <w:sz w:val="20"/>
                <w:szCs w:val="20"/>
              </w:rPr>
            </w:pPr>
            <w:r w:rsidRPr="001A2E38">
              <w:rPr>
                <w:rFonts w:ascii="Times New Roman" w:eastAsia="Times New Roman" w:hAnsi="Times New Roman" w:cs="Times New Roman"/>
                <w:color w:val="000000"/>
                <w:sz w:val="20"/>
                <w:szCs w:val="20"/>
              </w:rPr>
              <w:t>1.217 (1.086-1.363)</w:t>
            </w:r>
          </w:p>
        </w:tc>
        <w:tc>
          <w:tcPr>
            <w:tcW w:w="1750"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22EB2E22" w14:textId="77777777" w:rsidR="0003231E" w:rsidRPr="001A2E38" w:rsidRDefault="0003231E" w:rsidP="00176373">
            <w:pPr>
              <w:pBdr>
                <w:top w:val="none" w:sz="0" w:space="0" w:color="000000"/>
                <w:left w:val="none" w:sz="0" w:space="0" w:color="000000"/>
                <w:bottom w:val="none" w:sz="0" w:space="0" w:color="000000"/>
                <w:right w:val="none" w:sz="0" w:space="0" w:color="000000"/>
              </w:pBdr>
              <w:snapToGrid w:val="0"/>
              <w:spacing w:before="40" w:after="40" w:line="240" w:lineRule="auto"/>
              <w:ind w:left="40" w:right="40"/>
              <w:jc w:val="center"/>
              <w:rPr>
                <w:rFonts w:ascii="Times New Roman" w:eastAsia="Times New Roman" w:hAnsi="Times New Roman" w:cs="Times New Roman"/>
                <w:color w:val="000000"/>
                <w:sz w:val="20"/>
                <w:szCs w:val="20"/>
              </w:rPr>
            </w:pPr>
            <w:r w:rsidRPr="001A2E38">
              <w:rPr>
                <w:rFonts w:ascii="Times New Roman" w:eastAsia="Times New Roman" w:hAnsi="Times New Roman" w:cs="Times New Roman"/>
                <w:color w:val="000000"/>
                <w:sz w:val="20"/>
                <w:szCs w:val="20"/>
              </w:rPr>
              <w:t>&lt;0.001</w:t>
            </w:r>
          </w:p>
        </w:tc>
        <w:tc>
          <w:tcPr>
            <w:tcW w:w="1925"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33558BA5" w14:textId="77777777" w:rsidR="0003231E" w:rsidRPr="001A2E38" w:rsidRDefault="0003231E" w:rsidP="00176373">
            <w:pPr>
              <w:pBdr>
                <w:top w:val="none" w:sz="0" w:space="0" w:color="000000"/>
                <w:left w:val="none" w:sz="0" w:space="0" w:color="000000"/>
                <w:bottom w:val="none" w:sz="0" w:space="0" w:color="000000"/>
                <w:right w:val="none" w:sz="0" w:space="0" w:color="000000"/>
              </w:pBdr>
              <w:snapToGrid w:val="0"/>
              <w:spacing w:before="40" w:after="40" w:line="240" w:lineRule="auto"/>
              <w:ind w:left="40" w:right="40"/>
              <w:jc w:val="center"/>
              <w:rPr>
                <w:rFonts w:ascii="Times New Roman" w:eastAsia="Times New Roman" w:hAnsi="Times New Roman" w:cs="Times New Roman"/>
                <w:color w:val="000000"/>
                <w:sz w:val="20"/>
                <w:szCs w:val="20"/>
              </w:rPr>
            </w:pPr>
          </w:p>
        </w:tc>
      </w:tr>
      <w:tr w:rsidR="0003231E" w:rsidRPr="001A2E38" w14:paraId="0A4B6045" w14:textId="77777777" w:rsidTr="00176373">
        <w:trPr>
          <w:jc w:val="center"/>
        </w:trPr>
        <w:tc>
          <w:tcPr>
            <w:tcW w:w="2099"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35BE6C27" w14:textId="77777777" w:rsidR="0003231E" w:rsidRPr="001A2E38" w:rsidRDefault="0003231E" w:rsidP="00176373">
            <w:pPr>
              <w:pBdr>
                <w:top w:val="none" w:sz="0" w:space="0" w:color="000000"/>
                <w:left w:val="none" w:sz="0" w:space="0" w:color="000000"/>
                <w:bottom w:val="none" w:sz="0" w:space="0" w:color="000000"/>
                <w:right w:val="none" w:sz="0" w:space="0" w:color="000000"/>
              </w:pBdr>
              <w:snapToGrid w:val="0"/>
              <w:spacing w:before="40" w:after="40" w:line="240" w:lineRule="auto"/>
              <w:ind w:left="40" w:right="40"/>
              <w:rPr>
                <w:rFonts w:ascii="Times New Roman" w:eastAsia="Times New Roman" w:hAnsi="Times New Roman" w:cs="Times New Roman"/>
                <w:color w:val="000000"/>
                <w:sz w:val="20"/>
                <w:szCs w:val="20"/>
              </w:rPr>
            </w:pPr>
          </w:p>
        </w:tc>
        <w:tc>
          <w:tcPr>
            <w:tcW w:w="2974"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6547ED8E" w14:textId="77777777" w:rsidR="0003231E" w:rsidRPr="001A2E38" w:rsidRDefault="0003231E" w:rsidP="00176373">
            <w:pPr>
              <w:pBdr>
                <w:top w:val="none" w:sz="0" w:space="0" w:color="000000"/>
                <w:left w:val="none" w:sz="0" w:space="0" w:color="000000"/>
                <w:bottom w:val="none" w:sz="0" w:space="0" w:color="000000"/>
                <w:right w:val="none" w:sz="0" w:space="0" w:color="000000"/>
              </w:pBdr>
              <w:snapToGrid w:val="0"/>
              <w:spacing w:before="40" w:after="40" w:line="240" w:lineRule="auto"/>
              <w:ind w:left="40" w:right="40"/>
              <w:jc w:val="center"/>
              <w:rPr>
                <w:rFonts w:ascii="Times New Roman" w:eastAsia="Times New Roman" w:hAnsi="Times New Roman" w:cs="Times New Roman"/>
                <w:color w:val="000000"/>
                <w:sz w:val="20"/>
                <w:szCs w:val="20"/>
              </w:rPr>
            </w:pPr>
            <w:r w:rsidRPr="001A2E38">
              <w:rPr>
                <w:rFonts w:ascii="Times New Roman" w:eastAsia="Times New Roman" w:hAnsi="Times New Roman" w:cs="Times New Roman"/>
                <w:color w:val="000000"/>
                <w:sz w:val="20"/>
                <w:szCs w:val="20"/>
              </w:rPr>
              <w:t>Q3</w:t>
            </w:r>
          </w:p>
        </w:tc>
        <w:tc>
          <w:tcPr>
            <w:tcW w:w="3500"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1371552D" w14:textId="77777777" w:rsidR="0003231E" w:rsidRPr="001A2E38" w:rsidRDefault="0003231E" w:rsidP="00176373">
            <w:pPr>
              <w:pBdr>
                <w:top w:val="none" w:sz="0" w:space="0" w:color="000000"/>
                <w:left w:val="none" w:sz="0" w:space="0" w:color="000000"/>
                <w:bottom w:val="none" w:sz="0" w:space="0" w:color="000000"/>
                <w:right w:val="none" w:sz="0" w:space="0" w:color="000000"/>
              </w:pBdr>
              <w:snapToGrid w:val="0"/>
              <w:spacing w:before="40" w:after="40" w:line="240" w:lineRule="auto"/>
              <w:ind w:left="40" w:right="40"/>
              <w:jc w:val="center"/>
              <w:rPr>
                <w:rFonts w:ascii="Times New Roman" w:eastAsia="Times New Roman" w:hAnsi="Times New Roman" w:cs="Times New Roman"/>
                <w:color w:val="000000"/>
                <w:sz w:val="20"/>
                <w:szCs w:val="20"/>
              </w:rPr>
            </w:pPr>
            <w:r w:rsidRPr="001A2E38">
              <w:rPr>
                <w:rFonts w:ascii="Times New Roman" w:eastAsia="Times New Roman" w:hAnsi="Times New Roman" w:cs="Times New Roman"/>
                <w:color w:val="000000"/>
                <w:sz w:val="20"/>
                <w:szCs w:val="20"/>
              </w:rPr>
              <w:t>1.404 (1.254-1.572)</w:t>
            </w:r>
          </w:p>
        </w:tc>
        <w:tc>
          <w:tcPr>
            <w:tcW w:w="1750"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7DDD6B19" w14:textId="77777777" w:rsidR="0003231E" w:rsidRPr="001A2E38" w:rsidRDefault="0003231E" w:rsidP="00176373">
            <w:pPr>
              <w:pBdr>
                <w:top w:val="none" w:sz="0" w:space="0" w:color="000000"/>
                <w:left w:val="none" w:sz="0" w:space="0" w:color="000000"/>
                <w:bottom w:val="none" w:sz="0" w:space="0" w:color="000000"/>
                <w:right w:val="none" w:sz="0" w:space="0" w:color="000000"/>
              </w:pBdr>
              <w:snapToGrid w:val="0"/>
              <w:spacing w:before="40" w:after="40" w:line="240" w:lineRule="auto"/>
              <w:ind w:left="40" w:right="40"/>
              <w:jc w:val="center"/>
              <w:rPr>
                <w:rFonts w:ascii="Times New Roman" w:eastAsia="Times New Roman" w:hAnsi="Times New Roman" w:cs="Times New Roman"/>
                <w:color w:val="000000"/>
                <w:sz w:val="20"/>
                <w:szCs w:val="20"/>
              </w:rPr>
            </w:pPr>
            <w:r w:rsidRPr="001A2E38">
              <w:rPr>
                <w:rFonts w:ascii="Times New Roman" w:eastAsia="Times New Roman" w:hAnsi="Times New Roman" w:cs="Times New Roman"/>
                <w:color w:val="000000"/>
                <w:sz w:val="20"/>
                <w:szCs w:val="20"/>
              </w:rPr>
              <w:t>&lt;0.001</w:t>
            </w:r>
          </w:p>
        </w:tc>
        <w:tc>
          <w:tcPr>
            <w:tcW w:w="1925"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3262906C" w14:textId="77777777" w:rsidR="0003231E" w:rsidRPr="001A2E38" w:rsidRDefault="0003231E" w:rsidP="00176373">
            <w:pPr>
              <w:pBdr>
                <w:top w:val="none" w:sz="0" w:space="0" w:color="000000"/>
                <w:left w:val="none" w:sz="0" w:space="0" w:color="000000"/>
                <w:bottom w:val="none" w:sz="0" w:space="0" w:color="000000"/>
                <w:right w:val="none" w:sz="0" w:space="0" w:color="000000"/>
              </w:pBdr>
              <w:snapToGrid w:val="0"/>
              <w:spacing w:before="40" w:after="40" w:line="240" w:lineRule="auto"/>
              <w:ind w:left="40" w:right="40"/>
              <w:jc w:val="center"/>
              <w:rPr>
                <w:rFonts w:ascii="Times New Roman" w:eastAsia="Times New Roman" w:hAnsi="Times New Roman" w:cs="Times New Roman"/>
                <w:color w:val="000000"/>
                <w:sz w:val="20"/>
                <w:szCs w:val="20"/>
              </w:rPr>
            </w:pPr>
          </w:p>
        </w:tc>
      </w:tr>
      <w:tr w:rsidR="0003231E" w:rsidRPr="001A2E38" w14:paraId="783819CC" w14:textId="77777777" w:rsidTr="00176373">
        <w:trPr>
          <w:jc w:val="center"/>
        </w:trPr>
        <w:tc>
          <w:tcPr>
            <w:tcW w:w="2099"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08B8F32A" w14:textId="77777777" w:rsidR="0003231E" w:rsidRPr="001A2E38" w:rsidRDefault="0003231E" w:rsidP="00176373">
            <w:pPr>
              <w:pBdr>
                <w:top w:val="none" w:sz="0" w:space="0" w:color="000000"/>
                <w:left w:val="none" w:sz="0" w:space="0" w:color="000000"/>
                <w:bottom w:val="none" w:sz="0" w:space="0" w:color="000000"/>
                <w:right w:val="none" w:sz="0" w:space="0" w:color="000000"/>
              </w:pBdr>
              <w:snapToGrid w:val="0"/>
              <w:spacing w:before="40" w:after="40" w:line="240" w:lineRule="auto"/>
              <w:ind w:left="40" w:right="40"/>
              <w:rPr>
                <w:rFonts w:ascii="Times New Roman" w:eastAsia="Times New Roman" w:hAnsi="Times New Roman" w:cs="Times New Roman"/>
                <w:color w:val="000000"/>
                <w:sz w:val="20"/>
                <w:szCs w:val="20"/>
              </w:rPr>
            </w:pPr>
          </w:p>
        </w:tc>
        <w:tc>
          <w:tcPr>
            <w:tcW w:w="2974"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3A55394C" w14:textId="77777777" w:rsidR="0003231E" w:rsidRPr="001A2E38" w:rsidRDefault="0003231E" w:rsidP="00176373">
            <w:pPr>
              <w:pBdr>
                <w:top w:val="none" w:sz="0" w:space="0" w:color="000000"/>
                <w:left w:val="none" w:sz="0" w:space="0" w:color="000000"/>
                <w:bottom w:val="none" w:sz="0" w:space="0" w:color="000000"/>
                <w:right w:val="none" w:sz="0" w:space="0" w:color="000000"/>
              </w:pBdr>
              <w:snapToGrid w:val="0"/>
              <w:spacing w:before="40" w:after="40" w:line="240" w:lineRule="auto"/>
              <w:ind w:left="40" w:right="40"/>
              <w:jc w:val="center"/>
              <w:rPr>
                <w:rFonts w:ascii="Times New Roman" w:eastAsia="Times New Roman" w:hAnsi="Times New Roman" w:cs="Times New Roman"/>
                <w:color w:val="000000"/>
                <w:sz w:val="20"/>
                <w:szCs w:val="20"/>
              </w:rPr>
            </w:pPr>
            <w:r w:rsidRPr="001A2E38">
              <w:rPr>
                <w:rFonts w:ascii="Times New Roman" w:eastAsia="Times New Roman" w:hAnsi="Times New Roman" w:cs="Times New Roman"/>
                <w:color w:val="000000"/>
                <w:sz w:val="20"/>
                <w:szCs w:val="20"/>
              </w:rPr>
              <w:t>Q4</w:t>
            </w:r>
          </w:p>
        </w:tc>
        <w:tc>
          <w:tcPr>
            <w:tcW w:w="3500"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7283E46F" w14:textId="77777777" w:rsidR="0003231E" w:rsidRPr="001A2E38" w:rsidRDefault="0003231E" w:rsidP="00176373">
            <w:pPr>
              <w:pBdr>
                <w:top w:val="none" w:sz="0" w:space="0" w:color="000000"/>
                <w:left w:val="none" w:sz="0" w:space="0" w:color="000000"/>
                <w:bottom w:val="none" w:sz="0" w:space="0" w:color="000000"/>
                <w:right w:val="none" w:sz="0" w:space="0" w:color="000000"/>
              </w:pBdr>
              <w:snapToGrid w:val="0"/>
              <w:spacing w:before="40" w:after="40" w:line="240" w:lineRule="auto"/>
              <w:ind w:left="40" w:right="40"/>
              <w:jc w:val="center"/>
              <w:rPr>
                <w:rFonts w:ascii="Times New Roman" w:eastAsia="Times New Roman" w:hAnsi="Times New Roman" w:cs="Times New Roman"/>
                <w:color w:val="000000"/>
                <w:sz w:val="20"/>
                <w:szCs w:val="20"/>
              </w:rPr>
            </w:pPr>
            <w:r w:rsidRPr="001A2E38">
              <w:rPr>
                <w:rFonts w:ascii="Times New Roman" w:eastAsia="Times New Roman" w:hAnsi="Times New Roman" w:cs="Times New Roman"/>
                <w:color w:val="000000"/>
                <w:sz w:val="20"/>
                <w:szCs w:val="20"/>
              </w:rPr>
              <w:t>2.384 (2.145-2.651)</w:t>
            </w:r>
          </w:p>
        </w:tc>
        <w:tc>
          <w:tcPr>
            <w:tcW w:w="1750"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48DF6FA2" w14:textId="77777777" w:rsidR="0003231E" w:rsidRPr="001A2E38" w:rsidRDefault="0003231E" w:rsidP="00176373">
            <w:pPr>
              <w:pBdr>
                <w:top w:val="none" w:sz="0" w:space="0" w:color="000000"/>
                <w:left w:val="none" w:sz="0" w:space="0" w:color="000000"/>
                <w:bottom w:val="none" w:sz="0" w:space="0" w:color="000000"/>
                <w:right w:val="none" w:sz="0" w:space="0" w:color="000000"/>
              </w:pBdr>
              <w:snapToGrid w:val="0"/>
              <w:spacing w:before="40" w:after="40" w:line="240" w:lineRule="auto"/>
              <w:ind w:left="40" w:right="40"/>
              <w:jc w:val="center"/>
              <w:rPr>
                <w:rFonts w:ascii="Times New Roman" w:eastAsia="Times New Roman" w:hAnsi="Times New Roman" w:cs="Times New Roman"/>
                <w:color w:val="000000"/>
                <w:sz w:val="20"/>
                <w:szCs w:val="20"/>
              </w:rPr>
            </w:pPr>
            <w:r w:rsidRPr="001A2E38">
              <w:rPr>
                <w:rFonts w:ascii="Times New Roman" w:eastAsia="Times New Roman" w:hAnsi="Times New Roman" w:cs="Times New Roman"/>
                <w:color w:val="000000"/>
                <w:sz w:val="20"/>
                <w:szCs w:val="20"/>
              </w:rPr>
              <w:t>&lt;0.001</w:t>
            </w:r>
          </w:p>
        </w:tc>
        <w:tc>
          <w:tcPr>
            <w:tcW w:w="1925"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3ECA76B0" w14:textId="77777777" w:rsidR="0003231E" w:rsidRPr="001A2E38" w:rsidRDefault="0003231E" w:rsidP="00176373">
            <w:pPr>
              <w:pBdr>
                <w:top w:val="none" w:sz="0" w:space="0" w:color="000000"/>
                <w:left w:val="none" w:sz="0" w:space="0" w:color="000000"/>
                <w:bottom w:val="none" w:sz="0" w:space="0" w:color="000000"/>
                <w:right w:val="none" w:sz="0" w:space="0" w:color="000000"/>
              </w:pBdr>
              <w:snapToGrid w:val="0"/>
              <w:spacing w:before="40" w:after="40" w:line="240" w:lineRule="auto"/>
              <w:ind w:left="40" w:right="40"/>
              <w:jc w:val="center"/>
              <w:rPr>
                <w:rFonts w:ascii="Times New Roman" w:eastAsia="Times New Roman" w:hAnsi="Times New Roman" w:cs="Times New Roman"/>
                <w:color w:val="000000"/>
                <w:sz w:val="20"/>
                <w:szCs w:val="20"/>
              </w:rPr>
            </w:pPr>
            <w:r w:rsidRPr="001A2E38">
              <w:rPr>
                <w:rFonts w:ascii="Times New Roman" w:eastAsia="Times New Roman" w:hAnsi="Times New Roman" w:cs="Times New Roman"/>
                <w:color w:val="000000"/>
                <w:sz w:val="20"/>
                <w:szCs w:val="20"/>
              </w:rPr>
              <w:t>&lt;0.001</w:t>
            </w:r>
          </w:p>
        </w:tc>
      </w:tr>
      <w:tr w:rsidR="0003231E" w:rsidRPr="001A2E38" w14:paraId="6CD3265E" w14:textId="77777777" w:rsidTr="00176373">
        <w:trPr>
          <w:jc w:val="center"/>
        </w:trPr>
        <w:tc>
          <w:tcPr>
            <w:tcW w:w="2099"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1B429B7A" w14:textId="77777777" w:rsidR="0003231E" w:rsidRPr="001A2E38" w:rsidRDefault="0003231E" w:rsidP="00176373">
            <w:pPr>
              <w:pBdr>
                <w:top w:val="none" w:sz="0" w:space="0" w:color="000000"/>
                <w:left w:val="none" w:sz="0" w:space="0" w:color="000000"/>
                <w:bottom w:val="none" w:sz="0" w:space="0" w:color="000000"/>
                <w:right w:val="none" w:sz="0" w:space="0" w:color="000000"/>
              </w:pBdr>
              <w:snapToGrid w:val="0"/>
              <w:spacing w:before="40" w:after="40" w:line="240" w:lineRule="auto"/>
              <w:ind w:left="40" w:right="40"/>
              <w:rPr>
                <w:rFonts w:ascii="Times New Roman" w:eastAsia="Times New Roman" w:hAnsi="Times New Roman" w:cs="Times New Roman"/>
                <w:color w:val="000000"/>
                <w:sz w:val="20"/>
                <w:szCs w:val="20"/>
              </w:rPr>
            </w:pPr>
            <w:r w:rsidRPr="001A2E38">
              <w:rPr>
                <w:rFonts w:ascii="Times New Roman" w:eastAsia="Times New Roman" w:hAnsi="Times New Roman" w:cs="Times New Roman"/>
                <w:color w:val="000000"/>
                <w:sz w:val="20"/>
                <w:szCs w:val="20"/>
              </w:rPr>
              <w:t>CHG-VAI</w:t>
            </w:r>
          </w:p>
        </w:tc>
        <w:tc>
          <w:tcPr>
            <w:tcW w:w="2974"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65534E3E" w14:textId="77777777" w:rsidR="0003231E" w:rsidRPr="001A2E38" w:rsidRDefault="0003231E" w:rsidP="00176373">
            <w:pPr>
              <w:pBdr>
                <w:top w:val="none" w:sz="0" w:space="0" w:color="000000"/>
                <w:left w:val="none" w:sz="0" w:space="0" w:color="000000"/>
                <w:bottom w:val="none" w:sz="0" w:space="0" w:color="000000"/>
                <w:right w:val="none" w:sz="0" w:space="0" w:color="000000"/>
              </w:pBdr>
              <w:snapToGrid w:val="0"/>
              <w:spacing w:before="40" w:after="40" w:line="240" w:lineRule="auto"/>
              <w:ind w:left="40" w:right="40"/>
              <w:jc w:val="center"/>
              <w:rPr>
                <w:rFonts w:ascii="Times New Roman" w:eastAsia="Times New Roman" w:hAnsi="Times New Roman" w:cs="Times New Roman"/>
                <w:color w:val="000000"/>
                <w:sz w:val="20"/>
                <w:szCs w:val="20"/>
              </w:rPr>
            </w:pPr>
            <w:r w:rsidRPr="001A2E38">
              <w:rPr>
                <w:rFonts w:ascii="Times New Roman" w:eastAsia="Times New Roman" w:hAnsi="Times New Roman" w:cs="Times New Roman"/>
                <w:color w:val="000000"/>
                <w:sz w:val="20"/>
                <w:szCs w:val="20"/>
              </w:rPr>
              <w:t>Per 1-SD increase</w:t>
            </w:r>
          </w:p>
        </w:tc>
        <w:tc>
          <w:tcPr>
            <w:tcW w:w="3500"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47ED7FD5" w14:textId="77777777" w:rsidR="0003231E" w:rsidRPr="001A2E38" w:rsidRDefault="0003231E" w:rsidP="00176373">
            <w:pPr>
              <w:pBdr>
                <w:top w:val="none" w:sz="0" w:space="0" w:color="000000"/>
                <w:left w:val="none" w:sz="0" w:space="0" w:color="000000"/>
                <w:bottom w:val="none" w:sz="0" w:space="0" w:color="000000"/>
                <w:right w:val="none" w:sz="0" w:space="0" w:color="000000"/>
              </w:pBdr>
              <w:snapToGrid w:val="0"/>
              <w:spacing w:before="40" w:after="40" w:line="240" w:lineRule="auto"/>
              <w:ind w:left="40" w:right="40"/>
              <w:jc w:val="center"/>
              <w:rPr>
                <w:rFonts w:ascii="Times New Roman" w:eastAsia="Times New Roman" w:hAnsi="Times New Roman" w:cs="Times New Roman"/>
                <w:color w:val="000000"/>
                <w:sz w:val="20"/>
                <w:szCs w:val="20"/>
              </w:rPr>
            </w:pPr>
            <w:r w:rsidRPr="001A2E38">
              <w:rPr>
                <w:rFonts w:ascii="Times New Roman" w:eastAsia="Times New Roman" w:hAnsi="Times New Roman" w:cs="Times New Roman"/>
                <w:color w:val="000000"/>
                <w:sz w:val="20"/>
                <w:szCs w:val="20"/>
              </w:rPr>
              <w:t>1.209 (1.181-1.238)</w:t>
            </w:r>
          </w:p>
        </w:tc>
        <w:tc>
          <w:tcPr>
            <w:tcW w:w="1750"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7D4DEA03" w14:textId="77777777" w:rsidR="0003231E" w:rsidRPr="001A2E38" w:rsidRDefault="0003231E" w:rsidP="00176373">
            <w:pPr>
              <w:pBdr>
                <w:top w:val="none" w:sz="0" w:space="0" w:color="000000"/>
                <w:left w:val="none" w:sz="0" w:space="0" w:color="000000"/>
                <w:bottom w:val="none" w:sz="0" w:space="0" w:color="000000"/>
                <w:right w:val="none" w:sz="0" w:space="0" w:color="000000"/>
              </w:pBdr>
              <w:snapToGrid w:val="0"/>
              <w:spacing w:before="40" w:after="40" w:line="240" w:lineRule="auto"/>
              <w:ind w:left="40" w:right="40"/>
              <w:jc w:val="center"/>
              <w:rPr>
                <w:rFonts w:ascii="Times New Roman" w:eastAsia="Times New Roman" w:hAnsi="Times New Roman" w:cs="Times New Roman"/>
                <w:color w:val="000000"/>
                <w:sz w:val="20"/>
                <w:szCs w:val="20"/>
              </w:rPr>
            </w:pPr>
            <w:r w:rsidRPr="001A2E38">
              <w:rPr>
                <w:rFonts w:ascii="Times New Roman" w:eastAsia="Times New Roman" w:hAnsi="Times New Roman" w:cs="Times New Roman"/>
                <w:color w:val="000000"/>
                <w:sz w:val="20"/>
                <w:szCs w:val="20"/>
              </w:rPr>
              <w:t>&lt;0.001</w:t>
            </w:r>
          </w:p>
        </w:tc>
        <w:tc>
          <w:tcPr>
            <w:tcW w:w="1925"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31177AEA" w14:textId="77777777" w:rsidR="0003231E" w:rsidRPr="001A2E38" w:rsidRDefault="0003231E" w:rsidP="00176373">
            <w:pPr>
              <w:pBdr>
                <w:top w:val="none" w:sz="0" w:space="0" w:color="000000"/>
                <w:left w:val="none" w:sz="0" w:space="0" w:color="000000"/>
                <w:bottom w:val="none" w:sz="0" w:space="0" w:color="000000"/>
                <w:right w:val="none" w:sz="0" w:space="0" w:color="000000"/>
              </w:pBdr>
              <w:snapToGrid w:val="0"/>
              <w:spacing w:before="40" w:after="40" w:line="240" w:lineRule="auto"/>
              <w:ind w:left="40" w:right="40"/>
              <w:jc w:val="center"/>
              <w:rPr>
                <w:rFonts w:ascii="Times New Roman" w:eastAsia="Times New Roman" w:hAnsi="Times New Roman" w:cs="Times New Roman"/>
                <w:color w:val="000000"/>
                <w:sz w:val="20"/>
                <w:szCs w:val="20"/>
              </w:rPr>
            </w:pPr>
          </w:p>
        </w:tc>
      </w:tr>
      <w:tr w:rsidR="0003231E" w:rsidRPr="001A2E38" w14:paraId="4AE3D9DB" w14:textId="77777777" w:rsidTr="00176373">
        <w:trPr>
          <w:jc w:val="center"/>
        </w:trPr>
        <w:tc>
          <w:tcPr>
            <w:tcW w:w="2099"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7B73C94C" w14:textId="77777777" w:rsidR="0003231E" w:rsidRPr="001A2E38" w:rsidRDefault="0003231E" w:rsidP="00176373">
            <w:pPr>
              <w:pBdr>
                <w:top w:val="none" w:sz="0" w:space="0" w:color="000000"/>
                <w:left w:val="none" w:sz="0" w:space="0" w:color="000000"/>
                <w:bottom w:val="none" w:sz="0" w:space="0" w:color="000000"/>
                <w:right w:val="none" w:sz="0" w:space="0" w:color="000000"/>
              </w:pBdr>
              <w:snapToGrid w:val="0"/>
              <w:spacing w:before="40" w:after="40" w:line="240" w:lineRule="auto"/>
              <w:ind w:left="40" w:right="40"/>
              <w:rPr>
                <w:rFonts w:ascii="Times New Roman" w:eastAsia="Times New Roman" w:hAnsi="Times New Roman" w:cs="Times New Roman"/>
                <w:color w:val="000000"/>
                <w:sz w:val="20"/>
                <w:szCs w:val="20"/>
              </w:rPr>
            </w:pPr>
          </w:p>
        </w:tc>
        <w:tc>
          <w:tcPr>
            <w:tcW w:w="2974"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23FE7135" w14:textId="77777777" w:rsidR="0003231E" w:rsidRPr="001A2E38" w:rsidRDefault="0003231E" w:rsidP="00176373">
            <w:pPr>
              <w:pBdr>
                <w:top w:val="none" w:sz="0" w:space="0" w:color="000000"/>
                <w:left w:val="none" w:sz="0" w:space="0" w:color="000000"/>
                <w:bottom w:val="none" w:sz="0" w:space="0" w:color="000000"/>
                <w:right w:val="none" w:sz="0" w:space="0" w:color="000000"/>
              </w:pBdr>
              <w:snapToGrid w:val="0"/>
              <w:spacing w:before="40" w:after="40" w:line="240" w:lineRule="auto"/>
              <w:ind w:left="40" w:right="40"/>
              <w:jc w:val="center"/>
              <w:rPr>
                <w:rFonts w:ascii="Times New Roman" w:eastAsia="Times New Roman" w:hAnsi="Times New Roman" w:cs="Times New Roman"/>
                <w:color w:val="000000"/>
                <w:sz w:val="20"/>
                <w:szCs w:val="20"/>
              </w:rPr>
            </w:pPr>
            <w:r w:rsidRPr="001A2E38">
              <w:rPr>
                <w:rFonts w:ascii="Times New Roman" w:eastAsia="Times New Roman" w:hAnsi="Times New Roman" w:cs="Times New Roman"/>
                <w:color w:val="000000"/>
                <w:sz w:val="20"/>
                <w:szCs w:val="20"/>
              </w:rPr>
              <w:t>Q1</w:t>
            </w:r>
          </w:p>
        </w:tc>
        <w:tc>
          <w:tcPr>
            <w:tcW w:w="3500"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7349B6D2" w14:textId="77777777" w:rsidR="0003231E" w:rsidRPr="001A2E38" w:rsidRDefault="0003231E" w:rsidP="00176373">
            <w:pPr>
              <w:pBdr>
                <w:top w:val="none" w:sz="0" w:space="0" w:color="000000"/>
                <w:left w:val="none" w:sz="0" w:space="0" w:color="000000"/>
                <w:bottom w:val="none" w:sz="0" w:space="0" w:color="000000"/>
                <w:right w:val="none" w:sz="0" w:space="0" w:color="000000"/>
              </w:pBdr>
              <w:snapToGrid w:val="0"/>
              <w:spacing w:before="40" w:after="40" w:line="240" w:lineRule="auto"/>
              <w:ind w:left="40" w:right="40"/>
              <w:jc w:val="center"/>
              <w:rPr>
                <w:rFonts w:ascii="Times New Roman" w:eastAsia="Times New Roman" w:hAnsi="Times New Roman" w:cs="Times New Roman"/>
                <w:color w:val="000000"/>
                <w:sz w:val="20"/>
                <w:szCs w:val="20"/>
              </w:rPr>
            </w:pPr>
            <w:r w:rsidRPr="001A2E38">
              <w:rPr>
                <w:rFonts w:ascii="Times New Roman" w:eastAsia="Times New Roman" w:hAnsi="Times New Roman" w:cs="Times New Roman"/>
                <w:color w:val="000000"/>
                <w:sz w:val="20"/>
                <w:szCs w:val="20"/>
              </w:rPr>
              <w:t>Reference</w:t>
            </w:r>
          </w:p>
        </w:tc>
        <w:tc>
          <w:tcPr>
            <w:tcW w:w="1750"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6DF79BCF" w14:textId="77777777" w:rsidR="0003231E" w:rsidRPr="001A2E38" w:rsidRDefault="0003231E" w:rsidP="00176373">
            <w:pPr>
              <w:pBdr>
                <w:top w:val="none" w:sz="0" w:space="0" w:color="000000"/>
                <w:left w:val="none" w:sz="0" w:space="0" w:color="000000"/>
                <w:bottom w:val="none" w:sz="0" w:space="0" w:color="000000"/>
                <w:right w:val="none" w:sz="0" w:space="0" w:color="000000"/>
              </w:pBdr>
              <w:snapToGrid w:val="0"/>
              <w:spacing w:before="40" w:after="40" w:line="240" w:lineRule="auto"/>
              <w:ind w:left="40" w:right="40"/>
              <w:jc w:val="center"/>
              <w:rPr>
                <w:rFonts w:ascii="Times New Roman" w:eastAsia="Times New Roman" w:hAnsi="Times New Roman" w:cs="Times New Roman"/>
                <w:color w:val="000000"/>
                <w:sz w:val="20"/>
                <w:szCs w:val="20"/>
              </w:rPr>
            </w:pPr>
          </w:p>
        </w:tc>
        <w:tc>
          <w:tcPr>
            <w:tcW w:w="1925"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4F21486A" w14:textId="77777777" w:rsidR="0003231E" w:rsidRPr="001A2E38" w:rsidRDefault="0003231E" w:rsidP="00176373">
            <w:pPr>
              <w:pBdr>
                <w:top w:val="none" w:sz="0" w:space="0" w:color="000000"/>
                <w:left w:val="none" w:sz="0" w:space="0" w:color="000000"/>
                <w:bottom w:val="none" w:sz="0" w:space="0" w:color="000000"/>
                <w:right w:val="none" w:sz="0" w:space="0" w:color="000000"/>
              </w:pBdr>
              <w:snapToGrid w:val="0"/>
              <w:spacing w:before="40" w:after="40" w:line="240" w:lineRule="auto"/>
              <w:ind w:left="40" w:right="40"/>
              <w:jc w:val="center"/>
              <w:rPr>
                <w:rFonts w:ascii="Times New Roman" w:eastAsia="Times New Roman" w:hAnsi="Times New Roman" w:cs="Times New Roman"/>
                <w:color w:val="000000"/>
                <w:sz w:val="20"/>
                <w:szCs w:val="20"/>
              </w:rPr>
            </w:pPr>
          </w:p>
        </w:tc>
      </w:tr>
      <w:tr w:rsidR="0003231E" w:rsidRPr="001A2E38" w14:paraId="64808F50" w14:textId="77777777" w:rsidTr="00176373">
        <w:trPr>
          <w:jc w:val="center"/>
        </w:trPr>
        <w:tc>
          <w:tcPr>
            <w:tcW w:w="2099"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22298E1D" w14:textId="77777777" w:rsidR="0003231E" w:rsidRPr="001A2E38" w:rsidRDefault="0003231E" w:rsidP="00176373">
            <w:pPr>
              <w:pBdr>
                <w:top w:val="none" w:sz="0" w:space="0" w:color="000000"/>
                <w:left w:val="none" w:sz="0" w:space="0" w:color="000000"/>
                <w:bottom w:val="none" w:sz="0" w:space="0" w:color="000000"/>
                <w:right w:val="none" w:sz="0" w:space="0" w:color="000000"/>
              </w:pBdr>
              <w:snapToGrid w:val="0"/>
              <w:spacing w:before="40" w:after="40" w:line="240" w:lineRule="auto"/>
              <w:ind w:left="40" w:right="40"/>
              <w:rPr>
                <w:rFonts w:ascii="Times New Roman" w:eastAsia="Times New Roman" w:hAnsi="Times New Roman" w:cs="Times New Roman"/>
                <w:color w:val="000000"/>
                <w:sz w:val="20"/>
                <w:szCs w:val="20"/>
              </w:rPr>
            </w:pPr>
          </w:p>
        </w:tc>
        <w:tc>
          <w:tcPr>
            <w:tcW w:w="2974"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2F3DA310" w14:textId="77777777" w:rsidR="0003231E" w:rsidRPr="001A2E38" w:rsidRDefault="0003231E" w:rsidP="00176373">
            <w:pPr>
              <w:pBdr>
                <w:top w:val="none" w:sz="0" w:space="0" w:color="000000"/>
                <w:left w:val="none" w:sz="0" w:space="0" w:color="000000"/>
                <w:bottom w:val="none" w:sz="0" w:space="0" w:color="000000"/>
                <w:right w:val="none" w:sz="0" w:space="0" w:color="000000"/>
              </w:pBdr>
              <w:snapToGrid w:val="0"/>
              <w:spacing w:before="40" w:after="40" w:line="240" w:lineRule="auto"/>
              <w:ind w:left="40" w:right="40"/>
              <w:jc w:val="center"/>
              <w:rPr>
                <w:rFonts w:ascii="Times New Roman" w:eastAsia="Times New Roman" w:hAnsi="Times New Roman" w:cs="Times New Roman"/>
                <w:color w:val="000000"/>
                <w:sz w:val="20"/>
                <w:szCs w:val="20"/>
              </w:rPr>
            </w:pPr>
            <w:r w:rsidRPr="001A2E38">
              <w:rPr>
                <w:rFonts w:ascii="Times New Roman" w:eastAsia="Times New Roman" w:hAnsi="Times New Roman" w:cs="Times New Roman"/>
                <w:color w:val="000000"/>
                <w:sz w:val="20"/>
                <w:szCs w:val="20"/>
              </w:rPr>
              <w:t>Q2</w:t>
            </w:r>
          </w:p>
        </w:tc>
        <w:tc>
          <w:tcPr>
            <w:tcW w:w="3500"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6AA55CF3" w14:textId="77777777" w:rsidR="0003231E" w:rsidRPr="001A2E38" w:rsidRDefault="0003231E" w:rsidP="00176373">
            <w:pPr>
              <w:pBdr>
                <w:top w:val="none" w:sz="0" w:space="0" w:color="000000"/>
                <w:left w:val="none" w:sz="0" w:space="0" w:color="000000"/>
                <w:bottom w:val="none" w:sz="0" w:space="0" w:color="000000"/>
                <w:right w:val="none" w:sz="0" w:space="0" w:color="000000"/>
              </w:pBdr>
              <w:snapToGrid w:val="0"/>
              <w:spacing w:before="40" w:after="40" w:line="240" w:lineRule="auto"/>
              <w:ind w:left="40" w:right="40"/>
              <w:jc w:val="center"/>
              <w:rPr>
                <w:rFonts w:ascii="Times New Roman" w:eastAsia="Times New Roman" w:hAnsi="Times New Roman" w:cs="Times New Roman"/>
                <w:color w:val="000000"/>
                <w:sz w:val="20"/>
                <w:szCs w:val="20"/>
              </w:rPr>
            </w:pPr>
            <w:r w:rsidRPr="001A2E38">
              <w:rPr>
                <w:rFonts w:ascii="Times New Roman" w:eastAsia="Times New Roman" w:hAnsi="Times New Roman" w:cs="Times New Roman"/>
                <w:color w:val="000000"/>
                <w:sz w:val="20"/>
                <w:szCs w:val="20"/>
              </w:rPr>
              <w:t>1.021 (0.921-1.131)</w:t>
            </w:r>
          </w:p>
        </w:tc>
        <w:tc>
          <w:tcPr>
            <w:tcW w:w="1750"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64EBC2B2" w14:textId="77777777" w:rsidR="0003231E" w:rsidRPr="001A2E38" w:rsidRDefault="0003231E" w:rsidP="00176373">
            <w:pPr>
              <w:pBdr>
                <w:top w:val="none" w:sz="0" w:space="0" w:color="000000"/>
                <w:left w:val="none" w:sz="0" w:space="0" w:color="000000"/>
                <w:bottom w:val="none" w:sz="0" w:space="0" w:color="000000"/>
                <w:right w:val="none" w:sz="0" w:space="0" w:color="000000"/>
              </w:pBdr>
              <w:snapToGrid w:val="0"/>
              <w:spacing w:before="40" w:after="40" w:line="240" w:lineRule="auto"/>
              <w:ind w:left="40" w:right="40"/>
              <w:jc w:val="center"/>
              <w:rPr>
                <w:rFonts w:ascii="Times New Roman" w:eastAsia="Times New Roman" w:hAnsi="Times New Roman" w:cs="Times New Roman"/>
                <w:color w:val="000000"/>
                <w:sz w:val="20"/>
                <w:szCs w:val="20"/>
              </w:rPr>
            </w:pPr>
            <w:r w:rsidRPr="001A2E38">
              <w:rPr>
                <w:rFonts w:ascii="Times New Roman" w:eastAsia="Times New Roman" w:hAnsi="Times New Roman" w:cs="Times New Roman"/>
                <w:color w:val="000000"/>
                <w:sz w:val="20"/>
                <w:szCs w:val="20"/>
              </w:rPr>
              <w:t>0.697</w:t>
            </w:r>
          </w:p>
        </w:tc>
        <w:tc>
          <w:tcPr>
            <w:tcW w:w="1925"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4399207F" w14:textId="77777777" w:rsidR="0003231E" w:rsidRPr="001A2E38" w:rsidRDefault="0003231E" w:rsidP="00176373">
            <w:pPr>
              <w:pBdr>
                <w:top w:val="none" w:sz="0" w:space="0" w:color="000000"/>
                <w:left w:val="none" w:sz="0" w:space="0" w:color="000000"/>
                <w:bottom w:val="none" w:sz="0" w:space="0" w:color="000000"/>
                <w:right w:val="none" w:sz="0" w:space="0" w:color="000000"/>
              </w:pBdr>
              <w:snapToGrid w:val="0"/>
              <w:spacing w:before="40" w:after="40" w:line="240" w:lineRule="auto"/>
              <w:ind w:left="40" w:right="40"/>
              <w:jc w:val="center"/>
              <w:rPr>
                <w:rFonts w:ascii="Times New Roman" w:eastAsia="Times New Roman" w:hAnsi="Times New Roman" w:cs="Times New Roman"/>
                <w:color w:val="000000"/>
                <w:sz w:val="20"/>
                <w:szCs w:val="20"/>
              </w:rPr>
            </w:pPr>
          </w:p>
        </w:tc>
      </w:tr>
      <w:tr w:rsidR="0003231E" w:rsidRPr="001A2E38" w14:paraId="394A7527" w14:textId="77777777" w:rsidTr="00176373">
        <w:trPr>
          <w:jc w:val="center"/>
        </w:trPr>
        <w:tc>
          <w:tcPr>
            <w:tcW w:w="2099"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3306CE79" w14:textId="77777777" w:rsidR="0003231E" w:rsidRPr="001A2E38" w:rsidRDefault="0003231E" w:rsidP="00176373">
            <w:pPr>
              <w:pBdr>
                <w:top w:val="none" w:sz="0" w:space="0" w:color="000000"/>
                <w:left w:val="none" w:sz="0" w:space="0" w:color="000000"/>
                <w:bottom w:val="none" w:sz="0" w:space="0" w:color="000000"/>
                <w:right w:val="none" w:sz="0" w:space="0" w:color="000000"/>
              </w:pBdr>
              <w:snapToGrid w:val="0"/>
              <w:spacing w:before="40" w:after="40" w:line="240" w:lineRule="auto"/>
              <w:ind w:left="40" w:right="40"/>
              <w:rPr>
                <w:rFonts w:ascii="Times New Roman" w:eastAsia="Times New Roman" w:hAnsi="Times New Roman" w:cs="Times New Roman"/>
                <w:color w:val="000000"/>
                <w:sz w:val="20"/>
                <w:szCs w:val="20"/>
              </w:rPr>
            </w:pPr>
          </w:p>
        </w:tc>
        <w:tc>
          <w:tcPr>
            <w:tcW w:w="2974"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272BCCB4" w14:textId="77777777" w:rsidR="0003231E" w:rsidRPr="001A2E38" w:rsidRDefault="0003231E" w:rsidP="00176373">
            <w:pPr>
              <w:pBdr>
                <w:top w:val="none" w:sz="0" w:space="0" w:color="000000"/>
                <w:left w:val="none" w:sz="0" w:space="0" w:color="000000"/>
                <w:bottom w:val="none" w:sz="0" w:space="0" w:color="000000"/>
                <w:right w:val="none" w:sz="0" w:space="0" w:color="000000"/>
              </w:pBdr>
              <w:snapToGrid w:val="0"/>
              <w:spacing w:before="40" w:after="40" w:line="240" w:lineRule="auto"/>
              <w:ind w:left="40" w:right="40"/>
              <w:jc w:val="center"/>
              <w:rPr>
                <w:rFonts w:ascii="Times New Roman" w:eastAsia="Times New Roman" w:hAnsi="Times New Roman" w:cs="Times New Roman"/>
                <w:color w:val="000000"/>
                <w:sz w:val="20"/>
                <w:szCs w:val="20"/>
              </w:rPr>
            </w:pPr>
            <w:r w:rsidRPr="001A2E38">
              <w:rPr>
                <w:rFonts w:ascii="Times New Roman" w:eastAsia="Times New Roman" w:hAnsi="Times New Roman" w:cs="Times New Roman"/>
                <w:color w:val="000000"/>
                <w:sz w:val="20"/>
                <w:szCs w:val="20"/>
              </w:rPr>
              <w:t>Q3</w:t>
            </w:r>
          </w:p>
        </w:tc>
        <w:tc>
          <w:tcPr>
            <w:tcW w:w="3500"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5658D993" w14:textId="77777777" w:rsidR="0003231E" w:rsidRPr="001A2E38" w:rsidRDefault="0003231E" w:rsidP="00176373">
            <w:pPr>
              <w:pBdr>
                <w:top w:val="none" w:sz="0" w:space="0" w:color="000000"/>
                <w:left w:val="none" w:sz="0" w:space="0" w:color="000000"/>
                <w:bottom w:val="none" w:sz="0" w:space="0" w:color="000000"/>
                <w:right w:val="none" w:sz="0" w:space="0" w:color="000000"/>
              </w:pBdr>
              <w:snapToGrid w:val="0"/>
              <w:spacing w:before="40" w:after="40" w:line="240" w:lineRule="auto"/>
              <w:ind w:left="40" w:right="40"/>
              <w:jc w:val="center"/>
              <w:rPr>
                <w:rFonts w:ascii="Times New Roman" w:eastAsia="Times New Roman" w:hAnsi="Times New Roman" w:cs="Times New Roman"/>
                <w:color w:val="000000"/>
                <w:sz w:val="20"/>
                <w:szCs w:val="20"/>
              </w:rPr>
            </w:pPr>
            <w:r w:rsidRPr="001A2E38">
              <w:rPr>
                <w:rFonts w:ascii="Times New Roman" w:eastAsia="Times New Roman" w:hAnsi="Times New Roman" w:cs="Times New Roman"/>
                <w:color w:val="000000"/>
                <w:sz w:val="20"/>
                <w:szCs w:val="20"/>
              </w:rPr>
              <w:t>1.320 (1.198-1.454)</w:t>
            </w:r>
          </w:p>
        </w:tc>
        <w:tc>
          <w:tcPr>
            <w:tcW w:w="1750"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299FC17B" w14:textId="77777777" w:rsidR="0003231E" w:rsidRPr="001A2E38" w:rsidRDefault="0003231E" w:rsidP="00176373">
            <w:pPr>
              <w:pBdr>
                <w:top w:val="none" w:sz="0" w:space="0" w:color="000000"/>
                <w:left w:val="none" w:sz="0" w:space="0" w:color="000000"/>
                <w:bottom w:val="none" w:sz="0" w:space="0" w:color="000000"/>
                <w:right w:val="none" w:sz="0" w:space="0" w:color="000000"/>
              </w:pBdr>
              <w:snapToGrid w:val="0"/>
              <w:spacing w:before="40" w:after="40" w:line="240" w:lineRule="auto"/>
              <w:ind w:left="40" w:right="40"/>
              <w:jc w:val="center"/>
              <w:rPr>
                <w:rFonts w:ascii="Times New Roman" w:eastAsia="Times New Roman" w:hAnsi="Times New Roman" w:cs="Times New Roman"/>
                <w:color w:val="000000"/>
                <w:sz w:val="20"/>
                <w:szCs w:val="20"/>
              </w:rPr>
            </w:pPr>
            <w:r w:rsidRPr="001A2E38">
              <w:rPr>
                <w:rFonts w:ascii="Times New Roman" w:eastAsia="Times New Roman" w:hAnsi="Times New Roman" w:cs="Times New Roman"/>
                <w:color w:val="000000"/>
                <w:sz w:val="20"/>
                <w:szCs w:val="20"/>
              </w:rPr>
              <w:t>&lt;0.001</w:t>
            </w:r>
          </w:p>
        </w:tc>
        <w:tc>
          <w:tcPr>
            <w:tcW w:w="1925"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70CE66CB" w14:textId="77777777" w:rsidR="0003231E" w:rsidRPr="001A2E38" w:rsidRDefault="0003231E" w:rsidP="00176373">
            <w:pPr>
              <w:pBdr>
                <w:top w:val="none" w:sz="0" w:space="0" w:color="000000"/>
                <w:left w:val="none" w:sz="0" w:space="0" w:color="000000"/>
                <w:bottom w:val="none" w:sz="0" w:space="0" w:color="000000"/>
                <w:right w:val="none" w:sz="0" w:space="0" w:color="000000"/>
              </w:pBdr>
              <w:snapToGrid w:val="0"/>
              <w:spacing w:before="40" w:after="40" w:line="240" w:lineRule="auto"/>
              <w:ind w:left="40" w:right="40"/>
              <w:jc w:val="center"/>
              <w:rPr>
                <w:rFonts w:ascii="Times New Roman" w:eastAsia="Times New Roman" w:hAnsi="Times New Roman" w:cs="Times New Roman"/>
                <w:color w:val="000000"/>
                <w:sz w:val="20"/>
                <w:szCs w:val="20"/>
              </w:rPr>
            </w:pPr>
          </w:p>
        </w:tc>
      </w:tr>
      <w:tr w:rsidR="0003231E" w:rsidRPr="001A2E38" w14:paraId="3E82A44B" w14:textId="77777777" w:rsidTr="00176373">
        <w:trPr>
          <w:jc w:val="center"/>
        </w:trPr>
        <w:tc>
          <w:tcPr>
            <w:tcW w:w="2099"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787D394C" w14:textId="77777777" w:rsidR="0003231E" w:rsidRPr="001A2E38" w:rsidRDefault="0003231E" w:rsidP="00176373">
            <w:pPr>
              <w:pBdr>
                <w:top w:val="none" w:sz="0" w:space="0" w:color="000000"/>
                <w:left w:val="none" w:sz="0" w:space="0" w:color="000000"/>
                <w:bottom w:val="none" w:sz="0" w:space="0" w:color="000000"/>
                <w:right w:val="none" w:sz="0" w:space="0" w:color="000000"/>
              </w:pBdr>
              <w:snapToGrid w:val="0"/>
              <w:spacing w:before="40" w:after="40" w:line="240" w:lineRule="auto"/>
              <w:ind w:left="40" w:right="40"/>
              <w:rPr>
                <w:rFonts w:ascii="Times New Roman" w:eastAsia="Times New Roman" w:hAnsi="Times New Roman" w:cs="Times New Roman"/>
                <w:color w:val="000000"/>
                <w:sz w:val="20"/>
                <w:szCs w:val="20"/>
              </w:rPr>
            </w:pPr>
          </w:p>
        </w:tc>
        <w:tc>
          <w:tcPr>
            <w:tcW w:w="2974"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770C1A88" w14:textId="77777777" w:rsidR="0003231E" w:rsidRPr="001A2E38" w:rsidRDefault="0003231E" w:rsidP="00176373">
            <w:pPr>
              <w:pBdr>
                <w:top w:val="none" w:sz="0" w:space="0" w:color="000000"/>
                <w:left w:val="none" w:sz="0" w:space="0" w:color="000000"/>
                <w:bottom w:val="none" w:sz="0" w:space="0" w:color="000000"/>
                <w:right w:val="none" w:sz="0" w:space="0" w:color="000000"/>
              </w:pBdr>
              <w:snapToGrid w:val="0"/>
              <w:spacing w:before="40" w:after="40" w:line="240" w:lineRule="auto"/>
              <w:ind w:left="40" w:right="40"/>
              <w:jc w:val="center"/>
              <w:rPr>
                <w:rFonts w:ascii="Times New Roman" w:eastAsia="Times New Roman" w:hAnsi="Times New Roman" w:cs="Times New Roman"/>
                <w:color w:val="000000"/>
                <w:sz w:val="20"/>
                <w:szCs w:val="20"/>
              </w:rPr>
            </w:pPr>
            <w:r w:rsidRPr="001A2E38">
              <w:rPr>
                <w:rFonts w:ascii="Times New Roman" w:eastAsia="Times New Roman" w:hAnsi="Times New Roman" w:cs="Times New Roman"/>
                <w:color w:val="000000"/>
                <w:sz w:val="20"/>
                <w:szCs w:val="20"/>
              </w:rPr>
              <w:t>Q4</w:t>
            </w:r>
          </w:p>
        </w:tc>
        <w:tc>
          <w:tcPr>
            <w:tcW w:w="3500"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2662D269" w14:textId="77777777" w:rsidR="0003231E" w:rsidRPr="001A2E38" w:rsidRDefault="0003231E" w:rsidP="00176373">
            <w:pPr>
              <w:pBdr>
                <w:top w:val="none" w:sz="0" w:space="0" w:color="000000"/>
                <w:left w:val="none" w:sz="0" w:space="0" w:color="000000"/>
                <w:bottom w:val="none" w:sz="0" w:space="0" w:color="000000"/>
                <w:right w:val="none" w:sz="0" w:space="0" w:color="000000"/>
              </w:pBdr>
              <w:snapToGrid w:val="0"/>
              <w:spacing w:before="40" w:after="40" w:line="240" w:lineRule="auto"/>
              <w:ind w:left="40" w:right="40"/>
              <w:jc w:val="center"/>
              <w:rPr>
                <w:rFonts w:ascii="Times New Roman" w:eastAsia="Times New Roman" w:hAnsi="Times New Roman" w:cs="Times New Roman"/>
                <w:color w:val="000000"/>
                <w:sz w:val="20"/>
                <w:szCs w:val="20"/>
              </w:rPr>
            </w:pPr>
            <w:r w:rsidRPr="001A2E38">
              <w:rPr>
                <w:rFonts w:ascii="Times New Roman" w:eastAsia="Times New Roman" w:hAnsi="Times New Roman" w:cs="Times New Roman"/>
                <w:color w:val="000000"/>
                <w:sz w:val="20"/>
                <w:szCs w:val="20"/>
              </w:rPr>
              <w:t>1.755 (1.600-1.925)</w:t>
            </w:r>
          </w:p>
        </w:tc>
        <w:tc>
          <w:tcPr>
            <w:tcW w:w="1750"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382EDB7D" w14:textId="77777777" w:rsidR="0003231E" w:rsidRPr="001A2E38" w:rsidRDefault="0003231E" w:rsidP="00176373">
            <w:pPr>
              <w:pBdr>
                <w:top w:val="none" w:sz="0" w:space="0" w:color="000000"/>
                <w:left w:val="none" w:sz="0" w:space="0" w:color="000000"/>
                <w:bottom w:val="none" w:sz="0" w:space="0" w:color="000000"/>
                <w:right w:val="none" w:sz="0" w:space="0" w:color="000000"/>
              </w:pBdr>
              <w:snapToGrid w:val="0"/>
              <w:spacing w:before="40" w:after="40" w:line="240" w:lineRule="auto"/>
              <w:ind w:left="40" w:right="40"/>
              <w:jc w:val="center"/>
              <w:rPr>
                <w:rFonts w:ascii="Times New Roman" w:eastAsia="Times New Roman" w:hAnsi="Times New Roman" w:cs="Times New Roman"/>
                <w:color w:val="000000"/>
                <w:sz w:val="20"/>
                <w:szCs w:val="20"/>
              </w:rPr>
            </w:pPr>
            <w:r w:rsidRPr="001A2E38">
              <w:rPr>
                <w:rFonts w:ascii="Times New Roman" w:eastAsia="Times New Roman" w:hAnsi="Times New Roman" w:cs="Times New Roman"/>
                <w:color w:val="000000"/>
                <w:sz w:val="20"/>
                <w:szCs w:val="20"/>
              </w:rPr>
              <w:t>&lt;0.001</w:t>
            </w:r>
          </w:p>
        </w:tc>
        <w:tc>
          <w:tcPr>
            <w:tcW w:w="1925"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78A71FFA" w14:textId="77777777" w:rsidR="0003231E" w:rsidRPr="001A2E38" w:rsidRDefault="0003231E" w:rsidP="00176373">
            <w:pPr>
              <w:pBdr>
                <w:top w:val="none" w:sz="0" w:space="0" w:color="000000"/>
                <w:left w:val="none" w:sz="0" w:space="0" w:color="000000"/>
                <w:bottom w:val="none" w:sz="0" w:space="0" w:color="000000"/>
                <w:right w:val="none" w:sz="0" w:space="0" w:color="000000"/>
              </w:pBdr>
              <w:snapToGrid w:val="0"/>
              <w:spacing w:before="40" w:after="40" w:line="240" w:lineRule="auto"/>
              <w:ind w:left="40" w:right="40"/>
              <w:jc w:val="center"/>
              <w:rPr>
                <w:rFonts w:ascii="Times New Roman" w:eastAsia="Times New Roman" w:hAnsi="Times New Roman" w:cs="Times New Roman"/>
                <w:color w:val="000000"/>
                <w:sz w:val="20"/>
                <w:szCs w:val="20"/>
              </w:rPr>
            </w:pPr>
            <w:r w:rsidRPr="001A2E38">
              <w:rPr>
                <w:rFonts w:ascii="Times New Roman" w:eastAsia="Times New Roman" w:hAnsi="Times New Roman" w:cs="Times New Roman"/>
                <w:color w:val="000000"/>
                <w:sz w:val="20"/>
                <w:szCs w:val="20"/>
              </w:rPr>
              <w:t>&lt;0.001</w:t>
            </w:r>
          </w:p>
        </w:tc>
      </w:tr>
      <w:tr w:rsidR="0003231E" w:rsidRPr="001A2E38" w14:paraId="45C468B0" w14:textId="77777777" w:rsidTr="00176373">
        <w:trPr>
          <w:jc w:val="center"/>
        </w:trPr>
        <w:tc>
          <w:tcPr>
            <w:tcW w:w="2099"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34E5AF6F" w14:textId="77777777" w:rsidR="0003231E" w:rsidRPr="001A2E38" w:rsidRDefault="0003231E" w:rsidP="00176373">
            <w:pPr>
              <w:pBdr>
                <w:top w:val="none" w:sz="0" w:space="0" w:color="000000"/>
                <w:left w:val="none" w:sz="0" w:space="0" w:color="000000"/>
                <w:bottom w:val="none" w:sz="0" w:space="0" w:color="000000"/>
                <w:right w:val="none" w:sz="0" w:space="0" w:color="000000"/>
              </w:pBdr>
              <w:snapToGrid w:val="0"/>
              <w:spacing w:before="40" w:after="40" w:line="240" w:lineRule="auto"/>
              <w:ind w:left="40" w:right="40"/>
              <w:rPr>
                <w:rFonts w:ascii="Times New Roman" w:eastAsia="Times New Roman" w:hAnsi="Times New Roman" w:cs="Times New Roman"/>
                <w:color w:val="000000"/>
                <w:sz w:val="20"/>
                <w:szCs w:val="20"/>
              </w:rPr>
            </w:pPr>
            <w:r w:rsidRPr="001A2E38">
              <w:rPr>
                <w:rFonts w:ascii="Times New Roman" w:eastAsia="Times New Roman" w:hAnsi="Times New Roman" w:cs="Times New Roman"/>
                <w:color w:val="000000"/>
                <w:sz w:val="20"/>
                <w:szCs w:val="20"/>
              </w:rPr>
              <w:t>CHG-WWI</w:t>
            </w:r>
          </w:p>
        </w:tc>
        <w:tc>
          <w:tcPr>
            <w:tcW w:w="2974"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6A87F529" w14:textId="77777777" w:rsidR="0003231E" w:rsidRPr="001A2E38" w:rsidRDefault="0003231E" w:rsidP="00176373">
            <w:pPr>
              <w:pBdr>
                <w:top w:val="none" w:sz="0" w:space="0" w:color="000000"/>
                <w:left w:val="none" w:sz="0" w:space="0" w:color="000000"/>
                <w:bottom w:val="none" w:sz="0" w:space="0" w:color="000000"/>
                <w:right w:val="none" w:sz="0" w:space="0" w:color="000000"/>
              </w:pBdr>
              <w:snapToGrid w:val="0"/>
              <w:spacing w:before="40" w:after="40" w:line="240" w:lineRule="auto"/>
              <w:ind w:left="40" w:right="40"/>
              <w:jc w:val="center"/>
              <w:rPr>
                <w:rFonts w:ascii="Times New Roman" w:eastAsia="Times New Roman" w:hAnsi="Times New Roman" w:cs="Times New Roman"/>
                <w:color w:val="000000"/>
                <w:sz w:val="20"/>
                <w:szCs w:val="20"/>
              </w:rPr>
            </w:pPr>
            <w:r w:rsidRPr="001A2E38">
              <w:rPr>
                <w:rFonts w:ascii="Times New Roman" w:eastAsia="Times New Roman" w:hAnsi="Times New Roman" w:cs="Times New Roman"/>
                <w:color w:val="000000"/>
                <w:sz w:val="20"/>
                <w:szCs w:val="20"/>
              </w:rPr>
              <w:t>Per 1-SD increase</w:t>
            </w:r>
          </w:p>
        </w:tc>
        <w:tc>
          <w:tcPr>
            <w:tcW w:w="3500"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7CD51CCD" w14:textId="77777777" w:rsidR="0003231E" w:rsidRPr="001A2E38" w:rsidRDefault="0003231E" w:rsidP="00176373">
            <w:pPr>
              <w:pBdr>
                <w:top w:val="none" w:sz="0" w:space="0" w:color="000000"/>
                <w:left w:val="none" w:sz="0" w:space="0" w:color="000000"/>
                <w:bottom w:val="none" w:sz="0" w:space="0" w:color="000000"/>
                <w:right w:val="none" w:sz="0" w:space="0" w:color="000000"/>
              </w:pBdr>
              <w:snapToGrid w:val="0"/>
              <w:spacing w:before="40" w:after="40" w:line="240" w:lineRule="auto"/>
              <w:ind w:left="40" w:right="40"/>
              <w:jc w:val="center"/>
              <w:rPr>
                <w:rFonts w:ascii="Times New Roman" w:eastAsia="Times New Roman" w:hAnsi="Times New Roman" w:cs="Times New Roman"/>
                <w:color w:val="000000"/>
                <w:sz w:val="20"/>
                <w:szCs w:val="20"/>
              </w:rPr>
            </w:pPr>
            <w:r w:rsidRPr="001A2E38">
              <w:rPr>
                <w:rFonts w:ascii="Times New Roman" w:eastAsia="Times New Roman" w:hAnsi="Times New Roman" w:cs="Times New Roman"/>
                <w:color w:val="000000"/>
                <w:sz w:val="20"/>
                <w:szCs w:val="20"/>
              </w:rPr>
              <w:t>1.542 (1.501-1.585)</w:t>
            </w:r>
          </w:p>
        </w:tc>
        <w:tc>
          <w:tcPr>
            <w:tcW w:w="1750"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16BEEECB" w14:textId="77777777" w:rsidR="0003231E" w:rsidRPr="001A2E38" w:rsidRDefault="0003231E" w:rsidP="00176373">
            <w:pPr>
              <w:pBdr>
                <w:top w:val="none" w:sz="0" w:space="0" w:color="000000"/>
                <w:left w:val="none" w:sz="0" w:space="0" w:color="000000"/>
                <w:bottom w:val="none" w:sz="0" w:space="0" w:color="000000"/>
                <w:right w:val="none" w:sz="0" w:space="0" w:color="000000"/>
              </w:pBdr>
              <w:snapToGrid w:val="0"/>
              <w:spacing w:before="40" w:after="40" w:line="240" w:lineRule="auto"/>
              <w:ind w:left="40" w:right="40"/>
              <w:jc w:val="center"/>
              <w:rPr>
                <w:rFonts w:ascii="Times New Roman" w:eastAsia="Times New Roman" w:hAnsi="Times New Roman" w:cs="Times New Roman"/>
                <w:color w:val="000000"/>
                <w:sz w:val="20"/>
                <w:szCs w:val="20"/>
              </w:rPr>
            </w:pPr>
            <w:r w:rsidRPr="001A2E38">
              <w:rPr>
                <w:rFonts w:ascii="Times New Roman" w:eastAsia="Times New Roman" w:hAnsi="Times New Roman" w:cs="Times New Roman"/>
                <w:color w:val="000000"/>
                <w:sz w:val="20"/>
                <w:szCs w:val="20"/>
              </w:rPr>
              <w:t>&lt;0.001</w:t>
            </w:r>
          </w:p>
        </w:tc>
        <w:tc>
          <w:tcPr>
            <w:tcW w:w="1925"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35DBA136" w14:textId="77777777" w:rsidR="0003231E" w:rsidRPr="001A2E38" w:rsidRDefault="0003231E" w:rsidP="00176373">
            <w:pPr>
              <w:pBdr>
                <w:top w:val="none" w:sz="0" w:space="0" w:color="000000"/>
                <w:left w:val="none" w:sz="0" w:space="0" w:color="000000"/>
                <w:bottom w:val="none" w:sz="0" w:space="0" w:color="000000"/>
                <w:right w:val="none" w:sz="0" w:space="0" w:color="000000"/>
              </w:pBdr>
              <w:snapToGrid w:val="0"/>
              <w:spacing w:before="40" w:after="40" w:line="240" w:lineRule="auto"/>
              <w:ind w:left="40" w:right="40"/>
              <w:jc w:val="center"/>
              <w:rPr>
                <w:rFonts w:ascii="Times New Roman" w:eastAsia="Times New Roman" w:hAnsi="Times New Roman" w:cs="Times New Roman"/>
                <w:color w:val="000000"/>
                <w:sz w:val="20"/>
                <w:szCs w:val="20"/>
              </w:rPr>
            </w:pPr>
          </w:p>
        </w:tc>
      </w:tr>
      <w:tr w:rsidR="0003231E" w:rsidRPr="001A2E38" w14:paraId="2F4C15C8" w14:textId="77777777" w:rsidTr="00176373">
        <w:trPr>
          <w:jc w:val="center"/>
        </w:trPr>
        <w:tc>
          <w:tcPr>
            <w:tcW w:w="2099"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1AF0FA23" w14:textId="77777777" w:rsidR="0003231E" w:rsidRPr="001A2E38" w:rsidRDefault="0003231E" w:rsidP="00176373">
            <w:pPr>
              <w:pBdr>
                <w:top w:val="none" w:sz="0" w:space="0" w:color="000000"/>
                <w:left w:val="none" w:sz="0" w:space="0" w:color="000000"/>
                <w:bottom w:val="none" w:sz="0" w:space="0" w:color="000000"/>
                <w:right w:val="none" w:sz="0" w:space="0" w:color="000000"/>
              </w:pBdr>
              <w:snapToGrid w:val="0"/>
              <w:spacing w:before="40" w:after="40" w:line="240" w:lineRule="auto"/>
              <w:ind w:left="40" w:right="40"/>
              <w:rPr>
                <w:rFonts w:ascii="Times New Roman" w:eastAsia="Times New Roman" w:hAnsi="Times New Roman" w:cs="Times New Roman"/>
                <w:color w:val="000000"/>
                <w:sz w:val="20"/>
                <w:szCs w:val="20"/>
              </w:rPr>
            </w:pPr>
          </w:p>
        </w:tc>
        <w:tc>
          <w:tcPr>
            <w:tcW w:w="2974"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29B8CE28" w14:textId="77777777" w:rsidR="0003231E" w:rsidRPr="001A2E38" w:rsidRDefault="0003231E" w:rsidP="00176373">
            <w:pPr>
              <w:pBdr>
                <w:top w:val="none" w:sz="0" w:space="0" w:color="000000"/>
                <w:left w:val="none" w:sz="0" w:space="0" w:color="000000"/>
                <w:bottom w:val="none" w:sz="0" w:space="0" w:color="000000"/>
                <w:right w:val="none" w:sz="0" w:space="0" w:color="000000"/>
              </w:pBdr>
              <w:snapToGrid w:val="0"/>
              <w:spacing w:before="40" w:after="40" w:line="240" w:lineRule="auto"/>
              <w:ind w:left="40" w:right="40"/>
              <w:jc w:val="center"/>
              <w:rPr>
                <w:rFonts w:ascii="Times New Roman" w:eastAsia="Times New Roman" w:hAnsi="Times New Roman" w:cs="Times New Roman"/>
                <w:color w:val="000000"/>
                <w:sz w:val="20"/>
                <w:szCs w:val="20"/>
              </w:rPr>
            </w:pPr>
            <w:r w:rsidRPr="001A2E38">
              <w:rPr>
                <w:rFonts w:ascii="Times New Roman" w:eastAsia="Times New Roman" w:hAnsi="Times New Roman" w:cs="Times New Roman"/>
                <w:color w:val="000000"/>
                <w:sz w:val="20"/>
                <w:szCs w:val="20"/>
              </w:rPr>
              <w:t>Q1</w:t>
            </w:r>
          </w:p>
        </w:tc>
        <w:tc>
          <w:tcPr>
            <w:tcW w:w="3500"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31C9AC46" w14:textId="77777777" w:rsidR="0003231E" w:rsidRPr="001A2E38" w:rsidRDefault="0003231E" w:rsidP="00176373">
            <w:pPr>
              <w:pBdr>
                <w:top w:val="none" w:sz="0" w:space="0" w:color="000000"/>
                <w:left w:val="none" w:sz="0" w:space="0" w:color="000000"/>
                <w:bottom w:val="none" w:sz="0" w:space="0" w:color="000000"/>
                <w:right w:val="none" w:sz="0" w:space="0" w:color="000000"/>
              </w:pBdr>
              <w:snapToGrid w:val="0"/>
              <w:spacing w:before="40" w:after="40" w:line="240" w:lineRule="auto"/>
              <w:ind w:left="40" w:right="40"/>
              <w:jc w:val="center"/>
              <w:rPr>
                <w:rFonts w:ascii="Times New Roman" w:eastAsia="Times New Roman" w:hAnsi="Times New Roman" w:cs="Times New Roman"/>
                <w:color w:val="000000"/>
                <w:sz w:val="20"/>
                <w:szCs w:val="20"/>
              </w:rPr>
            </w:pPr>
            <w:r w:rsidRPr="001A2E38">
              <w:rPr>
                <w:rFonts w:ascii="Times New Roman" w:eastAsia="Times New Roman" w:hAnsi="Times New Roman" w:cs="Times New Roman"/>
                <w:color w:val="000000"/>
                <w:sz w:val="20"/>
                <w:szCs w:val="20"/>
              </w:rPr>
              <w:t>Reference</w:t>
            </w:r>
          </w:p>
        </w:tc>
        <w:tc>
          <w:tcPr>
            <w:tcW w:w="1750"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20E2C7CF" w14:textId="77777777" w:rsidR="0003231E" w:rsidRPr="001A2E38" w:rsidRDefault="0003231E" w:rsidP="00176373">
            <w:pPr>
              <w:pBdr>
                <w:top w:val="none" w:sz="0" w:space="0" w:color="000000"/>
                <w:left w:val="none" w:sz="0" w:space="0" w:color="000000"/>
                <w:bottom w:val="none" w:sz="0" w:space="0" w:color="000000"/>
                <w:right w:val="none" w:sz="0" w:space="0" w:color="000000"/>
              </w:pBdr>
              <w:snapToGrid w:val="0"/>
              <w:spacing w:before="40" w:after="40" w:line="240" w:lineRule="auto"/>
              <w:ind w:left="40" w:right="40"/>
              <w:jc w:val="center"/>
              <w:rPr>
                <w:rFonts w:ascii="Times New Roman" w:eastAsia="Times New Roman" w:hAnsi="Times New Roman" w:cs="Times New Roman"/>
                <w:color w:val="000000"/>
                <w:sz w:val="20"/>
                <w:szCs w:val="20"/>
              </w:rPr>
            </w:pPr>
          </w:p>
        </w:tc>
        <w:tc>
          <w:tcPr>
            <w:tcW w:w="1925"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37180387" w14:textId="77777777" w:rsidR="0003231E" w:rsidRPr="001A2E38" w:rsidRDefault="0003231E" w:rsidP="00176373">
            <w:pPr>
              <w:pBdr>
                <w:top w:val="none" w:sz="0" w:space="0" w:color="000000"/>
                <w:left w:val="none" w:sz="0" w:space="0" w:color="000000"/>
                <w:bottom w:val="none" w:sz="0" w:space="0" w:color="000000"/>
                <w:right w:val="none" w:sz="0" w:space="0" w:color="000000"/>
              </w:pBdr>
              <w:snapToGrid w:val="0"/>
              <w:spacing w:before="40" w:after="40" w:line="240" w:lineRule="auto"/>
              <w:ind w:left="40" w:right="40"/>
              <w:jc w:val="center"/>
              <w:rPr>
                <w:rFonts w:ascii="Times New Roman" w:eastAsia="Times New Roman" w:hAnsi="Times New Roman" w:cs="Times New Roman"/>
                <w:color w:val="000000"/>
                <w:sz w:val="20"/>
                <w:szCs w:val="20"/>
              </w:rPr>
            </w:pPr>
          </w:p>
        </w:tc>
      </w:tr>
      <w:tr w:rsidR="0003231E" w:rsidRPr="001A2E38" w14:paraId="3D6B83C0" w14:textId="77777777" w:rsidTr="00176373">
        <w:trPr>
          <w:jc w:val="center"/>
        </w:trPr>
        <w:tc>
          <w:tcPr>
            <w:tcW w:w="2099"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14EC54ED" w14:textId="77777777" w:rsidR="0003231E" w:rsidRPr="001A2E38" w:rsidRDefault="0003231E" w:rsidP="00176373">
            <w:pPr>
              <w:pBdr>
                <w:top w:val="none" w:sz="0" w:space="0" w:color="000000"/>
                <w:left w:val="none" w:sz="0" w:space="0" w:color="000000"/>
                <w:bottom w:val="none" w:sz="0" w:space="0" w:color="000000"/>
                <w:right w:val="none" w:sz="0" w:space="0" w:color="000000"/>
              </w:pBdr>
              <w:snapToGrid w:val="0"/>
              <w:spacing w:before="40" w:after="40" w:line="240" w:lineRule="auto"/>
              <w:ind w:left="40" w:right="40"/>
              <w:rPr>
                <w:rFonts w:ascii="Times New Roman" w:eastAsia="Times New Roman" w:hAnsi="Times New Roman" w:cs="Times New Roman"/>
                <w:color w:val="000000"/>
                <w:sz w:val="20"/>
                <w:szCs w:val="20"/>
              </w:rPr>
            </w:pPr>
          </w:p>
        </w:tc>
        <w:tc>
          <w:tcPr>
            <w:tcW w:w="2974"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4982D593" w14:textId="77777777" w:rsidR="0003231E" w:rsidRPr="001A2E38" w:rsidRDefault="0003231E" w:rsidP="00176373">
            <w:pPr>
              <w:pBdr>
                <w:top w:val="none" w:sz="0" w:space="0" w:color="000000"/>
                <w:left w:val="none" w:sz="0" w:space="0" w:color="000000"/>
                <w:bottom w:val="none" w:sz="0" w:space="0" w:color="000000"/>
                <w:right w:val="none" w:sz="0" w:space="0" w:color="000000"/>
              </w:pBdr>
              <w:snapToGrid w:val="0"/>
              <w:spacing w:before="40" w:after="40" w:line="240" w:lineRule="auto"/>
              <w:ind w:left="40" w:right="40"/>
              <w:jc w:val="center"/>
              <w:rPr>
                <w:rFonts w:ascii="Times New Roman" w:eastAsia="Times New Roman" w:hAnsi="Times New Roman" w:cs="Times New Roman"/>
                <w:color w:val="000000"/>
                <w:sz w:val="20"/>
                <w:szCs w:val="20"/>
              </w:rPr>
            </w:pPr>
            <w:r w:rsidRPr="001A2E38">
              <w:rPr>
                <w:rFonts w:ascii="Times New Roman" w:eastAsia="Times New Roman" w:hAnsi="Times New Roman" w:cs="Times New Roman"/>
                <w:color w:val="000000"/>
                <w:sz w:val="20"/>
                <w:szCs w:val="20"/>
              </w:rPr>
              <w:t>Q2</w:t>
            </w:r>
          </w:p>
        </w:tc>
        <w:tc>
          <w:tcPr>
            <w:tcW w:w="3500"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3B483B33" w14:textId="77777777" w:rsidR="0003231E" w:rsidRPr="001A2E38" w:rsidRDefault="0003231E" w:rsidP="00176373">
            <w:pPr>
              <w:pBdr>
                <w:top w:val="none" w:sz="0" w:space="0" w:color="000000"/>
                <w:left w:val="none" w:sz="0" w:space="0" w:color="000000"/>
                <w:bottom w:val="none" w:sz="0" w:space="0" w:color="000000"/>
                <w:right w:val="none" w:sz="0" w:space="0" w:color="000000"/>
              </w:pBdr>
              <w:snapToGrid w:val="0"/>
              <w:spacing w:before="40" w:after="40" w:line="240" w:lineRule="auto"/>
              <w:ind w:left="40" w:right="40"/>
              <w:jc w:val="center"/>
              <w:rPr>
                <w:rFonts w:ascii="Times New Roman" w:eastAsia="Times New Roman" w:hAnsi="Times New Roman" w:cs="Times New Roman"/>
                <w:color w:val="000000"/>
                <w:sz w:val="20"/>
                <w:szCs w:val="20"/>
              </w:rPr>
            </w:pPr>
            <w:r w:rsidRPr="001A2E38">
              <w:rPr>
                <w:rFonts w:ascii="Times New Roman" w:eastAsia="Times New Roman" w:hAnsi="Times New Roman" w:cs="Times New Roman"/>
                <w:color w:val="000000"/>
                <w:sz w:val="20"/>
                <w:szCs w:val="20"/>
              </w:rPr>
              <w:t>1.329 (1.181-1.496)</w:t>
            </w:r>
          </w:p>
        </w:tc>
        <w:tc>
          <w:tcPr>
            <w:tcW w:w="1750"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5D13E25A" w14:textId="77777777" w:rsidR="0003231E" w:rsidRPr="001A2E38" w:rsidRDefault="0003231E" w:rsidP="00176373">
            <w:pPr>
              <w:pBdr>
                <w:top w:val="none" w:sz="0" w:space="0" w:color="000000"/>
                <w:left w:val="none" w:sz="0" w:space="0" w:color="000000"/>
                <w:bottom w:val="none" w:sz="0" w:space="0" w:color="000000"/>
                <w:right w:val="none" w:sz="0" w:space="0" w:color="000000"/>
              </w:pBdr>
              <w:snapToGrid w:val="0"/>
              <w:spacing w:before="40" w:after="40" w:line="240" w:lineRule="auto"/>
              <w:ind w:left="40" w:right="40"/>
              <w:jc w:val="center"/>
              <w:rPr>
                <w:rFonts w:ascii="Times New Roman" w:eastAsia="Times New Roman" w:hAnsi="Times New Roman" w:cs="Times New Roman"/>
                <w:color w:val="000000"/>
                <w:sz w:val="20"/>
                <w:szCs w:val="20"/>
              </w:rPr>
            </w:pPr>
            <w:r w:rsidRPr="001A2E38">
              <w:rPr>
                <w:rFonts w:ascii="Times New Roman" w:eastAsia="Times New Roman" w:hAnsi="Times New Roman" w:cs="Times New Roman"/>
                <w:color w:val="000000"/>
                <w:sz w:val="20"/>
                <w:szCs w:val="20"/>
              </w:rPr>
              <w:t>&lt;0.001</w:t>
            </w:r>
          </w:p>
        </w:tc>
        <w:tc>
          <w:tcPr>
            <w:tcW w:w="1925"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5EDF73D4" w14:textId="77777777" w:rsidR="0003231E" w:rsidRPr="001A2E38" w:rsidRDefault="0003231E" w:rsidP="00176373">
            <w:pPr>
              <w:pBdr>
                <w:top w:val="none" w:sz="0" w:space="0" w:color="000000"/>
                <w:left w:val="none" w:sz="0" w:space="0" w:color="000000"/>
                <w:bottom w:val="none" w:sz="0" w:space="0" w:color="000000"/>
                <w:right w:val="none" w:sz="0" w:space="0" w:color="000000"/>
              </w:pBdr>
              <w:snapToGrid w:val="0"/>
              <w:spacing w:before="40" w:after="40" w:line="240" w:lineRule="auto"/>
              <w:ind w:left="40" w:right="40"/>
              <w:jc w:val="center"/>
              <w:rPr>
                <w:rFonts w:ascii="Times New Roman" w:eastAsia="Times New Roman" w:hAnsi="Times New Roman" w:cs="Times New Roman"/>
                <w:color w:val="000000"/>
                <w:sz w:val="20"/>
                <w:szCs w:val="20"/>
              </w:rPr>
            </w:pPr>
          </w:p>
        </w:tc>
      </w:tr>
      <w:tr w:rsidR="0003231E" w:rsidRPr="001A2E38" w14:paraId="2076D228" w14:textId="77777777" w:rsidTr="00176373">
        <w:trPr>
          <w:jc w:val="center"/>
        </w:trPr>
        <w:tc>
          <w:tcPr>
            <w:tcW w:w="2099"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60AA40A1" w14:textId="77777777" w:rsidR="0003231E" w:rsidRPr="001A2E38" w:rsidRDefault="0003231E" w:rsidP="00176373">
            <w:pPr>
              <w:pBdr>
                <w:top w:val="none" w:sz="0" w:space="0" w:color="000000"/>
                <w:left w:val="none" w:sz="0" w:space="0" w:color="000000"/>
                <w:bottom w:val="none" w:sz="0" w:space="0" w:color="000000"/>
                <w:right w:val="none" w:sz="0" w:space="0" w:color="000000"/>
              </w:pBdr>
              <w:snapToGrid w:val="0"/>
              <w:spacing w:before="40" w:after="40" w:line="240" w:lineRule="auto"/>
              <w:ind w:left="40" w:right="40"/>
              <w:rPr>
                <w:rFonts w:ascii="Times New Roman" w:eastAsia="Times New Roman" w:hAnsi="Times New Roman" w:cs="Times New Roman"/>
                <w:color w:val="000000"/>
                <w:sz w:val="20"/>
                <w:szCs w:val="20"/>
              </w:rPr>
            </w:pPr>
          </w:p>
        </w:tc>
        <w:tc>
          <w:tcPr>
            <w:tcW w:w="2974"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7E7E3F32" w14:textId="77777777" w:rsidR="0003231E" w:rsidRPr="001A2E38" w:rsidRDefault="0003231E" w:rsidP="00176373">
            <w:pPr>
              <w:pBdr>
                <w:top w:val="none" w:sz="0" w:space="0" w:color="000000"/>
                <w:left w:val="none" w:sz="0" w:space="0" w:color="000000"/>
                <w:bottom w:val="none" w:sz="0" w:space="0" w:color="000000"/>
                <w:right w:val="none" w:sz="0" w:space="0" w:color="000000"/>
              </w:pBdr>
              <w:snapToGrid w:val="0"/>
              <w:spacing w:before="40" w:after="40" w:line="240" w:lineRule="auto"/>
              <w:ind w:left="40" w:right="40"/>
              <w:jc w:val="center"/>
              <w:rPr>
                <w:rFonts w:ascii="Times New Roman" w:eastAsia="Times New Roman" w:hAnsi="Times New Roman" w:cs="Times New Roman"/>
                <w:color w:val="000000"/>
                <w:sz w:val="20"/>
                <w:szCs w:val="20"/>
              </w:rPr>
            </w:pPr>
            <w:r w:rsidRPr="001A2E38">
              <w:rPr>
                <w:rFonts w:ascii="Times New Roman" w:eastAsia="Times New Roman" w:hAnsi="Times New Roman" w:cs="Times New Roman"/>
                <w:color w:val="000000"/>
                <w:sz w:val="20"/>
                <w:szCs w:val="20"/>
              </w:rPr>
              <w:t>Q3</w:t>
            </w:r>
          </w:p>
        </w:tc>
        <w:tc>
          <w:tcPr>
            <w:tcW w:w="3500"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4C4B51C8" w14:textId="77777777" w:rsidR="0003231E" w:rsidRPr="001A2E38" w:rsidRDefault="0003231E" w:rsidP="00176373">
            <w:pPr>
              <w:pBdr>
                <w:top w:val="none" w:sz="0" w:space="0" w:color="000000"/>
                <w:left w:val="none" w:sz="0" w:space="0" w:color="000000"/>
                <w:bottom w:val="none" w:sz="0" w:space="0" w:color="000000"/>
                <w:right w:val="none" w:sz="0" w:space="0" w:color="000000"/>
              </w:pBdr>
              <w:snapToGrid w:val="0"/>
              <w:spacing w:before="40" w:after="40" w:line="240" w:lineRule="auto"/>
              <w:ind w:left="40" w:right="40"/>
              <w:jc w:val="center"/>
              <w:rPr>
                <w:rFonts w:ascii="Times New Roman" w:eastAsia="Times New Roman" w:hAnsi="Times New Roman" w:cs="Times New Roman"/>
                <w:color w:val="000000"/>
                <w:sz w:val="20"/>
                <w:szCs w:val="20"/>
              </w:rPr>
            </w:pPr>
            <w:r w:rsidRPr="001A2E38">
              <w:rPr>
                <w:rFonts w:ascii="Times New Roman" w:eastAsia="Times New Roman" w:hAnsi="Times New Roman" w:cs="Times New Roman"/>
                <w:color w:val="000000"/>
                <w:sz w:val="20"/>
                <w:szCs w:val="20"/>
              </w:rPr>
              <w:t>1.489 (1.328-1.669)</w:t>
            </w:r>
          </w:p>
        </w:tc>
        <w:tc>
          <w:tcPr>
            <w:tcW w:w="1750"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008D3FCD" w14:textId="77777777" w:rsidR="0003231E" w:rsidRPr="001A2E38" w:rsidRDefault="0003231E" w:rsidP="00176373">
            <w:pPr>
              <w:pBdr>
                <w:top w:val="none" w:sz="0" w:space="0" w:color="000000"/>
                <w:left w:val="none" w:sz="0" w:space="0" w:color="000000"/>
                <w:bottom w:val="none" w:sz="0" w:space="0" w:color="000000"/>
                <w:right w:val="none" w:sz="0" w:space="0" w:color="000000"/>
              </w:pBdr>
              <w:snapToGrid w:val="0"/>
              <w:spacing w:before="40" w:after="40" w:line="240" w:lineRule="auto"/>
              <w:ind w:left="40" w:right="40"/>
              <w:jc w:val="center"/>
              <w:rPr>
                <w:rFonts w:ascii="Times New Roman" w:eastAsia="Times New Roman" w:hAnsi="Times New Roman" w:cs="Times New Roman"/>
                <w:color w:val="000000"/>
                <w:sz w:val="20"/>
                <w:szCs w:val="20"/>
              </w:rPr>
            </w:pPr>
            <w:r w:rsidRPr="001A2E38">
              <w:rPr>
                <w:rFonts w:ascii="Times New Roman" w:eastAsia="Times New Roman" w:hAnsi="Times New Roman" w:cs="Times New Roman"/>
                <w:color w:val="000000"/>
                <w:sz w:val="20"/>
                <w:szCs w:val="20"/>
              </w:rPr>
              <w:t>&lt;0.001</w:t>
            </w:r>
          </w:p>
        </w:tc>
        <w:tc>
          <w:tcPr>
            <w:tcW w:w="1925"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45D53C4B" w14:textId="77777777" w:rsidR="0003231E" w:rsidRPr="001A2E38" w:rsidRDefault="0003231E" w:rsidP="00176373">
            <w:pPr>
              <w:pBdr>
                <w:top w:val="none" w:sz="0" w:space="0" w:color="000000"/>
                <w:left w:val="none" w:sz="0" w:space="0" w:color="000000"/>
                <w:bottom w:val="none" w:sz="0" w:space="0" w:color="000000"/>
                <w:right w:val="none" w:sz="0" w:space="0" w:color="000000"/>
              </w:pBdr>
              <w:snapToGrid w:val="0"/>
              <w:spacing w:before="40" w:after="40" w:line="240" w:lineRule="auto"/>
              <w:ind w:left="40" w:right="40"/>
              <w:jc w:val="center"/>
              <w:rPr>
                <w:rFonts w:ascii="Times New Roman" w:eastAsia="Times New Roman" w:hAnsi="Times New Roman" w:cs="Times New Roman"/>
                <w:color w:val="000000"/>
                <w:sz w:val="20"/>
                <w:szCs w:val="20"/>
              </w:rPr>
            </w:pPr>
          </w:p>
        </w:tc>
      </w:tr>
      <w:tr w:rsidR="0003231E" w:rsidRPr="001A2E38" w14:paraId="0F2B6F2D" w14:textId="77777777" w:rsidTr="00176373">
        <w:trPr>
          <w:jc w:val="center"/>
        </w:trPr>
        <w:tc>
          <w:tcPr>
            <w:tcW w:w="2099" w:type="dxa"/>
            <w:tcBorders>
              <w:top w:val="none" w:sz="0" w:space="0" w:color="000000"/>
              <w:left w:val="none" w:sz="0" w:space="0" w:color="000000"/>
              <w:bottom w:val="single" w:sz="12" w:space="0" w:color="000000"/>
              <w:right w:val="none" w:sz="0" w:space="0" w:color="000000"/>
            </w:tcBorders>
            <w:tcMar>
              <w:top w:w="0" w:type="dxa"/>
              <w:left w:w="0" w:type="dxa"/>
              <w:bottom w:w="0" w:type="dxa"/>
              <w:right w:w="0" w:type="dxa"/>
            </w:tcMar>
            <w:vAlign w:val="center"/>
          </w:tcPr>
          <w:p w14:paraId="0968FD5C" w14:textId="77777777" w:rsidR="0003231E" w:rsidRPr="001A2E38" w:rsidRDefault="0003231E" w:rsidP="00176373">
            <w:pPr>
              <w:pBdr>
                <w:top w:val="none" w:sz="0" w:space="0" w:color="000000"/>
                <w:left w:val="none" w:sz="0" w:space="0" w:color="000000"/>
                <w:bottom w:val="none" w:sz="0" w:space="0" w:color="000000"/>
                <w:right w:val="none" w:sz="0" w:space="0" w:color="000000"/>
              </w:pBdr>
              <w:snapToGrid w:val="0"/>
              <w:spacing w:before="40" w:after="40" w:line="240" w:lineRule="auto"/>
              <w:ind w:left="40" w:right="40"/>
              <w:rPr>
                <w:rFonts w:ascii="Times New Roman" w:eastAsia="Times New Roman" w:hAnsi="Times New Roman" w:cs="Times New Roman"/>
                <w:color w:val="000000"/>
                <w:sz w:val="20"/>
                <w:szCs w:val="20"/>
              </w:rPr>
            </w:pPr>
          </w:p>
        </w:tc>
        <w:tc>
          <w:tcPr>
            <w:tcW w:w="2974" w:type="dxa"/>
            <w:tcBorders>
              <w:top w:val="none" w:sz="0" w:space="0" w:color="000000"/>
              <w:left w:val="none" w:sz="0" w:space="0" w:color="000000"/>
              <w:bottom w:val="single" w:sz="12" w:space="0" w:color="000000"/>
              <w:right w:val="none" w:sz="0" w:space="0" w:color="000000"/>
            </w:tcBorders>
            <w:tcMar>
              <w:top w:w="0" w:type="dxa"/>
              <w:left w:w="0" w:type="dxa"/>
              <w:bottom w:w="0" w:type="dxa"/>
              <w:right w:w="0" w:type="dxa"/>
            </w:tcMar>
            <w:vAlign w:val="center"/>
          </w:tcPr>
          <w:p w14:paraId="1BCC6813" w14:textId="77777777" w:rsidR="0003231E" w:rsidRPr="001A2E38" w:rsidRDefault="0003231E" w:rsidP="00176373">
            <w:pPr>
              <w:pBdr>
                <w:top w:val="none" w:sz="0" w:space="0" w:color="000000"/>
                <w:left w:val="none" w:sz="0" w:space="0" w:color="000000"/>
                <w:bottom w:val="none" w:sz="0" w:space="0" w:color="000000"/>
                <w:right w:val="none" w:sz="0" w:space="0" w:color="000000"/>
              </w:pBdr>
              <w:snapToGrid w:val="0"/>
              <w:spacing w:before="40" w:after="40" w:line="240" w:lineRule="auto"/>
              <w:ind w:left="40" w:right="40"/>
              <w:jc w:val="center"/>
              <w:rPr>
                <w:rFonts w:ascii="Times New Roman" w:eastAsia="Times New Roman" w:hAnsi="Times New Roman" w:cs="Times New Roman"/>
                <w:color w:val="000000"/>
                <w:sz w:val="20"/>
                <w:szCs w:val="20"/>
              </w:rPr>
            </w:pPr>
            <w:r w:rsidRPr="001A2E38">
              <w:rPr>
                <w:rFonts w:ascii="Times New Roman" w:eastAsia="Times New Roman" w:hAnsi="Times New Roman" w:cs="Times New Roman"/>
                <w:color w:val="000000"/>
                <w:sz w:val="20"/>
                <w:szCs w:val="20"/>
              </w:rPr>
              <w:t>Q4</w:t>
            </w:r>
          </w:p>
        </w:tc>
        <w:tc>
          <w:tcPr>
            <w:tcW w:w="3500" w:type="dxa"/>
            <w:tcBorders>
              <w:top w:val="none" w:sz="0" w:space="0" w:color="000000"/>
              <w:left w:val="none" w:sz="0" w:space="0" w:color="000000"/>
              <w:bottom w:val="single" w:sz="12" w:space="0" w:color="000000"/>
              <w:right w:val="none" w:sz="0" w:space="0" w:color="000000"/>
            </w:tcBorders>
            <w:tcMar>
              <w:top w:w="0" w:type="dxa"/>
              <w:left w:w="0" w:type="dxa"/>
              <w:bottom w:w="0" w:type="dxa"/>
              <w:right w:w="0" w:type="dxa"/>
            </w:tcMar>
            <w:vAlign w:val="center"/>
          </w:tcPr>
          <w:p w14:paraId="0BC1567B" w14:textId="77777777" w:rsidR="0003231E" w:rsidRPr="001A2E38" w:rsidRDefault="0003231E" w:rsidP="00176373">
            <w:pPr>
              <w:pBdr>
                <w:top w:val="none" w:sz="0" w:space="0" w:color="000000"/>
                <w:left w:val="none" w:sz="0" w:space="0" w:color="000000"/>
                <w:bottom w:val="none" w:sz="0" w:space="0" w:color="000000"/>
                <w:right w:val="none" w:sz="0" w:space="0" w:color="000000"/>
              </w:pBdr>
              <w:snapToGrid w:val="0"/>
              <w:spacing w:before="40" w:after="40" w:line="240" w:lineRule="auto"/>
              <w:ind w:left="40" w:right="40"/>
              <w:jc w:val="center"/>
              <w:rPr>
                <w:rFonts w:ascii="Times New Roman" w:eastAsia="Times New Roman" w:hAnsi="Times New Roman" w:cs="Times New Roman"/>
                <w:color w:val="000000"/>
                <w:sz w:val="20"/>
                <w:szCs w:val="20"/>
              </w:rPr>
            </w:pPr>
            <w:r w:rsidRPr="001A2E38">
              <w:rPr>
                <w:rFonts w:ascii="Times New Roman" w:eastAsia="Times New Roman" w:hAnsi="Times New Roman" w:cs="Times New Roman"/>
                <w:color w:val="000000"/>
                <w:sz w:val="20"/>
                <w:szCs w:val="20"/>
              </w:rPr>
              <w:t>2.869 (2.585-3.183)</w:t>
            </w:r>
          </w:p>
        </w:tc>
        <w:tc>
          <w:tcPr>
            <w:tcW w:w="1750" w:type="dxa"/>
            <w:tcBorders>
              <w:top w:val="none" w:sz="0" w:space="0" w:color="000000"/>
              <w:left w:val="none" w:sz="0" w:space="0" w:color="000000"/>
              <w:bottom w:val="single" w:sz="12" w:space="0" w:color="000000"/>
              <w:right w:val="none" w:sz="0" w:space="0" w:color="000000"/>
            </w:tcBorders>
            <w:tcMar>
              <w:top w:w="0" w:type="dxa"/>
              <w:left w:w="0" w:type="dxa"/>
              <w:bottom w:w="0" w:type="dxa"/>
              <w:right w:w="0" w:type="dxa"/>
            </w:tcMar>
            <w:vAlign w:val="center"/>
          </w:tcPr>
          <w:p w14:paraId="131F5B4B" w14:textId="77777777" w:rsidR="0003231E" w:rsidRPr="001A2E38" w:rsidRDefault="0003231E" w:rsidP="00176373">
            <w:pPr>
              <w:pBdr>
                <w:top w:val="none" w:sz="0" w:space="0" w:color="000000"/>
                <w:left w:val="none" w:sz="0" w:space="0" w:color="000000"/>
                <w:bottom w:val="none" w:sz="0" w:space="0" w:color="000000"/>
                <w:right w:val="none" w:sz="0" w:space="0" w:color="000000"/>
              </w:pBdr>
              <w:snapToGrid w:val="0"/>
              <w:spacing w:before="40" w:after="40" w:line="240" w:lineRule="auto"/>
              <w:ind w:left="40" w:right="40"/>
              <w:jc w:val="center"/>
              <w:rPr>
                <w:rFonts w:ascii="Times New Roman" w:eastAsia="Times New Roman" w:hAnsi="Times New Roman" w:cs="Times New Roman"/>
                <w:color w:val="000000"/>
                <w:sz w:val="20"/>
                <w:szCs w:val="20"/>
              </w:rPr>
            </w:pPr>
            <w:r w:rsidRPr="001A2E38">
              <w:rPr>
                <w:rFonts w:ascii="Times New Roman" w:eastAsia="Times New Roman" w:hAnsi="Times New Roman" w:cs="Times New Roman"/>
                <w:color w:val="000000"/>
                <w:sz w:val="20"/>
                <w:szCs w:val="20"/>
              </w:rPr>
              <w:t>&lt;0.001</w:t>
            </w:r>
          </w:p>
        </w:tc>
        <w:tc>
          <w:tcPr>
            <w:tcW w:w="1925" w:type="dxa"/>
            <w:tcBorders>
              <w:top w:val="none" w:sz="0" w:space="0" w:color="000000"/>
              <w:left w:val="none" w:sz="0" w:space="0" w:color="000000"/>
              <w:bottom w:val="single" w:sz="12" w:space="0" w:color="000000"/>
              <w:right w:val="none" w:sz="0" w:space="0" w:color="000000"/>
            </w:tcBorders>
            <w:tcMar>
              <w:top w:w="0" w:type="dxa"/>
              <w:left w:w="0" w:type="dxa"/>
              <w:bottom w:w="0" w:type="dxa"/>
              <w:right w:w="0" w:type="dxa"/>
            </w:tcMar>
            <w:vAlign w:val="center"/>
          </w:tcPr>
          <w:p w14:paraId="34FDFEF9" w14:textId="77777777" w:rsidR="0003231E" w:rsidRPr="001A2E38" w:rsidRDefault="0003231E" w:rsidP="00176373">
            <w:pPr>
              <w:pBdr>
                <w:top w:val="none" w:sz="0" w:space="0" w:color="000000"/>
                <w:left w:val="none" w:sz="0" w:space="0" w:color="000000"/>
                <w:bottom w:val="none" w:sz="0" w:space="0" w:color="000000"/>
                <w:right w:val="none" w:sz="0" w:space="0" w:color="000000"/>
              </w:pBdr>
              <w:snapToGrid w:val="0"/>
              <w:spacing w:before="40" w:after="40" w:line="240" w:lineRule="auto"/>
              <w:ind w:left="40" w:right="40"/>
              <w:jc w:val="center"/>
              <w:rPr>
                <w:rFonts w:ascii="Times New Roman" w:eastAsia="Times New Roman" w:hAnsi="Times New Roman" w:cs="Times New Roman"/>
                <w:color w:val="000000"/>
                <w:sz w:val="20"/>
                <w:szCs w:val="20"/>
              </w:rPr>
            </w:pPr>
            <w:r w:rsidRPr="001A2E38">
              <w:rPr>
                <w:rFonts w:ascii="Times New Roman" w:eastAsia="Times New Roman" w:hAnsi="Times New Roman" w:cs="Times New Roman"/>
                <w:color w:val="000000"/>
                <w:sz w:val="20"/>
                <w:szCs w:val="20"/>
              </w:rPr>
              <w:t>&lt;0.001</w:t>
            </w:r>
          </w:p>
        </w:tc>
      </w:tr>
    </w:tbl>
    <w:p w14:paraId="1054C739" w14:textId="77777777" w:rsidR="0003231E" w:rsidRPr="001A2E38" w:rsidRDefault="0003231E" w:rsidP="0003231E">
      <w:pPr>
        <w:spacing w:line="240" w:lineRule="auto"/>
        <w:rPr>
          <w:rFonts w:ascii="Times New Roman" w:hAnsi="Times New Roman" w:cs="Times New Roman"/>
          <w:sz w:val="20"/>
          <w:szCs w:val="20"/>
        </w:rPr>
      </w:pPr>
      <w:r w:rsidRPr="001A2E38">
        <w:rPr>
          <w:rFonts w:ascii="Times New Roman" w:hAnsi="Times New Roman" w:cs="Times New Roman"/>
          <w:i/>
          <w:iCs/>
          <w:sz w:val="20"/>
          <w:szCs w:val="20"/>
        </w:rPr>
        <w:t xml:space="preserve">Note. </w:t>
      </w:r>
      <w:r w:rsidRPr="001A2E38">
        <w:rPr>
          <w:rFonts w:ascii="Times New Roman" w:hAnsi="Times New Roman" w:cs="Times New Roman"/>
          <w:sz w:val="20"/>
          <w:szCs w:val="20"/>
        </w:rPr>
        <w:t xml:space="preserve">The sensitivity population was defined by FLI &gt;=60 and elevated blood pressure. Model adjusted for age, sex, ethnicity, TDI, educational level, employment status, smoking status, drinking frequency, physical activity, sedentary behavior, sleep duration, and family history of CMDs. </w:t>
      </w:r>
      <w:r w:rsidRPr="001A2E38">
        <w:rPr>
          <w:rFonts w:ascii="Times New Roman" w:eastAsia="Arial" w:hAnsi="Times New Roman" w:cs="Times New Roman"/>
          <w:i/>
          <w:iCs/>
          <w:color w:val="000000"/>
          <w:sz w:val="20"/>
          <w:szCs w:val="20"/>
        </w:rPr>
        <w:t>Abbreviations</w:t>
      </w:r>
      <w:r w:rsidRPr="001A2E38">
        <w:rPr>
          <w:rFonts w:ascii="Times New Roman" w:eastAsia="Arial" w:hAnsi="Times New Roman" w:cs="Times New Roman"/>
          <w:color w:val="000000"/>
          <w:sz w:val="20"/>
          <w:szCs w:val="20"/>
        </w:rPr>
        <w:t>: HR, hazard ratio; CI, confidence interval; CMM, cardiometabolic multimorbidity</w:t>
      </w:r>
      <w:r w:rsidRPr="001A2E38">
        <w:rPr>
          <w:rFonts w:ascii="Times New Roman" w:eastAsia="Microsoft YaHei" w:hAnsi="Times New Roman" w:cs="Times New Roman"/>
          <w:color w:val="000000"/>
          <w:sz w:val="20"/>
          <w:szCs w:val="20"/>
        </w:rPr>
        <w:t>.</w:t>
      </w:r>
    </w:p>
    <w:p w14:paraId="1F50CA4B" w14:textId="77777777" w:rsidR="0003231E" w:rsidRPr="001A2E38" w:rsidRDefault="0003231E" w:rsidP="005E1D6F">
      <w:pPr>
        <w:spacing w:line="240" w:lineRule="auto"/>
        <w:contextualSpacing/>
        <w:jc w:val="center"/>
        <w:rPr>
          <w:rFonts w:ascii="Times New Roman" w:hAnsi="Times New Roman" w:cs="Times New Roman"/>
          <w:sz w:val="20"/>
          <w:szCs w:val="20"/>
        </w:rPr>
        <w:sectPr w:rsidR="0003231E" w:rsidRPr="001A2E38" w:rsidSect="00FE3790">
          <w:pgSz w:w="16838" w:h="11906" w:orient="landscape"/>
          <w:pgMar w:top="1797" w:right="1440" w:bottom="1797" w:left="1440" w:header="851" w:footer="992" w:gutter="0"/>
          <w:cols w:space="425"/>
          <w:docGrid w:type="linesAndChars" w:linePitch="312"/>
        </w:sectPr>
      </w:pPr>
    </w:p>
    <w:p w14:paraId="61E578D6" w14:textId="0F6FB52A" w:rsidR="007D00B4" w:rsidRPr="001A2E38" w:rsidRDefault="007D00B4" w:rsidP="007D00B4">
      <w:pPr>
        <w:snapToGrid w:val="0"/>
        <w:spacing w:after="0" w:line="240" w:lineRule="auto"/>
        <w:outlineLvl w:val="0"/>
        <w:rPr>
          <w:rFonts w:ascii="Times New Roman" w:hAnsi="Times New Roman" w:cs="Times New Roman"/>
          <w:b/>
          <w:bCs/>
          <w:sz w:val="20"/>
          <w:szCs w:val="20"/>
        </w:rPr>
      </w:pPr>
      <w:bookmarkStart w:id="32" w:name="_Toc236834807"/>
      <w:r w:rsidRPr="001A2E38">
        <w:rPr>
          <w:rFonts w:ascii="Times New Roman" w:hAnsi="Times New Roman" w:cs="Times New Roman"/>
          <w:b/>
          <w:bCs/>
          <w:sz w:val="20"/>
          <w:szCs w:val="20"/>
        </w:rPr>
        <w:lastRenderedPageBreak/>
        <w:t>Table S1</w:t>
      </w:r>
      <w:r w:rsidR="0065294A" w:rsidRPr="001A2E38">
        <w:rPr>
          <w:rFonts w:ascii="Times New Roman" w:hAnsi="Times New Roman" w:cs="Times New Roman" w:hint="eastAsia"/>
          <w:b/>
          <w:bCs/>
          <w:sz w:val="20"/>
          <w:szCs w:val="20"/>
        </w:rPr>
        <w:t>7</w:t>
      </w:r>
      <w:r w:rsidRPr="001A2E38">
        <w:rPr>
          <w:rFonts w:ascii="Times New Roman" w:hAnsi="Times New Roman" w:cs="Times New Roman"/>
          <w:b/>
          <w:bCs/>
          <w:sz w:val="20"/>
          <w:szCs w:val="20"/>
        </w:rPr>
        <w:t>. Sensitivity analysis of association of CHG and its modified indices with incident cardiometabolic multimorbidity after additional adjustment for baseline HbA1c.</w:t>
      </w:r>
      <w:bookmarkEnd w:id="32"/>
    </w:p>
    <w:tbl>
      <w:tblPr>
        <w:tblW w:w="12248" w:type="dxa"/>
        <w:jc w:val="center"/>
        <w:tblLayout w:type="fixed"/>
        <w:tblLook w:val="0420" w:firstRow="1" w:lastRow="0" w:firstColumn="0" w:lastColumn="0" w:noHBand="0" w:noVBand="1"/>
      </w:tblPr>
      <w:tblGrid>
        <w:gridCol w:w="2099"/>
        <w:gridCol w:w="2974"/>
        <w:gridCol w:w="3500"/>
        <w:gridCol w:w="1750"/>
        <w:gridCol w:w="1925"/>
      </w:tblGrid>
      <w:tr w:rsidR="007D00B4" w:rsidRPr="001A2E38" w14:paraId="5D7543FA" w14:textId="77777777" w:rsidTr="00176373">
        <w:trPr>
          <w:jc w:val="center"/>
        </w:trPr>
        <w:tc>
          <w:tcPr>
            <w:tcW w:w="2099" w:type="dxa"/>
            <w:tcBorders>
              <w:top w:val="single" w:sz="12" w:space="0" w:color="000000"/>
              <w:left w:val="none" w:sz="0" w:space="0" w:color="000000"/>
              <w:bottom w:val="single" w:sz="4" w:space="0" w:color="000000"/>
              <w:right w:val="none" w:sz="0" w:space="0" w:color="000000"/>
            </w:tcBorders>
            <w:tcMar>
              <w:top w:w="0" w:type="dxa"/>
              <w:left w:w="0" w:type="dxa"/>
              <w:bottom w:w="0" w:type="dxa"/>
              <w:right w:w="0" w:type="dxa"/>
            </w:tcMar>
            <w:vAlign w:val="center"/>
          </w:tcPr>
          <w:p w14:paraId="3B599869" w14:textId="77777777" w:rsidR="007D00B4" w:rsidRPr="001A2E38" w:rsidRDefault="007D00B4" w:rsidP="00176373">
            <w:pPr>
              <w:pBdr>
                <w:top w:val="none" w:sz="0" w:space="0" w:color="000000"/>
                <w:left w:val="none" w:sz="0" w:space="0" w:color="000000"/>
                <w:bottom w:val="none" w:sz="0" w:space="0" w:color="000000"/>
                <w:right w:val="none" w:sz="0" w:space="0" w:color="000000"/>
              </w:pBdr>
              <w:snapToGrid w:val="0"/>
              <w:spacing w:before="40" w:after="40" w:line="240" w:lineRule="auto"/>
              <w:ind w:left="40" w:right="40"/>
              <w:jc w:val="center"/>
              <w:rPr>
                <w:rFonts w:ascii="Times New Roman" w:eastAsia="Times New Roman" w:hAnsi="Times New Roman" w:cs="Times New Roman"/>
                <w:b/>
                <w:color w:val="000000"/>
                <w:sz w:val="20"/>
                <w:szCs w:val="20"/>
              </w:rPr>
            </w:pPr>
            <w:r w:rsidRPr="001A2E38">
              <w:rPr>
                <w:rFonts w:ascii="Times New Roman" w:eastAsia="Times New Roman" w:hAnsi="Times New Roman" w:cs="Times New Roman"/>
                <w:b/>
                <w:color w:val="000000"/>
                <w:sz w:val="20"/>
                <w:szCs w:val="20"/>
              </w:rPr>
              <w:t>Exposure</w:t>
            </w:r>
          </w:p>
        </w:tc>
        <w:tc>
          <w:tcPr>
            <w:tcW w:w="2974" w:type="dxa"/>
            <w:tcBorders>
              <w:top w:val="single" w:sz="12" w:space="0" w:color="000000"/>
              <w:left w:val="none" w:sz="0" w:space="0" w:color="000000"/>
              <w:bottom w:val="single" w:sz="4" w:space="0" w:color="000000"/>
              <w:right w:val="none" w:sz="0" w:space="0" w:color="000000"/>
            </w:tcBorders>
            <w:tcMar>
              <w:top w:w="0" w:type="dxa"/>
              <w:left w:w="0" w:type="dxa"/>
              <w:bottom w:w="0" w:type="dxa"/>
              <w:right w:w="0" w:type="dxa"/>
            </w:tcMar>
            <w:vAlign w:val="center"/>
          </w:tcPr>
          <w:p w14:paraId="7738D8D8" w14:textId="77777777" w:rsidR="007D00B4" w:rsidRPr="001A2E38" w:rsidRDefault="007D00B4" w:rsidP="00176373">
            <w:pPr>
              <w:pBdr>
                <w:top w:val="none" w:sz="0" w:space="0" w:color="000000"/>
                <w:left w:val="none" w:sz="0" w:space="0" w:color="000000"/>
                <w:bottom w:val="none" w:sz="0" w:space="0" w:color="000000"/>
                <w:right w:val="none" w:sz="0" w:space="0" w:color="000000"/>
              </w:pBdr>
              <w:snapToGrid w:val="0"/>
              <w:spacing w:before="40" w:after="40" w:line="240" w:lineRule="auto"/>
              <w:ind w:left="40" w:right="40"/>
              <w:jc w:val="center"/>
              <w:rPr>
                <w:rFonts w:ascii="Times New Roman" w:eastAsia="Times New Roman" w:hAnsi="Times New Roman" w:cs="Times New Roman"/>
                <w:b/>
                <w:color w:val="000000"/>
                <w:sz w:val="20"/>
                <w:szCs w:val="20"/>
              </w:rPr>
            </w:pPr>
            <w:r w:rsidRPr="001A2E38">
              <w:rPr>
                <w:rFonts w:ascii="Times New Roman" w:eastAsia="Times New Roman" w:hAnsi="Times New Roman" w:cs="Times New Roman"/>
                <w:b/>
                <w:color w:val="000000"/>
                <w:sz w:val="20"/>
                <w:szCs w:val="20"/>
              </w:rPr>
              <w:t>Category</w:t>
            </w:r>
          </w:p>
        </w:tc>
        <w:tc>
          <w:tcPr>
            <w:tcW w:w="3500" w:type="dxa"/>
            <w:tcBorders>
              <w:top w:val="single" w:sz="12" w:space="0" w:color="000000"/>
              <w:left w:val="none" w:sz="0" w:space="0" w:color="000000"/>
              <w:bottom w:val="single" w:sz="4" w:space="0" w:color="000000"/>
              <w:right w:val="none" w:sz="0" w:space="0" w:color="000000"/>
            </w:tcBorders>
            <w:tcMar>
              <w:top w:w="0" w:type="dxa"/>
              <w:left w:w="0" w:type="dxa"/>
              <w:bottom w:w="0" w:type="dxa"/>
              <w:right w:w="0" w:type="dxa"/>
            </w:tcMar>
            <w:vAlign w:val="center"/>
          </w:tcPr>
          <w:p w14:paraId="5AE3DB77" w14:textId="77777777" w:rsidR="007D00B4" w:rsidRPr="001A2E38" w:rsidRDefault="007D00B4" w:rsidP="00176373">
            <w:pPr>
              <w:pBdr>
                <w:top w:val="none" w:sz="0" w:space="0" w:color="000000"/>
                <w:left w:val="none" w:sz="0" w:space="0" w:color="000000"/>
                <w:bottom w:val="none" w:sz="0" w:space="0" w:color="000000"/>
                <w:right w:val="none" w:sz="0" w:space="0" w:color="000000"/>
              </w:pBdr>
              <w:snapToGrid w:val="0"/>
              <w:spacing w:before="40" w:after="40" w:line="240" w:lineRule="auto"/>
              <w:ind w:left="40" w:right="40"/>
              <w:jc w:val="center"/>
              <w:rPr>
                <w:rFonts w:ascii="Times New Roman" w:eastAsia="Times New Roman" w:hAnsi="Times New Roman" w:cs="Times New Roman"/>
                <w:b/>
                <w:color w:val="000000"/>
                <w:sz w:val="20"/>
                <w:szCs w:val="20"/>
              </w:rPr>
            </w:pPr>
            <w:r w:rsidRPr="001A2E38">
              <w:rPr>
                <w:rFonts w:ascii="Times New Roman" w:eastAsia="Times New Roman" w:hAnsi="Times New Roman" w:cs="Times New Roman"/>
                <w:b/>
                <w:color w:val="000000"/>
                <w:sz w:val="20"/>
                <w:szCs w:val="20"/>
              </w:rPr>
              <w:t>HR (95% CI)</w:t>
            </w:r>
          </w:p>
        </w:tc>
        <w:tc>
          <w:tcPr>
            <w:tcW w:w="1750" w:type="dxa"/>
            <w:tcBorders>
              <w:top w:val="single" w:sz="12" w:space="0" w:color="000000"/>
              <w:left w:val="none" w:sz="0" w:space="0" w:color="000000"/>
              <w:bottom w:val="single" w:sz="4" w:space="0" w:color="000000"/>
              <w:right w:val="none" w:sz="0" w:space="0" w:color="000000"/>
            </w:tcBorders>
            <w:tcMar>
              <w:top w:w="0" w:type="dxa"/>
              <w:left w:w="0" w:type="dxa"/>
              <w:bottom w:w="0" w:type="dxa"/>
              <w:right w:w="0" w:type="dxa"/>
            </w:tcMar>
            <w:vAlign w:val="center"/>
          </w:tcPr>
          <w:p w14:paraId="72674DF4" w14:textId="77777777" w:rsidR="007D00B4" w:rsidRPr="001A2E38" w:rsidRDefault="007D00B4" w:rsidP="00176373">
            <w:pPr>
              <w:pBdr>
                <w:top w:val="none" w:sz="0" w:space="0" w:color="000000"/>
                <w:left w:val="none" w:sz="0" w:space="0" w:color="000000"/>
                <w:bottom w:val="none" w:sz="0" w:space="0" w:color="000000"/>
                <w:right w:val="none" w:sz="0" w:space="0" w:color="000000"/>
              </w:pBdr>
              <w:snapToGrid w:val="0"/>
              <w:spacing w:before="40" w:after="40" w:line="240" w:lineRule="auto"/>
              <w:ind w:left="40" w:right="40"/>
              <w:jc w:val="center"/>
              <w:rPr>
                <w:rFonts w:ascii="Times New Roman" w:eastAsia="Times New Roman" w:hAnsi="Times New Roman" w:cs="Times New Roman"/>
                <w:b/>
                <w:color w:val="000000"/>
                <w:sz w:val="20"/>
                <w:szCs w:val="20"/>
              </w:rPr>
            </w:pPr>
            <w:r w:rsidRPr="001A2E38">
              <w:rPr>
                <w:rFonts w:ascii="Times New Roman" w:eastAsia="Times New Roman" w:hAnsi="Times New Roman" w:cs="Times New Roman"/>
                <w:b/>
                <w:i/>
                <w:iCs/>
                <w:color w:val="000000"/>
                <w:sz w:val="20"/>
                <w:szCs w:val="20"/>
              </w:rPr>
              <w:t>P</w:t>
            </w:r>
            <w:r w:rsidRPr="001A2E38">
              <w:rPr>
                <w:rFonts w:ascii="Times New Roman" w:eastAsia="Times New Roman" w:hAnsi="Times New Roman" w:cs="Times New Roman"/>
                <w:b/>
                <w:color w:val="000000"/>
                <w:sz w:val="20"/>
                <w:szCs w:val="20"/>
              </w:rPr>
              <w:t xml:space="preserve"> value</w:t>
            </w:r>
          </w:p>
        </w:tc>
        <w:tc>
          <w:tcPr>
            <w:tcW w:w="1925" w:type="dxa"/>
            <w:tcBorders>
              <w:top w:val="single" w:sz="12" w:space="0" w:color="000000"/>
              <w:left w:val="none" w:sz="0" w:space="0" w:color="000000"/>
              <w:bottom w:val="single" w:sz="4" w:space="0" w:color="000000"/>
              <w:right w:val="none" w:sz="0" w:space="0" w:color="000000"/>
            </w:tcBorders>
            <w:tcMar>
              <w:top w:w="0" w:type="dxa"/>
              <w:left w:w="0" w:type="dxa"/>
              <w:bottom w:w="0" w:type="dxa"/>
              <w:right w:w="0" w:type="dxa"/>
            </w:tcMar>
            <w:vAlign w:val="center"/>
          </w:tcPr>
          <w:p w14:paraId="00266ECC" w14:textId="77777777" w:rsidR="007D00B4" w:rsidRPr="001A2E38" w:rsidRDefault="007D00B4" w:rsidP="00176373">
            <w:pPr>
              <w:pBdr>
                <w:top w:val="none" w:sz="0" w:space="0" w:color="000000"/>
                <w:left w:val="none" w:sz="0" w:space="0" w:color="000000"/>
                <w:bottom w:val="none" w:sz="0" w:space="0" w:color="000000"/>
                <w:right w:val="none" w:sz="0" w:space="0" w:color="000000"/>
              </w:pBdr>
              <w:snapToGrid w:val="0"/>
              <w:spacing w:before="40" w:after="40" w:line="240" w:lineRule="auto"/>
              <w:ind w:left="40" w:right="40"/>
              <w:jc w:val="center"/>
              <w:rPr>
                <w:rFonts w:ascii="Times New Roman" w:eastAsia="Times New Roman" w:hAnsi="Times New Roman" w:cs="Times New Roman"/>
                <w:b/>
                <w:color w:val="000000"/>
                <w:sz w:val="20"/>
                <w:szCs w:val="20"/>
              </w:rPr>
            </w:pPr>
            <w:r w:rsidRPr="001A2E38">
              <w:rPr>
                <w:rFonts w:ascii="Times New Roman" w:eastAsia="Times New Roman" w:hAnsi="Times New Roman" w:cs="Times New Roman"/>
                <w:b/>
                <w:i/>
                <w:iCs/>
                <w:color w:val="000000"/>
                <w:sz w:val="20"/>
                <w:szCs w:val="20"/>
              </w:rPr>
              <w:t>P</w:t>
            </w:r>
            <w:r w:rsidRPr="001A2E38">
              <w:rPr>
                <w:rFonts w:ascii="Times New Roman" w:eastAsia="Times New Roman" w:hAnsi="Times New Roman" w:cs="Times New Roman"/>
                <w:b/>
                <w:color w:val="000000"/>
                <w:sz w:val="20"/>
                <w:szCs w:val="20"/>
              </w:rPr>
              <w:t xml:space="preserve"> for trend</w:t>
            </w:r>
          </w:p>
        </w:tc>
      </w:tr>
      <w:tr w:rsidR="007D00B4" w:rsidRPr="001A2E38" w14:paraId="5E9FA23E" w14:textId="77777777" w:rsidTr="00176373">
        <w:trPr>
          <w:jc w:val="center"/>
        </w:trPr>
        <w:tc>
          <w:tcPr>
            <w:tcW w:w="2099" w:type="dxa"/>
            <w:tcBorders>
              <w:top w:val="single" w:sz="4"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76BDACAE" w14:textId="77777777" w:rsidR="007D00B4" w:rsidRPr="001A2E38" w:rsidRDefault="007D00B4" w:rsidP="00176373">
            <w:pPr>
              <w:pBdr>
                <w:top w:val="none" w:sz="0" w:space="0" w:color="000000"/>
                <w:left w:val="none" w:sz="0" w:space="0" w:color="000000"/>
                <w:bottom w:val="none" w:sz="0" w:space="0" w:color="000000"/>
                <w:right w:val="none" w:sz="0" w:space="0" w:color="000000"/>
              </w:pBdr>
              <w:snapToGrid w:val="0"/>
              <w:spacing w:before="40" w:after="40" w:line="240" w:lineRule="auto"/>
              <w:ind w:left="40" w:right="40"/>
              <w:rPr>
                <w:rFonts w:ascii="Times New Roman" w:eastAsia="Times New Roman" w:hAnsi="Times New Roman" w:cs="Times New Roman"/>
                <w:color w:val="000000"/>
                <w:sz w:val="20"/>
                <w:szCs w:val="20"/>
              </w:rPr>
            </w:pPr>
            <w:r w:rsidRPr="001A2E38">
              <w:rPr>
                <w:rFonts w:ascii="Times New Roman" w:eastAsia="Times New Roman" w:hAnsi="Times New Roman" w:cs="Times New Roman"/>
                <w:color w:val="000000"/>
                <w:sz w:val="20"/>
                <w:szCs w:val="20"/>
              </w:rPr>
              <w:t>CHG</w:t>
            </w:r>
          </w:p>
        </w:tc>
        <w:tc>
          <w:tcPr>
            <w:tcW w:w="2974" w:type="dxa"/>
            <w:tcBorders>
              <w:top w:val="single" w:sz="4"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659675C9" w14:textId="77777777" w:rsidR="007D00B4" w:rsidRPr="001A2E38" w:rsidRDefault="007D00B4" w:rsidP="00176373">
            <w:pPr>
              <w:pBdr>
                <w:top w:val="none" w:sz="0" w:space="0" w:color="000000"/>
                <w:left w:val="none" w:sz="0" w:space="0" w:color="000000"/>
                <w:bottom w:val="none" w:sz="0" w:space="0" w:color="000000"/>
                <w:right w:val="none" w:sz="0" w:space="0" w:color="000000"/>
              </w:pBdr>
              <w:snapToGrid w:val="0"/>
              <w:spacing w:before="40" w:after="40" w:line="240" w:lineRule="auto"/>
              <w:ind w:left="40" w:right="40"/>
              <w:jc w:val="center"/>
              <w:rPr>
                <w:rFonts w:ascii="Times New Roman" w:eastAsia="Times New Roman" w:hAnsi="Times New Roman" w:cs="Times New Roman"/>
                <w:color w:val="000000"/>
                <w:sz w:val="20"/>
                <w:szCs w:val="20"/>
              </w:rPr>
            </w:pPr>
            <w:r w:rsidRPr="001A2E38">
              <w:rPr>
                <w:rFonts w:ascii="Times New Roman" w:eastAsia="Times New Roman" w:hAnsi="Times New Roman" w:cs="Times New Roman"/>
                <w:color w:val="000000"/>
                <w:sz w:val="20"/>
                <w:szCs w:val="20"/>
              </w:rPr>
              <w:t>Per 1-SD increase</w:t>
            </w:r>
          </w:p>
        </w:tc>
        <w:tc>
          <w:tcPr>
            <w:tcW w:w="3500" w:type="dxa"/>
            <w:tcBorders>
              <w:top w:val="single" w:sz="4"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5831937C" w14:textId="77777777" w:rsidR="007D00B4" w:rsidRPr="001A2E38" w:rsidRDefault="007D00B4" w:rsidP="00176373">
            <w:pPr>
              <w:pBdr>
                <w:top w:val="none" w:sz="0" w:space="0" w:color="000000"/>
                <w:left w:val="none" w:sz="0" w:space="0" w:color="000000"/>
                <w:bottom w:val="none" w:sz="0" w:space="0" w:color="000000"/>
                <w:right w:val="none" w:sz="0" w:space="0" w:color="000000"/>
              </w:pBdr>
              <w:snapToGrid w:val="0"/>
              <w:spacing w:before="40" w:after="40" w:line="240" w:lineRule="auto"/>
              <w:ind w:left="40" w:right="40"/>
              <w:jc w:val="center"/>
              <w:rPr>
                <w:rFonts w:ascii="Times New Roman" w:eastAsia="Times New Roman" w:hAnsi="Times New Roman" w:cs="Times New Roman"/>
                <w:color w:val="000000"/>
                <w:sz w:val="20"/>
                <w:szCs w:val="20"/>
              </w:rPr>
            </w:pPr>
            <w:r w:rsidRPr="001A2E38">
              <w:rPr>
                <w:rFonts w:ascii="Times New Roman" w:eastAsia="Times New Roman" w:hAnsi="Times New Roman" w:cs="Times New Roman"/>
                <w:color w:val="000000"/>
                <w:sz w:val="20"/>
                <w:szCs w:val="20"/>
              </w:rPr>
              <w:t>1.155 (1.126-1.184)</w:t>
            </w:r>
          </w:p>
        </w:tc>
        <w:tc>
          <w:tcPr>
            <w:tcW w:w="1750" w:type="dxa"/>
            <w:tcBorders>
              <w:top w:val="single" w:sz="4"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00F3D25E" w14:textId="77777777" w:rsidR="007D00B4" w:rsidRPr="001A2E38" w:rsidRDefault="007D00B4" w:rsidP="00176373">
            <w:pPr>
              <w:pBdr>
                <w:top w:val="none" w:sz="0" w:space="0" w:color="000000"/>
                <w:left w:val="none" w:sz="0" w:space="0" w:color="000000"/>
                <w:bottom w:val="none" w:sz="0" w:space="0" w:color="000000"/>
                <w:right w:val="none" w:sz="0" w:space="0" w:color="000000"/>
              </w:pBdr>
              <w:snapToGrid w:val="0"/>
              <w:spacing w:before="40" w:after="40" w:line="240" w:lineRule="auto"/>
              <w:ind w:left="40" w:right="40"/>
              <w:jc w:val="center"/>
              <w:rPr>
                <w:rFonts w:ascii="Times New Roman" w:eastAsia="Times New Roman" w:hAnsi="Times New Roman" w:cs="Times New Roman"/>
                <w:color w:val="000000"/>
                <w:sz w:val="20"/>
                <w:szCs w:val="20"/>
              </w:rPr>
            </w:pPr>
            <w:r w:rsidRPr="001A2E38">
              <w:rPr>
                <w:rFonts w:ascii="Times New Roman" w:eastAsia="Times New Roman" w:hAnsi="Times New Roman" w:cs="Times New Roman"/>
                <w:color w:val="000000"/>
                <w:sz w:val="20"/>
                <w:szCs w:val="20"/>
              </w:rPr>
              <w:t>&lt;0.001</w:t>
            </w:r>
          </w:p>
        </w:tc>
        <w:tc>
          <w:tcPr>
            <w:tcW w:w="1925" w:type="dxa"/>
            <w:tcBorders>
              <w:top w:val="single" w:sz="4"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24DA1D38" w14:textId="77777777" w:rsidR="007D00B4" w:rsidRPr="001A2E38" w:rsidRDefault="007D00B4" w:rsidP="00176373">
            <w:pPr>
              <w:pBdr>
                <w:top w:val="none" w:sz="0" w:space="0" w:color="000000"/>
                <w:left w:val="none" w:sz="0" w:space="0" w:color="000000"/>
                <w:bottom w:val="none" w:sz="0" w:space="0" w:color="000000"/>
                <w:right w:val="none" w:sz="0" w:space="0" w:color="000000"/>
              </w:pBdr>
              <w:snapToGrid w:val="0"/>
              <w:spacing w:before="40" w:after="40" w:line="240" w:lineRule="auto"/>
              <w:ind w:left="40" w:right="40"/>
              <w:jc w:val="center"/>
              <w:rPr>
                <w:rFonts w:ascii="Times New Roman" w:eastAsia="Times New Roman" w:hAnsi="Times New Roman" w:cs="Times New Roman"/>
                <w:color w:val="000000"/>
                <w:sz w:val="20"/>
                <w:szCs w:val="20"/>
              </w:rPr>
            </w:pPr>
          </w:p>
        </w:tc>
      </w:tr>
      <w:tr w:rsidR="007D00B4" w:rsidRPr="001A2E38" w14:paraId="105A2984" w14:textId="77777777" w:rsidTr="00176373">
        <w:trPr>
          <w:jc w:val="center"/>
        </w:trPr>
        <w:tc>
          <w:tcPr>
            <w:tcW w:w="2099"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2D201302" w14:textId="77777777" w:rsidR="007D00B4" w:rsidRPr="001A2E38" w:rsidRDefault="007D00B4" w:rsidP="00176373">
            <w:pPr>
              <w:pBdr>
                <w:top w:val="none" w:sz="0" w:space="0" w:color="000000"/>
                <w:left w:val="none" w:sz="0" w:space="0" w:color="000000"/>
                <w:bottom w:val="none" w:sz="0" w:space="0" w:color="000000"/>
                <w:right w:val="none" w:sz="0" w:space="0" w:color="000000"/>
              </w:pBdr>
              <w:snapToGrid w:val="0"/>
              <w:spacing w:before="40" w:after="40" w:line="240" w:lineRule="auto"/>
              <w:ind w:left="40" w:right="40"/>
              <w:rPr>
                <w:rFonts w:ascii="Times New Roman" w:eastAsia="Times New Roman" w:hAnsi="Times New Roman" w:cs="Times New Roman"/>
                <w:color w:val="000000"/>
                <w:sz w:val="20"/>
                <w:szCs w:val="20"/>
              </w:rPr>
            </w:pPr>
          </w:p>
        </w:tc>
        <w:tc>
          <w:tcPr>
            <w:tcW w:w="2974"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4285F3DE" w14:textId="77777777" w:rsidR="007D00B4" w:rsidRPr="001A2E38" w:rsidRDefault="007D00B4" w:rsidP="00176373">
            <w:pPr>
              <w:pBdr>
                <w:top w:val="none" w:sz="0" w:space="0" w:color="000000"/>
                <w:left w:val="none" w:sz="0" w:space="0" w:color="000000"/>
                <w:bottom w:val="none" w:sz="0" w:space="0" w:color="000000"/>
                <w:right w:val="none" w:sz="0" w:space="0" w:color="000000"/>
              </w:pBdr>
              <w:snapToGrid w:val="0"/>
              <w:spacing w:before="40" w:after="40" w:line="240" w:lineRule="auto"/>
              <w:ind w:left="40" w:right="40"/>
              <w:jc w:val="center"/>
              <w:rPr>
                <w:rFonts w:ascii="Times New Roman" w:eastAsia="Times New Roman" w:hAnsi="Times New Roman" w:cs="Times New Roman"/>
                <w:color w:val="000000"/>
                <w:sz w:val="20"/>
                <w:szCs w:val="20"/>
              </w:rPr>
            </w:pPr>
            <w:r w:rsidRPr="001A2E38">
              <w:rPr>
                <w:rFonts w:ascii="Times New Roman" w:eastAsia="Times New Roman" w:hAnsi="Times New Roman" w:cs="Times New Roman"/>
                <w:color w:val="000000"/>
                <w:sz w:val="20"/>
                <w:szCs w:val="20"/>
              </w:rPr>
              <w:t>Q1</w:t>
            </w:r>
          </w:p>
        </w:tc>
        <w:tc>
          <w:tcPr>
            <w:tcW w:w="3500"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27E951B5" w14:textId="77777777" w:rsidR="007D00B4" w:rsidRPr="001A2E38" w:rsidRDefault="007D00B4" w:rsidP="00176373">
            <w:pPr>
              <w:pBdr>
                <w:top w:val="none" w:sz="0" w:space="0" w:color="000000"/>
                <w:left w:val="none" w:sz="0" w:space="0" w:color="000000"/>
                <w:bottom w:val="none" w:sz="0" w:space="0" w:color="000000"/>
                <w:right w:val="none" w:sz="0" w:space="0" w:color="000000"/>
              </w:pBdr>
              <w:snapToGrid w:val="0"/>
              <w:spacing w:before="40" w:after="40" w:line="240" w:lineRule="auto"/>
              <w:ind w:left="40" w:right="40"/>
              <w:jc w:val="center"/>
              <w:rPr>
                <w:rFonts w:ascii="Times New Roman" w:eastAsia="Times New Roman" w:hAnsi="Times New Roman" w:cs="Times New Roman"/>
                <w:color w:val="000000"/>
                <w:sz w:val="20"/>
                <w:szCs w:val="20"/>
              </w:rPr>
            </w:pPr>
            <w:r w:rsidRPr="001A2E38">
              <w:rPr>
                <w:rFonts w:ascii="Times New Roman" w:eastAsia="Times New Roman" w:hAnsi="Times New Roman" w:cs="Times New Roman"/>
                <w:color w:val="000000"/>
                <w:sz w:val="20"/>
                <w:szCs w:val="20"/>
              </w:rPr>
              <w:t>Reference</w:t>
            </w:r>
          </w:p>
        </w:tc>
        <w:tc>
          <w:tcPr>
            <w:tcW w:w="1750"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3CF06039" w14:textId="77777777" w:rsidR="007D00B4" w:rsidRPr="001A2E38" w:rsidRDefault="007D00B4" w:rsidP="00176373">
            <w:pPr>
              <w:pBdr>
                <w:top w:val="none" w:sz="0" w:space="0" w:color="000000"/>
                <w:left w:val="none" w:sz="0" w:space="0" w:color="000000"/>
                <w:bottom w:val="none" w:sz="0" w:space="0" w:color="000000"/>
                <w:right w:val="none" w:sz="0" w:space="0" w:color="000000"/>
              </w:pBdr>
              <w:snapToGrid w:val="0"/>
              <w:spacing w:before="40" w:after="40" w:line="240" w:lineRule="auto"/>
              <w:ind w:left="40" w:right="40"/>
              <w:jc w:val="center"/>
              <w:rPr>
                <w:rFonts w:ascii="Times New Roman" w:eastAsia="Times New Roman" w:hAnsi="Times New Roman" w:cs="Times New Roman"/>
                <w:color w:val="000000"/>
                <w:sz w:val="20"/>
                <w:szCs w:val="20"/>
              </w:rPr>
            </w:pPr>
          </w:p>
        </w:tc>
        <w:tc>
          <w:tcPr>
            <w:tcW w:w="1925"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6CA851E2" w14:textId="77777777" w:rsidR="007D00B4" w:rsidRPr="001A2E38" w:rsidRDefault="007D00B4" w:rsidP="00176373">
            <w:pPr>
              <w:pBdr>
                <w:top w:val="none" w:sz="0" w:space="0" w:color="000000"/>
                <w:left w:val="none" w:sz="0" w:space="0" w:color="000000"/>
                <w:bottom w:val="none" w:sz="0" w:space="0" w:color="000000"/>
                <w:right w:val="none" w:sz="0" w:space="0" w:color="000000"/>
              </w:pBdr>
              <w:snapToGrid w:val="0"/>
              <w:spacing w:before="40" w:after="40" w:line="240" w:lineRule="auto"/>
              <w:ind w:left="40" w:right="40"/>
              <w:jc w:val="center"/>
              <w:rPr>
                <w:rFonts w:ascii="Times New Roman" w:eastAsia="Times New Roman" w:hAnsi="Times New Roman" w:cs="Times New Roman"/>
                <w:color w:val="000000"/>
                <w:sz w:val="20"/>
                <w:szCs w:val="20"/>
              </w:rPr>
            </w:pPr>
          </w:p>
        </w:tc>
      </w:tr>
      <w:tr w:rsidR="007D00B4" w:rsidRPr="001A2E38" w14:paraId="1A63DD9D" w14:textId="77777777" w:rsidTr="00176373">
        <w:trPr>
          <w:jc w:val="center"/>
        </w:trPr>
        <w:tc>
          <w:tcPr>
            <w:tcW w:w="2099"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6DF75B55" w14:textId="77777777" w:rsidR="007D00B4" w:rsidRPr="001A2E38" w:rsidRDefault="007D00B4" w:rsidP="00176373">
            <w:pPr>
              <w:pBdr>
                <w:top w:val="none" w:sz="0" w:space="0" w:color="000000"/>
                <w:left w:val="none" w:sz="0" w:space="0" w:color="000000"/>
                <w:bottom w:val="none" w:sz="0" w:space="0" w:color="000000"/>
                <w:right w:val="none" w:sz="0" w:space="0" w:color="000000"/>
              </w:pBdr>
              <w:snapToGrid w:val="0"/>
              <w:spacing w:before="40" w:after="40" w:line="240" w:lineRule="auto"/>
              <w:ind w:left="40" w:right="40"/>
              <w:rPr>
                <w:rFonts w:ascii="Times New Roman" w:eastAsia="Times New Roman" w:hAnsi="Times New Roman" w:cs="Times New Roman"/>
                <w:color w:val="000000"/>
                <w:sz w:val="20"/>
                <w:szCs w:val="20"/>
              </w:rPr>
            </w:pPr>
          </w:p>
        </w:tc>
        <w:tc>
          <w:tcPr>
            <w:tcW w:w="2974"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4577B66D" w14:textId="77777777" w:rsidR="007D00B4" w:rsidRPr="001A2E38" w:rsidRDefault="007D00B4" w:rsidP="00176373">
            <w:pPr>
              <w:pBdr>
                <w:top w:val="none" w:sz="0" w:space="0" w:color="000000"/>
                <w:left w:val="none" w:sz="0" w:space="0" w:color="000000"/>
                <w:bottom w:val="none" w:sz="0" w:space="0" w:color="000000"/>
                <w:right w:val="none" w:sz="0" w:space="0" w:color="000000"/>
              </w:pBdr>
              <w:snapToGrid w:val="0"/>
              <w:spacing w:before="40" w:after="40" w:line="240" w:lineRule="auto"/>
              <w:ind w:left="40" w:right="40"/>
              <w:jc w:val="center"/>
              <w:rPr>
                <w:rFonts w:ascii="Times New Roman" w:eastAsia="Times New Roman" w:hAnsi="Times New Roman" w:cs="Times New Roman"/>
                <w:color w:val="000000"/>
                <w:sz w:val="20"/>
                <w:szCs w:val="20"/>
              </w:rPr>
            </w:pPr>
            <w:r w:rsidRPr="001A2E38">
              <w:rPr>
                <w:rFonts w:ascii="Times New Roman" w:eastAsia="Times New Roman" w:hAnsi="Times New Roman" w:cs="Times New Roman"/>
                <w:color w:val="000000"/>
                <w:sz w:val="20"/>
                <w:szCs w:val="20"/>
              </w:rPr>
              <w:t>Q2</w:t>
            </w:r>
          </w:p>
        </w:tc>
        <w:tc>
          <w:tcPr>
            <w:tcW w:w="3500"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1C9E58D4" w14:textId="77777777" w:rsidR="007D00B4" w:rsidRPr="001A2E38" w:rsidRDefault="007D00B4" w:rsidP="00176373">
            <w:pPr>
              <w:pBdr>
                <w:top w:val="none" w:sz="0" w:space="0" w:color="000000"/>
                <w:left w:val="none" w:sz="0" w:space="0" w:color="000000"/>
                <w:bottom w:val="none" w:sz="0" w:space="0" w:color="000000"/>
                <w:right w:val="none" w:sz="0" w:space="0" w:color="000000"/>
              </w:pBdr>
              <w:snapToGrid w:val="0"/>
              <w:spacing w:before="40" w:after="40" w:line="240" w:lineRule="auto"/>
              <w:ind w:left="40" w:right="40"/>
              <w:jc w:val="center"/>
              <w:rPr>
                <w:rFonts w:ascii="Times New Roman" w:eastAsia="Times New Roman" w:hAnsi="Times New Roman" w:cs="Times New Roman"/>
                <w:color w:val="000000"/>
                <w:sz w:val="20"/>
                <w:szCs w:val="20"/>
              </w:rPr>
            </w:pPr>
            <w:r w:rsidRPr="001A2E38">
              <w:rPr>
                <w:rFonts w:ascii="Times New Roman" w:eastAsia="Times New Roman" w:hAnsi="Times New Roman" w:cs="Times New Roman"/>
                <w:color w:val="000000"/>
                <w:sz w:val="20"/>
                <w:szCs w:val="20"/>
              </w:rPr>
              <w:t>1.082 (0.977-1.199)</w:t>
            </w:r>
          </w:p>
        </w:tc>
        <w:tc>
          <w:tcPr>
            <w:tcW w:w="1750"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01C27FB5" w14:textId="77777777" w:rsidR="007D00B4" w:rsidRPr="001A2E38" w:rsidRDefault="007D00B4" w:rsidP="00176373">
            <w:pPr>
              <w:pBdr>
                <w:top w:val="none" w:sz="0" w:space="0" w:color="000000"/>
                <w:left w:val="none" w:sz="0" w:space="0" w:color="000000"/>
                <w:bottom w:val="none" w:sz="0" w:space="0" w:color="000000"/>
                <w:right w:val="none" w:sz="0" w:space="0" w:color="000000"/>
              </w:pBdr>
              <w:snapToGrid w:val="0"/>
              <w:spacing w:before="40" w:after="40" w:line="240" w:lineRule="auto"/>
              <w:ind w:left="40" w:right="40"/>
              <w:jc w:val="center"/>
              <w:rPr>
                <w:rFonts w:ascii="Times New Roman" w:eastAsia="Times New Roman" w:hAnsi="Times New Roman" w:cs="Times New Roman"/>
                <w:color w:val="000000"/>
                <w:sz w:val="20"/>
                <w:szCs w:val="20"/>
              </w:rPr>
            </w:pPr>
            <w:r w:rsidRPr="001A2E38">
              <w:rPr>
                <w:rFonts w:ascii="Times New Roman" w:eastAsia="Times New Roman" w:hAnsi="Times New Roman" w:cs="Times New Roman"/>
                <w:color w:val="000000"/>
                <w:sz w:val="20"/>
                <w:szCs w:val="20"/>
              </w:rPr>
              <w:t>0.131</w:t>
            </w:r>
          </w:p>
        </w:tc>
        <w:tc>
          <w:tcPr>
            <w:tcW w:w="1925"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1DA9E932" w14:textId="77777777" w:rsidR="007D00B4" w:rsidRPr="001A2E38" w:rsidRDefault="007D00B4" w:rsidP="00176373">
            <w:pPr>
              <w:pBdr>
                <w:top w:val="none" w:sz="0" w:space="0" w:color="000000"/>
                <w:left w:val="none" w:sz="0" w:space="0" w:color="000000"/>
                <w:bottom w:val="none" w:sz="0" w:space="0" w:color="000000"/>
                <w:right w:val="none" w:sz="0" w:space="0" w:color="000000"/>
              </w:pBdr>
              <w:snapToGrid w:val="0"/>
              <w:spacing w:before="40" w:after="40" w:line="240" w:lineRule="auto"/>
              <w:ind w:left="40" w:right="40"/>
              <w:jc w:val="center"/>
              <w:rPr>
                <w:rFonts w:ascii="Times New Roman" w:eastAsia="Times New Roman" w:hAnsi="Times New Roman" w:cs="Times New Roman"/>
                <w:color w:val="000000"/>
                <w:sz w:val="20"/>
                <w:szCs w:val="20"/>
              </w:rPr>
            </w:pPr>
          </w:p>
        </w:tc>
      </w:tr>
      <w:tr w:rsidR="007D00B4" w:rsidRPr="001A2E38" w14:paraId="1A5848E8" w14:textId="77777777" w:rsidTr="00176373">
        <w:trPr>
          <w:trHeight w:val="58"/>
          <w:jc w:val="center"/>
        </w:trPr>
        <w:tc>
          <w:tcPr>
            <w:tcW w:w="2099"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04398E3B" w14:textId="77777777" w:rsidR="007D00B4" w:rsidRPr="001A2E38" w:rsidRDefault="007D00B4" w:rsidP="00176373">
            <w:pPr>
              <w:pBdr>
                <w:top w:val="none" w:sz="0" w:space="0" w:color="000000"/>
                <w:left w:val="none" w:sz="0" w:space="0" w:color="000000"/>
                <w:bottom w:val="none" w:sz="0" w:space="0" w:color="000000"/>
                <w:right w:val="none" w:sz="0" w:space="0" w:color="000000"/>
              </w:pBdr>
              <w:snapToGrid w:val="0"/>
              <w:spacing w:before="40" w:after="40" w:line="240" w:lineRule="auto"/>
              <w:ind w:left="40" w:right="40"/>
              <w:rPr>
                <w:rFonts w:ascii="Times New Roman" w:eastAsia="Times New Roman" w:hAnsi="Times New Roman" w:cs="Times New Roman"/>
                <w:color w:val="000000"/>
                <w:sz w:val="20"/>
                <w:szCs w:val="20"/>
              </w:rPr>
            </w:pPr>
          </w:p>
        </w:tc>
        <w:tc>
          <w:tcPr>
            <w:tcW w:w="2974"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2F1217C5" w14:textId="77777777" w:rsidR="007D00B4" w:rsidRPr="001A2E38" w:rsidRDefault="007D00B4" w:rsidP="00176373">
            <w:pPr>
              <w:pBdr>
                <w:top w:val="none" w:sz="0" w:space="0" w:color="000000"/>
                <w:left w:val="none" w:sz="0" w:space="0" w:color="000000"/>
                <w:bottom w:val="none" w:sz="0" w:space="0" w:color="000000"/>
                <w:right w:val="none" w:sz="0" w:space="0" w:color="000000"/>
              </w:pBdr>
              <w:snapToGrid w:val="0"/>
              <w:spacing w:before="40" w:after="40" w:line="240" w:lineRule="auto"/>
              <w:ind w:left="40" w:right="40"/>
              <w:jc w:val="center"/>
              <w:rPr>
                <w:rFonts w:ascii="Times New Roman" w:eastAsia="Times New Roman" w:hAnsi="Times New Roman" w:cs="Times New Roman"/>
                <w:color w:val="000000"/>
                <w:sz w:val="20"/>
                <w:szCs w:val="20"/>
              </w:rPr>
            </w:pPr>
            <w:r w:rsidRPr="001A2E38">
              <w:rPr>
                <w:rFonts w:ascii="Times New Roman" w:eastAsia="Times New Roman" w:hAnsi="Times New Roman" w:cs="Times New Roman"/>
                <w:color w:val="000000"/>
                <w:sz w:val="20"/>
                <w:szCs w:val="20"/>
              </w:rPr>
              <w:t>Q3</w:t>
            </w:r>
          </w:p>
        </w:tc>
        <w:tc>
          <w:tcPr>
            <w:tcW w:w="3500"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6426AC18" w14:textId="77777777" w:rsidR="007D00B4" w:rsidRPr="001A2E38" w:rsidRDefault="007D00B4" w:rsidP="00176373">
            <w:pPr>
              <w:pBdr>
                <w:top w:val="none" w:sz="0" w:space="0" w:color="000000"/>
                <w:left w:val="none" w:sz="0" w:space="0" w:color="000000"/>
                <w:bottom w:val="none" w:sz="0" w:space="0" w:color="000000"/>
                <w:right w:val="none" w:sz="0" w:space="0" w:color="000000"/>
              </w:pBdr>
              <w:snapToGrid w:val="0"/>
              <w:spacing w:before="40" w:after="40" w:line="240" w:lineRule="auto"/>
              <w:ind w:left="40" w:right="40"/>
              <w:jc w:val="center"/>
              <w:rPr>
                <w:rFonts w:ascii="Times New Roman" w:eastAsia="Times New Roman" w:hAnsi="Times New Roman" w:cs="Times New Roman"/>
                <w:color w:val="000000"/>
                <w:sz w:val="20"/>
                <w:szCs w:val="20"/>
              </w:rPr>
            </w:pPr>
            <w:r w:rsidRPr="001A2E38">
              <w:rPr>
                <w:rFonts w:ascii="Times New Roman" w:eastAsia="Times New Roman" w:hAnsi="Times New Roman" w:cs="Times New Roman"/>
                <w:color w:val="000000"/>
                <w:sz w:val="20"/>
                <w:szCs w:val="20"/>
              </w:rPr>
              <w:t>1.175 (1.063-1.300)</w:t>
            </w:r>
          </w:p>
        </w:tc>
        <w:tc>
          <w:tcPr>
            <w:tcW w:w="1750"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3AA4F228" w14:textId="77777777" w:rsidR="007D00B4" w:rsidRPr="001A2E38" w:rsidRDefault="007D00B4" w:rsidP="00176373">
            <w:pPr>
              <w:pBdr>
                <w:top w:val="none" w:sz="0" w:space="0" w:color="000000"/>
                <w:left w:val="none" w:sz="0" w:space="0" w:color="000000"/>
                <w:bottom w:val="none" w:sz="0" w:space="0" w:color="000000"/>
                <w:right w:val="none" w:sz="0" w:space="0" w:color="000000"/>
              </w:pBdr>
              <w:snapToGrid w:val="0"/>
              <w:spacing w:before="40" w:after="40" w:line="240" w:lineRule="auto"/>
              <w:ind w:left="40" w:right="40"/>
              <w:jc w:val="center"/>
              <w:rPr>
                <w:rFonts w:ascii="Times New Roman" w:eastAsia="Times New Roman" w:hAnsi="Times New Roman" w:cs="Times New Roman"/>
                <w:color w:val="000000"/>
                <w:sz w:val="20"/>
                <w:szCs w:val="20"/>
              </w:rPr>
            </w:pPr>
            <w:r w:rsidRPr="001A2E38">
              <w:rPr>
                <w:rFonts w:ascii="Times New Roman" w:eastAsia="Times New Roman" w:hAnsi="Times New Roman" w:cs="Times New Roman"/>
                <w:color w:val="000000"/>
                <w:sz w:val="20"/>
                <w:szCs w:val="20"/>
              </w:rPr>
              <w:t>0.002</w:t>
            </w:r>
          </w:p>
        </w:tc>
        <w:tc>
          <w:tcPr>
            <w:tcW w:w="1925"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64EAAF69" w14:textId="77777777" w:rsidR="007D00B4" w:rsidRPr="001A2E38" w:rsidRDefault="007D00B4" w:rsidP="00176373">
            <w:pPr>
              <w:pBdr>
                <w:top w:val="none" w:sz="0" w:space="0" w:color="000000"/>
                <w:left w:val="none" w:sz="0" w:space="0" w:color="000000"/>
                <w:bottom w:val="none" w:sz="0" w:space="0" w:color="000000"/>
                <w:right w:val="none" w:sz="0" w:space="0" w:color="000000"/>
              </w:pBdr>
              <w:snapToGrid w:val="0"/>
              <w:spacing w:before="40" w:after="40" w:line="240" w:lineRule="auto"/>
              <w:ind w:left="40" w:right="40"/>
              <w:jc w:val="center"/>
              <w:rPr>
                <w:rFonts w:ascii="Times New Roman" w:eastAsia="Times New Roman" w:hAnsi="Times New Roman" w:cs="Times New Roman"/>
                <w:color w:val="000000"/>
                <w:sz w:val="20"/>
                <w:szCs w:val="20"/>
              </w:rPr>
            </w:pPr>
          </w:p>
        </w:tc>
      </w:tr>
      <w:tr w:rsidR="007D00B4" w:rsidRPr="001A2E38" w14:paraId="4B2F8AA7" w14:textId="77777777" w:rsidTr="00176373">
        <w:trPr>
          <w:jc w:val="center"/>
        </w:trPr>
        <w:tc>
          <w:tcPr>
            <w:tcW w:w="2099"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47F1A620" w14:textId="77777777" w:rsidR="007D00B4" w:rsidRPr="001A2E38" w:rsidRDefault="007D00B4" w:rsidP="00176373">
            <w:pPr>
              <w:pBdr>
                <w:top w:val="none" w:sz="0" w:space="0" w:color="000000"/>
                <w:left w:val="none" w:sz="0" w:space="0" w:color="000000"/>
                <w:bottom w:val="none" w:sz="0" w:space="0" w:color="000000"/>
                <w:right w:val="none" w:sz="0" w:space="0" w:color="000000"/>
              </w:pBdr>
              <w:snapToGrid w:val="0"/>
              <w:spacing w:before="40" w:after="40" w:line="240" w:lineRule="auto"/>
              <w:ind w:left="40" w:right="40"/>
              <w:rPr>
                <w:rFonts w:ascii="Times New Roman" w:eastAsia="Times New Roman" w:hAnsi="Times New Roman" w:cs="Times New Roman"/>
                <w:color w:val="000000"/>
                <w:sz w:val="20"/>
                <w:szCs w:val="20"/>
              </w:rPr>
            </w:pPr>
          </w:p>
        </w:tc>
        <w:tc>
          <w:tcPr>
            <w:tcW w:w="2974"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1C7EFC28" w14:textId="77777777" w:rsidR="007D00B4" w:rsidRPr="001A2E38" w:rsidRDefault="007D00B4" w:rsidP="00176373">
            <w:pPr>
              <w:pBdr>
                <w:top w:val="none" w:sz="0" w:space="0" w:color="000000"/>
                <w:left w:val="none" w:sz="0" w:space="0" w:color="000000"/>
                <w:bottom w:val="none" w:sz="0" w:space="0" w:color="000000"/>
                <w:right w:val="none" w:sz="0" w:space="0" w:color="000000"/>
              </w:pBdr>
              <w:snapToGrid w:val="0"/>
              <w:spacing w:before="40" w:after="40" w:line="240" w:lineRule="auto"/>
              <w:ind w:left="40" w:right="40"/>
              <w:jc w:val="center"/>
              <w:rPr>
                <w:rFonts w:ascii="Times New Roman" w:eastAsia="Times New Roman" w:hAnsi="Times New Roman" w:cs="Times New Roman"/>
                <w:color w:val="000000"/>
                <w:sz w:val="20"/>
                <w:szCs w:val="20"/>
              </w:rPr>
            </w:pPr>
            <w:r w:rsidRPr="001A2E38">
              <w:rPr>
                <w:rFonts w:ascii="Times New Roman" w:eastAsia="Times New Roman" w:hAnsi="Times New Roman" w:cs="Times New Roman"/>
                <w:color w:val="000000"/>
                <w:sz w:val="20"/>
                <w:szCs w:val="20"/>
              </w:rPr>
              <w:t>Q4</w:t>
            </w:r>
          </w:p>
        </w:tc>
        <w:tc>
          <w:tcPr>
            <w:tcW w:w="3500"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4E9C5EE6" w14:textId="77777777" w:rsidR="007D00B4" w:rsidRPr="001A2E38" w:rsidRDefault="007D00B4" w:rsidP="00176373">
            <w:pPr>
              <w:pBdr>
                <w:top w:val="none" w:sz="0" w:space="0" w:color="000000"/>
                <w:left w:val="none" w:sz="0" w:space="0" w:color="000000"/>
                <w:bottom w:val="none" w:sz="0" w:space="0" w:color="000000"/>
                <w:right w:val="none" w:sz="0" w:space="0" w:color="000000"/>
              </w:pBdr>
              <w:snapToGrid w:val="0"/>
              <w:spacing w:before="40" w:after="40" w:line="240" w:lineRule="auto"/>
              <w:ind w:left="40" w:right="40"/>
              <w:jc w:val="center"/>
              <w:rPr>
                <w:rFonts w:ascii="Times New Roman" w:eastAsia="Times New Roman" w:hAnsi="Times New Roman" w:cs="Times New Roman"/>
                <w:color w:val="000000"/>
                <w:sz w:val="20"/>
                <w:szCs w:val="20"/>
              </w:rPr>
            </w:pPr>
            <w:r w:rsidRPr="001A2E38">
              <w:rPr>
                <w:rFonts w:ascii="Times New Roman" w:eastAsia="Times New Roman" w:hAnsi="Times New Roman" w:cs="Times New Roman"/>
                <w:color w:val="000000"/>
                <w:sz w:val="20"/>
                <w:szCs w:val="20"/>
              </w:rPr>
              <w:t>1.844 (1.687-2.015)</w:t>
            </w:r>
          </w:p>
        </w:tc>
        <w:tc>
          <w:tcPr>
            <w:tcW w:w="1750"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5FF18B9F" w14:textId="77777777" w:rsidR="007D00B4" w:rsidRPr="001A2E38" w:rsidRDefault="007D00B4" w:rsidP="00176373">
            <w:pPr>
              <w:pBdr>
                <w:top w:val="none" w:sz="0" w:space="0" w:color="000000"/>
                <w:left w:val="none" w:sz="0" w:space="0" w:color="000000"/>
                <w:bottom w:val="none" w:sz="0" w:space="0" w:color="000000"/>
                <w:right w:val="none" w:sz="0" w:space="0" w:color="000000"/>
              </w:pBdr>
              <w:snapToGrid w:val="0"/>
              <w:spacing w:before="40" w:after="40" w:line="240" w:lineRule="auto"/>
              <w:ind w:left="40" w:right="40"/>
              <w:jc w:val="center"/>
              <w:rPr>
                <w:rFonts w:ascii="Times New Roman" w:eastAsia="Times New Roman" w:hAnsi="Times New Roman" w:cs="Times New Roman"/>
                <w:color w:val="000000"/>
                <w:sz w:val="20"/>
                <w:szCs w:val="20"/>
              </w:rPr>
            </w:pPr>
            <w:r w:rsidRPr="001A2E38">
              <w:rPr>
                <w:rFonts w:ascii="Times New Roman" w:eastAsia="Times New Roman" w:hAnsi="Times New Roman" w:cs="Times New Roman"/>
                <w:color w:val="000000"/>
                <w:sz w:val="20"/>
                <w:szCs w:val="20"/>
              </w:rPr>
              <w:t>&lt;0.001</w:t>
            </w:r>
          </w:p>
        </w:tc>
        <w:tc>
          <w:tcPr>
            <w:tcW w:w="1925"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50864C72" w14:textId="77777777" w:rsidR="007D00B4" w:rsidRPr="001A2E38" w:rsidRDefault="007D00B4" w:rsidP="00176373">
            <w:pPr>
              <w:pBdr>
                <w:top w:val="none" w:sz="0" w:space="0" w:color="000000"/>
                <w:left w:val="none" w:sz="0" w:space="0" w:color="000000"/>
                <w:bottom w:val="none" w:sz="0" w:space="0" w:color="000000"/>
                <w:right w:val="none" w:sz="0" w:space="0" w:color="000000"/>
              </w:pBdr>
              <w:snapToGrid w:val="0"/>
              <w:spacing w:before="40" w:after="40" w:line="240" w:lineRule="auto"/>
              <w:ind w:left="40" w:right="40"/>
              <w:jc w:val="center"/>
              <w:rPr>
                <w:rFonts w:ascii="Times New Roman" w:eastAsia="Times New Roman" w:hAnsi="Times New Roman" w:cs="Times New Roman"/>
                <w:color w:val="000000"/>
                <w:sz w:val="20"/>
                <w:szCs w:val="20"/>
              </w:rPr>
            </w:pPr>
            <w:r w:rsidRPr="001A2E38">
              <w:rPr>
                <w:rFonts w:ascii="Times New Roman" w:eastAsia="Times New Roman" w:hAnsi="Times New Roman" w:cs="Times New Roman"/>
                <w:color w:val="000000"/>
                <w:sz w:val="20"/>
                <w:szCs w:val="20"/>
              </w:rPr>
              <w:t>&lt;0.001</w:t>
            </w:r>
          </w:p>
        </w:tc>
      </w:tr>
      <w:tr w:rsidR="007D00B4" w:rsidRPr="001A2E38" w14:paraId="7407C08F" w14:textId="77777777" w:rsidTr="00176373">
        <w:trPr>
          <w:jc w:val="center"/>
        </w:trPr>
        <w:tc>
          <w:tcPr>
            <w:tcW w:w="2099"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79E70F51" w14:textId="77777777" w:rsidR="007D00B4" w:rsidRPr="001A2E38" w:rsidRDefault="007D00B4" w:rsidP="00176373">
            <w:pPr>
              <w:pBdr>
                <w:top w:val="none" w:sz="0" w:space="0" w:color="000000"/>
                <w:left w:val="none" w:sz="0" w:space="0" w:color="000000"/>
                <w:bottom w:val="none" w:sz="0" w:space="0" w:color="000000"/>
                <w:right w:val="none" w:sz="0" w:space="0" w:color="000000"/>
              </w:pBdr>
              <w:snapToGrid w:val="0"/>
              <w:spacing w:before="40" w:after="40" w:line="240" w:lineRule="auto"/>
              <w:ind w:left="40" w:right="40"/>
              <w:rPr>
                <w:rFonts w:ascii="Times New Roman" w:eastAsia="Times New Roman" w:hAnsi="Times New Roman" w:cs="Times New Roman"/>
                <w:color w:val="000000"/>
                <w:sz w:val="20"/>
                <w:szCs w:val="20"/>
              </w:rPr>
            </w:pPr>
            <w:r w:rsidRPr="001A2E38">
              <w:rPr>
                <w:rFonts w:ascii="Times New Roman" w:eastAsia="Times New Roman" w:hAnsi="Times New Roman" w:cs="Times New Roman"/>
                <w:color w:val="000000"/>
                <w:sz w:val="20"/>
                <w:szCs w:val="20"/>
              </w:rPr>
              <w:t>CHG-BMI</w:t>
            </w:r>
          </w:p>
        </w:tc>
        <w:tc>
          <w:tcPr>
            <w:tcW w:w="2974"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304390C9" w14:textId="77777777" w:rsidR="007D00B4" w:rsidRPr="001A2E38" w:rsidRDefault="007D00B4" w:rsidP="00176373">
            <w:pPr>
              <w:pBdr>
                <w:top w:val="none" w:sz="0" w:space="0" w:color="000000"/>
                <w:left w:val="none" w:sz="0" w:space="0" w:color="000000"/>
                <w:bottom w:val="none" w:sz="0" w:space="0" w:color="000000"/>
                <w:right w:val="none" w:sz="0" w:space="0" w:color="000000"/>
              </w:pBdr>
              <w:snapToGrid w:val="0"/>
              <w:spacing w:before="40" w:after="40" w:line="240" w:lineRule="auto"/>
              <w:ind w:left="40" w:right="40"/>
              <w:jc w:val="center"/>
              <w:rPr>
                <w:rFonts w:ascii="Times New Roman" w:eastAsia="Times New Roman" w:hAnsi="Times New Roman" w:cs="Times New Roman"/>
                <w:color w:val="000000"/>
                <w:sz w:val="20"/>
                <w:szCs w:val="20"/>
              </w:rPr>
            </w:pPr>
            <w:r w:rsidRPr="001A2E38">
              <w:rPr>
                <w:rFonts w:ascii="Times New Roman" w:eastAsia="Times New Roman" w:hAnsi="Times New Roman" w:cs="Times New Roman"/>
                <w:color w:val="000000"/>
                <w:sz w:val="20"/>
                <w:szCs w:val="20"/>
              </w:rPr>
              <w:t>Per 1-SD increase</w:t>
            </w:r>
          </w:p>
        </w:tc>
        <w:tc>
          <w:tcPr>
            <w:tcW w:w="3500"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2B163A53" w14:textId="77777777" w:rsidR="007D00B4" w:rsidRPr="001A2E38" w:rsidRDefault="007D00B4" w:rsidP="00176373">
            <w:pPr>
              <w:pBdr>
                <w:top w:val="none" w:sz="0" w:space="0" w:color="000000"/>
                <w:left w:val="none" w:sz="0" w:space="0" w:color="000000"/>
                <w:bottom w:val="none" w:sz="0" w:space="0" w:color="000000"/>
                <w:right w:val="none" w:sz="0" w:space="0" w:color="000000"/>
              </w:pBdr>
              <w:snapToGrid w:val="0"/>
              <w:spacing w:before="40" w:after="40" w:line="240" w:lineRule="auto"/>
              <w:ind w:left="40" w:right="40"/>
              <w:jc w:val="center"/>
              <w:rPr>
                <w:rFonts w:ascii="Times New Roman" w:eastAsia="Times New Roman" w:hAnsi="Times New Roman" w:cs="Times New Roman"/>
                <w:color w:val="000000"/>
                <w:sz w:val="20"/>
                <w:szCs w:val="20"/>
              </w:rPr>
            </w:pPr>
            <w:r w:rsidRPr="001A2E38">
              <w:rPr>
                <w:rFonts w:ascii="Times New Roman" w:eastAsia="Times New Roman" w:hAnsi="Times New Roman" w:cs="Times New Roman"/>
                <w:color w:val="000000"/>
                <w:sz w:val="20"/>
                <w:szCs w:val="20"/>
              </w:rPr>
              <w:t>1.341 (1.306-1.376)</w:t>
            </w:r>
          </w:p>
        </w:tc>
        <w:tc>
          <w:tcPr>
            <w:tcW w:w="1750"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0EC84AB0" w14:textId="77777777" w:rsidR="007D00B4" w:rsidRPr="001A2E38" w:rsidRDefault="007D00B4" w:rsidP="00176373">
            <w:pPr>
              <w:pBdr>
                <w:top w:val="none" w:sz="0" w:space="0" w:color="000000"/>
                <w:left w:val="none" w:sz="0" w:space="0" w:color="000000"/>
                <w:bottom w:val="none" w:sz="0" w:space="0" w:color="000000"/>
                <w:right w:val="none" w:sz="0" w:space="0" w:color="000000"/>
              </w:pBdr>
              <w:snapToGrid w:val="0"/>
              <w:spacing w:before="40" w:after="40" w:line="240" w:lineRule="auto"/>
              <w:ind w:left="40" w:right="40"/>
              <w:jc w:val="center"/>
              <w:rPr>
                <w:rFonts w:ascii="Times New Roman" w:eastAsia="Times New Roman" w:hAnsi="Times New Roman" w:cs="Times New Roman"/>
                <w:color w:val="000000"/>
                <w:sz w:val="20"/>
                <w:szCs w:val="20"/>
              </w:rPr>
            </w:pPr>
            <w:r w:rsidRPr="001A2E38">
              <w:rPr>
                <w:rFonts w:ascii="Times New Roman" w:eastAsia="Times New Roman" w:hAnsi="Times New Roman" w:cs="Times New Roman"/>
                <w:color w:val="000000"/>
                <w:sz w:val="20"/>
                <w:szCs w:val="20"/>
              </w:rPr>
              <w:t>&lt;0.001</w:t>
            </w:r>
          </w:p>
        </w:tc>
        <w:tc>
          <w:tcPr>
            <w:tcW w:w="1925"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34E5EED2" w14:textId="77777777" w:rsidR="007D00B4" w:rsidRPr="001A2E38" w:rsidRDefault="007D00B4" w:rsidP="00176373">
            <w:pPr>
              <w:pBdr>
                <w:top w:val="none" w:sz="0" w:space="0" w:color="000000"/>
                <w:left w:val="none" w:sz="0" w:space="0" w:color="000000"/>
                <w:bottom w:val="none" w:sz="0" w:space="0" w:color="000000"/>
                <w:right w:val="none" w:sz="0" w:space="0" w:color="000000"/>
              </w:pBdr>
              <w:snapToGrid w:val="0"/>
              <w:spacing w:before="40" w:after="40" w:line="240" w:lineRule="auto"/>
              <w:ind w:left="40" w:right="40"/>
              <w:jc w:val="center"/>
              <w:rPr>
                <w:rFonts w:ascii="Times New Roman" w:eastAsia="Times New Roman" w:hAnsi="Times New Roman" w:cs="Times New Roman"/>
                <w:color w:val="000000"/>
                <w:sz w:val="20"/>
                <w:szCs w:val="20"/>
              </w:rPr>
            </w:pPr>
          </w:p>
        </w:tc>
      </w:tr>
      <w:tr w:rsidR="007D00B4" w:rsidRPr="001A2E38" w14:paraId="0FC66B64" w14:textId="77777777" w:rsidTr="00176373">
        <w:trPr>
          <w:jc w:val="center"/>
        </w:trPr>
        <w:tc>
          <w:tcPr>
            <w:tcW w:w="2099"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687318B8" w14:textId="77777777" w:rsidR="007D00B4" w:rsidRPr="001A2E38" w:rsidRDefault="007D00B4" w:rsidP="00176373">
            <w:pPr>
              <w:pBdr>
                <w:top w:val="none" w:sz="0" w:space="0" w:color="000000"/>
                <w:left w:val="none" w:sz="0" w:space="0" w:color="000000"/>
                <w:bottom w:val="none" w:sz="0" w:space="0" w:color="000000"/>
                <w:right w:val="none" w:sz="0" w:space="0" w:color="000000"/>
              </w:pBdr>
              <w:snapToGrid w:val="0"/>
              <w:spacing w:before="40" w:after="40" w:line="240" w:lineRule="auto"/>
              <w:ind w:left="40" w:right="40"/>
              <w:rPr>
                <w:rFonts w:ascii="Times New Roman" w:eastAsia="Times New Roman" w:hAnsi="Times New Roman" w:cs="Times New Roman"/>
                <w:color w:val="000000"/>
                <w:sz w:val="20"/>
                <w:szCs w:val="20"/>
              </w:rPr>
            </w:pPr>
          </w:p>
        </w:tc>
        <w:tc>
          <w:tcPr>
            <w:tcW w:w="2974"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228844E7" w14:textId="77777777" w:rsidR="007D00B4" w:rsidRPr="001A2E38" w:rsidRDefault="007D00B4" w:rsidP="00176373">
            <w:pPr>
              <w:pBdr>
                <w:top w:val="none" w:sz="0" w:space="0" w:color="000000"/>
                <w:left w:val="none" w:sz="0" w:space="0" w:color="000000"/>
                <w:bottom w:val="none" w:sz="0" w:space="0" w:color="000000"/>
                <w:right w:val="none" w:sz="0" w:space="0" w:color="000000"/>
              </w:pBdr>
              <w:snapToGrid w:val="0"/>
              <w:spacing w:before="40" w:after="40" w:line="240" w:lineRule="auto"/>
              <w:ind w:left="40" w:right="40"/>
              <w:jc w:val="center"/>
              <w:rPr>
                <w:rFonts w:ascii="Times New Roman" w:eastAsia="Times New Roman" w:hAnsi="Times New Roman" w:cs="Times New Roman"/>
                <w:color w:val="000000"/>
                <w:sz w:val="20"/>
                <w:szCs w:val="20"/>
              </w:rPr>
            </w:pPr>
            <w:r w:rsidRPr="001A2E38">
              <w:rPr>
                <w:rFonts w:ascii="Times New Roman" w:eastAsia="Times New Roman" w:hAnsi="Times New Roman" w:cs="Times New Roman"/>
                <w:color w:val="000000"/>
                <w:sz w:val="20"/>
                <w:szCs w:val="20"/>
              </w:rPr>
              <w:t>Q1</w:t>
            </w:r>
          </w:p>
        </w:tc>
        <w:tc>
          <w:tcPr>
            <w:tcW w:w="3500"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60C827A2" w14:textId="77777777" w:rsidR="007D00B4" w:rsidRPr="001A2E38" w:rsidRDefault="007D00B4" w:rsidP="00176373">
            <w:pPr>
              <w:pBdr>
                <w:top w:val="none" w:sz="0" w:space="0" w:color="000000"/>
                <w:left w:val="none" w:sz="0" w:space="0" w:color="000000"/>
                <w:bottom w:val="none" w:sz="0" w:space="0" w:color="000000"/>
                <w:right w:val="none" w:sz="0" w:space="0" w:color="000000"/>
              </w:pBdr>
              <w:snapToGrid w:val="0"/>
              <w:spacing w:before="40" w:after="40" w:line="240" w:lineRule="auto"/>
              <w:ind w:left="40" w:right="40"/>
              <w:jc w:val="center"/>
              <w:rPr>
                <w:rFonts w:ascii="Times New Roman" w:eastAsia="Times New Roman" w:hAnsi="Times New Roman" w:cs="Times New Roman"/>
                <w:color w:val="000000"/>
                <w:sz w:val="20"/>
                <w:szCs w:val="20"/>
              </w:rPr>
            </w:pPr>
            <w:r w:rsidRPr="001A2E38">
              <w:rPr>
                <w:rFonts w:ascii="Times New Roman" w:eastAsia="Times New Roman" w:hAnsi="Times New Roman" w:cs="Times New Roman"/>
                <w:color w:val="000000"/>
                <w:sz w:val="20"/>
                <w:szCs w:val="20"/>
              </w:rPr>
              <w:t>Reference</w:t>
            </w:r>
          </w:p>
        </w:tc>
        <w:tc>
          <w:tcPr>
            <w:tcW w:w="1750"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79A56A42" w14:textId="77777777" w:rsidR="007D00B4" w:rsidRPr="001A2E38" w:rsidRDefault="007D00B4" w:rsidP="00176373">
            <w:pPr>
              <w:pBdr>
                <w:top w:val="none" w:sz="0" w:space="0" w:color="000000"/>
                <w:left w:val="none" w:sz="0" w:space="0" w:color="000000"/>
                <w:bottom w:val="none" w:sz="0" w:space="0" w:color="000000"/>
                <w:right w:val="none" w:sz="0" w:space="0" w:color="000000"/>
              </w:pBdr>
              <w:snapToGrid w:val="0"/>
              <w:spacing w:before="40" w:after="40" w:line="240" w:lineRule="auto"/>
              <w:ind w:left="40" w:right="40"/>
              <w:jc w:val="center"/>
              <w:rPr>
                <w:rFonts w:ascii="Times New Roman" w:eastAsia="Times New Roman" w:hAnsi="Times New Roman" w:cs="Times New Roman"/>
                <w:color w:val="000000"/>
                <w:sz w:val="20"/>
                <w:szCs w:val="20"/>
              </w:rPr>
            </w:pPr>
          </w:p>
        </w:tc>
        <w:tc>
          <w:tcPr>
            <w:tcW w:w="1925"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59EA6235" w14:textId="77777777" w:rsidR="007D00B4" w:rsidRPr="001A2E38" w:rsidRDefault="007D00B4" w:rsidP="00176373">
            <w:pPr>
              <w:pBdr>
                <w:top w:val="none" w:sz="0" w:space="0" w:color="000000"/>
                <w:left w:val="none" w:sz="0" w:space="0" w:color="000000"/>
                <w:bottom w:val="none" w:sz="0" w:space="0" w:color="000000"/>
                <w:right w:val="none" w:sz="0" w:space="0" w:color="000000"/>
              </w:pBdr>
              <w:snapToGrid w:val="0"/>
              <w:spacing w:before="40" w:after="40" w:line="240" w:lineRule="auto"/>
              <w:ind w:left="40" w:right="40"/>
              <w:jc w:val="center"/>
              <w:rPr>
                <w:rFonts w:ascii="Times New Roman" w:eastAsia="Times New Roman" w:hAnsi="Times New Roman" w:cs="Times New Roman"/>
                <w:color w:val="000000"/>
                <w:sz w:val="20"/>
                <w:szCs w:val="20"/>
              </w:rPr>
            </w:pPr>
          </w:p>
        </w:tc>
      </w:tr>
      <w:tr w:rsidR="007D00B4" w:rsidRPr="001A2E38" w14:paraId="709D74B6" w14:textId="77777777" w:rsidTr="00176373">
        <w:trPr>
          <w:jc w:val="center"/>
        </w:trPr>
        <w:tc>
          <w:tcPr>
            <w:tcW w:w="2099"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4A129087" w14:textId="77777777" w:rsidR="007D00B4" w:rsidRPr="001A2E38" w:rsidRDefault="007D00B4" w:rsidP="00176373">
            <w:pPr>
              <w:pBdr>
                <w:top w:val="none" w:sz="0" w:space="0" w:color="000000"/>
                <w:left w:val="none" w:sz="0" w:space="0" w:color="000000"/>
                <w:bottom w:val="none" w:sz="0" w:space="0" w:color="000000"/>
                <w:right w:val="none" w:sz="0" w:space="0" w:color="000000"/>
              </w:pBdr>
              <w:snapToGrid w:val="0"/>
              <w:spacing w:before="40" w:after="40" w:line="240" w:lineRule="auto"/>
              <w:ind w:left="40" w:right="40"/>
              <w:rPr>
                <w:rFonts w:ascii="Times New Roman" w:eastAsia="Times New Roman" w:hAnsi="Times New Roman" w:cs="Times New Roman"/>
                <w:color w:val="000000"/>
                <w:sz w:val="20"/>
                <w:szCs w:val="20"/>
              </w:rPr>
            </w:pPr>
          </w:p>
        </w:tc>
        <w:tc>
          <w:tcPr>
            <w:tcW w:w="2974"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453F6389" w14:textId="77777777" w:rsidR="007D00B4" w:rsidRPr="001A2E38" w:rsidRDefault="007D00B4" w:rsidP="00176373">
            <w:pPr>
              <w:pBdr>
                <w:top w:val="none" w:sz="0" w:space="0" w:color="000000"/>
                <w:left w:val="none" w:sz="0" w:space="0" w:color="000000"/>
                <w:bottom w:val="none" w:sz="0" w:space="0" w:color="000000"/>
                <w:right w:val="none" w:sz="0" w:space="0" w:color="000000"/>
              </w:pBdr>
              <w:snapToGrid w:val="0"/>
              <w:spacing w:before="40" w:after="40" w:line="240" w:lineRule="auto"/>
              <w:ind w:left="40" w:right="40"/>
              <w:jc w:val="center"/>
              <w:rPr>
                <w:rFonts w:ascii="Times New Roman" w:eastAsia="Times New Roman" w:hAnsi="Times New Roman" w:cs="Times New Roman"/>
                <w:color w:val="000000"/>
                <w:sz w:val="20"/>
                <w:szCs w:val="20"/>
              </w:rPr>
            </w:pPr>
            <w:r w:rsidRPr="001A2E38">
              <w:rPr>
                <w:rFonts w:ascii="Times New Roman" w:eastAsia="Times New Roman" w:hAnsi="Times New Roman" w:cs="Times New Roman"/>
                <w:color w:val="000000"/>
                <w:sz w:val="20"/>
                <w:szCs w:val="20"/>
              </w:rPr>
              <w:t>Q2</w:t>
            </w:r>
          </w:p>
        </w:tc>
        <w:tc>
          <w:tcPr>
            <w:tcW w:w="3500"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2BDA461A" w14:textId="77777777" w:rsidR="007D00B4" w:rsidRPr="001A2E38" w:rsidRDefault="007D00B4" w:rsidP="00176373">
            <w:pPr>
              <w:pBdr>
                <w:top w:val="none" w:sz="0" w:space="0" w:color="000000"/>
                <w:left w:val="none" w:sz="0" w:space="0" w:color="000000"/>
                <w:bottom w:val="none" w:sz="0" w:space="0" w:color="000000"/>
                <w:right w:val="none" w:sz="0" w:space="0" w:color="000000"/>
              </w:pBdr>
              <w:snapToGrid w:val="0"/>
              <w:spacing w:before="40" w:after="40" w:line="240" w:lineRule="auto"/>
              <w:ind w:left="40" w:right="40"/>
              <w:jc w:val="center"/>
              <w:rPr>
                <w:rFonts w:ascii="Times New Roman" w:eastAsia="Times New Roman" w:hAnsi="Times New Roman" w:cs="Times New Roman"/>
                <w:color w:val="000000"/>
                <w:sz w:val="20"/>
                <w:szCs w:val="20"/>
              </w:rPr>
            </w:pPr>
            <w:r w:rsidRPr="001A2E38">
              <w:rPr>
                <w:rFonts w:ascii="Times New Roman" w:eastAsia="Times New Roman" w:hAnsi="Times New Roman" w:cs="Times New Roman"/>
                <w:color w:val="000000"/>
                <w:sz w:val="20"/>
                <w:szCs w:val="20"/>
              </w:rPr>
              <w:t>1.390 (1.249-1.548)</w:t>
            </w:r>
          </w:p>
        </w:tc>
        <w:tc>
          <w:tcPr>
            <w:tcW w:w="1750"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6FC02A49" w14:textId="77777777" w:rsidR="007D00B4" w:rsidRPr="001A2E38" w:rsidRDefault="007D00B4" w:rsidP="00176373">
            <w:pPr>
              <w:pBdr>
                <w:top w:val="none" w:sz="0" w:space="0" w:color="000000"/>
                <w:left w:val="none" w:sz="0" w:space="0" w:color="000000"/>
                <w:bottom w:val="none" w:sz="0" w:space="0" w:color="000000"/>
                <w:right w:val="none" w:sz="0" w:space="0" w:color="000000"/>
              </w:pBdr>
              <w:snapToGrid w:val="0"/>
              <w:spacing w:before="40" w:after="40" w:line="240" w:lineRule="auto"/>
              <w:ind w:left="40" w:right="40"/>
              <w:jc w:val="center"/>
              <w:rPr>
                <w:rFonts w:ascii="Times New Roman" w:eastAsia="Times New Roman" w:hAnsi="Times New Roman" w:cs="Times New Roman"/>
                <w:color w:val="000000"/>
                <w:sz w:val="20"/>
                <w:szCs w:val="20"/>
              </w:rPr>
            </w:pPr>
            <w:r w:rsidRPr="001A2E38">
              <w:rPr>
                <w:rFonts w:ascii="Times New Roman" w:eastAsia="Times New Roman" w:hAnsi="Times New Roman" w:cs="Times New Roman"/>
                <w:color w:val="000000"/>
                <w:sz w:val="20"/>
                <w:szCs w:val="20"/>
              </w:rPr>
              <w:t>&lt;0.001</w:t>
            </w:r>
          </w:p>
        </w:tc>
        <w:tc>
          <w:tcPr>
            <w:tcW w:w="1925"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3A23205D" w14:textId="77777777" w:rsidR="007D00B4" w:rsidRPr="001A2E38" w:rsidRDefault="007D00B4" w:rsidP="00176373">
            <w:pPr>
              <w:pBdr>
                <w:top w:val="none" w:sz="0" w:space="0" w:color="000000"/>
                <w:left w:val="none" w:sz="0" w:space="0" w:color="000000"/>
                <w:bottom w:val="none" w:sz="0" w:space="0" w:color="000000"/>
                <w:right w:val="none" w:sz="0" w:space="0" w:color="000000"/>
              </w:pBdr>
              <w:snapToGrid w:val="0"/>
              <w:spacing w:before="40" w:after="40" w:line="240" w:lineRule="auto"/>
              <w:ind w:left="40" w:right="40"/>
              <w:jc w:val="center"/>
              <w:rPr>
                <w:rFonts w:ascii="Times New Roman" w:eastAsia="Times New Roman" w:hAnsi="Times New Roman" w:cs="Times New Roman"/>
                <w:color w:val="000000"/>
                <w:sz w:val="20"/>
                <w:szCs w:val="20"/>
              </w:rPr>
            </w:pPr>
          </w:p>
        </w:tc>
      </w:tr>
      <w:tr w:rsidR="007D00B4" w:rsidRPr="001A2E38" w14:paraId="2667FE57" w14:textId="77777777" w:rsidTr="00176373">
        <w:trPr>
          <w:jc w:val="center"/>
        </w:trPr>
        <w:tc>
          <w:tcPr>
            <w:tcW w:w="2099"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63935DA8" w14:textId="77777777" w:rsidR="007D00B4" w:rsidRPr="001A2E38" w:rsidRDefault="007D00B4" w:rsidP="00176373">
            <w:pPr>
              <w:pBdr>
                <w:top w:val="none" w:sz="0" w:space="0" w:color="000000"/>
                <w:left w:val="none" w:sz="0" w:space="0" w:color="000000"/>
                <w:bottom w:val="none" w:sz="0" w:space="0" w:color="000000"/>
                <w:right w:val="none" w:sz="0" w:space="0" w:color="000000"/>
              </w:pBdr>
              <w:snapToGrid w:val="0"/>
              <w:spacing w:before="40" w:after="40" w:line="240" w:lineRule="auto"/>
              <w:ind w:left="40" w:right="40"/>
              <w:rPr>
                <w:rFonts w:ascii="Times New Roman" w:eastAsia="Times New Roman" w:hAnsi="Times New Roman" w:cs="Times New Roman"/>
                <w:color w:val="000000"/>
                <w:sz w:val="20"/>
                <w:szCs w:val="20"/>
              </w:rPr>
            </w:pPr>
          </w:p>
        </w:tc>
        <w:tc>
          <w:tcPr>
            <w:tcW w:w="2974"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277CD378" w14:textId="77777777" w:rsidR="007D00B4" w:rsidRPr="001A2E38" w:rsidRDefault="007D00B4" w:rsidP="00176373">
            <w:pPr>
              <w:pBdr>
                <w:top w:val="none" w:sz="0" w:space="0" w:color="000000"/>
                <w:left w:val="none" w:sz="0" w:space="0" w:color="000000"/>
                <w:bottom w:val="none" w:sz="0" w:space="0" w:color="000000"/>
                <w:right w:val="none" w:sz="0" w:space="0" w:color="000000"/>
              </w:pBdr>
              <w:snapToGrid w:val="0"/>
              <w:spacing w:before="40" w:after="40" w:line="240" w:lineRule="auto"/>
              <w:ind w:left="40" w:right="40"/>
              <w:jc w:val="center"/>
              <w:rPr>
                <w:rFonts w:ascii="Times New Roman" w:eastAsia="Times New Roman" w:hAnsi="Times New Roman" w:cs="Times New Roman"/>
                <w:color w:val="000000"/>
                <w:sz w:val="20"/>
                <w:szCs w:val="20"/>
              </w:rPr>
            </w:pPr>
            <w:r w:rsidRPr="001A2E38">
              <w:rPr>
                <w:rFonts w:ascii="Times New Roman" w:eastAsia="Times New Roman" w:hAnsi="Times New Roman" w:cs="Times New Roman"/>
                <w:color w:val="000000"/>
                <w:sz w:val="20"/>
                <w:szCs w:val="20"/>
              </w:rPr>
              <w:t>Q3</w:t>
            </w:r>
          </w:p>
        </w:tc>
        <w:tc>
          <w:tcPr>
            <w:tcW w:w="3500"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7AC96979" w14:textId="77777777" w:rsidR="007D00B4" w:rsidRPr="001A2E38" w:rsidRDefault="007D00B4" w:rsidP="00176373">
            <w:pPr>
              <w:pBdr>
                <w:top w:val="none" w:sz="0" w:space="0" w:color="000000"/>
                <w:left w:val="none" w:sz="0" w:space="0" w:color="000000"/>
                <w:bottom w:val="none" w:sz="0" w:space="0" w:color="000000"/>
                <w:right w:val="none" w:sz="0" w:space="0" w:color="000000"/>
              </w:pBdr>
              <w:snapToGrid w:val="0"/>
              <w:spacing w:before="40" w:after="40" w:line="240" w:lineRule="auto"/>
              <w:ind w:left="40" w:right="40"/>
              <w:jc w:val="center"/>
              <w:rPr>
                <w:rFonts w:ascii="Times New Roman" w:eastAsia="Times New Roman" w:hAnsi="Times New Roman" w:cs="Times New Roman"/>
                <w:color w:val="000000"/>
                <w:sz w:val="20"/>
                <w:szCs w:val="20"/>
              </w:rPr>
            </w:pPr>
            <w:r w:rsidRPr="001A2E38">
              <w:rPr>
                <w:rFonts w:ascii="Times New Roman" w:eastAsia="Times New Roman" w:hAnsi="Times New Roman" w:cs="Times New Roman"/>
                <w:color w:val="000000"/>
                <w:sz w:val="20"/>
                <w:szCs w:val="20"/>
              </w:rPr>
              <w:t>1.784 (1.609-1.978)</w:t>
            </w:r>
          </w:p>
        </w:tc>
        <w:tc>
          <w:tcPr>
            <w:tcW w:w="1750"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1BE040B8" w14:textId="77777777" w:rsidR="007D00B4" w:rsidRPr="001A2E38" w:rsidRDefault="007D00B4" w:rsidP="00176373">
            <w:pPr>
              <w:pBdr>
                <w:top w:val="none" w:sz="0" w:space="0" w:color="000000"/>
                <w:left w:val="none" w:sz="0" w:space="0" w:color="000000"/>
                <w:bottom w:val="none" w:sz="0" w:space="0" w:color="000000"/>
                <w:right w:val="none" w:sz="0" w:space="0" w:color="000000"/>
              </w:pBdr>
              <w:snapToGrid w:val="0"/>
              <w:spacing w:before="40" w:after="40" w:line="240" w:lineRule="auto"/>
              <w:ind w:left="40" w:right="40"/>
              <w:jc w:val="center"/>
              <w:rPr>
                <w:rFonts w:ascii="Times New Roman" w:eastAsia="Times New Roman" w:hAnsi="Times New Roman" w:cs="Times New Roman"/>
                <w:color w:val="000000"/>
                <w:sz w:val="20"/>
                <w:szCs w:val="20"/>
              </w:rPr>
            </w:pPr>
            <w:r w:rsidRPr="001A2E38">
              <w:rPr>
                <w:rFonts w:ascii="Times New Roman" w:eastAsia="Times New Roman" w:hAnsi="Times New Roman" w:cs="Times New Roman"/>
                <w:color w:val="000000"/>
                <w:sz w:val="20"/>
                <w:szCs w:val="20"/>
              </w:rPr>
              <w:t>&lt;0.001</w:t>
            </w:r>
          </w:p>
        </w:tc>
        <w:tc>
          <w:tcPr>
            <w:tcW w:w="1925"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051F8CC4" w14:textId="77777777" w:rsidR="007D00B4" w:rsidRPr="001A2E38" w:rsidRDefault="007D00B4" w:rsidP="00176373">
            <w:pPr>
              <w:pBdr>
                <w:top w:val="none" w:sz="0" w:space="0" w:color="000000"/>
                <w:left w:val="none" w:sz="0" w:space="0" w:color="000000"/>
                <w:bottom w:val="none" w:sz="0" w:space="0" w:color="000000"/>
                <w:right w:val="none" w:sz="0" w:space="0" w:color="000000"/>
              </w:pBdr>
              <w:snapToGrid w:val="0"/>
              <w:spacing w:before="40" w:after="40" w:line="240" w:lineRule="auto"/>
              <w:ind w:left="40" w:right="40"/>
              <w:jc w:val="center"/>
              <w:rPr>
                <w:rFonts w:ascii="Times New Roman" w:eastAsia="Times New Roman" w:hAnsi="Times New Roman" w:cs="Times New Roman"/>
                <w:color w:val="000000"/>
                <w:sz w:val="20"/>
                <w:szCs w:val="20"/>
              </w:rPr>
            </w:pPr>
          </w:p>
        </w:tc>
      </w:tr>
      <w:tr w:rsidR="007D00B4" w:rsidRPr="001A2E38" w14:paraId="08D637EE" w14:textId="77777777" w:rsidTr="00176373">
        <w:trPr>
          <w:jc w:val="center"/>
        </w:trPr>
        <w:tc>
          <w:tcPr>
            <w:tcW w:w="2099"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7E951FDA" w14:textId="77777777" w:rsidR="007D00B4" w:rsidRPr="001A2E38" w:rsidRDefault="007D00B4" w:rsidP="00176373">
            <w:pPr>
              <w:pBdr>
                <w:top w:val="none" w:sz="0" w:space="0" w:color="000000"/>
                <w:left w:val="none" w:sz="0" w:space="0" w:color="000000"/>
                <w:bottom w:val="none" w:sz="0" w:space="0" w:color="000000"/>
                <w:right w:val="none" w:sz="0" w:space="0" w:color="000000"/>
              </w:pBdr>
              <w:snapToGrid w:val="0"/>
              <w:spacing w:before="40" w:after="40" w:line="240" w:lineRule="auto"/>
              <w:ind w:left="40" w:right="40"/>
              <w:rPr>
                <w:rFonts w:ascii="Times New Roman" w:eastAsia="Times New Roman" w:hAnsi="Times New Roman" w:cs="Times New Roman"/>
                <w:color w:val="000000"/>
                <w:sz w:val="20"/>
                <w:szCs w:val="20"/>
              </w:rPr>
            </w:pPr>
          </w:p>
        </w:tc>
        <w:tc>
          <w:tcPr>
            <w:tcW w:w="2974"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39F3DCA4" w14:textId="77777777" w:rsidR="007D00B4" w:rsidRPr="001A2E38" w:rsidRDefault="007D00B4" w:rsidP="00176373">
            <w:pPr>
              <w:pBdr>
                <w:top w:val="none" w:sz="0" w:space="0" w:color="000000"/>
                <w:left w:val="none" w:sz="0" w:space="0" w:color="000000"/>
                <w:bottom w:val="none" w:sz="0" w:space="0" w:color="000000"/>
                <w:right w:val="none" w:sz="0" w:space="0" w:color="000000"/>
              </w:pBdr>
              <w:snapToGrid w:val="0"/>
              <w:spacing w:before="40" w:after="40" w:line="240" w:lineRule="auto"/>
              <w:ind w:left="40" w:right="40"/>
              <w:jc w:val="center"/>
              <w:rPr>
                <w:rFonts w:ascii="Times New Roman" w:eastAsia="Times New Roman" w:hAnsi="Times New Roman" w:cs="Times New Roman"/>
                <w:color w:val="000000"/>
                <w:sz w:val="20"/>
                <w:szCs w:val="20"/>
              </w:rPr>
            </w:pPr>
            <w:r w:rsidRPr="001A2E38">
              <w:rPr>
                <w:rFonts w:ascii="Times New Roman" w:eastAsia="Times New Roman" w:hAnsi="Times New Roman" w:cs="Times New Roman"/>
                <w:color w:val="000000"/>
                <w:sz w:val="20"/>
                <w:szCs w:val="20"/>
              </w:rPr>
              <w:t>Q4</w:t>
            </w:r>
          </w:p>
        </w:tc>
        <w:tc>
          <w:tcPr>
            <w:tcW w:w="3500"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5B644F86" w14:textId="77777777" w:rsidR="007D00B4" w:rsidRPr="001A2E38" w:rsidRDefault="007D00B4" w:rsidP="00176373">
            <w:pPr>
              <w:pBdr>
                <w:top w:val="none" w:sz="0" w:space="0" w:color="000000"/>
                <w:left w:val="none" w:sz="0" w:space="0" w:color="000000"/>
                <w:bottom w:val="none" w:sz="0" w:space="0" w:color="000000"/>
                <w:right w:val="none" w:sz="0" w:space="0" w:color="000000"/>
              </w:pBdr>
              <w:snapToGrid w:val="0"/>
              <w:spacing w:before="40" w:after="40" w:line="240" w:lineRule="auto"/>
              <w:ind w:left="40" w:right="40"/>
              <w:jc w:val="center"/>
              <w:rPr>
                <w:rFonts w:ascii="Times New Roman" w:eastAsia="Times New Roman" w:hAnsi="Times New Roman" w:cs="Times New Roman"/>
                <w:color w:val="000000"/>
                <w:sz w:val="20"/>
                <w:szCs w:val="20"/>
              </w:rPr>
            </w:pPr>
            <w:r w:rsidRPr="001A2E38">
              <w:rPr>
                <w:rFonts w:ascii="Times New Roman" w:eastAsia="Times New Roman" w:hAnsi="Times New Roman" w:cs="Times New Roman"/>
                <w:color w:val="000000"/>
                <w:sz w:val="20"/>
                <w:szCs w:val="20"/>
              </w:rPr>
              <w:t>2.735 (2.480-3.016)</w:t>
            </w:r>
          </w:p>
        </w:tc>
        <w:tc>
          <w:tcPr>
            <w:tcW w:w="1750"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324BC09D" w14:textId="77777777" w:rsidR="007D00B4" w:rsidRPr="001A2E38" w:rsidRDefault="007D00B4" w:rsidP="00176373">
            <w:pPr>
              <w:pBdr>
                <w:top w:val="none" w:sz="0" w:space="0" w:color="000000"/>
                <w:left w:val="none" w:sz="0" w:space="0" w:color="000000"/>
                <w:bottom w:val="none" w:sz="0" w:space="0" w:color="000000"/>
                <w:right w:val="none" w:sz="0" w:space="0" w:color="000000"/>
              </w:pBdr>
              <w:snapToGrid w:val="0"/>
              <w:spacing w:before="40" w:after="40" w:line="240" w:lineRule="auto"/>
              <w:ind w:left="40" w:right="40"/>
              <w:jc w:val="center"/>
              <w:rPr>
                <w:rFonts w:ascii="Times New Roman" w:eastAsia="Times New Roman" w:hAnsi="Times New Roman" w:cs="Times New Roman"/>
                <w:color w:val="000000"/>
                <w:sz w:val="20"/>
                <w:szCs w:val="20"/>
              </w:rPr>
            </w:pPr>
            <w:r w:rsidRPr="001A2E38">
              <w:rPr>
                <w:rFonts w:ascii="Times New Roman" w:eastAsia="Times New Roman" w:hAnsi="Times New Roman" w:cs="Times New Roman"/>
                <w:color w:val="000000"/>
                <w:sz w:val="20"/>
                <w:szCs w:val="20"/>
              </w:rPr>
              <w:t>&lt;0.001</w:t>
            </w:r>
          </w:p>
        </w:tc>
        <w:tc>
          <w:tcPr>
            <w:tcW w:w="1925"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1F292752" w14:textId="77777777" w:rsidR="007D00B4" w:rsidRPr="001A2E38" w:rsidRDefault="007D00B4" w:rsidP="00176373">
            <w:pPr>
              <w:pBdr>
                <w:top w:val="none" w:sz="0" w:space="0" w:color="000000"/>
                <w:left w:val="none" w:sz="0" w:space="0" w:color="000000"/>
                <w:bottom w:val="none" w:sz="0" w:space="0" w:color="000000"/>
                <w:right w:val="none" w:sz="0" w:space="0" w:color="000000"/>
              </w:pBdr>
              <w:snapToGrid w:val="0"/>
              <w:spacing w:before="40" w:after="40" w:line="240" w:lineRule="auto"/>
              <w:ind w:left="40" w:right="40"/>
              <w:jc w:val="center"/>
              <w:rPr>
                <w:rFonts w:ascii="Times New Roman" w:eastAsia="Times New Roman" w:hAnsi="Times New Roman" w:cs="Times New Roman"/>
                <w:color w:val="000000"/>
                <w:sz w:val="20"/>
                <w:szCs w:val="20"/>
              </w:rPr>
            </w:pPr>
            <w:r w:rsidRPr="001A2E38">
              <w:rPr>
                <w:rFonts w:ascii="Times New Roman" w:eastAsia="Times New Roman" w:hAnsi="Times New Roman" w:cs="Times New Roman"/>
                <w:color w:val="000000"/>
                <w:sz w:val="20"/>
                <w:szCs w:val="20"/>
              </w:rPr>
              <w:t>&lt;0.001</w:t>
            </w:r>
          </w:p>
        </w:tc>
      </w:tr>
      <w:tr w:rsidR="007D00B4" w:rsidRPr="001A2E38" w14:paraId="20B9173F" w14:textId="77777777" w:rsidTr="00176373">
        <w:trPr>
          <w:jc w:val="center"/>
        </w:trPr>
        <w:tc>
          <w:tcPr>
            <w:tcW w:w="2099"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1D2C4F59" w14:textId="77777777" w:rsidR="007D00B4" w:rsidRPr="001A2E38" w:rsidRDefault="007D00B4" w:rsidP="00176373">
            <w:pPr>
              <w:pBdr>
                <w:top w:val="none" w:sz="0" w:space="0" w:color="000000"/>
                <w:left w:val="none" w:sz="0" w:space="0" w:color="000000"/>
                <w:bottom w:val="none" w:sz="0" w:space="0" w:color="000000"/>
                <w:right w:val="none" w:sz="0" w:space="0" w:color="000000"/>
              </w:pBdr>
              <w:snapToGrid w:val="0"/>
              <w:spacing w:before="40" w:after="40" w:line="240" w:lineRule="auto"/>
              <w:ind w:left="40" w:right="40"/>
              <w:rPr>
                <w:rFonts w:ascii="Times New Roman" w:eastAsia="Times New Roman" w:hAnsi="Times New Roman" w:cs="Times New Roman"/>
                <w:color w:val="000000"/>
                <w:sz w:val="20"/>
                <w:szCs w:val="20"/>
              </w:rPr>
            </w:pPr>
            <w:r w:rsidRPr="001A2E38">
              <w:rPr>
                <w:rFonts w:ascii="Times New Roman" w:eastAsia="Times New Roman" w:hAnsi="Times New Roman" w:cs="Times New Roman"/>
                <w:color w:val="000000"/>
                <w:sz w:val="20"/>
                <w:szCs w:val="20"/>
              </w:rPr>
              <w:t>CHG-WC</w:t>
            </w:r>
          </w:p>
        </w:tc>
        <w:tc>
          <w:tcPr>
            <w:tcW w:w="2974"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47ECD16A" w14:textId="77777777" w:rsidR="007D00B4" w:rsidRPr="001A2E38" w:rsidRDefault="007D00B4" w:rsidP="00176373">
            <w:pPr>
              <w:pBdr>
                <w:top w:val="none" w:sz="0" w:space="0" w:color="000000"/>
                <w:left w:val="none" w:sz="0" w:space="0" w:color="000000"/>
                <w:bottom w:val="none" w:sz="0" w:space="0" w:color="000000"/>
                <w:right w:val="none" w:sz="0" w:space="0" w:color="000000"/>
              </w:pBdr>
              <w:snapToGrid w:val="0"/>
              <w:spacing w:before="40" w:after="40" w:line="240" w:lineRule="auto"/>
              <w:ind w:left="40" w:right="40"/>
              <w:jc w:val="center"/>
              <w:rPr>
                <w:rFonts w:ascii="Times New Roman" w:eastAsia="Times New Roman" w:hAnsi="Times New Roman" w:cs="Times New Roman"/>
                <w:color w:val="000000"/>
                <w:sz w:val="20"/>
                <w:szCs w:val="20"/>
              </w:rPr>
            </w:pPr>
            <w:r w:rsidRPr="001A2E38">
              <w:rPr>
                <w:rFonts w:ascii="Times New Roman" w:eastAsia="Times New Roman" w:hAnsi="Times New Roman" w:cs="Times New Roman"/>
                <w:color w:val="000000"/>
                <w:sz w:val="20"/>
                <w:szCs w:val="20"/>
              </w:rPr>
              <w:t>Per 1-SD increase</w:t>
            </w:r>
          </w:p>
        </w:tc>
        <w:tc>
          <w:tcPr>
            <w:tcW w:w="3500"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632A9F4E" w14:textId="77777777" w:rsidR="007D00B4" w:rsidRPr="001A2E38" w:rsidRDefault="007D00B4" w:rsidP="00176373">
            <w:pPr>
              <w:pBdr>
                <w:top w:val="none" w:sz="0" w:space="0" w:color="000000"/>
                <w:left w:val="none" w:sz="0" w:space="0" w:color="000000"/>
                <w:bottom w:val="none" w:sz="0" w:space="0" w:color="000000"/>
                <w:right w:val="none" w:sz="0" w:space="0" w:color="000000"/>
              </w:pBdr>
              <w:snapToGrid w:val="0"/>
              <w:spacing w:before="40" w:after="40" w:line="240" w:lineRule="auto"/>
              <w:ind w:left="40" w:right="40"/>
              <w:jc w:val="center"/>
              <w:rPr>
                <w:rFonts w:ascii="Times New Roman" w:eastAsia="Times New Roman" w:hAnsi="Times New Roman" w:cs="Times New Roman"/>
                <w:color w:val="000000"/>
                <w:sz w:val="20"/>
                <w:szCs w:val="20"/>
              </w:rPr>
            </w:pPr>
            <w:r w:rsidRPr="001A2E38">
              <w:rPr>
                <w:rFonts w:ascii="Times New Roman" w:eastAsia="Times New Roman" w:hAnsi="Times New Roman" w:cs="Times New Roman"/>
                <w:color w:val="000000"/>
                <w:sz w:val="20"/>
                <w:szCs w:val="20"/>
              </w:rPr>
              <w:t>1.341 (1.306-1.377)</w:t>
            </w:r>
          </w:p>
        </w:tc>
        <w:tc>
          <w:tcPr>
            <w:tcW w:w="1750"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752E5E55" w14:textId="77777777" w:rsidR="007D00B4" w:rsidRPr="001A2E38" w:rsidRDefault="007D00B4" w:rsidP="00176373">
            <w:pPr>
              <w:pBdr>
                <w:top w:val="none" w:sz="0" w:space="0" w:color="000000"/>
                <w:left w:val="none" w:sz="0" w:space="0" w:color="000000"/>
                <w:bottom w:val="none" w:sz="0" w:space="0" w:color="000000"/>
                <w:right w:val="none" w:sz="0" w:space="0" w:color="000000"/>
              </w:pBdr>
              <w:snapToGrid w:val="0"/>
              <w:spacing w:before="40" w:after="40" w:line="240" w:lineRule="auto"/>
              <w:ind w:left="40" w:right="40"/>
              <w:jc w:val="center"/>
              <w:rPr>
                <w:rFonts w:ascii="Times New Roman" w:eastAsia="Times New Roman" w:hAnsi="Times New Roman" w:cs="Times New Roman"/>
                <w:color w:val="000000"/>
                <w:sz w:val="20"/>
                <w:szCs w:val="20"/>
              </w:rPr>
            </w:pPr>
            <w:r w:rsidRPr="001A2E38">
              <w:rPr>
                <w:rFonts w:ascii="Times New Roman" w:eastAsia="Times New Roman" w:hAnsi="Times New Roman" w:cs="Times New Roman"/>
                <w:color w:val="000000"/>
                <w:sz w:val="20"/>
                <w:szCs w:val="20"/>
              </w:rPr>
              <w:t>&lt;0.001</w:t>
            </w:r>
          </w:p>
        </w:tc>
        <w:tc>
          <w:tcPr>
            <w:tcW w:w="1925"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0EE5CB68" w14:textId="77777777" w:rsidR="007D00B4" w:rsidRPr="001A2E38" w:rsidRDefault="007D00B4" w:rsidP="00176373">
            <w:pPr>
              <w:pBdr>
                <w:top w:val="none" w:sz="0" w:space="0" w:color="000000"/>
                <w:left w:val="none" w:sz="0" w:space="0" w:color="000000"/>
                <w:bottom w:val="none" w:sz="0" w:space="0" w:color="000000"/>
                <w:right w:val="none" w:sz="0" w:space="0" w:color="000000"/>
              </w:pBdr>
              <w:snapToGrid w:val="0"/>
              <w:spacing w:before="40" w:after="40" w:line="240" w:lineRule="auto"/>
              <w:ind w:left="40" w:right="40"/>
              <w:jc w:val="center"/>
              <w:rPr>
                <w:rFonts w:ascii="Times New Roman" w:eastAsia="Times New Roman" w:hAnsi="Times New Roman" w:cs="Times New Roman"/>
                <w:color w:val="000000"/>
                <w:sz w:val="20"/>
                <w:szCs w:val="20"/>
              </w:rPr>
            </w:pPr>
          </w:p>
        </w:tc>
      </w:tr>
      <w:tr w:rsidR="007D00B4" w:rsidRPr="001A2E38" w14:paraId="4266FCCA" w14:textId="77777777" w:rsidTr="00176373">
        <w:trPr>
          <w:jc w:val="center"/>
        </w:trPr>
        <w:tc>
          <w:tcPr>
            <w:tcW w:w="2099"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77BD83C8" w14:textId="77777777" w:rsidR="007D00B4" w:rsidRPr="001A2E38" w:rsidRDefault="007D00B4" w:rsidP="00176373">
            <w:pPr>
              <w:pBdr>
                <w:top w:val="none" w:sz="0" w:space="0" w:color="000000"/>
                <w:left w:val="none" w:sz="0" w:space="0" w:color="000000"/>
                <w:bottom w:val="none" w:sz="0" w:space="0" w:color="000000"/>
                <w:right w:val="none" w:sz="0" w:space="0" w:color="000000"/>
              </w:pBdr>
              <w:snapToGrid w:val="0"/>
              <w:spacing w:before="40" w:after="40" w:line="240" w:lineRule="auto"/>
              <w:ind w:left="40" w:right="40"/>
              <w:rPr>
                <w:rFonts w:ascii="Times New Roman" w:eastAsia="Times New Roman" w:hAnsi="Times New Roman" w:cs="Times New Roman"/>
                <w:color w:val="000000"/>
                <w:sz w:val="20"/>
                <w:szCs w:val="20"/>
              </w:rPr>
            </w:pPr>
          </w:p>
        </w:tc>
        <w:tc>
          <w:tcPr>
            <w:tcW w:w="2974"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3C757CD4" w14:textId="77777777" w:rsidR="007D00B4" w:rsidRPr="001A2E38" w:rsidRDefault="007D00B4" w:rsidP="00176373">
            <w:pPr>
              <w:pBdr>
                <w:top w:val="none" w:sz="0" w:space="0" w:color="000000"/>
                <w:left w:val="none" w:sz="0" w:space="0" w:color="000000"/>
                <w:bottom w:val="none" w:sz="0" w:space="0" w:color="000000"/>
                <w:right w:val="none" w:sz="0" w:space="0" w:color="000000"/>
              </w:pBdr>
              <w:snapToGrid w:val="0"/>
              <w:spacing w:before="40" w:after="40" w:line="240" w:lineRule="auto"/>
              <w:ind w:left="40" w:right="40"/>
              <w:jc w:val="center"/>
              <w:rPr>
                <w:rFonts w:ascii="Times New Roman" w:eastAsia="Times New Roman" w:hAnsi="Times New Roman" w:cs="Times New Roman"/>
                <w:color w:val="000000"/>
                <w:sz w:val="20"/>
                <w:szCs w:val="20"/>
              </w:rPr>
            </w:pPr>
            <w:r w:rsidRPr="001A2E38">
              <w:rPr>
                <w:rFonts w:ascii="Times New Roman" w:eastAsia="Times New Roman" w:hAnsi="Times New Roman" w:cs="Times New Roman"/>
                <w:color w:val="000000"/>
                <w:sz w:val="20"/>
                <w:szCs w:val="20"/>
              </w:rPr>
              <w:t>Q1</w:t>
            </w:r>
          </w:p>
        </w:tc>
        <w:tc>
          <w:tcPr>
            <w:tcW w:w="3500"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02429D86" w14:textId="77777777" w:rsidR="007D00B4" w:rsidRPr="001A2E38" w:rsidRDefault="007D00B4" w:rsidP="00176373">
            <w:pPr>
              <w:pBdr>
                <w:top w:val="none" w:sz="0" w:space="0" w:color="000000"/>
                <w:left w:val="none" w:sz="0" w:space="0" w:color="000000"/>
                <w:bottom w:val="none" w:sz="0" w:space="0" w:color="000000"/>
                <w:right w:val="none" w:sz="0" w:space="0" w:color="000000"/>
              </w:pBdr>
              <w:snapToGrid w:val="0"/>
              <w:spacing w:before="40" w:after="40" w:line="240" w:lineRule="auto"/>
              <w:ind w:left="40" w:right="40"/>
              <w:jc w:val="center"/>
              <w:rPr>
                <w:rFonts w:ascii="Times New Roman" w:eastAsia="Times New Roman" w:hAnsi="Times New Roman" w:cs="Times New Roman"/>
                <w:color w:val="000000"/>
                <w:sz w:val="20"/>
                <w:szCs w:val="20"/>
              </w:rPr>
            </w:pPr>
            <w:r w:rsidRPr="001A2E38">
              <w:rPr>
                <w:rFonts w:ascii="Times New Roman" w:eastAsia="Times New Roman" w:hAnsi="Times New Roman" w:cs="Times New Roman"/>
                <w:color w:val="000000"/>
                <w:sz w:val="20"/>
                <w:szCs w:val="20"/>
              </w:rPr>
              <w:t>Reference</w:t>
            </w:r>
          </w:p>
        </w:tc>
        <w:tc>
          <w:tcPr>
            <w:tcW w:w="1750"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50A1BC40" w14:textId="77777777" w:rsidR="007D00B4" w:rsidRPr="001A2E38" w:rsidRDefault="007D00B4" w:rsidP="00176373">
            <w:pPr>
              <w:pBdr>
                <w:top w:val="none" w:sz="0" w:space="0" w:color="000000"/>
                <w:left w:val="none" w:sz="0" w:space="0" w:color="000000"/>
                <w:bottom w:val="none" w:sz="0" w:space="0" w:color="000000"/>
                <w:right w:val="none" w:sz="0" w:space="0" w:color="000000"/>
              </w:pBdr>
              <w:snapToGrid w:val="0"/>
              <w:spacing w:before="40" w:after="40" w:line="240" w:lineRule="auto"/>
              <w:ind w:left="40" w:right="40"/>
              <w:jc w:val="center"/>
              <w:rPr>
                <w:rFonts w:ascii="Times New Roman" w:eastAsia="Times New Roman" w:hAnsi="Times New Roman" w:cs="Times New Roman"/>
                <w:color w:val="000000"/>
                <w:sz w:val="20"/>
                <w:szCs w:val="20"/>
              </w:rPr>
            </w:pPr>
          </w:p>
        </w:tc>
        <w:tc>
          <w:tcPr>
            <w:tcW w:w="1925"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67BFC149" w14:textId="77777777" w:rsidR="007D00B4" w:rsidRPr="001A2E38" w:rsidRDefault="007D00B4" w:rsidP="00176373">
            <w:pPr>
              <w:pBdr>
                <w:top w:val="none" w:sz="0" w:space="0" w:color="000000"/>
                <w:left w:val="none" w:sz="0" w:space="0" w:color="000000"/>
                <w:bottom w:val="none" w:sz="0" w:space="0" w:color="000000"/>
                <w:right w:val="none" w:sz="0" w:space="0" w:color="000000"/>
              </w:pBdr>
              <w:snapToGrid w:val="0"/>
              <w:spacing w:before="40" w:after="40" w:line="240" w:lineRule="auto"/>
              <w:ind w:left="40" w:right="40"/>
              <w:jc w:val="center"/>
              <w:rPr>
                <w:rFonts w:ascii="Times New Roman" w:eastAsia="Times New Roman" w:hAnsi="Times New Roman" w:cs="Times New Roman"/>
                <w:color w:val="000000"/>
                <w:sz w:val="20"/>
                <w:szCs w:val="20"/>
              </w:rPr>
            </w:pPr>
          </w:p>
        </w:tc>
      </w:tr>
      <w:tr w:rsidR="007D00B4" w:rsidRPr="001A2E38" w14:paraId="47D50C68" w14:textId="77777777" w:rsidTr="00176373">
        <w:trPr>
          <w:jc w:val="center"/>
        </w:trPr>
        <w:tc>
          <w:tcPr>
            <w:tcW w:w="2099"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03FCA11C" w14:textId="77777777" w:rsidR="007D00B4" w:rsidRPr="001A2E38" w:rsidRDefault="007D00B4" w:rsidP="00176373">
            <w:pPr>
              <w:pBdr>
                <w:top w:val="none" w:sz="0" w:space="0" w:color="000000"/>
                <w:left w:val="none" w:sz="0" w:space="0" w:color="000000"/>
                <w:bottom w:val="none" w:sz="0" w:space="0" w:color="000000"/>
                <w:right w:val="none" w:sz="0" w:space="0" w:color="000000"/>
              </w:pBdr>
              <w:snapToGrid w:val="0"/>
              <w:spacing w:before="40" w:after="40" w:line="240" w:lineRule="auto"/>
              <w:ind w:left="40" w:right="40"/>
              <w:rPr>
                <w:rFonts w:ascii="Times New Roman" w:eastAsia="Times New Roman" w:hAnsi="Times New Roman" w:cs="Times New Roman"/>
                <w:color w:val="000000"/>
                <w:sz w:val="20"/>
                <w:szCs w:val="20"/>
              </w:rPr>
            </w:pPr>
          </w:p>
        </w:tc>
        <w:tc>
          <w:tcPr>
            <w:tcW w:w="2974"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0DBD6CD7" w14:textId="77777777" w:rsidR="007D00B4" w:rsidRPr="001A2E38" w:rsidRDefault="007D00B4" w:rsidP="00176373">
            <w:pPr>
              <w:pBdr>
                <w:top w:val="none" w:sz="0" w:space="0" w:color="000000"/>
                <w:left w:val="none" w:sz="0" w:space="0" w:color="000000"/>
                <w:bottom w:val="none" w:sz="0" w:space="0" w:color="000000"/>
                <w:right w:val="none" w:sz="0" w:space="0" w:color="000000"/>
              </w:pBdr>
              <w:snapToGrid w:val="0"/>
              <w:spacing w:before="40" w:after="40" w:line="240" w:lineRule="auto"/>
              <w:ind w:left="40" w:right="40"/>
              <w:jc w:val="center"/>
              <w:rPr>
                <w:rFonts w:ascii="Times New Roman" w:eastAsia="Times New Roman" w:hAnsi="Times New Roman" w:cs="Times New Roman"/>
                <w:color w:val="000000"/>
                <w:sz w:val="20"/>
                <w:szCs w:val="20"/>
              </w:rPr>
            </w:pPr>
            <w:r w:rsidRPr="001A2E38">
              <w:rPr>
                <w:rFonts w:ascii="Times New Roman" w:eastAsia="Times New Roman" w:hAnsi="Times New Roman" w:cs="Times New Roman"/>
                <w:color w:val="000000"/>
                <w:sz w:val="20"/>
                <w:szCs w:val="20"/>
              </w:rPr>
              <w:t>Q2</w:t>
            </w:r>
          </w:p>
        </w:tc>
        <w:tc>
          <w:tcPr>
            <w:tcW w:w="3500"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37053A64" w14:textId="77777777" w:rsidR="007D00B4" w:rsidRPr="001A2E38" w:rsidRDefault="007D00B4" w:rsidP="00176373">
            <w:pPr>
              <w:pBdr>
                <w:top w:val="none" w:sz="0" w:space="0" w:color="000000"/>
                <w:left w:val="none" w:sz="0" w:space="0" w:color="000000"/>
                <w:bottom w:val="none" w:sz="0" w:space="0" w:color="000000"/>
                <w:right w:val="none" w:sz="0" w:space="0" w:color="000000"/>
              </w:pBdr>
              <w:snapToGrid w:val="0"/>
              <w:spacing w:before="40" w:after="40" w:line="240" w:lineRule="auto"/>
              <w:ind w:left="40" w:right="40"/>
              <w:jc w:val="center"/>
              <w:rPr>
                <w:rFonts w:ascii="Times New Roman" w:eastAsia="Times New Roman" w:hAnsi="Times New Roman" w:cs="Times New Roman"/>
                <w:color w:val="000000"/>
                <w:sz w:val="20"/>
                <w:szCs w:val="20"/>
              </w:rPr>
            </w:pPr>
            <w:r w:rsidRPr="001A2E38">
              <w:rPr>
                <w:rFonts w:ascii="Times New Roman" w:eastAsia="Times New Roman" w:hAnsi="Times New Roman" w:cs="Times New Roman"/>
                <w:color w:val="000000"/>
                <w:sz w:val="20"/>
                <w:szCs w:val="20"/>
              </w:rPr>
              <w:t>1.231 (1.094-1.385)</w:t>
            </w:r>
          </w:p>
        </w:tc>
        <w:tc>
          <w:tcPr>
            <w:tcW w:w="1750"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5E9DD057" w14:textId="77777777" w:rsidR="007D00B4" w:rsidRPr="001A2E38" w:rsidRDefault="007D00B4" w:rsidP="00176373">
            <w:pPr>
              <w:pBdr>
                <w:top w:val="none" w:sz="0" w:space="0" w:color="000000"/>
                <w:left w:val="none" w:sz="0" w:space="0" w:color="000000"/>
                <w:bottom w:val="none" w:sz="0" w:space="0" w:color="000000"/>
                <w:right w:val="none" w:sz="0" w:space="0" w:color="000000"/>
              </w:pBdr>
              <w:snapToGrid w:val="0"/>
              <w:spacing w:before="40" w:after="40" w:line="240" w:lineRule="auto"/>
              <w:ind w:left="40" w:right="40"/>
              <w:jc w:val="center"/>
              <w:rPr>
                <w:rFonts w:ascii="Times New Roman" w:eastAsia="Times New Roman" w:hAnsi="Times New Roman" w:cs="Times New Roman"/>
                <w:color w:val="000000"/>
                <w:sz w:val="20"/>
                <w:szCs w:val="20"/>
              </w:rPr>
            </w:pPr>
            <w:r w:rsidRPr="001A2E38">
              <w:rPr>
                <w:rFonts w:ascii="Times New Roman" w:eastAsia="Times New Roman" w:hAnsi="Times New Roman" w:cs="Times New Roman"/>
                <w:color w:val="000000"/>
                <w:sz w:val="20"/>
                <w:szCs w:val="20"/>
              </w:rPr>
              <w:t>&lt;0.001</w:t>
            </w:r>
          </w:p>
        </w:tc>
        <w:tc>
          <w:tcPr>
            <w:tcW w:w="1925"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674E746B" w14:textId="77777777" w:rsidR="007D00B4" w:rsidRPr="001A2E38" w:rsidRDefault="007D00B4" w:rsidP="00176373">
            <w:pPr>
              <w:pBdr>
                <w:top w:val="none" w:sz="0" w:space="0" w:color="000000"/>
                <w:left w:val="none" w:sz="0" w:space="0" w:color="000000"/>
                <w:bottom w:val="none" w:sz="0" w:space="0" w:color="000000"/>
                <w:right w:val="none" w:sz="0" w:space="0" w:color="000000"/>
              </w:pBdr>
              <w:snapToGrid w:val="0"/>
              <w:spacing w:before="40" w:after="40" w:line="240" w:lineRule="auto"/>
              <w:ind w:left="40" w:right="40"/>
              <w:jc w:val="center"/>
              <w:rPr>
                <w:rFonts w:ascii="Times New Roman" w:eastAsia="Times New Roman" w:hAnsi="Times New Roman" w:cs="Times New Roman"/>
                <w:color w:val="000000"/>
                <w:sz w:val="20"/>
                <w:szCs w:val="20"/>
              </w:rPr>
            </w:pPr>
          </w:p>
        </w:tc>
      </w:tr>
      <w:tr w:rsidR="007D00B4" w:rsidRPr="001A2E38" w14:paraId="53CB9BC2" w14:textId="77777777" w:rsidTr="00176373">
        <w:trPr>
          <w:jc w:val="center"/>
        </w:trPr>
        <w:tc>
          <w:tcPr>
            <w:tcW w:w="2099"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5349BBF6" w14:textId="77777777" w:rsidR="007D00B4" w:rsidRPr="001A2E38" w:rsidRDefault="007D00B4" w:rsidP="00176373">
            <w:pPr>
              <w:pBdr>
                <w:top w:val="none" w:sz="0" w:space="0" w:color="000000"/>
                <w:left w:val="none" w:sz="0" w:space="0" w:color="000000"/>
                <w:bottom w:val="none" w:sz="0" w:space="0" w:color="000000"/>
                <w:right w:val="none" w:sz="0" w:space="0" w:color="000000"/>
              </w:pBdr>
              <w:snapToGrid w:val="0"/>
              <w:spacing w:before="40" w:after="40" w:line="240" w:lineRule="auto"/>
              <w:ind w:left="40" w:right="40"/>
              <w:rPr>
                <w:rFonts w:ascii="Times New Roman" w:eastAsia="Times New Roman" w:hAnsi="Times New Roman" w:cs="Times New Roman"/>
                <w:color w:val="000000"/>
                <w:sz w:val="20"/>
                <w:szCs w:val="20"/>
              </w:rPr>
            </w:pPr>
          </w:p>
        </w:tc>
        <w:tc>
          <w:tcPr>
            <w:tcW w:w="2974"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4EBC9F76" w14:textId="77777777" w:rsidR="007D00B4" w:rsidRPr="001A2E38" w:rsidRDefault="007D00B4" w:rsidP="00176373">
            <w:pPr>
              <w:pBdr>
                <w:top w:val="none" w:sz="0" w:space="0" w:color="000000"/>
                <w:left w:val="none" w:sz="0" w:space="0" w:color="000000"/>
                <w:bottom w:val="none" w:sz="0" w:space="0" w:color="000000"/>
                <w:right w:val="none" w:sz="0" w:space="0" w:color="000000"/>
              </w:pBdr>
              <w:snapToGrid w:val="0"/>
              <w:spacing w:before="40" w:after="40" w:line="240" w:lineRule="auto"/>
              <w:ind w:left="40" w:right="40"/>
              <w:jc w:val="center"/>
              <w:rPr>
                <w:rFonts w:ascii="Times New Roman" w:eastAsia="Times New Roman" w:hAnsi="Times New Roman" w:cs="Times New Roman"/>
                <w:color w:val="000000"/>
                <w:sz w:val="20"/>
                <w:szCs w:val="20"/>
              </w:rPr>
            </w:pPr>
            <w:r w:rsidRPr="001A2E38">
              <w:rPr>
                <w:rFonts w:ascii="Times New Roman" w:eastAsia="Times New Roman" w:hAnsi="Times New Roman" w:cs="Times New Roman"/>
                <w:color w:val="000000"/>
                <w:sz w:val="20"/>
                <w:szCs w:val="20"/>
              </w:rPr>
              <w:t>Q3</w:t>
            </w:r>
          </w:p>
        </w:tc>
        <w:tc>
          <w:tcPr>
            <w:tcW w:w="3500"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353E5C91" w14:textId="77777777" w:rsidR="007D00B4" w:rsidRPr="001A2E38" w:rsidRDefault="007D00B4" w:rsidP="00176373">
            <w:pPr>
              <w:pBdr>
                <w:top w:val="none" w:sz="0" w:space="0" w:color="000000"/>
                <w:left w:val="none" w:sz="0" w:space="0" w:color="000000"/>
                <w:bottom w:val="none" w:sz="0" w:space="0" w:color="000000"/>
                <w:right w:val="none" w:sz="0" w:space="0" w:color="000000"/>
              </w:pBdr>
              <w:snapToGrid w:val="0"/>
              <w:spacing w:before="40" w:after="40" w:line="240" w:lineRule="auto"/>
              <w:ind w:left="40" w:right="40"/>
              <w:jc w:val="center"/>
              <w:rPr>
                <w:rFonts w:ascii="Times New Roman" w:eastAsia="Times New Roman" w:hAnsi="Times New Roman" w:cs="Times New Roman"/>
                <w:color w:val="000000"/>
                <w:sz w:val="20"/>
                <w:szCs w:val="20"/>
              </w:rPr>
            </w:pPr>
            <w:r w:rsidRPr="001A2E38">
              <w:rPr>
                <w:rFonts w:ascii="Times New Roman" w:eastAsia="Times New Roman" w:hAnsi="Times New Roman" w:cs="Times New Roman"/>
                <w:color w:val="000000"/>
                <w:sz w:val="20"/>
                <w:szCs w:val="20"/>
              </w:rPr>
              <w:t>1.746 (1.564-1.949)</w:t>
            </w:r>
          </w:p>
        </w:tc>
        <w:tc>
          <w:tcPr>
            <w:tcW w:w="1750"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3471F354" w14:textId="77777777" w:rsidR="007D00B4" w:rsidRPr="001A2E38" w:rsidRDefault="007D00B4" w:rsidP="00176373">
            <w:pPr>
              <w:pBdr>
                <w:top w:val="none" w:sz="0" w:space="0" w:color="000000"/>
                <w:left w:val="none" w:sz="0" w:space="0" w:color="000000"/>
                <w:bottom w:val="none" w:sz="0" w:space="0" w:color="000000"/>
                <w:right w:val="none" w:sz="0" w:space="0" w:color="000000"/>
              </w:pBdr>
              <w:snapToGrid w:val="0"/>
              <w:spacing w:before="40" w:after="40" w:line="240" w:lineRule="auto"/>
              <w:ind w:left="40" w:right="40"/>
              <w:jc w:val="center"/>
              <w:rPr>
                <w:rFonts w:ascii="Times New Roman" w:eastAsia="Times New Roman" w:hAnsi="Times New Roman" w:cs="Times New Roman"/>
                <w:color w:val="000000"/>
                <w:sz w:val="20"/>
                <w:szCs w:val="20"/>
              </w:rPr>
            </w:pPr>
            <w:r w:rsidRPr="001A2E38">
              <w:rPr>
                <w:rFonts w:ascii="Times New Roman" w:eastAsia="Times New Roman" w:hAnsi="Times New Roman" w:cs="Times New Roman"/>
                <w:color w:val="000000"/>
                <w:sz w:val="20"/>
                <w:szCs w:val="20"/>
              </w:rPr>
              <w:t>&lt;0.001</w:t>
            </w:r>
          </w:p>
        </w:tc>
        <w:tc>
          <w:tcPr>
            <w:tcW w:w="1925"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1290B064" w14:textId="77777777" w:rsidR="007D00B4" w:rsidRPr="001A2E38" w:rsidRDefault="007D00B4" w:rsidP="00176373">
            <w:pPr>
              <w:pBdr>
                <w:top w:val="none" w:sz="0" w:space="0" w:color="000000"/>
                <w:left w:val="none" w:sz="0" w:space="0" w:color="000000"/>
                <w:bottom w:val="none" w:sz="0" w:space="0" w:color="000000"/>
                <w:right w:val="none" w:sz="0" w:space="0" w:color="000000"/>
              </w:pBdr>
              <w:snapToGrid w:val="0"/>
              <w:spacing w:before="40" w:after="40" w:line="240" w:lineRule="auto"/>
              <w:ind w:left="40" w:right="40"/>
              <w:jc w:val="center"/>
              <w:rPr>
                <w:rFonts w:ascii="Times New Roman" w:eastAsia="Times New Roman" w:hAnsi="Times New Roman" w:cs="Times New Roman"/>
                <w:color w:val="000000"/>
                <w:sz w:val="20"/>
                <w:szCs w:val="20"/>
              </w:rPr>
            </w:pPr>
          </w:p>
        </w:tc>
      </w:tr>
      <w:tr w:rsidR="007D00B4" w:rsidRPr="001A2E38" w14:paraId="60BF4ECD" w14:textId="77777777" w:rsidTr="00176373">
        <w:trPr>
          <w:jc w:val="center"/>
        </w:trPr>
        <w:tc>
          <w:tcPr>
            <w:tcW w:w="2099"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45233A7E" w14:textId="77777777" w:rsidR="007D00B4" w:rsidRPr="001A2E38" w:rsidRDefault="007D00B4" w:rsidP="00176373">
            <w:pPr>
              <w:pBdr>
                <w:top w:val="none" w:sz="0" w:space="0" w:color="000000"/>
                <w:left w:val="none" w:sz="0" w:space="0" w:color="000000"/>
                <w:bottom w:val="none" w:sz="0" w:space="0" w:color="000000"/>
                <w:right w:val="none" w:sz="0" w:space="0" w:color="000000"/>
              </w:pBdr>
              <w:snapToGrid w:val="0"/>
              <w:spacing w:before="40" w:after="40" w:line="240" w:lineRule="auto"/>
              <w:ind w:left="40" w:right="40"/>
              <w:rPr>
                <w:rFonts w:ascii="Times New Roman" w:eastAsia="Times New Roman" w:hAnsi="Times New Roman" w:cs="Times New Roman"/>
                <w:color w:val="000000"/>
                <w:sz w:val="20"/>
                <w:szCs w:val="20"/>
              </w:rPr>
            </w:pPr>
          </w:p>
        </w:tc>
        <w:tc>
          <w:tcPr>
            <w:tcW w:w="2974"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7387C584" w14:textId="77777777" w:rsidR="007D00B4" w:rsidRPr="001A2E38" w:rsidRDefault="007D00B4" w:rsidP="00176373">
            <w:pPr>
              <w:pBdr>
                <w:top w:val="none" w:sz="0" w:space="0" w:color="000000"/>
                <w:left w:val="none" w:sz="0" w:space="0" w:color="000000"/>
                <w:bottom w:val="none" w:sz="0" w:space="0" w:color="000000"/>
                <w:right w:val="none" w:sz="0" w:space="0" w:color="000000"/>
              </w:pBdr>
              <w:snapToGrid w:val="0"/>
              <w:spacing w:before="40" w:after="40" w:line="240" w:lineRule="auto"/>
              <w:ind w:left="40" w:right="40"/>
              <w:jc w:val="center"/>
              <w:rPr>
                <w:rFonts w:ascii="Times New Roman" w:eastAsia="Times New Roman" w:hAnsi="Times New Roman" w:cs="Times New Roman"/>
                <w:color w:val="000000"/>
                <w:sz w:val="20"/>
                <w:szCs w:val="20"/>
              </w:rPr>
            </w:pPr>
            <w:r w:rsidRPr="001A2E38">
              <w:rPr>
                <w:rFonts w:ascii="Times New Roman" w:eastAsia="Times New Roman" w:hAnsi="Times New Roman" w:cs="Times New Roman"/>
                <w:color w:val="000000"/>
                <w:sz w:val="20"/>
                <w:szCs w:val="20"/>
              </w:rPr>
              <w:t>Q4</w:t>
            </w:r>
          </w:p>
        </w:tc>
        <w:tc>
          <w:tcPr>
            <w:tcW w:w="3500"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3AB15FAD" w14:textId="77777777" w:rsidR="007D00B4" w:rsidRPr="001A2E38" w:rsidRDefault="007D00B4" w:rsidP="00176373">
            <w:pPr>
              <w:pBdr>
                <w:top w:val="none" w:sz="0" w:space="0" w:color="000000"/>
                <w:left w:val="none" w:sz="0" w:space="0" w:color="000000"/>
                <w:bottom w:val="none" w:sz="0" w:space="0" w:color="000000"/>
                <w:right w:val="none" w:sz="0" w:space="0" w:color="000000"/>
              </w:pBdr>
              <w:snapToGrid w:val="0"/>
              <w:spacing w:before="40" w:after="40" w:line="240" w:lineRule="auto"/>
              <w:ind w:left="40" w:right="40"/>
              <w:jc w:val="center"/>
              <w:rPr>
                <w:rFonts w:ascii="Times New Roman" w:eastAsia="Times New Roman" w:hAnsi="Times New Roman" w:cs="Times New Roman"/>
                <w:color w:val="000000"/>
                <w:sz w:val="20"/>
                <w:szCs w:val="20"/>
              </w:rPr>
            </w:pPr>
            <w:r w:rsidRPr="001A2E38">
              <w:rPr>
                <w:rFonts w:ascii="Times New Roman" w:eastAsia="Times New Roman" w:hAnsi="Times New Roman" w:cs="Times New Roman"/>
                <w:color w:val="000000"/>
                <w:sz w:val="20"/>
                <w:szCs w:val="20"/>
              </w:rPr>
              <w:t>2.653 (2.395-2.939)</w:t>
            </w:r>
          </w:p>
        </w:tc>
        <w:tc>
          <w:tcPr>
            <w:tcW w:w="1750"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41B03A1A" w14:textId="77777777" w:rsidR="007D00B4" w:rsidRPr="001A2E38" w:rsidRDefault="007D00B4" w:rsidP="00176373">
            <w:pPr>
              <w:pBdr>
                <w:top w:val="none" w:sz="0" w:space="0" w:color="000000"/>
                <w:left w:val="none" w:sz="0" w:space="0" w:color="000000"/>
                <w:bottom w:val="none" w:sz="0" w:space="0" w:color="000000"/>
                <w:right w:val="none" w:sz="0" w:space="0" w:color="000000"/>
              </w:pBdr>
              <w:snapToGrid w:val="0"/>
              <w:spacing w:before="40" w:after="40" w:line="240" w:lineRule="auto"/>
              <w:ind w:left="40" w:right="40"/>
              <w:jc w:val="center"/>
              <w:rPr>
                <w:rFonts w:ascii="Times New Roman" w:eastAsia="Times New Roman" w:hAnsi="Times New Roman" w:cs="Times New Roman"/>
                <w:color w:val="000000"/>
                <w:sz w:val="20"/>
                <w:szCs w:val="20"/>
              </w:rPr>
            </w:pPr>
            <w:r w:rsidRPr="001A2E38">
              <w:rPr>
                <w:rFonts w:ascii="Times New Roman" w:eastAsia="Times New Roman" w:hAnsi="Times New Roman" w:cs="Times New Roman"/>
                <w:color w:val="000000"/>
                <w:sz w:val="20"/>
                <w:szCs w:val="20"/>
              </w:rPr>
              <w:t>&lt;0.001</w:t>
            </w:r>
          </w:p>
        </w:tc>
        <w:tc>
          <w:tcPr>
            <w:tcW w:w="1925"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20B1D183" w14:textId="77777777" w:rsidR="007D00B4" w:rsidRPr="001A2E38" w:rsidRDefault="007D00B4" w:rsidP="00176373">
            <w:pPr>
              <w:pBdr>
                <w:top w:val="none" w:sz="0" w:space="0" w:color="000000"/>
                <w:left w:val="none" w:sz="0" w:space="0" w:color="000000"/>
                <w:bottom w:val="none" w:sz="0" w:space="0" w:color="000000"/>
                <w:right w:val="none" w:sz="0" w:space="0" w:color="000000"/>
              </w:pBdr>
              <w:snapToGrid w:val="0"/>
              <w:spacing w:before="40" w:after="40" w:line="240" w:lineRule="auto"/>
              <w:ind w:left="40" w:right="40"/>
              <w:jc w:val="center"/>
              <w:rPr>
                <w:rFonts w:ascii="Times New Roman" w:eastAsia="Times New Roman" w:hAnsi="Times New Roman" w:cs="Times New Roman"/>
                <w:color w:val="000000"/>
                <w:sz w:val="20"/>
                <w:szCs w:val="20"/>
              </w:rPr>
            </w:pPr>
            <w:r w:rsidRPr="001A2E38">
              <w:rPr>
                <w:rFonts w:ascii="Times New Roman" w:eastAsia="Times New Roman" w:hAnsi="Times New Roman" w:cs="Times New Roman"/>
                <w:color w:val="000000"/>
                <w:sz w:val="20"/>
                <w:szCs w:val="20"/>
              </w:rPr>
              <w:t>&lt;0.001</w:t>
            </w:r>
          </w:p>
        </w:tc>
      </w:tr>
      <w:tr w:rsidR="007D00B4" w:rsidRPr="001A2E38" w14:paraId="1ECAE62A" w14:textId="77777777" w:rsidTr="00176373">
        <w:trPr>
          <w:jc w:val="center"/>
        </w:trPr>
        <w:tc>
          <w:tcPr>
            <w:tcW w:w="2099"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263F01DD" w14:textId="77777777" w:rsidR="007D00B4" w:rsidRPr="001A2E38" w:rsidRDefault="007D00B4" w:rsidP="00176373">
            <w:pPr>
              <w:pBdr>
                <w:top w:val="none" w:sz="0" w:space="0" w:color="000000"/>
                <w:left w:val="none" w:sz="0" w:space="0" w:color="000000"/>
                <w:bottom w:val="none" w:sz="0" w:space="0" w:color="000000"/>
                <w:right w:val="none" w:sz="0" w:space="0" w:color="000000"/>
              </w:pBdr>
              <w:snapToGrid w:val="0"/>
              <w:spacing w:before="40" w:after="40" w:line="240" w:lineRule="auto"/>
              <w:ind w:left="40" w:right="40"/>
              <w:rPr>
                <w:rFonts w:ascii="Times New Roman" w:eastAsia="Times New Roman" w:hAnsi="Times New Roman" w:cs="Times New Roman"/>
                <w:color w:val="000000"/>
                <w:sz w:val="20"/>
                <w:szCs w:val="20"/>
              </w:rPr>
            </w:pPr>
            <w:r w:rsidRPr="001A2E38">
              <w:rPr>
                <w:rFonts w:ascii="Times New Roman" w:eastAsia="Times New Roman" w:hAnsi="Times New Roman" w:cs="Times New Roman"/>
                <w:color w:val="000000"/>
                <w:sz w:val="20"/>
                <w:szCs w:val="20"/>
              </w:rPr>
              <w:t>CHG-WHtR</w:t>
            </w:r>
          </w:p>
        </w:tc>
        <w:tc>
          <w:tcPr>
            <w:tcW w:w="2974"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5A374AA2" w14:textId="77777777" w:rsidR="007D00B4" w:rsidRPr="001A2E38" w:rsidRDefault="007D00B4" w:rsidP="00176373">
            <w:pPr>
              <w:pBdr>
                <w:top w:val="none" w:sz="0" w:space="0" w:color="000000"/>
                <w:left w:val="none" w:sz="0" w:space="0" w:color="000000"/>
                <w:bottom w:val="none" w:sz="0" w:space="0" w:color="000000"/>
                <w:right w:val="none" w:sz="0" w:space="0" w:color="000000"/>
              </w:pBdr>
              <w:snapToGrid w:val="0"/>
              <w:spacing w:before="40" w:after="40" w:line="240" w:lineRule="auto"/>
              <w:ind w:left="40" w:right="40"/>
              <w:jc w:val="center"/>
              <w:rPr>
                <w:rFonts w:ascii="Times New Roman" w:eastAsia="Times New Roman" w:hAnsi="Times New Roman" w:cs="Times New Roman"/>
                <w:color w:val="000000"/>
                <w:sz w:val="20"/>
                <w:szCs w:val="20"/>
              </w:rPr>
            </w:pPr>
            <w:r w:rsidRPr="001A2E38">
              <w:rPr>
                <w:rFonts w:ascii="Times New Roman" w:eastAsia="Times New Roman" w:hAnsi="Times New Roman" w:cs="Times New Roman"/>
                <w:color w:val="000000"/>
                <w:sz w:val="20"/>
                <w:szCs w:val="20"/>
              </w:rPr>
              <w:t>Per 1-SD increase</w:t>
            </w:r>
          </w:p>
        </w:tc>
        <w:tc>
          <w:tcPr>
            <w:tcW w:w="3500"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16371068" w14:textId="77777777" w:rsidR="007D00B4" w:rsidRPr="001A2E38" w:rsidRDefault="007D00B4" w:rsidP="00176373">
            <w:pPr>
              <w:pBdr>
                <w:top w:val="none" w:sz="0" w:space="0" w:color="000000"/>
                <w:left w:val="none" w:sz="0" w:space="0" w:color="000000"/>
                <w:bottom w:val="none" w:sz="0" w:space="0" w:color="000000"/>
                <w:right w:val="none" w:sz="0" w:space="0" w:color="000000"/>
              </w:pBdr>
              <w:snapToGrid w:val="0"/>
              <w:spacing w:before="40" w:after="40" w:line="240" w:lineRule="auto"/>
              <w:ind w:left="40" w:right="40"/>
              <w:jc w:val="center"/>
              <w:rPr>
                <w:rFonts w:ascii="Times New Roman" w:eastAsia="Times New Roman" w:hAnsi="Times New Roman" w:cs="Times New Roman"/>
                <w:color w:val="000000"/>
                <w:sz w:val="20"/>
                <w:szCs w:val="20"/>
              </w:rPr>
            </w:pPr>
            <w:r w:rsidRPr="001A2E38">
              <w:rPr>
                <w:rFonts w:ascii="Times New Roman" w:eastAsia="Times New Roman" w:hAnsi="Times New Roman" w:cs="Times New Roman"/>
                <w:color w:val="000000"/>
                <w:sz w:val="20"/>
                <w:szCs w:val="20"/>
              </w:rPr>
              <w:t>1.355 (1.320-1.390)</w:t>
            </w:r>
          </w:p>
        </w:tc>
        <w:tc>
          <w:tcPr>
            <w:tcW w:w="1750"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597D1A4E" w14:textId="77777777" w:rsidR="007D00B4" w:rsidRPr="001A2E38" w:rsidRDefault="007D00B4" w:rsidP="00176373">
            <w:pPr>
              <w:pBdr>
                <w:top w:val="none" w:sz="0" w:space="0" w:color="000000"/>
                <w:left w:val="none" w:sz="0" w:space="0" w:color="000000"/>
                <w:bottom w:val="none" w:sz="0" w:space="0" w:color="000000"/>
                <w:right w:val="none" w:sz="0" w:space="0" w:color="000000"/>
              </w:pBdr>
              <w:snapToGrid w:val="0"/>
              <w:spacing w:before="40" w:after="40" w:line="240" w:lineRule="auto"/>
              <w:ind w:left="40" w:right="40"/>
              <w:jc w:val="center"/>
              <w:rPr>
                <w:rFonts w:ascii="Times New Roman" w:eastAsia="Times New Roman" w:hAnsi="Times New Roman" w:cs="Times New Roman"/>
                <w:color w:val="000000"/>
                <w:sz w:val="20"/>
                <w:szCs w:val="20"/>
              </w:rPr>
            </w:pPr>
            <w:r w:rsidRPr="001A2E38">
              <w:rPr>
                <w:rFonts w:ascii="Times New Roman" w:eastAsia="Times New Roman" w:hAnsi="Times New Roman" w:cs="Times New Roman"/>
                <w:color w:val="000000"/>
                <w:sz w:val="20"/>
                <w:szCs w:val="20"/>
              </w:rPr>
              <w:t>&lt;0.001</w:t>
            </w:r>
          </w:p>
        </w:tc>
        <w:tc>
          <w:tcPr>
            <w:tcW w:w="1925"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2F6708D7" w14:textId="77777777" w:rsidR="007D00B4" w:rsidRPr="001A2E38" w:rsidRDefault="007D00B4" w:rsidP="00176373">
            <w:pPr>
              <w:pBdr>
                <w:top w:val="none" w:sz="0" w:space="0" w:color="000000"/>
                <w:left w:val="none" w:sz="0" w:space="0" w:color="000000"/>
                <w:bottom w:val="none" w:sz="0" w:space="0" w:color="000000"/>
                <w:right w:val="none" w:sz="0" w:space="0" w:color="000000"/>
              </w:pBdr>
              <w:snapToGrid w:val="0"/>
              <w:spacing w:before="40" w:after="40" w:line="240" w:lineRule="auto"/>
              <w:ind w:left="40" w:right="40"/>
              <w:jc w:val="center"/>
              <w:rPr>
                <w:rFonts w:ascii="Times New Roman" w:eastAsia="Times New Roman" w:hAnsi="Times New Roman" w:cs="Times New Roman"/>
                <w:color w:val="000000"/>
                <w:sz w:val="20"/>
                <w:szCs w:val="20"/>
              </w:rPr>
            </w:pPr>
          </w:p>
        </w:tc>
      </w:tr>
      <w:tr w:rsidR="007D00B4" w:rsidRPr="001A2E38" w14:paraId="5E10C80C" w14:textId="77777777" w:rsidTr="00176373">
        <w:trPr>
          <w:jc w:val="center"/>
        </w:trPr>
        <w:tc>
          <w:tcPr>
            <w:tcW w:w="2099"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68ECACBA" w14:textId="77777777" w:rsidR="007D00B4" w:rsidRPr="001A2E38" w:rsidRDefault="007D00B4" w:rsidP="00176373">
            <w:pPr>
              <w:pBdr>
                <w:top w:val="none" w:sz="0" w:space="0" w:color="000000"/>
                <w:left w:val="none" w:sz="0" w:space="0" w:color="000000"/>
                <w:bottom w:val="none" w:sz="0" w:space="0" w:color="000000"/>
                <w:right w:val="none" w:sz="0" w:space="0" w:color="000000"/>
              </w:pBdr>
              <w:snapToGrid w:val="0"/>
              <w:spacing w:before="40" w:after="40" w:line="240" w:lineRule="auto"/>
              <w:ind w:left="40" w:right="40"/>
              <w:rPr>
                <w:rFonts w:ascii="Times New Roman" w:eastAsia="Times New Roman" w:hAnsi="Times New Roman" w:cs="Times New Roman"/>
                <w:color w:val="000000"/>
                <w:sz w:val="20"/>
                <w:szCs w:val="20"/>
              </w:rPr>
            </w:pPr>
          </w:p>
        </w:tc>
        <w:tc>
          <w:tcPr>
            <w:tcW w:w="2974"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5AAB42BF" w14:textId="77777777" w:rsidR="007D00B4" w:rsidRPr="001A2E38" w:rsidRDefault="007D00B4" w:rsidP="00176373">
            <w:pPr>
              <w:pBdr>
                <w:top w:val="none" w:sz="0" w:space="0" w:color="000000"/>
                <w:left w:val="none" w:sz="0" w:space="0" w:color="000000"/>
                <w:bottom w:val="none" w:sz="0" w:space="0" w:color="000000"/>
                <w:right w:val="none" w:sz="0" w:space="0" w:color="000000"/>
              </w:pBdr>
              <w:snapToGrid w:val="0"/>
              <w:spacing w:before="40" w:after="40" w:line="240" w:lineRule="auto"/>
              <w:ind w:left="40" w:right="40"/>
              <w:jc w:val="center"/>
              <w:rPr>
                <w:rFonts w:ascii="Times New Roman" w:eastAsia="Times New Roman" w:hAnsi="Times New Roman" w:cs="Times New Roman"/>
                <w:color w:val="000000"/>
                <w:sz w:val="20"/>
                <w:szCs w:val="20"/>
              </w:rPr>
            </w:pPr>
            <w:r w:rsidRPr="001A2E38">
              <w:rPr>
                <w:rFonts w:ascii="Times New Roman" w:eastAsia="Times New Roman" w:hAnsi="Times New Roman" w:cs="Times New Roman"/>
                <w:color w:val="000000"/>
                <w:sz w:val="20"/>
                <w:szCs w:val="20"/>
              </w:rPr>
              <w:t>Q1</w:t>
            </w:r>
          </w:p>
        </w:tc>
        <w:tc>
          <w:tcPr>
            <w:tcW w:w="3500"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772C77CB" w14:textId="77777777" w:rsidR="007D00B4" w:rsidRPr="001A2E38" w:rsidRDefault="007D00B4" w:rsidP="00176373">
            <w:pPr>
              <w:pBdr>
                <w:top w:val="none" w:sz="0" w:space="0" w:color="000000"/>
                <w:left w:val="none" w:sz="0" w:space="0" w:color="000000"/>
                <w:bottom w:val="none" w:sz="0" w:space="0" w:color="000000"/>
                <w:right w:val="none" w:sz="0" w:space="0" w:color="000000"/>
              </w:pBdr>
              <w:snapToGrid w:val="0"/>
              <w:spacing w:before="40" w:after="40" w:line="240" w:lineRule="auto"/>
              <w:ind w:left="40" w:right="40"/>
              <w:jc w:val="center"/>
              <w:rPr>
                <w:rFonts w:ascii="Times New Roman" w:eastAsia="Times New Roman" w:hAnsi="Times New Roman" w:cs="Times New Roman"/>
                <w:color w:val="000000"/>
                <w:sz w:val="20"/>
                <w:szCs w:val="20"/>
              </w:rPr>
            </w:pPr>
            <w:r w:rsidRPr="001A2E38">
              <w:rPr>
                <w:rFonts w:ascii="Times New Roman" w:eastAsia="Times New Roman" w:hAnsi="Times New Roman" w:cs="Times New Roman"/>
                <w:color w:val="000000"/>
                <w:sz w:val="20"/>
                <w:szCs w:val="20"/>
              </w:rPr>
              <w:t>Reference</w:t>
            </w:r>
          </w:p>
        </w:tc>
        <w:tc>
          <w:tcPr>
            <w:tcW w:w="1750"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7FFCA1DA" w14:textId="77777777" w:rsidR="007D00B4" w:rsidRPr="001A2E38" w:rsidRDefault="007D00B4" w:rsidP="00176373">
            <w:pPr>
              <w:pBdr>
                <w:top w:val="none" w:sz="0" w:space="0" w:color="000000"/>
                <w:left w:val="none" w:sz="0" w:space="0" w:color="000000"/>
                <w:bottom w:val="none" w:sz="0" w:space="0" w:color="000000"/>
                <w:right w:val="none" w:sz="0" w:space="0" w:color="000000"/>
              </w:pBdr>
              <w:snapToGrid w:val="0"/>
              <w:spacing w:before="40" w:after="40" w:line="240" w:lineRule="auto"/>
              <w:ind w:left="40" w:right="40"/>
              <w:jc w:val="center"/>
              <w:rPr>
                <w:rFonts w:ascii="Times New Roman" w:eastAsia="Times New Roman" w:hAnsi="Times New Roman" w:cs="Times New Roman"/>
                <w:color w:val="000000"/>
                <w:sz w:val="20"/>
                <w:szCs w:val="20"/>
              </w:rPr>
            </w:pPr>
          </w:p>
        </w:tc>
        <w:tc>
          <w:tcPr>
            <w:tcW w:w="1925"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19DA12D2" w14:textId="77777777" w:rsidR="007D00B4" w:rsidRPr="001A2E38" w:rsidRDefault="007D00B4" w:rsidP="00176373">
            <w:pPr>
              <w:pBdr>
                <w:top w:val="none" w:sz="0" w:space="0" w:color="000000"/>
                <w:left w:val="none" w:sz="0" w:space="0" w:color="000000"/>
                <w:bottom w:val="none" w:sz="0" w:space="0" w:color="000000"/>
                <w:right w:val="none" w:sz="0" w:space="0" w:color="000000"/>
              </w:pBdr>
              <w:snapToGrid w:val="0"/>
              <w:spacing w:before="40" w:after="40" w:line="240" w:lineRule="auto"/>
              <w:ind w:left="40" w:right="40"/>
              <w:jc w:val="center"/>
              <w:rPr>
                <w:rFonts w:ascii="Times New Roman" w:eastAsia="Times New Roman" w:hAnsi="Times New Roman" w:cs="Times New Roman"/>
                <w:color w:val="000000"/>
                <w:sz w:val="20"/>
                <w:szCs w:val="20"/>
              </w:rPr>
            </w:pPr>
          </w:p>
        </w:tc>
      </w:tr>
      <w:tr w:rsidR="007D00B4" w:rsidRPr="001A2E38" w14:paraId="5DBF2E39" w14:textId="77777777" w:rsidTr="00176373">
        <w:trPr>
          <w:jc w:val="center"/>
        </w:trPr>
        <w:tc>
          <w:tcPr>
            <w:tcW w:w="2099"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44D75252" w14:textId="77777777" w:rsidR="007D00B4" w:rsidRPr="001A2E38" w:rsidRDefault="007D00B4" w:rsidP="00176373">
            <w:pPr>
              <w:pBdr>
                <w:top w:val="none" w:sz="0" w:space="0" w:color="000000"/>
                <w:left w:val="none" w:sz="0" w:space="0" w:color="000000"/>
                <w:bottom w:val="none" w:sz="0" w:space="0" w:color="000000"/>
                <w:right w:val="none" w:sz="0" w:space="0" w:color="000000"/>
              </w:pBdr>
              <w:snapToGrid w:val="0"/>
              <w:spacing w:before="40" w:after="40" w:line="240" w:lineRule="auto"/>
              <w:ind w:left="40" w:right="40"/>
              <w:rPr>
                <w:rFonts w:ascii="Times New Roman" w:eastAsia="Times New Roman" w:hAnsi="Times New Roman" w:cs="Times New Roman"/>
                <w:color w:val="000000"/>
                <w:sz w:val="20"/>
                <w:szCs w:val="20"/>
              </w:rPr>
            </w:pPr>
          </w:p>
        </w:tc>
        <w:tc>
          <w:tcPr>
            <w:tcW w:w="2974"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137DE517" w14:textId="77777777" w:rsidR="007D00B4" w:rsidRPr="001A2E38" w:rsidRDefault="007D00B4" w:rsidP="00176373">
            <w:pPr>
              <w:pBdr>
                <w:top w:val="none" w:sz="0" w:space="0" w:color="000000"/>
                <w:left w:val="none" w:sz="0" w:space="0" w:color="000000"/>
                <w:bottom w:val="none" w:sz="0" w:space="0" w:color="000000"/>
                <w:right w:val="none" w:sz="0" w:space="0" w:color="000000"/>
              </w:pBdr>
              <w:snapToGrid w:val="0"/>
              <w:spacing w:before="40" w:after="40" w:line="240" w:lineRule="auto"/>
              <w:ind w:left="40" w:right="40"/>
              <w:jc w:val="center"/>
              <w:rPr>
                <w:rFonts w:ascii="Times New Roman" w:eastAsia="Times New Roman" w:hAnsi="Times New Roman" w:cs="Times New Roman"/>
                <w:color w:val="000000"/>
                <w:sz w:val="20"/>
                <w:szCs w:val="20"/>
              </w:rPr>
            </w:pPr>
            <w:r w:rsidRPr="001A2E38">
              <w:rPr>
                <w:rFonts w:ascii="Times New Roman" w:eastAsia="Times New Roman" w:hAnsi="Times New Roman" w:cs="Times New Roman"/>
                <w:color w:val="000000"/>
                <w:sz w:val="20"/>
                <w:szCs w:val="20"/>
              </w:rPr>
              <w:t>Q2</w:t>
            </w:r>
          </w:p>
        </w:tc>
        <w:tc>
          <w:tcPr>
            <w:tcW w:w="3500"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5FCA59E7" w14:textId="77777777" w:rsidR="007D00B4" w:rsidRPr="001A2E38" w:rsidRDefault="007D00B4" w:rsidP="00176373">
            <w:pPr>
              <w:pBdr>
                <w:top w:val="none" w:sz="0" w:space="0" w:color="000000"/>
                <w:left w:val="none" w:sz="0" w:space="0" w:color="000000"/>
                <w:bottom w:val="none" w:sz="0" w:space="0" w:color="000000"/>
                <w:right w:val="none" w:sz="0" w:space="0" w:color="000000"/>
              </w:pBdr>
              <w:snapToGrid w:val="0"/>
              <w:spacing w:before="40" w:after="40" w:line="240" w:lineRule="auto"/>
              <w:ind w:left="40" w:right="40"/>
              <w:jc w:val="center"/>
              <w:rPr>
                <w:rFonts w:ascii="Times New Roman" w:eastAsia="Times New Roman" w:hAnsi="Times New Roman" w:cs="Times New Roman"/>
                <w:color w:val="000000"/>
                <w:sz w:val="20"/>
                <w:szCs w:val="20"/>
              </w:rPr>
            </w:pPr>
            <w:r w:rsidRPr="001A2E38">
              <w:rPr>
                <w:rFonts w:ascii="Times New Roman" w:eastAsia="Times New Roman" w:hAnsi="Times New Roman" w:cs="Times New Roman"/>
                <w:color w:val="000000"/>
                <w:sz w:val="20"/>
                <w:szCs w:val="20"/>
              </w:rPr>
              <w:t>1.348 (1.196-1.519)</w:t>
            </w:r>
          </w:p>
        </w:tc>
        <w:tc>
          <w:tcPr>
            <w:tcW w:w="1750"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70E7D5BF" w14:textId="77777777" w:rsidR="007D00B4" w:rsidRPr="001A2E38" w:rsidRDefault="007D00B4" w:rsidP="00176373">
            <w:pPr>
              <w:pBdr>
                <w:top w:val="none" w:sz="0" w:space="0" w:color="000000"/>
                <w:left w:val="none" w:sz="0" w:space="0" w:color="000000"/>
                <w:bottom w:val="none" w:sz="0" w:space="0" w:color="000000"/>
                <w:right w:val="none" w:sz="0" w:space="0" w:color="000000"/>
              </w:pBdr>
              <w:snapToGrid w:val="0"/>
              <w:spacing w:before="40" w:after="40" w:line="240" w:lineRule="auto"/>
              <w:ind w:left="40" w:right="40"/>
              <w:jc w:val="center"/>
              <w:rPr>
                <w:rFonts w:ascii="Times New Roman" w:eastAsia="Times New Roman" w:hAnsi="Times New Roman" w:cs="Times New Roman"/>
                <w:color w:val="000000"/>
                <w:sz w:val="20"/>
                <w:szCs w:val="20"/>
              </w:rPr>
            </w:pPr>
            <w:r w:rsidRPr="001A2E38">
              <w:rPr>
                <w:rFonts w:ascii="Times New Roman" w:eastAsia="Times New Roman" w:hAnsi="Times New Roman" w:cs="Times New Roman"/>
                <w:color w:val="000000"/>
                <w:sz w:val="20"/>
                <w:szCs w:val="20"/>
              </w:rPr>
              <w:t>&lt;0.001</w:t>
            </w:r>
          </w:p>
        </w:tc>
        <w:tc>
          <w:tcPr>
            <w:tcW w:w="1925"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08FFF0A2" w14:textId="77777777" w:rsidR="007D00B4" w:rsidRPr="001A2E38" w:rsidRDefault="007D00B4" w:rsidP="00176373">
            <w:pPr>
              <w:pBdr>
                <w:top w:val="none" w:sz="0" w:space="0" w:color="000000"/>
                <w:left w:val="none" w:sz="0" w:space="0" w:color="000000"/>
                <w:bottom w:val="none" w:sz="0" w:space="0" w:color="000000"/>
                <w:right w:val="none" w:sz="0" w:space="0" w:color="000000"/>
              </w:pBdr>
              <w:snapToGrid w:val="0"/>
              <w:spacing w:before="40" w:after="40" w:line="240" w:lineRule="auto"/>
              <w:ind w:left="40" w:right="40"/>
              <w:jc w:val="center"/>
              <w:rPr>
                <w:rFonts w:ascii="Times New Roman" w:eastAsia="Times New Roman" w:hAnsi="Times New Roman" w:cs="Times New Roman"/>
                <w:color w:val="000000"/>
                <w:sz w:val="20"/>
                <w:szCs w:val="20"/>
              </w:rPr>
            </w:pPr>
          </w:p>
        </w:tc>
      </w:tr>
      <w:tr w:rsidR="007D00B4" w:rsidRPr="001A2E38" w14:paraId="13BD897D" w14:textId="77777777" w:rsidTr="00176373">
        <w:trPr>
          <w:jc w:val="center"/>
        </w:trPr>
        <w:tc>
          <w:tcPr>
            <w:tcW w:w="2099"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0A5D2377" w14:textId="77777777" w:rsidR="007D00B4" w:rsidRPr="001A2E38" w:rsidRDefault="007D00B4" w:rsidP="00176373">
            <w:pPr>
              <w:pBdr>
                <w:top w:val="none" w:sz="0" w:space="0" w:color="000000"/>
                <w:left w:val="none" w:sz="0" w:space="0" w:color="000000"/>
                <w:bottom w:val="none" w:sz="0" w:space="0" w:color="000000"/>
                <w:right w:val="none" w:sz="0" w:space="0" w:color="000000"/>
              </w:pBdr>
              <w:snapToGrid w:val="0"/>
              <w:spacing w:before="40" w:after="40" w:line="240" w:lineRule="auto"/>
              <w:ind w:left="40" w:right="40"/>
              <w:rPr>
                <w:rFonts w:ascii="Times New Roman" w:eastAsia="Times New Roman" w:hAnsi="Times New Roman" w:cs="Times New Roman"/>
                <w:color w:val="000000"/>
                <w:sz w:val="20"/>
                <w:szCs w:val="20"/>
              </w:rPr>
            </w:pPr>
          </w:p>
        </w:tc>
        <w:tc>
          <w:tcPr>
            <w:tcW w:w="2974"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32264F25" w14:textId="77777777" w:rsidR="007D00B4" w:rsidRPr="001A2E38" w:rsidRDefault="007D00B4" w:rsidP="00176373">
            <w:pPr>
              <w:pBdr>
                <w:top w:val="none" w:sz="0" w:space="0" w:color="000000"/>
                <w:left w:val="none" w:sz="0" w:space="0" w:color="000000"/>
                <w:bottom w:val="none" w:sz="0" w:space="0" w:color="000000"/>
                <w:right w:val="none" w:sz="0" w:space="0" w:color="000000"/>
              </w:pBdr>
              <w:snapToGrid w:val="0"/>
              <w:spacing w:before="40" w:after="40" w:line="240" w:lineRule="auto"/>
              <w:ind w:left="40" w:right="40"/>
              <w:jc w:val="center"/>
              <w:rPr>
                <w:rFonts w:ascii="Times New Roman" w:eastAsia="Times New Roman" w:hAnsi="Times New Roman" w:cs="Times New Roman"/>
                <w:color w:val="000000"/>
                <w:sz w:val="20"/>
                <w:szCs w:val="20"/>
              </w:rPr>
            </w:pPr>
            <w:r w:rsidRPr="001A2E38">
              <w:rPr>
                <w:rFonts w:ascii="Times New Roman" w:eastAsia="Times New Roman" w:hAnsi="Times New Roman" w:cs="Times New Roman"/>
                <w:color w:val="000000"/>
                <w:sz w:val="20"/>
                <w:szCs w:val="20"/>
              </w:rPr>
              <w:t>Q3</w:t>
            </w:r>
          </w:p>
        </w:tc>
        <w:tc>
          <w:tcPr>
            <w:tcW w:w="3500"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02B6F9CA" w14:textId="77777777" w:rsidR="007D00B4" w:rsidRPr="001A2E38" w:rsidRDefault="007D00B4" w:rsidP="00176373">
            <w:pPr>
              <w:pBdr>
                <w:top w:val="none" w:sz="0" w:space="0" w:color="000000"/>
                <w:left w:val="none" w:sz="0" w:space="0" w:color="000000"/>
                <w:bottom w:val="none" w:sz="0" w:space="0" w:color="000000"/>
                <w:right w:val="none" w:sz="0" w:space="0" w:color="000000"/>
              </w:pBdr>
              <w:snapToGrid w:val="0"/>
              <w:spacing w:before="40" w:after="40" w:line="240" w:lineRule="auto"/>
              <w:ind w:left="40" w:right="40"/>
              <w:jc w:val="center"/>
              <w:rPr>
                <w:rFonts w:ascii="Times New Roman" w:eastAsia="Times New Roman" w:hAnsi="Times New Roman" w:cs="Times New Roman"/>
                <w:color w:val="000000"/>
                <w:sz w:val="20"/>
                <w:szCs w:val="20"/>
              </w:rPr>
            </w:pPr>
            <w:r w:rsidRPr="001A2E38">
              <w:rPr>
                <w:rFonts w:ascii="Times New Roman" w:eastAsia="Times New Roman" w:hAnsi="Times New Roman" w:cs="Times New Roman"/>
                <w:color w:val="000000"/>
                <w:sz w:val="20"/>
                <w:szCs w:val="20"/>
              </w:rPr>
              <w:t>1.763 (1.575-1.973)</w:t>
            </w:r>
          </w:p>
        </w:tc>
        <w:tc>
          <w:tcPr>
            <w:tcW w:w="1750"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40996877" w14:textId="77777777" w:rsidR="007D00B4" w:rsidRPr="001A2E38" w:rsidRDefault="007D00B4" w:rsidP="00176373">
            <w:pPr>
              <w:pBdr>
                <w:top w:val="none" w:sz="0" w:space="0" w:color="000000"/>
                <w:left w:val="none" w:sz="0" w:space="0" w:color="000000"/>
                <w:bottom w:val="none" w:sz="0" w:space="0" w:color="000000"/>
                <w:right w:val="none" w:sz="0" w:space="0" w:color="000000"/>
              </w:pBdr>
              <w:snapToGrid w:val="0"/>
              <w:spacing w:before="40" w:after="40" w:line="240" w:lineRule="auto"/>
              <w:ind w:left="40" w:right="40"/>
              <w:jc w:val="center"/>
              <w:rPr>
                <w:rFonts w:ascii="Times New Roman" w:eastAsia="Times New Roman" w:hAnsi="Times New Roman" w:cs="Times New Roman"/>
                <w:color w:val="000000"/>
                <w:sz w:val="20"/>
                <w:szCs w:val="20"/>
              </w:rPr>
            </w:pPr>
            <w:r w:rsidRPr="001A2E38">
              <w:rPr>
                <w:rFonts w:ascii="Times New Roman" w:eastAsia="Times New Roman" w:hAnsi="Times New Roman" w:cs="Times New Roman"/>
                <w:color w:val="000000"/>
                <w:sz w:val="20"/>
                <w:szCs w:val="20"/>
              </w:rPr>
              <w:t>&lt;0.001</w:t>
            </w:r>
          </w:p>
        </w:tc>
        <w:tc>
          <w:tcPr>
            <w:tcW w:w="1925"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58496BE8" w14:textId="77777777" w:rsidR="007D00B4" w:rsidRPr="001A2E38" w:rsidRDefault="007D00B4" w:rsidP="00176373">
            <w:pPr>
              <w:pBdr>
                <w:top w:val="none" w:sz="0" w:space="0" w:color="000000"/>
                <w:left w:val="none" w:sz="0" w:space="0" w:color="000000"/>
                <w:bottom w:val="none" w:sz="0" w:space="0" w:color="000000"/>
                <w:right w:val="none" w:sz="0" w:space="0" w:color="000000"/>
              </w:pBdr>
              <w:snapToGrid w:val="0"/>
              <w:spacing w:before="40" w:after="40" w:line="240" w:lineRule="auto"/>
              <w:ind w:left="40" w:right="40"/>
              <w:jc w:val="center"/>
              <w:rPr>
                <w:rFonts w:ascii="Times New Roman" w:eastAsia="Times New Roman" w:hAnsi="Times New Roman" w:cs="Times New Roman"/>
                <w:color w:val="000000"/>
                <w:sz w:val="20"/>
                <w:szCs w:val="20"/>
              </w:rPr>
            </w:pPr>
          </w:p>
        </w:tc>
      </w:tr>
      <w:tr w:rsidR="007D00B4" w:rsidRPr="001A2E38" w14:paraId="187849C3" w14:textId="77777777" w:rsidTr="00176373">
        <w:trPr>
          <w:jc w:val="center"/>
        </w:trPr>
        <w:tc>
          <w:tcPr>
            <w:tcW w:w="2099"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69502A98" w14:textId="77777777" w:rsidR="007D00B4" w:rsidRPr="001A2E38" w:rsidRDefault="007D00B4" w:rsidP="00176373">
            <w:pPr>
              <w:pBdr>
                <w:top w:val="none" w:sz="0" w:space="0" w:color="000000"/>
                <w:left w:val="none" w:sz="0" w:space="0" w:color="000000"/>
                <w:bottom w:val="none" w:sz="0" w:space="0" w:color="000000"/>
                <w:right w:val="none" w:sz="0" w:space="0" w:color="000000"/>
              </w:pBdr>
              <w:snapToGrid w:val="0"/>
              <w:spacing w:before="40" w:after="40" w:line="240" w:lineRule="auto"/>
              <w:ind w:left="40" w:right="40"/>
              <w:rPr>
                <w:rFonts w:ascii="Times New Roman" w:eastAsia="Times New Roman" w:hAnsi="Times New Roman" w:cs="Times New Roman"/>
                <w:color w:val="000000"/>
                <w:sz w:val="20"/>
                <w:szCs w:val="20"/>
              </w:rPr>
            </w:pPr>
          </w:p>
        </w:tc>
        <w:tc>
          <w:tcPr>
            <w:tcW w:w="2974"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437EED2C" w14:textId="77777777" w:rsidR="007D00B4" w:rsidRPr="001A2E38" w:rsidRDefault="007D00B4" w:rsidP="00176373">
            <w:pPr>
              <w:pBdr>
                <w:top w:val="none" w:sz="0" w:space="0" w:color="000000"/>
                <w:left w:val="none" w:sz="0" w:space="0" w:color="000000"/>
                <w:bottom w:val="none" w:sz="0" w:space="0" w:color="000000"/>
                <w:right w:val="none" w:sz="0" w:space="0" w:color="000000"/>
              </w:pBdr>
              <w:snapToGrid w:val="0"/>
              <w:spacing w:before="40" w:after="40" w:line="240" w:lineRule="auto"/>
              <w:ind w:left="40" w:right="40"/>
              <w:jc w:val="center"/>
              <w:rPr>
                <w:rFonts w:ascii="Times New Roman" w:eastAsia="Times New Roman" w:hAnsi="Times New Roman" w:cs="Times New Roman"/>
                <w:color w:val="000000"/>
                <w:sz w:val="20"/>
                <w:szCs w:val="20"/>
              </w:rPr>
            </w:pPr>
            <w:r w:rsidRPr="001A2E38">
              <w:rPr>
                <w:rFonts w:ascii="Times New Roman" w:eastAsia="Times New Roman" w:hAnsi="Times New Roman" w:cs="Times New Roman"/>
                <w:color w:val="000000"/>
                <w:sz w:val="20"/>
                <w:szCs w:val="20"/>
              </w:rPr>
              <w:t>Q4</w:t>
            </w:r>
          </w:p>
        </w:tc>
        <w:tc>
          <w:tcPr>
            <w:tcW w:w="3500"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775D96A9" w14:textId="77777777" w:rsidR="007D00B4" w:rsidRPr="001A2E38" w:rsidRDefault="007D00B4" w:rsidP="00176373">
            <w:pPr>
              <w:pBdr>
                <w:top w:val="none" w:sz="0" w:space="0" w:color="000000"/>
                <w:left w:val="none" w:sz="0" w:space="0" w:color="000000"/>
                <w:bottom w:val="none" w:sz="0" w:space="0" w:color="000000"/>
                <w:right w:val="none" w:sz="0" w:space="0" w:color="000000"/>
              </w:pBdr>
              <w:snapToGrid w:val="0"/>
              <w:spacing w:before="40" w:after="40" w:line="240" w:lineRule="auto"/>
              <w:ind w:left="40" w:right="40"/>
              <w:jc w:val="center"/>
              <w:rPr>
                <w:rFonts w:ascii="Times New Roman" w:eastAsia="Times New Roman" w:hAnsi="Times New Roman" w:cs="Times New Roman"/>
                <w:color w:val="000000"/>
                <w:sz w:val="20"/>
                <w:szCs w:val="20"/>
              </w:rPr>
            </w:pPr>
            <w:r w:rsidRPr="001A2E38">
              <w:rPr>
                <w:rFonts w:ascii="Times New Roman" w:eastAsia="Times New Roman" w:hAnsi="Times New Roman" w:cs="Times New Roman"/>
                <w:color w:val="000000"/>
                <w:sz w:val="20"/>
                <w:szCs w:val="20"/>
              </w:rPr>
              <w:t>2.992 (2.697-3.319)</w:t>
            </w:r>
          </w:p>
        </w:tc>
        <w:tc>
          <w:tcPr>
            <w:tcW w:w="1750"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5C69BDE4" w14:textId="77777777" w:rsidR="007D00B4" w:rsidRPr="001A2E38" w:rsidRDefault="007D00B4" w:rsidP="00176373">
            <w:pPr>
              <w:pBdr>
                <w:top w:val="none" w:sz="0" w:space="0" w:color="000000"/>
                <w:left w:val="none" w:sz="0" w:space="0" w:color="000000"/>
                <w:bottom w:val="none" w:sz="0" w:space="0" w:color="000000"/>
                <w:right w:val="none" w:sz="0" w:space="0" w:color="000000"/>
              </w:pBdr>
              <w:snapToGrid w:val="0"/>
              <w:spacing w:before="40" w:after="40" w:line="240" w:lineRule="auto"/>
              <w:ind w:left="40" w:right="40"/>
              <w:jc w:val="center"/>
              <w:rPr>
                <w:rFonts w:ascii="Times New Roman" w:eastAsia="Times New Roman" w:hAnsi="Times New Roman" w:cs="Times New Roman"/>
                <w:color w:val="000000"/>
                <w:sz w:val="20"/>
                <w:szCs w:val="20"/>
              </w:rPr>
            </w:pPr>
            <w:r w:rsidRPr="001A2E38">
              <w:rPr>
                <w:rFonts w:ascii="Times New Roman" w:eastAsia="Times New Roman" w:hAnsi="Times New Roman" w:cs="Times New Roman"/>
                <w:color w:val="000000"/>
                <w:sz w:val="20"/>
                <w:szCs w:val="20"/>
              </w:rPr>
              <w:t>&lt;0.001</w:t>
            </w:r>
          </w:p>
        </w:tc>
        <w:tc>
          <w:tcPr>
            <w:tcW w:w="1925"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5FA6AE44" w14:textId="77777777" w:rsidR="007D00B4" w:rsidRPr="001A2E38" w:rsidRDefault="007D00B4" w:rsidP="00176373">
            <w:pPr>
              <w:pBdr>
                <w:top w:val="none" w:sz="0" w:space="0" w:color="000000"/>
                <w:left w:val="none" w:sz="0" w:space="0" w:color="000000"/>
                <w:bottom w:val="none" w:sz="0" w:space="0" w:color="000000"/>
                <w:right w:val="none" w:sz="0" w:space="0" w:color="000000"/>
              </w:pBdr>
              <w:snapToGrid w:val="0"/>
              <w:spacing w:before="40" w:after="40" w:line="240" w:lineRule="auto"/>
              <w:ind w:left="40" w:right="40"/>
              <w:jc w:val="center"/>
              <w:rPr>
                <w:rFonts w:ascii="Times New Roman" w:eastAsia="Times New Roman" w:hAnsi="Times New Roman" w:cs="Times New Roman"/>
                <w:color w:val="000000"/>
                <w:sz w:val="20"/>
                <w:szCs w:val="20"/>
              </w:rPr>
            </w:pPr>
            <w:r w:rsidRPr="001A2E38">
              <w:rPr>
                <w:rFonts w:ascii="Times New Roman" w:eastAsia="Times New Roman" w:hAnsi="Times New Roman" w:cs="Times New Roman"/>
                <w:color w:val="000000"/>
                <w:sz w:val="20"/>
                <w:szCs w:val="20"/>
              </w:rPr>
              <w:t>&lt;0.001</w:t>
            </w:r>
          </w:p>
        </w:tc>
      </w:tr>
      <w:tr w:rsidR="007D00B4" w:rsidRPr="001A2E38" w14:paraId="333198D2" w14:textId="77777777" w:rsidTr="00176373">
        <w:trPr>
          <w:jc w:val="center"/>
        </w:trPr>
        <w:tc>
          <w:tcPr>
            <w:tcW w:w="2099"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59B27642" w14:textId="77777777" w:rsidR="007D00B4" w:rsidRPr="001A2E38" w:rsidRDefault="007D00B4" w:rsidP="00176373">
            <w:pPr>
              <w:pBdr>
                <w:top w:val="none" w:sz="0" w:space="0" w:color="000000"/>
                <w:left w:val="none" w:sz="0" w:space="0" w:color="000000"/>
                <w:bottom w:val="none" w:sz="0" w:space="0" w:color="000000"/>
                <w:right w:val="none" w:sz="0" w:space="0" w:color="000000"/>
              </w:pBdr>
              <w:snapToGrid w:val="0"/>
              <w:spacing w:before="40" w:after="40" w:line="240" w:lineRule="auto"/>
              <w:ind w:left="40" w:right="40"/>
              <w:rPr>
                <w:rFonts w:ascii="Times New Roman" w:eastAsia="Times New Roman" w:hAnsi="Times New Roman" w:cs="Times New Roman"/>
                <w:color w:val="000000"/>
                <w:sz w:val="20"/>
                <w:szCs w:val="20"/>
              </w:rPr>
            </w:pPr>
            <w:r w:rsidRPr="001A2E38">
              <w:rPr>
                <w:rFonts w:ascii="Times New Roman" w:eastAsia="Times New Roman" w:hAnsi="Times New Roman" w:cs="Times New Roman"/>
                <w:color w:val="000000"/>
                <w:sz w:val="20"/>
                <w:szCs w:val="20"/>
              </w:rPr>
              <w:t>CHG-BRI</w:t>
            </w:r>
          </w:p>
        </w:tc>
        <w:tc>
          <w:tcPr>
            <w:tcW w:w="2974"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2E6FB990" w14:textId="77777777" w:rsidR="007D00B4" w:rsidRPr="001A2E38" w:rsidRDefault="007D00B4" w:rsidP="00176373">
            <w:pPr>
              <w:pBdr>
                <w:top w:val="none" w:sz="0" w:space="0" w:color="000000"/>
                <w:left w:val="none" w:sz="0" w:space="0" w:color="000000"/>
                <w:bottom w:val="none" w:sz="0" w:space="0" w:color="000000"/>
                <w:right w:val="none" w:sz="0" w:space="0" w:color="000000"/>
              </w:pBdr>
              <w:snapToGrid w:val="0"/>
              <w:spacing w:before="40" w:after="40" w:line="240" w:lineRule="auto"/>
              <w:ind w:left="40" w:right="40"/>
              <w:jc w:val="center"/>
              <w:rPr>
                <w:rFonts w:ascii="Times New Roman" w:eastAsia="Times New Roman" w:hAnsi="Times New Roman" w:cs="Times New Roman"/>
                <w:color w:val="000000"/>
                <w:sz w:val="20"/>
                <w:szCs w:val="20"/>
              </w:rPr>
            </w:pPr>
            <w:r w:rsidRPr="001A2E38">
              <w:rPr>
                <w:rFonts w:ascii="Times New Roman" w:eastAsia="Times New Roman" w:hAnsi="Times New Roman" w:cs="Times New Roman"/>
                <w:color w:val="000000"/>
                <w:sz w:val="20"/>
                <w:szCs w:val="20"/>
              </w:rPr>
              <w:t>Per 1-SD increase</w:t>
            </w:r>
          </w:p>
        </w:tc>
        <w:tc>
          <w:tcPr>
            <w:tcW w:w="3500"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0F2E9F42" w14:textId="77777777" w:rsidR="007D00B4" w:rsidRPr="001A2E38" w:rsidRDefault="007D00B4" w:rsidP="00176373">
            <w:pPr>
              <w:pBdr>
                <w:top w:val="none" w:sz="0" w:space="0" w:color="000000"/>
                <w:left w:val="none" w:sz="0" w:space="0" w:color="000000"/>
                <w:bottom w:val="none" w:sz="0" w:space="0" w:color="000000"/>
                <w:right w:val="none" w:sz="0" w:space="0" w:color="000000"/>
              </w:pBdr>
              <w:snapToGrid w:val="0"/>
              <w:spacing w:before="40" w:after="40" w:line="240" w:lineRule="auto"/>
              <w:ind w:left="40" w:right="40"/>
              <w:jc w:val="center"/>
              <w:rPr>
                <w:rFonts w:ascii="Times New Roman" w:eastAsia="Times New Roman" w:hAnsi="Times New Roman" w:cs="Times New Roman"/>
                <w:color w:val="000000"/>
                <w:sz w:val="20"/>
                <w:szCs w:val="20"/>
              </w:rPr>
            </w:pPr>
            <w:r w:rsidRPr="001A2E38">
              <w:rPr>
                <w:rFonts w:ascii="Times New Roman" w:eastAsia="Times New Roman" w:hAnsi="Times New Roman" w:cs="Times New Roman"/>
                <w:color w:val="000000"/>
                <w:sz w:val="20"/>
                <w:szCs w:val="20"/>
              </w:rPr>
              <w:t>1.328 (1.296-1.360)</w:t>
            </w:r>
          </w:p>
        </w:tc>
        <w:tc>
          <w:tcPr>
            <w:tcW w:w="1750"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0AA06791" w14:textId="77777777" w:rsidR="007D00B4" w:rsidRPr="001A2E38" w:rsidRDefault="007D00B4" w:rsidP="00176373">
            <w:pPr>
              <w:pBdr>
                <w:top w:val="none" w:sz="0" w:space="0" w:color="000000"/>
                <w:left w:val="none" w:sz="0" w:space="0" w:color="000000"/>
                <w:bottom w:val="none" w:sz="0" w:space="0" w:color="000000"/>
                <w:right w:val="none" w:sz="0" w:space="0" w:color="000000"/>
              </w:pBdr>
              <w:snapToGrid w:val="0"/>
              <w:spacing w:before="40" w:after="40" w:line="240" w:lineRule="auto"/>
              <w:ind w:left="40" w:right="40"/>
              <w:jc w:val="center"/>
              <w:rPr>
                <w:rFonts w:ascii="Times New Roman" w:eastAsia="Times New Roman" w:hAnsi="Times New Roman" w:cs="Times New Roman"/>
                <w:color w:val="000000"/>
                <w:sz w:val="20"/>
                <w:szCs w:val="20"/>
              </w:rPr>
            </w:pPr>
            <w:r w:rsidRPr="001A2E38">
              <w:rPr>
                <w:rFonts w:ascii="Times New Roman" w:eastAsia="Times New Roman" w:hAnsi="Times New Roman" w:cs="Times New Roman"/>
                <w:color w:val="000000"/>
                <w:sz w:val="20"/>
                <w:szCs w:val="20"/>
              </w:rPr>
              <w:t>&lt;0.001</w:t>
            </w:r>
          </w:p>
        </w:tc>
        <w:tc>
          <w:tcPr>
            <w:tcW w:w="1925"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46B1EF2E" w14:textId="77777777" w:rsidR="007D00B4" w:rsidRPr="001A2E38" w:rsidRDefault="007D00B4" w:rsidP="00176373">
            <w:pPr>
              <w:pBdr>
                <w:top w:val="none" w:sz="0" w:space="0" w:color="000000"/>
                <w:left w:val="none" w:sz="0" w:space="0" w:color="000000"/>
                <w:bottom w:val="none" w:sz="0" w:space="0" w:color="000000"/>
                <w:right w:val="none" w:sz="0" w:space="0" w:color="000000"/>
              </w:pBdr>
              <w:snapToGrid w:val="0"/>
              <w:spacing w:before="40" w:after="40" w:line="240" w:lineRule="auto"/>
              <w:ind w:left="40" w:right="40"/>
              <w:jc w:val="center"/>
              <w:rPr>
                <w:rFonts w:ascii="Times New Roman" w:eastAsia="Times New Roman" w:hAnsi="Times New Roman" w:cs="Times New Roman"/>
                <w:color w:val="000000"/>
                <w:sz w:val="20"/>
                <w:szCs w:val="20"/>
              </w:rPr>
            </w:pPr>
          </w:p>
        </w:tc>
      </w:tr>
      <w:tr w:rsidR="007D00B4" w:rsidRPr="001A2E38" w14:paraId="0F0A9E00" w14:textId="77777777" w:rsidTr="00176373">
        <w:trPr>
          <w:jc w:val="center"/>
        </w:trPr>
        <w:tc>
          <w:tcPr>
            <w:tcW w:w="2099"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10C0735A" w14:textId="77777777" w:rsidR="007D00B4" w:rsidRPr="001A2E38" w:rsidRDefault="007D00B4" w:rsidP="00176373">
            <w:pPr>
              <w:pBdr>
                <w:top w:val="none" w:sz="0" w:space="0" w:color="000000"/>
                <w:left w:val="none" w:sz="0" w:space="0" w:color="000000"/>
                <w:bottom w:val="none" w:sz="0" w:space="0" w:color="000000"/>
                <w:right w:val="none" w:sz="0" w:space="0" w:color="000000"/>
              </w:pBdr>
              <w:snapToGrid w:val="0"/>
              <w:spacing w:before="40" w:after="40" w:line="240" w:lineRule="auto"/>
              <w:ind w:left="40" w:right="40"/>
              <w:rPr>
                <w:rFonts w:ascii="Times New Roman" w:eastAsia="Times New Roman" w:hAnsi="Times New Roman" w:cs="Times New Roman"/>
                <w:color w:val="000000"/>
                <w:sz w:val="20"/>
                <w:szCs w:val="20"/>
              </w:rPr>
            </w:pPr>
          </w:p>
        </w:tc>
        <w:tc>
          <w:tcPr>
            <w:tcW w:w="2974"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42160CFA" w14:textId="77777777" w:rsidR="007D00B4" w:rsidRPr="001A2E38" w:rsidRDefault="007D00B4" w:rsidP="00176373">
            <w:pPr>
              <w:pBdr>
                <w:top w:val="none" w:sz="0" w:space="0" w:color="000000"/>
                <w:left w:val="none" w:sz="0" w:space="0" w:color="000000"/>
                <w:bottom w:val="none" w:sz="0" w:space="0" w:color="000000"/>
                <w:right w:val="none" w:sz="0" w:space="0" w:color="000000"/>
              </w:pBdr>
              <w:snapToGrid w:val="0"/>
              <w:spacing w:before="40" w:after="40" w:line="240" w:lineRule="auto"/>
              <w:ind w:left="40" w:right="40"/>
              <w:jc w:val="center"/>
              <w:rPr>
                <w:rFonts w:ascii="Times New Roman" w:eastAsia="Times New Roman" w:hAnsi="Times New Roman" w:cs="Times New Roman"/>
                <w:color w:val="000000"/>
                <w:sz w:val="20"/>
                <w:szCs w:val="20"/>
              </w:rPr>
            </w:pPr>
            <w:r w:rsidRPr="001A2E38">
              <w:rPr>
                <w:rFonts w:ascii="Times New Roman" w:eastAsia="Times New Roman" w:hAnsi="Times New Roman" w:cs="Times New Roman"/>
                <w:color w:val="000000"/>
                <w:sz w:val="20"/>
                <w:szCs w:val="20"/>
              </w:rPr>
              <w:t>Q1</w:t>
            </w:r>
          </w:p>
        </w:tc>
        <w:tc>
          <w:tcPr>
            <w:tcW w:w="3500"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62FC9F05" w14:textId="77777777" w:rsidR="007D00B4" w:rsidRPr="001A2E38" w:rsidRDefault="007D00B4" w:rsidP="00176373">
            <w:pPr>
              <w:pBdr>
                <w:top w:val="none" w:sz="0" w:space="0" w:color="000000"/>
                <w:left w:val="none" w:sz="0" w:space="0" w:color="000000"/>
                <w:bottom w:val="none" w:sz="0" w:space="0" w:color="000000"/>
                <w:right w:val="none" w:sz="0" w:space="0" w:color="000000"/>
              </w:pBdr>
              <w:snapToGrid w:val="0"/>
              <w:spacing w:before="40" w:after="40" w:line="240" w:lineRule="auto"/>
              <w:ind w:left="40" w:right="40"/>
              <w:jc w:val="center"/>
              <w:rPr>
                <w:rFonts w:ascii="Times New Roman" w:eastAsia="Times New Roman" w:hAnsi="Times New Roman" w:cs="Times New Roman"/>
                <w:color w:val="000000"/>
                <w:sz w:val="20"/>
                <w:szCs w:val="20"/>
              </w:rPr>
            </w:pPr>
            <w:r w:rsidRPr="001A2E38">
              <w:rPr>
                <w:rFonts w:ascii="Times New Roman" w:eastAsia="Times New Roman" w:hAnsi="Times New Roman" w:cs="Times New Roman"/>
                <w:color w:val="000000"/>
                <w:sz w:val="20"/>
                <w:szCs w:val="20"/>
              </w:rPr>
              <w:t>Reference</w:t>
            </w:r>
          </w:p>
        </w:tc>
        <w:tc>
          <w:tcPr>
            <w:tcW w:w="1750"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106D789B" w14:textId="77777777" w:rsidR="007D00B4" w:rsidRPr="001A2E38" w:rsidRDefault="007D00B4" w:rsidP="00176373">
            <w:pPr>
              <w:pBdr>
                <w:top w:val="none" w:sz="0" w:space="0" w:color="000000"/>
                <w:left w:val="none" w:sz="0" w:space="0" w:color="000000"/>
                <w:bottom w:val="none" w:sz="0" w:space="0" w:color="000000"/>
                <w:right w:val="none" w:sz="0" w:space="0" w:color="000000"/>
              </w:pBdr>
              <w:snapToGrid w:val="0"/>
              <w:spacing w:before="40" w:after="40" w:line="240" w:lineRule="auto"/>
              <w:ind w:left="40" w:right="40"/>
              <w:jc w:val="center"/>
              <w:rPr>
                <w:rFonts w:ascii="Times New Roman" w:eastAsia="Times New Roman" w:hAnsi="Times New Roman" w:cs="Times New Roman"/>
                <w:color w:val="000000"/>
                <w:sz w:val="20"/>
                <w:szCs w:val="20"/>
              </w:rPr>
            </w:pPr>
          </w:p>
        </w:tc>
        <w:tc>
          <w:tcPr>
            <w:tcW w:w="1925"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52B89A77" w14:textId="77777777" w:rsidR="007D00B4" w:rsidRPr="001A2E38" w:rsidRDefault="007D00B4" w:rsidP="00176373">
            <w:pPr>
              <w:pBdr>
                <w:top w:val="none" w:sz="0" w:space="0" w:color="000000"/>
                <w:left w:val="none" w:sz="0" w:space="0" w:color="000000"/>
                <w:bottom w:val="none" w:sz="0" w:space="0" w:color="000000"/>
                <w:right w:val="none" w:sz="0" w:space="0" w:color="000000"/>
              </w:pBdr>
              <w:snapToGrid w:val="0"/>
              <w:spacing w:before="40" w:after="40" w:line="240" w:lineRule="auto"/>
              <w:ind w:left="40" w:right="40"/>
              <w:jc w:val="center"/>
              <w:rPr>
                <w:rFonts w:ascii="Times New Roman" w:eastAsia="Times New Roman" w:hAnsi="Times New Roman" w:cs="Times New Roman"/>
                <w:color w:val="000000"/>
                <w:sz w:val="20"/>
                <w:szCs w:val="20"/>
              </w:rPr>
            </w:pPr>
          </w:p>
        </w:tc>
      </w:tr>
      <w:tr w:rsidR="007D00B4" w:rsidRPr="001A2E38" w14:paraId="16C2B3AD" w14:textId="77777777" w:rsidTr="00176373">
        <w:trPr>
          <w:jc w:val="center"/>
        </w:trPr>
        <w:tc>
          <w:tcPr>
            <w:tcW w:w="2099"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255C2684" w14:textId="77777777" w:rsidR="007D00B4" w:rsidRPr="001A2E38" w:rsidRDefault="007D00B4" w:rsidP="00176373">
            <w:pPr>
              <w:pBdr>
                <w:top w:val="none" w:sz="0" w:space="0" w:color="000000"/>
                <w:left w:val="none" w:sz="0" w:space="0" w:color="000000"/>
                <w:bottom w:val="none" w:sz="0" w:space="0" w:color="000000"/>
                <w:right w:val="none" w:sz="0" w:space="0" w:color="000000"/>
              </w:pBdr>
              <w:snapToGrid w:val="0"/>
              <w:spacing w:before="40" w:after="40" w:line="240" w:lineRule="auto"/>
              <w:ind w:left="40" w:right="40"/>
              <w:rPr>
                <w:rFonts w:ascii="Times New Roman" w:eastAsia="Times New Roman" w:hAnsi="Times New Roman" w:cs="Times New Roman"/>
                <w:color w:val="000000"/>
                <w:sz w:val="20"/>
                <w:szCs w:val="20"/>
              </w:rPr>
            </w:pPr>
          </w:p>
        </w:tc>
        <w:tc>
          <w:tcPr>
            <w:tcW w:w="2974"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5B3E587D" w14:textId="77777777" w:rsidR="007D00B4" w:rsidRPr="001A2E38" w:rsidRDefault="007D00B4" w:rsidP="00176373">
            <w:pPr>
              <w:pBdr>
                <w:top w:val="none" w:sz="0" w:space="0" w:color="000000"/>
                <w:left w:val="none" w:sz="0" w:space="0" w:color="000000"/>
                <w:bottom w:val="none" w:sz="0" w:space="0" w:color="000000"/>
                <w:right w:val="none" w:sz="0" w:space="0" w:color="000000"/>
              </w:pBdr>
              <w:snapToGrid w:val="0"/>
              <w:spacing w:before="40" w:after="40" w:line="240" w:lineRule="auto"/>
              <w:ind w:left="40" w:right="40"/>
              <w:jc w:val="center"/>
              <w:rPr>
                <w:rFonts w:ascii="Times New Roman" w:eastAsia="Times New Roman" w:hAnsi="Times New Roman" w:cs="Times New Roman"/>
                <w:color w:val="000000"/>
                <w:sz w:val="20"/>
                <w:szCs w:val="20"/>
              </w:rPr>
            </w:pPr>
            <w:r w:rsidRPr="001A2E38">
              <w:rPr>
                <w:rFonts w:ascii="Times New Roman" w:eastAsia="Times New Roman" w:hAnsi="Times New Roman" w:cs="Times New Roman"/>
                <w:color w:val="000000"/>
                <w:sz w:val="20"/>
                <w:szCs w:val="20"/>
              </w:rPr>
              <w:t>Q2</w:t>
            </w:r>
          </w:p>
        </w:tc>
        <w:tc>
          <w:tcPr>
            <w:tcW w:w="3500"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01D598A4" w14:textId="77777777" w:rsidR="007D00B4" w:rsidRPr="001A2E38" w:rsidRDefault="007D00B4" w:rsidP="00176373">
            <w:pPr>
              <w:pBdr>
                <w:top w:val="none" w:sz="0" w:space="0" w:color="000000"/>
                <w:left w:val="none" w:sz="0" w:space="0" w:color="000000"/>
                <w:bottom w:val="none" w:sz="0" w:space="0" w:color="000000"/>
                <w:right w:val="none" w:sz="0" w:space="0" w:color="000000"/>
              </w:pBdr>
              <w:snapToGrid w:val="0"/>
              <w:spacing w:before="40" w:after="40" w:line="240" w:lineRule="auto"/>
              <w:ind w:left="40" w:right="40"/>
              <w:jc w:val="center"/>
              <w:rPr>
                <w:rFonts w:ascii="Times New Roman" w:eastAsia="Times New Roman" w:hAnsi="Times New Roman" w:cs="Times New Roman"/>
                <w:color w:val="000000"/>
                <w:sz w:val="20"/>
                <w:szCs w:val="20"/>
              </w:rPr>
            </w:pPr>
            <w:r w:rsidRPr="001A2E38">
              <w:rPr>
                <w:rFonts w:ascii="Times New Roman" w:eastAsia="Times New Roman" w:hAnsi="Times New Roman" w:cs="Times New Roman"/>
                <w:color w:val="000000"/>
                <w:sz w:val="20"/>
                <w:szCs w:val="20"/>
              </w:rPr>
              <w:t>1.407 (1.253-1.579)</w:t>
            </w:r>
          </w:p>
        </w:tc>
        <w:tc>
          <w:tcPr>
            <w:tcW w:w="1750"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7A4D8E43" w14:textId="77777777" w:rsidR="007D00B4" w:rsidRPr="001A2E38" w:rsidRDefault="007D00B4" w:rsidP="00176373">
            <w:pPr>
              <w:pBdr>
                <w:top w:val="none" w:sz="0" w:space="0" w:color="000000"/>
                <w:left w:val="none" w:sz="0" w:space="0" w:color="000000"/>
                <w:bottom w:val="none" w:sz="0" w:space="0" w:color="000000"/>
                <w:right w:val="none" w:sz="0" w:space="0" w:color="000000"/>
              </w:pBdr>
              <w:snapToGrid w:val="0"/>
              <w:spacing w:before="40" w:after="40" w:line="240" w:lineRule="auto"/>
              <w:ind w:left="40" w:right="40"/>
              <w:jc w:val="center"/>
              <w:rPr>
                <w:rFonts w:ascii="Times New Roman" w:eastAsia="Times New Roman" w:hAnsi="Times New Roman" w:cs="Times New Roman"/>
                <w:color w:val="000000"/>
                <w:sz w:val="20"/>
                <w:szCs w:val="20"/>
              </w:rPr>
            </w:pPr>
            <w:r w:rsidRPr="001A2E38">
              <w:rPr>
                <w:rFonts w:ascii="Times New Roman" w:eastAsia="Times New Roman" w:hAnsi="Times New Roman" w:cs="Times New Roman"/>
                <w:color w:val="000000"/>
                <w:sz w:val="20"/>
                <w:szCs w:val="20"/>
              </w:rPr>
              <w:t>&lt;0.001</w:t>
            </w:r>
          </w:p>
        </w:tc>
        <w:tc>
          <w:tcPr>
            <w:tcW w:w="1925"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0C579383" w14:textId="77777777" w:rsidR="007D00B4" w:rsidRPr="001A2E38" w:rsidRDefault="007D00B4" w:rsidP="00176373">
            <w:pPr>
              <w:pBdr>
                <w:top w:val="none" w:sz="0" w:space="0" w:color="000000"/>
                <w:left w:val="none" w:sz="0" w:space="0" w:color="000000"/>
                <w:bottom w:val="none" w:sz="0" w:space="0" w:color="000000"/>
                <w:right w:val="none" w:sz="0" w:space="0" w:color="000000"/>
              </w:pBdr>
              <w:snapToGrid w:val="0"/>
              <w:spacing w:before="40" w:after="40" w:line="240" w:lineRule="auto"/>
              <w:ind w:left="40" w:right="40"/>
              <w:jc w:val="center"/>
              <w:rPr>
                <w:rFonts w:ascii="Times New Roman" w:eastAsia="Times New Roman" w:hAnsi="Times New Roman" w:cs="Times New Roman"/>
                <w:color w:val="000000"/>
                <w:sz w:val="20"/>
                <w:szCs w:val="20"/>
              </w:rPr>
            </w:pPr>
          </w:p>
        </w:tc>
      </w:tr>
      <w:tr w:rsidR="007D00B4" w:rsidRPr="001A2E38" w14:paraId="0566249C" w14:textId="77777777" w:rsidTr="00176373">
        <w:trPr>
          <w:jc w:val="center"/>
        </w:trPr>
        <w:tc>
          <w:tcPr>
            <w:tcW w:w="2099"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4673B855" w14:textId="77777777" w:rsidR="007D00B4" w:rsidRPr="001A2E38" w:rsidRDefault="007D00B4" w:rsidP="00176373">
            <w:pPr>
              <w:pBdr>
                <w:top w:val="none" w:sz="0" w:space="0" w:color="000000"/>
                <w:left w:val="none" w:sz="0" w:space="0" w:color="000000"/>
                <w:bottom w:val="none" w:sz="0" w:space="0" w:color="000000"/>
                <w:right w:val="none" w:sz="0" w:space="0" w:color="000000"/>
              </w:pBdr>
              <w:snapToGrid w:val="0"/>
              <w:spacing w:before="40" w:after="40" w:line="240" w:lineRule="auto"/>
              <w:ind w:left="40" w:right="40"/>
              <w:rPr>
                <w:rFonts w:ascii="Times New Roman" w:eastAsia="Times New Roman" w:hAnsi="Times New Roman" w:cs="Times New Roman"/>
                <w:color w:val="000000"/>
                <w:sz w:val="20"/>
                <w:szCs w:val="20"/>
              </w:rPr>
            </w:pPr>
          </w:p>
        </w:tc>
        <w:tc>
          <w:tcPr>
            <w:tcW w:w="2974"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60736F77" w14:textId="77777777" w:rsidR="007D00B4" w:rsidRPr="001A2E38" w:rsidRDefault="007D00B4" w:rsidP="00176373">
            <w:pPr>
              <w:pBdr>
                <w:top w:val="none" w:sz="0" w:space="0" w:color="000000"/>
                <w:left w:val="none" w:sz="0" w:space="0" w:color="000000"/>
                <w:bottom w:val="none" w:sz="0" w:space="0" w:color="000000"/>
                <w:right w:val="none" w:sz="0" w:space="0" w:color="000000"/>
              </w:pBdr>
              <w:snapToGrid w:val="0"/>
              <w:spacing w:before="40" w:after="40" w:line="240" w:lineRule="auto"/>
              <w:ind w:left="40" w:right="40"/>
              <w:jc w:val="center"/>
              <w:rPr>
                <w:rFonts w:ascii="Times New Roman" w:eastAsia="Times New Roman" w:hAnsi="Times New Roman" w:cs="Times New Roman"/>
                <w:color w:val="000000"/>
                <w:sz w:val="20"/>
                <w:szCs w:val="20"/>
              </w:rPr>
            </w:pPr>
            <w:r w:rsidRPr="001A2E38">
              <w:rPr>
                <w:rFonts w:ascii="Times New Roman" w:eastAsia="Times New Roman" w:hAnsi="Times New Roman" w:cs="Times New Roman"/>
                <w:color w:val="000000"/>
                <w:sz w:val="20"/>
                <w:szCs w:val="20"/>
              </w:rPr>
              <w:t>Q3</w:t>
            </w:r>
          </w:p>
        </w:tc>
        <w:tc>
          <w:tcPr>
            <w:tcW w:w="3500"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47881939" w14:textId="77777777" w:rsidR="007D00B4" w:rsidRPr="001A2E38" w:rsidRDefault="007D00B4" w:rsidP="00176373">
            <w:pPr>
              <w:pBdr>
                <w:top w:val="none" w:sz="0" w:space="0" w:color="000000"/>
                <w:left w:val="none" w:sz="0" w:space="0" w:color="000000"/>
                <w:bottom w:val="none" w:sz="0" w:space="0" w:color="000000"/>
                <w:right w:val="none" w:sz="0" w:space="0" w:color="000000"/>
              </w:pBdr>
              <w:snapToGrid w:val="0"/>
              <w:spacing w:before="40" w:after="40" w:line="240" w:lineRule="auto"/>
              <w:ind w:left="40" w:right="40"/>
              <w:jc w:val="center"/>
              <w:rPr>
                <w:rFonts w:ascii="Times New Roman" w:eastAsia="Times New Roman" w:hAnsi="Times New Roman" w:cs="Times New Roman"/>
                <w:color w:val="000000"/>
                <w:sz w:val="20"/>
                <w:szCs w:val="20"/>
              </w:rPr>
            </w:pPr>
            <w:r w:rsidRPr="001A2E38">
              <w:rPr>
                <w:rFonts w:ascii="Times New Roman" w:eastAsia="Times New Roman" w:hAnsi="Times New Roman" w:cs="Times New Roman"/>
                <w:color w:val="000000"/>
                <w:sz w:val="20"/>
                <w:szCs w:val="20"/>
              </w:rPr>
              <w:t>1.702 (1.525-1.901)</w:t>
            </w:r>
          </w:p>
        </w:tc>
        <w:tc>
          <w:tcPr>
            <w:tcW w:w="1750"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4B3C7640" w14:textId="77777777" w:rsidR="007D00B4" w:rsidRPr="001A2E38" w:rsidRDefault="007D00B4" w:rsidP="00176373">
            <w:pPr>
              <w:pBdr>
                <w:top w:val="none" w:sz="0" w:space="0" w:color="000000"/>
                <w:left w:val="none" w:sz="0" w:space="0" w:color="000000"/>
                <w:bottom w:val="none" w:sz="0" w:space="0" w:color="000000"/>
                <w:right w:val="none" w:sz="0" w:space="0" w:color="000000"/>
              </w:pBdr>
              <w:snapToGrid w:val="0"/>
              <w:spacing w:before="40" w:after="40" w:line="240" w:lineRule="auto"/>
              <w:ind w:left="40" w:right="40"/>
              <w:jc w:val="center"/>
              <w:rPr>
                <w:rFonts w:ascii="Times New Roman" w:eastAsia="Times New Roman" w:hAnsi="Times New Roman" w:cs="Times New Roman"/>
                <w:color w:val="000000"/>
                <w:sz w:val="20"/>
                <w:szCs w:val="20"/>
              </w:rPr>
            </w:pPr>
            <w:r w:rsidRPr="001A2E38">
              <w:rPr>
                <w:rFonts w:ascii="Times New Roman" w:eastAsia="Times New Roman" w:hAnsi="Times New Roman" w:cs="Times New Roman"/>
                <w:color w:val="000000"/>
                <w:sz w:val="20"/>
                <w:szCs w:val="20"/>
              </w:rPr>
              <w:t>&lt;0.001</w:t>
            </w:r>
          </w:p>
        </w:tc>
        <w:tc>
          <w:tcPr>
            <w:tcW w:w="1925"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69914738" w14:textId="77777777" w:rsidR="007D00B4" w:rsidRPr="001A2E38" w:rsidRDefault="007D00B4" w:rsidP="00176373">
            <w:pPr>
              <w:pBdr>
                <w:top w:val="none" w:sz="0" w:space="0" w:color="000000"/>
                <w:left w:val="none" w:sz="0" w:space="0" w:color="000000"/>
                <w:bottom w:val="none" w:sz="0" w:space="0" w:color="000000"/>
                <w:right w:val="none" w:sz="0" w:space="0" w:color="000000"/>
              </w:pBdr>
              <w:snapToGrid w:val="0"/>
              <w:spacing w:before="40" w:after="40" w:line="240" w:lineRule="auto"/>
              <w:ind w:left="40" w:right="40"/>
              <w:jc w:val="center"/>
              <w:rPr>
                <w:rFonts w:ascii="Times New Roman" w:eastAsia="Times New Roman" w:hAnsi="Times New Roman" w:cs="Times New Roman"/>
                <w:color w:val="000000"/>
                <w:sz w:val="20"/>
                <w:szCs w:val="20"/>
              </w:rPr>
            </w:pPr>
          </w:p>
        </w:tc>
      </w:tr>
      <w:tr w:rsidR="007D00B4" w:rsidRPr="001A2E38" w14:paraId="4B55D65E" w14:textId="77777777" w:rsidTr="00176373">
        <w:trPr>
          <w:jc w:val="center"/>
        </w:trPr>
        <w:tc>
          <w:tcPr>
            <w:tcW w:w="2099"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3A97326A" w14:textId="77777777" w:rsidR="007D00B4" w:rsidRPr="001A2E38" w:rsidRDefault="007D00B4" w:rsidP="00176373">
            <w:pPr>
              <w:pBdr>
                <w:top w:val="none" w:sz="0" w:space="0" w:color="000000"/>
                <w:left w:val="none" w:sz="0" w:space="0" w:color="000000"/>
                <w:bottom w:val="none" w:sz="0" w:space="0" w:color="000000"/>
                <w:right w:val="none" w:sz="0" w:space="0" w:color="000000"/>
              </w:pBdr>
              <w:snapToGrid w:val="0"/>
              <w:spacing w:before="40" w:after="40" w:line="240" w:lineRule="auto"/>
              <w:ind w:left="40" w:right="40"/>
              <w:rPr>
                <w:rFonts w:ascii="Times New Roman" w:eastAsia="Times New Roman" w:hAnsi="Times New Roman" w:cs="Times New Roman"/>
                <w:color w:val="000000"/>
                <w:sz w:val="20"/>
                <w:szCs w:val="20"/>
              </w:rPr>
            </w:pPr>
          </w:p>
        </w:tc>
        <w:tc>
          <w:tcPr>
            <w:tcW w:w="2974"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5575D9C2" w14:textId="77777777" w:rsidR="007D00B4" w:rsidRPr="001A2E38" w:rsidRDefault="007D00B4" w:rsidP="00176373">
            <w:pPr>
              <w:pBdr>
                <w:top w:val="none" w:sz="0" w:space="0" w:color="000000"/>
                <w:left w:val="none" w:sz="0" w:space="0" w:color="000000"/>
                <w:bottom w:val="none" w:sz="0" w:space="0" w:color="000000"/>
                <w:right w:val="none" w:sz="0" w:space="0" w:color="000000"/>
              </w:pBdr>
              <w:snapToGrid w:val="0"/>
              <w:spacing w:before="40" w:after="40" w:line="240" w:lineRule="auto"/>
              <w:ind w:left="40" w:right="40"/>
              <w:jc w:val="center"/>
              <w:rPr>
                <w:rFonts w:ascii="Times New Roman" w:eastAsia="Times New Roman" w:hAnsi="Times New Roman" w:cs="Times New Roman"/>
                <w:color w:val="000000"/>
                <w:sz w:val="20"/>
                <w:szCs w:val="20"/>
              </w:rPr>
            </w:pPr>
            <w:r w:rsidRPr="001A2E38">
              <w:rPr>
                <w:rFonts w:ascii="Times New Roman" w:eastAsia="Times New Roman" w:hAnsi="Times New Roman" w:cs="Times New Roman"/>
                <w:color w:val="000000"/>
                <w:sz w:val="20"/>
                <w:szCs w:val="20"/>
              </w:rPr>
              <w:t>Q4</w:t>
            </w:r>
          </w:p>
        </w:tc>
        <w:tc>
          <w:tcPr>
            <w:tcW w:w="3500"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252FCBBC" w14:textId="77777777" w:rsidR="007D00B4" w:rsidRPr="001A2E38" w:rsidRDefault="007D00B4" w:rsidP="00176373">
            <w:pPr>
              <w:pBdr>
                <w:top w:val="none" w:sz="0" w:space="0" w:color="000000"/>
                <w:left w:val="none" w:sz="0" w:space="0" w:color="000000"/>
                <w:bottom w:val="none" w:sz="0" w:space="0" w:color="000000"/>
                <w:right w:val="none" w:sz="0" w:space="0" w:color="000000"/>
              </w:pBdr>
              <w:snapToGrid w:val="0"/>
              <w:spacing w:before="40" w:after="40" w:line="240" w:lineRule="auto"/>
              <w:ind w:left="40" w:right="40"/>
              <w:jc w:val="center"/>
              <w:rPr>
                <w:rFonts w:ascii="Times New Roman" w:eastAsia="Times New Roman" w:hAnsi="Times New Roman" w:cs="Times New Roman"/>
                <w:color w:val="000000"/>
                <w:sz w:val="20"/>
                <w:szCs w:val="20"/>
              </w:rPr>
            </w:pPr>
            <w:r w:rsidRPr="001A2E38">
              <w:rPr>
                <w:rFonts w:ascii="Times New Roman" w:eastAsia="Times New Roman" w:hAnsi="Times New Roman" w:cs="Times New Roman"/>
                <w:color w:val="000000"/>
                <w:sz w:val="20"/>
                <w:szCs w:val="20"/>
              </w:rPr>
              <w:t>2.758 (2.489-3.057)</w:t>
            </w:r>
          </w:p>
        </w:tc>
        <w:tc>
          <w:tcPr>
            <w:tcW w:w="1750"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35A7A01F" w14:textId="77777777" w:rsidR="007D00B4" w:rsidRPr="001A2E38" w:rsidRDefault="007D00B4" w:rsidP="00176373">
            <w:pPr>
              <w:pBdr>
                <w:top w:val="none" w:sz="0" w:space="0" w:color="000000"/>
                <w:left w:val="none" w:sz="0" w:space="0" w:color="000000"/>
                <w:bottom w:val="none" w:sz="0" w:space="0" w:color="000000"/>
                <w:right w:val="none" w:sz="0" w:space="0" w:color="000000"/>
              </w:pBdr>
              <w:snapToGrid w:val="0"/>
              <w:spacing w:before="40" w:after="40" w:line="240" w:lineRule="auto"/>
              <w:ind w:left="40" w:right="40"/>
              <w:jc w:val="center"/>
              <w:rPr>
                <w:rFonts w:ascii="Times New Roman" w:eastAsia="Times New Roman" w:hAnsi="Times New Roman" w:cs="Times New Roman"/>
                <w:color w:val="000000"/>
                <w:sz w:val="20"/>
                <w:szCs w:val="20"/>
              </w:rPr>
            </w:pPr>
            <w:r w:rsidRPr="001A2E38">
              <w:rPr>
                <w:rFonts w:ascii="Times New Roman" w:eastAsia="Times New Roman" w:hAnsi="Times New Roman" w:cs="Times New Roman"/>
                <w:color w:val="000000"/>
                <w:sz w:val="20"/>
                <w:szCs w:val="20"/>
              </w:rPr>
              <w:t>&lt;0.001</w:t>
            </w:r>
          </w:p>
        </w:tc>
        <w:tc>
          <w:tcPr>
            <w:tcW w:w="1925"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7AB6A145" w14:textId="77777777" w:rsidR="007D00B4" w:rsidRPr="001A2E38" w:rsidRDefault="007D00B4" w:rsidP="00176373">
            <w:pPr>
              <w:pBdr>
                <w:top w:val="none" w:sz="0" w:space="0" w:color="000000"/>
                <w:left w:val="none" w:sz="0" w:space="0" w:color="000000"/>
                <w:bottom w:val="none" w:sz="0" w:space="0" w:color="000000"/>
                <w:right w:val="none" w:sz="0" w:space="0" w:color="000000"/>
              </w:pBdr>
              <w:snapToGrid w:val="0"/>
              <w:spacing w:before="40" w:after="40" w:line="240" w:lineRule="auto"/>
              <w:ind w:left="40" w:right="40"/>
              <w:jc w:val="center"/>
              <w:rPr>
                <w:rFonts w:ascii="Times New Roman" w:eastAsia="Times New Roman" w:hAnsi="Times New Roman" w:cs="Times New Roman"/>
                <w:color w:val="000000"/>
                <w:sz w:val="20"/>
                <w:szCs w:val="20"/>
              </w:rPr>
            </w:pPr>
            <w:r w:rsidRPr="001A2E38">
              <w:rPr>
                <w:rFonts w:ascii="Times New Roman" w:eastAsia="Times New Roman" w:hAnsi="Times New Roman" w:cs="Times New Roman"/>
                <w:color w:val="000000"/>
                <w:sz w:val="20"/>
                <w:szCs w:val="20"/>
              </w:rPr>
              <w:t>&lt;0.001</w:t>
            </w:r>
          </w:p>
        </w:tc>
      </w:tr>
      <w:tr w:rsidR="007D00B4" w:rsidRPr="001A2E38" w14:paraId="46311A37" w14:textId="77777777" w:rsidTr="00176373">
        <w:trPr>
          <w:jc w:val="center"/>
        </w:trPr>
        <w:tc>
          <w:tcPr>
            <w:tcW w:w="2099"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370DA931" w14:textId="77777777" w:rsidR="007D00B4" w:rsidRPr="001A2E38" w:rsidRDefault="007D00B4" w:rsidP="00176373">
            <w:pPr>
              <w:pBdr>
                <w:top w:val="none" w:sz="0" w:space="0" w:color="000000"/>
                <w:left w:val="none" w:sz="0" w:space="0" w:color="000000"/>
                <w:bottom w:val="none" w:sz="0" w:space="0" w:color="000000"/>
                <w:right w:val="none" w:sz="0" w:space="0" w:color="000000"/>
              </w:pBdr>
              <w:snapToGrid w:val="0"/>
              <w:spacing w:before="40" w:after="40" w:line="240" w:lineRule="auto"/>
              <w:ind w:left="40" w:right="40"/>
              <w:rPr>
                <w:rFonts w:ascii="Times New Roman" w:eastAsia="Times New Roman" w:hAnsi="Times New Roman" w:cs="Times New Roman"/>
                <w:color w:val="000000"/>
                <w:sz w:val="20"/>
                <w:szCs w:val="20"/>
              </w:rPr>
            </w:pPr>
            <w:r w:rsidRPr="001A2E38">
              <w:rPr>
                <w:rFonts w:ascii="Times New Roman" w:eastAsia="Times New Roman" w:hAnsi="Times New Roman" w:cs="Times New Roman"/>
                <w:color w:val="000000"/>
                <w:sz w:val="20"/>
                <w:szCs w:val="20"/>
              </w:rPr>
              <w:t>CHG-ABSI</w:t>
            </w:r>
          </w:p>
        </w:tc>
        <w:tc>
          <w:tcPr>
            <w:tcW w:w="2974"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22209CDC" w14:textId="77777777" w:rsidR="007D00B4" w:rsidRPr="001A2E38" w:rsidRDefault="007D00B4" w:rsidP="00176373">
            <w:pPr>
              <w:pBdr>
                <w:top w:val="none" w:sz="0" w:space="0" w:color="000000"/>
                <w:left w:val="none" w:sz="0" w:space="0" w:color="000000"/>
                <w:bottom w:val="none" w:sz="0" w:space="0" w:color="000000"/>
                <w:right w:val="none" w:sz="0" w:space="0" w:color="000000"/>
              </w:pBdr>
              <w:snapToGrid w:val="0"/>
              <w:spacing w:before="40" w:after="40" w:line="240" w:lineRule="auto"/>
              <w:ind w:left="40" w:right="40"/>
              <w:jc w:val="center"/>
              <w:rPr>
                <w:rFonts w:ascii="Times New Roman" w:eastAsia="Times New Roman" w:hAnsi="Times New Roman" w:cs="Times New Roman"/>
                <w:color w:val="000000"/>
                <w:sz w:val="20"/>
                <w:szCs w:val="20"/>
              </w:rPr>
            </w:pPr>
            <w:r w:rsidRPr="001A2E38">
              <w:rPr>
                <w:rFonts w:ascii="Times New Roman" w:eastAsia="Times New Roman" w:hAnsi="Times New Roman" w:cs="Times New Roman"/>
                <w:color w:val="000000"/>
                <w:sz w:val="20"/>
                <w:szCs w:val="20"/>
              </w:rPr>
              <w:t>Per 1-SD increase</w:t>
            </w:r>
          </w:p>
        </w:tc>
        <w:tc>
          <w:tcPr>
            <w:tcW w:w="3500"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582E7884" w14:textId="77777777" w:rsidR="007D00B4" w:rsidRPr="001A2E38" w:rsidRDefault="007D00B4" w:rsidP="00176373">
            <w:pPr>
              <w:pBdr>
                <w:top w:val="none" w:sz="0" w:space="0" w:color="000000"/>
                <w:left w:val="none" w:sz="0" w:space="0" w:color="000000"/>
                <w:bottom w:val="none" w:sz="0" w:space="0" w:color="000000"/>
                <w:right w:val="none" w:sz="0" w:space="0" w:color="000000"/>
              </w:pBdr>
              <w:snapToGrid w:val="0"/>
              <w:spacing w:before="40" w:after="40" w:line="240" w:lineRule="auto"/>
              <w:ind w:left="40" w:right="40"/>
              <w:jc w:val="center"/>
              <w:rPr>
                <w:rFonts w:ascii="Times New Roman" w:eastAsia="Times New Roman" w:hAnsi="Times New Roman" w:cs="Times New Roman"/>
                <w:color w:val="000000"/>
                <w:sz w:val="20"/>
                <w:szCs w:val="20"/>
              </w:rPr>
            </w:pPr>
            <w:r w:rsidRPr="001A2E38">
              <w:rPr>
                <w:rFonts w:ascii="Times New Roman" w:eastAsia="Times New Roman" w:hAnsi="Times New Roman" w:cs="Times New Roman"/>
                <w:color w:val="000000"/>
                <w:sz w:val="20"/>
                <w:szCs w:val="20"/>
              </w:rPr>
              <w:t>1.191 (1.156-1.228)</w:t>
            </w:r>
          </w:p>
        </w:tc>
        <w:tc>
          <w:tcPr>
            <w:tcW w:w="1750"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09D23C91" w14:textId="77777777" w:rsidR="007D00B4" w:rsidRPr="001A2E38" w:rsidRDefault="007D00B4" w:rsidP="00176373">
            <w:pPr>
              <w:pBdr>
                <w:top w:val="none" w:sz="0" w:space="0" w:color="000000"/>
                <w:left w:val="none" w:sz="0" w:space="0" w:color="000000"/>
                <w:bottom w:val="none" w:sz="0" w:space="0" w:color="000000"/>
                <w:right w:val="none" w:sz="0" w:space="0" w:color="000000"/>
              </w:pBdr>
              <w:snapToGrid w:val="0"/>
              <w:spacing w:before="40" w:after="40" w:line="240" w:lineRule="auto"/>
              <w:ind w:left="40" w:right="40"/>
              <w:jc w:val="center"/>
              <w:rPr>
                <w:rFonts w:ascii="Times New Roman" w:eastAsia="Times New Roman" w:hAnsi="Times New Roman" w:cs="Times New Roman"/>
                <w:color w:val="000000"/>
                <w:sz w:val="20"/>
                <w:szCs w:val="20"/>
              </w:rPr>
            </w:pPr>
            <w:r w:rsidRPr="001A2E38">
              <w:rPr>
                <w:rFonts w:ascii="Times New Roman" w:eastAsia="Times New Roman" w:hAnsi="Times New Roman" w:cs="Times New Roman"/>
                <w:color w:val="000000"/>
                <w:sz w:val="20"/>
                <w:szCs w:val="20"/>
              </w:rPr>
              <w:t>&lt;0.001</w:t>
            </w:r>
          </w:p>
        </w:tc>
        <w:tc>
          <w:tcPr>
            <w:tcW w:w="1925"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616A4DA2" w14:textId="77777777" w:rsidR="007D00B4" w:rsidRPr="001A2E38" w:rsidRDefault="007D00B4" w:rsidP="00176373">
            <w:pPr>
              <w:pBdr>
                <w:top w:val="none" w:sz="0" w:space="0" w:color="000000"/>
                <w:left w:val="none" w:sz="0" w:space="0" w:color="000000"/>
                <w:bottom w:val="none" w:sz="0" w:space="0" w:color="000000"/>
                <w:right w:val="none" w:sz="0" w:space="0" w:color="000000"/>
              </w:pBdr>
              <w:snapToGrid w:val="0"/>
              <w:spacing w:before="40" w:after="40" w:line="240" w:lineRule="auto"/>
              <w:ind w:left="40" w:right="40"/>
              <w:jc w:val="center"/>
              <w:rPr>
                <w:rFonts w:ascii="Times New Roman" w:eastAsia="Times New Roman" w:hAnsi="Times New Roman" w:cs="Times New Roman"/>
                <w:color w:val="000000"/>
                <w:sz w:val="20"/>
                <w:szCs w:val="20"/>
              </w:rPr>
            </w:pPr>
          </w:p>
        </w:tc>
      </w:tr>
      <w:tr w:rsidR="007D00B4" w:rsidRPr="001A2E38" w14:paraId="2E049B9D" w14:textId="77777777" w:rsidTr="00176373">
        <w:trPr>
          <w:jc w:val="center"/>
        </w:trPr>
        <w:tc>
          <w:tcPr>
            <w:tcW w:w="2099"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64C78C11" w14:textId="77777777" w:rsidR="007D00B4" w:rsidRPr="001A2E38" w:rsidRDefault="007D00B4" w:rsidP="00176373">
            <w:pPr>
              <w:pBdr>
                <w:top w:val="none" w:sz="0" w:space="0" w:color="000000"/>
                <w:left w:val="none" w:sz="0" w:space="0" w:color="000000"/>
                <w:bottom w:val="none" w:sz="0" w:space="0" w:color="000000"/>
                <w:right w:val="none" w:sz="0" w:space="0" w:color="000000"/>
              </w:pBdr>
              <w:snapToGrid w:val="0"/>
              <w:spacing w:before="40" w:after="40" w:line="240" w:lineRule="auto"/>
              <w:ind w:left="40" w:right="40"/>
              <w:rPr>
                <w:rFonts w:ascii="Times New Roman" w:eastAsia="Times New Roman" w:hAnsi="Times New Roman" w:cs="Times New Roman"/>
                <w:color w:val="000000"/>
                <w:sz w:val="20"/>
                <w:szCs w:val="20"/>
              </w:rPr>
            </w:pPr>
          </w:p>
        </w:tc>
        <w:tc>
          <w:tcPr>
            <w:tcW w:w="2974"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56554B15" w14:textId="77777777" w:rsidR="007D00B4" w:rsidRPr="001A2E38" w:rsidRDefault="007D00B4" w:rsidP="00176373">
            <w:pPr>
              <w:pBdr>
                <w:top w:val="none" w:sz="0" w:space="0" w:color="000000"/>
                <w:left w:val="none" w:sz="0" w:space="0" w:color="000000"/>
                <w:bottom w:val="none" w:sz="0" w:space="0" w:color="000000"/>
                <w:right w:val="none" w:sz="0" w:space="0" w:color="000000"/>
              </w:pBdr>
              <w:snapToGrid w:val="0"/>
              <w:spacing w:before="40" w:after="40" w:line="240" w:lineRule="auto"/>
              <w:ind w:left="40" w:right="40"/>
              <w:jc w:val="center"/>
              <w:rPr>
                <w:rFonts w:ascii="Times New Roman" w:eastAsia="Times New Roman" w:hAnsi="Times New Roman" w:cs="Times New Roman"/>
                <w:color w:val="000000"/>
                <w:sz w:val="20"/>
                <w:szCs w:val="20"/>
              </w:rPr>
            </w:pPr>
            <w:r w:rsidRPr="001A2E38">
              <w:rPr>
                <w:rFonts w:ascii="Times New Roman" w:eastAsia="Times New Roman" w:hAnsi="Times New Roman" w:cs="Times New Roman"/>
                <w:color w:val="000000"/>
                <w:sz w:val="20"/>
                <w:szCs w:val="20"/>
              </w:rPr>
              <w:t>Q1</w:t>
            </w:r>
          </w:p>
        </w:tc>
        <w:tc>
          <w:tcPr>
            <w:tcW w:w="3500"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212E357B" w14:textId="77777777" w:rsidR="007D00B4" w:rsidRPr="001A2E38" w:rsidRDefault="007D00B4" w:rsidP="00176373">
            <w:pPr>
              <w:pBdr>
                <w:top w:val="none" w:sz="0" w:space="0" w:color="000000"/>
                <w:left w:val="none" w:sz="0" w:space="0" w:color="000000"/>
                <w:bottom w:val="none" w:sz="0" w:space="0" w:color="000000"/>
                <w:right w:val="none" w:sz="0" w:space="0" w:color="000000"/>
              </w:pBdr>
              <w:snapToGrid w:val="0"/>
              <w:spacing w:before="40" w:after="40" w:line="240" w:lineRule="auto"/>
              <w:ind w:left="40" w:right="40"/>
              <w:jc w:val="center"/>
              <w:rPr>
                <w:rFonts w:ascii="Times New Roman" w:eastAsia="Times New Roman" w:hAnsi="Times New Roman" w:cs="Times New Roman"/>
                <w:color w:val="000000"/>
                <w:sz w:val="20"/>
                <w:szCs w:val="20"/>
              </w:rPr>
            </w:pPr>
            <w:r w:rsidRPr="001A2E38">
              <w:rPr>
                <w:rFonts w:ascii="Times New Roman" w:eastAsia="Times New Roman" w:hAnsi="Times New Roman" w:cs="Times New Roman"/>
                <w:color w:val="000000"/>
                <w:sz w:val="20"/>
                <w:szCs w:val="20"/>
              </w:rPr>
              <w:t>Reference</w:t>
            </w:r>
          </w:p>
        </w:tc>
        <w:tc>
          <w:tcPr>
            <w:tcW w:w="1750"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04C662CA" w14:textId="77777777" w:rsidR="007D00B4" w:rsidRPr="001A2E38" w:rsidRDefault="007D00B4" w:rsidP="00176373">
            <w:pPr>
              <w:pBdr>
                <w:top w:val="none" w:sz="0" w:space="0" w:color="000000"/>
                <w:left w:val="none" w:sz="0" w:space="0" w:color="000000"/>
                <w:bottom w:val="none" w:sz="0" w:space="0" w:color="000000"/>
                <w:right w:val="none" w:sz="0" w:space="0" w:color="000000"/>
              </w:pBdr>
              <w:snapToGrid w:val="0"/>
              <w:spacing w:before="40" w:after="40" w:line="240" w:lineRule="auto"/>
              <w:ind w:left="40" w:right="40"/>
              <w:jc w:val="center"/>
              <w:rPr>
                <w:rFonts w:ascii="Times New Roman" w:eastAsia="Times New Roman" w:hAnsi="Times New Roman" w:cs="Times New Roman"/>
                <w:color w:val="000000"/>
                <w:sz w:val="20"/>
                <w:szCs w:val="20"/>
              </w:rPr>
            </w:pPr>
          </w:p>
        </w:tc>
        <w:tc>
          <w:tcPr>
            <w:tcW w:w="1925"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49C88E36" w14:textId="77777777" w:rsidR="007D00B4" w:rsidRPr="001A2E38" w:rsidRDefault="007D00B4" w:rsidP="00176373">
            <w:pPr>
              <w:pBdr>
                <w:top w:val="none" w:sz="0" w:space="0" w:color="000000"/>
                <w:left w:val="none" w:sz="0" w:space="0" w:color="000000"/>
                <w:bottom w:val="none" w:sz="0" w:space="0" w:color="000000"/>
                <w:right w:val="none" w:sz="0" w:space="0" w:color="000000"/>
              </w:pBdr>
              <w:snapToGrid w:val="0"/>
              <w:spacing w:before="40" w:after="40" w:line="240" w:lineRule="auto"/>
              <w:ind w:left="40" w:right="40"/>
              <w:jc w:val="center"/>
              <w:rPr>
                <w:rFonts w:ascii="Times New Roman" w:eastAsia="Times New Roman" w:hAnsi="Times New Roman" w:cs="Times New Roman"/>
                <w:color w:val="000000"/>
                <w:sz w:val="20"/>
                <w:szCs w:val="20"/>
              </w:rPr>
            </w:pPr>
          </w:p>
        </w:tc>
      </w:tr>
      <w:tr w:rsidR="007D00B4" w:rsidRPr="001A2E38" w14:paraId="79915776" w14:textId="77777777" w:rsidTr="00176373">
        <w:trPr>
          <w:jc w:val="center"/>
        </w:trPr>
        <w:tc>
          <w:tcPr>
            <w:tcW w:w="2099"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01D2A264" w14:textId="77777777" w:rsidR="007D00B4" w:rsidRPr="001A2E38" w:rsidRDefault="007D00B4" w:rsidP="00176373">
            <w:pPr>
              <w:pBdr>
                <w:top w:val="none" w:sz="0" w:space="0" w:color="000000"/>
                <w:left w:val="none" w:sz="0" w:space="0" w:color="000000"/>
                <w:bottom w:val="none" w:sz="0" w:space="0" w:color="000000"/>
                <w:right w:val="none" w:sz="0" w:space="0" w:color="000000"/>
              </w:pBdr>
              <w:snapToGrid w:val="0"/>
              <w:spacing w:before="40" w:after="40" w:line="240" w:lineRule="auto"/>
              <w:ind w:left="40" w:right="40"/>
              <w:rPr>
                <w:rFonts w:ascii="Times New Roman" w:eastAsia="Times New Roman" w:hAnsi="Times New Roman" w:cs="Times New Roman"/>
                <w:color w:val="000000"/>
                <w:sz w:val="20"/>
                <w:szCs w:val="20"/>
              </w:rPr>
            </w:pPr>
          </w:p>
        </w:tc>
        <w:tc>
          <w:tcPr>
            <w:tcW w:w="2974"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08AC8D54" w14:textId="77777777" w:rsidR="007D00B4" w:rsidRPr="001A2E38" w:rsidRDefault="007D00B4" w:rsidP="00176373">
            <w:pPr>
              <w:pBdr>
                <w:top w:val="none" w:sz="0" w:space="0" w:color="000000"/>
                <w:left w:val="none" w:sz="0" w:space="0" w:color="000000"/>
                <w:bottom w:val="none" w:sz="0" w:space="0" w:color="000000"/>
                <w:right w:val="none" w:sz="0" w:space="0" w:color="000000"/>
              </w:pBdr>
              <w:snapToGrid w:val="0"/>
              <w:spacing w:before="40" w:after="40" w:line="240" w:lineRule="auto"/>
              <w:ind w:left="40" w:right="40"/>
              <w:jc w:val="center"/>
              <w:rPr>
                <w:rFonts w:ascii="Times New Roman" w:eastAsia="Times New Roman" w:hAnsi="Times New Roman" w:cs="Times New Roman"/>
                <w:color w:val="000000"/>
                <w:sz w:val="20"/>
                <w:szCs w:val="20"/>
              </w:rPr>
            </w:pPr>
            <w:r w:rsidRPr="001A2E38">
              <w:rPr>
                <w:rFonts w:ascii="Times New Roman" w:eastAsia="Times New Roman" w:hAnsi="Times New Roman" w:cs="Times New Roman"/>
                <w:color w:val="000000"/>
                <w:sz w:val="20"/>
                <w:szCs w:val="20"/>
              </w:rPr>
              <w:t>Q2</w:t>
            </w:r>
          </w:p>
        </w:tc>
        <w:tc>
          <w:tcPr>
            <w:tcW w:w="3500"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5EB68F6E" w14:textId="77777777" w:rsidR="007D00B4" w:rsidRPr="001A2E38" w:rsidRDefault="007D00B4" w:rsidP="00176373">
            <w:pPr>
              <w:pBdr>
                <w:top w:val="none" w:sz="0" w:space="0" w:color="000000"/>
                <w:left w:val="none" w:sz="0" w:space="0" w:color="000000"/>
                <w:bottom w:val="none" w:sz="0" w:space="0" w:color="000000"/>
                <w:right w:val="none" w:sz="0" w:space="0" w:color="000000"/>
              </w:pBdr>
              <w:snapToGrid w:val="0"/>
              <w:spacing w:before="40" w:after="40" w:line="240" w:lineRule="auto"/>
              <w:ind w:left="40" w:right="40"/>
              <w:jc w:val="center"/>
              <w:rPr>
                <w:rFonts w:ascii="Times New Roman" w:eastAsia="Times New Roman" w:hAnsi="Times New Roman" w:cs="Times New Roman"/>
                <w:color w:val="000000"/>
                <w:sz w:val="20"/>
                <w:szCs w:val="20"/>
              </w:rPr>
            </w:pPr>
            <w:r w:rsidRPr="001A2E38">
              <w:rPr>
                <w:rFonts w:ascii="Times New Roman" w:eastAsia="Times New Roman" w:hAnsi="Times New Roman" w:cs="Times New Roman"/>
                <w:color w:val="000000"/>
                <w:sz w:val="20"/>
                <w:szCs w:val="20"/>
              </w:rPr>
              <w:t>1.107 (0.991-1.236)</w:t>
            </w:r>
          </w:p>
        </w:tc>
        <w:tc>
          <w:tcPr>
            <w:tcW w:w="1750"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1CA95D79" w14:textId="77777777" w:rsidR="007D00B4" w:rsidRPr="001A2E38" w:rsidRDefault="007D00B4" w:rsidP="00176373">
            <w:pPr>
              <w:pBdr>
                <w:top w:val="none" w:sz="0" w:space="0" w:color="000000"/>
                <w:left w:val="none" w:sz="0" w:space="0" w:color="000000"/>
                <w:bottom w:val="none" w:sz="0" w:space="0" w:color="000000"/>
                <w:right w:val="none" w:sz="0" w:space="0" w:color="000000"/>
              </w:pBdr>
              <w:snapToGrid w:val="0"/>
              <w:spacing w:before="40" w:after="40" w:line="240" w:lineRule="auto"/>
              <w:ind w:left="40" w:right="40"/>
              <w:jc w:val="center"/>
              <w:rPr>
                <w:rFonts w:ascii="Times New Roman" w:eastAsia="Times New Roman" w:hAnsi="Times New Roman" w:cs="Times New Roman"/>
                <w:color w:val="000000"/>
                <w:sz w:val="20"/>
                <w:szCs w:val="20"/>
              </w:rPr>
            </w:pPr>
            <w:r w:rsidRPr="001A2E38">
              <w:rPr>
                <w:rFonts w:ascii="Times New Roman" w:eastAsia="Times New Roman" w:hAnsi="Times New Roman" w:cs="Times New Roman"/>
                <w:color w:val="000000"/>
                <w:sz w:val="20"/>
                <w:szCs w:val="20"/>
              </w:rPr>
              <w:t>0.073</w:t>
            </w:r>
          </w:p>
        </w:tc>
        <w:tc>
          <w:tcPr>
            <w:tcW w:w="1925"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2873B271" w14:textId="77777777" w:rsidR="007D00B4" w:rsidRPr="001A2E38" w:rsidRDefault="007D00B4" w:rsidP="00176373">
            <w:pPr>
              <w:pBdr>
                <w:top w:val="none" w:sz="0" w:space="0" w:color="000000"/>
                <w:left w:val="none" w:sz="0" w:space="0" w:color="000000"/>
                <w:bottom w:val="none" w:sz="0" w:space="0" w:color="000000"/>
                <w:right w:val="none" w:sz="0" w:space="0" w:color="000000"/>
              </w:pBdr>
              <w:snapToGrid w:val="0"/>
              <w:spacing w:before="40" w:after="40" w:line="240" w:lineRule="auto"/>
              <w:ind w:left="40" w:right="40"/>
              <w:jc w:val="center"/>
              <w:rPr>
                <w:rFonts w:ascii="Times New Roman" w:eastAsia="Times New Roman" w:hAnsi="Times New Roman" w:cs="Times New Roman"/>
                <w:color w:val="000000"/>
                <w:sz w:val="20"/>
                <w:szCs w:val="20"/>
              </w:rPr>
            </w:pPr>
          </w:p>
        </w:tc>
      </w:tr>
      <w:tr w:rsidR="007D00B4" w:rsidRPr="001A2E38" w14:paraId="2129DEFC" w14:textId="77777777" w:rsidTr="00176373">
        <w:trPr>
          <w:jc w:val="center"/>
        </w:trPr>
        <w:tc>
          <w:tcPr>
            <w:tcW w:w="2099"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57D555D5" w14:textId="77777777" w:rsidR="007D00B4" w:rsidRPr="001A2E38" w:rsidRDefault="007D00B4" w:rsidP="00176373">
            <w:pPr>
              <w:pBdr>
                <w:top w:val="none" w:sz="0" w:space="0" w:color="000000"/>
                <w:left w:val="none" w:sz="0" w:space="0" w:color="000000"/>
                <w:bottom w:val="none" w:sz="0" w:space="0" w:color="000000"/>
                <w:right w:val="none" w:sz="0" w:space="0" w:color="000000"/>
              </w:pBdr>
              <w:snapToGrid w:val="0"/>
              <w:spacing w:before="40" w:after="40" w:line="240" w:lineRule="auto"/>
              <w:ind w:left="40" w:right="40"/>
              <w:rPr>
                <w:rFonts w:ascii="Times New Roman" w:eastAsia="Times New Roman" w:hAnsi="Times New Roman" w:cs="Times New Roman"/>
                <w:color w:val="000000"/>
                <w:sz w:val="20"/>
                <w:szCs w:val="20"/>
              </w:rPr>
            </w:pPr>
          </w:p>
        </w:tc>
        <w:tc>
          <w:tcPr>
            <w:tcW w:w="2974"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2E4AB1E8" w14:textId="77777777" w:rsidR="007D00B4" w:rsidRPr="001A2E38" w:rsidRDefault="007D00B4" w:rsidP="00176373">
            <w:pPr>
              <w:pBdr>
                <w:top w:val="none" w:sz="0" w:space="0" w:color="000000"/>
                <w:left w:val="none" w:sz="0" w:space="0" w:color="000000"/>
                <w:bottom w:val="none" w:sz="0" w:space="0" w:color="000000"/>
                <w:right w:val="none" w:sz="0" w:space="0" w:color="000000"/>
              </w:pBdr>
              <w:snapToGrid w:val="0"/>
              <w:spacing w:before="40" w:after="40" w:line="240" w:lineRule="auto"/>
              <w:ind w:left="40" w:right="40"/>
              <w:jc w:val="center"/>
              <w:rPr>
                <w:rFonts w:ascii="Times New Roman" w:eastAsia="Times New Roman" w:hAnsi="Times New Roman" w:cs="Times New Roman"/>
                <w:color w:val="000000"/>
                <w:sz w:val="20"/>
                <w:szCs w:val="20"/>
              </w:rPr>
            </w:pPr>
            <w:r w:rsidRPr="001A2E38">
              <w:rPr>
                <w:rFonts w:ascii="Times New Roman" w:eastAsia="Times New Roman" w:hAnsi="Times New Roman" w:cs="Times New Roman"/>
                <w:color w:val="000000"/>
                <w:sz w:val="20"/>
                <w:szCs w:val="20"/>
              </w:rPr>
              <w:t>Q3</w:t>
            </w:r>
          </w:p>
        </w:tc>
        <w:tc>
          <w:tcPr>
            <w:tcW w:w="3500"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0297EFD8" w14:textId="77777777" w:rsidR="007D00B4" w:rsidRPr="001A2E38" w:rsidRDefault="007D00B4" w:rsidP="00176373">
            <w:pPr>
              <w:pBdr>
                <w:top w:val="none" w:sz="0" w:space="0" w:color="000000"/>
                <w:left w:val="none" w:sz="0" w:space="0" w:color="000000"/>
                <w:bottom w:val="none" w:sz="0" w:space="0" w:color="000000"/>
                <w:right w:val="none" w:sz="0" w:space="0" w:color="000000"/>
              </w:pBdr>
              <w:snapToGrid w:val="0"/>
              <w:spacing w:before="40" w:after="40" w:line="240" w:lineRule="auto"/>
              <w:ind w:left="40" w:right="40"/>
              <w:jc w:val="center"/>
              <w:rPr>
                <w:rFonts w:ascii="Times New Roman" w:eastAsia="Times New Roman" w:hAnsi="Times New Roman" w:cs="Times New Roman"/>
                <w:color w:val="000000"/>
                <w:sz w:val="20"/>
                <w:szCs w:val="20"/>
              </w:rPr>
            </w:pPr>
            <w:r w:rsidRPr="001A2E38">
              <w:rPr>
                <w:rFonts w:ascii="Times New Roman" w:eastAsia="Times New Roman" w:hAnsi="Times New Roman" w:cs="Times New Roman"/>
                <w:color w:val="000000"/>
                <w:sz w:val="20"/>
                <w:szCs w:val="20"/>
              </w:rPr>
              <w:t>1.289 (1.155-1.438)</w:t>
            </w:r>
          </w:p>
        </w:tc>
        <w:tc>
          <w:tcPr>
            <w:tcW w:w="1750"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19D8EDCA" w14:textId="77777777" w:rsidR="007D00B4" w:rsidRPr="001A2E38" w:rsidRDefault="007D00B4" w:rsidP="00176373">
            <w:pPr>
              <w:pBdr>
                <w:top w:val="none" w:sz="0" w:space="0" w:color="000000"/>
                <w:left w:val="none" w:sz="0" w:space="0" w:color="000000"/>
                <w:bottom w:val="none" w:sz="0" w:space="0" w:color="000000"/>
                <w:right w:val="none" w:sz="0" w:space="0" w:color="000000"/>
              </w:pBdr>
              <w:snapToGrid w:val="0"/>
              <w:spacing w:before="40" w:after="40" w:line="240" w:lineRule="auto"/>
              <w:ind w:left="40" w:right="40"/>
              <w:jc w:val="center"/>
              <w:rPr>
                <w:rFonts w:ascii="Times New Roman" w:eastAsia="Times New Roman" w:hAnsi="Times New Roman" w:cs="Times New Roman"/>
                <w:color w:val="000000"/>
                <w:sz w:val="20"/>
                <w:szCs w:val="20"/>
              </w:rPr>
            </w:pPr>
            <w:r w:rsidRPr="001A2E38">
              <w:rPr>
                <w:rFonts w:ascii="Times New Roman" w:eastAsia="Times New Roman" w:hAnsi="Times New Roman" w:cs="Times New Roman"/>
                <w:color w:val="000000"/>
                <w:sz w:val="20"/>
                <w:szCs w:val="20"/>
              </w:rPr>
              <w:t>&lt;0.001</w:t>
            </w:r>
          </w:p>
        </w:tc>
        <w:tc>
          <w:tcPr>
            <w:tcW w:w="1925"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32271A54" w14:textId="77777777" w:rsidR="007D00B4" w:rsidRPr="001A2E38" w:rsidRDefault="007D00B4" w:rsidP="00176373">
            <w:pPr>
              <w:pBdr>
                <w:top w:val="none" w:sz="0" w:space="0" w:color="000000"/>
                <w:left w:val="none" w:sz="0" w:space="0" w:color="000000"/>
                <w:bottom w:val="none" w:sz="0" w:space="0" w:color="000000"/>
                <w:right w:val="none" w:sz="0" w:space="0" w:color="000000"/>
              </w:pBdr>
              <w:snapToGrid w:val="0"/>
              <w:spacing w:before="40" w:after="40" w:line="240" w:lineRule="auto"/>
              <w:ind w:left="40" w:right="40"/>
              <w:jc w:val="center"/>
              <w:rPr>
                <w:rFonts w:ascii="Times New Roman" w:eastAsia="Times New Roman" w:hAnsi="Times New Roman" w:cs="Times New Roman"/>
                <w:color w:val="000000"/>
                <w:sz w:val="20"/>
                <w:szCs w:val="20"/>
              </w:rPr>
            </w:pPr>
          </w:p>
        </w:tc>
      </w:tr>
      <w:tr w:rsidR="007D00B4" w:rsidRPr="001A2E38" w14:paraId="6B7B0BEC" w14:textId="77777777" w:rsidTr="00176373">
        <w:trPr>
          <w:jc w:val="center"/>
        </w:trPr>
        <w:tc>
          <w:tcPr>
            <w:tcW w:w="2099"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5E5C348C" w14:textId="77777777" w:rsidR="007D00B4" w:rsidRPr="001A2E38" w:rsidRDefault="007D00B4" w:rsidP="00176373">
            <w:pPr>
              <w:pBdr>
                <w:top w:val="none" w:sz="0" w:space="0" w:color="000000"/>
                <w:left w:val="none" w:sz="0" w:space="0" w:color="000000"/>
                <w:bottom w:val="none" w:sz="0" w:space="0" w:color="000000"/>
                <w:right w:val="none" w:sz="0" w:space="0" w:color="000000"/>
              </w:pBdr>
              <w:snapToGrid w:val="0"/>
              <w:spacing w:before="40" w:after="40" w:line="240" w:lineRule="auto"/>
              <w:ind w:left="40" w:right="40"/>
              <w:rPr>
                <w:rFonts w:ascii="Times New Roman" w:eastAsia="Times New Roman" w:hAnsi="Times New Roman" w:cs="Times New Roman"/>
                <w:color w:val="000000"/>
                <w:sz w:val="20"/>
                <w:szCs w:val="20"/>
              </w:rPr>
            </w:pPr>
          </w:p>
        </w:tc>
        <w:tc>
          <w:tcPr>
            <w:tcW w:w="2974"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1258D83F" w14:textId="77777777" w:rsidR="007D00B4" w:rsidRPr="001A2E38" w:rsidRDefault="007D00B4" w:rsidP="00176373">
            <w:pPr>
              <w:pBdr>
                <w:top w:val="none" w:sz="0" w:space="0" w:color="000000"/>
                <w:left w:val="none" w:sz="0" w:space="0" w:color="000000"/>
                <w:bottom w:val="none" w:sz="0" w:space="0" w:color="000000"/>
                <w:right w:val="none" w:sz="0" w:space="0" w:color="000000"/>
              </w:pBdr>
              <w:snapToGrid w:val="0"/>
              <w:spacing w:before="40" w:after="40" w:line="240" w:lineRule="auto"/>
              <w:ind w:left="40" w:right="40"/>
              <w:jc w:val="center"/>
              <w:rPr>
                <w:rFonts w:ascii="Times New Roman" w:eastAsia="Times New Roman" w:hAnsi="Times New Roman" w:cs="Times New Roman"/>
                <w:color w:val="000000"/>
                <w:sz w:val="20"/>
                <w:szCs w:val="20"/>
              </w:rPr>
            </w:pPr>
            <w:r w:rsidRPr="001A2E38">
              <w:rPr>
                <w:rFonts w:ascii="Times New Roman" w:eastAsia="Times New Roman" w:hAnsi="Times New Roman" w:cs="Times New Roman"/>
                <w:color w:val="000000"/>
                <w:sz w:val="20"/>
                <w:szCs w:val="20"/>
              </w:rPr>
              <w:t>Q4</w:t>
            </w:r>
          </w:p>
        </w:tc>
        <w:tc>
          <w:tcPr>
            <w:tcW w:w="3500"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756CA640" w14:textId="77777777" w:rsidR="007D00B4" w:rsidRPr="001A2E38" w:rsidRDefault="007D00B4" w:rsidP="00176373">
            <w:pPr>
              <w:pBdr>
                <w:top w:val="none" w:sz="0" w:space="0" w:color="000000"/>
                <w:left w:val="none" w:sz="0" w:space="0" w:color="000000"/>
                <w:bottom w:val="none" w:sz="0" w:space="0" w:color="000000"/>
                <w:right w:val="none" w:sz="0" w:space="0" w:color="000000"/>
              </w:pBdr>
              <w:snapToGrid w:val="0"/>
              <w:spacing w:before="40" w:after="40" w:line="240" w:lineRule="auto"/>
              <w:ind w:left="40" w:right="40"/>
              <w:jc w:val="center"/>
              <w:rPr>
                <w:rFonts w:ascii="Times New Roman" w:eastAsia="Times New Roman" w:hAnsi="Times New Roman" w:cs="Times New Roman"/>
                <w:color w:val="000000"/>
                <w:sz w:val="20"/>
                <w:szCs w:val="20"/>
              </w:rPr>
            </w:pPr>
            <w:r w:rsidRPr="001A2E38">
              <w:rPr>
                <w:rFonts w:ascii="Times New Roman" w:eastAsia="Times New Roman" w:hAnsi="Times New Roman" w:cs="Times New Roman"/>
                <w:color w:val="000000"/>
                <w:sz w:val="20"/>
                <w:szCs w:val="20"/>
              </w:rPr>
              <w:t>1.791 (1.614-1.987)</w:t>
            </w:r>
          </w:p>
        </w:tc>
        <w:tc>
          <w:tcPr>
            <w:tcW w:w="1750"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6432DC62" w14:textId="77777777" w:rsidR="007D00B4" w:rsidRPr="001A2E38" w:rsidRDefault="007D00B4" w:rsidP="00176373">
            <w:pPr>
              <w:pBdr>
                <w:top w:val="none" w:sz="0" w:space="0" w:color="000000"/>
                <w:left w:val="none" w:sz="0" w:space="0" w:color="000000"/>
                <w:bottom w:val="none" w:sz="0" w:space="0" w:color="000000"/>
                <w:right w:val="none" w:sz="0" w:space="0" w:color="000000"/>
              </w:pBdr>
              <w:snapToGrid w:val="0"/>
              <w:spacing w:before="40" w:after="40" w:line="240" w:lineRule="auto"/>
              <w:ind w:left="40" w:right="40"/>
              <w:jc w:val="center"/>
              <w:rPr>
                <w:rFonts w:ascii="Times New Roman" w:eastAsia="Times New Roman" w:hAnsi="Times New Roman" w:cs="Times New Roman"/>
                <w:color w:val="000000"/>
                <w:sz w:val="20"/>
                <w:szCs w:val="20"/>
              </w:rPr>
            </w:pPr>
            <w:r w:rsidRPr="001A2E38">
              <w:rPr>
                <w:rFonts w:ascii="Times New Roman" w:eastAsia="Times New Roman" w:hAnsi="Times New Roman" w:cs="Times New Roman"/>
                <w:color w:val="000000"/>
                <w:sz w:val="20"/>
                <w:szCs w:val="20"/>
              </w:rPr>
              <w:t>&lt;0.001</w:t>
            </w:r>
          </w:p>
        </w:tc>
        <w:tc>
          <w:tcPr>
            <w:tcW w:w="1925"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0E3D949D" w14:textId="77777777" w:rsidR="007D00B4" w:rsidRPr="001A2E38" w:rsidRDefault="007D00B4" w:rsidP="00176373">
            <w:pPr>
              <w:pBdr>
                <w:top w:val="none" w:sz="0" w:space="0" w:color="000000"/>
                <w:left w:val="none" w:sz="0" w:space="0" w:color="000000"/>
                <w:bottom w:val="none" w:sz="0" w:space="0" w:color="000000"/>
                <w:right w:val="none" w:sz="0" w:space="0" w:color="000000"/>
              </w:pBdr>
              <w:snapToGrid w:val="0"/>
              <w:spacing w:before="40" w:after="40" w:line="240" w:lineRule="auto"/>
              <w:ind w:left="40" w:right="40"/>
              <w:jc w:val="center"/>
              <w:rPr>
                <w:rFonts w:ascii="Times New Roman" w:eastAsia="Times New Roman" w:hAnsi="Times New Roman" w:cs="Times New Roman"/>
                <w:color w:val="000000"/>
                <w:sz w:val="20"/>
                <w:szCs w:val="20"/>
              </w:rPr>
            </w:pPr>
            <w:r w:rsidRPr="001A2E38">
              <w:rPr>
                <w:rFonts w:ascii="Times New Roman" w:eastAsia="Times New Roman" w:hAnsi="Times New Roman" w:cs="Times New Roman"/>
                <w:color w:val="000000"/>
                <w:sz w:val="20"/>
                <w:szCs w:val="20"/>
              </w:rPr>
              <w:t>&lt;0.001</w:t>
            </w:r>
          </w:p>
        </w:tc>
      </w:tr>
      <w:tr w:rsidR="007D00B4" w:rsidRPr="001A2E38" w14:paraId="4DD2860E" w14:textId="77777777" w:rsidTr="00176373">
        <w:trPr>
          <w:jc w:val="center"/>
        </w:trPr>
        <w:tc>
          <w:tcPr>
            <w:tcW w:w="2099"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6A85421C" w14:textId="77777777" w:rsidR="007D00B4" w:rsidRPr="001A2E38" w:rsidRDefault="007D00B4" w:rsidP="00176373">
            <w:pPr>
              <w:pBdr>
                <w:top w:val="none" w:sz="0" w:space="0" w:color="000000"/>
                <w:left w:val="none" w:sz="0" w:space="0" w:color="000000"/>
                <w:bottom w:val="none" w:sz="0" w:space="0" w:color="000000"/>
                <w:right w:val="none" w:sz="0" w:space="0" w:color="000000"/>
              </w:pBdr>
              <w:snapToGrid w:val="0"/>
              <w:spacing w:before="40" w:after="40" w:line="240" w:lineRule="auto"/>
              <w:ind w:left="40" w:right="40"/>
              <w:rPr>
                <w:rFonts w:ascii="Times New Roman" w:eastAsia="Times New Roman" w:hAnsi="Times New Roman" w:cs="Times New Roman"/>
                <w:color w:val="000000"/>
                <w:sz w:val="20"/>
                <w:szCs w:val="20"/>
              </w:rPr>
            </w:pPr>
            <w:r w:rsidRPr="001A2E38">
              <w:rPr>
                <w:rFonts w:ascii="Times New Roman" w:eastAsia="Times New Roman" w:hAnsi="Times New Roman" w:cs="Times New Roman"/>
                <w:color w:val="000000"/>
                <w:sz w:val="20"/>
                <w:szCs w:val="20"/>
              </w:rPr>
              <w:t>CHG-VAI</w:t>
            </w:r>
          </w:p>
        </w:tc>
        <w:tc>
          <w:tcPr>
            <w:tcW w:w="2974"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1546233C" w14:textId="77777777" w:rsidR="007D00B4" w:rsidRPr="001A2E38" w:rsidRDefault="007D00B4" w:rsidP="00176373">
            <w:pPr>
              <w:pBdr>
                <w:top w:val="none" w:sz="0" w:space="0" w:color="000000"/>
                <w:left w:val="none" w:sz="0" w:space="0" w:color="000000"/>
                <w:bottom w:val="none" w:sz="0" w:space="0" w:color="000000"/>
                <w:right w:val="none" w:sz="0" w:space="0" w:color="000000"/>
              </w:pBdr>
              <w:snapToGrid w:val="0"/>
              <w:spacing w:before="40" w:after="40" w:line="240" w:lineRule="auto"/>
              <w:ind w:left="40" w:right="40"/>
              <w:jc w:val="center"/>
              <w:rPr>
                <w:rFonts w:ascii="Times New Roman" w:eastAsia="Times New Roman" w:hAnsi="Times New Roman" w:cs="Times New Roman"/>
                <w:color w:val="000000"/>
                <w:sz w:val="20"/>
                <w:szCs w:val="20"/>
              </w:rPr>
            </w:pPr>
            <w:r w:rsidRPr="001A2E38">
              <w:rPr>
                <w:rFonts w:ascii="Times New Roman" w:eastAsia="Times New Roman" w:hAnsi="Times New Roman" w:cs="Times New Roman"/>
                <w:color w:val="000000"/>
                <w:sz w:val="20"/>
                <w:szCs w:val="20"/>
              </w:rPr>
              <w:t>Per 1-SD increase</w:t>
            </w:r>
          </w:p>
        </w:tc>
        <w:tc>
          <w:tcPr>
            <w:tcW w:w="3500"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3EC28053" w14:textId="77777777" w:rsidR="007D00B4" w:rsidRPr="001A2E38" w:rsidRDefault="007D00B4" w:rsidP="00176373">
            <w:pPr>
              <w:pBdr>
                <w:top w:val="none" w:sz="0" w:space="0" w:color="000000"/>
                <w:left w:val="none" w:sz="0" w:space="0" w:color="000000"/>
                <w:bottom w:val="none" w:sz="0" w:space="0" w:color="000000"/>
                <w:right w:val="none" w:sz="0" w:space="0" w:color="000000"/>
              </w:pBdr>
              <w:snapToGrid w:val="0"/>
              <w:spacing w:before="40" w:after="40" w:line="240" w:lineRule="auto"/>
              <w:ind w:left="40" w:right="40"/>
              <w:jc w:val="center"/>
              <w:rPr>
                <w:rFonts w:ascii="Times New Roman" w:eastAsia="Times New Roman" w:hAnsi="Times New Roman" w:cs="Times New Roman"/>
                <w:color w:val="000000"/>
                <w:sz w:val="20"/>
                <w:szCs w:val="20"/>
              </w:rPr>
            </w:pPr>
            <w:r w:rsidRPr="001A2E38">
              <w:rPr>
                <w:rFonts w:ascii="Times New Roman" w:eastAsia="Times New Roman" w:hAnsi="Times New Roman" w:cs="Times New Roman"/>
                <w:color w:val="000000"/>
                <w:sz w:val="20"/>
                <w:szCs w:val="20"/>
              </w:rPr>
              <w:t>1.145 (1.120-1.172)</w:t>
            </w:r>
          </w:p>
        </w:tc>
        <w:tc>
          <w:tcPr>
            <w:tcW w:w="1750"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46C1CD96" w14:textId="77777777" w:rsidR="007D00B4" w:rsidRPr="001A2E38" w:rsidRDefault="007D00B4" w:rsidP="00176373">
            <w:pPr>
              <w:pBdr>
                <w:top w:val="none" w:sz="0" w:space="0" w:color="000000"/>
                <w:left w:val="none" w:sz="0" w:space="0" w:color="000000"/>
                <w:bottom w:val="none" w:sz="0" w:space="0" w:color="000000"/>
                <w:right w:val="none" w:sz="0" w:space="0" w:color="000000"/>
              </w:pBdr>
              <w:snapToGrid w:val="0"/>
              <w:spacing w:before="40" w:after="40" w:line="240" w:lineRule="auto"/>
              <w:ind w:left="40" w:right="40"/>
              <w:jc w:val="center"/>
              <w:rPr>
                <w:rFonts w:ascii="Times New Roman" w:eastAsia="Times New Roman" w:hAnsi="Times New Roman" w:cs="Times New Roman"/>
                <w:color w:val="000000"/>
                <w:sz w:val="20"/>
                <w:szCs w:val="20"/>
              </w:rPr>
            </w:pPr>
            <w:r w:rsidRPr="001A2E38">
              <w:rPr>
                <w:rFonts w:ascii="Times New Roman" w:eastAsia="Times New Roman" w:hAnsi="Times New Roman" w:cs="Times New Roman"/>
                <w:color w:val="000000"/>
                <w:sz w:val="20"/>
                <w:szCs w:val="20"/>
              </w:rPr>
              <w:t>&lt;0.001</w:t>
            </w:r>
          </w:p>
        </w:tc>
        <w:tc>
          <w:tcPr>
            <w:tcW w:w="1925"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13F8E0BE" w14:textId="77777777" w:rsidR="007D00B4" w:rsidRPr="001A2E38" w:rsidRDefault="007D00B4" w:rsidP="00176373">
            <w:pPr>
              <w:pBdr>
                <w:top w:val="none" w:sz="0" w:space="0" w:color="000000"/>
                <w:left w:val="none" w:sz="0" w:space="0" w:color="000000"/>
                <w:bottom w:val="none" w:sz="0" w:space="0" w:color="000000"/>
                <w:right w:val="none" w:sz="0" w:space="0" w:color="000000"/>
              </w:pBdr>
              <w:snapToGrid w:val="0"/>
              <w:spacing w:before="40" w:after="40" w:line="240" w:lineRule="auto"/>
              <w:ind w:left="40" w:right="40"/>
              <w:jc w:val="center"/>
              <w:rPr>
                <w:rFonts w:ascii="Times New Roman" w:eastAsia="Times New Roman" w:hAnsi="Times New Roman" w:cs="Times New Roman"/>
                <w:color w:val="000000"/>
                <w:sz w:val="20"/>
                <w:szCs w:val="20"/>
              </w:rPr>
            </w:pPr>
          </w:p>
        </w:tc>
      </w:tr>
      <w:tr w:rsidR="007D00B4" w:rsidRPr="001A2E38" w14:paraId="7D123375" w14:textId="77777777" w:rsidTr="00176373">
        <w:trPr>
          <w:jc w:val="center"/>
        </w:trPr>
        <w:tc>
          <w:tcPr>
            <w:tcW w:w="2099"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206DA74C" w14:textId="77777777" w:rsidR="007D00B4" w:rsidRPr="001A2E38" w:rsidRDefault="007D00B4" w:rsidP="00176373">
            <w:pPr>
              <w:pBdr>
                <w:top w:val="none" w:sz="0" w:space="0" w:color="000000"/>
                <w:left w:val="none" w:sz="0" w:space="0" w:color="000000"/>
                <w:bottom w:val="none" w:sz="0" w:space="0" w:color="000000"/>
                <w:right w:val="none" w:sz="0" w:space="0" w:color="000000"/>
              </w:pBdr>
              <w:snapToGrid w:val="0"/>
              <w:spacing w:before="40" w:after="40" w:line="240" w:lineRule="auto"/>
              <w:ind w:left="40" w:right="40"/>
              <w:rPr>
                <w:rFonts w:ascii="Times New Roman" w:eastAsia="Times New Roman" w:hAnsi="Times New Roman" w:cs="Times New Roman"/>
                <w:color w:val="000000"/>
                <w:sz w:val="20"/>
                <w:szCs w:val="20"/>
              </w:rPr>
            </w:pPr>
          </w:p>
        </w:tc>
        <w:tc>
          <w:tcPr>
            <w:tcW w:w="2974"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29B7CAC7" w14:textId="77777777" w:rsidR="007D00B4" w:rsidRPr="001A2E38" w:rsidRDefault="007D00B4" w:rsidP="00176373">
            <w:pPr>
              <w:pBdr>
                <w:top w:val="none" w:sz="0" w:space="0" w:color="000000"/>
                <w:left w:val="none" w:sz="0" w:space="0" w:color="000000"/>
                <w:bottom w:val="none" w:sz="0" w:space="0" w:color="000000"/>
                <w:right w:val="none" w:sz="0" w:space="0" w:color="000000"/>
              </w:pBdr>
              <w:snapToGrid w:val="0"/>
              <w:spacing w:before="40" w:after="40" w:line="240" w:lineRule="auto"/>
              <w:ind w:left="40" w:right="40"/>
              <w:jc w:val="center"/>
              <w:rPr>
                <w:rFonts w:ascii="Times New Roman" w:eastAsia="Times New Roman" w:hAnsi="Times New Roman" w:cs="Times New Roman"/>
                <w:color w:val="000000"/>
                <w:sz w:val="20"/>
                <w:szCs w:val="20"/>
              </w:rPr>
            </w:pPr>
            <w:r w:rsidRPr="001A2E38">
              <w:rPr>
                <w:rFonts w:ascii="Times New Roman" w:eastAsia="Times New Roman" w:hAnsi="Times New Roman" w:cs="Times New Roman"/>
                <w:color w:val="000000"/>
                <w:sz w:val="20"/>
                <w:szCs w:val="20"/>
              </w:rPr>
              <w:t>Q1</w:t>
            </w:r>
          </w:p>
        </w:tc>
        <w:tc>
          <w:tcPr>
            <w:tcW w:w="3500"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0AEB08AA" w14:textId="77777777" w:rsidR="007D00B4" w:rsidRPr="001A2E38" w:rsidRDefault="007D00B4" w:rsidP="00176373">
            <w:pPr>
              <w:pBdr>
                <w:top w:val="none" w:sz="0" w:space="0" w:color="000000"/>
                <w:left w:val="none" w:sz="0" w:space="0" w:color="000000"/>
                <w:bottom w:val="none" w:sz="0" w:space="0" w:color="000000"/>
                <w:right w:val="none" w:sz="0" w:space="0" w:color="000000"/>
              </w:pBdr>
              <w:snapToGrid w:val="0"/>
              <w:spacing w:before="40" w:after="40" w:line="240" w:lineRule="auto"/>
              <w:ind w:left="40" w:right="40"/>
              <w:jc w:val="center"/>
              <w:rPr>
                <w:rFonts w:ascii="Times New Roman" w:eastAsia="Times New Roman" w:hAnsi="Times New Roman" w:cs="Times New Roman"/>
                <w:color w:val="000000"/>
                <w:sz w:val="20"/>
                <w:szCs w:val="20"/>
              </w:rPr>
            </w:pPr>
            <w:r w:rsidRPr="001A2E38">
              <w:rPr>
                <w:rFonts w:ascii="Times New Roman" w:eastAsia="Times New Roman" w:hAnsi="Times New Roman" w:cs="Times New Roman"/>
                <w:color w:val="000000"/>
                <w:sz w:val="20"/>
                <w:szCs w:val="20"/>
              </w:rPr>
              <w:t>Reference</w:t>
            </w:r>
          </w:p>
        </w:tc>
        <w:tc>
          <w:tcPr>
            <w:tcW w:w="1750"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75B82976" w14:textId="77777777" w:rsidR="007D00B4" w:rsidRPr="001A2E38" w:rsidRDefault="007D00B4" w:rsidP="00176373">
            <w:pPr>
              <w:pBdr>
                <w:top w:val="none" w:sz="0" w:space="0" w:color="000000"/>
                <w:left w:val="none" w:sz="0" w:space="0" w:color="000000"/>
                <w:bottom w:val="none" w:sz="0" w:space="0" w:color="000000"/>
                <w:right w:val="none" w:sz="0" w:space="0" w:color="000000"/>
              </w:pBdr>
              <w:snapToGrid w:val="0"/>
              <w:spacing w:before="40" w:after="40" w:line="240" w:lineRule="auto"/>
              <w:ind w:left="40" w:right="40"/>
              <w:jc w:val="center"/>
              <w:rPr>
                <w:rFonts w:ascii="Times New Roman" w:eastAsia="Times New Roman" w:hAnsi="Times New Roman" w:cs="Times New Roman"/>
                <w:color w:val="000000"/>
                <w:sz w:val="20"/>
                <w:szCs w:val="20"/>
              </w:rPr>
            </w:pPr>
          </w:p>
        </w:tc>
        <w:tc>
          <w:tcPr>
            <w:tcW w:w="1925"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351B8D8D" w14:textId="77777777" w:rsidR="007D00B4" w:rsidRPr="001A2E38" w:rsidRDefault="007D00B4" w:rsidP="00176373">
            <w:pPr>
              <w:pBdr>
                <w:top w:val="none" w:sz="0" w:space="0" w:color="000000"/>
                <w:left w:val="none" w:sz="0" w:space="0" w:color="000000"/>
                <w:bottom w:val="none" w:sz="0" w:space="0" w:color="000000"/>
                <w:right w:val="none" w:sz="0" w:space="0" w:color="000000"/>
              </w:pBdr>
              <w:snapToGrid w:val="0"/>
              <w:spacing w:before="40" w:after="40" w:line="240" w:lineRule="auto"/>
              <w:ind w:left="40" w:right="40"/>
              <w:jc w:val="center"/>
              <w:rPr>
                <w:rFonts w:ascii="Times New Roman" w:eastAsia="Times New Roman" w:hAnsi="Times New Roman" w:cs="Times New Roman"/>
                <w:color w:val="000000"/>
                <w:sz w:val="20"/>
                <w:szCs w:val="20"/>
              </w:rPr>
            </w:pPr>
          </w:p>
        </w:tc>
      </w:tr>
      <w:tr w:rsidR="007D00B4" w:rsidRPr="001A2E38" w14:paraId="2DD2CB50" w14:textId="77777777" w:rsidTr="00176373">
        <w:trPr>
          <w:jc w:val="center"/>
        </w:trPr>
        <w:tc>
          <w:tcPr>
            <w:tcW w:w="2099"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3E4D1C85" w14:textId="77777777" w:rsidR="007D00B4" w:rsidRPr="001A2E38" w:rsidRDefault="007D00B4" w:rsidP="00176373">
            <w:pPr>
              <w:pBdr>
                <w:top w:val="none" w:sz="0" w:space="0" w:color="000000"/>
                <w:left w:val="none" w:sz="0" w:space="0" w:color="000000"/>
                <w:bottom w:val="none" w:sz="0" w:space="0" w:color="000000"/>
                <w:right w:val="none" w:sz="0" w:space="0" w:color="000000"/>
              </w:pBdr>
              <w:snapToGrid w:val="0"/>
              <w:spacing w:before="40" w:after="40" w:line="240" w:lineRule="auto"/>
              <w:ind w:left="40" w:right="40"/>
              <w:rPr>
                <w:rFonts w:ascii="Times New Roman" w:eastAsia="Times New Roman" w:hAnsi="Times New Roman" w:cs="Times New Roman"/>
                <w:color w:val="000000"/>
                <w:sz w:val="20"/>
                <w:szCs w:val="20"/>
              </w:rPr>
            </w:pPr>
          </w:p>
        </w:tc>
        <w:tc>
          <w:tcPr>
            <w:tcW w:w="2974"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2F4BEE76" w14:textId="77777777" w:rsidR="007D00B4" w:rsidRPr="001A2E38" w:rsidRDefault="007D00B4" w:rsidP="00176373">
            <w:pPr>
              <w:pBdr>
                <w:top w:val="none" w:sz="0" w:space="0" w:color="000000"/>
                <w:left w:val="none" w:sz="0" w:space="0" w:color="000000"/>
                <w:bottom w:val="none" w:sz="0" w:space="0" w:color="000000"/>
                <w:right w:val="none" w:sz="0" w:space="0" w:color="000000"/>
              </w:pBdr>
              <w:snapToGrid w:val="0"/>
              <w:spacing w:before="40" w:after="40" w:line="240" w:lineRule="auto"/>
              <w:ind w:left="40" w:right="40"/>
              <w:jc w:val="center"/>
              <w:rPr>
                <w:rFonts w:ascii="Times New Roman" w:eastAsia="Times New Roman" w:hAnsi="Times New Roman" w:cs="Times New Roman"/>
                <w:color w:val="000000"/>
                <w:sz w:val="20"/>
                <w:szCs w:val="20"/>
              </w:rPr>
            </w:pPr>
            <w:r w:rsidRPr="001A2E38">
              <w:rPr>
                <w:rFonts w:ascii="Times New Roman" w:eastAsia="Times New Roman" w:hAnsi="Times New Roman" w:cs="Times New Roman"/>
                <w:color w:val="000000"/>
                <w:sz w:val="20"/>
                <w:szCs w:val="20"/>
              </w:rPr>
              <w:t>Q2</w:t>
            </w:r>
          </w:p>
        </w:tc>
        <w:tc>
          <w:tcPr>
            <w:tcW w:w="3500"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0F07FE09" w14:textId="77777777" w:rsidR="007D00B4" w:rsidRPr="001A2E38" w:rsidRDefault="007D00B4" w:rsidP="00176373">
            <w:pPr>
              <w:pBdr>
                <w:top w:val="none" w:sz="0" w:space="0" w:color="000000"/>
                <w:left w:val="none" w:sz="0" w:space="0" w:color="000000"/>
                <w:bottom w:val="none" w:sz="0" w:space="0" w:color="000000"/>
                <w:right w:val="none" w:sz="0" w:space="0" w:color="000000"/>
              </w:pBdr>
              <w:snapToGrid w:val="0"/>
              <w:spacing w:before="40" w:after="40" w:line="240" w:lineRule="auto"/>
              <w:ind w:left="40" w:right="40"/>
              <w:jc w:val="center"/>
              <w:rPr>
                <w:rFonts w:ascii="Times New Roman" w:eastAsia="Times New Roman" w:hAnsi="Times New Roman" w:cs="Times New Roman"/>
                <w:color w:val="000000"/>
                <w:sz w:val="20"/>
                <w:szCs w:val="20"/>
              </w:rPr>
            </w:pPr>
            <w:r w:rsidRPr="001A2E38">
              <w:rPr>
                <w:rFonts w:ascii="Times New Roman" w:eastAsia="Times New Roman" w:hAnsi="Times New Roman" w:cs="Times New Roman"/>
                <w:color w:val="000000"/>
                <w:sz w:val="20"/>
                <w:szCs w:val="20"/>
              </w:rPr>
              <w:t>0.954 (0.863-1.054)</w:t>
            </w:r>
          </w:p>
        </w:tc>
        <w:tc>
          <w:tcPr>
            <w:tcW w:w="1750"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40A95897" w14:textId="77777777" w:rsidR="007D00B4" w:rsidRPr="001A2E38" w:rsidRDefault="007D00B4" w:rsidP="00176373">
            <w:pPr>
              <w:pBdr>
                <w:top w:val="none" w:sz="0" w:space="0" w:color="000000"/>
                <w:left w:val="none" w:sz="0" w:space="0" w:color="000000"/>
                <w:bottom w:val="none" w:sz="0" w:space="0" w:color="000000"/>
                <w:right w:val="none" w:sz="0" w:space="0" w:color="000000"/>
              </w:pBdr>
              <w:snapToGrid w:val="0"/>
              <w:spacing w:before="40" w:after="40" w:line="240" w:lineRule="auto"/>
              <w:ind w:left="40" w:right="40"/>
              <w:jc w:val="center"/>
              <w:rPr>
                <w:rFonts w:ascii="Times New Roman" w:eastAsia="Times New Roman" w:hAnsi="Times New Roman" w:cs="Times New Roman"/>
                <w:color w:val="000000"/>
                <w:sz w:val="20"/>
                <w:szCs w:val="20"/>
              </w:rPr>
            </w:pPr>
            <w:r w:rsidRPr="001A2E38">
              <w:rPr>
                <w:rFonts w:ascii="Times New Roman" w:eastAsia="Times New Roman" w:hAnsi="Times New Roman" w:cs="Times New Roman"/>
                <w:color w:val="000000"/>
                <w:sz w:val="20"/>
                <w:szCs w:val="20"/>
              </w:rPr>
              <w:t>0.350</w:t>
            </w:r>
          </w:p>
        </w:tc>
        <w:tc>
          <w:tcPr>
            <w:tcW w:w="1925"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3BB870F9" w14:textId="77777777" w:rsidR="007D00B4" w:rsidRPr="001A2E38" w:rsidRDefault="007D00B4" w:rsidP="00176373">
            <w:pPr>
              <w:pBdr>
                <w:top w:val="none" w:sz="0" w:space="0" w:color="000000"/>
                <w:left w:val="none" w:sz="0" w:space="0" w:color="000000"/>
                <w:bottom w:val="none" w:sz="0" w:space="0" w:color="000000"/>
                <w:right w:val="none" w:sz="0" w:space="0" w:color="000000"/>
              </w:pBdr>
              <w:snapToGrid w:val="0"/>
              <w:spacing w:before="40" w:after="40" w:line="240" w:lineRule="auto"/>
              <w:ind w:left="40" w:right="40"/>
              <w:jc w:val="center"/>
              <w:rPr>
                <w:rFonts w:ascii="Times New Roman" w:eastAsia="Times New Roman" w:hAnsi="Times New Roman" w:cs="Times New Roman"/>
                <w:color w:val="000000"/>
                <w:sz w:val="20"/>
                <w:szCs w:val="20"/>
              </w:rPr>
            </w:pPr>
          </w:p>
        </w:tc>
      </w:tr>
      <w:tr w:rsidR="007D00B4" w:rsidRPr="001A2E38" w14:paraId="480DFAC7" w14:textId="77777777" w:rsidTr="00176373">
        <w:trPr>
          <w:jc w:val="center"/>
        </w:trPr>
        <w:tc>
          <w:tcPr>
            <w:tcW w:w="2099"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0ACE8126" w14:textId="77777777" w:rsidR="007D00B4" w:rsidRPr="001A2E38" w:rsidRDefault="007D00B4" w:rsidP="00176373">
            <w:pPr>
              <w:pBdr>
                <w:top w:val="none" w:sz="0" w:space="0" w:color="000000"/>
                <w:left w:val="none" w:sz="0" w:space="0" w:color="000000"/>
                <w:bottom w:val="none" w:sz="0" w:space="0" w:color="000000"/>
                <w:right w:val="none" w:sz="0" w:space="0" w:color="000000"/>
              </w:pBdr>
              <w:snapToGrid w:val="0"/>
              <w:spacing w:before="40" w:after="40" w:line="240" w:lineRule="auto"/>
              <w:ind w:left="40" w:right="40"/>
              <w:rPr>
                <w:rFonts w:ascii="Times New Roman" w:eastAsia="Times New Roman" w:hAnsi="Times New Roman" w:cs="Times New Roman"/>
                <w:color w:val="000000"/>
                <w:sz w:val="20"/>
                <w:szCs w:val="20"/>
              </w:rPr>
            </w:pPr>
          </w:p>
        </w:tc>
        <w:tc>
          <w:tcPr>
            <w:tcW w:w="2974"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2F3D546A" w14:textId="77777777" w:rsidR="007D00B4" w:rsidRPr="001A2E38" w:rsidRDefault="007D00B4" w:rsidP="00176373">
            <w:pPr>
              <w:pBdr>
                <w:top w:val="none" w:sz="0" w:space="0" w:color="000000"/>
                <w:left w:val="none" w:sz="0" w:space="0" w:color="000000"/>
                <w:bottom w:val="none" w:sz="0" w:space="0" w:color="000000"/>
                <w:right w:val="none" w:sz="0" w:space="0" w:color="000000"/>
              </w:pBdr>
              <w:snapToGrid w:val="0"/>
              <w:spacing w:before="40" w:after="40" w:line="240" w:lineRule="auto"/>
              <w:ind w:left="40" w:right="40"/>
              <w:jc w:val="center"/>
              <w:rPr>
                <w:rFonts w:ascii="Times New Roman" w:eastAsia="Times New Roman" w:hAnsi="Times New Roman" w:cs="Times New Roman"/>
                <w:color w:val="000000"/>
                <w:sz w:val="20"/>
                <w:szCs w:val="20"/>
              </w:rPr>
            </w:pPr>
            <w:r w:rsidRPr="001A2E38">
              <w:rPr>
                <w:rFonts w:ascii="Times New Roman" w:eastAsia="Times New Roman" w:hAnsi="Times New Roman" w:cs="Times New Roman"/>
                <w:color w:val="000000"/>
                <w:sz w:val="20"/>
                <w:szCs w:val="20"/>
              </w:rPr>
              <w:t>Q3</w:t>
            </w:r>
          </w:p>
        </w:tc>
        <w:tc>
          <w:tcPr>
            <w:tcW w:w="3500"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5EDC3688" w14:textId="77777777" w:rsidR="007D00B4" w:rsidRPr="001A2E38" w:rsidRDefault="007D00B4" w:rsidP="00176373">
            <w:pPr>
              <w:pBdr>
                <w:top w:val="none" w:sz="0" w:space="0" w:color="000000"/>
                <w:left w:val="none" w:sz="0" w:space="0" w:color="000000"/>
                <w:bottom w:val="none" w:sz="0" w:space="0" w:color="000000"/>
                <w:right w:val="none" w:sz="0" w:space="0" w:color="000000"/>
              </w:pBdr>
              <w:snapToGrid w:val="0"/>
              <w:spacing w:before="40" w:after="40" w:line="240" w:lineRule="auto"/>
              <w:ind w:left="40" w:right="40"/>
              <w:jc w:val="center"/>
              <w:rPr>
                <w:rFonts w:ascii="Times New Roman" w:eastAsia="Times New Roman" w:hAnsi="Times New Roman" w:cs="Times New Roman"/>
                <w:color w:val="000000"/>
                <w:sz w:val="20"/>
                <w:szCs w:val="20"/>
              </w:rPr>
            </w:pPr>
            <w:r w:rsidRPr="001A2E38">
              <w:rPr>
                <w:rFonts w:ascii="Times New Roman" w:eastAsia="Times New Roman" w:hAnsi="Times New Roman" w:cs="Times New Roman"/>
                <w:color w:val="000000"/>
                <w:sz w:val="20"/>
                <w:szCs w:val="20"/>
              </w:rPr>
              <w:t>1.234 (1.123-1.355)</w:t>
            </w:r>
          </w:p>
        </w:tc>
        <w:tc>
          <w:tcPr>
            <w:tcW w:w="1750"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4124D8F2" w14:textId="77777777" w:rsidR="007D00B4" w:rsidRPr="001A2E38" w:rsidRDefault="007D00B4" w:rsidP="00176373">
            <w:pPr>
              <w:pBdr>
                <w:top w:val="none" w:sz="0" w:space="0" w:color="000000"/>
                <w:left w:val="none" w:sz="0" w:space="0" w:color="000000"/>
                <w:bottom w:val="none" w:sz="0" w:space="0" w:color="000000"/>
                <w:right w:val="none" w:sz="0" w:space="0" w:color="000000"/>
              </w:pBdr>
              <w:snapToGrid w:val="0"/>
              <w:spacing w:before="40" w:after="40" w:line="240" w:lineRule="auto"/>
              <w:ind w:left="40" w:right="40"/>
              <w:jc w:val="center"/>
              <w:rPr>
                <w:rFonts w:ascii="Times New Roman" w:eastAsia="Times New Roman" w:hAnsi="Times New Roman" w:cs="Times New Roman"/>
                <w:color w:val="000000"/>
                <w:sz w:val="20"/>
                <w:szCs w:val="20"/>
              </w:rPr>
            </w:pPr>
            <w:r w:rsidRPr="001A2E38">
              <w:rPr>
                <w:rFonts w:ascii="Times New Roman" w:eastAsia="Times New Roman" w:hAnsi="Times New Roman" w:cs="Times New Roman"/>
                <w:color w:val="000000"/>
                <w:sz w:val="20"/>
                <w:szCs w:val="20"/>
              </w:rPr>
              <w:t>&lt;0.001</w:t>
            </w:r>
          </w:p>
        </w:tc>
        <w:tc>
          <w:tcPr>
            <w:tcW w:w="1925"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3DA39814" w14:textId="77777777" w:rsidR="007D00B4" w:rsidRPr="001A2E38" w:rsidRDefault="007D00B4" w:rsidP="00176373">
            <w:pPr>
              <w:pBdr>
                <w:top w:val="none" w:sz="0" w:space="0" w:color="000000"/>
                <w:left w:val="none" w:sz="0" w:space="0" w:color="000000"/>
                <w:bottom w:val="none" w:sz="0" w:space="0" w:color="000000"/>
                <w:right w:val="none" w:sz="0" w:space="0" w:color="000000"/>
              </w:pBdr>
              <w:snapToGrid w:val="0"/>
              <w:spacing w:before="40" w:after="40" w:line="240" w:lineRule="auto"/>
              <w:ind w:left="40" w:right="40"/>
              <w:jc w:val="center"/>
              <w:rPr>
                <w:rFonts w:ascii="Times New Roman" w:eastAsia="Times New Roman" w:hAnsi="Times New Roman" w:cs="Times New Roman"/>
                <w:color w:val="000000"/>
                <w:sz w:val="20"/>
                <w:szCs w:val="20"/>
              </w:rPr>
            </w:pPr>
          </w:p>
        </w:tc>
      </w:tr>
      <w:tr w:rsidR="007D00B4" w:rsidRPr="001A2E38" w14:paraId="43F7F5DB" w14:textId="77777777" w:rsidTr="00176373">
        <w:trPr>
          <w:jc w:val="center"/>
        </w:trPr>
        <w:tc>
          <w:tcPr>
            <w:tcW w:w="2099"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5B5A7105" w14:textId="77777777" w:rsidR="007D00B4" w:rsidRPr="001A2E38" w:rsidRDefault="007D00B4" w:rsidP="00176373">
            <w:pPr>
              <w:pBdr>
                <w:top w:val="none" w:sz="0" w:space="0" w:color="000000"/>
                <w:left w:val="none" w:sz="0" w:space="0" w:color="000000"/>
                <w:bottom w:val="none" w:sz="0" w:space="0" w:color="000000"/>
                <w:right w:val="none" w:sz="0" w:space="0" w:color="000000"/>
              </w:pBdr>
              <w:snapToGrid w:val="0"/>
              <w:spacing w:before="40" w:after="40" w:line="240" w:lineRule="auto"/>
              <w:ind w:left="40" w:right="40"/>
              <w:rPr>
                <w:rFonts w:ascii="Times New Roman" w:eastAsia="Times New Roman" w:hAnsi="Times New Roman" w:cs="Times New Roman"/>
                <w:color w:val="000000"/>
                <w:sz w:val="20"/>
                <w:szCs w:val="20"/>
              </w:rPr>
            </w:pPr>
          </w:p>
        </w:tc>
        <w:tc>
          <w:tcPr>
            <w:tcW w:w="2974"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37AEA6A8" w14:textId="77777777" w:rsidR="007D00B4" w:rsidRPr="001A2E38" w:rsidRDefault="007D00B4" w:rsidP="00176373">
            <w:pPr>
              <w:pBdr>
                <w:top w:val="none" w:sz="0" w:space="0" w:color="000000"/>
                <w:left w:val="none" w:sz="0" w:space="0" w:color="000000"/>
                <w:bottom w:val="none" w:sz="0" w:space="0" w:color="000000"/>
                <w:right w:val="none" w:sz="0" w:space="0" w:color="000000"/>
              </w:pBdr>
              <w:snapToGrid w:val="0"/>
              <w:spacing w:before="40" w:after="40" w:line="240" w:lineRule="auto"/>
              <w:ind w:left="40" w:right="40"/>
              <w:jc w:val="center"/>
              <w:rPr>
                <w:rFonts w:ascii="Times New Roman" w:eastAsia="Times New Roman" w:hAnsi="Times New Roman" w:cs="Times New Roman"/>
                <w:color w:val="000000"/>
                <w:sz w:val="20"/>
                <w:szCs w:val="20"/>
              </w:rPr>
            </w:pPr>
            <w:r w:rsidRPr="001A2E38">
              <w:rPr>
                <w:rFonts w:ascii="Times New Roman" w:eastAsia="Times New Roman" w:hAnsi="Times New Roman" w:cs="Times New Roman"/>
                <w:color w:val="000000"/>
                <w:sz w:val="20"/>
                <w:szCs w:val="20"/>
              </w:rPr>
              <w:t>Q4</w:t>
            </w:r>
          </w:p>
        </w:tc>
        <w:tc>
          <w:tcPr>
            <w:tcW w:w="3500"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423C4CB4" w14:textId="77777777" w:rsidR="007D00B4" w:rsidRPr="001A2E38" w:rsidRDefault="007D00B4" w:rsidP="00176373">
            <w:pPr>
              <w:pBdr>
                <w:top w:val="none" w:sz="0" w:space="0" w:color="000000"/>
                <w:left w:val="none" w:sz="0" w:space="0" w:color="000000"/>
                <w:bottom w:val="none" w:sz="0" w:space="0" w:color="000000"/>
                <w:right w:val="none" w:sz="0" w:space="0" w:color="000000"/>
              </w:pBdr>
              <w:snapToGrid w:val="0"/>
              <w:spacing w:before="40" w:after="40" w:line="240" w:lineRule="auto"/>
              <w:ind w:left="40" w:right="40"/>
              <w:jc w:val="center"/>
              <w:rPr>
                <w:rFonts w:ascii="Times New Roman" w:eastAsia="Times New Roman" w:hAnsi="Times New Roman" w:cs="Times New Roman"/>
                <w:color w:val="000000"/>
                <w:sz w:val="20"/>
                <w:szCs w:val="20"/>
              </w:rPr>
            </w:pPr>
            <w:r w:rsidRPr="001A2E38">
              <w:rPr>
                <w:rFonts w:ascii="Times New Roman" w:eastAsia="Times New Roman" w:hAnsi="Times New Roman" w:cs="Times New Roman"/>
                <w:color w:val="000000"/>
                <w:sz w:val="20"/>
                <w:szCs w:val="20"/>
              </w:rPr>
              <w:t>1.538 (1.407-1.683)</w:t>
            </w:r>
          </w:p>
        </w:tc>
        <w:tc>
          <w:tcPr>
            <w:tcW w:w="1750"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1E576EC8" w14:textId="77777777" w:rsidR="007D00B4" w:rsidRPr="001A2E38" w:rsidRDefault="007D00B4" w:rsidP="00176373">
            <w:pPr>
              <w:pBdr>
                <w:top w:val="none" w:sz="0" w:space="0" w:color="000000"/>
                <w:left w:val="none" w:sz="0" w:space="0" w:color="000000"/>
                <w:bottom w:val="none" w:sz="0" w:space="0" w:color="000000"/>
                <w:right w:val="none" w:sz="0" w:space="0" w:color="000000"/>
              </w:pBdr>
              <w:snapToGrid w:val="0"/>
              <w:spacing w:before="40" w:after="40" w:line="240" w:lineRule="auto"/>
              <w:ind w:left="40" w:right="40"/>
              <w:jc w:val="center"/>
              <w:rPr>
                <w:rFonts w:ascii="Times New Roman" w:eastAsia="Times New Roman" w:hAnsi="Times New Roman" w:cs="Times New Roman"/>
                <w:color w:val="000000"/>
                <w:sz w:val="20"/>
                <w:szCs w:val="20"/>
              </w:rPr>
            </w:pPr>
            <w:r w:rsidRPr="001A2E38">
              <w:rPr>
                <w:rFonts w:ascii="Times New Roman" w:eastAsia="Times New Roman" w:hAnsi="Times New Roman" w:cs="Times New Roman"/>
                <w:color w:val="000000"/>
                <w:sz w:val="20"/>
                <w:szCs w:val="20"/>
              </w:rPr>
              <w:t>&lt;0.001</w:t>
            </w:r>
          </w:p>
        </w:tc>
        <w:tc>
          <w:tcPr>
            <w:tcW w:w="1925"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1B41BCE2" w14:textId="77777777" w:rsidR="007D00B4" w:rsidRPr="001A2E38" w:rsidRDefault="007D00B4" w:rsidP="00176373">
            <w:pPr>
              <w:pBdr>
                <w:top w:val="none" w:sz="0" w:space="0" w:color="000000"/>
                <w:left w:val="none" w:sz="0" w:space="0" w:color="000000"/>
                <w:bottom w:val="none" w:sz="0" w:space="0" w:color="000000"/>
                <w:right w:val="none" w:sz="0" w:space="0" w:color="000000"/>
              </w:pBdr>
              <w:snapToGrid w:val="0"/>
              <w:spacing w:before="40" w:after="40" w:line="240" w:lineRule="auto"/>
              <w:ind w:left="40" w:right="40"/>
              <w:jc w:val="center"/>
              <w:rPr>
                <w:rFonts w:ascii="Times New Roman" w:eastAsia="Times New Roman" w:hAnsi="Times New Roman" w:cs="Times New Roman"/>
                <w:color w:val="000000"/>
                <w:sz w:val="20"/>
                <w:szCs w:val="20"/>
              </w:rPr>
            </w:pPr>
            <w:r w:rsidRPr="001A2E38">
              <w:rPr>
                <w:rFonts w:ascii="Times New Roman" w:eastAsia="Times New Roman" w:hAnsi="Times New Roman" w:cs="Times New Roman"/>
                <w:color w:val="000000"/>
                <w:sz w:val="20"/>
                <w:szCs w:val="20"/>
              </w:rPr>
              <w:t>&lt;0.001</w:t>
            </w:r>
          </w:p>
        </w:tc>
      </w:tr>
      <w:tr w:rsidR="007D00B4" w:rsidRPr="001A2E38" w14:paraId="07371DBF" w14:textId="77777777" w:rsidTr="00176373">
        <w:trPr>
          <w:jc w:val="center"/>
        </w:trPr>
        <w:tc>
          <w:tcPr>
            <w:tcW w:w="2099"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1A9F9E8A" w14:textId="77777777" w:rsidR="007D00B4" w:rsidRPr="001A2E38" w:rsidRDefault="007D00B4" w:rsidP="00176373">
            <w:pPr>
              <w:pBdr>
                <w:top w:val="none" w:sz="0" w:space="0" w:color="000000"/>
                <w:left w:val="none" w:sz="0" w:space="0" w:color="000000"/>
                <w:bottom w:val="none" w:sz="0" w:space="0" w:color="000000"/>
                <w:right w:val="none" w:sz="0" w:space="0" w:color="000000"/>
              </w:pBdr>
              <w:snapToGrid w:val="0"/>
              <w:spacing w:before="40" w:after="40" w:line="240" w:lineRule="auto"/>
              <w:ind w:left="40" w:right="40"/>
              <w:rPr>
                <w:rFonts w:ascii="Times New Roman" w:eastAsia="Times New Roman" w:hAnsi="Times New Roman" w:cs="Times New Roman"/>
                <w:color w:val="000000"/>
                <w:sz w:val="20"/>
                <w:szCs w:val="20"/>
              </w:rPr>
            </w:pPr>
            <w:r w:rsidRPr="001A2E38">
              <w:rPr>
                <w:rFonts w:ascii="Times New Roman" w:eastAsia="Times New Roman" w:hAnsi="Times New Roman" w:cs="Times New Roman"/>
                <w:color w:val="000000"/>
                <w:sz w:val="20"/>
                <w:szCs w:val="20"/>
              </w:rPr>
              <w:t>CHG-WWI</w:t>
            </w:r>
          </w:p>
        </w:tc>
        <w:tc>
          <w:tcPr>
            <w:tcW w:w="2974"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7891CEA6" w14:textId="77777777" w:rsidR="007D00B4" w:rsidRPr="001A2E38" w:rsidRDefault="007D00B4" w:rsidP="00176373">
            <w:pPr>
              <w:pBdr>
                <w:top w:val="none" w:sz="0" w:space="0" w:color="000000"/>
                <w:left w:val="none" w:sz="0" w:space="0" w:color="000000"/>
                <w:bottom w:val="none" w:sz="0" w:space="0" w:color="000000"/>
                <w:right w:val="none" w:sz="0" w:space="0" w:color="000000"/>
              </w:pBdr>
              <w:snapToGrid w:val="0"/>
              <w:spacing w:before="40" w:after="40" w:line="240" w:lineRule="auto"/>
              <w:ind w:left="40" w:right="40"/>
              <w:jc w:val="center"/>
              <w:rPr>
                <w:rFonts w:ascii="Times New Roman" w:eastAsia="Times New Roman" w:hAnsi="Times New Roman" w:cs="Times New Roman"/>
                <w:color w:val="000000"/>
                <w:sz w:val="20"/>
                <w:szCs w:val="20"/>
              </w:rPr>
            </w:pPr>
            <w:r w:rsidRPr="001A2E38">
              <w:rPr>
                <w:rFonts w:ascii="Times New Roman" w:eastAsia="Times New Roman" w:hAnsi="Times New Roman" w:cs="Times New Roman"/>
                <w:color w:val="000000"/>
                <w:sz w:val="20"/>
                <w:szCs w:val="20"/>
              </w:rPr>
              <w:t>Per 1-SD increase</w:t>
            </w:r>
          </w:p>
        </w:tc>
        <w:tc>
          <w:tcPr>
            <w:tcW w:w="3500"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0CB1B131" w14:textId="77777777" w:rsidR="007D00B4" w:rsidRPr="001A2E38" w:rsidRDefault="007D00B4" w:rsidP="00176373">
            <w:pPr>
              <w:pBdr>
                <w:top w:val="none" w:sz="0" w:space="0" w:color="000000"/>
                <w:left w:val="none" w:sz="0" w:space="0" w:color="000000"/>
                <w:bottom w:val="none" w:sz="0" w:space="0" w:color="000000"/>
                <w:right w:val="none" w:sz="0" w:space="0" w:color="000000"/>
              </w:pBdr>
              <w:snapToGrid w:val="0"/>
              <w:spacing w:before="40" w:after="40" w:line="240" w:lineRule="auto"/>
              <w:ind w:left="40" w:right="40"/>
              <w:jc w:val="center"/>
              <w:rPr>
                <w:rFonts w:ascii="Times New Roman" w:eastAsia="Times New Roman" w:hAnsi="Times New Roman" w:cs="Times New Roman"/>
                <w:color w:val="000000"/>
                <w:sz w:val="20"/>
                <w:szCs w:val="20"/>
              </w:rPr>
            </w:pPr>
            <w:r w:rsidRPr="001A2E38">
              <w:rPr>
                <w:rFonts w:ascii="Times New Roman" w:eastAsia="Times New Roman" w:hAnsi="Times New Roman" w:cs="Times New Roman"/>
                <w:color w:val="000000"/>
                <w:sz w:val="20"/>
                <w:szCs w:val="20"/>
              </w:rPr>
              <w:t>1.261 (1.228-1.296)</w:t>
            </w:r>
          </w:p>
        </w:tc>
        <w:tc>
          <w:tcPr>
            <w:tcW w:w="1750"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17E75415" w14:textId="77777777" w:rsidR="007D00B4" w:rsidRPr="001A2E38" w:rsidRDefault="007D00B4" w:rsidP="00176373">
            <w:pPr>
              <w:pBdr>
                <w:top w:val="none" w:sz="0" w:space="0" w:color="000000"/>
                <w:left w:val="none" w:sz="0" w:space="0" w:color="000000"/>
                <w:bottom w:val="none" w:sz="0" w:space="0" w:color="000000"/>
                <w:right w:val="none" w:sz="0" w:space="0" w:color="000000"/>
              </w:pBdr>
              <w:snapToGrid w:val="0"/>
              <w:spacing w:before="40" w:after="40" w:line="240" w:lineRule="auto"/>
              <w:ind w:left="40" w:right="40"/>
              <w:jc w:val="center"/>
              <w:rPr>
                <w:rFonts w:ascii="Times New Roman" w:eastAsia="Times New Roman" w:hAnsi="Times New Roman" w:cs="Times New Roman"/>
                <w:color w:val="000000"/>
                <w:sz w:val="20"/>
                <w:szCs w:val="20"/>
              </w:rPr>
            </w:pPr>
            <w:r w:rsidRPr="001A2E38">
              <w:rPr>
                <w:rFonts w:ascii="Times New Roman" w:eastAsia="Times New Roman" w:hAnsi="Times New Roman" w:cs="Times New Roman"/>
                <w:color w:val="000000"/>
                <w:sz w:val="20"/>
                <w:szCs w:val="20"/>
              </w:rPr>
              <w:t>&lt;0.001</w:t>
            </w:r>
          </w:p>
        </w:tc>
        <w:tc>
          <w:tcPr>
            <w:tcW w:w="1925"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209174B6" w14:textId="77777777" w:rsidR="007D00B4" w:rsidRPr="001A2E38" w:rsidRDefault="007D00B4" w:rsidP="00176373">
            <w:pPr>
              <w:pBdr>
                <w:top w:val="none" w:sz="0" w:space="0" w:color="000000"/>
                <w:left w:val="none" w:sz="0" w:space="0" w:color="000000"/>
                <w:bottom w:val="none" w:sz="0" w:space="0" w:color="000000"/>
                <w:right w:val="none" w:sz="0" w:space="0" w:color="000000"/>
              </w:pBdr>
              <w:snapToGrid w:val="0"/>
              <w:spacing w:before="40" w:after="40" w:line="240" w:lineRule="auto"/>
              <w:ind w:left="40" w:right="40"/>
              <w:jc w:val="center"/>
              <w:rPr>
                <w:rFonts w:ascii="Times New Roman" w:eastAsia="Times New Roman" w:hAnsi="Times New Roman" w:cs="Times New Roman"/>
                <w:color w:val="000000"/>
                <w:sz w:val="20"/>
                <w:szCs w:val="20"/>
              </w:rPr>
            </w:pPr>
          </w:p>
        </w:tc>
      </w:tr>
      <w:tr w:rsidR="007D00B4" w:rsidRPr="001A2E38" w14:paraId="1E61EC67" w14:textId="77777777" w:rsidTr="00176373">
        <w:trPr>
          <w:jc w:val="center"/>
        </w:trPr>
        <w:tc>
          <w:tcPr>
            <w:tcW w:w="2099"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687CE1A1" w14:textId="77777777" w:rsidR="007D00B4" w:rsidRPr="001A2E38" w:rsidRDefault="007D00B4" w:rsidP="00176373">
            <w:pPr>
              <w:pBdr>
                <w:top w:val="none" w:sz="0" w:space="0" w:color="000000"/>
                <w:left w:val="none" w:sz="0" w:space="0" w:color="000000"/>
                <w:bottom w:val="none" w:sz="0" w:space="0" w:color="000000"/>
                <w:right w:val="none" w:sz="0" w:space="0" w:color="000000"/>
              </w:pBdr>
              <w:snapToGrid w:val="0"/>
              <w:spacing w:before="40" w:after="40" w:line="240" w:lineRule="auto"/>
              <w:ind w:left="40" w:right="40"/>
              <w:rPr>
                <w:rFonts w:ascii="Times New Roman" w:eastAsia="Times New Roman" w:hAnsi="Times New Roman" w:cs="Times New Roman"/>
                <w:color w:val="000000"/>
                <w:sz w:val="20"/>
                <w:szCs w:val="20"/>
              </w:rPr>
            </w:pPr>
          </w:p>
        </w:tc>
        <w:tc>
          <w:tcPr>
            <w:tcW w:w="2974"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19E8D500" w14:textId="77777777" w:rsidR="007D00B4" w:rsidRPr="001A2E38" w:rsidRDefault="007D00B4" w:rsidP="00176373">
            <w:pPr>
              <w:pBdr>
                <w:top w:val="none" w:sz="0" w:space="0" w:color="000000"/>
                <w:left w:val="none" w:sz="0" w:space="0" w:color="000000"/>
                <w:bottom w:val="none" w:sz="0" w:space="0" w:color="000000"/>
                <w:right w:val="none" w:sz="0" w:space="0" w:color="000000"/>
              </w:pBdr>
              <w:snapToGrid w:val="0"/>
              <w:spacing w:before="40" w:after="40" w:line="240" w:lineRule="auto"/>
              <w:ind w:left="40" w:right="40"/>
              <w:jc w:val="center"/>
              <w:rPr>
                <w:rFonts w:ascii="Times New Roman" w:eastAsia="Times New Roman" w:hAnsi="Times New Roman" w:cs="Times New Roman"/>
                <w:color w:val="000000"/>
                <w:sz w:val="20"/>
                <w:szCs w:val="20"/>
              </w:rPr>
            </w:pPr>
            <w:r w:rsidRPr="001A2E38">
              <w:rPr>
                <w:rFonts w:ascii="Times New Roman" w:eastAsia="Times New Roman" w:hAnsi="Times New Roman" w:cs="Times New Roman"/>
                <w:color w:val="000000"/>
                <w:sz w:val="20"/>
                <w:szCs w:val="20"/>
              </w:rPr>
              <w:t>Q1</w:t>
            </w:r>
          </w:p>
        </w:tc>
        <w:tc>
          <w:tcPr>
            <w:tcW w:w="3500"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14402FFA" w14:textId="77777777" w:rsidR="007D00B4" w:rsidRPr="001A2E38" w:rsidRDefault="007D00B4" w:rsidP="00176373">
            <w:pPr>
              <w:pBdr>
                <w:top w:val="none" w:sz="0" w:space="0" w:color="000000"/>
                <w:left w:val="none" w:sz="0" w:space="0" w:color="000000"/>
                <w:bottom w:val="none" w:sz="0" w:space="0" w:color="000000"/>
                <w:right w:val="none" w:sz="0" w:space="0" w:color="000000"/>
              </w:pBdr>
              <w:snapToGrid w:val="0"/>
              <w:spacing w:before="40" w:after="40" w:line="240" w:lineRule="auto"/>
              <w:ind w:left="40" w:right="40"/>
              <w:jc w:val="center"/>
              <w:rPr>
                <w:rFonts w:ascii="Times New Roman" w:eastAsia="Times New Roman" w:hAnsi="Times New Roman" w:cs="Times New Roman"/>
                <w:color w:val="000000"/>
                <w:sz w:val="20"/>
                <w:szCs w:val="20"/>
              </w:rPr>
            </w:pPr>
            <w:r w:rsidRPr="001A2E38">
              <w:rPr>
                <w:rFonts w:ascii="Times New Roman" w:eastAsia="Times New Roman" w:hAnsi="Times New Roman" w:cs="Times New Roman"/>
                <w:color w:val="000000"/>
                <w:sz w:val="20"/>
                <w:szCs w:val="20"/>
              </w:rPr>
              <w:t>Reference</w:t>
            </w:r>
          </w:p>
        </w:tc>
        <w:tc>
          <w:tcPr>
            <w:tcW w:w="1750"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7D7D4E87" w14:textId="77777777" w:rsidR="007D00B4" w:rsidRPr="001A2E38" w:rsidRDefault="007D00B4" w:rsidP="00176373">
            <w:pPr>
              <w:pBdr>
                <w:top w:val="none" w:sz="0" w:space="0" w:color="000000"/>
                <w:left w:val="none" w:sz="0" w:space="0" w:color="000000"/>
                <w:bottom w:val="none" w:sz="0" w:space="0" w:color="000000"/>
                <w:right w:val="none" w:sz="0" w:space="0" w:color="000000"/>
              </w:pBdr>
              <w:snapToGrid w:val="0"/>
              <w:spacing w:before="40" w:after="40" w:line="240" w:lineRule="auto"/>
              <w:ind w:left="40" w:right="40"/>
              <w:jc w:val="center"/>
              <w:rPr>
                <w:rFonts w:ascii="Times New Roman" w:eastAsia="Times New Roman" w:hAnsi="Times New Roman" w:cs="Times New Roman"/>
                <w:color w:val="000000"/>
                <w:sz w:val="20"/>
                <w:szCs w:val="20"/>
              </w:rPr>
            </w:pPr>
          </w:p>
        </w:tc>
        <w:tc>
          <w:tcPr>
            <w:tcW w:w="1925"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4B3A8089" w14:textId="77777777" w:rsidR="007D00B4" w:rsidRPr="001A2E38" w:rsidRDefault="007D00B4" w:rsidP="00176373">
            <w:pPr>
              <w:pBdr>
                <w:top w:val="none" w:sz="0" w:space="0" w:color="000000"/>
                <w:left w:val="none" w:sz="0" w:space="0" w:color="000000"/>
                <w:bottom w:val="none" w:sz="0" w:space="0" w:color="000000"/>
                <w:right w:val="none" w:sz="0" w:space="0" w:color="000000"/>
              </w:pBdr>
              <w:snapToGrid w:val="0"/>
              <w:spacing w:before="40" w:after="40" w:line="240" w:lineRule="auto"/>
              <w:ind w:left="40" w:right="40"/>
              <w:jc w:val="center"/>
              <w:rPr>
                <w:rFonts w:ascii="Times New Roman" w:eastAsia="Times New Roman" w:hAnsi="Times New Roman" w:cs="Times New Roman"/>
                <w:color w:val="000000"/>
                <w:sz w:val="20"/>
                <w:szCs w:val="20"/>
              </w:rPr>
            </w:pPr>
          </w:p>
        </w:tc>
      </w:tr>
      <w:tr w:rsidR="007D00B4" w:rsidRPr="001A2E38" w14:paraId="6C68E6B8" w14:textId="77777777" w:rsidTr="00176373">
        <w:trPr>
          <w:jc w:val="center"/>
        </w:trPr>
        <w:tc>
          <w:tcPr>
            <w:tcW w:w="2099"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2DB6DCB9" w14:textId="77777777" w:rsidR="007D00B4" w:rsidRPr="001A2E38" w:rsidRDefault="007D00B4" w:rsidP="00176373">
            <w:pPr>
              <w:pBdr>
                <w:top w:val="none" w:sz="0" w:space="0" w:color="000000"/>
                <w:left w:val="none" w:sz="0" w:space="0" w:color="000000"/>
                <w:bottom w:val="none" w:sz="0" w:space="0" w:color="000000"/>
                <w:right w:val="none" w:sz="0" w:space="0" w:color="000000"/>
              </w:pBdr>
              <w:snapToGrid w:val="0"/>
              <w:spacing w:before="40" w:after="40" w:line="240" w:lineRule="auto"/>
              <w:ind w:left="40" w:right="40"/>
              <w:rPr>
                <w:rFonts w:ascii="Times New Roman" w:eastAsia="Times New Roman" w:hAnsi="Times New Roman" w:cs="Times New Roman"/>
                <w:color w:val="000000"/>
                <w:sz w:val="20"/>
                <w:szCs w:val="20"/>
              </w:rPr>
            </w:pPr>
          </w:p>
        </w:tc>
        <w:tc>
          <w:tcPr>
            <w:tcW w:w="2974"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5B3E6C9D" w14:textId="77777777" w:rsidR="007D00B4" w:rsidRPr="001A2E38" w:rsidRDefault="007D00B4" w:rsidP="00176373">
            <w:pPr>
              <w:pBdr>
                <w:top w:val="none" w:sz="0" w:space="0" w:color="000000"/>
                <w:left w:val="none" w:sz="0" w:space="0" w:color="000000"/>
                <w:bottom w:val="none" w:sz="0" w:space="0" w:color="000000"/>
                <w:right w:val="none" w:sz="0" w:space="0" w:color="000000"/>
              </w:pBdr>
              <w:snapToGrid w:val="0"/>
              <w:spacing w:before="40" w:after="40" w:line="240" w:lineRule="auto"/>
              <w:ind w:left="40" w:right="40"/>
              <w:jc w:val="center"/>
              <w:rPr>
                <w:rFonts w:ascii="Times New Roman" w:eastAsia="Times New Roman" w:hAnsi="Times New Roman" w:cs="Times New Roman"/>
                <w:color w:val="000000"/>
                <w:sz w:val="20"/>
                <w:szCs w:val="20"/>
              </w:rPr>
            </w:pPr>
            <w:r w:rsidRPr="001A2E38">
              <w:rPr>
                <w:rFonts w:ascii="Times New Roman" w:eastAsia="Times New Roman" w:hAnsi="Times New Roman" w:cs="Times New Roman"/>
                <w:color w:val="000000"/>
                <w:sz w:val="20"/>
                <w:szCs w:val="20"/>
              </w:rPr>
              <w:t>Q2</w:t>
            </w:r>
          </w:p>
        </w:tc>
        <w:tc>
          <w:tcPr>
            <w:tcW w:w="3500"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04D9A0D9" w14:textId="77777777" w:rsidR="007D00B4" w:rsidRPr="001A2E38" w:rsidRDefault="007D00B4" w:rsidP="00176373">
            <w:pPr>
              <w:pBdr>
                <w:top w:val="none" w:sz="0" w:space="0" w:color="000000"/>
                <w:left w:val="none" w:sz="0" w:space="0" w:color="000000"/>
                <w:bottom w:val="none" w:sz="0" w:space="0" w:color="000000"/>
                <w:right w:val="none" w:sz="0" w:space="0" w:color="000000"/>
              </w:pBdr>
              <w:snapToGrid w:val="0"/>
              <w:spacing w:before="40" w:after="40" w:line="240" w:lineRule="auto"/>
              <w:ind w:left="40" w:right="40"/>
              <w:jc w:val="center"/>
              <w:rPr>
                <w:rFonts w:ascii="Times New Roman" w:eastAsia="Times New Roman" w:hAnsi="Times New Roman" w:cs="Times New Roman"/>
                <w:color w:val="000000"/>
                <w:sz w:val="20"/>
                <w:szCs w:val="20"/>
              </w:rPr>
            </w:pPr>
            <w:r w:rsidRPr="001A2E38">
              <w:rPr>
                <w:rFonts w:ascii="Times New Roman" w:eastAsia="Times New Roman" w:hAnsi="Times New Roman" w:cs="Times New Roman"/>
                <w:color w:val="000000"/>
                <w:sz w:val="20"/>
                <w:szCs w:val="20"/>
              </w:rPr>
              <w:t>1.397 (1.243-1.570)</w:t>
            </w:r>
          </w:p>
        </w:tc>
        <w:tc>
          <w:tcPr>
            <w:tcW w:w="1750"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2BFC6832" w14:textId="77777777" w:rsidR="007D00B4" w:rsidRPr="001A2E38" w:rsidRDefault="007D00B4" w:rsidP="00176373">
            <w:pPr>
              <w:pBdr>
                <w:top w:val="none" w:sz="0" w:space="0" w:color="000000"/>
                <w:left w:val="none" w:sz="0" w:space="0" w:color="000000"/>
                <w:bottom w:val="none" w:sz="0" w:space="0" w:color="000000"/>
                <w:right w:val="none" w:sz="0" w:space="0" w:color="000000"/>
              </w:pBdr>
              <w:snapToGrid w:val="0"/>
              <w:spacing w:before="40" w:after="40" w:line="240" w:lineRule="auto"/>
              <w:ind w:left="40" w:right="40"/>
              <w:jc w:val="center"/>
              <w:rPr>
                <w:rFonts w:ascii="Times New Roman" w:eastAsia="Times New Roman" w:hAnsi="Times New Roman" w:cs="Times New Roman"/>
                <w:color w:val="000000"/>
                <w:sz w:val="20"/>
                <w:szCs w:val="20"/>
              </w:rPr>
            </w:pPr>
            <w:r w:rsidRPr="001A2E38">
              <w:rPr>
                <w:rFonts w:ascii="Times New Roman" w:eastAsia="Times New Roman" w:hAnsi="Times New Roman" w:cs="Times New Roman"/>
                <w:color w:val="000000"/>
                <w:sz w:val="20"/>
                <w:szCs w:val="20"/>
              </w:rPr>
              <w:t>&lt;0.001</w:t>
            </w:r>
          </w:p>
        </w:tc>
        <w:tc>
          <w:tcPr>
            <w:tcW w:w="1925"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0D3604F5" w14:textId="77777777" w:rsidR="007D00B4" w:rsidRPr="001A2E38" w:rsidRDefault="007D00B4" w:rsidP="00176373">
            <w:pPr>
              <w:pBdr>
                <w:top w:val="none" w:sz="0" w:space="0" w:color="000000"/>
                <w:left w:val="none" w:sz="0" w:space="0" w:color="000000"/>
                <w:bottom w:val="none" w:sz="0" w:space="0" w:color="000000"/>
                <w:right w:val="none" w:sz="0" w:space="0" w:color="000000"/>
              </w:pBdr>
              <w:snapToGrid w:val="0"/>
              <w:spacing w:before="40" w:after="40" w:line="240" w:lineRule="auto"/>
              <w:ind w:left="40" w:right="40"/>
              <w:jc w:val="center"/>
              <w:rPr>
                <w:rFonts w:ascii="Times New Roman" w:eastAsia="Times New Roman" w:hAnsi="Times New Roman" w:cs="Times New Roman"/>
                <w:color w:val="000000"/>
                <w:sz w:val="20"/>
                <w:szCs w:val="20"/>
              </w:rPr>
            </w:pPr>
          </w:p>
        </w:tc>
      </w:tr>
      <w:tr w:rsidR="007D00B4" w:rsidRPr="001A2E38" w14:paraId="73A9231E" w14:textId="77777777" w:rsidTr="00176373">
        <w:trPr>
          <w:jc w:val="center"/>
        </w:trPr>
        <w:tc>
          <w:tcPr>
            <w:tcW w:w="2099"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0F681822" w14:textId="77777777" w:rsidR="007D00B4" w:rsidRPr="001A2E38" w:rsidRDefault="007D00B4" w:rsidP="00176373">
            <w:pPr>
              <w:pBdr>
                <w:top w:val="none" w:sz="0" w:space="0" w:color="000000"/>
                <w:left w:val="none" w:sz="0" w:space="0" w:color="000000"/>
                <w:bottom w:val="none" w:sz="0" w:space="0" w:color="000000"/>
                <w:right w:val="none" w:sz="0" w:space="0" w:color="000000"/>
              </w:pBdr>
              <w:snapToGrid w:val="0"/>
              <w:spacing w:before="40" w:after="40" w:line="240" w:lineRule="auto"/>
              <w:ind w:left="40" w:right="40"/>
              <w:rPr>
                <w:rFonts w:ascii="Times New Roman" w:eastAsia="Times New Roman" w:hAnsi="Times New Roman" w:cs="Times New Roman"/>
                <w:color w:val="000000"/>
                <w:sz w:val="20"/>
                <w:szCs w:val="20"/>
              </w:rPr>
            </w:pPr>
          </w:p>
        </w:tc>
        <w:tc>
          <w:tcPr>
            <w:tcW w:w="2974"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27728A6C" w14:textId="77777777" w:rsidR="007D00B4" w:rsidRPr="001A2E38" w:rsidRDefault="007D00B4" w:rsidP="00176373">
            <w:pPr>
              <w:pBdr>
                <w:top w:val="none" w:sz="0" w:space="0" w:color="000000"/>
                <w:left w:val="none" w:sz="0" w:space="0" w:color="000000"/>
                <w:bottom w:val="none" w:sz="0" w:space="0" w:color="000000"/>
                <w:right w:val="none" w:sz="0" w:space="0" w:color="000000"/>
              </w:pBdr>
              <w:snapToGrid w:val="0"/>
              <w:spacing w:before="40" w:after="40" w:line="240" w:lineRule="auto"/>
              <w:ind w:left="40" w:right="40"/>
              <w:jc w:val="center"/>
              <w:rPr>
                <w:rFonts w:ascii="Times New Roman" w:eastAsia="Times New Roman" w:hAnsi="Times New Roman" w:cs="Times New Roman"/>
                <w:color w:val="000000"/>
                <w:sz w:val="20"/>
                <w:szCs w:val="20"/>
              </w:rPr>
            </w:pPr>
            <w:r w:rsidRPr="001A2E38">
              <w:rPr>
                <w:rFonts w:ascii="Times New Roman" w:eastAsia="Times New Roman" w:hAnsi="Times New Roman" w:cs="Times New Roman"/>
                <w:color w:val="000000"/>
                <w:sz w:val="20"/>
                <w:szCs w:val="20"/>
              </w:rPr>
              <w:t>Q3</w:t>
            </w:r>
          </w:p>
        </w:tc>
        <w:tc>
          <w:tcPr>
            <w:tcW w:w="3500"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7035224E" w14:textId="77777777" w:rsidR="007D00B4" w:rsidRPr="001A2E38" w:rsidRDefault="007D00B4" w:rsidP="00176373">
            <w:pPr>
              <w:pBdr>
                <w:top w:val="none" w:sz="0" w:space="0" w:color="000000"/>
                <w:left w:val="none" w:sz="0" w:space="0" w:color="000000"/>
                <w:bottom w:val="none" w:sz="0" w:space="0" w:color="000000"/>
                <w:right w:val="none" w:sz="0" w:space="0" w:color="000000"/>
              </w:pBdr>
              <w:snapToGrid w:val="0"/>
              <w:spacing w:before="40" w:after="40" w:line="240" w:lineRule="auto"/>
              <w:ind w:left="40" w:right="40"/>
              <w:jc w:val="center"/>
              <w:rPr>
                <w:rFonts w:ascii="Times New Roman" w:eastAsia="Times New Roman" w:hAnsi="Times New Roman" w:cs="Times New Roman"/>
                <w:color w:val="000000"/>
                <w:sz w:val="20"/>
                <w:szCs w:val="20"/>
              </w:rPr>
            </w:pPr>
            <w:r w:rsidRPr="001A2E38">
              <w:rPr>
                <w:rFonts w:ascii="Times New Roman" w:eastAsia="Times New Roman" w:hAnsi="Times New Roman" w:cs="Times New Roman"/>
                <w:color w:val="000000"/>
                <w:sz w:val="20"/>
                <w:szCs w:val="20"/>
              </w:rPr>
              <w:t>1.547 (1.382-1.731)</w:t>
            </w:r>
          </w:p>
        </w:tc>
        <w:tc>
          <w:tcPr>
            <w:tcW w:w="1750"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4171F8B5" w14:textId="77777777" w:rsidR="007D00B4" w:rsidRPr="001A2E38" w:rsidRDefault="007D00B4" w:rsidP="00176373">
            <w:pPr>
              <w:pBdr>
                <w:top w:val="none" w:sz="0" w:space="0" w:color="000000"/>
                <w:left w:val="none" w:sz="0" w:space="0" w:color="000000"/>
                <w:bottom w:val="none" w:sz="0" w:space="0" w:color="000000"/>
                <w:right w:val="none" w:sz="0" w:space="0" w:color="000000"/>
              </w:pBdr>
              <w:snapToGrid w:val="0"/>
              <w:spacing w:before="40" w:after="40" w:line="240" w:lineRule="auto"/>
              <w:ind w:left="40" w:right="40"/>
              <w:jc w:val="center"/>
              <w:rPr>
                <w:rFonts w:ascii="Times New Roman" w:eastAsia="Times New Roman" w:hAnsi="Times New Roman" w:cs="Times New Roman"/>
                <w:color w:val="000000"/>
                <w:sz w:val="20"/>
                <w:szCs w:val="20"/>
              </w:rPr>
            </w:pPr>
            <w:r w:rsidRPr="001A2E38">
              <w:rPr>
                <w:rFonts w:ascii="Times New Roman" w:eastAsia="Times New Roman" w:hAnsi="Times New Roman" w:cs="Times New Roman"/>
                <w:color w:val="000000"/>
                <w:sz w:val="20"/>
                <w:szCs w:val="20"/>
              </w:rPr>
              <w:t>&lt;0.001</w:t>
            </w:r>
          </w:p>
        </w:tc>
        <w:tc>
          <w:tcPr>
            <w:tcW w:w="1925"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4C5F00A9" w14:textId="77777777" w:rsidR="007D00B4" w:rsidRPr="001A2E38" w:rsidRDefault="007D00B4" w:rsidP="00176373">
            <w:pPr>
              <w:pBdr>
                <w:top w:val="none" w:sz="0" w:space="0" w:color="000000"/>
                <w:left w:val="none" w:sz="0" w:space="0" w:color="000000"/>
                <w:bottom w:val="none" w:sz="0" w:space="0" w:color="000000"/>
                <w:right w:val="none" w:sz="0" w:space="0" w:color="000000"/>
              </w:pBdr>
              <w:snapToGrid w:val="0"/>
              <w:spacing w:before="40" w:after="40" w:line="240" w:lineRule="auto"/>
              <w:ind w:left="40" w:right="40"/>
              <w:jc w:val="center"/>
              <w:rPr>
                <w:rFonts w:ascii="Times New Roman" w:eastAsia="Times New Roman" w:hAnsi="Times New Roman" w:cs="Times New Roman"/>
                <w:color w:val="000000"/>
                <w:sz w:val="20"/>
                <w:szCs w:val="20"/>
              </w:rPr>
            </w:pPr>
          </w:p>
        </w:tc>
      </w:tr>
      <w:tr w:rsidR="007D00B4" w:rsidRPr="001A2E38" w14:paraId="5AF4B59F" w14:textId="77777777" w:rsidTr="00176373">
        <w:trPr>
          <w:jc w:val="center"/>
        </w:trPr>
        <w:tc>
          <w:tcPr>
            <w:tcW w:w="2099" w:type="dxa"/>
            <w:tcBorders>
              <w:top w:val="none" w:sz="0" w:space="0" w:color="000000"/>
              <w:left w:val="none" w:sz="0" w:space="0" w:color="000000"/>
              <w:bottom w:val="single" w:sz="12" w:space="0" w:color="000000"/>
              <w:right w:val="none" w:sz="0" w:space="0" w:color="000000"/>
            </w:tcBorders>
            <w:tcMar>
              <w:top w:w="0" w:type="dxa"/>
              <w:left w:w="0" w:type="dxa"/>
              <w:bottom w:w="0" w:type="dxa"/>
              <w:right w:w="0" w:type="dxa"/>
            </w:tcMar>
            <w:vAlign w:val="center"/>
          </w:tcPr>
          <w:p w14:paraId="3AB519EE" w14:textId="77777777" w:rsidR="007D00B4" w:rsidRPr="001A2E38" w:rsidRDefault="007D00B4" w:rsidP="00176373">
            <w:pPr>
              <w:pBdr>
                <w:top w:val="none" w:sz="0" w:space="0" w:color="000000"/>
                <w:left w:val="none" w:sz="0" w:space="0" w:color="000000"/>
                <w:bottom w:val="none" w:sz="0" w:space="0" w:color="000000"/>
                <w:right w:val="none" w:sz="0" w:space="0" w:color="000000"/>
              </w:pBdr>
              <w:snapToGrid w:val="0"/>
              <w:spacing w:before="40" w:after="40" w:line="240" w:lineRule="auto"/>
              <w:ind w:left="40" w:right="40"/>
              <w:rPr>
                <w:rFonts w:ascii="Times New Roman" w:eastAsia="Times New Roman" w:hAnsi="Times New Roman" w:cs="Times New Roman"/>
                <w:color w:val="000000"/>
                <w:sz w:val="20"/>
                <w:szCs w:val="20"/>
              </w:rPr>
            </w:pPr>
          </w:p>
        </w:tc>
        <w:tc>
          <w:tcPr>
            <w:tcW w:w="2974" w:type="dxa"/>
            <w:tcBorders>
              <w:top w:val="none" w:sz="0" w:space="0" w:color="000000"/>
              <w:left w:val="none" w:sz="0" w:space="0" w:color="000000"/>
              <w:bottom w:val="single" w:sz="12" w:space="0" w:color="000000"/>
              <w:right w:val="none" w:sz="0" w:space="0" w:color="000000"/>
            </w:tcBorders>
            <w:tcMar>
              <w:top w:w="0" w:type="dxa"/>
              <w:left w:w="0" w:type="dxa"/>
              <w:bottom w:w="0" w:type="dxa"/>
              <w:right w:w="0" w:type="dxa"/>
            </w:tcMar>
            <w:vAlign w:val="center"/>
          </w:tcPr>
          <w:p w14:paraId="50B085D1" w14:textId="77777777" w:rsidR="007D00B4" w:rsidRPr="001A2E38" w:rsidRDefault="007D00B4" w:rsidP="00176373">
            <w:pPr>
              <w:pBdr>
                <w:top w:val="none" w:sz="0" w:space="0" w:color="000000"/>
                <w:left w:val="none" w:sz="0" w:space="0" w:color="000000"/>
                <w:bottom w:val="none" w:sz="0" w:space="0" w:color="000000"/>
                <w:right w:val="none" w:sz="0" w:space="0" w:color="000000"/>
              </w:pBdr>
              <w:snapToGrid w:val="0"/>
              <w:spacing w:before="40" w:after="40" w:line="240" w:lineRule="auto"/>
              <w:ind w:left="40" w:right="40"/>
              <w:jc w:val="center"/>
              <w:rPr>
                <w:rFonts w:ascii="Times New Roman" w:eastAsia="Times New Roman" w:hAnsi="Times New Roman" w:cs="Times New Roman"/>
                <w:color w:val="000000"/>
                <w:sz w:val="20"/>
                <w:szCs w:val="20"/>
              </w:rPr>
            </w:pPr>
            <w:r w:rsidRPr="001A2E38">
              <w:rPr>
                <w:rFonts w:ascii="Times New Roman" w:eastAsia="Times New Roman" w:hAnsi="Times New Roman" w:cs="Times New Roman"/>
                <w:color w:val="000000"/>
                <w:sz w:val="20"/>
                <w:szCs w:val="20"/>
              </w:rPr>
              <w:t>Q4</w:t>
            </w:r>
          </w:p>
        </w:tc>
        <w:tc>
          <w:tcPr>
            <w:tcW w:w="3500" w:type="dxa"/>
            <w:tcBorders>
              <w:top w:val="none" w:sz="0" w:space="0" w:color="000000"/>
              <w:left w:val="none" w:sz="0" w:space="0" w:color="000000"/>
              <w:bottom w:val="single" w:sz="12" w:space="0" w:color="000000"/>
              <w:right w:val="none" w:sz="0" w:space="0" w:color="000000"/>
            </w:tcBorders>
            <w:tcMar>
              <w:top w:w="0" w:type="dxa"/>
              <w:left w:w="0" w:type="dxa"/>
              <w:bottom w:w="0" w:type="dxa"/>
              <w:right w:w="0" w:type="dxa"/>
            </w:tcMar>
            <w:vAlign w:val="center"/>
          </w:tcPr>
          <w:p w14:paraId="1F0A9246" w14:textId="77777777" w:rsidR="007D00B4" w:rsidRPr="001A2E38" w:rsidRDefault="007D00B4" w:rsidP="00176373">
            <w:pPr>
              <w:pBdr>
                <w:top w:val="none" w:sz="0" w:space="0" w:color="000000"/>
                <w:left w:val="none" w:sz="0" w:space="0" w:color="000000"/>
                <w:bottom w:val="none" w:sz="0" w:space="0" w:color="000000"/>
                <w:right w:val="none" w:sz="0" w:space="0" w:color="000000"/>
              </w:pBdr>
              <w:snapToGrid w:val="0"/>
              <w:spacing w:before="40" w:after="40" w:line="240" w:lineRule="auto"/>
              <w:ind w:left="40" w:right="40"/>
              <w:jc w:val="center"/>
              <w:rPr>
                <w:rFonts w:ascii="Times New Roman" w:eastAsia="Times New Roman" w:hAnsi="Times New Roman" w:cs="Times New Roman"/>
                <w:color w:val="000000"/>
                <w:sz w:val="20"/>
                <w:szCs w:val="20"/>
              </w:rPr>
            </w:pPr>
            <w:r w:rsidRPr="001A2E38">
              <w:rPr>
                <w:rFonts w:ascii="Times New Roman" w:eastAsia="Times New Roman" w:hAnsi="Times New Roman" w:cs="Times New Roman"/>
                <w:color w:val="000000"/>
                <w:sz w:val="20"/>
                <w:szCs w:val="20"/>
              </w:rPr>
              <w:t>2.415 (2.180-2.675)</w:t>
            </w:r>
          </w:p>
        </w:tc>
        <w:tc>
          <w:tcPr>
            <w:tcW w:w="1750" w:type="dxa"/>
            <w:tcBorders>
              <w:top w:val="none" w:sz="0" w:space="0" w:color="000000"/>
              <w:left w:val="none" w:sz="0" w:space="0" w:color="000000"/>
              <w:bottom w:val="single" w:sz="12" w:space="0" w:color="000000"/>
              <w:right w:val="none" w:sz="0" w:space="0" w:color="000000"/>
            </w:tcBorders>
            <w:tcMar>
              <w:top w:w="0" w:type="dxa"/>
              <w:left w:w="0" w:type="dxa"/>
              <w:bottom w:w="0" w:type="dxa"/>
              <w:right w:w="0" w:type="dxa"/>
            </w:tcMar>
            <w:vAlign w:val="center"/>
          </w:tcPr>
          <w:p w14:paraId="739A37C1" w14:textId="77777777" w:rsidR="007D00B4" w:rsidRPr="001A2E38" w:rsidRDefault="007D00B4" w:rsidP="00176373">
            <w:pPr>
              <w:pBdr>
                <w:top w:val="none" w:sz="0" w:space="0" w:color="000000"/>
                <w:left w:val="none" w:sz="0" w:space="0" w:color="000000"/>
                <w:bottom w:val="none" w:sz="0" w:space="0" w:color="000000"/>
                <w:right w:val="none" w:sz="0" w:space="0" w:color="000000"/>
              </w:pBdr>
              <w:snapToGrid w:val="0"/>
              <w:spacing w:before="40" w:after="40" w:line="240" w:lineRule="auto"/>
              <w:ind w:left="40" w:right="40"/>
              <w:jc w:val="center"/>
              <w:rPr>
                <w:rFonts w:ascii="Times New Roman" w:eastAsia="Times New Roman" w:hAnsi="Times New Roman" w:cs="Times New Roman"/>
                <w:color w:val="000000"/>
                <w:sz w:val="20"/>
                <w:szCs w:val="20"/>
              </w:rPr>
            </w:pPr>
            <w:r w:rsidRPr="001A2E38">
              <w:rPr>
                <w:rFonts w:ascii="Times New Roman" w:eastAsia="Times New Roman" w:hAnsi="Times New Roman" w:cs="Times New Roman"/>
                <w:color w:val="000000"/>
                <w:sz w:val="20"/>
                <w:szCs w:val="20"/>
              </w:rPr>
              <w:t>&lt;0.001</w:t>
            </w:r>
          </w:p>
        </w:tc>
        <w:tc>
          <w:tcPr>
            <w:tcW w:w="1925" w:type="dxa"/>
            <w:tcBorders>
              <w:top w:val="none" w:sz="0" w:space="0" w:color="000000"/>
              <w:left w:val="none" w:sz="0" w:space="0" w:color="000000"/>
              <w:bottom w:val="single" w:sz="12" w:space="0" w:color="000000"/>
              <w:right w:val="none" w:sz="0" w:space="0" w:color="000000"/>
            </w:tcBorders>
            <w:tcMar>
              <w:top w:w="0" w:type="dxa"/>
              <w:left w:w="0" w:type="dxa"/>
              <w:bottom w:w="0" w:type="dxa"/>
              <w:right w:w="0" w:type="dxa"/>
            </w:tcMar>
            <w:vAlign w:val="center"/>
          </w:tcPr>
          <w:p w14:paraId="7E59ED62" w14:textId="77777777" w:rsidR="007D00B4" w:rsidRPr="001A2E38" w:rsidRDefault="007D00B4" w:rsidP="00176373">
            <w:pPr>
              <w:pBdr>
                <w:top w:val="none" w:sz="0" w:space="0" w:color="000000"/>
                <w:left w:val="none" w:sz="0" w:space="0" w:color="000000"/>
                <w:bottom w:val="none" w:sz="0" w:space="0" w:color="000000"/>
                <w:right w:val="none" w:sz="0" w:space="0" w:color="000000"/>
              </w:pBdr>
              <w:snapToGrid w:val="0"/>
              <w:spacing w:before="40" w:after="40" w:line="240" w:lineRule="auto"/>
              <w:ind w:left="40" w:right="40"/>
              <w:jc w:val="center"/>
              <w:rPr>
                <w:rFonts w:ascii="Times New Roman" w:eastAsia="Times New Roman" w:hAnsi="Times New Roman" w:cs="Times New Roman"/>
                <w:color w:val="000000"/>
                <w:sz w:val="20"/>
                <w:szCs w:val="20"/>
              </w:rPr>
            </w:pPr>
            <w:r w:rsidRPr="001A2E38">
              <w:rPr>
                <w:rFonts w:ascii="Times New Roman" w:eastAsia="Times New Roman" w:hAnsi="Times New Roman" w:cs="Times New Roman"/>
                <w:color w:val="000000"/>
                <w:sz w:val="20"/>
                <w:szCs w:val="20"/>
              </w:rPr>
              <w:t>&lt;0.001</w:t>
            </w:r>
          </w:p>
        </w:tc>
      </w:tr>
    </w:tbl>
    <w:p w14:paraId="78E879B0" w14:textId="77777777" w:rsidR="007D00B4" w:rsidRPr="001A2E38" w:rsidRDefault="007D00B4" w:rsidP="007D00B4">
      <w:pPr>
        <w:spacing w:line="240" w:lineRule="auto"/>
        <w:rPr>
          <w:rFonts w:ascii="Times New Roman" w:hAnsi="Times New Roman" w:cs="Times New Roman"/>
          <w:sz w:val="20"/>
          <w:szCs w:val="20"/>
        </w:rPr>
        <w:sectPr w:rsidR="007D00B4" w:rsidRPr="001A2E38" w:rsidSect="00FE3790">
          <w:pgSz w:w="16838" w:h="11906" w:orient="landscape"/>
          <w:pgMar w:top="1797" w:right="1440" w:bottom="1797" w:left="1440" w:header="851" w:footer="992" w:gutter="0"/>
          <w:cols w:space="425"/>
          <w:docGrid w:type="linesAndChars" w:linePitch="312"/>
        </w:sectPr>
      </w:pPr>
      <w:r w:rsidRPr="001A2E38">
        <w:rPr>
          <w:rFonts w:ascii="Times New Roman" w:hAnsi="Times New Roman" w:cs="Times New Roman"/>
          <w:i/>
          <w:iCs/>
          <w:sz w:val="20"/>
          <w:szCs w:val="20"/>
        </w:rPr>
        <w:t xml:space="preserve">Note. </w:t>
      </w:r>
      <w:r w:rsidRPr="001A2E38">
        <w:rPr>
          <w:rFonts w:ascii="Times New Roman" w:hAnsi="Times New Roman" w:cs="Times New Roman"/>
          <w:sz w:val="20"/>
          <w:szCs w:val="20"/>
        </w:rPr>
        <w:t xml:space="preserve">Model adjusted for age, sex, ethnicity, TDI, educational level, employment status, smoking status, drinking frequency, physical activity, sedentary behavior, sleep duration, family history of CMDs, and baseline HbA1c. </w:t>
      </w:r>
      <w:r w:rsidRPr="001A2E38">
        <w:rPr>
          <w:rFonts w:ascii="Times New Roman" w:eastAsia="Arial" w:hAnsi="Times New Roman" w:cs="Times New Roman"/>
          <w:i/>
          <w:iCs/>
          <w:color w:val="000000"/>
          <w:sz w:val="20"/>
          <w:szCs w:val="20"/>
        </w:rPr>
        <w:t>Abbreviations</w:t>
      </w:r>
      <w:r w:rsidRPr="001A2E38">
        <w:rPr>
          <w:rFonts w:ascii="Times New Roman" w:eastAsia="Arial" w:hAnsi="Times New Roman" w:cs="Times New Roman"/>
          <w:color w:val="000000"/>
          <w:sz w:val="20"/>
          <w:szCs w:val="20"/>
        </w:rPr>
        <w:t>: HR, hazard ratio; CI, confidence interval; CMM, cardiometabolic multimorbidity</w:t>
      </w:r>
      <w:r w:rsidRPr="001A2E38">
        <w:rPr>
          <w:rFonts w:ascii="Times New Roman" w:eastAsia="Microsoft YaHei" w:hAnsi="Times New Roman" w:cs="Times New Roman"/>
          <w:color w:val="000000"/>
          <w:sz w:val="20"/>
          <w:szCs w:val="20"/>
        </w:rPr>
        <w:t>.</w:t>
      </w:r>
    </w:p>
    <w:p w14:paraId="3E2A8F73" w14:textId="670A2527" w:rsidR="0065294A" w:rsidRPr="001A2E38" w:rsidRDefault="0065294A" w:rsidP="0065294A">
      <w:pPr>
        <w:pBdr>
          <w:top w:val="none" w:sz="0" w:space="0" w:color="000000"/>
          <w:left w:val="none" w:sz="0" w:space="0" w:color="000000"/>
          <w:bottom w:val="none" w:sz="0" w:space="0" w:color="000000"/>
          <w:right w:val="none" w:sz="0" w:space="0" w:color="000000"/>
        </w:pBdr>
        <w:spacing w:after="0"/>
        <w:outlineLvl w:val="0"/>
        <w:rPr>
          <w:rFonts w:ascii="Times New Roman" w:eastAsia="Times New Roman" w:hAnsi="Times New Roman" w:cs="Times New Roman"/>
          <w:b/>
          <w:color w:val="000000"/>
          <w:sz w:val="20"/>
          <w:szCs w:val="20"/>
        </w:rPr>
      </w:pPr>
      <w:bookmarkStart w:id="33" w:name="_Toc236834808"/>
      <w:r w:rsidRPr="001A2E38">
        <w:rPr>
          <w:rFonts w:ascii="Times New Roman" w:hAnsi="Times New Roman" w:cs="Times New Roman"/>
          <w:b/>
          <w:bCs/>
          <w:sz w:val="20"/>
          <w:szCs w:val="20"/>
        </w:rPr>
        <w:lastRenderedPageBreak/>
        <w:t xml:space="preserve">Table </w:t>
      </w:r>
      <w:r w:rsidRPr="001A2E38">
        <w:rPr>
          <w:rFonts w:ascii="Times New Roman" w:hAnsi="Times New Roman" w:cs="Times New Roman" w:hint="eastAsia"/>
          <w:b/>
          <w:bCs/>
          <w:sz w:val="20"/>
          <w:szCs w:val="20"/>
        </w:rPr>
        <w:t>S18</w:t>
      </w:r>
      <w:r w:rsidRPr="001A2E38">
        <w:rPr>
          <w:rFonts w:ascii="Times New Roman" w:hAnsi="Times New Roman" w:cs="Times New Roman"/>
          <w:b/>
          <w:bCs/>
          <w:sz w:val="20"/>
          <w:szCs w:val="20"/>
        </w:rPr>
        <w:t>. Sensitivity analysis of a</w:t>
      </w:r>
      <w:r w:rsidRPr="001A2E38">
        <w:rPr>
          <w:rFonts w:ascii="Times New Roman" w:eastAsia="Times New Roman" w:hAnsi="Times New Roman" w:cs="Times New Roman"/>
          <w:b/>
          <w:color w:val="000000"/>
          <w:sz w:val="20"/>
          <w:szCs w:val="20"/>
        </w:rPr>
        <w:t>ssociation of CHG and its modified indices with incident cardiometabolic multimorbidity after excluding participants with prediabetes.</w:t>
      </w:r>
      <w:bookmarkEnd w:id="33"/>
    </w:p>
    <w:tbl>
      <w:tblPr>
        <w:tblW w:w="12248" w:type="dxa"/>
        <w:jc w:val="center"/>
        <w:tblLayout w:type="fixed"/>
        <w:tblLook w:val="0420" w:firstRow="1" w:lastRow="0" w:firstColumn="0" w:lastColumn="0" w:noHBand="0" w:noVBand="1"/>
      </w:tblPr>
      <w:tblGrid>
        <w:gridCol w:w="2099"/>
        <w:gridCol w:w="2974"/>
        <w:gridCol w:w="3500"/>
        <w:gridCol w:w="1750"/>
        <w:gridCol w:w="1925"/>
      </w:tblGrid>
      <w:tr w:rsidR="0065294A" w:rsidRPr="001A2E38" w14:paraId="636DEEB7" w14:textId="77777777" w:rsidTr="005046C0">
        <w:trPr>
          <w:jc w:val="center"/>
        </w:trPr>
        <w:tc>
          <w:tcPr>
            <w:tcW w:w="2099" w:type="dxa"/>
            <w:tcBorders>
              <w:top w:val="single" w:sz="12" w:space="0" w:color="000000"/>
              <w:left w:val="none" w:sz="0" w:space="0" w:color="000000"/>
              <w:bottom w:val="single" w:sz="4" w:space="0" w:color="000000"/>
              <w:right w:val="none" w:sz="0" w:space="0" w:color="000000"/>
            </w:tcBorders>
            <w:tcMar>
              <w:top w:w="0" w:type="dxa"/>
              <w:left w:w="0" w:type="dxa"/>
              <w:bottom w:w="0" w:type="dxa"/>
              <w:right w:w="0" w:type="dxa"/>
            </w:tcMar>
            <w:vAlign w:val="center"/>
          </w:tcPr>
          <w:p w14:paraId="01CDF165" w14:textId="77777777" w:rsidR="0065294A" w:rsidRPr="001A2E38" w:rsidRDefault="0065294A" w:rsidP="005046C0">
            <w:pPr>
              <w:pBdr>
                <w:top w:val="none" w:sz="0" w:space="0" w:color="000000"/>
                <w:left w:val="none" w:sz="0" w:space="0" w:color="000000"/>
                <w:bottom w:val="none" w:sz="0" w:space="0" w:color="000000"/>
                <w:right w:val="none" w:sz="0" w:space="0" w:color="000000"/>
              </w:pBdr>
              <w:snapToGrid w:val="0"/>
              <w:spacing w:before="40" w:after="40"/>
              <w:ind w:left="40" w:right="40"/>
              <w:jc w:val="center"/>
              <w:rPr>
                <w:rFonts w:ascii="Times New Roman" w:eastAsia="Times New Roman" w:hAnsi="Times New Roman" w:cs="Times New Roman"/>
                <w:b/>
                <w:color w:val="000000"/>
                <w:sz w:val="20"/>
                <w:szCs w:val="20"/>
              </w:rPr>
            </w:pPr>
            <w:r w:rsidRPr="001A2E38">
              <w:rPr>
                <w:rFonts w:ascii="Times New Roman" w:eastAsia="Times New Roman" w:hAnsi="Times New Roman" w:cs="Times New Roman"/>
                <w:b/>
                <w:color w:val="000000"/>
                <w:sz w:val="20"/>
                <w:szCs w:val="20"/>
              </w:rPr>
              <w:t>Exposure</w:t>
            </w:r>
          </w:p>
        </w:tc>
        <w:tc>
          <w:tcPr>
            <w:tcW w:w="2974" w:type="dxa"/>
            <w:tcBorders>
              <w:top w:val="single" w:sz="12" w:space="0" w:color="000000"/>
              <w:left w:val="none" w:sz="0" w:space="0" w:color="000000"/>
              <w:bottom w:val="single" w:sz="4" w:space="0" w:color="000000"/>
              <w:right w:val="none" w:sz="0" w:space="0" w:color="000000"/>
            </w:tcBorders>
            <w:tcMar>
              <w:top w:w="0" w:type="dxa"/>
              <w:left w:w="0" w:type="dxa"/>
              <w:bottom w:w="0" w:type="dxa"/>
              <w:right w:w="0" w:type="dxa"/>
            </w:tcMar>
            <w:vAlign w:val="center"/>
          </w:tcPr>
          <w:p w14:paraId="54B24F29" w14:textId="77777777" w:rsidR="0065294A" w:rsidRPr="001A2E38" w:rsidRDefault="0065294A" w:rsidP="005046C0">
            <w:pPr>
              <w:pBdr>
                <w:top w:val="none" w:sz="0" w:space="0" w:color="000000"/>
                <w:left w:val="none" w:sz="0" w:space="0" w:color="000000"/>
                <w:bottom w:val="none" w:sz="0" w:space="0" w:color="000000"/>
                <w:right w:val="none" w:sz="0" w:space="0" w:color="000000"/>
              </w:pBdr>
              <w:snapToGrid w:val="0"/>
              <w:spacing w:before="40" w:after="40"/>
              <w:ind w:left="40" w:right="40"/>
              <w:jc w:val="center"/>
              <w:rPr>
                <w:rFonts w:ascii="Times New Roman" w:eastAsia="Times New Roman" w:hAnsi="Times New Roman" w:cs="Times New Roman"/>
                <w:b/>
                <w:color w:val="000000"/>
                <w:sz w:val="20"/>
                <w:szCs w:val="20"/>
              </w:rPr>
            </w:pPr>
            <w:r w:rsidRPr="001A2E38">
              <w:rPr>
                <w:rFonts w:ascii="Times New Roman" w:eastAsia="Times New Roman" w:hAnsi="Times New Roman" w:cs="Times New Roman"/>
                <w:b/>
                <w:color w:val="000000"/>
                <w:sz w:val="20"/>
                <w:szCs w:val="20"/>
              </w:rPr>
              <w:t>Category</w:t>
            </w:r>
          </w:p>
        </w:tc>
        <w:tc>
          <w:tcPr>
            <w:tcW w:w="3500" w:type="dxa"/>
            <w:tcBorders>
              <w:top w:val="single" w:sz="12" w:space="0" w:color="000000"/>
              <w:left w:val="none" w:sz="0" w:space="0" w:color="000000"/>
              <w:bottom w:val="single" w:sz="4" w:space="0" w:color="000000"/>
              <w:right w:val="none" w:sz="0" w:space="0" w:color="000000"/>
            </w:tcBorders>
            <w:tcMar>
              <w:top w:w="0" w:type="dxa"/>
              <w:left w:w="0" w:type="dxa"/>
              <w:bottom w:w="0" w:type="dxa"/>
              <w:right w:w="0" w:type="dxa"/>
            </w:tcMar>
            <w:vAlign w:val="center"/>
          </w:tcPr>
          <w:p w14:paraId="5793BCD3" w14:textId="77777777" w:rsidR="0065294A" w:rsidRPr="001A2E38" w:rsidRDefault="0065294A" w:rsidP="005046C0">
            <w:pPr>
              <w:pBdr>
                <w:top w:val="none" w:sz="0" w:space="0" w:color="000000"/>
                <w:left w:val="none" w:sz="0" w:space="0" w:color="000000"/>
                <w:bottom w:val="none" w:sz="0" w:space="0" w:color="000000"/>
                <w:right w:val="none" w:sz="0" w:space="0" w:color="000000"/>
              </w:pBdr>
              <w:snapToGrid w:val="0"/>
              <w:spacing w:before="40" w:after="40"/>
              <w:ind w:left="40" w:right="40"/>
              <w:jc w:val="center"/>
              <w:rPr>
                <w:rFonts w:ascii="Times New Roman" w:eastAsia="Times New Roman" w:hAnsi="Times New Roman" w:cs="Times New Roman"/>
                <w:b/>
                <w:color w:val="000000"/>
                <w:sz w:val="20"/>
                <w:szCs w:val="20"/>
              </w:rPr>
            </w:pPr>
            <w:r w:rsidRPr="001A2E38">
              <w:rPr>
                <w:rFonts w:ascii="Times New Roman" w:eastAsia="Times New Roman" w:hAnsi="Times New Roman" w:cs="Times New Roman"/>
                <w:b/>
                <w:color w:val="000000"/>
                <w:sz w:val="20"/>
                <w:szCs w:val="20"/>
              </w:rPr>
              <w:t>HR (95% CI)</w:t>
            </w:r>
          </w:p>
        </w:tc>
        <w:tc>
          <w:tcPr>
            <w:tcW w:w="1750" w:type="dxa"/>
            <w:tcBorders>
              <w:top w:val="single" w:sz="12" w:space="0" w:color="000000"/>
              <w:left w:val="none" w:sz="0" w:space="0" w:color="000000"/>
              <w:bottom w:val="single" w:sz="4" w:space="0" w:color="000000"/>
              <w:right w:val="none" w:sz="0" w:space="0" w:color="000000"/>
            </w:tcBorders>
            <w:tcMar>
              <w:top w:w="0" w:type="dxa"/>
              <w:left w:w="0" w:type="dxa"/>
              <w:bottom w:w="0" w:type="dxa"/>
              <w:right w:w="0" w:type="dxa"/>
            </w:tcMar>
            <w:vAlign w:val="center"/>
          </w:tcPr>
          <w:p w14:paraId="59BFCED5" w14:textId="77777777" w:rsidR="0065294A" w:rsidRPr="001A2E38" w:rsidRDefault="0065294A" w:rsidP="005046C0">
            <w:pPr>
              <w:pBdr>
                <w:top w:val="none" w:sz="0" w:space="0" w:color="000000"/>
                <w:left w:val="none" w:sz="0" w:space="0" w:color="000000"/>
                <w:bottom w:val="none" w:sz="0" w:space="0" w:color="000000"/>
                <w:right w:val="none" w:sz="0" w:space="0" w:color="000000"/>
              </w:pBdr>
              <w:snapToGrid w:val="0"/>
              <w:spacing w:before="40" w:after="40"/>
              <w:ind w:left="40" w:right="40"/>
              <w:jc w:val="center"/>
              <w:rPr>
                <w:rFonts w:ascii="Times New Roman" w:eastAsia="Times New Roman" w:hAnsi="Times New Roman" w:cs="Times New Roman"/>
                <w:b/>
                <w:color w:val="000000"/>
                <w:sz w:val="20"/>
                <w:szCs w:val="20"/>
              </w:rPr>
            </w:pPr>
            <w:r w:rsidRPr="001A2E38">
              <w:rPr>
                <w:rFonts w:ascii="Times New Roman" w:eastAsia="Times New Roman" w:hAnsi="Times New Roman" w:cs="Times New Roman"/>
                <w:b/>
                <w:i/>
                <w:iCs/>
                <w:color w:val="000000"/>
                <w:sz w:val="20"/>
                <w:szCs w:val="20"/>
              </w:rPr>
              <w:t>P</w:t>
            </w:r>
            <w:r w:rsidRPr="001A2E38">
              <w:rPr>
                <w:rFonts w:ascii="Times New Roman" w:eastAsia="Times New Roman" w:hAnsi="Times New Roman" w:cs="Times New Roman"/>
                <w:b/>
                <w:color w:val="000000"/>
                <w:sz w:val="20"/>
                <w:szCs w:val="20"/>
              </w:rPr>
              <w:t xml:space="preserve"> value</w:t>
            </w:r>
          </w:p>
        </w:tc>
        <w:tc>
          <w:tcPr>
            <w:tcW w:w="1925" w:type="dxa"/>
            <w:tcBorders>
              <w:top w:val="single" w:sz="12" w:space="0" w:color="000000"/>
              <w:left w:val="none" w:sz="0" w:space="0" w:color="000000"/>
              <w:bottom w:val="single" w:sz="4" w:space="0" w:color="000000"/>
              <w:right w:val="none" w:sz="0" w:space="0" w:color="000000"/>
            </w:tcBorders>
            <w:tcMar>
              <w:top w:w="0" w:type="dxa"/>
              <w:left w:w="0" w:type="dxa"/>
              <w:bottom w:w="0" w:type="dxa"/>
              <w:right w:w="0" w:type="dxa"/>
            </w:tcMar>
            <w:vAlign w:val="center"/>
          </w:tcPr>
          <w:p w14:paraId="2E6E959A" w14:textId="77777777" w:rsidR="0065294A" w:rsidRPr="001A2E38" w:rsidRDefault="0065294A" w:rsidP="005046C0">
            <w:pPr>
              <w:pBdr>
                <w:top w:val="none" w:sz="0" w:space="0" w:color="000000"/>
                <w:left w:val="none" w:sz="0" w:space="0" w:color="000000"/>
                <w:bottom w:val="none" w:sz="0" w:space="0" w:color="000000"/>
                <w:right w:val="none" w:sz="0" w:space="0" w:color="000000"/>
              </w:pBdr>
              <w:snapToGrid w:val="0"/>
              <w:spacing w:before="40" w:after="40"/>
              <w:ind w:left="40" w:right="40"/>
              <w:jc w:val="center"/>
              <w:rPr>
                <w:rFonts w:ascii="Times New Roman" w:eastAsia="Times New Roman" w:hAnsi="Times New Roman" w:cs="Times New Roman"/>
                <w:b/>
                <w:color w:val="000000"/>
                <w:sz w:val="20"/>
                <w:szCs w:val="20"/>
              </w:rPr>
            </w:pPr>
            <w:r w:rsidRPr="001A2E38">
              <w:rPr>
                <w:rFonts w:ascii="Times New Roman" w:eastAsia="Times New Roman" w:hAnsi="Times New Roman" w:cs="Times New Roman"/>
                <w:b/>
                <w:i/>
                <w:iCs/>
                <w:color w:val="000000"/>
                <w:sz w:val="20"/>
                <w:szCs w:val="20"/>
              </w:rPr>
              <w:t>P</w:t>
            </w:r>
            <w:r w:rsidRPr="001A2E38">
              <w:rPr>
                <w:rFonts w:ascii="Times New Roman" w:eastAsia="Times New Roman" w:hAnsi="Times New Roman" w:cs="Times New Roman"/>
                <w:b/>
                <w:color w:val="000000"/>
                <w:sz w:val="20"/>
                <w:szCs w:val="20"/>
              </w:rPr>
              <w:t xml:space="preserve"> for trend</w:t>
            </w:r>
          </w:p>
        </w:tc>
      </w:tr>
      <w:tr w:rsidR="0065294A" w:rsidRPr="001A2E38" w14:paraId="615187C4" w14:textId="77777777" w:rsidTr="005046C0">
        <w:trPr>
          <w:jc w:val="center"/>
        </w:trPr>
        <w:tc>
          <w:tcPr>
            <w:tcW w:w="2099" w:type="dxa"/>
            <w:tcBorders>
              <w:top w:val="single" w:sz="4"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0B6BBE0C" w14:textId="77777777" w:rsidR="0065294A" w:rsidRPr="001A2E38" w:rsidRDefault="0065294A" w:rsidP="005046C0">
            <w:pPr>
              <w:pBdr>
                <w:top w:val="none" w:sz="0" w:space="0" w:color="000000"/>
                <w:left w:val="none" w:sz="0" w:space="0" w:color="000000"/>
                <w:bottom w:val="none" w:sz="0" w:space="0" w:color="000000"/>
                <w:right w:val="none" w:sz="0" w:space="0" w:color="000000"/>
              </w:pBdr>
              <w:snapToGrid w:val="0"/>
              <w:spacing w:before="40" w:after="40"/>
              <w:ind w:left="40" w:right="40"/>
              <w:rPr>
                <w:rFonts w:ascii="Times New Roman" w:eastAsia="Times New Roman" w:hAnsi="Times New Roman" w:cs="Times New Roman"/>
                <w:color w:val="000000"/>
                <w:sz w:val="20"/>
                <w:szCs w:val="20"/>
              </w:rPr>
            </w:pPr>
            <w:r w:rsidRPr="001A2E38">
              <w:rPr>
                <w:rFonts w:ascii="Times New Roman" w:eastAsia="Times New Roman" w:hAnsi="Times New Roman" w:cs="Times New Roman"/>
                <w:color w:val="000000"/>
                <w:sz w:val="20"/>
                <w:szCs w:val="20"/>
              </w:rPr>
              <w:t>CHG</w:t>
            </w:r>
          </w:p>
        </w:tc>
        <w:tc>
          <w:tcPr>
            <w:tcW w:w="2974" w:type="dxa"/>
            <w:tcBorders>
              <w:top w:val="single" w:sz="4"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3F66847D" w14:textId="77777777" w:rsidR="0065294A" w:rsidRPr="001A2E38" w:rsidRDefault="0065294A" w:rsidP="005046C0">
            <w:pPr>
              <w:pBdr>
                <w:top w:val="none" w:sz="0" w:space="0" w:color="000000"/>
                <w:left w:val="none" w:sz="0" w:space="0" w:color="000000"/>
                <w:bottom w:val="none" w:sz="0" w:space="0" w:color="000000"/>
                <w:right w:val="none" w:sz="0" w:space="0" w:color="000000"/>
              </w:pBdr>
              <w:snapToGrid w:val="0"/>
              <w:spacing w:before="40" w:after="40"/>
              <w:ind w:left="40" w:right="40"/>
              <w:jc w:val="center"/>
              <w:rPr>
                <w:rFonts w:ascii="Times New Roman" w:eastAsia="Times New Roman" w:hAnsi="Times New Roman" w:cs="Times New Roman"/>
                <w:color w:val="000000"/>
                <w:sz w:val="20"/>
                <w:szCs w:val="20"/>
              </w:rPr>
            </w:pPr>
            <w:r w:rsidRPr="001A2E38">
              <w:rPr>
                <w:rFonts w:ascii="Times New Roman" w:eastAsia="Times New Roman" w:hAnsi="Times New Roman" w:cs="Times New Roman"/>
                <w:color w:val="000000"/>
                <w:sz w:val="20"/>
                <w:szCs w:val="20"/>
              </w:rPr>
              <w:t>Per 1-SD increase</w:t>
            </w:r>
          </w:p>
        </w:tc>
        <w:tc>
          <w:tcPr>
            <w:tcW w:w="3500" w:type="dxa"/>
            <w:tcBorders>
              <w:top w:val="single" w:sz="4"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5AF576BE" w14:textId="77777777" w:rsidR="0065294A" w:rsidRPr="001A2E38" w:rsidRDefault="0065294A" w:rsidP="005046C0">
            <w:pPr>
              <w:pBdr>
                <w:top w:val="none" w:sz="0" w:space="0" w:color="000000"/>
                <w:left w:val="none" w:sz="0" w:space="0" w:color="000000"/>
                <w:bottom w:val="none" w:sz="0" w:space="0" w:color="000000"/>
                <w:right w:val="none" w:sz="0" w:space="0" w:color="000000"/>
              </w:pBdr>
              <w:snapToGrid w:val="0"/>
              <w:spacing w:before="40" w:after="40"/>
              <w:ind w:left="40" w:right="40"/>
              <w:jc w:val="center"/>
              <w:rPr>
                <w:rFonts w:ascii="Times New Roman" w:eastAsia="Times New Roman" w:hAnsi="Times New Roman" w:cs="Times New Roman"/>
                <w:color w:val="000000"/>
                <w:sz w:val="20"/>
                <w:szCs w:val="20"/>
              </w:rPr>
            </w:pPr>
            <w:r w:rsidRPr="001A2E38">
              <w:rPr>
                <w:rFonts w:ascii="Times New Roman" w:eastAsia="Times New Roman" w:hAnsi="Times New Roman" w:cs="Times New Roman"/>
                <w:color w:val="000000"/>
                <w:sz w:val="20"/>
                <w:szCs w:val="20"/>
              </w:rPr>
              <w:t>1.618 (1.570-1.668)</w:t>
            </w:r>
          </w:p>
        </w:tc>
        <w:tc>
          <w:tcPr>
            <w:tcW w:w="1750" w:type="dxa"/>
            <w:tcBorders>
              <w:top w:val="single" w:sz="4"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15D92DDE" w14:textId="77777777" w:rsidR="0065294A" w:rsidRPr="001A2E38" w:rsidRDefault="0065294A" w:rsidP="005046C0">
            <w:pPr>
              <w:pBdr>
                <w:top w:val="none" w:sz="0" w:space="0" w:color="000000"/>
                <w:left w:val="none" w:sz="0" w:space="0" w:color="000000"/>
                <w:bottom w:val="none" w:sz="0" w:space="0" w:color="000000"/>
                <w:right w:val="none" w:sz="0" w:space="0" w:color="000000"/>
              </w:pBdr>
              <w:snapToGrid w:val="0"/>
              <w:spacing w:before="40" w:after="40"/>
              <w:ind w:left="40" w:right="40"/>
              <w:jc w:val="center"/>
              <w:rPr>
                <w:rFonts w:ascii="Times New Roman" w:eastAsia="Times New Roman" w:hAnsi="Times New Roman" w:cs="Times New Roman"/>
                <w:color w:val="000000"/>
                <w:sz w:val="20"/>
                <w:szCs w:val="20"/>
              </w:rPr>
            </w:pPr>
            <w:r w:rsidRPr="001A2E38">
              <w:rPr>
                <w:rFonts w:ascii="Times New Roman" w:eastAsia="Times New Roman" w:hAnsi="Times New Roman" w:cs="Times New Roman"/>
                <w:color w:val="000000"/>
                <w:sz w:val="20"/>
                <w:szCs w:val="20"/>
              </w:rPr>
              <w:t>&lt;0.001</w:t>
            </w:r>
          </w:p>
        </w:tc>
        <w:tc>
          <w:tcPr>
            <w:tcW w:w="1925" w:type="dxa"/>
            <w:tcBorders>
              <w:top w:val="single" w:sz="4"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47C16521" w14:textId="77777777" w:rsidR="0065294A" w:rsidRPr="001A2E38" w:rsidRDefault="0065294A" w:rsidP="005046C0">
            <w:pPr>
              <w:pBdr>
                <w:top w:val="none" w:sz="0" w:space="0" w:color="000000"/>
                <w:left w:val="none" w:sz="0" w:space="0" w:color="000000"/>
                <w:bottom w:val="none" w:sz="0" w:space="0" w:color="000000"/>
                <w:right w:val="none" w:sz="0" w:space="0" w:color="000000"/>
              </w:pBdr>
              <w:snapToGrid w:val="0"/>
              <w:spacing w:before="40" w:after="40"/>
              <w:ind w:left="40" w:right="40"/>
              <w:jc w:val="center"/>
              <w:rPr>
                <w:rFonts w:ascii="Times New Roman" w:eastAsia="Times New Roman" w:hAnsi="Times New Roman" w:cs="Times New Roman"/>
                <w:color w:val="000000"/>
                <w:sz w:val="20"/>
                <w:szCs w:val="20"/>
              </w:rPr>
            </w:pPr>
          </w:p>
        </w:tc>
      </w:tr>
      <w:tr w:rsidR="0065294A" w:rsidRPr="001A2E38" w14:paraId="5E2E0F7F" w14:textId="77777777" w:rsidTr="005046C0">
        <w:trPr>
          <w:jc w:val="center"/>
        </w:trPr>
        <w:tc>
          <w:tcPr>
            <w:tcW w:w="2099"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0FD24FCF" w14:textId="77777777" w:rsidR="0065294A" w:rsidRPr="001A2E38" w:rsidRDefault="0065294A" w:rsidP="005046C0">
            <w:pPr>
              <w:pBdr>
                <w:top w:val="none" w:sz="0" w:space="0" w:color="000000"/>
                <w:left w:val="none" w:sz="0" w:space="0" w:color="000000"/>
                <w:bottom w:val="none" w:sz="0" w:space="0" w:color="000000"/>
                <w:right w:val="none" w:sz="0" w:space="0" w:color="000000"/>
              </w:pBdr>
              <w:snapToGrid w:val="0"/>
              <w:spacing w:before="40" w:after="40"/>
              <w:ind w:left="40" w:right="40"/>
              <w:rPr>
                <w:rFonts w:ascii="Times New Roman" w:eastAsia="Times New Roman" w:hAnsi="Times New Roman" w:cs="Times New Roman"/>
                <w:color w:val="000000"/>
                <w:sz w:val="20"/>
                <w:szCs w:val="20"/>
              </w:rPr>
            </w:pPr>
          </w:p>
        </w:tc>
        <w:tc>
          <w:tcPr>
            <w:tcW w:w="2974"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124C775E" w14:textId="77777777" w:rsidR="0065294A" w:rsidRPr="001A2E38" w:rsidRDefault="0065294A" w:rsidP="005046C0">
            <w:pPr>
              <w:pBdr>
                <w:top w:val="none" w:sz="0" w:space="0" w:color="000000"/>
                <w:left w:val="none" w:sz="0" w:space="0" w:color="000000"/>
                <w:bottom w:val="none" w:sz="0" w:space="0" w:color="000000"/>
                <w:right w:val="none" w:sz="0" w:space="0" w:color="000000"/>
              </w:pBdr>
              <w:snapToGrid w:val="0"/>
              <w:spacing w:before="40" w:after="40"/>
              <w:ind w:left="40" w:right="40"/>
              <w:jc w:val="center"/>
              <w:rPr>
                <w:rFonts w:ascii="Times New Roman" w:eastAsia="Times New Roman" w:hAnsi="Times New Roman" w:cs="Times New Roman"/>
                <w:color w:val="000000"/>
                <w:sz w:val="20"/>
                <w:szCs w:val="20"/>
              </w:rPr>
            </w:pPr>
            <w:r w:rsidRPr="001A2E38">
              <w:rPr>
                <w:rFonts w:ascii="Times New Roman" w:eastAsia="Times New Roman" w:hAnsi="Times New Roman" w:cs="Times New Roman"/>
                <w:color w:val="000000"/>
                <w:sz w:val="20"/>
                <w:szCs w:val="20"/>
              </w:rPr>
              <w:t>Q1</w:t>
            </w:r>
          </w:p>
        </w:tc>
        <w:tc>
          <w:tcPr>
            <w:tcW w:w="3500"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1A8C0959" w14:textId="77777777" w:rsidR="0065294A" w:rsidRPr="001A2E38" w:rsidRDefault="0065294A" w:rsidP="005046C0">
            <w:pPr>
              <w:pBdr>
                <w:top w:val="none" w:sz="0" w:space="0" w:color="000000"/>
                <w:left w:val="none" w:sz="0" w:space="0" w:color="000000"/>
                <w:bottom w:val="none" w:sz="0" w:space="0" w:color="000000"/>
                <w:right w:val="none" w:sz="0" w:space="0" w:color="000000"/>
              </w:pBdr>
              <w:snapToGrid w:val="0"/>
              <w:spacing w:before="40" w:after="40"/>
              <w:ind w:left="40" w:right="40"/>
              <w:jc w:val="center"/>
              <w:rPr>
                <w:rFonts w:ascii="Times New Roman" w:eastAsia="Times New Roman" w:hAnsi="Times New Roman" w:cs="Times New Roman"/>
                <w:color w:val="000000"/>
                <w:sz w:val="20"/>
                <w:szCs w:val="20"/>
              </w:rPr>
            </w:pPr>
            <w:r w:rsidRPr="001A2E38">
              <w:rPr>
                <w:rFonts w:ascii="Times New Roman" w:eastAsia="Times New Roman" w:hAnsi="Times New Roman" w:cs="Times New Roman"/>
                <w:color w:val="000000"/>
                <w:sz w:val="20"/>
                <w:szCs w:val="20"/>
              </w:rPr>
              <w:t>Reference</w:t>
            </w:r>
          </w:p>
        </w:tc>
        <w:tc>
          <w:tcPr>
            <w:tcW w:w="1750"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094F57A7" w14:textId="77777777" w:rsidR="0065294A" w:rsidRPr="001A2E38" w:rsidRDefault="0065294A" w:rsidP="005046C0">
            <w:pPr>
              <w:pBdr>
                <w:top w:val="none" w:sz="0" w:space="0" w:color="000000"/>
                <w:left w:val="none" w:sz="0" w:space="0" w:color="000000"/>
                <w:bottom w:val="none" w:sz="0" w:space="0" w:color="000000"/>
                <w:right w:val="none" w:sz="0" w:space="0" w:color="000000"/>
              </w:pBdr>
              <w:snapToGrid w:val="0"/>
              <w:spacing w:before="40" w:after="40"/>
              <w:ind w:left="40" w:right="40"/>
              <w:jc w:val="center"/>
              <w:rPr>
                <w:rFonts w:ascii="Times New Roman" w:eastAsia="Times New Roman" w:hAnsi="Times New Roman" w:cs="Times New Roman"/>
                <w:color w:val="000000"/>
                <w:sz w:val="20"/>
                <w:szCs w:val="20"/>
              </w:rPr>
            </w:pPr>
          </w:p>
        </w:tc>
        <w:tc>
          <w:tcPr>
            <w:tcW w:w="1925"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43E25D9C" w14:textId="77777777" w:rsidR="0065294A" w:rsidRPr="001A2E38" w:rsidRDefault="0065294A" w:rsidP="005046C0">
            <w:pPr>
              <w:pBdr>
                <w:top w:val="none" w:sz="0" w:space="0" w:color="000000"/>
                <w:left w:val="none" w:sz="0" w:space="0" w:color="000000"/>
                <w:bottom w:val="none" w:sz="0" w:space="0" w:color="000000"/>
                <w:right w:val="none" w:sz="0" w:space="0" w:color="000000"/>
              </w:pBdr>
              <w:snapToGrid w:val="0"/>
              <w:spacing w:before="40" w:after="40"/>
              <w:ind w:left="40" w:right="40"/>
              <w:jc w:val="center"/>
              <w:rPr>
                <w:rFonts w:ascii="Times New Roman" w:eastAsia="Times New Roman" w:hAnsi="Times New Roman" w:cs="Times New Roman"/>
                <w:color w:val="000000"/>
                <w:sz w:val="20"/>
                <w:szCs w:val="20"/>
              </w:rPr>
            </w:pPr>
          </w:p>
        </w:tc>
      </w:tr>
      <w:tr w:rsidR="0065294A" w:rsidRPr="001A2E38" w14:paraId="6532E8C0" w14:textId="77777777" w:rsidTr="005046C0">
        <w:trPr>
          <w:jc w:val="center"/>
        </w:trPr>
        <w:tc>
          <w:tcPr>
            <w:tcW w:w="2099"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28157592" w14:textId="77777777" w:rsidR="0065294A" w:rsidRPr="001A2E38" w:rsidRDefault="0065294A" w:rsidP="005046C0">
            <w:pPr>
              <w:pBdr>
                <w:top w:val="none" w:sz="0" w:space="0" w:color="000000"/>
                <w:left w:val="none" w:sz="0" w:space="0" w:color="000000"/>
                <w:bottom w:val="none" w:sz="0" w:space="0" w:color="000000"/>
                <w:right w:val="none" w:sz="0" w:space="0" w:color="000000"/>
              </w:pBdr>
              <w:snapToGrid w:val="0"/>
              <w:spacing w:before="40" w:after="40"/>
              <w:ind w:left="40" w:right="40"/>
              <w:rPr>
                <w:rFonts w:ascii="Times New Roman" w:eastAsia="Times New Roman" w:hAnsi="Times New Roman" w:cs="Times New Roman"/>
                <w:color w:val="000000"/>
                <w:sz w:val="20"/>
                <w:szCs w:val="20"/>
              </w:rPr>
            </w:pPr>
          </w:p>
        </w:tc>
        <w:tc>
          <w:tcPr>
            <w:tcW w:w="2974"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5A4C343C" w14:textId="77777777" w:rsidR="0065294A" w:rsidRPr="001A2E38" w:rsidRDefault="0065294A" w:rsidP="005046C0">
            <w:pPr>
              <w:pBdr>
                <w:top w:val="none" w:sz="0" w:space="0" w:color="000000"/>
                <w:left w:val="none" w:sz="0" w:space="0" w:color="000000"/>
                <w:bottom w:val="none" w:sz="0" w:space="0" w:color="000000"/>
                <w:right w:val="none" w:sz="0" w:space="0" w:color="000000"/>
              </w:pBdr>
              <w:snapToGrid w:val="0"/>
              <w:spacing w:before="40" w:after="40"/>
              <w:ind w:left="40" w:right="40"/>
              <w:jc w:val="center"/>
              <w:rPr>
                <w:rFonts w:ascii="Times New Roman" w:eastAsia="Times New Roman" w:hAnsi="Times New Roman" w:cs="Times New Roman"/>
                <w:color w:val="000000"/>
                <w:sz w:val="20"/>
                <w:szCs w:val="20"/>
              </w:rPr>
            </w:pPr>
            <w:r w:rsidRPr="001A2E38">
              <w:rPr>
                <w:rFonts w:ascii="Times New Roman" w:eastAsia="Times New Roman" w:hAnsi="Times New Roman" w:cs="Times New Roman"/>
                <w:color w:val="000000"/>
                <w:sz w:val="20"/>
                <w:szCs w:val="20"/>
              </w:rPr>
              <w:t>Q2</w:t>
            </w:r>
          </w:p>
        </w:tc>
        <w:tc>
          <w:tcPr>
            <w:tcW w:w="3500"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387CC59A" w14:textId="77777777" w:rsidR="0065294A" w:rsidRPr="001A2E38" w:rsidRDefault="0065294A" w:rsidP="005046C0">
            <w:pPr>
              <w:pBdr>
                <w:top w:val="none" w:sz="0" w:space="0" w:color="000000"/>
                <w:left w:val="none" w:sz="0" w:space="0" w:color="000000"/>
                <w:bottom w:val="none" w:sz="0" w:space="0" w:color="000000"/>
                <w:right w:val="none" w:sz="0" w:space="0" w:color="000000"/>
              </w:pBdr>
              <w:snapToGrid w:val="0"/>
              <w:spacing w:before="40" w:after="40"/>
              <w:ind w:left="40" w:right="40"/>
              <w:jc w:val="center"/>
              <w:rPr>
                <w:rFonts w:ascii="Times New Roman" w:eastAsia="Times New Roman" w:hAnsi="Times New Roman" w:cs="Times New Roman"/>
                <w:color w:val="000000"/>
                <w:sz w:val="20"/>
                <w:szCs w:val="20"/>
              </w:rPr>
            </w:pPr>
            <w:r w:rsidRPr="001A2E38">
              <w:rPr>
                <w:rFonts w:ascii="Times New Roman" w:eastAsia="Times New Roman" w:hAnsi="Times New Roman" w:cs="Times New Roman"/>
                <w:color w:val="000000"/>
                <w:sz w:val="20"/>
                <w:szCs w:val="20"/>
              </w:rPr>
              <w:t>1.032 (0.898-1.185)</w:t>
            </w:r>
          </w:p>
        </w:tc>
        <w:tc>
          <w:tcPr>
            <w:tcW w:w="1750"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25B57CB0" w14:textId="77777777" w:rsidR="0065294A" w:rsidRPr="001A2E38" w:rsidRDefault="0065294A" w:rsidP="005046C0">
            <w:pPr>
              <w:pBdr>
                <w:top w:val="none" w:sz="0" w:space="0" w:color="000000"/>
                <w:left w:val="none" w:sz="0" w:space="0" w:color="000000"/>
                <w:bottom w:val="none" w:sz="0" w:space="0" w:color="000000"/>
                <w:right w:val="none" w:sz="0" w:space="0" w:color="000000"/>
              </w:pBdr>
              <w:snapToGrid w:val="0"/>
              <w:spacing w:before="40" w:after="40"/>
              <w:ind w:left="40" w:right="40"/>
              <w:jc w:val="center"/>
              <w:rPr>
                <w:rFonts w:ascii="Times New Roman" w:eastAsia="Times New Roman" w:hAnsi="Times New Roman" w:cs="Times New Roman"/>
                <w:color w:val="000000"/>
                <w:sz w:val="20"/>
                <w:szCs w:val="20"/>
              </w:rPr>
            </w:pPr>
            <w:r w:rsidRPr="001A2E38">
              <w:rPr>
                <w:rFonts w:ascii="Times New Roman" w:eastAsia="Times New Roman" w:hAnsi="Times New Roman" w:cs="Times New Roman"/>
                <w:color w:val="000000"/>
                <w:sz w:val="20"/>
                <w:szCs w:val="20"/>
              </w:rPr>
              <w:t>0.662</w:t>
            </w:r>
          </w:p>
        </w:tc>
        <w:tc>
          <w:tcPr>
            <w:tcW w:w="1925"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3E7D3A50" w14:textId="77777777" w:rsidR="0065294A" w:rsidRPr="001A2E38" w:rsidRDefault="0065294A" w:rsidP="005046C0">
            <w:pPr>
              <w:pBdr>
                <w:top w:val="none" w:sz="0" w:space="0" w:color="000000"/>
                <w:left w:val="none" w:sz="0" w:space="0" w:color="000000"/>
                <w:bottom w:val="none" w:sz="0" w:space="0" w:color="000000"/>
                <w:right w:val="none" w:sz="0" w:space="0" w:color="000000"/>
              </w:pBdr>
              <w:snapToGrid w:val="0"/>
              <w:spacing w:before="40" w:after="40"/>
              <w:ind w:left="40" w:right="40"/>
              <w:jc w:val="center"/>
              <w:rPr>
                <w:rFonts w:ascii="Times New Roman" w:eastAsia="Times New Roman" w:hAnsi="Times New Roman" w:cs="Times New Roman"/>
                <w:color w:val="000000"/>
                <w:sz w:val="20"/>
                <w:szCs w:val="20"/>
              </w:rPr>
            </w:pPr>
          </w:p>
        </w:tc>
      </w:tr>
      <w:tr w:rsidR="0065294A" w:rsidRPr="001A2E38" w14:paraId="0C2D46B4" w14:textId="77777777" w:rsidTr="005046C0">
        <w:trPr>
          <w:trHeight w:val="58"/>
          <w:jc w:val="center"/>
        </w:trPr>
        <w:tc>
          <w:tcPr>
            <w:tcW w:w="2099"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6D17F7D9" w14:textId="77777777" w:rsidR="0065294A" w:rsidRPr="001A2E38" w:rsidRDefault="0065294A" w:rsidP="005046C0">
            <w:pPr>
              <w:pBdr>
                <w:top w:val="none" w:sz="0" w:space="0" w:color="000000"/>
                <w:left w:val="none" w:sz="0" w:space="0" w:color="000000"/>
                <w:bottom w:val="none" w:sz="0" w:space="0" w:color="000000"/>
                <w:right w:val="none" w:sz="0" w:space="0" w:color="000000"/>
              </w:pBdr>
              <w:snapToGrid w:val="0"/>
              <w:spacing w:before="40" w:after="40"/>
              <w:ind w:left="40" w:right="40"/>
              <w:rPr>
                <w:rFonts w:ascii="Times New Roman" w:eastAsia="Times New Roman" w:hAnsi="Times New Roman" w:cs="Times New Roman"/>
                <w:color w:val="000000"/>
                <w:sz w:val="20"/>
                <w:szCs w:val="20"/>
              </w:rPr>
            </w:pPr>
          </w:p>
        </w:tc>
        <w:tc>
          <w:tcPr>
            <w:tcW w:w="2974"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4B8C2177" w14:textId="77777777" w:rsidR="0065294A" w:rsidRPr="001A2E38" w:rsidRDefault="0065294A" w:rsidP="005046C0">
            <w:pPr>
              <w:pBdr>
                <w:top w:val="none" w:sz="0" w:space="0" w:color="000000"/>
                <w:left w:val="none" w:sz="0" w:space="0" w:color="000000"/>
                <w:bottom w:val="none" w:sz="0" w:space="0" w:color="000000"/>
                <w:right w:val="none" w:sz="0" w:space="0" w:color="000000"/>
              </w:pBdr>
              <w:snapToGrid w:val="0"/>
              <w:spacing w:before="40" w:after="40"/>
              <w:ind w:left="40" w:right="40"/>
              <w:jc w:val="center"/>
              <w:rPr>
                <w:rFonts w:ascii="Times New Roman" w:eastAsia="Times New Roman" w:hAnsi="Times New Roman" w:cs="Times New Roman"/>
                <w:color w:val="000000"/>
                <w:sz w:val="20"/>
                <w:szCs w:val="20"/>
              </w:rPr>
            </w:pPr>
            <w:r w:rsidRPr="001A2E38">
              <w:rPr>
                <w:rFonts w:ascii="Times New Roman" w:eastAsia="Times New Roman" w:hAnsi="Times New Roman" w:cs="Times New Roman"/>
                <w:color w:val="000000"/>
                <w:sz w:val="20"/>
                <w:szCs w:val="20"/>
              </w:rPr>
              <w:t>Q3</w:t>
            </w:r>
          </w:p>
        </w:tc>
        <w:tc>
          <w:tcPr>
            <w:tcW w:w="3500"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59EC9FC8" w14:textId="77777777" w:rsidR="0065294A" w:rsidRPr="001A2E38" w:rsidRDefault="0065294A" w:rsidP="005046C0">
            <w:pPr>
              <w:pBdr>
                <w:top w:val="none" w:sz="0" w:space="0" w:color="000000"/>
                <w:left w:val="none" w:sz="0" w:space="0" w:color="000000"/>
                <w:bottom w:val="none" w:sz="0" w:space="0" w:color="000000"/>
                <w:right w:val="none" w:sz="0" w:space="0" w:color="000000"/>
              </w:pBdr>
              <w:snapToGrid w:val="0"/>
              <w:spacing w:before="40" w:after="40"/>
              <w:ind w:left="40" w:right="40"/>
              <w:jc w:val="center"/>
              <w:rPr>
                <w:rFonts w:ascii="Times New Roman" w:eastAsia="Times New Roman" w:hAnsi="Times New Roman" w:cs="Times New Roman"/>
                <w:color w:val="000000"/>
                <w:sz w:val="20"/>
                <w:szCs w:val="20"/>
              </w:rPr>
            </w:pPr>
            <w:r w:rsidRPr="001A2E38">
              <w:rPr>
                <w:rFonts w:ascii="Times New Roman" w:eastAsia="Times New Roman" w:hAnsi="Times New Roman" w:cs="Times New Roman"/>
                <w:color w:val="000000"/>
                <w:sz w:val="20"/>
                <w:szCs w:val="20"/>
              </w:rPr>
              <w:t>1.228 (1.074-1.405)</w:t>
            </w:r>
          </w:p>
        </w:tc>
        <w:tc>
          <w:tcPr>
            <w:tcW w:w="1750"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65BA956B" w14:textId="77777777" w:rsidR="0065294A" w:rsidRPr="001A2E38" w:rsidRDefault="0065294A" w:rsidP="005046C0">
            <w:pPr>
              <w:pBdr>
                <w:top w:val="none" w:sz="0" w:space="0" w:color="000000"/>
                <w:left w:val="none" w:sz="0" w:space="0" w:color="000000"/>
                <w:bottom w:val="none" w:sz="0" w:space="0" w:color="000000"/>
                <w:right w:val="none" w:sz="0" w:space="0" w:color="000000"/>
              </w:pBdr>
              <w:snapToGrid w:val="0"/>
              <w:spacing w:before="40" w:after="40"/>
              <w:ind w:left="40" w:right="40"/>
              <w:jc w:val="center"/>
              <w:rPr>
                <w:rFonts w:ascii="Times New Roman" w:eastAsia="Times New Roman" w:hAnsi="Times New Roman" w:cs="Times New Roman"/>
                <w:color w:val="000000"/>
                <w:sz w:val="20"/>
                <w:szCs w:val="20"/>
              </w:rPr>
            </w:pPr>
            <w:r w:rsidRPr="001A2E38">
              <w:rPr>
                <w:rFonts w:ascii="Times New Roman" w:eastAsia="Times New Roman" w:hAnsi="Times New Roman" w:cs="Times New Roman"/>
                <w:color w:val="000000"/>
                <w:sz w:val="20"/>
                <w:szCs w:val="20"/>
              </w:rPr>
              <w:t>0.003</w:t>
            </w:r>
          </w:p>
        </w:tc>
        <w:tc>
          <w:tcPr>
            <w:tcW w:w="1925"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42031AF0" w14:textId="77777777" w:rsidR="0065294A" w:rsidRPr="001A2E38" w:rsidRDefault="0065294A" w:rsidP="005046C0">
            <w:pPr>
              <w:pBdr>
                <w:top w:val="none" w:sz="0" w:space="0" w:color="000000"/>
                <w:left w:val="none" w:sz="0" w:space="0" w:color="000000"/>
                <w:bottom w:val="none" w:sz="0" w:space="0" w:color="000000"/>
                <w:right w:val="none" w:sz="0" w:space="0" w:color="000000"/>
              </w:pBdr>
              <w:snapToGrid w:val="0"/>
              <w:spacing w:before="40" w:after="40"/>
              <w:ind w:left="40" w:right="40"/>
              <w:jc w:val="center"/>
              <w:rPr>
                <w:rFonts w:ascii="Times New Roman" w:eastAsia="Times New Roman" w:hAnsi="Times New Roman" w:cs="Times New Roman"/>
                <w:color w:val="000000"/>
                <w:sz w:val="20"/>
                <w:szCs w:val="20"/>
              </w:rPr>
            </w:pPr>
          </w:p>
        </w:tc>
      </w:tr>
      <w:tr w:rsidR="0065294A" w:rsidRPr="001A2E38" w14:paraId="18500B80" w14:textId="77777777" w:rsidTr="005046C0">
        <w:trPr>
          <w:jc w:val="center"/>
        </w:trPr>
        <w:tc>
          <w:tcPr>
            <w:tcW w:w="2099"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3FFE0EE1" w14:textId="77777777" w:rsidR="0065294A" w:rsidRPr="001A2E38" w:rsidRDefault="0065294A" w:rsidP="005046C0">
            <w:pPr>
              <w:pBdr>
                <w:top w:val="none" w:sz="0" w:space="0" w:color="000000"/>
                <w:left w:val="none" w:sz="0" w:space="0" w:color="000000"/>
                <w:bottom w:val="none" w:sz="0" w:space="0" w:color="000000"/>
                <w:right w:val="none" w:sz="0" w:space="0" w:color="000000"/>
              </w:pBdr>
              <w:snapToGrid w:val="0"/>
              <w:spacing w:before="40" w:after="40"/>
              <w:ind w:left="40" w:right="40"/>
              <w:rPr>
                <w:rFonts w:ascii="Times New Roman" w:eastAsia="Times New Roman" w:hAnsi="Times New Roman" w:cs="Times New Roman"/>
                <w:color w:val="000000"/>
                <w:sz w:val="20"/>
                <w:szCs w:val="20"/>
              </w:rPr>
            </w:pPr>
          </w:p>
        </w:tc>
        <w:tc>
          <w:tcPr>
            <w:tcW w:w="2974"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108D9D04" w14:textId="77777777" w:rsidR="0065294A" w:rsidRPr="001A2E38" w:rsidRDefault="0065294A" w:rsidP="005046C0">
            <w:pPr>
              <w:pBdr>
                <w:top w:val="none" w:sz="0" w:space="0" w:color="000000"/>
                <w:left w:val="none" w:sz="0" w:space="0" w:color="000000"/>
                <w:bottom w:val="none" w:sz="0" w:space="0" w:color="000000"/>
                <w:right w:val="none" w:sz="0" w:space="0" w:color="000000"/>
              </w:pBdr>
              <w:snapToGrid w:val="0"/>
              <w:spacing w:before="40" w:after="40"/>
              <w:ind w:left="40" w:right="40"/>
              <w:jc w:val="center"/>
              <w:rPr>
                <w:rFonts w:ascii="Times New Roman" w:eastAsia="Times New Roman" w:hAnsi="Times New Roman" w:cs="Times New Roman"/>
                <w:color w:val="000000"/>
                <w:sz w:val="20"/>
                <w:szCs w:val="20"/>
              </w:rPr>
            </w:pPr>
            <w:r w:rsidRPr="001A2E38">
              <w:rPr>
                <w:rFonts w:ascii="Times New Roman" w:eastAsia="Times New Roman" w:hAnsi="Times New Roman" w:cs="Times New Roman"/>
                <w:color w:val="000000"/>
                <w:sz w:val="20"/>
                <w:szCs w:val="20"/>
              </w:rPr>
              <w:t>Q4</w:t>
            </w:r>
          </w:p>
        </w:tc>
        <w:tc>
          <w:tcPr>
            <w:tcW w:w="3500"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23CD5CAD" w14:textId="77777777" w:rsidR="0065294A" w:rsidRPr="001A2E38" w:rsidRDefault="0065294A" w:rsidP="005046C0">
            <w:pPr>
              <w:pBdr>
                <w:top w:val="none" w:sz="0" w:space="0" w:color="000000"/>
                <w:left w:val="none" w:sz="0" w:space="0" w:color="000000"/>
                <w:bottom w:val="none" w:sz="0" w:space="0" w:color="000000"/>
                <w:right w:val="none" w:sz="0" w:space="0" w:color="000000"/>
              </w:pBdr>
              <w:snapToGrid w:val="0"/>
              <w:spacing w:before="40" w:after="40"/>
              <w:ind w:left="40" w:right="40"/>
              <w:jc w:val="center"/>
              <w:rPr>
                <w:rFonts w:ascii="Times New Roman" w:eastAsia="Times New Roman" w:hAnsi="Times New Roman" w:cs="Times New Roman"/>
                <w:color w:val="000000"/>
                <w:sz w:val="20"/>
                <w:szCs w:val="20"/>
              </w:rPr>
            </w:pPr>
            <w:r w:rsidRPr="001A2E38">
              <w:rPr>
                <w:rFonts w:ascii="Times New Roman" w:eastAsia="Times New Roman" w:hAnsi="Times New Roman" w:cs="Times New Roman"/>
                <w:color w:val="000000"/>
                <w:sz w:val="20"/>
                <w:szCs w:val="20"/>
              </w:rPr>
              <w:t>2.742 (2.440-3.082)</w:t>
            </w:r>
          </w:p>
        </w:tc>
        <w:tc>
          <w:tcPr>
            <w:tcW w:w="1750"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1869117F" w14:textId="77777777" w:rsidR="0065294A" w:rsidRPr="001A2E38" w:rsidRDefault="0065294A" w:rsidP="005046C0">
            <w:pPr>
              <w:pBdr>
                <w:top w:val="none" w:sz="0" w:space="0" w:color="000000"/>
                <w:left w:val="none" w:sz="0" w:space="0" w:color="000000"/>
                <w:bottom w:val="none" w:sz="0" w:space="0" w:color="000000"/>
                <w:right w:val="none" w:sz="0" w:space="0" w:color="000000"/>
              </w:pBdr>
              <w:snapToGrid w:val="0"/>
              <w:spacing w:before="40" w:after="40"/>
              <w:ind w:left="40" w:right="40"/>
              <w:jc w:val="center"/>
              <w:rPr>
                <w:rFonts w:ascii="Times New Roman" w:eastAsia="Times New Roman" w:hAnsi="Times New Roman" w:cs="Times New Roman"/>
                <w:color w:val="000000"/>
                <w:sz w:val="20"/>
                <w:szCs w:val="20"/>
              </w:rPr>
            </w:pPr>
            <w:r w:rsidRPr="001A2E38">
              <w:rPr>
                <w:rFonts w:ascii="Times New Roman" w:eastAsia="Times New Roman" w:hAnsi="Times New Roman" w:cs="Times New Roman"/>
                <w:color w:val="000000"/>
                <w:sz w:val="20"/>
                <w:szCs w:val="20"/>
              </w:rPr>
              <w:t>&lt;0.001</w:t>
            </w:r>
          </w:p>
        </w:tc>
        <w:tc>
          <w:tcPr>
            <w:tcW w:w="1925"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11D0F4E7" w14:textId="77777777" w:rsidR="0065294A" w:rsidRPr="001A2E38" w:rsidRDefault="0065294A" w:rsidP="005046C0">
            <w:pPr>
              <w:pBdr>
                <w:top w:val="none" w:sz="0" w:space="0" w:color="000000"/>
                <w:left w:val="none" w:sz="0" w:space="0" w:color="000000"/>
                <w:bottom w:val="none" w:sz="0" w:space="0" w:color="000000"/>
                <w:right w:val="none" w:sz="0" w:space="0" w:color="000000"/>
              </w:pBdr>
              <w:snapToGrid w:val="0"/>
              <w:spacing w:before="40" w:after="40"/>
              <w:ind w:left="40" w:right="40"/>
              <w:jc w:val="center"/>
              <w:rPr>
                <w:rFonts w:ascii="Times New Roman" w:eastAsia="Times New Roman" w:hAnsi="Times New Roman" w:cs="Times New Roman"/>
                <w:color w:val="000000"/>
                <w:sz w:val="20"/>
                <w:szCs w:val="20"/>
              </w:rPr>
            </w:pPr>
            <w:r w:rsidRPr="001A2E38">
              <w:rPr>
                <w:rFonts w:ascii="Times New Roman" w:eastAsia="Times New Roman" w:hAnsi="Times New Roman" w:cs="Times New Roman"/>
                <w:color w:val="000000"/>
                <w:sz w:val="20"/>
                <w:szCs w:val="20"/>
              </w:rPr>
              <w:t>&lt;0.001</w:t>
            </w:r>
          </w:p>
        </w:tc>
      </w:tr>
      <w:tr w:rsidR="0065294A" w:rsidRPr="001A2E38" w14:paraId="51667CAC" w14:textId="77777777" w:rsidTr="005046C0">
        <w:trPr>
          <w:jc w:val="center"/>
        </w:trPr>
        <w:tc>
          <w:tcPr>
            <w:tcW w:w="2099"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51D5EF36" w14:textId="77777777" w:rsidR="0065294A" w:rsidRPr="001A2E38" w:rsidRDefault="0065294A" w:rsidP="005046C0">
            <w:pPr>
              <w:pBdr>
                <w:top w:val="none" w:sz="0" w:space="0" w:color="000000"/>
                <w:left w:val="none" w:sz="0" w:space="0" w:color="000000"/>
                <w:bottom w:val="none" w:sz="0" w:space="0" w:color="000000"/>
                <w:right w:val="none" w:sz="0" w:space="0" w:color="000000"/>
              </w:pBdr>
              <w:snapToGrid w:val="0"/>
              <w:spacing w:before="40" w:after="40"/>
              <w:ind w:left="40" w:right="40"/>
              <w:rPr>
                <w:rFonts w:ascii="Times New Roman" w:eastAsia="Times New Roman" w:hAnsi="Times New Roman" w:cs="Times New Roman"/>
                <w:color w:val="000000"/>
                <w:sz w:val="20"/>
                <w:szCs w:val="20"/>
              </w:rPr>
            </w:pPr>
            <w:r w:rsidRPr="001A2E38">
              <w:rPr>
                <w:rFonts w:ascii="Times New Roman" w:eastAsia="Times New Roman" w:hAnsi="Times New Roman" w:cs="Times New Roman"/>
                <w:color w:val="000000"/>
                <w:sz w:val="20"/>
                <w:szCs w:val="20"/>
              </w:rPr>
              <w:t>CHG-BMI</w:t>
            </w:r>
          </w:p>
        </w:tc>
        <w:tc>
          <w:tcPr>
            <w:tcW w:w="2974"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1746CFEC" w14:textId="77777777" w:rsidR="0065294A" w:rsidRPr="001A2E38" w:rsidRDefault="0065294A" w:rsidP="005046C0">
            <w:pPr>
              <w:pBdr>
                <w:top w:val="none" w:sz="0" w:space="0" w:color="000000"/>
                <w:left w:val="none" w:sz="0" w:space="0" w:color="000000"/>
                <w:bottom w:val="none" w:sz="0" w:space="0" w:color="000000"/>
                <w:right w:val="none" w:sz="0" w:space="0" w:color="000000"/>
              </w:pBdr>
              <w:snapToGrid w:val="0"/>
              <w:spacing w:before="40" w:after="40"/>
              <w:ind w:left="40" w:right="40"/>
              <w:jc w:val="center"/>
              <w:rPr>
                <w:rFonts w:ascii="Times New Roman" w:eastAsia="Times New Roman" w:hAnsi="Times New Roman" w:cs="Times New Roman"/>
                <w:color w:val="000000"/>
                <w:sz w:val="20"/>
                <w:szCs w:val="20"/>
              </w:rPr>
            </w:pPr>
            <w:r w:rsidRPr="001A2E38">
              <w:rPr>
                <w:rFonts w:ascii="Times New Roman" w:eastAsia="Times New Roman" w:hAnsi="Times New Roman" w:cs="Times New Roman"/>
                <w:color w:val="000000"/>
                <w:sz w:val="20"/>
                <w:szCs w:val="20"/>
              </w:rPr>
              <w:t>Per 1-SD increase</w:t>
            </w:r>
          </w:p>
        </w:tc>
        <w:tc>
          <w:tcPr>
            <w:tcW w:w="3500"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12A35A64" w14:textId="77777777" w:rsidR="0065294A" w:rsidRPr="001A2E38" w:rsidRDefault="0065294A" w:rsidP="005046C0">
            <w:pPr>
              <w:pBdr>
                <w:top w:val="none" w:sz="0" w:space="0" w:color="000000"/>
                <w:left w:val="none" w:sz="0" w:space="0" w:color="000000"/>
                <w:bottom w:val="none" w:sz="0" w:space="0" w:color="000000"/>
                <w:right w:val="none" w:sz="0" w:space="0" w:color="000000"/>
              </w:pBdr>
              <w:snapToGrid w:val="0"/>
              <w:spacing w:before="40" w:after="40"/>
              <w:ind w:left="40" w:right="40"/>
              <w:jc w:val="center"/>
              <w:rPr>
                <w:rFonts w:ascii="Times New Roman" w:eastAsia="Times New Roman" w:hAnsi="Times New Roman" w:cs="Times New Roman"/>
                <w:color w:val="000000"/>
                <w:sz w:val="20"/>
                <w:szCs w:val="20"/>
              </w:rPr>
            </w:pPr>
            <w:r w:rsidRPr="001A2E38">
              <w:rPr>
                <w:rFonts w:ascii="Times New Roman" w:eastAsia="Times New Roman" w:hAnsi="Times New Roman" w:cs="Times New Roman"/>
                <w:color w:val="000000"/>
                <w:sz w:val="20"/>
                <w:szCs w:val="20"/>
              </w:rPr>
              <w:t>1.596 (1.548-1.645)</w:t>
            </w:r>
          </w:p>
        </w:tc>
        <w:tc>
          <w:tcPr>
            <w:tcW w:w="1750"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1FCF7703" w14:textId="77777777" w:rsidR="0065294A" w:rsidRPr="001A2E38" w:rsidRDefault="0065294A" w:rsidP="005046C0">
            <w:pPr>
              <w:pBdr>
                <w:top w:val="none" w:sz="0" w:space="0" w:color="000000"/>
                <w:left w:val="none" w:sz="0" w:space="0" w:color="000000"/>
                <w:bottom w:val="none" w:sz="0" w:space="0" w:color="000000"/>
                <w:right w:val="none" w:sz="0" w:space="0" w:color="000000"/>
              </w:pBdr>
              <w:snapToGrid w:val="0"/>
              <w:spacing w:before="40" w:after="40"/>
              <w:ind w:left="40" w:right="40"/>
              <w:jc w:val="center"/>
              <w:rPr>
                <w:rFonts w:ascii="Times New Roman" w:eastAsia="Times New Roman" w:hAnsi="Times New Roman" w:cs="Times New Roman"/>
                <w:color w:val="000000"/>
                <w:sz w:val="20"/>
                <w:szCs w:val="20"/>
              </w:rPr>
            </w:pPr>
            <w:r w:rsidRPr="001A2E38">
              <w:rPr>
                <w:rFonts w:ascii="Times New Roman" w:eastAsia="Times New Roman" w:hAnsi="Times New Roman" w:cs="Times New Roman"/>
                <w:color w:val="000000"/>
                <w:sz w:val="20"/>
                <w:szCs w:val="20"/>
              </w:rPr>
              <w:t>&lt;0.001</w:t>
            </w:r>
          </w:p>
        </w:tc>
        <w:tc>
          <w:tcPr>
            <w:tcW w:w="1925"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751568E8" w14:textId="77777777" w:rsidR="0065294A" w:rsidRPr="001A2E38" w:rsidRDefault="0065294A" w:rsidP="005046C0">
            <w:pPr>
              <w:pBdr>
                <w:top w:val="none" w:sz="0" w:space="0" w:color="000000"/>
                <w:left w:val="none" w:sz="0" w:space="0" w:color="000000"/>
                <w:bottom w:val="none" w:sz="0" w:space="0" w:color="000000"/>
                <w:right w:val="none" w:sz="0" w:space="0" w:color="000000"/>
              </w:pBdr>
              <w:snapToGrid w:val="0"/>
              <w:spacing w:before="40" w:after="40"/>
              <w:ind w:left="40" w:right="40"/>
              <w:jc w:val="center"/>
              <w:rPr>
                <w:rFonts w:ascii="Times New Roman" w:eastAsia="Times New Roman" w:hAnsi="Times New Roman" w:cs="Times New Roman"/>
                <w:color w:val="000000"/>
                <w:sz w:val="20"/>
                <w:szCs w:val="20"/>
              </w:rPr>
            </w:pPr>
          </w:p>
        </w:tc>
      </w:tr>
      <w:tr w:rsidR="0065294A" w:rsidRPr="001A2E38" w14:paraId="4B4D1FC4" w14:textId="77777777" w:rsidTr="005046C0">
        <w:trPr>
          <w:jc w:val="center"/>
        </w:trPr>
        <w:tc>
          <w:tcPr>
            <w:tcW w:w="2099"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63C9BE01" w14:textId="77777777" w:rsidR="0065294A" w:rsidRPr="001A2E38" w:rsidRDefault="0065294A" w:rsidP="005046C0">
            <w:pPr>
              <w:pBdr>
                <w:top w:val="none" w:sz="0" w:space="0" w:color="000000"/>
                <w:left w:val="none" w:sz="0" w:space="0" w:color="000000"/>
                <w:bottom w:val="none" w:sz="0" w:space="0" w:color="000000"/>
                <w:right w:val="none" w:sz="0" w:space="0" w:color="000000"/>
              </w:pBdr>
              <w:snapToGrid w:val="0"/>
              <w:spacing w:before="40" w:after="40"/>
              <w:ind w:left="40" w:right="40"/>
              <w:rPr>
                <w:rFonts w:ascii="Times New Roman" w:eastAsia="Times New Roman" w:hAnsi="Times New Roman" w:cs="Times New Roman"/>
                <w:color w:val="000000"/>
                <w:sz w:val="20"/>
                <w:szCs w:val="20"/>
              </w:rPr>
            </w:pPr>
          </w:p>
        </w:tc>
        <w:tc>
          <w:tcPr>
            <w:tcW w:w="2974"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4D8B1F4E" w14:textId="77777777" w:rsidR="0065294A" w:rsidRPr="001A2E38" w:rsidRDefault="0065294A" w:rsidP="005046C0">
            <w:pPr>
              <w:pBdr>
                <w:top w:val="none" w:sz="0" w:space="0" w:color="000000"/>
                <w:left w:val="none" w:sz="0" w:space="0" w:color="000000"/>
                <w:bottom w:val="none" w:sz="0" w:space="0" w:color="000000"/>
                <w:right w:val="none" w:sz="0" w:space="0" w:color="000000"/>
              </w:pBdr>
              <w:snapToGrid w:val="0"/>
              <w:spacing w:before="40" w:after="40"/>
              <w:ind w:left="40" w:right="40"/>
              <w:jc w:val="center"/>
              <w:rPr>
                <w:rFonts w:ascii="Times New Roman" w:eastAsia="Times New Roman" w:hAnsi="Times New Roman" w:cs="Times New Roman"/>
                <w:color w:val="000000"/>
                <w:sz w:val="20"/>
                <w:szCs w:val="20"/>
              </w:rPr>
            </w:pPr>
            <w:r w:rsidRPr="001A2E38">
              <w:rPr>
                <w:rFonts w:ascii="Times New Roman" w:eastAsia="Times New Roman" w:hAnsi="Times New Roman" w:cs="Times New Roman"/>
                <w:color w:val="000000"/>
                <w:sz w:val="20"/>
                <w:szCs w:val="20"/>
              </w:rPr>
              <w:t>Q1</w:t>
            </w:r>
          </w:p>
        </w:tc>
        <w:tc>
          <w:tcPr>
            <w:tcW w:w="3500"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6D3CBF3C" w14:textId="77777777" w:rsidR="0065294A" w:rsidRPr="001A2E38" w:rsidRDefault="0065294A" w:rsidP="005046C0">
            <w:pPr>
              <w:pBdr>
                <w:top w:val="none" w:sz="0" w:space="0" w:color="000000"/>
                <w:left w:val="none" w:sz="0" w:space="0" w:color="000000"/>
                <w:bottom w:val="none" w:sz="0" w:space="0" w:color="000000"/>
                <w:right w:val="none" w:sz="0" w:space="0" w:color="000000"/>
              </w:pBdr>
              <w:snapToGrid w:val="0"/>
              <w:spacing w:before="40" w:after="40"/>
              <w:ind w:left="40" w:right="40"/>
              <w:jc w:val="center"/>
              <w:rPr>
                <w:rFonts w:ascii="Times New Roman" w:eastAsia="Times New Roman" w:hAnsi="Times New Roman" w:cs="Times New Roman"/>
                <w:color w:val="000000"/>
                <w:sz w:val="20"/>
                <w:szCs w:val="20"/>
              </w:rPr>
            </w:pPr>
            <w:r w:rsidRPr="001A2E38">
              <w:rPr>
                <w:rFonts w:ascii="Times New Roman" w:eastAsia="Times New Roman" w:hAnsi="Times New Roman" w:cs="Times New Roman"/>
                <w:color w:val="000000"/>
                <w:sz w:val="20"/>
                <w:szCs w:val="20"/>
              </w:rPr>
              <w:t>Reference</w:t>
            </w:r>
          </w:p>
        </w:tc>
        <w:tc>
          <w:tcPr>
            <w:tcW w:w="1750"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4E816113" w14:textId="77777777" w:rsidR="0065294A" w:rsidRPr="001A2E38" w:rsidRDefault="0065294A" w:rsidP="005046C0">
            <w:pPr>
              <w:pBdr>
                <w:top w:val="none" w:sz="0" w:space="0" w:color="000000"/>
                <w:left w:val="none" w:sz="0" w:space="0" w:color="000000"/>
                <w:bottom w:val="none" w:sz="0" w:space="0" w:color="000000"/>
                <w:right w:val="none" w:sz="0" w:space="0" w:color="000000"/>
              </w:pBdr>
              <w:snapToGrid w:val="0"/>
              <w:spacing w:before="40" w:after="40"/>
              <w:ind w:left="40" w:right="40"/>
              <w:jc w:val="center"/>
              <w:rPr>
                <w:rFonts w:ascii="Times New Roman" w:eastAsia="Times New Roman" w:hAnsi="Times New Roman" w:cs="Times New Roman"/>
                <w:color w:val="000000"/>
                <w:sz w:val="20"/>
                <w:szCs w:val="20"/>
              </w:rPr>
            </w:pPr>
          </w:p>
        </w:tc>
        <w:tc>
          <w:tcPr>
            <w:tcW w:w="1925"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5475EE8B" w14:textId="77777777" w:rsidR="0065294A" w:rsidRPr="001A2E38" w:rsidRDefault="0065294A" w:rsidP="005046C0">
            <w:pPr>
              <w:pBdr>
                <w:top w:val="none" w:sz="0" w:space="0" w:color="000000"/>
                <w:left w:val="none" w:sz="0" w:space="0" w:color="000000"/>
                <w:bottom w:val="none" w:sz="0" w:space="0" w:color="000000"/>
                <w:right w:val="none" w:sz="0" w:space="0" w:color="000000"/>
              </w:pBdr>
              <w:snapToGrid w:val="0"/>
              <w:spacing w:before="40" w:after="40"/>
              <w:ind w:left="40" w:right="40"/>
              <w:jc w:val="center"/>
              <w:rPr>
                <w:rFonts w:ascii="Times New Roman" w:eastAsia="Times New Roman" w:hAnsi="Times New Roman" w:cs="Times New Roman"/>
                <w:color w:val="000000"/>
                <w:sz w:val="20"/>
                <w:szCs w:val="20"/>
              </w:rPr>
            </w:pPr>
          </w:p>
        </w:tc>
      </w:tr>
      <w:tr w:rsidR="0065294A" w:rsidRPr="001A2E38" w14:paraId="36E4151D" w14:textId="77777777" w:rsidTr="005046C0">
        <w:trPr>
          <w:jc w:val="center"/>
        </w:trPr>
        <w:tc>
          <w:tcPr>
            <w:tcW w:w="2099"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68C870CD" w14:textId="77777777" w:rsidR="0065294A" w:rsidRPr="001A2E38" w:rsidRDefault="0065294A" w:rsidP="005046C0">
            <w:pPr>
              <w:pBdr>
                <w:top w:val="none" w:sz="0" w:space="0" w:color="000000"/>
                <w:left w:val="none" w:sz="0" w:space="0" w:color="000000"/>
                <w:bottom w:val="none" w:sz="0" w:space="0" w:color="000000"/>
                <w:right w:val="none" w:sz="0" w:space="0" w:color="000000"/>
              </w:pBdr>
              <w:snapToGrid w:val="0"/>
              <w:spacing w:before="40" w:after="40"/>
              <w:ind w:left="40" w:right="40"/>
              <w:rPr>
                <w:rFonts w:ascii="Times New Roman" w:eastAsia="Times New Roman" w:hAnsi="Times New Roman" w:cs="Times New Roman"/>
                <w:color w:val="000000"/>
                <w:sz w:val="20"/>
                <w:szCs w:val="20"/>
              </w:rPr>
            </w:pPr>
          </w:p>
        </w:tc>
        <w:tc>
          <w:tcPr>
            <w:tcW w:w="2974"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6C9C5710" w14:textId="77777777" w:rsidR="0065294A" w:rsidRPr="001A2E38" w:rsidRDefault="0065294A" w:rsidP="005046C0">
            <w:pPr>
              <w:pBdr>
                <w:top w:val="none" w:sz="0" w:space="0" w:color="000000"/>
                <w:left w:val="none" w:sz="0" w:space="0" w:color="000000"/>
                <w:bottom w:val="none" w:sz="0" w:space="0" w:color="000000"/>
                <w:right w:val="none" w:sz="0" w:space="0" w:color="000000"/>
              </w:pBdr>
              <w:snapToGrid w:val="0"/>
              <w:spacing w:before="40" w:after="40"/>
              <w:ind w:left="40" w:right="40"/>
              <w:jc w:val="center"/>
              <w:rPr>
                <w:rFonts w:ascii="Times New Roman" w:eastAsia="Times New Roman" w:hAnsi="Times New Roman" w:cs="Times New Roman"/>
                <w:color w:val="000000"/>
                <w:sz w:val="20"/>
                <w:szCs w:val="20"/>
              </w:rPr>
            </w:pPr>
            <w:r w:rsidRPr="001A2E38">
              <w:rPr>
                <w:rFonts w:ascii="Times New Roman" w:eastAsia="Times New Roman" w:hAnsi="Times New Roman" w:cs="Times New Roman"/>
                <w:color w:val="000000"/>
                <w:sz w:val="20"/>
                <w:szCs w:val="20"/>
              </w:rPr>
              <w:t>Q2</w:t>
            </w:r>
          </w:p>
        </w:tc>
        <w:tc>
          <w:tcPr>
            <w:tcW w:w="3500"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44C504E9" w14:textId="77777777" w:rsidR="0065294A" w:rsidRPr="001A2E38" w:rsidRDefault="0065294A" w:rsidP="005046C0">
            <w:pPr>
              <w:pBdr>
                <w:top w:val="none" w:sz="0" w:space="0" w:color="000000"/>
                <w:left w:val="none" w:sz="0" w:space="0" w:color="000000"/>
                <w:bottom w:val="none" w:sz="0" w:space="0" w:color="000000"/>
                <w:right w:val="none" w:sz="0" w:space="0" w:color="000000"/>
              </w:pBdr>
              <w:snapToGrid w:val="0"/>
              <w:spacing w:before="40" w:after="40"/>
              <w:ind w:left="40" w:right="40"/>
              <w:jc w:val="center"/>
              <w:rPr>
                <w:rFonts w:ascii="Times New Roman" w:eastAsia="Times New Roman" w:hAnsi="Times New Roman" w:cs="Times New Roman"/>
                <w:color w:val="000000"/>
                <w:sz w:val="20"/>
                <w:szCs w:val="20"/>
              </w:rPr>
            </w:pPr>
            <w:r w:rsidRPr="001A2E38">
              <w:rPr>
                <w:rFonts w:ascii="Times New Roman" w:eastAsia="Times New Roman" w:hAnsi="Times New Roman" w:cs="Times New Roman"/>
                <w:color w:val="000000"/>
                <w:sz w:val="20"/>
                <w:szCs w:val="20"/>
              </w:rPr>
              <w:t>1.368 (1.185-1.579)</w:t>
            </w:r>
          </w:p>
        </w:tc>
        <w:tc>
          <w:tcPr>
            <w:tcW w:w="1750"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555A4179" w14:textId="77777777" w:rsidR="0065294A" w:rsidRPr="001A2E38" w:rsidRDefault="0065294A" w:rsidP="005046C0">
            <w:pPr>
              <w:pBdr>
                <w:top w:val="none" w:sz="0" w:space="0" w:color="000000"/>
                <w:left w:val="none" w:sz="0" w:space="0" w:color="000000"/>
                <w:bottom w:val="none" w:sz="0" w:space="0" w:color="000000"/>
                <w:right w:val="none" w:sz="0" w:space="0" w:color="000000"/>
              </w:pBdr>
              <w:snapToGrid w:val="0"/>
              <w:spacing w:before="40" w:after="40"/>
              <w:ind w:left="40" w:right="40"/>
              <w:jc w:val="center"/>
              <w:rPr>
                <w:rFonts w:ascii="Times New Roman" w:eastAsia="Times New Roman" w:hAnsi="Times New Roman" w:cs="Times New Roman"/>
                <w:color w:val="000000"/>
                <w:sz w:val="20"/>
                <w:szCs w:val="20"/>
              </w:rPr>
            </w:pPr>
            <w:r w:rsidRPr="001A2E38">
              <w:rPr>
                <w:rFonts w:ascii="Times New Roman" w:eastAsia="Times New Roman" w:hAnsi="Times New Roman" w:cs="Times New Roman"/>
                <w:color w:val="000000"/>
                <w:sz w:val="20"/>
                <w:szCs w:val="20"/>
              </w:rPr>
              <w:t>&lt;0.001</w:t>
            </w:r>
          </w:p>
        </w:tc>
        <w:tc>
          <w:tcPr>
            <w:tcW w:w="1925"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028EAF34" w14:textId="77777777" w:rsidR="0065294A" w:rsidRPr="001A2E38" w:rsidRDefault="0065294A" w:rsidP="005046C0">
            <w:pPr>
              <w:pBdr>
                <w:top w:val="none" w:sz="0" w:space="0" w:color="000000"/>
                <w:left w:val="none" w:sz="0" w:space="0" w:color="000000"/>
                <w:bottom w:val="none" w:sz="0" w:space="0" w:color="000000"/>
                <w:right w:val="none" w:sz="0" w:space="0" w:color="000000"/>
              </w:pBdr>
              <w:snapToGrid w:val="0"/>
              <w:spacing w:before="40" w:after="40"/>
              <w:ind w:left="40" w:right="40"/>
              <w:jc w:val="center"/>
              <w:rPr>
                <w:rFonts w:ascii="Times New Roman" w:eastAsia="Times New Roman" w:hAnsi="Times New Roman" w:cs="Times New Roman"/>
                <w:color w:val="000000"/>
                <w:sz w:val="20"/>
                <w:szCs w:val="20"/>
              </w:rPr>
            </w:pPr>
          </w:p>
        </w:tc>
      </w:tr>
      <w:tr w:rsidR="0065294A" w:rsidRPr="001A2E38" w14:paraId="40FAE86E" w14:textId="77777777" w:rsidTr="005046C0">
        <w:trPr>
          <w:jc w:val="center"/>
        </w:trPr>
        <w:tc>
          <w:tcPr>
            <w:tcW w:w="2099"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670ACE5B" w14:textId="77777777" w:rsidR="0065294A" w:rsidRPr="001A2E38" w:rsidRDefault="0065294A" w:rsidP="005046C0">
            <w:pPr>
              <w:pBdr>
                <w:top w:val="none" w:sz="0" w:space="0" w:color="000000"/>
                <w:left w:val="none" w:sz="0" w:space="0" w:color="000000"/>
                <w:bottom w:val="none" w:sz="0" w:space="0" w:color="000000"/>
                <w:right w:val="none" w:sz="0" w:space="0" w:color="000000"/>
              </w:pBdr>
              <w:snapToGrid w:val="0"/>
              <w:spacing w:before="40" w:after="40"/>
              <w:ind w:left="40" w:right="40"/>
              <w:rPr>
                <w:rFonts w:ascii="Times New Roman" w:eastAsia="Times New Roman" w:hAnsi="Times New Roman" w:cs="Times New Roman"/>
                <w:color w:val="000000"/>
                <w:sz w:val="20"/>
                <w:szCs w:val="20"/>
              </w:rPr>
            </w:pPr>
          </w:p>
        </w:tc>
        <w:tc>
          <w:tcPr>
            <w:tcW w:w="2974"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249B5B37" w14:textId="77777777" w:rsidR="0065294A" w:rsidRPr="001A2E38" w:rsidRDefault="0065294A" w:rsidP="005046C0">
            <w:pPr>
              <w:pBdr>
                <w:top w:val="none" w:sz="0" w:space="0" w:color="000000"/>
                <w:left w:val="none" w:sz="0" w:space="0" w:color="000000"/>
                <w:bottom w:val="none" w:sz="0" w:space="0" w:color="000000"/>
                <w:right w:val="none" w:sz="0" w:space="0" w:color="000000"/>
              </w:pBdr>
              <w:snapToGrid w:val="0"/>
              <w:spacing w:before="40" w:after="40"/>
              <w:ind w:left="40" w:right="40"/>
              <w:jc w:val="center"/>
              <w:rPr>
                <w:rFonts w:ascii="Times New Roman" w:eastAsia="Times New Roman" w:hAnsi="Times New Roman" w:cs="Times New Roman"/>
                <w:color w:val="000000"/>
                <w:sz w:val="20"/>
                <w:szCs w:val="20"/>
              </w:rPr>
            </w:pPr>
            <w:r w:rsidRPr="001A2E38">
              <w:rPr>
                <w:rFonts w:ascii="Times New Roman" w:eastAsia="Times New Roman" w:hAnsi="Times New Roman" w:cs="Times New Roman"/>
                <w:color w:val="000000"/>
                <w:sz w:val="20"/>
                <w:szCs w:val="20"/>
              </w:rPr>
              <w:t>Q3</w:t>
            </w:r>
          </w:p>
        </w:tc>
        <w:tc>
          <w:tcPr>
            <w:tcW w:w="3500"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770724DE" w14:textId="77777777" w:rsidR="0065294A" w:rsidRPr="001A2E38" w:rsidRDefault="0065294A" w:rsidP="005046C0">
            <w:pPr>
              <w:pBdr>
                <w:top w:val="none" w:sz="0" w:space="0" w:color="000000"/>
                <w:left w:val="none" w:sz="0" w:space="0" w:color="000000"/>
                <w:bottom w:val="none" w:sz="0" w:space="0" w:color="000000"/>
                <w:right w:val="none" w:sz="0" w:space="0" w:color="000000"/>
              </w:pBdr>
              <w:snapToGrid w:val="0"/>
              <w:spacing w:before="40" w:after="40"/>
              <w:ind w:left="40" w:right="40"/>
              <w:jc w:val="center"/>
              <w:rPr>
                <w:rFonts w:ascii="Times New Roman" w:eastAsia="Times New Roman" w:hAnsi="Times New Roman" w:cs="Times New Roman"/>
                <w:color w:val="000000"/>
                <w:sz w:val="20"/>
                <w:szCs w:val="20"/>
              </w:rPr>
            </w:pPr>
            <w:r w:rsidRPr="001A2E38">
              <w:rPr>
                <w:rFonts w:ascii="Times New Roman" w:eastAsia="Times New Roman" w:hAnsi="Times New Roman" w:cs="Times New Roman"/>
                <w:color w:val="000000"/>
                <w:sz w:val="20"/>
                <w:szCs w:val="20"/>
              </w:rPr>
              <w:t>1.912 (1.666-2.194)</w:t>
            </w:r>
          </w:p>
        </w:tc>
        <w:tc>
          <w:tcPr>
            <w:tcW w:w="1750"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681E5B52" w14:textId="77777777" w:rsidR="0065294A" w:rsidRPr="001A2E38" w:rsidRDefault="0065294A" w:rsidP="005046C0">
            <w:pPr>
              <w:pBdr>
                <w:top w:val="none" w:sz="0" w:space="0" w:color="000000"/>
                <w:left w:val="none" w:sz="0" w:space="0" w:color="000000"/>
                <w:bottom w:val="none" w:sz="0" w:space="0" w:color="000000"/>
                <w:right w:val="none" w:sz="0" w:space="0" w:color="000000"/>
              </w:pBdr>
              <w:snapToGrid w:val="0"/>
              <w:spacing w:before="40" w:after="40"/>
              <w:ind w:left="40" w:right="40"/>
              <w:jc w:val="center"/>
              <w:rPr>
                <w:rFonts w:ascii="Times New Roman" w:eastAsia="Times New Roman" w:hAnsi="Times New Roman" w:cs="Times New Roman"/>
                <w:color w:val="000000"/>
                <w:sz w:val="20"/>
                <w:szCs w:val="20"/>
              </w:rPr>
            </w:pPr>
            <w:r w:rsidRPr="001A2E38">
              <w:rPr>
                <w:rFonts w:ascii="Times New Roman" w:eastAsia="Times New Roman" w:hAnsi="Times New Roman" w:cs="Times New Roman"/>
                <w:color w:val="000000"/>
                <w:sz w:val="20"/>
                <w:szCs w:val="20"/>
              </w:rPr>
              <w:t>&lt;0.001</w:t>
            </w:r>
          </w:p>
        </w:tc>
        <w:tc>
          <w:tcPr>
            <w:tcW w:w="1925"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6FA25099" w14:textId="77777777" w:rsidR="0065294A" w:rsidRPr="001A2E38" w:rsidRDefault="0065294A" w:rsidP="005046C0">
            <w:pPr>
              <w:pBdr>
                <w:top w:val="none" w:sz="0" w:space="0" w:color="000000"/>
                <w:left w:val="none" w:sz="0" w:space="0" w:color="000000"/>
                <w:bottom w:val="none" w:sz="0" w:space="0" w:color="000000"/>
                <w:right w:val="none" w:sz="0" w:space="0" w:color="000000"/>
              </w:pBdr>
              <w:snapToGrid w:val="0"/>
              <w:spacing w:before="40" w:after="40"/>
              <w:ind w:left="40" w:right="40"/>
              <w:jc w:val="center"/>
              <w:rPr>
                <w:rFonts w:ascii="Times New Roman" w:eastAsia="Times New Roman" w:hAnsi="Times New Roman" w:cs="Times New Roman"/>
                <w:color w:val="000000"/>
                <w:sz w:val="20"/>
                <w:szCs w:val="20"/>
              </w:rPr>
            </w:pPr>
          </w:p>
        </w:tc>
      </w:tr>
      <w:tr w:rsidR="0065294A" w:rsidRPr="001A2E38" w14:paraId="09471AD1" w14:textId="77777777" w:rsidTr="005046C0">
        <w:trPr>
          <w:jc w:val="center"/>
        </w:trPr>
        <w:tc>
          <w:tcPr>
            <w:tcW w:w="2099"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74B39EB2" w14:textId="77777777" w:rsidR="0065294A" w:rsidRPr="001A2E38" w:rsidRDefault="0065294A" w:rsidP="005046C0">
            <w:pPr>
              <w:pBdr>
                <w:top w:val="none" w:sz="0" w:space="0" w:color="000000"/>
                <w:left w:val="none" w:sz="0" w:space="0" w:color="000000"/>
                <w:bottom w:val="none" w:sz="0" w:space="0" w:color="000000"/>
                <w:right w:val="none" w:sz="0" w:space="0" w:color="000000"/>
              </w:pBdr>
              <w:snapToGrid w:val="0"/>
              <w:spacing w:before="40" w:after="40"/>
              <w:ind w:left="40" w:right="40"/>
              <w:rPr>
                <w:rFonts w:ascii="Times New Roman" w:eastAsia="Times New Roman" w:hAnsi="Times New Roman" w:cs="Times New Roman"/>
                <w:color w:val="000000"/>
                <w:sz w:val="20"/>
                <w:szCs w:val="20"/>
              </w:rPr>
            </w:pPr>
          </w:p>
        </w:tc>
        <w:tc>
          <w:tcPr>
            <w:tcW w:w="2974"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29DC1198" w14:textId="77777777" w:rsidR="0065294A" w:rsidRPr="001A2E38" w:rsidRDefault="0065294A" w:rsidP="005046C0">
            <w:pPr>
              <w:pBdr>
                <w:top w:val="none" w:sz="0" w:space="0" w:color="000000"/>
                <w:left w:val="none" w:sz="0" w:space="0" w:color="000000"/>
                <w:bottom w:val="none" w:sz="0" w:space="0" w:color="000000"/>
                <w:right w:val="none" w:sz="0" w:space="0" w:color="000000"/>
              </w:pBdr>
              <w:snapToGrid w:val="0"/>
              <w:spacing w:before="40" w:after="40"/>
              <w:ind w:left="40" w:right="40"/>
              <w:jc w:val="center"/>
              <w:rPr>
                <w:rFonts w:ascii="Times New Roman" w:eastAsia="Times New Roman" w:hAnsi="Times New Roman" w:cs="Times New Roman"/>
                <w:color w:val="000000"/>
                <w:sz w:val="20"/>
                <w:szCs w:val="20"/>
              </w:rPr>
            </w:pPr>
            <w:r w:rsidRPr="001A2E38">
              <w:rPr>
                <w:rFonts w:ascii="Times New Roman" w:eastAsia="Times New Roman" w:hAnsi="Times New Roman" w:cs="Times New Roman"/>
                <w:color w:val="000000"/>
                <w:sz w:val="20"/>
                <w:szCs w:val="20"/>
              </w:rPr>
              <w:t>Q4</w:t>
            </w:r>
          </w:p>
        </w:tc>
        <w:tc>
          <w:tcPr>
            <w:tcW w:w="3500"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7A9BC2AA" w14:textId="77777777" w:rsidR="0065294A" w:rsidRPr="001A2E38" w:rsidRDefault="0065294A" w:rsidP="005046C0">
            <w:pPr>
              <w:pBdr>
                <w:top w:val="none" w:sz="0" w:space="0" w:color="000000"/>
                <w:left w:val="none" w:sz="0" w:space="0" w:color="000000"/>
                <w:bottom w:val="none" w:sz="0" w:space="0" w:color="000000"/>
                <w:right w:val="none" w:sz="0" w:space="0" w:color="000000"/>
              </w:pBdr>
              <w:snapToGrid w:val="0"/>
              <w:spacing w:before="40" w:after="40"/>
              <w:ind w:left="40" w:right="40"/>
              <w:jc w:val="center"/>
              <w:rPr>
                <w:rFonts w:ascii="Times New Roman" w:eastAsia="Times New Roman" w:hAnsi="Times New Roman" w:cs="Times New Roman"/>
                <w:color w:val="000000"/>
                <w:sz w:val="20"/>
                <w:szCs w:val="20"/>
              </w:rPr>
            </w:pPr>
            <w:r w:rsidRPr="001A2E38">
              <w:rPr>
                <w:rFonts w:ascii="Times New Roman" w:eastAsia="Times New Roman" w:hAnsi="Times New Roman" w:cs="Times New Roman"/>
                <w:color w:val="000000"/>
                <w:sz w:val="20"/>
                <w:szCs w:val="20"/>
              </w:rPr>
              <w:t>4.104 (3.609-4.666)</w:t>
            </w:r>
          </w:p>
        </w:tc>
        <w:tc>
          <w:tcPr>
            <w:tcW w:w="1750"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4487FAC7" w14:textId="77777777" w:rsidR="0065294A" w:rsidRPr="001A2E38" w:rsidRDefault="0065294A" w:rsidP="005046C0">
            <w:pPr>
              <w:pBdr>
                <w:top w:val="none" w:sz="0" w:space="0" w:color="000000"/>
                <w:left w:val="none" w:sz="0" w:space="0" w:color="000000"/>
                <w:bottom w:val="none" w:sz="0" w:space="0" w:color="000000"/>
                <w:right w:val="none" w:sz="0" w:space="0" w:color="000000"/>
              </w:pBdr>
              <w:snapToGrid w:val="0"/>
              <w:spacing w:before="40" w:after="40"/>
              <w:ind w:left="40" w:right="40"/>
              <w:jc w:val="center"/>
              <w:rPr>
                <w:rFonts w:ascii="Times New Roman" w:eastAsia="Times New Roman" w:hAnsi="Times New Roman" w:cs="Times New Roman"/>
                <w:color w:val="000000"/>
                <w:sz w:val="20"/>
                <w:szCs w:val="20"/>
              </w:rPr>
            </w:pPr>
            <w:r w:rsidRPr="001A2E38">
              <w:rPr>
                <w:rFonts w:ascii="Times New Roman" w:eastAsia="Times New Roman" w:hAnsi="Times New Roman" w:cs="Times New Roman"/>
                <w:color w:val="000000"/>
                <w:sz w:val="20"/>
                <w:szCs w:val="20"/>
              </w:rPr>
              <w:t>&lt;0.001</w:t>
            </w:r>
          </w:p>
        </w:tc>
        <w:tc>
          <w:tcPr>
            <w:tcW w:w="1925"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2FAC8A6C" w14:textId="77777777" w:rsidR="0065294A" w:rsidRPr="001A2E38" w:rsidRDefault="0065294A" w:rsidP="005046C0">
            <w:pPr>
              <w:pBdr>
                <w:top w:val="none" w:sz="0" w:space="0" w:color="000000"/>
                <w:left w:val="none" w:sz="0" w:space="0" w:color="000000"/>
                <w:bottom w:val="none" w:sz="0" w:space="0" w:color="000000"/>
                <w:right w:val="none" w:sz="0" w:space="0" w:color="000000"/>
              </w:pBdr>
              <w:snapToGrid w:val="0"/>
              <w:spacing w:before="40" w:after="40"/>
              <w:ind w:left="40" w:right="40"/>
              <w:jc w:val="center"/>
              <w:rPr>
                <w:rFonts w:ascii="Times New Roman" w:eastAsia="Times New Roman" w:hAnsi="Times New Roman" w:cs="Times New Roman"/>
                <w:color w:val="000000"/>
                <w:sz w:val="20"/>
                <w:szCs w:val="20"/>
              </w:rPr>
            </w:pPr>
            <w:r w:rsidRPr="001A2E38">
              <w:rPr>
                <w:rFonts w:ascii="Times New Roman" w:eastAsia="Times New Roman" w:hAnsi="Times New Roman" w:cs="Times New Roman"/>
                <w:color w:val="000000"/>
                <w:sz w:val="20"/>
                <w:szCs w:val="20"/>
              </w:rPr>
              <w:t>&lt;0.001</w:t>
            </w:r>
          </w:p>
        </w:tc>
      </w:tr>
      <w:tr w:rsidR="0065294A" w:rsidRPr="001A2E38" w14:paraId="170DCBA9" w14:textId="77777777" w:rsidTr="005046C0">
        <w:trPr>
          <w:jc w:val="center"/>
        </w:trPr>
        <w:tc>
          <w:tcPr>
            <w:tcW w:w="2099"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07DC85A4" w14:textId="77777777" w:rsidR="0065294A" w:rsidRPr="001A2E38" w:rsidRDefault="0065294A" w:rsidP="005046C0">
            <w:pPr>
              <w:pBdr>
                <w:top w:val="none" w:sz="0" w:space="0" w:color="000000"/>
                <w:left w:val="none" w:sz="0" w:space="0" w:color="000000"/>
                <w:bottom w:val="none" w:sz="0" w:space="0" w:color="000000"/>
                <w:right w:val="none" w:sz="0" w:space="0" w:color="000000"/>
              </w:pBdr>
              <w:snapToGrid w:val="0"/>
              <w:spacing w:before="40" w:after="40"/>
              <w:ind w:left="40" w:right="40"/>
              <w:rPr>
                <w:rFonts w:ascii="Times New Roman" w:eastAsia="Times New Roman" w:hAnsi="Times New Roman" w:cs="Times New Roman"/>
                <w:color w:val="000000"/>
                <w:sz w:val="20"/>
                <w:szCs w:val="20"/>
              </w:rPr>
            </w:pPr>
            <w:r w:rsidRPr="001A2E38">
              <w:rPr>
                <w:rFonts w:ascii="Times New Roman" w:eastAsia="Times New Roman" w:hAnsi="Times New Roman" w:cs="Times New Roman"/>
                <w:color w:val="000000"/>
                <w:sz w:val="20"/>
                <w:szCs w:val="20"/>
              </w:rPr>
              <w:t>CHG-WC</w:t>
            </w:r>
          </w:p>
        </w:tc>
        <w:tc>
          <w:tcPr>
            <w:tcW w:w="2974"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31FFA385" w14:textId="77777777" w:rsidR="0065294A" w:rsidRPr="001A2E38" w:rsidRDefault="0065294A" w:rsidP="005046C0">
            <w:pPr>
              <w:pBdr>
                <w:top w:val="none" w:sz="0" w:space="0" w:color="000000"/>
                <w:left w:val="none" w:sz="0" w:space="0" w:color="000000"/>
                <w:bottom w:val="none" w:sz="0" w:space="0" w:color="000000"/>
                <w:right w:val="none" w:sz="0" w:space="0" w:color="000000"/>
              </w:pBdr>
              <w:snapToGrid w:val="0"/>
              <w:spacing w:before="40" w:after="40"/>
              <w:ind w:left="40" w:right="40"/>
              <w:jc w:val="center"/>
              <w:rPr>
                <w:rFonts w:ascii="Times New Roman" w:eastAsia="Times New Roman" w:hAnsi="Times New Roman" w:cs="Times New Roman"/>
                <w:color w:val="000000"/>
                <w:sz w:val="20"/>
                <w:szCs w:val="20"/>
              </w:rPr>
            </w:pPr>
            <w:r w:rsidRPr="001A2E38">
              <w:rPr>
                <w:rFonts w:ascii="Times New Roman" w:eastAsia="Times New Roman" w:hAnsi="Times New Roman" w:cs="Times New Roman"/>
                <w:color w:val="000000"/>
                <w:sz w:val="20"/>
                <w:szCs w:val="20"/>
              </w:rPr>
              <w:t>Per 1-SD increase</w:t>
            </w:r>
          </w:p>
        </w:tc>
        <w:tc>
          <w:tcPr>
            <w:tcW w:w="3500"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3730EEF9" w14:textId="77777777" w:rsidR="0065294A" w:rsidRPr="001A2E38" w:rsidRDefault="0065294A" w:rsidP="005046C0">
            <w:pPr>
              <w:pBdr>
                <w:top w:val="none" w:sz="0" w:space="0" w:color="000000"/>
                <w:left w:val="none" w:sz="0" w:space="0" w:color="000000"/>
                <w:bottom w:val="none" w:sz="0" w:space="0" w:color="000000"/>
                <w:right w:val="none" w:sz="0" w:space="0" w:color="000000"/>
              </w:pBdr>
              <w:snapToGrid w:val="0"/>
              <w:spacing w:before="40" w:after="40"/>
              <w:ind w:left="40" w:right="40"/>
              <w:jc w:val="center"/>
              <w:rPr>
                <w:rFonts w:ascii="Times New Roman" w:eastAsia="Times New Roman" w:hAnsi="Times New Roman" w:cs="Times New Roman"/>
                <w:color w:val="000000"/>
                <w:sz w:val="20"/>
                <w:szCs w:val="20"/>
              </w:rPr>
            </w:pPr>
            <w:r w:rsidRPr="001A2E38">
              <w:rPr>
                <w:rFonts w:ascii="Times New Roman" w:eastAsia="Times New Roman" w:hAnsi="Times New Roman" w:cs="Times New Roman"/>
                <w:color w:val="000000"/>
                <w:sz w:val="20"/>
                <w:szCs w:val="20"/>
              </w:rPr>
              <w:t>1.687 (1.636-1.739)</w:t>
            </w:r>
          </w:p>
        </w:tc>
        <w:tc>
          <w:tcPr>
            <w:tcW w:w="1750"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6B4C8F23" w14:textId="77777777" w:rsidR="0065294A" w:rsidRPr="001A2E38" w:rsidRDefault="0065294A" w:rsidP="005046C0">
            <w:pPr>
              <w:pBdr>
                <w:top w:val="none" w:sz="0" w:space="0" w:color="000000"/>
                <w:left w:val="none" w:sz="0" w:space="0" w:color="000000"/>
                <w:bottom w:val="none" w:sz="0" w:space="0" w:color="000000"/>
                <w:right w:val="none" w:sz="0" w:space="0" w:color="000000"/>
              </w:pBdr>
              <w:snapToGrid w:val="0"/>
              <w:spacing w:before="40" w:after="40"/>
              <w:ind w:left="40" w:right="40"/>
              <w:jc w:val="center"/>
              <w:rPr>
                <w:rFonts w:ascii="Times New Roman" w:eastAsia="Times New Roman" w:hAnsi="Times New Roman" w:cs="Times New Roman"/>
                <w:color w:val="000000"/>
                <w:sz w:val="20"/>
                <w:szCs w:val="20"/>
              </w:rPr>
            </w:pPr>
            <w:r w:rsidRPr="001A2E38">
              <w:rPr>
                <w:rFonts w:ascii="Times New Roman" w:eastAsia="Times New Roman" w:hAnsi="Times New Roman" w:cs="Times New Roman"/>
                <w:color w:val="000000"/>
                <w:sz w:val="20"/>
                <w:szCs w:val="20"/>
              </w:rPr>
              <w:t>&lt;0.001</w:t>
            </w:r>
          </w:p>
        </w:tc>
        <w:tc>
          <w:tcPr>
            <w:tcW w:w="1925"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731C12E5" w14:textId="77777777" w:rsidR="0065294A" w:rsidRPr="001A2E38" w:rsidRDefault="0065294A" w:rsidP="005046C0">
            <w:pPr>
              <w:pBdr>
                <w:top w:val="none" w:sz="0" w:space="0" w:color="000000"/>
                <w:left w:val="none" w:sz="0" w:space="0" w:color="000000"/>
                <w:bottom w:val="none" w:sz="0" w:space="0" w:color="000000"/>
                <w:right w:val="none" w:sz="0" w:space="0" w:color="000000"/>
              </w:pBdr>
              <w:snapToGrid w:val="0"/>
              <w:spacing w:before="40" w:after="40"/>
              <w:ind w:left="40" w:right="40"/>
              <w:jc w:val="center"/>
              <w:rPr>
                <w:rFonts w:ascii="Times New Roman" w:eastAsia="Times New Roman" w:hAnsi="Times New Roman" w:cs="Times New Roman"/>
                <w:color w:val="000000"/>
                <w:sz w:val="20"/>
                <w:szCs w:val="20"/>
              </w:rPr>
            </w:pPr>
          </w:p>
        </w:tc>
      </w:tr>
      <w:tr w:rsidR="0065294A" w:rsidRPr="001A2E38" w14:paraId="77492794" w14:textId="77777777" w:rsidTr="005046C0">
        <w:trPr>
          <w:jc w:val="center"/>
        </w:trPr>
        <w:tc>
          <w:tcPr>
            <w:tcW w:w="2099"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074ADE9A" w14:textId="77777777" w:rsidR="0065294A" w:rsidRPr="001A2E38" w:rsidRDefault="0065294A" w:rsidP="005046C0">
            <w:pPr>
              <w:pBdr>
                <w:top w:val="none" w:sz="0" w:space="0" w:color="000000"/>
                <w:left w:val="none" w:sz="0" w:space="0" w:color="000000"/>
                <w:bottom w:val="none" w:sz="0" w:space="0" w:color="000000"/>
                <w:right w:val="none" w:sz="0" w:space="0" w:color="000000"/>
              </w:pBdr>
              <w:snapToGrid w:val="0"/>
              <w:spacing w:before="40" w:after="40"/>
              <w:ind w:left="40" w:right="40"/>
              <w:rPr>
                <w:rFonts w:ascii="Times New Roman" w:eastAsia="Times New Roman" w:hAnsi="Times New Roman" w:cs="Times New Roman"/>
                <w:color w:val="000000"/>
                <w:sz w:val="20"/>
                <w:szCs w:val="20"/>
              </w:rPr>
            </w:pPr>
          </w:p>
        </w:tc>
        <w:tc>
          <w:tcPr>
            <w:tcW w:w="2974"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5E4A6301" w14:textId="77777777" w:rsidR="0065294A" w:rsidRPr="001A2E38" w:rsidRDefault="0065294A" w:rsidP="005046C0">
            <w:pPr>
              <w:pBdr>
                <w:top w:val="none" w:sz="0" w:space="0" w:color="000000"/>
                <w:left w:val="none" w:sz="0" w:space="0" w:color="000000"/>
                <w:bottom w:val="none" w:sz="0" w:space="0" w:color="000000"/>
                <w:right w:val="none" w:sz="0" w:space="0" w:color="000000"/>
              </w:pBdr>
              <w:snapToGrid w:val="0"/>
              <w:spacing w:before="40" w:after="40"/>
              <w:ind w:left="40" w:right="40"/>
              <w:jc w:val="center"/>
              <w:rPr>
                <w:rFonts w:ascii="Times New Roman" w:eastAsia="Times New Roman" w:hAnsi="Times New Roman" w:cs="Times New Roman"/>
                <w:color w:val="000000"/>
                <w:sz w:val="20"/>
                <w:szCs w:val="20"/>
              </w:rPr>
            </w:pPr>
            <w:r w:rsidRPr="001A2E38">
              <w:rPr>
                <w:rFonts w:ascii="Times New Roman" w:eastAsia="Times New Roman" w:hAnsi="Times New Roman" w:cs="Times New Roman"/>
                <w:color w:val="000000"/>
                <w:sz w:val="20"/>
                <w:szCs w:val="20"/>
              </w:rPr>
              <w:t>Q1</w:t>
            </w:r>
          </w:p>
        </w:tc>
        <w:tc>
          <w:tcPr>
            <w:tcW w:w="3500"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66C50BE1" w14:textId="77777777" w:rsidR="0065294A" w:rsidRPr="001A2E38" w:rsidRDefault="0065294A" w:rsidP="005046C0">
            <w:pPr>
              <w:pBdr>
                <w:top w:val="none" w:sz="0" w:space="0" w:color="000000"/>
                <w:left w:val="none" w:sz="0" w:space="0" w:color="000000"/>
                <w:bottom w:val="none" w:sz="0" w:space="0" w:color="000000"/>
                <w:right w:val="none" w:sz="0" w:space="0" w:color="000000"/>
              </w:pBdr>
              <w:snapToGrid w:val="0"/>
              <w:spacing w:before="40" w:after="40"/>
              <w:ind w:left="40" w:right="40"/>
              <w:jc w:val="center"/>
              <w:rPr>
                <w:rFonts w:ascii="Times New Roman" w:eastAsia="Times New Roman" w:hAnsi="Times New Roman" w:cs="Times New Roman"/>
                <w:color w:val="000000"/>
                <w:sz w:val="20"/>
                <w:szCs w:val="20"/>
              </w:rPr>
            </w:pPr>
            <w:r w:rsidRPr="001A2E38">
              <w:rPr>
                <w:rFonts w:ascii="Times New Roman" w:eastAsia="Times New Roman" w:hAnsi="Times New Roman" w:cs="Times New Roman"/>
                <w:color w:val="000000"/>
                <w:sz w:val="20"/>
                <w:szCs w:val="20"/>
              </w:rPr>
              <w:t>Reference</w:t>
            </w:r>
          </w:p>
        </w:tc>
        <w:tc>
          <w:tcPr>
            <w:tcW w:w="1750"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3065B3DF" w14:textId="77777777" w:rsidR="0065294A" w:rsidRPr="001A2E38" w:rsidRDefault="0065294A" w:rsidP="005046C0">
            <w:pPr>
              <w:pBdr>
                <w:top w:val="none" w:sz="0" w:space="0" w:color="000000"/>
                <w:left w:val="none" w:sz="0" w:space="0" w:color="000000"/>
                <w:bottom w:val="none" w:sz="0" w:space="0" w:color="000000"/>
                <w:right w:val="none" w:sz="0" w:space="0" w:color="000000"/>
              </w:pBdr>
              <w:snapToGrid w:val="0"/>
              <w:spacing w:before="40" w:after="40"/>
              <w:ind w:left="40" w:right="40"/>
              <w:jc w:val="center"/>
              <w:rPr>
                <w:rFonts w:ascii="Times New Roman" w:eastAsia="Times New Roman" w:hAnsi="Times New Roman" w:cs="Times New Roman"/>
                <w:color w:val="000000"/>
                <w:sz w:val="20"/>
                <w:szCs w:val="20"/>
              </w:rPr>
            </w:pPr>
          </w:p>
        </w:tc>
        <w:tc>
          <w:tcPr>
            <w:tcW w:w="1925"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48B23286" w14:textId="77777777" w:rsidR="0065294A" w:rsidRPr="001A2E38" w:rsidRDefault="0065294A" w:rsidP="005046C0">
            <w:pPr>
              <w:pBdr>
                <w:top w:val="none" w:sz="0" w:space="0" w:color="000000"/>
                <w:left w:val="none" w:sz="0" w:space="0" w:color="000000"/>
                <w:bottom w:val="none" w:sz="0" w:space="0" w:color="000000"/>
                <w:right w:val="none" w:sz="0" w:space="0" w:color="000000"/>
              </w:pBdr>
              <w:snapToGrid w:val="0"/>
              <w:spacing w:before="40" w:after="40"/>
              <w:ind w:left="40" w:right="40"/>
              <w:jc w:val="center"/>
              <w:rPr>
                <w:rFonts w:ascii="Times New Roman" w:eastAsia="Times New Roman" w:hAnsi="Times New Roman" w:cs="Times New Roman"/>
                <w:color w:val="000000"/>
                <w:sz w:val="20"/>
                <w:szCs w:val="20"/>
              </w:rPr>
            </w:pPr>
          </w:p>
        </w:tc>
      </w:tr>
      <w:tr w:rsidR="0065294A" w:rsidRPr="001A2E38" w14:paraId="7574076D" w14:textId="77777777" w:rsidTr="005046C0">
        <w:trPr>
          <w:jc w:val="center"/>
        </w:trPr>
        <w:tc>
          <w:tcPr>
            <w:tcW w:w="2099"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4C803DFE" w14:textId="77777777" w:rsidR="0065294A" w:rsidRPr="001A2E38" w:rsidRDefault="0065294A" w:rsidP="005046C0">
            <w:pPr>
              <w:pBdr>
                <w:top w:val="none" w:sz="0" w:space="0" w:color="000000"/>
                <w:left w:val="none" w:sz="0" w:space="0" w:color="000000"/>
                <w:bottom w:val="none" w:sz="0" w:space="0" w:color="000000"/>
                <w:right w:val="none" w:sz="0" w:space="0" w:color="000000"/>
              </w:pBdr>
              <w:snapToGrid w:val="0"/>
              <w:spacing w:before="40" w:after="40"/>
              <w:ind w:left="40" w:right="40"/>
              <w:rPr>
                <w:rFonts w:ascii="Times New Roman" w:eastAsia="Times New Roman" w:hAnsi="Times New Roman" w:cs="Times New Roman"/>
                <w:color w:val="000000"/>
                <w:sz w:val="20"/>
                <w:szCs w:val="20"/>
              </w:rPr>
            </w:pPr>
          </w:p>
        </w:tc>
        <w:tc>
          <w:tcPr>
            <w:tcW w:w="2974"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6ED72265" w14:textId="77777777" w:rsidR="0065294A" w:rsidRPr="001A2E38" w:rsidRDefault="0065294A" w:rsidP="005046C0">
            <w:pPr>
              <w:pBdr>
                <w:top w:val="none" w:sz="0" w:space="0" w:color="000000"/>
                <w:left w:val="none" w:sz="0" w:space="0" w:color="000000"/>
                <w:bottom w:val="none" w:sz="0" w:space="0" w:color="000000"/>
                <w:right w:val="none" w:sz="0" w:space="0" w:color="000000"/>
              </w:pBdr>
              <w:snapToGrid w:val="0"/>
              <w:spacing w:before="40" w:after="40"/>
              <w:ind w:left="40" w:right="40"/>
              <w:jc w:val="center"/>
              <w:rPr>
                <w:rFonts w:ascii="Times New Roman" w:eastAsia="Times New Roman" w:hAnsi="Times New Roman" w:cs="Times New Roman"/>
                <w:color w:val="000000"/>
                <w:sz w:val="20"/>
                <w:szCs w:val="20"/>
              </w:rPr>
            </w:pPr>
            <w:r w:rsidRPr="001A2E38">
              <w:rPr>
                <w:rFonts w:ascii="Times New Roman" w:eastAsia="Times New Roman" w:hAnsi="Times New Roman" w:cs="Times New Roman"/>
                <w:color w:val="000000"/>
                <w:sz w:val="20"/>
                <w:szCs w:val="20"/>
              </w:rPr>
              <w:t>Q2</w:t>
            </w:r>
          </w:p>
        </w:tc>
        <w:tc>
          <w:tcPr>
            <w:tcW w:w="3500"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4E4F76D3" w14:textId="77777777" w:rsidR="0065294A" w:rsidRPr="001A2E38" w:rsidRDefault="0065294A" w:rsidP="005046C0">
            <w:pPr>
              <w:pBdr>
                <w:top w:val="none" w:sz="0" w:space="0" w:color="000000"/>
                <w:left w:val="none" w:sz="0" w:space="0" w:color="000000"/>
                <w:bottom w:val="none" w:sz="0" w:space="0" w:color="000000"/>
                <w:right w:val="none" w:sz="0" w:space="0" w:color="000000"/>
              </w:pBdr>
              <w:snapToGrid w:val="0"/>
              <w:spacing w:before="40" w:after="40"/>
              <w:ind w:left="40" w:right="40"/>
              <w:jc w:val="center"/>
              <w:rPr>
                <w:rFonts w:ascii="Times New Roman" w:eastAsia="Times New Roman" w:hAnsi="Times New Roman" w:cs="Times New Roman"/>
                <w:color w:val="000000"/>
                <w:sz w:val="20"/>
                <w:szCs w:val="20"/>
              </w:rPr>
            </w:pPr>
            <w:r w:rsidRPr="001A2E38">
              <w:rPr>
                <w:rFonts w:ascii="Times New Roman" w:eastAsia="Times New Roman" w:hAnsi="Times New Roman" w:cs="Times New Roman"/>
                <w:color w:val="000000"/>
                <w:sz w:val="20"/>
                <w:szCs w:val="20"/>
              </w:rPr>
              <w:t>1.184 (1.010-1.388)</w:t>
            </w:r>
          </w:p>
        </w:tc>
        <w:tc>
          <w:tcPr>
            <w:tcW w:w="1750"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598E597D" w14:textId="77777777" w:rsidR="0065294A" w:rsidRPr="001A2E38" w:rsidRDefault="0065294A" w:rsidP="005046C0">
            <w:pPr>
              <w:pBdr>
                <w:top w:val="none" w:sz="0" w:space="0" w:color="000000"/>
                <w:left w:val="none" w:sz="0" w:space="0" w:color="000000"/>
                <w:bottom w:val="none" w:sz="0" w:space="0" w:color="000000"/>
                <w:right w:val="none" w:sz="0" w:space="0" w:color="000000"/>
              </w:pBdr>
              <w:snapToGrid w:val="0"/>
              <w:spacing w:before="40" w:after="40"/>
              <w:ind w:left="40" w:right="40"/>
              <w:jc w:val="center"/>
              <w:rPr>
                <w:rFonts w:ascii="Times New Roman" w:eastAsia="Times New Roman" w:hAnsi="Times New Roman" w:cs="Times New Roman"/>
                <w:color w:val="000000"/>
                <w:sz w:val="20"/>
                <w:szCs w:val="20"/>
              </w:rPr>
            </w:pPr>
            <w:r w:rsidRPr="001A2E38">
              <w:rPr>
                <w:rFonts w:ascii="Times New Roman" w:eastAsia="Times New Roman" w:hAnsi="Times New Roman" w:cs="Times New Roman"/>
                <w:color w:val="000000"/>
                <w:sz w:val="20"/>
                <w:szCs w:val="20"/>
              </w:rPr>
              <w:t>0.038</w:t>
            </w:r>
          </w:p>
        </w:tc>
        <w:tc>
          <w:tcPr>
            <w:tcW w:w="1925"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450BEC46" w14:textId="77777777" w:rsidR="0065294A" w:rsidRPr="001A2E38" w:rsidRDefault="0065294A" w:rsidP="005046C0">
            <w:pPr>
              <w:pBdr>
                <w:top w:val="none" w:sz="0" w:space="0" w:color="000000"/>
                <w:left w:val="none" w:sz="0" w:space="0" w:color="000000"/>
                <w:bottom w:val="none" w:sz="0" w:space="0" w:color="000000"/>
                <w:right w:val="none" w:sz="0" w:space="0" w:color="000000"/>
              </w:pBdr>
              <w:snapToGrid w:val="0"/>
              <w:spacing w:before="40" w:after="40"/>
              <w:ind w:left="40" w:right="40"/>
              <w:jc w:val="center"/>
              <w:rPr>
                <w:rFonts w:ascii="Times New Roman" w:eastAsia="Times New Roman" w:hAnsi="Times New Roman" w:cs="Times New Roman"/>
                <w:color w:val="000000"/>
                <w:sz w:val="20"/>
                <w:szCs w:val="20"/>
              </w:rPr>
            </w:pPr>
          </w:p>
        </w:tc>
      </w:tr>
      <w:tr w:rsidR="0065294A" w:rsidRPr="001A2E38" w14:paraId="7F27B1C7" w14:textId="77777777" w:rsidTr="005046C0">
        <w:trPr>
          <w:jc w:val="center"/>
        </w:trPr>
        <w:tc>
          <w:tcPr>
            <w:tcW w:w="2099"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7F4DE42B" w14:textId="77777777" w:rsidR="0065294A" w:rsidRPr="001A2E38" w:rsidRDefault="0065294A" w:rsidP="005046C0">
            <w:pPr>
              <w:pBdr>
                <w:top w:val="none" w:sz="0" w:space="0" w:color="000000"/>
                <w:left w:val="none" w:sz="0" w:space="0" w:color="000000"/>
                <w:bottom w:val="none" w:sz="0" w:space="0" w:color="000000"/>
                <w:right w:val="none" w:sz="0" w:space="0" w:color="000000"/>
              </w:pBdr>
              <w:snapToGrid w:val="0"/>
              <w:spacing w:before="40" w:after="40"/>
              <w:ind w:left="40" w:right="40"/>
              <w:rPr>
                <w:rFonts w:ascii="Times New Roman" w:eastAsia="Times New Roman" w:hAnsi="Times New Roman" w:cs="Times New Roman"/>
                <w:color w:val="000000"/>
                <w:sz w:val="20"/>
                <w:szCs w:val="20"/>
              </w:rPr>
            </w:pPr>
          </w:p>
        </w:tc>
        <w:tc>
          <w:tcPr>
            <w:tcW w:w="2974"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6A374453" w14:textId="77777777" w:rsidR="0065294A" w:rsidRPr="001A2E38" w:rsidRDefault="0065294A" w:rsidP="005046C0">
            <w:pPr>
              <w:pBdr>
                <w:top w:val="none" w:sz="0" w:space="0" w:color="000000"/>
                <w:left w:val="none" w:sz="0" w:space="0" w:color="000000"/>
                <w:bottom w:val="none" w:sz="0" w:space="0" w:color="000000"/>
                <w:right w:val="none" w:sz="0" w:space="0" w:color="000000"/>
              </w:pBdr>
              <w:snapToGrid w:val="0"/>
              <w:spacing w:before="40" w:after="40"/>
              <w:ind w:left="40" w:right="40"/>
              <w:jc w:val="center"/>
              <w:rPr>
                <w:rFonts w:ascii="Times New Roman" w:eastAsia="Times New Roman" w:hAnsi="Times New Roman" w:cs="Times New Roman"/>
                <w:color w:val="000000"/>
                <w:sz w:val="20"/>
                <w:szCs w:val="20"/>
              </w:rPr>
            </w:pPr>
            <w:r w:rsidRPr="001A2E38">
              <w:rPr>
                <w:rFonts w:ascii="Times New Roman" w:eastAsia="Times New Roman" w:hAnsi="Times New Roman" w:cs="Times New Roman"/>
                <w:color w:val="000000"/>
                <w:sz w:val="20"/>
                <w:szCs w:val="20"/>
              </w:rPr>
              <w:t>Q3</w:t>
            </w:r>
          </w:p>
        </w:tc>
        <w:tc>
          <w:tcPr>
            <w:tcW w:w="3500"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654503FC" w14:textId="77777777" w:rsidR="0065294A" w:rsidRPr="001A2E38" w:rsidRDefault="0065294A" w:rsidP="005046C0">
            <w:pPr>
              <w:pBdr>
                <w:top w:val="none" w:sz="0" w:space="0" w:color="000000"/>
                <w:left w:val="none" w:sz="0" w:space="0" w:color="000000"/>
                <w:bottom w:val="none" w:sz="0" w:space="0" w:color="000000"/>
                <w:right w:val="none" w:sz="0" w:space="0" w:color="000000"/>
              </w:pBdr>
              <w:snapToGrid w:val="0"/>
              <w:spacing w:before="40" w:after="40"/>
              <w:ind w:left="40" w:right="40"/>
              <w:jc w:val="center"/>
              <w:rPr>
                <w:rFonts w:ascii="Times New Roman" w:eastAsia="Times New Roman" w:hAnsi="Times New Roman" w:cs="Times New Roman"/>
                <w:color w:val="000000"/>
                <w:sz w:val="20"/>
                <w:szCs w:val="20"/>
              </w:rPr>
            </w:pPr>
            <w:r w:rsidRPr="001A2E38">
              <w:rPr>
                <w:rFonts w:ascii="Times New Roman" w:eastAsia="Times New Roman" w:hAnsi="Times New Roman" w:cs="Times New Roman"/>
                <w:color w:val="000000"/>
                <w:sz w:val="20"/>
                <w:szCs w:val="20"/>
              </w:rPr>
              <w:t>1.758 (1.516-2.039)</w:t>
            </w:r>
          </w:p>
        </w:tc>
        <w:tc>
          <w:tcPr>
            <w:tcW w:w="1750"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23B6C09A" w14:textId="77777777" w:rsidR="0065294A" w:rsidRPr="001A2E38" w:rsidRDefault="0065294A" w:rsidP="005046C0">
            <w:pPr>
              <w:pBdr>
                <w:top w:val="none" w:sz="0" w:space="0" w:color="000000"/>
                <w:left w:val="none" w:sz="0" w:space="0" w:color="000000"/>
                <w:bottom w:val="none" w:sz="0" w:space="0" w:color="000000"/>
                <w:right w:val="none" w:sz="0" w:space="0" w:color="000000"/>
              </w:pBdr>
              <w:snapToGrid w:val="0"/>
              <w:spacing w:before="40" w:after="40"/>
              <w:ind w:left="40" w:right="40"/>
              <w:jc w:val="center"/>
              <w:rPr>
                <w:rFonts w:ascii="Times New Roman" w:eastAsia="Times New Roman" w:hAnsi="Times New Roman" w:cs="Times New Roman"/>
                <w:color w:val="000000"/>
                <w:sz w:val="20"/>
                <w:szCs w:val="20"/>
              </w:rPr>
            </w:pPr>
            <w:r w:rsidRPr="001A2E38">
              <w:rPr>
                <w:rFonts w:ascii="Times New Roman" w:eastAsia="Times New Roman" w:hAnsi="Times New Roman" w:cs="Times New Roman"/>
                <w:color w:val="000000"/>
                <w:sz w:val="20"/>
                <w:szCs w:val="20"/>
              </w:rPr>
              <w:t>&lt;0.001</w:t>
            </w:r>
          </w:p>
        </w:tc>
        <w:tc>
          <w:tcPr>
            <w:tcW w:w="1925"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3507968F" w14:textId="77777777" w:rsidR="0065294A" w:rsidRPr="001A2E38" w:rsidRDefault="0065294A" w:rsidP="005046C0">
            <w:pPr>
              <w:pBdr>
                <w:top w:val="none" w:sz="0" w:space="0" w:color="000000"/>
                <w:left w:val="none" w:sz="0" w:space="0" w:color="000000"/>
                <w:bottom w:val="none" w:sz="0" w:space="0" w:color="000000"/>
                <w:right w:val="none" w:sz="0" w:space="0" w:color="000000"/>
              </w:pBdr>
              <w:snapToGrid w:val="0"/>
              <w:spacing w:before="40" w:after="40"/>
              <w:ind w:left="40" w:right="40"/>
              <w:jc w:val="center"/>
              <w:rPr>
                <w:rFonts w:ascii="Times New Roman" w:eastAsia="Times New Roman" w:hAnsi="Times New Roman" w:cs="Times New Roman"/>
                <w:color w:val="000000"/>
                <w:sz w:val="20"/>
                <w:szCs w:val="20"/>
              </w:rPr>
            </w:pPr>
          </w:p>
        </w:tc>
      </w:tr>
      <w:tr w:rsidR="0065294A" w:rsidRPr="001A2E38" w14:paraId="495AC6F9" w14:textId="77777777" w:rsidTr="005046C0">
        <w:trPr>
          <w:jc w:val="center"/>
        </w:trPr>
        <w:tc>
          <w:tcPr>
            <w:tcW w:w="2099"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30DC2A96" w14:textId="77777777" w:rsidR="0065294A" w:rsidRPr="001A2E38" w:rsidRDefault="0065294A" w:rsidP="005046C0">
            <w:pPr>
              <w:pBdr>
                <w:top w:val="none" w:sz="0" w:space="0" w:color="000000"/>
                <w:left w:val="none" w:sz="0" w:space="0" w:color="000000"/>
                <w:bottom w:val="none" w:sz="0" w:space="0" w:color="000000"/>
                <w:right w:val="none" w:sz="0" w:space="0" w:color="000000"/>
              </w:pBdr>
              <w:snapToGrid w:val="0"/>
              <w:spacing w:before="40" w:after="40"/>
              <w:ind w:left="40" w:right="40"/>
              <w:rPr>
                <w:rFonts w:ascii="Times New Roman" w:eastAsia="Times New Roman" w:hAnsi="Times New Roman" w:cs="Times New Roman"/>
                <w:color w:val="000000"/>
                <w:sz w:val="20"/>
                <w:szCs w:val="20"/>
              </w:rPr>
            </w:pPr>
          </w:p>
        </w:tc>
        <w:tc>
          <w:tcPr>
            <w:tcW w:w="2974"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095A89BF" w14:textId="77777777" w:rsidR="0065294A" w:rsidRPr="001A2E38" w:rsidRDefault="0065294A" w:rsidP="005046C0">
            <w:pPr>
              <w:pBdr>
                <w:top w:val="none" w:sz="0" w:space="0" w:color="000000"/>
                <w:left w:val="none" w:sz="0" w:space="0" w:color="000000"/>
                <w:bottom w:val="none" w:sz="0" w:space="0" w:color="000000"/>
                <w:right w:val="none" w:sz="0" w:space="0" w:color="000000"/>
              </w:pBdr>
              <w:snapToGrid w:val="0"/>
              <w:spacing w:before="40" w:after="40"/>
              <w:ind w:left="40" w:right="40"/>
              <w:jc w:val="center"/>
              <w:rPr>
                <w:rFonts w:ascii="Times New Roman" w:eastAsia="Times New Roman" w:hAnsi="Times New Roman" w:cs="Times New Roman"/>
                <w:color w:val="000000"/>
                <w:sz w:val="20"/>
                <w:szCs w:val="20"/>
              </w:rPr>
            </w:pPr>
            <w:r w:rsidRPr="001A2E38">
              <w:rPr>
                <w:rFonts w:ascii="Times New Roman" w:eastAsia="Times New Roman" w:hAnsi="Times New Roman" w:cs="Times New Roman"/>
                <w:color w:val="000000"/>
                <w:sz w:val="20"/>
                <w:szCs w:val="20"/>
              </w:rPr>
              <w:t>Q4</w:t>
            </w:r>
          </w:p>
        </w:tc>
        <w:tc>
          <w:tcPr>
            <w:tcW w:w="3500"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71632246" w14:textId="77777777" w:rsidR="0065294A" w:rsidRPr="001A2E38" w:rsidRDefault="0065294A" w:rsidP="005046C0">
            <w:pPr>
              <w:pBdr>
                <w:top w:val="none" w:sz="0" w:space="0" w:color="000000"/>
                <w:left w:val="none" w:sz="0" w:space="0" w:color="000000"/>
                <w:bottom w:val="none" w:sz="0" w:space="0" w:color="000000"/>
                <w:right w:val="none" w:sz="0" w:space="0" w:color="000000"/>
              </w:pBdr>
              <w:snapToGrid w:val="0"/>
              <w:spacing w:before="40" w:after="40"/>
              <w:ind w:left="40" w:right="40"/>
              <w:jc w:val="center"/>
              <w:rPr>
                <w:rFonts w:ascii="Times New Roman" w:eastAsia="Times New Roman" w:hAnsi="Times New Roman" w:cs="Times New Roman"/>
                <w:color w:val="000000"/>
                <w:sz w:val="20"/>
                <w:szCs w:val="20"/>
              </w:rPr>
            </w:pPr>
            <w:r w:rsidRPr="001A2E38">
              <w:rPr>
                <w:rFonts w:ascii="Times New Roman" w:eastAsia="Times New Roman" w:hAnsi="Times New Roman" w:cs="Times New Roman"/>
                <w:color w:val="000000"/>
                <w:sz w:val="20"/>
                <w:szCs w:val="20"/>
              </w:rPr>
              <w:t>3.874 (3.384-4.436)</w:t>
            </w:r>
          </w:p>
        </w:tc>
        <w:tc>
          <w:tcPr>
            <w:tcW w:w="1750"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0326D8FC" w14:textId="77777777" w:rsidR="0065294A" w:rsidRPr="001A2E38" w:rsidRDefault="0065294A" w:rsidP="005046C0">
            <w:pPr>
              <w:pBdr>
                <w:top w:val="none" w:sz="0" w:space="0" w:color="000000"/>
                <w:left w:val="none" w:sz="0" w:space="0" w:color="000000"/>
                <w:bottom w:val="none" w:sz="0" w:space="0" w:color="000000"/>
                <w:right w:val="none" w:sz="0" w:space="0" w:color="000000"/>
              </w:pBdr>
              <w:snapToGrid w:val="0"/>
              <w:spacing w:before="40" w:after="40"/>
              <w:ind w:left="40" w:right="40"/>
              <w:jc w:val="center"/>
              <w:rPr>
                <w:rFonts w:ascii="Times New Roman" w:eastAsia="Times New Roman" w:hAnsi="Times New Roman" w:cs="Times New Roman"/>
                <w:color w:val="000000"/>
                <w:sz w:val="20"/>
                <w:szCs w:val="20"/>
              </w:rPr>
            </w:pPr>
            <w:r w:rsidRPr="001A2E38">
              <w:rPr>
                <w:rFonts w:ascii="Times New Roman" w:eastAsia="Times New Roman" w:hAnsi="Times New Roman" w:cs="Times New Roman"/>
                <w:color w:val="000000"/>
                <w:sz w:val="20"/>
                <w:szCs w:val="20"/>
              </w:rPr>
              <w:t>&lt;0.001</w:t>
            </w:r>
          </w:p>
        </w:tc>
        <w:tc>
          <w:tcPr>
            <w:tcW w:w="1925"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045EF146" w14:textId="77777777" w:rsidR="0065294A" w:rsidRPr="001A2E38" w:rsidRDefault="0065294A" w:rsidP="005046C0">
            <w:pPr>
              <w:pBdr>
                <w:top w:val="none" w:sz="0" w:space="0" w:color="000000"/>
                <w:left w:val="none" w:sz="0" w:space="0" w:color="000000"/>
                <w:bottom w:val="none" w:sz="0" w:space="0" w:color="000000"/>
                <w:right w:val="none" w:sz="0" w:space="0" w:color="000000"/>
              </w:pBdr>
              <w:snapToGrid w:val="0"/>
              <w:spacing w:before="40" w:after="40"/>
              <w:ind w:left="40" w:right="40"/>
              <w:jc w:val="center"/>
              <w:rPr>
                <w:rFonts w:ascii="Times New Roman" w:eastAsia="Times New Roman" w:hAnsi="Times New Roman" w:cs="Times New Roman"/>
                <w:color w:val="000000"/>
                <w:sz w:val="20"/>
                <w:szCs w:val="20"/>
              </w:rPr>
            </w:pPr>
            <w:r w:rsidRPr="001A2E38">
              <w:rPr>
                <w:rFonts w:ascii="Times New Roman" w:eastAsia="Times New Roman" w:hAnsi="Times New Roman" w:cs="Times New Roman"/>
                <w:color w:val="000000"/>
                <w:sz w:val="20"/>
                <w:szCs w:val="20"/>
              </w:rPr>
              <w:t>&lt;0.001</w:t>
            </w:r>
          </w:p>
        </w:tc>
      </w:tr>
      <w:tr w:rsidR="0065294A" w:rsidRPr="001A2E38" w14:paraId="4D6C09BE" w14:textId="77777777" w:rsidTr="005046C0">
        <w:trPr>
          <w:jc w:val="center"/>
        </w:trPr>
        <w:tc>
          <w:tcPr>
            <w:tcW w:w="2099"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3A90264D" w14:textId="77777777" w:rsidR="0065294A" w:rsidRPr="001A2E38" w:rsidRDefault="0065294A" w:rsidP="005046C0">
            <w:pPr>
              <w:pBdr>
                <w:top w:val="none" w:sz="0" w:space="0" w:color="000000"/>
                <w:left w:val="none" w:sz="0" w:space="0" w:color="000000"/>
                <w:bottom w:val="none" w:sz="0" w:space="0" w:color="000000"/>
                <w:right w:val="none" w:sz="0" w:space="0" w:color="000000"/>
              </w:pBdr>
              <w:snapToGrid w:val="0"/>
              <w:spacing w:before="40" w:after="40"/>
              <w:ind w:left="40" w:right="40"/>
              <w:rPr>
                <w:rFonts w:ascii="Times New Roman" w:eastAsia="Times New Roman" w:hAnsi="Times New Roman" w:cs="Times New Roman"/>
                <w:color w:val="000000"/>
                <w:sz w:val="20"/>
                <w:szCs w:val="20"/>
              </w:rPr>
            </w:pPr>
            <w:r w:rsidRPr="001A2E38">
              <w:rPr>
                <w:rFonts w:ascii="Times New Roman" w:eastAsia="Times New Roman" w:hAnsi="Times New Roman" w:cs="Times New Roman"/>
                <w:color w:val="000000"/>
                <w:sz w:val="20"/>
                <w:szCs w:val="20"/>
              </w:rPr>
              <w:t>CHG-WHtR</w:t>
            </w:r>
          </w:p>
        </w:tc>
        <w:tc>
          <w:tcPr>
            <w:tcW w:w="2974"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471A1916" w14:textId="77777777" w:rsidR="0065294A" w:rsidRPr="001A2E38" w:rsidRDefault="0065294A" w:rsidP="005046C0">
            <w:pPr>
              <w:pBdr>
                <w:top w:val="none" w:sz="0" w:space="0" w:color="000000"/>
                <w:left w:val="none" w:sz="0" w:space="0" w:color="000000"/>
                <w:bottom w:val="none" w:sz="0" w:space="0" w:color="000000"/>
                <w:right w:val="none" w:sz="0" w:space="0" w:color="000000"/>
              </w:pBdr>
              <w:snapToGrid w:val="0"/>
              <w:spacing w:before="40" w:after="40"/>
              <w:ind w:left="40" w:right="40"/>
              <w:jc w:val="center"/>
              <w:rPr>
                <w:rFonts w:ascii="Times New Roman" w:eastAsia="Times New Roman" w:hAnsi="Times New Roman" w:cs="Times New Roman"/>
                <w:color w:val="000000"/>
                <w:sz w:val="20"/>
                <w:szCs w:val="20"/>
              </w:rPr>
            </w:pPr>
            <w:r w:rsidRPr="001A2E38">
              <w:rPr>
                <w:rFonts w:ascii="Times New Roman" w:eastAsia="Times New Roman" w:hAnsi="Times New Roman" w:cs="Times New Roman"/>
                <w:color w:val="000000"/>
                <w:sz w:val="20"/>
                <w:szCs w:val="20"/>
              </w:rPr>
              <w:t>Per 1-SD increase</w:t>
            </w:r>
          </w:p>
        </w:tc>
        <w:tc>
          <w:tcPr>
            <w:tcW w:w="3500"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4F4134E9" w14:textId="77777777" w:rsidR="0065294A" w:rsidRPr="001A2E38" w:rsidRDefault="0065294A" w:rsidP="005046C0">
            <w:pPr>
              <w:pBdr>
                <w:top w:val="none" w:sz="0" w:space="0" w:color="000000"/>
                <w:left w:val="none" w:sz="0" w:space="0" w:color="000000"/>
                <w:bottom w:val="none" w:sz="0" w:space="0" w:color="000000"/>
                <w:right w:val="none" w:sz="0" w:space="0" w:color="000000"/>
              </w:pBdr>
              <w:snapToGrid w:val="0"/>
              <w:spacing w:before="40" w:after="40"/>
              <w:ind w:left="40" w:right="40"/>
              <w:jc w:val="center"/>
              <w:rPr>
                <w:rFonts w:ascii="Times New Roman" w:eastAsia="Times New Roman" w:hAnsi="Times New Roman" w:cs="Times New Roman"/>
                <w:color w:val="000000"/>
                <w:sz w:val="20"/>
                <w:szCs w:val="20"/>
              </w:rPr>
            </w:pPr>
            <w:r w:rsidRPr="001A2E38">
              <w:rPr>
                <w:rFonts w:ascii="Times New Roman" w:eastAsia="Times New Roman" w:hAnsi="Times New Roman" w:cs="Times New Roman"/>
                <w:color w:val="000000"/>
                <w:sz w:val="20"/>
                <w:szCs w:val="20"/>
              </w:rPr>
              <w:t>1.704 (1.654-1.755)</w:t>
            </w:r>
          </w:p>
        </w:tc>
        <w:tc>
          <w:tcPr>
            <w:tcW w:w="1750"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1397B945" w14:textId="77777777" w:rsidR="0065294A" w:rsidRPr="001A2E38" w:rsidRDefault="0065294A" w:rsidP="005046C0">
            <w:pPr>
              <w:pBdr>
                <w:top w:val="none" w:sz="0" w:space="0" w:color="000000"/>
                <w:left w:val="none" w:sz="0" w:space="0" w:color="000000"/>
                <w:bottom w:val="none" w:sz="0" w:space="0" w:color="000000"/>
                <w:right w:val="none" w:sz="0" w:space="0" w:color="000000"/>
              </w:pBdr>
              <w:snapToGrid w:val="0"/>
              <w:spacing w:before="40" w:after="40"/>
              <w:ind w:left="40" w:right="40"/>
              <w:jc w:val="center"/>
              <w:rPr>
                <w:rFonts w:ascii="Times New Roman" w:eastAsia="Times New Roman" w:hAnsi="Times New Roman" w:cs="Times New Roman"/>
                <w:color w:val="000000"/>
                <w:sz w:val="20"/>
                <w:szCs w:val="20"/>
              </w:rPr>
            </w:pPr>
            <w:r w:rsidRPr="001A2E38">
              <w:rPr>
                <w:rFonts w:ascii="Times New Roman" w:eastAsia="Times New Roman" w:hAnsi="Times New Roman" w:cs="Times New Roman"/>
                <w:color w:val="000000"/>
                <w:sz w:val="20"/>
                <w:szCs w:val="20"/>
              </w:rPr>
              <w:t>&lt;0.001</w:t>
            </w:r>
          </w:p>
        </w:tc>
        <w:tc>
          <w:tcPr>
            <w:tcW w:w="1925"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3EAB51C0" w14:textId="77777777" w:rsidR="0065294A" w:rsidRPr="001A2E38" w:rsidRDefault="0065294A" w:rsidP="005046C0">
            <w:pPr>
              <w:pBdr>
                <w:top w:val="none" w:sz="0" w:space="0" w:color="000000"/>
                <w:left w:val="none" w:sz="0" w:space="0" w:color="000000"/>
                <w:bottom w:val="none" w:sz="0" w:space="0" w:color="000000"/>
                <w:right w:val="none" w:sz="0" w:space="0" w:color="000000"/>
              </w:pBdr>
              <w:snapToGrid w:val="0"/>
              <w:spacing w:before="40" w:after="40"/>
              <w:ind w:left="40" w:right="40"/>
              <w:jc w:val="center"/>
              <w:rPr>
                <w:rFonts w:ascii="Times New Roman" w:eastAsia="Times New Roman" w:hAnsi="Times New Roman" w:cs="Times New Roman"/>
                <w:color w:val="000000"/>
                <w:sz w:val="20"/>
                <w:szCs w:val="20"/>
              </w:rPr>
            </w:pPr>
          </w:p>
        </w:tc>
      </w:tr>
      <w:tr w:rsidR="0065294A" w:rsidRPr="001A2E38" w14:paraId="1EF96D20" w14:textId="77777777" w:rsidTr="005046C0">
        <w:trPr>
          <w:jc w:val="center"/>
        </w:trPr>
        <w:tc>
          <w:tcPr>
            <w:tcW w:w="2099"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44BE9371" w14:textId="77777777" w:rsidR="0065294A" w:rsidRPr="001A2E38" w:rsidRDefault="0065294A" w:rsidP="005046C0">
            <w:pPr>
              <w:pBdr>
                <w:top w:val="none" w:sz="0" w:space="0" w:color="000000"/>
                <w:left w:val="none" w:sz="0" w:space="0" w:color="000000"/>
                <w:bottom w:val="none" w:sz="0" w:space="0" w:color="000000"/>
                <w:right w:val="none" w:sz="0" w:space="0" w:color="000000"/>
              </w:pBdr>
              <w:snapToGrid w:val="0"/>
              <w:spacing w:before="40" w:after="40"/>
              <w:ind w:left="40" w:right="40"/>
              <w:rPr>
                <w:rFonts w:ascii="Times New Roman" w:eastAsia="Times New Roman" w:hAnsi="Times New Roman" w:cs="Times New Roman"/>
                <w:color w:val="000000"/>
                <w:sz w:val="20"/>
                <w:szCs w:val="20"/>
              </w:rPr>
            </w:pPr>
          </w:p>
        </w:tc>
        <w:tc>
          <w:tcPr>
            <w:tcW w:w="2974"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5E2B3296" w14:textId="77777777" w:rsidR="0065294A" w:rsidRPr="001A2E38" w:rsidRDefault="0065294A" w:rsidP="005046C0">
            <w:pPr>
              <w:pBdr>
                <w:top w:val="none" w:sz="0" w:space="0" w:color="000000"/>
                <w:left w:val="none" w:sz="0" w:space="0" w:color="000000"/>
                <w:bottom w:val="none" w:sz="0" w:space="0" w:color="000000"/>
                <w:right w:val="none" w:sz="0" w:space="0" w:color="000000"/>
              </w:pBdr>
              <w:snapToGrid w:val="0"/>
              <w:spacing w:before="40" w:after="40"/>
              <w:ind w:left="40" w:right="40"/>
              <w:jc w:val="center"/>
              <w:rPr>
                <w:rFonts w:ascii="Times New Roman" w:eastAsia="Times New Roman" w:hAnsi="Times New Roman" w:cs="Times New Roman"/>
                <w:color w:val="000000"/>
                <w:sz w:val="20"/>
                <w:szCs w:val="20"/>
              </w:rPr>
            </w:pPr>
            <w:r w:rsidRPr="001A2E38">
              <w:rPr>
                <w:rFonts w:ascii="Times New Roman" w:eastAsia="Times New Roman" w:hAnsi="Times New Roman" w:cs="Times New Roman"/>
                <w:color w:val="000000"/>
                <w:sz w:val="20"/>
                <w:szCs w:val="20"/>
              </w:rPr>
              <w:t>Q1</w:t>
            </w:r>
          </w:p>
        </w:tc>
        <w:tc>
          <w:tcPr>
            <w:tcW w:w="3500"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3A408AD8" w14:textId="77777777" w:rsidR="0065294A" w:rsidRPr="001A2E38" w:rsidRDefault="0065294A" w:rsidP="005046C0">
            <w:pPr>
              <w:pBdr>
                <w:top w:val="none" w:sz="0" w:space="0" w:color="000000"/>
                <w:left w:val="none" w:sz="0" w:space="0" w:color="000000"/>
                <w:bottom w:val="none" w:sz="0" w:space="0" w:color="000000"/>
                <w:right w:val="none" w:sz="0" w:space="0" w:color="000000"/>
              </w:pBdr>
              <w:snapToGrid w:val="0"/>
              <w:spacing w:before="40" w:after="40"/>
              <w:ind w:left="40" w:right="40"/>
              <w:jc w:val="center"/>
              <w:rPr>
                <w:rFonts w:ascii="Times New Roman" w:eastAsia="Times New Roman" w:hAnsi="Times New Roman" w:cs="Times New Roman"/>
                <w:color w:val="000000"/>
                <w:sz w:val="20"/>
                <w:szCs w:val="20"/>
              </w:rPr>
            </w:pPr>
            <w:r w:rsidRPr="001A2E38">
              <w:rPr>
                <w:rFonts w:ascii="Times New Roman" w:eastAsia="Times New Roman" w:hAnsi="Times New Roman" w:cs="Times New Roman"/>
                <w:color w:val="000000"/>
                <w:sz w:val="20"/>
                <w:szCs w:val="20"/>
              </w:rPr>
              <w:t>Reference</w:t>
            </w:r>
          </w:p>
        </w:tc>
        <w:tc>
          <w:tcPr>
            <w:tcW w:w="1750"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591B5EF4" w14:textId="77777777" w:rsidR="0065294A" w:rsidRPr="001A2E38" w:rsidRDefault="0065294A" w:rsidP="005046C0">
            <w:pPr>
              <w:pBdr>
                <w:top w:val="none" w:sz="0" w:space="0" w:color="000000"/>
                <w:left w:val="none" w:sz="0" w:space="0" w:color="000000"/>
                <w:bottom w:val="none" w:sz="0" w:space="0" w:color="000000"/>
                <w:right w:val="none" w:sz="0" w:space="0" w:color="000000"/>
              </w:pBdr>
              <w:snapToGrid w:val="0"/>
              <w:spacing w:before="40" w:after="40"/>
              <w:ind w:left="40" w:right="40"/>
              <w:jc w:val="center"/>
              <w:rPr>
                <w:rFonts w:ascii="Times New Roman" w:eastAsia="Times New Roman" w:hAnsi="Times New Roman" w:cs="Times New Roman"/>
                <w:color w:val="000000"/>
                <w:sz w:val="20"/>
                <w:szCs w:val="20"/>
              </w:rPr>
            </w:pPr>
          </w:p>
        </w:tc>
        <w:tc>
          <w:tcPr>
            <w:tcW w:w="1925"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0A16925B" w14:textId="77777777" w:rsidR="0065294A" w:rsidRPr="001A2E38" w:rsidRDefault="0065294A" w:rsidP="005046C0">
            <w:pPr>
              <w:pBdr>
                <w:top w:val="none" w:sz="0" w:space="0" w:color="000000"/>
                <w:left w:val="none" w:sz="0" w:space="0" w:color="000000"/>
                <w:bottom w:val="none" w:sz="0" w:space="0" w:color="000000"/>
                <w:right w:val="none" w:sz="0" w:space="0" w:color="000000"/>
              </w:pBdr>
              <w:snapToGrid w:val="0"/>
              <w:spacing w:before="40" w:after="40"/>
              <w:ind w:left="40" w:right="40"/>
              <w:jc w:val="center"/>
              <w:rPr>
                <w:rFonts w:ascii="Times New Roman" w:eastAsia="Times New Roman" w:hAnsi="Times New Roman" w:cs="Times New Roman"/>
                <w:color w:val="000000"/>
                <w:sz w:val="20"/>
                <w:szCs w:val="20"/>
              </w:rPr>
            </w:pPr>
          </w:p>
        </w:tc>
      </w:tr>
      <w:tr w:rsidR="0065294A" w:rsidRPr="001A2E38" w14:paraId="696ABF71" w14:textId="77777777" w:rsidTr="005046C0">
        <w:trPr>
          <w:jc w:val="center"/>
        </w:trPr>
        <w:tc>
          <w:tcPr>
            <w:tcW w:w="2099"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61DC23B6" w14:textId="77777777" w:rsidR="0065294A" w:rsidRPr="001A2E38" w:rsidRDefault="0065294A" w:rsidP="005046C0">
            <w:pPr>
              <w:pBdr>
                <w:top w:val="none" w:sz="0" w:space="0" w:color="000000"/>
                <w:left w:val="none" w:sz="0" w:space="0" w:color="000000"/>
                <w:bottom w:val="none" w:sz="0" w:space="0" w:color="000000"/>
                <w:right w:val="none" w:sz="0" w:space="0" w:color="000000"/>
              </w:pBdr>
              <w:snapToGrid w:val="0"/>
              <w:spacing w:before="40" w:after="40"/>
              <w:ind w:left="40" w:right="40"/>
              <w:rPr>
                <w:rFonts w:ascii="Times New Roman" w:eastAsia="Times New Roman" w:hAnsi="Times New Roman" w:cs="Times New Roman"/>
                <w:color w:val="000000"/>
                <w:sz w:val="20"/>
                <w:szCs w:val="20"/>
              </w:rPr>
            </w:pPr>
          </w:p>
        </w:tc>
        <w:tc>
          <w:tcPr>
            <w:tcW w:w="2974"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5552FB12" w14:textId="77777777" w:rsidR="0065294A" w:rsidRPr="001A2E38" w:rsidRDefault="0065294A" w:rsidP="005046C0">
            <w:pPr>
              <w:pBdr>
                <w:top w:val="none" w:sz="0" w:space="0" w:color="000000"/>
                <w:left w:val="none" w:sz="0" w:space="0" w:color="000000"/>
                <w:bottom w:val="none" w:sz="0" w:space="0" w:color="000000"/>
                <w:right w:val="none" w:sz="0" w:space="0" w:color="000000"/>
              </w:pBdr>
              <w:snapToGrid w:val="0"/>
              <w:spacing w:before="40" w:after="40"/>
              <w:ind w:left="40" w:right="40"/>
              <w:jc w:val="center"/>
              <w:rPr>
                <w:rFonts w:ascii="Times New Roman" w:eastAsia="Times New Roman" w:hAnsi="Times New Roman" w:cs="Times New Roman"/>
                <w:color w:val="000000"/>
                <w:sz w:val="20"/>
                <w:szCs w:val="20"/>
              </w:rPr>
            </w:pPr>
            <w:r w:rsidRPr="001A2E38">
              <w:rPr>
                <w:rFonts w:ascii="Times New Roman" w:eastAsia="Times New Roman" w:hAnsi="Times New Roman" w:cs="Times New Roman"/>
                <w:color w:val="000000"/>
                <w:sz w:val="20"/>
                <w:szCs w:val="20"/>
              </w:rPr>
              <w:t>Q2</w:t>
            </w:r>
          </w:p>
        </w:tc>
        <w:tc>
          <w:tcPr>
            <w:tcW w:w="3500"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6B76C857" w14:textId="77777777" w:rsidR="0065294A" w:rsidRPr="001A2E38" w:rsidRDefault="0065294A" w:rsidP="005046C0">
            <w:pPr>
              <w:pBdr>
                <w:top w:val="none" w:sz="0" w:space="0" w:color="000000"/>
                <w:left w:val="none" w:sz="0" w:space="0" w:color="000000"/>
                <w:bottom w:val="none" w:sz="0" w:space="0" w:color="000000"/>
                <w:right w:val="none" w:sz="0" w:space="0" w:color="000000"/>
              </w:pBdr>
              <w:snapToGrid w:val="0"/>
              <w:spacing w:before="40" w:after="40"/>
              <w:ind w:left="40" w:right="40"/>
              <w:jc w:val="center"/>
              <w:rPr>
                <w:rFonts w:ascii="Times New Roman" w:eastAsia="Times New Roman" w:hAnsi="Times New Roman" w:cs="Times New Roman"/>
                <w:color w:val="000000"/>
                <w:sz w:val="20"/>
                <w:szCs w:val="20"/>
              </w:rPr>
            </w:pPr>
            <w:r w:rsidRPr="001A2E38">
              <w:rPr>
                <w:rFonts w:ascii="Times New Roman" w:eastAsia="Times New Roman" w:hAnsi="Times New Roman" w:cs="Times New Roman"/>
                <w:color w:val="000000"/>
                <w:sz w:val="20"/>
                <w:szCs w:val="20"/>
              </w:rPr>
              <w:t>1.230 (1.046-1.445)</w:t>
            </w:r>
          </w:p>
        </w:tc>
        <w:tc>
          <w:tcPr>
            <w:tcW w:w="1750"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46F09389" w14:textId="77777777" w:rsidR="0065294A" w:rsidRPr="001A2E38" w:rsidRDefault="0065294A" w:rsidP="005046C0">
            <w:pPr>
              <w:pBdr>
                <w:top w:val="none" w:sz="0" w:space="0" w:color="000000"/>
                <w:left w:val="none" w:sz="0" w:space="0" w:color="000000"/>
                <w:bottom w:val="none" w:sz="0" w:space="0" w:color="000000"/>
                <w:right w:val="none" w:sz="0" w:space="0" w:color="000000"/>
              </w:pBdr>
              <w:snapToGrid w:val="0"/>
              <w:spacing w:before="40" w:after="40"/>
              <w:ind w:left="40" w:right="40"/>
              <w:jc w:val="center"/>
              <w:rPr>
                <w:rFonts w:ascii="Times New Roman" w:eastAsia="Times New Roman" w:hAnsi="Times New Roman" w:cs="Times New Roman"/>
                <w:color w:val="000000"/>
                <w:sz w:val="20"/>
                <w:szCs w:val="20"/>
              </w:rPr>
            </w:pPr>
            <w:r w:rsidRPr="001A2E38">
              <w:rPr>
                <w:rFonts w:ascii="Times New Roman" w:eastAsia="Times New Roman" w:hAnsi="Times New Roman" w:cs="Times New Roman"/>
                <w:color w:val="000000"/>
                <w:sz w:val="20"/>
                <w:szCs w:val="20"/>
              </w:rPr>
              <w:t>0.012</w:t>
            </w:r>
          </w:p>
        </w:tc>
        <w:tc>
          <w:tcPr>
            <w:tcW w:w="1925"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1658D832" w14:textId="77777777" w:rsidR="0065294A" w:rsidRPr="001A2E38" w:rsidRDefault="0065294A" w:rsidP="005046C0">
            <w:pPr>
              <w:pBdr>
                <w:top w:val="none" w:sz="0" w:space="0" w:color="000000"/>
                <w:left w:val="none" w:sz="0" w:space="0" w:color="000000"/>
                <w:bottom w:val="none" w:sz="0" w:space="0" w:color="000000"/>
                <w:right w:val="none" w:sz="0" w:space="0" w:color="000000"/>
              </w:pBdr>
              <w:snapToGrid w:val="0"/>
              <w:spacing w:before="40" w:after="40"/>
              <w:ind w:left="40" w:right="40"/>
              <w:jc w:val="center"/>
              <w:rPr>
                <w:rFonts w:ascii="Times New Roman" w:eastAsia="Times New Roman" w:hAnsi="Times New Roman" w:cs="Times New Roman"/>
                <w:color w:val="000000"/>
                <w:sz w:val="20"/>
                <w:szCs w:val="20"/>
              </w:rPr>
            </w:pPr>
          </w:p>
        </w:tc>
      </w:tr>
      <w:tr w:rsidR="0065294A" w:rsidRPr="001A2E38" w14:paraId="4A268FF8" w14:textId="77777777" w:rsidTr="005046C0">
        <w:trPr>
          <w:jc w:val="center"/>
        </w:trPr>
        <w:tc>
          <w:tcPr>
            <w:tcW w:w="2099"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3F3F449E" w14:textId="77777777" w:rsidR="0065294A" w:rsidRPr="001A2E38" w:rsidRDefault="0065294A" w:rsidP="005046C0">
            <w:pPr>
              <w:pBdr>
                <w:top w:val="none" w:sz="0" w:space="0" w:color="000000"/>
                <w:left w:val="none" w:sz="0" w:space="0" w:color="000000"/>
                <w:bottom w:val="none" w:sz="0" w:space="0" w:color="000000"/>
                <w:right w:val="none" w:sz="0" w:space="0" w:color="000000"/>
              </w:pBdr>
              <w:snapToGrid w:val="0"/>
              <w:spacing w:before="40" w:after="40"/>
              <w:ind w:left="40" w:right="40"/>
              <w:rPr>
                <w:rFonts w:ascii="Times New Roman" w:eastAsia="Times New Roman" w:hAnsi="Times New Roman" w:cs="Times New Roman"/>
                <w:color w:val="000000"/>
                <w:sz w:val="20"/>
                <w:szCs w:val="20"/>
              </w:rPr>
            </w:pPr>
          </w:p>
        </w:tc>
        <w:tc>
          <w:tcPr>
            <w:tcW w:w="2974"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793830D2" w14:textId="77777777" w:rsidR="0065294A" w:rsidRPr="001A2E38" w:rsidRDefault="0065294A" w:rsidP="005046C0">
            <w:pPr>
              <w:pBdr>
                <w:top w:val="none" w:sz="0" w:space="0" w:color="000000"/>
                <w:left w:val="none" w:sz="0" w:space="0" w:color="000000"/>
                <w:bottom w:val="none" w:sz="0" w:space="0" w:color="000000"/>
                <w:right w:val="none" w:sz="0" w:space="0" w:color="000000"/>
              </w:pBdr>
              <w:snapToGrid w:val="0"/>
              <w:spacing w:before="40" w:after="40"/>
              <w:ind w:left="40" w:right="40"/>
              <w:jc w:val="center"/>
              <w:rPr>
                <w:rFonts w:ascii="Times New Roman" w:eastAsia="Times New Roman" w:hAnsi="Times New Roman" w:cs="Times New Roman"/>
                <w:color w:val="000000"/>
                <w:sz w:val="20"/>
                <w:szCs w:val="20"/>
              </w:rPr>
            </w:pPr>
            <w:r w:rsidRPr="001A2E38">
              <w:rPr>
                <w:rFonts w:ascii="Times New Roman" w:eastAsia="Times New Roman" w:hAnsi="Times New Roman" w:cs="Times New Roman"/>
                <w:color w:val="000000"/>
                <w:sz w:val="20"/>
                <w:szCs w:val="20"/>
              </w:rPr>
              <w:t>Q3</w:t>
            </w:r>
          </w:p>
        </w:tc>
        <w:tc>
          <w:tcPr>
            <w:tcW w:w="3500"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7BB5D6CE" w14:textId="77777777" w:rsidR="0065294A" w:rsidRPr="001A2E38" w:rsidRDefault="0065294A" w:rsidP="005046C0">
            <w:pPr>
              <w:pBdr>
                <w:top w:val="none" w:sz="0" w:space="0" w:color="000000"/>
                <w:left w:val="none" w:sz="0" w:space="0" w:color="000000"/>
                <w:bottom w:val="none" w:sz="0" w:space="0" w:color="000000"/>
                <w:right w:val="none" w:sz="0" w:space="0" w:color="000000"/>
              </w:pBdr>
              <w:snapToGrid w:val="0"/>
              <w:spacing w:before="40" w:after="40"/>
              <w:ind w:left="40" w:right="40"/>
              <w:jc w:val="center"/>
              <w:rPr>
                <w:rFonts w:ascii="Times New Roman" w:eastAsia="Times New Roman" w:hAnsi="Times New Roman" w:cs="Times New Roman"/>
                <w:color w:val="000000"/>
                <w:sz w:val="20"/>
                <w:szCs w:val="20"/>
              </w:rPr>
            </w:pPr>
            <w:r w:rsidRPr="001A2E38">
              <w:rPr>
                <w:rFonts w:ascii="Times New Roman" w:eastAsia="Times New Roman" w:hAnsi="Times New Roman" w:cs="Times New Roman"/>
                <w:color w:val="000000"/>
                <w:sz w:val="20"/>
                <w:szCs w:val="20"/>
              </w:rPr>
              <w:t>1.800 (1.549-2.091)</w:t>
            </w:r>
          </w:p>
        </w:tc>
        <w:tc>
          <w:tcPr>
            <w:tcW w:w="1750"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09FE9A0B" w14:textId="77777777" w:rsidR="0065294A" w:rsidRPr="001A2E38" w:rsidRDefault="0065294A" w:rsidP="005046C0">
            <w:pPr>
              <w:pBdr>
                <w:top w:val="none" w:sz="0" w:space="0" w:color="000000"/>
                <w:left w:val="none" w:sz="0" w:space="0" w:color="000000"/>
                <w:bottom w:val="none" w:sz="0" w:space="0" w:color="000000"/>
                <w:right w:val="none" w:sz="0" w:space="0" w:color="000000"/>
              </w:pBdr>
              <w:snapToGrid w:val="0"/>
              <w:spacing w:before="40" w:after="40"/>
              <w:ind w:left="40" w:right="40"/>
              <w:jc w:val="center"/>
              <w:rPr>
                <w:rFonts w:ascii="Times New Roman" w:eastAsia="Times New Roman" w:hAnsi="Times New Roman" w:cs="Times New Roman"/>
                <w:color w:val="000000"/>
                <w:sz w:val="20"/>
                <w:szCs w:val="20"/>
              </w:rPr>
            </w:pPr>
            <w:r w:rsidRPr="001A2E38">
              <w:rPr>
                <w:rFonts w:ascii="Times New Roman" w:eastAsia="Times New Roman" w:hAnsi="Times New Roman" w:cs="Times New Roman"/>
                <w:color w:val="000000"/>
                <w:sz w:val="20"/>
                <w:szCs w:val="20"/>
              </w:rPr>
              <w:t>&lt;0.001</w:t>
            </w:r>
          </w:p>
        </w:tc>
        <w:tc>
          <w:tcPr>
            <w:tcW w:w="1925"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07685F8E" w14:textId="77777777" w:rsidR="0065294A" w:rsidRPr="001A2E38" w:rsidRDefault="0065294A" w:rsidP="005046C0">
            <w:pPr>
              <w:pBdr>
                <w:top w:val="none" w:sz="0" w:space="0" w:color="000000"/>
                <w:left w:val="none" w:sz="0" w:space="0" w:color="000000"/>
                <w:bottom w:val="none" w:sz="0" w:space="0" w:color="000000"/>
                <w:right w:val="none" w:sz="0" w:space="0" w:color="000000"/>
              </w:pBdr>
              <w:snapToGrid w:val="0"/>
              <w:spacing w:before="40" w:after="40"/>
              <w:ind w:left="40" w:right="40"/>
              <w:jc w:val="center"/>
              <w:rPr>
                <w:rFonts w:ascii="Times New Roman" w:eastAsia="Times New Roman" w:hAnsi="Times New Roman" w:cs="Times New Roman"/>
                <w:color w:val="000000"/>
                <w:sz w:val="20"/>
                <w:szCs w:val="20"/>
              </w:rPr>
            </w:pPr>
          </w:p>
        </w:tc>
      </w:tr>
      <w:tr w:rsidR="0065294A" w:rsidRPr="001A2E38" w14:paraId="56B1BCB9" w14:textId="77777777" w:rsidTr="005046C0">
        <w:trPr>
          <w:jc w:val="center"/>
        </w:trPr>
        <w:tc>
          <w:tcPr>
            <w:tcW w:w="2099"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446DFE93" w14:textId="77777777" w:rsidR="0065294A" w:rsidRPr="001A2E38" w:rsidRDefault="0065294A" w:rsidP="005046C0">
            <w:pPr>
              <w:pBdr>
                <w:top w:val="none" w:sz="0" w:space="0" w:color="000000"/>
                <w:left w:val="none" w:sz="0" w:space="0" w:color="000000"/>
                <w:bottom w:val="none" w:sz="0" w:space="0" w:color="000000"/>
                <w:right w:val="none" w:sz="0" w:space="0" w:color="000000"/>
              </w:pBdr>
              <w:snapToGrid w:val="0"/>
              <w:spacing w:before="40" w:after="40"/>
              <w:ind w:left="40" w:right="40"/>
              <w:rPr>
                <w:rFonts w:ascii="Times New Roman" w:eastAsia="Times New Roman" w:hAnsi="Times New Roman" w:cs="Times New Roman"/>
                <w:color w:val="000000"/>
                <w:sz w:val="20"/>
                <w:szCs w:val="20"/>
              </w:rPr>
            </w:pPr>
          </w:p>
        </w:tc>
        <w:tc>
          <w:tcPr>
            <w:tcW w:w="2974"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4ACC334E" w14:textId="77777777" w:rsidR="0065294A" w:rsidRPr="001A2E38" w:rsidRDefault="0065294A" w:rsidP="005046C0">
            <w:pPr>
              <w:pBdr>
                <w:top w:val="none" w:sz="0" w:space="0" w:color="000000"/>
                <w:left w:val="none" w:sz="0" w:space="0" w:color="000000"/>
                <w:bottom w:val="none" w:sz="0" w:space="0" w:color="000000"/>
                <w:right w:val="none" w:sz="0" w:space="0" w:color="000000"/>
              </w:pBdr>
              <w:snapToGrid w:val="0"/>
              <w:spacing w:before="40" w:after="40"/>
              <w:ind w:left="40" w:right="40"/>
              <w:jc w:val="center"/>
              <w:rPr>
                <w:rFonts w:ascii="Times New Roman" w:eastAsia="Times New Roman" w:hAnsi="Times New Roman" w:cs="Times New Roman"/>
                <w:color w:val="000000"/>
                <w:sz w:val="20"/>
                <w:szCs w:val="20"/>
              </w:rPr>
            </w:pPr>
            <w:r w:rsidRPr="001A2E38">
              <w:rPr>
                <w:rFonts w:ascii="Times New Roman" w:eastAsia="Times New Roman" w:hAnsi="Times New Roman" w:cs="Times New Roman"/>
                <w:color w:val="000000"/>
                <w:sz w:val="20"/>
                <w:szCs w:val="20"/>
              </w:rPr>
              <w:t>Q4</w:t>
            </w:r>
          </w:p>
        </w:tc>
        <w:tc>
          <w:tcPr>
            <w:tcW w:w="3500"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16D91260" w14:textId="77777777" w:rsidR="0065294A" w:rsidRPr="001A2E38" w:rsidRDefault="0065294A" w:rsidP="005046C0">
            <w:pPr>
              <w:pBdr>
                <w:top w:val="none" w:sz="0" w:space="0" w:color="000000"/>
                <w:left w:val="none" w:sz="0" w:space="0" w:color="000000"/>
                <w:bottom w:val="none" w:sz="0" w:space="0" w:color="000000"/>
                <w:right w:val="none" w:sz="0" w:space="0" w:color="000000"/>
              </w:pBdr>
              <w:snapToGrid w:val="0"/>
              <w:spacing w:before="40" w:after="40"/>
              <w:ind w:left="40" w:right="40"/>
              <w:jc w:val="center"/>
              <w:rPr>
                <w:rFonts w:ascii="Times New Roman" w:eastAsia="Times New Roman" w:hAnsi="Times New Roman" w:cs="Times New Roman"/>
                <w:color w:val="000000"/>
                <w:sz w:val="20"/>
                <w:szCs w:val="20"/>
              </w:rPr>
            </w:pPr>
            <w:r w:rsidRPr="001A2E38">
              <w:rPr>
                <w:rFonts w:ascii="Times New Roman" w:eastAsia="Times New Roman" w:hAnsi="Times New Roman" w:cs="Times New Roman"/>
                <w:color w:val="000000"/>
                <w:sz w:val="20"/>
                <w:szCs w:val="20"/>
              </w:rPr>
              <w:t>4.220 (3.680-4.839)</w:t>
            </w:r>
          </w:p>
        </w:tc>
        <w:tc>
          <w:tcPr>
            <w:tcW w:w="1750"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20A2BAF4" w14:textId="77777777" w:rsidR="0065294A" w:rsidRPr="001A2E38" w:rsidRDefault="0065294A" w:rsidP="005046C0">
            <w:pPr>
              <w:pBdr>
                <w:top w:val="none" w:sz="0" w:space="0" w:color="000000"/>
                <w:left w:val="none" w:sz="0" w:space="0" w:color="000000"/>
                <w:bottom w:val="none" w:sz="0" w:space="0" w:color="000000"/>
                <w:right w:val="none" w:sz="0" w:space="0" w:color="000000"/>
              </w:pBdr>
              <w:snapToGrid w:val="0"/>
              <w:spacing w:before="40" w:after="40"/>
              <w:ind w:left="40" w:right="40"/>
              <w:jc w:val="center"/>
              <w:rPr>
                <w:rFonts w:ascii="Times New Roman" w:eastAsia="Times New Roman" w:hAnsi="Times New Roman" w:cs="Times New Roman"/>
                <w:color w:val="000000"/>
                <w:sz w:val="20"/>
                <w:szCs w:val="20"/>
              </w:rPr>
            </w:pPr>
            <w:r w:rsidRPr="001A2E38">
              <w:rPr>
                <w:rFonts w:ascii="Times New Roman" w:eastAsia="Times New Roman" w:hAnsi="Times New Roman" w:cs="Times New Roman"/>
                <w:color w:val="000000"/>
                <w:sz w:val="20"/>
                <w:szCs w:val="20"/>
              </w:rPr>
              <w:t>&lt;0.001</w:t>
            </w:r>
          </w:p>
        </w:tc>
        <w:tc>
          <w:tcPr>
            <w:tcW w:w="1925"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1DEAE075" w14:textId="77777777" w:rsidR="0065294A" w:rsidRPr="001A2E38" w:rsidRDefault="0065294A" w:rsidP="005046C0">
            <w:pPr>
              <w:pBdr>
                <w:top w:val="none" w:sz="0" w:space="0" w:color="000000"/>
                <w:left w:val="none" w:sz="0" w:space="0" w:color="000000"/>
                <w:bottom w:val="none" w:sz="0" w:space="0" w:color="000000"/>
                <w:right w:val="none" w:sz="0" w:space="0" w:color="000000"/>
              </w:pBdr>
              <w:snapToGrid w:val="0"/>
              <w:spacing w:before="40" w:after="40"/>
              <w:ind w:left="40" w:right="40"/>
              <w:jc w:val="center"/>
              <w:rPr>
                <w:rFonts w:ascii="Times New Roman" w:eastAsia="Times New Roman" w:hAnsi="Times New Roman" w:cs="Times New Roman"/>
                <w:color w:val="000000"/>
                <w:sz w:val="20"/>
                <w:szCs w:val="20"/>
              </w:rPr>
            </w:pPr>
            <w:r w:rsidRPr="001A2E38">
              <w:rPr>
                <w:rFonts w:ascii="Times New Roman" w:eastAsia="Times New Roman" w:hAnsi="Times New Roman" w:cs="Times New Roman"/>
                <w:color w:val="000000"/>
                <w:sz w:val="20"/>
                <w:szCs w:val="20"/>
              </w:rPr>
              <w:t>&lt;0.001</w:t>
            </w:r>
          </w:p>
        </w:tc>
      </w:tr>
      <w:tr w:rsidR="0065294A" w:rsidRPr="001A2E38" w14:paraId="2052D7AA" w14:textId="77777777" w:rsidTr="005046C0">
        <w:trPr>
          <w:jc w:val="center"/>
        </w:trPr>
        <w:tc>
          <w:tcPr>
            <w:tcW w:w="2099"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7BA1E556" w14:textId="77777777" w:rsidR="0065294A" w:rsidRPr="001A2E38" w:rsidRDefault="0065294A" w:rsidP="005046C0">
            <w:pPr>
              <w:pBdr>
                <w:top w:val="none" w:sz="0" w:space="0" w:color="000000"/>
                <w:left w:val="none" w:sz="0" w:space="0" w:color="000000"/>
                <w:bottom w:val="none" w:sz="0" w:space="0" w:color="000000"/>
                <w:right w:val="none" w:sz="0" w:space="0" w:color="000000"/>
              </w:pBdr>
              <w:snapToGrid w:val="0"/>
              <w:spacing w:before="40" w:after="40"/>
              <w:ind w:left="40" w:right="40"/>
              <w:rPr>
                <w:rFonts w:ascii="Times New Roman" w:eastAsia="Times New Roman" w:hAnsi="Times New Roman" w:cs="Times New Roman"/>
                <w:color w:val="000000"/>
                <w:sz w:val="20"/>
                <w:szCs w:val="20"/>
              </w:rPr>
            </w:pPr>
            <w:r w:rsidRPr="001A2E38">
              <w:rPr>
                <w:rFonts w:ascii="Times New Roman" w:eastAsia="Times New Roman" w:hAnsi="Times New Roman" w:cs="Times New Roman"/>
                <w:color w:val="000000"/>
                <w:sz w:val="20"/>
                <w:szCs w:val="20"/>
              </w:rPr>
              <w:lastRenderedPageBreak/>
              <w:t>CHG-BRI</w:t>
            </w:r>
          </w:p>
        </w:tc>
        <w:tc>
          <w:tcPr>
            <w:tcW w:w="2974"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0CE8162C" w14:textId="77777777" w:rsidR="0065294A" w:rsidRPr="001A2E38" w:rsidRDefault="0065294A" w:rsidP="005046C0">
            <w:pPr>
              <w:pBdr>
                <w:top w:val="none" w:sz="0" w:space="0" w:color="000000"/>
                <w:left w:val="none" w:sz="0" w:space="0" w:color="000000"/>
                <w:bottom w:val="none" w:sz="0" w:space="0" w:color="000000"/>
                <w:right w:val="none" w:sz="0" w:space="0" w:color="000000"/>
              </w:pBdr>
              <w:snapToGrid w:val="0"/>
              <w:spacing w:before="40" w:after="40"/>
              <w:ind w:left="40" w:right="40"/>
              <w:jc w:val="center"/>
              <w:rPr>
                <w:rFonts w:ascii="Times New Roman" w:eastAsia="Times New Roman" w:hAnsi="Times New Roman" w:cs="Times New Roman"/>
                <w:color w:val="000000"/>
                <w:sz w:val="20"/>
                <w:szCs w:val="20"/>
              </w:rPr>
            </w:pPr>
            <w:r w:rsidRPr="001A2E38">
              <w:rPr>
                <w:rFonts w:ascii="Times New Roman" w:eastAsia="Times New Roman" w:hAnsi="Times New Roman" w:cs="Times New Roman"/>
                <w:color w:val="000000"/>
                <w:sz w:val="20"/>
                <w:szCs w:val="20"/>
              </w:rPr>
              <w:t>Per 1-SD increase</w:t>
            </w:r>
          </w:p>
        </w:tc>
        <w:tc>
          <w:tcPr>
            <w:tcW w:w="3500"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3EA74843" w14:textId="77777777" w:rsidR="0065294A" w:rsidRPr="001A2E38" w:rsidRDefault="0065294A" w:rsidP="005046C0">
            <w:pPr>
              <w:pBdr>
                <w:top w:val="none" w:sz="0" w:space="0" w:color="000000"/>
                <w:left w:val="none" w:sz="0" w:space="0" w:color="000000"/>
                <w:bottom w:val="none" w:sz="0" w:space="0" w:color="000000"/>
                <w:right w:val="none" w:sz="0" w:space="0" w:color="000000"/>
              </w:pBdr>
              <w:snapToGrid w:val="0"/>
              <w:spacing w:before="40" w:after="40"/>
              <w:ind w:left="40" w:right="40"/>
              <w:jc w:val="center"/>
              <w:rPr>
                <w:rFonts w:ascii="Times New Roman" w:eastAsia="Times New Roman" w:hAnsi="Times New Roman" w:cs="Times New Roman"/>
                <w:color w:val="000000"/>
                <w:sz w:val="20"/>
                <w:szCs w:val="20"/>
              </w:rPr>
            </w:pPr>
            <w:r w:rsidRPr="001A2E38">
              <w:rPr>
                <w:rFonts w:ascii="Times New Roman" w:eastAsia="Times New Roman" w:hAnsi="Times New Roman" w:cs="Times New Roman"/>
                <w:color w:val="000000"/>
                <w:sz w:val="20"/>
                <w:szCs w:val="20"/>
              </w:rPr>
              <w:t>1.528 (1.485-1.572)</w:t>
            </w:r>
          </w:p>
        </w:tc>
        <w:tc>
          <w:tcPr>
            <w:tcW w:w="1750"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328C079C" w14:textId="77777777" w:rsidR="0065294A" w:rsidRPr="001A2E38" w:rsidRDefault="0065294A" w:rsidP="005046C0">
            <w:pPr>
              <w:pBdr>
                <w:top w:val="none" w:sz="0" w:space="0" w:color="000000"/>
                <w:left w:val="none" w:sz="0" w:space="0" w:color="000000"/>
                <w:bottom w:val="none" w:sz="0" w:space="0" w:color="000000"/>
                <w:right w:val="none" w:sz="0" w:space="0" w:color="000000"/>
              </w:pBdr>
              <w:snapToGrid w:val="0"/>
              <w:spacing w:before="40" w:after="40"/>
              <w:ind w:left="40" w:right="40"/>
              <w:jc w:val="center"/>
              <w:rPr>
                <w:rFonts w:ascii="Times New Roman" w:eastAsia="Times New Roman" w:hAnsi="Times New Roman" w:cs="Times New Roman"/>
                <w:color w:val="000000"/>
                <w:sz w:val="20"/>
                <w:szCs w:val="20"/>
              </w:rPr>
            </w:pPr>
            <w:r w:rsidRPr="001A2E38">
              <w:rPr>
                <w:rFonts w:ascii="Times New Roman" w:eastAsia="Times New Roman" w:hAnsi="Times New Roman" w:cs="Times New Roman"/>
                <w:color w:val="000000"/>
                <w:sz w:val="20"/>
                <w:szCs w:val="20"/>
              </w:rPr>
              <w:t>&lt;0.001</w:t>
            </w:r>
          </w:p>
        </w:tc>
        <w:tc>
          <w:tcPr>
            <w:tcW w:w="1925"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410CBA46" w14:textId="77777777" w:rsidR="0065294A" w:rsidRPr="001A2E38" w:rsidRDefault="0065294A" w:rsidP="005046C0">
            <w:pPr>
              <w:pBdr>
                <w:top w:val="none" w:sz="0" w:space="0" w:color="000000"/>
                <w:left w:val="none" w:sz="0" w:space="0" w:color="000000"/>
                <w:bottom w:val="none" w:sz="0" w:space="0" w:color="000000"/>
                <w:right w:val="none" w:sz="0" w:space="0" w:color="000000"/>
              </w:pBdr>
              <w:snapToGrid w:val="0"/>
              <w:spacing w:before="40" w:after="40"/>
              <w:ind w:left="40" w:right="40"/>
              <w:jc w:val="center"/>
              <w:rPr>
                <w:rFonts w:ascii="Times New Roman" w:eastAsia="Times New Roman" w:hAnsi="Times New Roman" w:cs="Times New Roman"/>
                <w:color w:val="000000"/>
                <w:sz w:val="20"/>
                <w:szCs w:val="20"/>
              </w:rPr>
            </w:pPr>
          </w:p>
        </w:tc>
      </w:tr>
      <w:tr w:rsidR="0065294A" w:rsidRPr="001A2E38" w14:paraId="62407BAF" w14:textId="77777777" w:rsidTr="005046C0">
        <w:trPr>
          <w:jc w:val="center"/>
        </w:trPr>
        <w:tc>
          <w:tcPr>
            <w:tcW w:w="2099"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25284C22" w14:textId="77777777" w:rsidR="0065294A" w:rsidRPr="001A2E38" w:rsidRDefault="0065294A" w:rsidP="005046C0">
            <w:pPr>
              <w:pBdr>
                <w:top w:val="none" w:sz="0" w:space="0" w:color="000000"/>
                <w:left w:val="none" w:sz="0" w:space="0" w:color="000000"/>
                <w:bottom w:val="none" w:sz="0" w:space="0" w:color="000000"/>
                <w:right w:val="none" w:sz="0" w:space="0" w:color="000000"/>
              </w:pBdr>
              <w:snapToGrid w:val="0"/>
              <w:spacing w:before="40" w:after="40"/>
              <w:ind w:left="40" w:right="40"/>
              <w:rPr>
                <w:rFonts w:ascii="Times New Roman" w:eastAsia="Times New Roman" w:hAnsi="Times New Roman" w:cs="Times New Roman"/>
                <w:color w:val="000000"/>
                <w:sz w:val="20"/>
                <w:szCs w:val="20"/>
              </w:rPr>
            </w:pPr>
          </w:p>
        </w:tc>
        <w:tc>
          <w:tcPr>
            <w:tcW w:w="2974"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15FD70BF" w14:textId="77777777" w:rsidR="0065294A" w:rsidRPr="001A2E38" w:rsidRDefault="0065294A" w:rsidP="005046C0">
            <w:pPr>
              <w:pBdr>
                <w:top w:val="none" w:sz="0" w:space="0" w:color="000000"/>
                <w:left w:val="none" w:sz="0" w:space="0" w:color="000000"/>
                <w:bottom w:val="none" w:sz="0" w:space="0" w:color="000000"/>
                <w:right w:val="none" w:sz="0" w:space="0" w:color="000000"/>
              </w:pBdr>
              <w:snapToGrid w:val="0"/>
              <w:spacing w:before="40" w:after="40"/>
              <w:ind w:left="40" w:right="40"/>
              <w:jc w:val="center"/>
              <w:rPr>
                <w:rFonts w:ascii="Times New Roman" w:eastAsia="Times New Roman" w:hAnsi="Times New Roman" w:cs="Times New Roman"/>
                <w:color w:val="000000"/>
                <w:sz w:val="20"/>
                <w:szCs w:val="20"/>
              </w:rPr>
            </w:pPr>
            <w:r w:rsidRPr="001A2E38">
              <w:rPr>
                <w:rFonts w:ascii="Times New Roman" w:eastAsia="Times New Roman" w:hAnsi="Times New Roman" w:cs="Times New Roman"/>
                <w:color w:val="000000"/>
                <w:sz w:val="20"/>
                <w:szCs w:val="20"/>
              </w:rPr>
              <w:t>Q1</w:t>
            </w:r>
          </w:p>
        </w:tc>
        <w:tc>
          <w:tcPr>
            <w:tcW w:w="3500"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36DB124C" w14:textId="77777777" w:rsidR="0065294A" w:rsidRPr="001A2E38" w:rsidRDefault="0065294A" w:rsidP="005046C0">
            <w:pPr>
              <w:pBdr>
                <w:top w:val="none" w:sz="0" w:space="0" w:color="000000"/>
                <w:left w:val="none" w:sz="0" w:space="0" w:color="000000"/>
                <w:bottom w:val="none" w:sz="0" w:space="0" w:color="000000"/>
                <w:right w:val="none" w:sz="0" w:space="0" w:color="000000"/>
              </w:pBdr>
              <w:snapToGrid w:val="0"/>
              <w:spacing w:before="40" w:after="40"/>
              <w:ind w:left="40" w:right="40"/>
              <w:jc w:val="center"/>
              <w:rPr>
                <w:rFonts w:ascii="Times New Roman" w:eastAsia="Times New Roman" w:hAnsi="Times New Roman" w:cs="Times New Roman"/>
                <w:color w:val="000000"/>
                <w:sz w:val="20"/>
                <w:szCs w:val="20"/>
              </w:rPr>
            </w:pPr>
            <w:r w:rsidRPr="001A2E38">
              <w:rPr>
                <w:rFonts w:ascii="Times New Roman" w:eastAsia="Times New Roman" w:hAnsi="Times New Roman" w:cs="Times New Roman"/>
                <w:color w:val="000000"/>
                <w:sz w:val="20"/>
                <w:szCs w:val="20"/>
              </w:rPr>
              <w:t>Reference</w:t>
            </w:r>
          </w:p>
        </w:tc>
        <w:tc>
          <w:tcPr>
            <w:tcW w:w="1750"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0D59CF52" w14:textId="77777777" w:rsidR="0065294A" w:rsidRPr="001A2E38" w:rsidRDefault="0065294A" w:rsidP="005046C0">
            <w:pPr>
              <w:pBdr>
                <w:top w:val="none" w:sz="0" w:space="0" w:color="000000"/>
                <w:left w:val="none" w:sz="0" w:space="0" w:color="000000"/>
                <w:bottom w:val="none" w:sz="0" w:space="0" w:color="000000"/>
                <w:right w:val="none" w:sz="0" w:space="0" w:color="000000"/>
              </w:pBdr>
              <w:snapToGrid w:val="0"/>
              <w:spacing w:before="40" w:after="40"/>
              <w:ind w:left="40" w:right="40"/>
              <w:jc w:val="center"/>
              <w:rPr>
                <w:rFonts w:ascii="Times New Roman" w:eastAsia="Times New Roman" w:hAnsi="Times New Roman" w:cs="Times New Roman"/>
                <w:color w:val="000000"/>
                <w:sz w:val="20"/>
                <w:szCs w:val="20"/>
              </w:rPr>
            </w:pPr>
          </w:p>
        </w:tc>
        <w:tc>
          <w:tcPr>
            <w:tcW w:w="1925"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49732ADF" w14:textId="77777777" w:rsidR="0065294A" w:rsidRPr="001A2E38" w:rsidRDefault="0065294A" w:rsidP="005046C0">
            <w:pPr>
              <w:pBdr>
                <w:top w:val="none" w:sz="0" w:space="0" w:color="000000"/>
                <w:left w:val="none" w:sz="0" w:space="0" w:color="000000"/>
                <w:bottom w:val="none" w:sz="0" w:space="0" w:color="000000"/>
                <w:right w:val="none" w:sz="0" w:space="0" w:color="000000"/>
              </w:pBdr>
              <w:snapToGrid w:val="0"/>
              <w:spacing w:before="40" w:after="40"/>
              <w:ind w:left="40" w:right="40"/>
              <w:jc w:val="center"/>
              <w:rPr>
                <w:rFonts w:ascii="Times New Roman" w:eastAsia="Times New Roman" w:hAnsi="Times New Roman" w:cs="Times New Roman"/>
                <w:color w:val="000000"/>
                <w:sz w:val="20"/>
                <w:szCs w:val="20"/>
              </w:rPr>
            </w:pPr>
          </w:p>
        </w:tc>
      </w:tr>
      <w:tr w:rsidR="0065294A" w:rsidRPr="001A2E38" w14:paraId="55DF7C85" w14:textId="77777777" w:rsidTr="005046C0">
        <w:trPr>
          <w:jc w:val="center"/>
        </w:trPr>
        <w:tc>
          <w:tcPr>
            <w:tcW w:w="2099"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5ED5DE23" w14:textId="77777777" w:rsidR="0065294A" w:rsidRPr="001A2E38" w:rsidRDefault="0065294A" w:rsidP="005046C0">
            <w:pPr>
              <w:pBdr>
                <w:top w:val="none" w:sz="0" w:space="0" w:color="000000"/>
                <w:left w:val="none" w:sz="0" w:space="0" w:color="000000"/>
                <w:bottom w:val="none" w:sz="0" w:space="0" w:color="000000"/>
                <w:right w:val="none" w:sz="0" w:space="0" w:color="000000"/>
              </w:pBdr>
              <w:snapToGrid w:val="0"/>
              <w:spacing w:before="40" w:after="40"/>
              <w:ind w:left="40" w:right="40"/>
              <w:rPr>
                <w:rFonts w:ascii="Times New Roman" w:eastAsia="Times New Roman" w:hAnsi="Times New Roman" w:cs="Times New Roman"/>
                <w:color w:val="000000"/>
                <w:sz w:val="20"/>
                <w:szCs w:val="20"/>
              </w:rPr>
            </w:pPr>
          </w:p>
        </w:tc>
        <w:tc>
          <w:tcPr>
            <w:tcW w:w="2974"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4DB7BE54" w14:textId="77777777" w:rsidR="0065294A" w:rsidRPr="001A2E38" w:rsidRDefault="0065294A" w:rsidP="005046C0">
            <w:pPr>
              <w:pBdr>
                <w:top w:val="none" w:sz="0" w:space="0" w:color="000000"/>
                <w:left w:val="none" w:sz="0" w:space="0" w:color="000000"/>
                <w:bottom w:val="none" w:sz="0" w:space="0" w:color="000000"/>
                <w:right w:val="none" w:sz="0" w:space="0" w:color="000000"/>
              </w:pBdr>
              <w:snapToGrid w:val="0"/>
              <w:spacing w:before="40" w:after="40"/>
              <w:ind w:left="40" w:right="40"/>
              <w:jc w:val="center"/>
              <w:rPr>
                <w:rFonts w:ascii="Times New Roman" w:eastAsia="Times New Roman" w:hAnsi="Times New Roman" w:cs="Times New Roman"/>
                <w:color w:val="000000"/>
                <w:sz w:val="20"/>
                <w:szCs w:val="20"/>
              </w:rPr>
            </w:pPr>
            <w:r w:rsidRPr="001A2E38">
              <w:rPr>
                <w:rFonts w:ascii="Times New Roman" w:eastAsia="Times New Roman" w:hAnsi="Times New Roman" w:cs="Times New Roman"/>
                <w:color w:val="000000"/>
                <w:sz w:val="20"/>
                <w:szCs w:val="20"/>
              </w:rPr>
              <w:t>Q2</w:t>
            </w:r>
          </w:p>
        </w:tc>
        <w:tc>
          <w:tcPr>
            <w:tcW w:w="3500"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1D0D7FA6" w14:textId="77777777" w:rsidR="0065294A" w:rsidRPr="001A2E38" w:rsidRDefault="0065294A" w:rsidP="005046C0">
            <w:pPr>
              <w:pBdr>
                <w:top w:val="none" w:sz="0" w:space="0" w:color="000000"/>
                <w:left w:val="none" w:sz="0" w:space="0" w:color="000000"/>
                <w:bottom w:val="none" w:sz="0" w:space="0" w:color="000000"/>
                <w:right w:val="none" w:sz="0" w:space="0" w:color="000000"/>
              </w:pBdr>
              <w:snapToGrid w:val="0"/>
              <w:spacing w:before="40" w:after="40"/>
              <w:ind w:left="40" w:right="40"/>
              <w:jc w:val="center"/>
              <w:rPr>
                <w:rFonts w:ascii="Times New Roman" w:eastAsia="Times New Roman" w:hAnsi="Times New Roman" w:cs="Times New Roman"/>
                <w:color w:val="000000"/>
                <w:sz w:val="20"/>
                <w:szCs w:val="20"/>
              </w:rPr>
            </w:pPr>
            <w:r w:rsidRPr="001A2E38">
              <w:rPr>
                <w:rFonts w:ascii="Times New Roman" w:eastAsia="Times New Roman" w:hAnsi="Times New Roman" w:cs="Times New Roman"/>
                <w:color w:val="000000"/>
                <w:sz w:val="20"/>
                <w:szCs w:val="20"/>
              </w:rPr>
              <w:t>1.468 (1.256-1.716)</w:t>
            </w:r>
          </w:p>
        </w:tc>
        <w:tc>
          <w:tcPr>
            <w:tcW w:w="1750"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29E6C2B2" w14:textId="77777777" w:rsidR="0065294A" w:rsidRPr="001A2E38" w:rsidRDefault="0065294A" w:rsidP="005046C0">
            <w:pPr>
              <w:pBdr>
                <w:top w:val="none" w:sz="0" w:space="0" w:color="000000"/>
                <w:left w:val="none" w:sz="0" w:space="0" w:color="000000"/>
                <w:bottom w:val="none" w:sz="0" w:space="0" w:color="000000"/>
                <w:right w:val="none" w:sz="0" w:space="0" w:color="000000"/>
              </w:pBdr>
              <w:snapToGrid w:val="0"/>
              <w:spacing w:before="40" w:after="40"/>
              <w:ind w:left="40" w:right="40"/>
              <w:jc w:val="center"/>
              <w:rPr>
                <w:rFonts w:ascii="Times New Roman" w:eastAsia="Times New Roman" w:hAnsi="Times New Roman" w:cs="Times New Roman"/>
                <w:color w:val="000000"/>
                <w:sz w:val="20"/>
                <w:szCs w:val="20"/>
              </w:rPr>
            </w:pPr>
            <w:r w:rsidRPr="001A2E38">
              <w:rPr>
                <w:rFonts w:ascii="Times New Roman" w:eastAsia="Times New Roman" w:hAnsi="Times New Roman" w:cs="Times New Roman"/>
                <w:color w:val="000000"/>
                <w:sz w:val="20"/>
                <w:szCs w:val="20"/>
              </w:rPr>
              <w:t>&lt;0.001</w:t>
            </w:r>
          </w:p>
        </w:tc>
        <w:tc>
          <w:tcPr>
            <w:tcW w:w="1925"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14C7F3C5" w14:textId="77777777" w:rsidR="0065294A" w:rsidRPr="001A2E38" w:rsidRDefault="0065294A" w:rsidP="005046C0">
            <w:pPr>
              <w:pBdr>
                <w:top w:val="none" w:sz="0" w:space="0" w:color="000000"/>
                <w:left w:val="none" w:sz="0" w:space="0" w:color="000000"/>
                <w:bottom w:val="none" w:sz="0" w:space="0" w:color="000000"/>
                <w:right w:val="none" w:sz="0" w:space="0" w:color="000000"/>
              </w:pBdr>
              <w:snapToGrid w:val="0"/>
              <w:spacing w:before="40" w:after="40"/>
              <w:ind w:left="40" w:right="40"/>
              <w:jc w:val="center"/>
              <w:rPr>
                <w:rFonts w:ascii="Times New Roman" w:eastAsia="Times New Roman" w:hAnsi="Times New Roman" w:cs="Times New Roman"/>
                <w:color w:val="000000"/>
                <w:sz w:val="20"/>
                <w:szCs w:val="20"/>
              </w:rPr>
            </w:pPr>
          </w:p>
        </w:tc>
      </w:tr>
      <w:tr w:rsidR="0065294A" w:rsidRPr="001A2E38" w14:paraId="5E2FD28A" w14:textId="77777777" w:rsidTr="005046C0">
        <w:trPr>
          <w:jc w:val="center"/>
        </w:trPr>
        <w:tc>
          <w:tcPr>
            <w:tcW w:w="2099"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79B8DDBE" w14:textId="77777777" w:rsidR="0065294A" w:rsidRPr="001A2E38" w:rsidRDefault="0065294A" w:rsidP="005046C0">
            <w:pPr>
              <w:pBdr>
                <w:top w:val="none" w:sz="0" w:space="0" w:color="000000"/>
                <w:left w:val="none" w:sz="0" w:space="0" w:color="000000"/>
                <w:bottom w:val="none" w:sz="0" w:space="0" w:color="000000"/>
                <w:right w:val="none" w:sz="0" w:space="0" w:color="000000"/>
              </w:pBdr>
              <w:snapToGrid w:val="0"/>
              <w:spacing w:before="40" w:after="40"/>
              <w:ind w:left="40" w:right="40"/>
              <w:rPr>
                <w:rFonts w:ascii="Times New Roman" w:eastAsia="Times New Roman" w:hAnsi="Times New Roman" w:cs="Times New Roman"/>
                <w:color w:val="000000"/>
                <w:sz w:val="20"/>
                <w:szCs w:val="20"/>
              </w:rPr>
            </w:pPr>
          </w:p>
        </w:tc>
        <w:tc>
          <w:tcPr>
            <w:tcW w:w="2974"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441FC3A6" w14:textId="77777777" w:rsidR="0065294A" w:rsidRPr="001A2E38" w:rsidRDefault="0065294A" w:rsidP="005046C0">
            <w:pPr>
              <w:pBdr>
                <w:top w:val="none" w:sz="0" w:space="0" w:color="000000"/>
                <w:left w:val="none" w:sz="0" w:space="0" w:color="000000"/>
                <w:bottom w:val="none" w:sz="0" w:space="0" w:color="000000"/>
                <w:right w:val="none" w:sz="0" w:space="0" w:color="000000"/>
              </w:pBdr>
              <w:snapToGrid w:val="0"/>
              <w:spacing w:before="40" w:after="40"/>
              <w:ind w:left="40" w:right="40"/>
              <w:jc w:val="center"/>
              <w:rPr>
                <w:rFonts w:ascii="Times New Roman" w:eastAsia="Times New Roman" w:hAnsi="Times New Roman" w:cs="Times New Roman"/>
                <w:color w:val="000000"/>
                <w:sz w:val="20"/>
                <w:szCs w:val="20"/>
              </w:rPr>
            </w:pPr>
            <w:r w:rsidRPr="001A2E38">
              <w:rPr>
                <w:rFonts w:ascii="Times New Roman" w:eastAsia="Times New Roman" w:hAnsi="Times New Roman" w:cs="Times New Roman"/>
                <w:color w:val="000000"/>
                <w:sz w:val="20"/>
                <w:szCs w:val="20"/>
              </w:rPr>
              <w:t>Q3</w:t>
            </w:r>
          </w:p>
        </w:tc>
        <w:tc>
          <w:tcPr>
            <w:tcW w:w="3500"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11A19A70" w14:textId="77777777" w:rsidR="0065294A" w:rsidRPr="001A2E38" w:rsidRDefault="0065294A" w:rsidP="005046C0">
            <w:pPr>
              <w:pBdr>
                <w:top w:val="none" w:sz="0" w:space="0" w:color="000000"/>
                <w:left w:val="none" w:sz="0" w:space="0" w:color="000000"/>
                <w:bottom w:val="none" w:sz="0" w:space="0" w:color="000000"/>
                <w:right w:val="none" w:sz="0" w:space="0" w:color="000000"/>
              </w:pBdr>
              <w:snapToGrid w:val="0"/>
              <w:spacing w:before="40" w:after="40"/>
              <w:ind w:left="40" w:right="40"/>
              <w:jc w:val="center"/>
              <w:rPr>
                <w:rFonts w:ascii="Times New Roman" w:eastAsia="Times New Roman" w:hAnsi="Times New Roman" w:cs="Times New Roman"/>
                <w:color w:val="000000"/>
                <w:sz w:val="20"/>
                <w:szCs w:val="20"/>
              </w:rPr>
            </w:pPr>
            <w:r w:rsidRPr="001A2E38">
              <w:rPr>
                <w:rFonts w:ascii="Times New Roman" w:eastAsia="Times New Roman" w:hAnsi="Times New Roman" w:cs="Times New Roman"/>
                <w:color w:val="000000"/>
                <w:sz w:val="20"/>
                <w:szCs w:val="20"/>
              </w:rPr>
              <w:t>1.840 (1.584-2.138)</w:t>
            </w:r>
          </w:p>
        </w:tc>
        <w:tc>
          <w:tcPr>
            <w:tcW w:w="1750"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7FAE7A13" w14:textId="77777777" w:rsidR="0065294A" w:rsidRPr="001A2E38" w:rsidRDefault="0065294A" w:rsidP="005046C0">
            <w:pPr>
              <w:pBdr>
                <w:top w:val="none" w:sz="0" w:space="0" w:color="000000"/>
                <w:left w:val="none" w:sz="0" w:space="0" w:color="000000"/>
                <w:bottom w:val="none" w:sz="0" w:space="0" w:color="000000"/>
                <w:right w:val="none" w:sz="0" w:space="0" w:color="000000"/>
              </w:pBdr>
              <w:snapToGrid w:val="0"/>
              <w:spacing w:before="40" w:after="40"/>
              <w:ind w:left="40" w:right="40"/>
              <w:jc w:val="center"/>
              <w:rPr>
                <w:rFonts w:ascii="Times New Roman" w:eastAsia="Times New Roman" w:hAnsi="Times New Roman" w:cs="Times New Roman"/>
                <w:color w:val="000000"/>
                <w:sz w:val="20"/>
                <w:szCs w:val="20"/>
              </w:rPr>
            </w:pPr>
            <w:r w:rsidRPr="001A2E38">
              <w:rPr>
                <w:rFonts w:ascii="Times New Roman" w:eastAsia="Times New Roman" w:hAnsi="Times New Roman" w:cs="Times New Roman"/>
                <w:color w:val="000000"/>
                <w:sz w:val="20"/>
                <w:szCs w:val="20"/>
              </w:rPr>
              <w:t>&lt;0.001</w:t>
            </w:r>
          </w:p>
        </w:tc>
        <w:tc>
          <w:tcPr>
            <w:tcW w:w="1925"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638E1E5D" w14:textId="77777777" w:rsidR="0065294A" w:rsidRPr="001A2E38" w:rsidRDefault="0065294A" w:rsidP="005046C0">
            <w:pPr>
              <w:pBdr>
                <w:top w:val="none" w:sz="0" w:space="0" w:color="000000"/>
                <w:left w:val="none" w:sz="0" w:space="0" w:color="000000"/>
                <w:bottom w:val="none" w:sz="0" w:space="0" w:color="000000"/>
                <w:right w:val="none" w:sz="0" w:space="0" w:color="000000"/>
              </w:pBdr>
              <w:snapToGrid w:val="0"/>
              <w:spacing w:before="40" w:after="40"/>
              <w:ind w:left="40" w:right="40"/>
              <w:jc w:val="center"/>
              <w:rPr>
                <w:rFonts w:ascii="Times New Roman" w:eastAsia="Times New Roman" w:hAnsi="Times New Roman" w:cs="Times New Roman"/>
                <w:color w:val="000000"/>
                <w:sz w:val="20"/>
                <w:szCs w:val="20"/>
              </w:rPr>
            </w:pPr>
          </w:p>
        </w:tc>
      </w:tr>
      <w:tr w:rsidR="0065294A" w:rsidRPr="001A2E38" w14:paraId="6A5F470C" w14:textId="77777777" w:rsidTr="005046C0">
        <w:trPr>
          <w:jc w:val="center"/>
        </w:trPr>
        <w:tc>
          <w:tcPr>
            <w:tcW w:w="2099"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6BACE287" w14:textId="77777777" w:rsidR="0065294A" w:rsidRPr="001A2E38" w:rsidRDefault="0065294A" w:rsidP="005046C0">
            <w:pPr>
              <w:pBdr>
                <w:top w:val="none" w:sz="0" w:space="0" w:color="000000"/>
                <w:left w:val="none" w:sz="0" w:space="0" w:color="000000"/>
                <w:bottom w:val="none" w:sz="0" w:space="0" w:color="000000"/>
                <w:right w:val="none" w:sz="0" w:space="0" w:color="000000"/>
              </w:pBdr>
              <w:snapToGrid w:val="0"/>
              <w:spacing w:before="40" w:after="40"/>
              <w:ind w:left="40" w:right="40"/>
              <w:rPr>
                <w:rFonts w:ascii="Times New Roman" w:eastAsia="Times New Roman" w:hAnsi="Times New Roman" w:cs="Times New Roman"/>
                <w:color w:val="000000"/>
                <w:sz w:val="20"/>
                <w:szCs w:val="20"/>
              </w:rPr>
            </w:pPr>
          </w:p>
        </w:tc>
        <w:tc>
          <w:tcPr>
            <w:tcW w:w="2974"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627B528C" w14:textId="77777777" w:rsidR="0065294A" w:rsidRPr="001A2E38" w:rsidRDefault="0065294A" w:rsidP="005046C0">
            <w:pPr>
              <w:pBdr>
                <w:top w:val="none" w:sz="0" w:space="0" w:color="000000"/>
                <w:left w:val="none" w:sz="0" w:space="0" w:color="000000"/>
                <w:bottom w:val="none" w:sz="0" w:space="0" w:color="000000"/>
                <w:right w:val="none" w:sz="0" w:space="0" w:color="000000"/>
              </w:pBdr>
              <w:snapToGrid w:val="0"/>
              <w:spacing w:before="40" w:after="40"/>
              <w:ind w:left="40" w:right="40"/>
              <w:jc w:val="center"/>
              <w:rPr>
                <w:rFonts w:ascii="Times New Roman" w:eastAsia="Times New Roman" w:hAnsi="Times New Roman" w:cs="Times New Roman"/>
                <w:color w:val="000000"/>
                <w:sz w:val="20"/>
                <w:szCs w:val="20"/>
              </w:rPr>
            </w:pPr>
            <w:r w:rsidRPr="001A2E38">
              <w:rPr>
                <w:rFonts w:ascii="Times New Roman" w:eastAsia="Times New Roman" w:hAnsi="Times New Roman" w:cs="Times New Roman"/>
                <w:color w:val="000000"/>
                <w:sz w:val="20"/>
                <w:szCs w:val="20"/>
              </w:rPr>
              <w:t>Q4</w:t>
            </w:r>
          </w:p>
        </w:tc>
        <w:tc>
          <w:tcPr>
            <w:tcW w:w="3500"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301AA84A" w14:textId="77777777" w:rsidR="0065294A" w:rsidRPr="001A2E38" w:rsidRDefault="0065294A" w:rsidP="005046C0">
            <w:pPr>
              <w:pBdr>
                <w:top w:val="none" w:sz="0" w:space="0" w:color="000000"/>
                <w:left w:val="none" w:sz="0" w:space="0" w:color="000000"/>
                <w:bottom w:val="none" w:sz="0" w:space="0" w:color="000000"/>
                <w:right w:val="none" w:sz="0" w:space="0" w:color="000000"/>
              </w:pBdr>
              <w:snapToGrid w:val="0"/>
              <w:spacing w:before="40" w:after="40"/>
              <w:ind w:left="40" w:right="40"/>
              <w:jc w:val="center"/>
              <w:rPr>
                <w:rFonts w:ascii="Times New Roman" w:eastAsia="Times New Roman" w:hAnsi="Times New Roman" w:cs="Times New Roman"/>
                <w:color w:val="000000"/>
                <w:sz w:val="20"/>
                <w:szCs w:val="20"/>
              </w:rPr>
            </w:pPr>
            <w:r w:rsidRPr="001A2E38">
              <w:rPr>
                <w:rFonts w:ascii="Times New Roman" w:eastAsia="Times New Roman" w:hAnsi="Times New Roman" w:cs="Times New Roman"/>
                <w:color w:val="000000"/>
                <w:sz w:val="20"/>
                <w:szCs w:val="20"/>
              </w:rPr>
              <w:t>3.933 (3.422-4.520)</w:t>
            </w:r>
          </w:p>
        </w:tc>
        <w:tc>
          <w:tcPr>
            <w:tcW w:w="1750"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09B6FA26" w14:textId="77777777" w:rsidR="0065294A" w:rsidRPr="001A2E38" w:rsidRDefault="0065294A" w:rsidP="005046C0">
            <w:pPr>
              <w:pBdr>
                <w:top w:val="none" w:sz="0" w:space="0" w:color="000000"/>
                <w:left w:val="none" w:sz="0" w:space="0" w:color="000000"/>
                <w:bottom w:val="none" w:sz="0" w:space="0" w:color="000000"/>
                <w:right w:val="none" w:sz="0" w:space="0" w:color="000000"/>
              </w:pBdr>
              <w:snapToGrid w:val="0"/>
              <w:spacing w:before="40" w:after="40"/>
              <w:ind w:left="40" w:right="40"/>
              <w:jc w:val="center"/>
              <w:rPr>
                <w:rFonts w:ascii="Times New Roman" w:eastAsia="Times New Roman" w:hAnsi="Times New Roman" w:cs="Times New Roman"/>
                <w:color w:val="000000"/>
                <w:sz w:val="20"/>
                <w:szCs w:val="20"/>
              </w:rPr>
            </w:pPr>
            <w:r w:rsidRPr="001A2E38">
              <w:rPr>
                <w:rFonts w:ascii="Times New Roman" w:eastAsia="Times New Roman" w:hAnsi="Times New Roman" w:cs="Times New Roman"/>
                <w:color w:val="000000"/>
                <w:sz w:val="20"/>
                <w:szCs w:val="20"/>
              </w:rPr>
              <w:t>&lt;0.001</w:t>
            </w:r>
          </w:p>
        </w:tc>
        <w:tc>
          <w:tcPr>
            <w:tcW w:w="1925"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4BA7406C" w14:textId="77777777" w:rsidR="0065294A" w:rsidRPr="001A2E38" w:rsidRDefault="0065294A" w:rsidP="005046C0">
            <w:pPr>
              <w:pBdr>
                <w:top w:val="none" w:sz="0" w:space="0" w:color="000000"/>
                <w:left w:val="none" w:sz="0" w:space="0" w:color="000000"/>
                <w:bottom w:val="none" w:sz="0" w:space="0" w:color="000000"/>
                <w:right w:val="none" w:sz="0" w:space="0" w:color="000000"/>
              </w:pBdr>
              <w:snapToGrid w:val="0"/>
              <w:spacing w:before="40" w:after="40"/>
              <w:ind w:left="40" w:right="40"/>
              <w:jc w:val="center"/>
              <w:rPr>
                <w:rFonts w:ascii="Times New Roman" w:eastAsia="Times New Roman" w:hAnsi="Times New Roman" w:cs="Times New Roman"/>
                <w:color w:val="000000"/>
                <w:sz w:val="20"/>
                <w:szCs w:val="20"/>
              </w:rPr>
            </w:pPr>
            <w:r w:rsidRPr="001A2E38">
              <w:rPr>
                <w:rFonts w:ascii="Times New Roman" w:eastAsia="Times New Roman" w:hAnsi="Times New Roman" w:cs="Times New Roman"/>
                <w:color w:val="000000"/>
                <w:sz w:val="20"/>
                <w:szCs w:val="20"/>
              </w:rPr>
              <w:t>&lt;0.001</w:t>
            </w:r>
          </w:p>
        </w:tc>
      </w:tr>
      <w:tr w:rsidR="0065294A" w:rsidRPr="001A2E38" w14:paraId="0875C0D3" w14:textId="77777777" w:rsidTr="005046C0">
        <w:trPr>
          <w:jc w:val="center"/>
        </w:trPr>
        <w:tc>
          <w:tcPr>
            <w:tcW w:w="2099"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64359310" w14:textId="77777777" w:rsidR="0065294A" w:rsidRPr="001A2E38" w:rsidRDefault="0065294A" w:rsidP="005046C0">
            <w:pPr>
              <w:pBdr>
                <w:top w:val="none" w:sz="0" w:space="0" w:color="000000"/>
                <w:left w:val="none" w:sz="0" w:space="0" w:color="000000"/>
                <w:bottom w:val="none" w:sz="0" w:space="0" w:color="000000"/>
                <w:right w:val="none" w:sz="0" w:space="0" w:color="000000"/>
              </w:pBdr>
              <w:snapToGrid w:val="0"/>
              <w:spacing w:before="40" w:after="40"/>
              <w:ind w:left="40" w:right="40"/>
              <w:rPr>
                <w:rFonts w:ascii="Times New Roman" w:eastAsia="Times New Roman" w:hAnsi="Times New Roman" w:cs="Times New Roman"/>
                <w:color w:val="000000"/>
                <w:sz w:val="20"/>
                <w:szCs w:val="20"/>
              </w:rPr>
            </w:pPr>
            <w:r w:rsidRPr="001A2E38">
              <w:rPr>
                <w:rFonts w:ascii="Times New Roman" w:eastAsia="Times New Roman" w:hAnsi="Times New Roman" w:cs="Times New Roman"/>
                <w:color w:val="000000"/>
                <w:sz w:val="20"/>
                <w:szCs w:val="20"/>
              </w:rPr>
              <w:t>CHG-ABSI</w:t>
            </w:r>
          </w:p>
        </w:tc>
        <w:tc>
          <w:tcPr>
            <w:tcW w:w="2974"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7657C8BE" w14:textId="77777777" w:rsidR="0065294A" w:rsidRPr="001A2E38" w:rsidRDefault="0065294A" w:rsidP="005046C0">
            <w:pPr>
              <w:pBdr>
                <w:top w:val="none" w:sz="0" w:space="0" w:color="000000"/>
                <w:left w:val="none" w:sz="0" w:space="0" w:color="000000"/>
                <w:bottom w:val="none" w:sz="0" w:space="0" w:color="000000"/>
                <w:right w:val="none" w:sz="0" w:space="0" w:color="000000"/>
              </w:pBdr>
              <w:snapToGrid w:val="0"/>
              <w:spacing w:before="40" w:after="40"/>
              <w:ind w:left="40" w:right="40"/>
              <w:jc w:val="center"/>
              <w:rPr>
                <w:rFonts w:ascii="Times New Roman" w:eastAsia="Times New Roman" w:hAnsi="Times New Roman" w:cs="Times New Roman"/>
                <w:color w:val="000000"/>
                <w:sz w:val="20"/>
                <w:szCs w:val="20"/>
              </w:rPr>
            </w:pPr>
            <w:r w:rsidRPr="001A2E38">
              <w:rPr>
                <w:rFonts w:ascii="Times New Roman" w:eastAsia="Times New Roman" w:hAnsi="Times New Roman" w:cs="Times New Roman"/>
                <w:color w:val="000000"/>
                <w:sz w:val="20"/>
                <w:szCs w:val="20"/>
              </w:rPr>
              <w:t>Per 1-SD increase</w:t>
            </w:r>
          </w:p>
        </w:tc>
        <w:tc>
          <w:tcPr>
            <w:tcW w:w="3500"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20BD0B80" w14:textId="77777777" w:rsidR="0065294A" w:rsidRPr="001A2E38" w:rsidRDefault="0065294A" w:rsidP="005046C0">
            <w:pPr>
              <w:pBdr>
                <w:top w:val="none" w:sz="0" w:space="0" w:color="000000"/>
                <w:left w:val="none" w:sz="0" w:space="0" w:color="000000"/>
                <w:bottom w:val="none" w:sz="0" w:space="0" w:color="000000"/>
                <w:right w:val="none" w:sz="0" w:space="0" w:color="000000"/>
              </w:pBdr>
              <w:snapToGrid w:val="0"/>
              <w:spacing w:before="40" w:after="40"/>
              <w:ind w:left="40" w:right="40"/>
              <w:jc w:val="center"/>
              <w:rPr>
                <w:rFonts w:ascii="Times New Roman" w:eastAsia="Times New Roman" w:hAnsi="Times New Roman" w:cs="Times New Roman"/>
                <w:color w:val="000000"/>
                <w:sz w:val="20"/>
                <w:szCs w:val="20"/>
              </w:rPr>
            </w:pPr>
            <w:r w:rsidRPr="001A2E38">
              <w:rPr>
                <w:rFonts w:ascii="Times New Roman" w:eastAsia="Times New Roman" w:hAnsi="Times New Roman" w:cs="Times New Roman"/>
                <w:color w:val="000000"/>
                <w:sz w:val="20"/>
                <w:szCs w:val="20"/>
              </w:rPr>
              <w:t>1.664 (1.605-1.725)</w:t>
            </w:r>
          </w:p>
        </w:tc>
        <w:tc>
          <w:tcPr>
            <w:tcW w:w="1750"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0F6EE553" w14:textId="77777777" w:rsidR="0065294A" w:rsidRPr="001A2E38" w:rsidRDefault="0065294A" w:rsidP="005046C0">
            <w:pPr>
              <w:pBdr>
                <w:top w:val="none" w:sz="0" w:space="0" w:color="000000"/>
                <w:left w:val="none" w:sz="0" w:space="0" w:color="000000"/>
                <w:bottom w:val="none" w:sz="0" w:space="0" w:color="000000"/>
                <w:right w:val="none" w:sz="0" w:space="0" w:color="000000"/>
              </w:pBdr>
              <w:snapToGrid w:val="0"/>
              <w:spacing w:before="40" w:after="40"/>
              <w:ind w:left="40" w:right="40"/>
              <w:jc w:val="center"/>
              <w:rPr>
                <w:rFonts w:ascii="Times New Roman" w:eastAsia="Times New Roman" w:hAnsi="Times New Roman" w:cs="Times New Roman"/>
                <w:color w:val="000000"/>
                <w:sz w:val="20"/>
                <w:szCs w:val="20"/>
              </w:rPr>
            </w:pPr>
            <w:r w:rsidRPr="001A2E38">
              <w:rPr>
                <w:rFonts w:ascii="Times New Roman" w:eastAsia="Times New Roman" w:hAnsi="Times New Roman" w:cs="Times New Roman"/>
                <w:color w:val="000000"/>
                <w:sz w:val="20"/>
                <w:szCs w:val="20"/>
              </w:rPr>
              <w:t>&lt;0.001</w:t>
            </w:r>
          </w:p>
        </w:tc>
        <w:tc>
          <w:tcPr>
            <w:tcW w:w="1925"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2C6060FE" w14:textId="77777777" w:rsidR="0065294A" w:rsidRPr="001A2E38" w:rsidRDefault="0065294A" w:rsidP="005046C0">
            <w:pPr>
              <w:pBdr>
                <w:top w:val="none" w:sz="0" w:space="0" w:color="000000"/>
                <w:left w:val="none" w:sz="0" w:space="0" w:color="000000"/>
                <w:bottom w:val="none" w:sz="0" w:space="0" w:color="000000"/>
                <w:right w:val="none" w:sz="0" w:space="0" w:color="000000"/>
              </w:pBdr>
              <w:snapToGrid w:val="0"/>
              <w:spacing w:before="40" w:after="40"/>
              <w:ind w:left="40" w:right="40"/>
              <w:jc w:val="center"/>
              <w:rPr>
                <w:rFonts w:ascii="Times New Roman" w:eastAsia="Times New Roman" w:hAnsi="Times New Roman" w:cs="Times New Roman"/>
                <w:color w:val="000000"/>
                <w:sz w:val="20"/>
                <w:szCs w:val="20"/>
              </w:rPr>
            </w:pPr>
          </w:p>
        </w:tc>
      </w:tr>
      <w:tr w:rsidR="0065294A" w:rsidRPr="001A2E38" w14:paraId="328F41ED" w14:textId="77777777" w:rsidTr="005046C0">
        <w:trPr>
          <w:jc w:val="center"/>
        </w:trPr>
        <w:tc>
          <w:tcPr>
            <w:tcW w:w="2099"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28731C3F" w14:textId="77777777" w:rsidR="0065294A" w:rsidRPr="001A2E38" w:rsidRDefault="0065294A" w:rsidP="005046C0">
            <w:pPr>
              <w:pBdr>
                <w:top w:val="none" w:sz="0" w:space="0" w:color="000000"/>
                <w:left w:val="none" w:sz="0" w:space="0" w:color="000000"/>
                <w:bottom w:val="none" w:sz="0" w:space="0" w:color="000000"/>
                <w:right w:val="none" w:sz="0" w:space="0" w:color="000000"/>
              </w:pBdr>
              <w:snapToGrid w:val="0"/>
              <w:spacing w:before="40" w:after="40"/>
              <w:ind w:left="40" w:right="40"/>
              <w:rPr>
                <w:rFonts w:ascii="Times New Roman" w:eastAsia="Times New Roman" w:hAnsi="Times New Roman" w:cs="Times New Roman"/>
                <w:color w:val="000000"/>
                <w:sz w:val="20"/>
                <w:szCs w:val="20"/>
              </w:rPr>
            </w:pPr>
          </w:p>
        </w:tc>
        <w:tc>
          <w:tcPr>
            <w:tcW w:w="2974"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630F5C33" w14:textId="77777777" w:rsidR="0065294A" w:rsidRPr="001A2E38" w:rsidRDefault="0065294A" w:rsidP="005046C0">
            <w:pPr>
              <w:pBdr>
                <w:top w:val="none" w:sz="0" w:space="0" w:color="000000"/>
                <w:left w:val="none" w:sz="0" w:space="0" w:color="000000"/>
                <w:bottom w:val="none" w:sz="0" w:space="0" w:color="000000"/>
                <w:right w:val="none" w:sz="0" w:space="0" w:color="000000"/>
              </w:pBdr>
              <w:snapToGrid w:val="0"/>
              <w:spacing w:before="40" w:after="40"/>
              <w:ind w:left="40" w:right="40"/>
              <w:jc w:val="center"/>
              <w:rPr>
                <w:rFonts w:ascii="Times New Roman" w:eastAsia="Times New Roman" w:hAnsi="Times New Roman" w:cs="Times New Roman"/>
                <w:color w:val="000000"/>
                <w:sz w:val="20"/>
                <w:szCs w:val="20"/>
              </w:rPr>
            </w:pPr>
            <w:r w:rsidRPr="001A2E38">
              <w:rPr>
                <w:rFonts w:ascii="Times New Roman" w:eastAsia="Times New Roman" w:hAnsi="Times New Roman" w:cs="Times New Roman"/>
                <w:color w:val="000000"/>
                <w:sz w:val="20"/>
                <w:szCs w:val="20"/>
              </w:rPr>
              <w:t>Q1</w:t>
            </w:r>
          </w:p>
        </w:tc>
        <w:tc>
          <w:tcPr>
            <w:tcW w:w="3500"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5F50FD06" w14:textId="77777777" w:rsidR="0065294A" w:rsidRPr="001A2E38" w:rsidRDefault="0065294A" w:rsidP="005046C0">
            <w:pPr>
              <w:pBdr>
                <w:top w:val="none" w:sz="0" w:space="0" w:color="000000"/>
                <w:left w:val="none" w:sz="0" w:space="0" w:color="000000"/>
                <w:bottom w:val="none" w:sz="0" w:space="0" w:color="000000"/>
                <w:right w:val="none" w:sz="0" w:space="0" w:color="000000"/>
              </w:pBdr>
              <w:snapToGrid w:val="0"/>
              <w:spacing w:before="40" w:after="40"/>
              <w:ind w:left="40" w:right="40"/>
              <w:jc w:val="center"/>
              <w:rPr>
                <w:rFonts w:ascii="Times New Roman" w:eastAsia="Times New Roman" w:hAnsi="Times New Roman" w:cs="Times New Roman"/>
                <w:color w:val="000000"/>
                <w:sz w:val="20"/>
                <w:szCs w:val="20"/>
              </w:rPr>
            </w:pPr>
            <w:r w:rsidRPr="001A2E38">
              <w:rPr>
                <w:rFonts w:ascii="Times New Roman" w:eastAsia="Times New Roman" w:hAnsi="Times New Roman" w:cs="Times New Roman"/>
                <w:color w:val="000000"/>
                <w:sz w:val="20"/>
                <w:szCs w:val="20"/>
              </w:rPr>
              <w:t>Reference</w:t>
            </w:r>
          </w:p>
        </w:tc>
        <w:tc>
          <w:tcPr>
            <w:tcW w:w="1750"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4107A99E" w14:textId="77777777" w:rsidR="0065294A" w:rsidRPr="001A2E38" w:rsidRDefault="0065294A" w:rsidP="005046C0">
            <w:pPr>
              <w:pBdr>
                <w:top w:val="none" w:sz="0" w:space="0" w:color="000000"/>
                <w:left w:val="none" w:sz="0" w:space="0" w:color="000000"/>
                <w:bottom w:val="none" w:sz="0" w:space="0" w:color="000000"/>
                <w:right w:val="none" w:sz="0" w:space="0" w:color="000000"/>
              </w:pBdr>
              <w:snapToGrid w:val="0"/>
              <w:spacing w:before="40" w:after="40"/>
              <w:ind w:left="40" w:right="40"/>
              <w:jc w:val="center"/>
              <w:rPr>
                <w:rFonts w:ascii="Times New Roman" w:eastAsia="Times New Roman" w:hAnsi="Times New Roman" w:cs="Times New Roman"/>
                <w:color w:val="000000"/>
                <w:sz w:val="20"/>
                <w:szCs w:val="20"/>
              </w:rPr>
            </w:pPr>
          </w:p>
        </w:tc>
        <w:tc>
          <w:tcPr>
            <w:tcW w:w="1925"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5E02F574" w14:textId="77777777" w:rsidR="0065294A" w:rsidRPr="001A2E38" w:rsidRDefault="0065294A" w:rsidP="005046C0">
            <w:pPr>
              <w:pBdr>
                <w:top w:val="none" w:sz="0" w:space="0" w:color="000000"/>
                <w:left w:val="none" w:sz="0" w:space="0" w:color="000000"/>
                <w:bottom w:val="none" w:sz="0" w:space="0" w:color="000000"/>
                <w:right w:val="none" w:sz="0" w:space="0" w:color="000000"/>
              </w:pBdr>
              <w:snapToGrid w:val="0"/>
              <w:spacing w:before="40" w:after="40"/>
              <w:ind w:left="40" w:right="40"/>
              <w:jc w:val="center"/>
              <w:rPr>
                <w:rFonts w:ascii="Times New Roman" w:eastAsia="Times New Roman" w:hAnsi="Times New Roman" w:cs="Times New Roman"/>
                <w:color w:val="000000"/>
                <w:sz w:val="20"/>
                <w:szCs w:val="20"/>
              </w:rPr>
            </w:pPr>
          </w:p>
        </w:tc>
      </w:tr>
      <w:tr w:rsidR="0065294A" w:rsidRPr="001A2E38" w14:paraId="6B1C76F3" w14:textId="77777777" w:rsidTr="005046C0">
        <w:trPr>
          <w:jc w:val="center"/>
        </w:trPr>
        <w:tc>
          <w:tcPr>
            <w:tcW w:w="2099"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3CE0F252" w14:textId="77777777" w:rsidR="0065294A" w:rsidRPr="001A2E38" w:rsidRDefault="0065294A" w:rsidP="005046C0">
            <w:pPr>
              <w:pBdr>
                <w:top w:val="none" w:sz="0" w:space="0" w:color="000000"/>
                <w:left w:val="none" w:sz="0" w:space="0" w:color="000000"/>
                <w:bottom w:val="none" w:sz="0" w:space="0" w:color="000000"/>
                <w:right w:val="none" w:sz="0" w:space="0" w:color="000000"/>
              </w:pBdr>
              <w:snapToGrid w:val="0"/>
              <w:spacing w:before="40" w:after="40"/>
              <w:ind w:left="40" w:right="40"/>
              <w:rPr>
                <w:rFonts w:ascii="Times New Roman" w:eastAsia="Times New Roman" w:hAnsi="Times New Roman" w:cs="Times New Roman"/>
                <w:color w:val="000000"/>
                <w:sz w:val="20"/>
                <w:szCs w:val="20"/>
              </w:rPr>
            </w:pPr>
          </w:p>
        </w:tc>
        <w:tc>
          <w:tcPr>
            <w:tcW w:w="2974"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1CBD09BC" w14:textId="77777777" w:rsidR="0065294A" w:rsidRPr="001A2E38" w:rsidRDefault="0065294A" w:rsidP="005046C0">
            <w:pPr>
              <w:pBdr>
                <w:top w:val="none" w:sz="0" w:space="0" w:color="000000"/>
                <w:left w:val="none" w:sz="0" w:space="0" w:color="000000"/>
                <w:bottom w:val="none" w:sz="0" w:space="0" w:color="000000"/>
                <w:right w:val="none" w:sz="0" w:space="0" w:color="000000"/>
              </w:pBdr>
              <w:snapToGrid w:val="0"/>
              <w:spacing w:before="40" w:after="40"/>
              <w:ind w:left="40" w:right="40"/>
              <w:jc w:val="center"/>
              <w:rPr>
                <w:rFonts w:ascii="Times New Roman" w:eastAsia="Times New Roman" w:hAnsi="Times New Roman" w:cs="Times New Roman"/>
                <w:color w:val="000000"/>
                <w:sz w:val="20"/>
                <w:szCs w:val="20"/>
              </w:rPr>
            </w:pPr>
            <w:r w:rsidRPr="001A2E38">
              <w:rPr>
                <w:rFonts w:ascii="Times New Roman" w:eastAsia="Times New Roman" w:hAnsi="Times New Roman" w:cs="Times New Roman"/>
                <w:color w:val="000000"/>
                <w:sz w:val="20"/>
                <w:szCs w:val="20"/>
              </w:rPr>
              <w:t>Q2</w:t>
            </w:r>
          </w:p>
        </w:tc>
        <w:tc>
          <w:tcPr>
            <w:tcW w:w="3500"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1B2B31E3" w14:textId="77777777" w:rsidR="0065294A" w:rsidRPr="001A2E38" w:rsidRDefault="0065294A" w:rsidP="005046C0">
            <w:pPr>
              <w:pBdr>
                <w:top w:val="none" w:sz="0" w:space="0" w:color="000000"/>
                <w:left w:val="none" w:sz="0" w:space="0" w:color="000000"/>
                <w:bottom w:val="none" w:sz="0" w:space="0" w:color="000000"/>
                <w:right w:val="none" w:sz="0" w:space="0" w:color="000000"/>
              </w:pBdr>
              <w:snapToGrid w:val="0"/>
              <w:spacing w:before="40" w:after="40"/>
              <w:ind w:left="40" w:right="40"/>
              <w:jc w:val="center"/>
              <w:rPr>
                <w:rFonts w:ascii="Times New Roman" w:eastAsia="Times New Roman" w:hAnsi="Times New Roman" w:cs="Times New Roman"/>
                <w:color w:val="000000"/>
                <w:sz w:val="20"/>
                <w:szCs w:val="20"/>
              </w:rPr>
            </w:pPr>
            <w:r w:rsidRPr="001A2E38">
              <w:rPr>
                <w:rFonts w:ascii="Times New Roman" w:eastAsia="Times New Roman" w:hAnsi="Times New Roman" w:cs="Times New Roman"/>
                <w:color w:val="000000"/>
                <w:sz w:val="20"/>
                <w:szCs w:val="20"/>
              </w:rPr>
              <w:t>1.330 (1.144-1.548)</w:t>
            </w:r>
          </w:p>
        </w:tc>
        <w:tc>
          <w:tcPr>
            <w:tcW w:w="1750"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63259AF8" w14:textId="77777777" w:rsidR="0065294A" w:rsidRPr="001A2E38" w:rsidRDefault="0065294A" w:rsidP="005046C0">
            <w:pPr>
              <w:pBdr>
                <w:top w:val="none" w:sz="0" w:space="0" w:color="000000"/>
                <w:left w:val="none" w:sz="0" w:space="0" w:color="000000"/>
                <w:bottom w:val="none" w:sz="0" w:space="0" w:color="000000"/>
                <w:right w:val="none" w:sz="0" w:space="0" w:color="000000"/>
              </w:pBdr>
              <w:snapToGrid w:val="0"/>
              <w:spacing w:before="40" w:after="40"/>
              <w:ind w:left="40" w:right="40"/>
              <w:jc w:val="center"/>
              <w:rPr>
                <w:rFonts w:ascii="Times New Roman" w:eastAsia="Times New Roman" w:hAnsi="Times New Roman" w:cs="Times New Roman"/>
                <w:color w:val="000000"/>
                <w:sz w:val="20"/>
                <w:szCs w:val="20"/>
              </w:rPr>
            </w:pPr>
            <w:r w:rsidRPr="001A2E38">
              <w:rPr>
                <w:rFonts w:ascii="Times New Roman" w:eastAsia="Times New Roman" w:hAnsi="Times New Roman" w:cs="Times New Roman"/>
                <w:color w:val="000000"/>
                <w:sz w:val="20"/>
                <w:szCs w:val="20"/>
              </w:rPr>
              <w:t>&lt;0.001</w:t>
            </w:r>
          </w:p>
        </w:tc>
        <w:tc>
          <w:tcPr>
            <w:tcW w:w="1925"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34B6FD34" w14:textId="77777777" w:rsidR="0065294A" w:rsidRPr="001A2E38" w:rsidRDefault="0065294A" w:rsidP="005046C0">
            <w:pPr>
              <w:pBdr>
                <w:top w:val="none" w:sz="0" w:space="0" w:color="000000"/>
                <w:left w:val="none" w:sz="0" w:space="0" w:color="000000"/>
                <w:bottom w:val="none" w:sz="0" w:space="0" w:color="000000"/>
                <w:right w:val="none" w:sz="0" w:space="0" w:color="000000"/>
              </w:pBdr>
              <w:snapToGrid w:val="0"/>
              <w:spacing w:before="40" w:after="40"/>
              <w:ind w:left="40" w:right="40"/>
              <w:jc w:val="center"/>
              <w:rPr>
                <w:rFonts w:ascii="Times New Roman" w:eastAsia="Times New Roman" w:hAnsi="Times New Roman" w:cs="Times New Roman"/>
                <w:color w:val="000000"/>
                <w:sz w:val="20"/>
                <w:szCs w:val="20"/>
              </w:rPr>
            </w:pPr>
          </w:p>
        </w:tc>
      </w:tr>
      <w:tr w:rsidR="0065294A" w:rsidRPr="001A2E38" w14:paraId="3C162312" w14:textId="77777777" w:rsidTr="005046C0">
        <w:trPr>
          <w:jc w:val="center"/>
        </w:trPr>
        <w:tc>
          <w:tcPr>
            <w:tcW w:w="2099"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3E0C37EC" w14:textId="77777777" w:rsidR="0065294A" w:rsidRPr="001A2E38" w:rsidRDefault="0065294A" w:rsidP="005046C0">
            <w:pPr>
              <w:pBdr>
                <w:top w:val="none" w:sz="0" w:space="0" w:color="000000"/>
                <w:left w:val="none" w:sz="0" w:space="0" w:color="000000"/>
                <w:bottom w:val="none" w:sz="0" w:space="0" w:color="000000"/>
                <w:right w:val="none" w:sz="0" w:space="0" w:color="000000"/>
              </w:pBdr>
              <w:snapToGrid w:val="0"/>
              <w:spacing w:before="40" w:after="40"/>
              <w:ind w:left="40" w:right="40"/>
              <w:rPr>
                <w:rFonts w:ascii="Times New Roman" w:eastAsia="Times New Roman" w:hAnsi="Times New Roman" w:cs="Times New Roman"/>
                <w:color w:val="000000"/>
                <w:sz w:val="20"/>
                <w:szCs w:val="20"/>
              </w:rPr>
            </w:pPr>
          </w:p>
        </w:tc>
        <w:tc>
          <w:tcPr>
            <w:tcW w:w="2974"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75CA2515" w14:textId="77777777" w:rsidR="0065294A" w:rsidRPr="001A2E38" w:rsidRDefault="0065294A" w:rsidP="005046C0">
            <w:pPr>
              <w:pBdr>
                <w:top w:val="none" w:sz="0" w:space="0" w:color="000000"/>
                <w:left w:val="none" w:sz="0" w:space="0" w:color="000000"/>
                <w:bottom w:val="none" w:sz="0" w:space="0" w:color="000000"/>
                <w:right w:val="none" w:sz="0" w:space="0" w:color="000000"/>
              </w:pBdr>
              <w:snapToGrid w:val="0"/>
              <w:spacing w:before="40" w:after="40"/>
              <w:ind w:left="40" w:right="40"/>
              <w:jc w:val="center"/>
              <w:rPr>
                <w:rFonts w:ascii="Times New Roman" w:eastAsia="Times New Roman" w:hAnsi="Times New Roman" w:cs="Times New Roman"/>
                <w:color w:val="000000"/>
                <w:sz w:val="20"/>
                <w:szCs w:val="20"/>
              </w:rPr>
            </w:pPr>
            <w:r w:rsidRPr="001A2E38">
              <w:rPr>
                <w:rFonts w:ascii="Times New Roman" w:eastAsia="Times New Roman" w:hAnsi="Times New Roman" w:cs="Times New Roman"/>
                <w:color w:val="000000"/>
                <w:sz w:val="20"/>
                <w:szCs w:val="20"/>
              </w:rPr>
              <w:t>Q3</w:t>
            </w:r>
          </w:p>
        </w:tc>
        <w:tc>
          <w:tcPr>
            <w:tcW w:w="3500"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66FD9A5A" w14:textId="77777777" w:rsidR="0065294A" w:rsidRPr="001A2E38" w:rsidRDefault="0065294A" w:rsidP="005046C0">
            <w:pPr>
              <w:pBdr>
                <w:top w:val="none" w:sz="0" w:space="0" w:color="000000"/>
                <w:left w:val="none" w:sz="0" w:space="0" w:color="000000"/>
                <w:bottom w:val="none" w:sz="0" w:space="0" w:color="000000"/>
                <w:right w:val="none" w:sz="0" w:space="0" w:color="000000"/>
              </w:pBdr>
              <w:snapToGrid w:val="0"/>
              <w:spacing w:before="40" w:after="40"/>
              <w:ind w:left="40" w:right="40"/>
              <w:jc w:val="center"/>
              <w:rPr>
                <w:rFonts w:ascii="Times New Roman" w:eastAsia="Times New Roman" w:hAnsi="Times New Roman" w:cs="Times New Roman"/>
                <w:color w:val="000000"/>
                <w:sz w:val="20"/>
                <w:szCs w:val="20"/>
              </w:rPr>
            </w:pPr>
            <w:r w:rsidRPr="001A2E38">
              <w:rPr>
                <w:rFonts w:ascii="Times New Roman" w:eastAsia="Times New Roman" w:hAnsi="Times New Roman" w:cs="Times New Roman"/>
                <w:color w:val="000000"/>
                <w:sz w:val="20"/>
                <w:szCs w:val="20"/>
              </w:rPr>
              <w:t>1.523 (1.310-1.770)</w:t>
            </w:r>
          </w:p>
        </w:tc>
        <w:tc>
          <w:tcPr>
            <w:tcW w:w="1750"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2A175520" w14:textId="77777777" w:rsidR="0065294A" w:rsidRPr="001A2E38" w:rsidRDefault="0065294A" w:rsidP="005046C0">
            <w:pPr>
              <w:pBdr>
                <w:top w:val="none" w:sz="0" w:space="0" w:color="000000"/>
                <w:left w:val="none" w:sz="0" w:space="0" w:color="000000"/>
                <w:bottom w:val="none" w:sz="0" w:space="0" w:color="000000"/>
                <w:right w:val="none" w:sz="0" w:space="0" w:color="000000"/>
              </w:pBdr>
              <w:snapToGrid w:val="0"/>
              <w:spacing w:before="40" w:after="40"/>
              <w:ind w:left="40" w:right="40"/>
              <w:jc w:val="center"/>
              <w:rPr>
                <w:rFonts w:ascii="Times New Roman" w:eastAsia="Times New Roman" w:hAnsi="Times New Roman" w:cs="Times New Roman"/>
                <w:color w:val="000000"/>
                <w:sz w:val="20"/>
                <w:szCs w:val="20"/>
              </w:rPr>
            </w:pPr>
            <w:r w:rsidRPr="001A2E38">
              <w:rPr>
                <w:rFonts w:ascii="Times New Roman" w:eastAsia="Times New Roman" w:hAnsi="Times New Roman" w:cs="Times New Roman"/>
                <w:color w:val="000000"/>
                <w:sz w:val="20"/>
                <w:szCs w:val="20"/>
              </w:rPr>
              <w:t>&lt;0.001</w:t>
            </w:r>
          </w:p>
        </w:tc>
        <w:tc>
          <w:tcPr>
            <w:tcW w:w="1925"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5C296BB7" w14:textId="77777777" w:rsidR="0065294A" w:rsidRPr="001A2E38" w:rsidRDefault="0065294A" w:rsidP="005046C0">
            <w:pPr>
              <w:pBdr>
                <w:top w:val="none" w:sz="0" w:space="0" w:color="000000"/>
                <w:left w:val="none" w:sz="0" w:space="0" w:color="000000"/>
                <w:bottom w:val="none" w:sz="0" w:space="0" w:color="000000"/>
                <w:right w:val="none" w:sz="0" w:space="0" w:color="000000"/>
              </w:pBdr>
              <w:snapToGrid w:val="0"/>
              <w:spacing w:before="40" w:after="40"/>
              <w:ind w:left="40" w:right="40"/>
              <w:jc w:val="center"/>
              <w:rPr>
                <w:rFonts w:ascii="Times New Roman" w:eastAsia="Times New Roman" w:hAnsi="Times New Roman" w:cs="Times New Roman"/>
                <w:color w:val="000000"/>
                <w:sz w:val="20"/>
                <w:szCs w:val="20"/>
              </w:rPr>
            </w:pPr>
          </w:p>
        </w:tc>
      </w:tr>
      <w:tr w:rsidR="0065294A" w:rsidRPr="001A2E38" w14:paraId="577AC89E" w14:textId="77777777" w:rsidTr="005046C0">
        <w:trPr>
          <w:jc w:val="center"/>
        </w:trPr>
        <w:tc>
          <w:tcPr>
            <w:tcW w:w="2099"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384C5057" w14:textId="77777777" w:rsidR="0065294A" w:rsidRPr="001A2E38" w:rsidRDefault="0065294A" w:rsidP="005046C0">
            <w:pPr>
              <w:pBdr>
                <w:top w:val="none" w:sz="0" w:space="0" w:color="000000"/>
                <w:left w:val="none" w:sz="0" w:space="0" w:color="000000"/>
                <w:bottom w:val="none" w:sz="0" w:space="0" w:color="000000"/>
                <w:right w:val="none" w:sz="0" w:space="0" w:color="000000"/>
              </w:pBdr>
              <w:snapToGrid w:val="0"/>
              <w:spacing w:before="40" w:after="40"/>
              <w:ind w:left="40" w:right="40"/>
              <w:rPr>
                <w:rFonts w:ascii="Times New Roman" w:eastAsia="Times New Roman" w:hAnsi="Times New Roman" w:cs="Times New Roman"/>
                <w:color w:val="000000"/>
                <w:sz w:val="20"/>
                <w:szCs w:val="20"/>
              </w:rPr>
            </w:pPr>
          </w:p>
        </w:tc>
        <w:tc>
          <w:tcPr>
            <w:tcW w:w="2974"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62B2FB89" w14:textId="77777777" w:rsidR="0065294A" w:rsidRPr="001A2E38" w:rsidRDefault="0065294A" w:rsidP="005046C0">
            <w:pPr>
              <w:pBdr>
                <w:top w:val="none" w:sz="0" w:space="0" w:color="000000"/>
                <w:left w:val="none" w:sz="0" w:space="0" w:color="000000"/>
                <w:bottom w:val="none" w:sz="0" w:space="0" w:color="000000"/>
                <w:right w:val="none" w:sz="0" w:space="0" w:color="000000"/>
              </w:pBdr>
              <w:snapToGrid w:val="0"/>
              <w:spacing w:before="40" w:after="40"/>
              <w:ind w:left="40" w:right="40"/>
              <w:jc w:val="center"/>
              <w:rPr>
                <w:rFonts w:ascii="Times New Roman" w:eastAsia="Times New Roman" w:hAnsi="Times New Roman" w:cs="Times New Roman"/>
                <w:color w:val="000000"/>
                <w:sz w:val="20"/>
                <w:szCs w:val="20"/>
              </w:rPr>
            </w:pPr>
            <w:r w:rsidRPr="001A2E38">
              <w:rPr>
                <w:rFonts w:ascii="Times New Roman" w:eastAsia="Times New Roman" w:hAnsi="Times New Roman" w:cs="Times New Roman"/>
                <w:color w:val="000000"/>
                <w:sz w:val="20"/>
                <w:szCs w:val="20"/>
              </w:rPr>
              <w:t>Q4</w:t>
            </w:r>
          </w:p>
        </w:tc>
        <w:tc>
          <w:tcPr>
            <w:tcW w:w="3500"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0768A01F" w14:textId="77777777" w:rsidR="0065294A" w:rsidRPr="001A2E38" w:rsidRDefault="0065294A" w:rsidP="005046C0">
            <w:pPr>
              <w:pBdr>
                <w:top w:val="none" w:sz="0" w:space="0" w:color="000000"/>
                <w:left w:val="none" w:sz="0" w:space="0" w:color="000000"/>
                <w:bottom w:val="none" w:sz="0" w:space="0" w:color="000000"/>
                <w:right w:val="none" w:sz="0" w:space="0" w:color="000000"/>
              </w:pBdr>
              <w:snapToGrid w:val="0"/>
              <w:spacing w:before="40" w:after="40"/>
              <w:ind w:left="40" w:right="40"/>
              <w:jc w:val="center"/>
              <w:rPr>
                <w:rFonts w:ascii="Times New Roman" w:eastAsia="Times New Roman" w:hAnsi="Times New Roman" w:cs="Times New Roman"/>
                <w:color w:val="000000"/>
                <w:sz w:val="20"/>
                <w:szCs w:val="20"/>
              </w:rPr>
            </w:pPr>
            <w:r w:rsidRPr="001A2E38">
              <w:rPr>
                <w:rFonts w:ascii="Times New Roman" w:eastAsia="Times New Roman" w:hAnsi="Times New Roman" w:cs="Times New Roman"/>
                <w:color w:val="000000"/>
                <w:sz w:val="20"/>
                <w:szCs w:val="20"/>
              </w:rPr>
              <w:t>3.117 (2.713-3.580)</w:t>
            </w:r>
          </w:p>
        </w:tc>
        <w:tc>
          <w:tcPr>
            <w:tcW w:w="1750"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53D38793" w14:textId="77777777" w:rsidR="0065294A" w:rsidRPr="001A2E38" w:rsidRDefault="0065294A" w:rsidP="005046C0">
            <w:pPr>
              <w:pBdr>
                <w:top w:val="none" w:sz="0" w:space="0" w:color="000000"/>
                <w:left w:val="none" w:sz="0" w:space="0" w:color="000000"/>
                <w:bottom w:val="none" w:sz="0" w:space="0" w:color="000000"/>
                <w:right w:val="none" w:sz="0" w:space="0" w:color="000000"/>
              </w:pBdr>
              <w:snapToGrid w:val="0"/>
              <w:spacing w:before="40" w:after="40"/>
              <w:ind w:left="40" w:right="40"/>
              <w:jc w:val="center"/>
              <w:rPr>
                <w:rFonts w:ascii="Times New Roman" w:eastAsia="Times New Roman" w:hAnsi="Times New Roman" w:cs="Times New Roman"/>
                <w:color w:val="000000"/>
                <w:sz w:val="20"/>
                <w:szCs w:val="20"/>
              </w:rPr>
            </w:pPr>
            <w:r w:rsidRPr="001A2E38">
              <w:rPr>
                <w:rFonts w:ascii="Times New Roman" w:eastAsia="Times New Roman" w:hAnsi="Times New Roman" w:cs="Times New Roman"/>
                <w:color w:val="000000"/>
                <w:sz w:val="20"/>
                <w:szCs w:val="20"/>
              </w:rPr>
              <w:t>&lt;0.001</w:t>
            </w:r>
          </w:p>
        </w:tc>
        <w:tc>
          <w:tcPr>
            <w:tcW w:w="1925"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7504E2B9" w14:textId="77777777" w:rsidR="0065294A" w:rsidRPr="001A2E38" w:rsidRDefault="0065294A" w:rsidP="005046C0">
            <w:pPr>
              <w:pBdr>
                <w:top w:val="none" w:sz="0" w:space="0" w:color="000000"/>
                <w:left w:val="none" w:sz="0" w:space="0" w:color="000000"/>
                <w:bottom w:val="none" w:sz="0" w:space="0" w:color="000000"/>
                <w:right w:val="none" w:sz="0" w:space="0" w:color="000000"/>
              </w:pBdr>
              <w:snapToGrid w:val="0"/>
              <w:spacing w:before="40" w:after="40"/>
              <w:ind w:left="40" w:right="40"/>
              <w:jc w:val="center"/>
              <w:rPr>
                <w:rFonts w:ascii="Times New Roman" w:eastAsia="Times New Roman" w:hAnsi="Times New Roman" w:cs="Times New Roman"/>
                <w:color w:val="000000"/>
                <w:sz w:val="20"/>
                <w:szCs w:val="20"/>
              </w:rPr>
            </w:pPr>
            <w:r w:rsidRPr="001A2E38">
              <w:rPr>
                <w:rFonts w:ascii="Times New Roman" w:eastAsia="Times New Roman" w:hAnsi="Times New Roman" w:cs="Times New Roman"/>
                <w:color w:val="000000"/>
                <w:sz w:val="20"/>
                <w:szCs w:val="20"/>
              </w:rPr>
              <w:t>&lt;0.001</w:t>
            </w:r>
          </w:p>
        </w:tc>
      </w:tr>
      <w:tr w:rsidR="0065294A" w:rsidRPr="001A2E38" w14:paraId="7F24940D" w14:textId="77777777" w:rsidTr="005046C0">
        <w:trPr>
          <w:jc w:val="center"/>
        </w:trPr>
        <w:tc>
          <w:tcPr>
            <w:tcW w:w="2099"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1C6F4784" w14:textId="77777777" w:rsidR="0065294A" w:rsidRPr="001A2E38" w:rsidRDefault="0065294A" w:rsidP="005046C0">
            <w:pPr>
              <w:pBdr>
                <w:top w:val="none" w:sz="0" w:space="0" w:color="000000"/>
                <w:left w:val="none" w:sz="0" w:space="0" w:color="000000"/>
                <w:bottom w:val="none" w:sz="0" w:space="0" w:color="000000"/>
                <w:right w:val="none" w:sz="0" w:space="0" w:color="000000"/>
              </w:pBdr>
              <w:snapToGrid w:val="0"/>
              <w:spacing w:before="40" w:after="40"/>
              <w:ind w:left="40" w:right="40"/>
              <w:rPr>
                <w:rFonts w:ascii="Times New Roman" w:eastAsia="Times New Roman" w:hAnsi="Times New Roman" w:cs="Times New Roman"/>
                <w:color w:val="000000"/>
                <w:sz w:val="20"/>
                <w:szCs w:val="20"/>
              </w:rPr>
            </w:pPr>
            <w:r w:rsidRPr="001A2E38">
              <w:rPr>
                <w:rFonts w:ascii="Times New Roman" w:eastAsia="Times New Roman" w:hAnsi="Times New Roman" w:cs="Times New Roman"/>
                <w:color w:val="000000"/>
                <w:sz w:val="20"/>
                <w:szCs w:val="20"/>
              </w:rPr>
              <w:t>CHG-VAI</w:t>
            </w:r>
          </w:p>
        </w:tc>
        <w:tc>
          <w:tcPr>
            <w:tcW w:w="2974"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74175EED" w14:textId="77777777" w:rsidR="0065294A" w:rsidRPr="001A2E38" w:rsidRDefault="0065294A" w:rsidP="005046C0">
            <w:pPr>
              <w:pBdr>
                <w:top w:val="none" w:sz="0" w:space="0" w:color="000000"/>
                <w:left w:val="none" w:sz="0" w:space="0" w:color="000000"/>
                <w:bottom w:val="none" w:sz="0" w:space="0" w:color="000000"/>
                <w:right w:val="none" w:sz="0" w:space="0" w:color="000000"/>
              </w:pBdr>
              <w:snapToGrid w:val="0"/>
              <w:spacing w:before="40" w:after="40"/>
              <w:ind w:left="40" w:right="40"/>
              <w:jc w:val="center"/>
              <w:rPr>
                <w:rFonts w:ascii="Times New Roman" w:eastAsia="Times New Roman" w:hAnsi="Times New Roman" w:cs="Times New Roman"/>
                <w:color w:val="000000"/>
                <w:sz w:val="20"/>
                <w:szCs w:val="20"/>
              </w:rPr>
            </w:pPr>
            <w:r w:rsidRPr="001A2E38">
              <w:rPr>
                <w:rFonts w:ascii="Times New Roman" w:eastAsia="Times New Roman" w:hAnsi="Times New Roman" w:cs="Times New Roman"/>
                <w:color w:val="000000"/>
                <w:sz w:val="20"/>
                <w:szCs w:val="20"/>
              </w:rPr>
              <w:t>Per 1-SD increase</w:t>
            </w:r>
          </w:p>
        </w:tc>
        <w:tc>
          <w:tcPr>
            <w:tcW w:w="3500"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3FA1B158" w14:textId="77777777" w:rsidR="0065294A" w:rsidRPr="001A2E38" w:rsidRDefault="0065294A" w:rsidP="005046C0">
            <w:pPr>
              <w:pBdr>
                <w:top w:val="none" w:sz="0" w:space="0" w:color="000000"/>
                <w:left w:val="none" w:sz="0" w:space="0" w:color="000000"/>
                <w:bottom w:val="none" w:sz="0" w:space="0" w:color="000000"/>
                <w:right w:val="none" w:sz="0" w:space="0" w:color="000000"/>
              </w:pBdr>
              <w:snapToGrid w:val="0"/>
              <w:spacing w:before="40" w:after="40"/>
              <w:ind w:left="40" w:right="40"/>
              <w:jc w:val="center"/>
              <w:rPr>
                <w:rFonts w:ascii="Times New Roman" w:eastAsia="Times New Roman" w:hAnsi="Times New Roman" w:cs="Times New Roman"/>
                <w:color w:val="000000"/>
                <w:sz w:val="20"/>
                <w:szCs w:val="20"/>
              </w:rPr>
            </w:pPr>
            <w:r w:rsidRPr="001A2E38">
              <w:rPr>
                <w:rFonts w:ascii="Times New Roman" w:eastAsia="Times New Roman" w:hAnsi="Times New Roman" w:cs="Times New Roman"/>
                <w:color w:val="000000"/>
                <w:sz w:val="20"/>
                <w:szCs w:val="20"/>
              </w:rPr>
              <w:t>1.244 (1.211-1.278)</w:t>
            </w:r>
          </w:p>
        </w:tc>
        <w:tc>
          <w:tcPr>
            <w:tcW w:w="1750"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391D5190" w14:textId="77777777" w:rsidR="0065294A" w:rsidRPr="001A2E38" w:rsidRDefault="0065294A" w:rsidP="005046C0">
            <w:pPr>
              <w:pBdr>
                <w:top w:val="none" w:sz="0" w:space="0" w:color="000000"/>
                <w:left w:val="none" w:sz="0" w:space="0" w:color="000000"/>
                <w:bottom w:val="none" w:sz="0" w:space="0" w:color="000000"/>
                <w:right w:val="none" w:sz="0" w:space="0" w:color="000000"/>
              </w:pBdr>
              <w:snapToGrid w:val="0"/>
              <w:spacing w:before="40" w:after="40"/>
              <w:ind w:left="40" w:right="40"/>
              <w:jc w:val="center"/>
              <w:rPr>
                <w:rFonts w:ascii="Times New Roman" w:eastAsia="Times New Roman" w:hAnsi="Times New Roman" w:cs="Times New Roman"/>
                <w:color w:val="000000"/>
                <w:sz w:val="20"/>
                <w:szCs w:val="20"/>
              </w:rPr>
            </w:pPr>
            <w:r w:rsidRPr="001A2E38">
              <w:rPr>
                <w:rFonts w:ascii="Times New Roman" w:eastAsia="Times New Roman" w:hAnsi="Times New Roman" w:cs="Times New Roman"/>
                <w:color w:val="000000"/>
                <w:sz w:val="20"/>
                <w:szCs w:val="20"/>
              </w:rPr>
              <w:t>&lt;0.001</w:t>
            </w:r>
          </w:p>
        </w:tc>
        <w:tc>
          <w:tcPr>
            <w:tcW w:w="1925"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34CEDDED" w14:textId="77777777" w:rsidR="0065294A" w:rsidRPr="001A2E38" w:rsidRDefault="0065294A" w:rsidP="005046C0">
            <w:pPr>
              <w:pBdr>
                <w:top w:val="none" w:sz="0" w:space="0" w:color="000000"/>
                <w:left w:val="none" w:sz="0" w:space="0" w:color="000000"/>
                <w:bottom w:val="none" w:sz="0" w:space="0" w:color="000000"/>
                <w:right w:val="none" w:sz="0" w:space="0" w:color="000000"/>
              </w:pBdr>
              <w:snapToGrid w:val="0"/>
              <w:spacing w:before="40" w:after="40"/>
              <w:ind w:left="40" w:right="40"/>
              <w:jc w:val="center"/>
              <w:rPr>
                <w:rFonts w:ascii="Times New Roman" w:eastAsia="Times New Roman" w:hAnsi="Times New Roman" w:cs="Times New Roman"/>
                <w:color w:val="000000"/>
                <w:sz w:val="20"/>
                <w:szCs w:val="20"/>
              </w:rPr>
            </w:pPr>
          </w:p>
        </w:tc>
      </w:tr>
      <w:tr w:rsidR="0065294A" w:rsidRPr="001A2E38" w14:paraId="3D8EDD80" w14:textId="77777777" w:rsidTr="005046C0">
        <w:trPr>
          <w:jc w:val="center"/>
        </w:trPr>
        <w:tc>
          <w:tcPr>
            <w:tcW w:w="2099"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3950B773" w14:textId="77777777" w:rsidR="0065294A" w:rsidRPr="001A2E38" w:rsidRDefault="0065294A" w:rsidP="005046C0">
            <w:pPr>
              <w:pBdr>
                <w:top w:val="none" w:sz="0" w:space="0" w:color="000000"/>
                <w:left w:val="none" w:sz="0" w:space="0" w:color="000000"/>
                <w:bottom w:val="none" w:sz="0" w:space="0" w:color="000000"/>
                <w:right w:val="none" w:sz="0" w:space="0" w:color="000000"/>
              </w:pBdr>
              <w:snapToGrid w:val="0"/>
              <w:spacing w:before="40" w:after="40"/>
              <w:ind w:left="40" w:right="40"/>
              <w:rPr>
                <w:rFonts w:ascii="Times New Roman" w:eastAsia="Times New Roman" w:hAnsi="Times New Roman" w:cs="Times New Roman"/>
                <w:color w:val="000000"/>
                <w:sz w:val="20"/>
                <w:szCs w:val="20"/>
              </w:rPr>
            </w:pPr>
          </w:p>
        </w:tc>
        <w:tc>
          <w:tcPr>
            <w:tcW w:w="2974"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689A9303" w14:textId="77777777" w:rsidR="0065294A" w:rsidRPr="001A2E38" w:rsidRDefault="0065294A" w:rsidP="005046C0">
            <w:pPr>
              <w:pBdr>
                <w:top w:val="none" w:sz="0" w:space="0" w:color="000000"/>
                <w:left w:val="none" w:sz="0" w:space="0" w:color="000000"/>
                <w:bottom w:val="none" w:sz="0" w:space="0" w:color="000000"/>
                <w:right w:val="none" w:sz="0" w:space="0" w:color="000000"/>
              </w:pBdr>
              <w:snapToGrid w:val="0"/>
              <w:spacing w:before="40" w:after="40"/>
              <w:ind w:left="40" w:right="40"/>
              <w:jc w:val="center"/>
              <w:rPr>
                <w:rFonts w:ascii="Times New Roman" w:eastAsia="Times New Roman" w:hAnsi="Times New Roman" w:cs="Times New Roman"/>
                <w:color w:val="000000"/>
                <w:sz w:val="20"/>
                <w:szCs w:val="20"/>
              </w:rPr>
            </w:pPr>
            <w:r w:rsidRPr="001A2E38">
              <w:rPr>
                <w:rFonts w:ascii="Times New Roman" w:eastAsia="Times New Roman" w:hAnsi="Times New Roman" w:cs="Times New Roman"/>
                <w:color w:val="000000"/>
                <w:sz w:val="20"/>
                <w:szCs w:val="20"/>
              </w:rPr>
              <w:t>Q1</w:t>
            </w:r>
          </w:p>
        </w:tc>
        <w:tc>
          <w:tcPr>
            <w:tcW w:w="3500"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0D06CAEF" w14:textId="77777777" w:rsidR="0065294A" w:rsidRPr="001A2E38" w:rsidRDefault="0065294A" w:rsidP="005046C0">
            <w:pPr>
              <w:pBdr>
                <w:top w:val="none" w:sz="0" w:space="0" w:color="000000"/>
                <w:left w:val="none" w:sz="0" w:space="0" w:color="000000"/>
                <w:bottom w:val="none" w:sz="0" w:space="0" w:color="000000"/>
                <w:right w:val="none" w:sz="0" w:space="0" w:color="000000"/>
              </w:pBdr>
              <w:snapToGrid w:val="0"/>
              <w:spacing w:before="40" w:after="40"/>
              <w:ind w:left="40" w:right="40"/>
              <w:jc w:val="center"/>
              <w:rPr>
                <w:rFonts w:ascii="Times New Roman" w:eastAsia="Times New Roman" w:hAnsi="Times New Roman" w:cs="Times New Roman"/>
                <w:color w:val="000000"/>
                <w:sz w:val="20"/>
                <w:szCs w:val="20"/>
              </w:rPr>
            </w:pPr>
            <w:r w:rsidRPr="001A2E38">
              <w:rPr>
                <w:rFonts w:ascii="Times New Roman" w:eastAsia="Times New Roman" w:hAnsi="Times New Roman" w:cs="Times New Roman"/>
                <w:color w:val="000000"/>
                <w:sz w:val="20"/>
                <w:szCs w:val="20"/>
              </w:rPr>
              <w:t>Reference</w:t>
            </w:r>
          </w:p>
        </w:tc>
        <w:tc>
          <w:tcPr>
            <w:tcW w:w="1750"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58A3FB6E" w14:textId="77777777" w:rsidR="0065294A" w:rsidRPr="001A2E38" w:rsidRDefault="0065294A" w:rsidP="005046C0">
            <w:pPr>
              <w:pBdr>
                <w:top w:val="none" w:sz="0" w:space="0" w:color="000000"/>
                <w:left w:val="none" w:sz="0" w:space="0" w:color="000000"/>
                <w:bottom w:val="none" w:sz="0" w:space="0" w:color="000000"/>
                <w:right w:val="none" w:sz="0" w:space="0" w:color="000000"/>
              </w:pBdr>
              <w:snapToGrid w:val="0"/>
              <w:spacing w:before="40" w:after="40"/>
              <w:ind w:left="40" w:right="40"/>
              <w:jc w:val="center"/>
              <w:rPr>
                <w:rFonts w:ascii="Times New Roman" w:eastAsia="Times New Roman" w:hAnsi="Times New Roman" w:cs="Times New Roman"/>
                <w:color w:val="000000"/>
                <w:sz w:val="20"/>
                <w:szCs w:val="20"/>
              </w:rPr>
            </w:pPr>
          </w:p>
        </w:tc>
        <w:tc>
          <w:tcPr>
            <w:tcW w:w="1925"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25F1852D" w14:textId="77777777" w:rsidR="0065294A" w:rsidRPr="001A2E38" w:rsidRDefault="0065294A" w:rsidP="005046C0">
            <w:pPr>
              <w:pBdr>
                <w:top w:val="none" w:sz="0" w:space="0" w:color="000000"/>
                <w:left w:val="none" w:sz="0" w:space="0" w:color="000000"/>
                <w:bottom w:val="none" w:sz="0" w:space="0" w:color="000000"/>
                <w:right w:val="none" w:sz="0" w:space="0" w:color="000000"/>
              </w:pBdr>
              <w:snapToGrid w:val="0"/>
              <w:spacing w:before="40" w:after="40"/>
              <w:ind w:left="40" w:right="40"/>
              <w:jc w:val="center"/>
              <w:rPr>
                <w:rFonts w:ascii="Times New Roman" w:eastAsia="Times New Roman" w:hAnsi="Times New Roman" w:cs="Times New Roman"/>
                <w:color w:val="000000"/>
                <w:sz w:val="20"/>
                <w:szCs w:val="20"/>
              </w:rPr>
            </w:pPr>
          </w:p>
        </w:tc>
      </w:tr>
      <w:tr w:rsidR="0065294A" w:rsidRPr="001A2E38" w14:paraId="3189B5D7" w14:textId="77777777" w:rsidTr="005046C0">
        <w:trPr>
          <w:jc w:val="center"/>
        </w:trPr>
        <w:tc>
          <w:tcPr>
            <w:tcW w:w="2099"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2CD43C49" w14:textId="77777777" w:rsidR="0065294A" w:rsidRPr="001A2E38" w:rsidRDefault="0065294A" w:rsidP="005046C0">
            <w:pPr>
              <w:pBdr>
                <w:top w:val="none" w:sz="0" w:space="0" w:color="000000"/>
                <w:left w:val="none" w:sz="0" w:space="0" w:color="000000"/>
                <w:bottom w:val="none" w:sz="0" w:space="0" w:color="000000"/>
                <w:right w:val="none" w:sz="0" w:space="0" w:color="000000"/>
              </w:pBdr>
              <w:snapToGrid w:val="0"/>
              <w:spacing w:before="40" w:after="40"/>
              <w:ind w:left="40" w:right="40"/>
              <w:rPr>
                <w:rFonts w:ascii="Times New Roman" w:eastAsia="Times New Roman" w:hAnsi="Times New Roman" w:cs="Times New Roman"/>
                <w:color w:val="000000"/>
                <w:sz w:val="20"/>
                <w:szCs w:val="20"/>
              </w:rPr>
            </w:pPr>
          </w:p>
        </w:tc>
        <w:tc>
          <w:tcPr>
            <w:tcW w:w="2974"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65198C9E" w14:textId="77777777" w:rsidR="0065294A" w:rsidRPr="001A2E38" w:rsidRDefault="0065294A" w:rsidP="005046C0">
            <w:pPr>
              <w:pBdr>
                <w:top w:val="none" w:sz="0" w:space="0" w:color="000000"/>
                <w:left w:val="none" w:sz="0" w:space="0" w:color="000000"/>
                <w:bottom w:val="none" w:sz="0" w:space="0" w:color="000000"/>
                <w:right w:val="none" w:sz="0" w:space="0" w:color="000000"/>
              </w:pBdr>
              <w:snapToGrid w:val="0"/>
              <w:spacing w:before="40" w:after="40"/>
              <w:ind w:left="40" w:right="40"/>
              <w:jc w:val="center"/>
              <w:rPr>
                <w:rFonts w:ascii="Times New Roman" w:eastAsia="Times New Roman" w:hAnsi="Times New Roman" w:cs="Times New Roman"/>
                <w:color w:val="000000"/>
                <w:sz w:val="20"/>
                <w:szCs w:val="20"/>
              </w:rPr>
            </w:pPr>
            <w:r w:rsidRPr="001A2E38">
              <w:rPr>
                <w:rFonts w:ascii="Times New Roman" w:eastAsia="Times New Roman" w:hAnsi="Times New Roman" w:cs="Times New Roman"/>
                <w:color w:val="000000"/>
                <w:sz w:val="20"/>
                <w:szCs w:val="20"/>
              </w:rPr>
              <w:t>Q2</w:t>
            </w:r>
          </w:p>
        </w:tc>
        <w:tc>
          <w:tcPr>
            <w:tcW w:w="3500"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203469E9" w14:textId="77777777" w:rsidR="0065294A" w:rsidRPr="001A2E38" w:rsidRDefault="0065294A" w:rsidP="005046C0">
            <w:pPr>
              <w:pBdr>
                <w:top w:val="none" w:sz="0" w:space="0" w:color="000000"/>
                <w:left w:val="none" w:sz="0" w:space="0" w:color="000000"/>
                <w:bottom w:val="none" w:sz="0" w:space="0" w:color="000000"/>
                <w:right w:val="none" w:sz="0" w:space="0" w:color="000000"/>
              </w:pBdr>
              <w:snapToGrid w:val="0"/>
              <w:spacing w:before="40" w:after="40"/>
              <w:ind w:left="40" w:right="40"/>
              <w:jc w:val="center"/>
              <w:rPr>
                <w:rFonts w:ascii="Times New Roman" w:eastAsia="Times New Roman" w:hAnsi="Times New Roman" w:cs="Times New Roman"/>
                <w:color w:val="000000"/>
                <w:sz w:val="20"/>
                <w:szCs w:val="20"/>
              </w:rPr>
            </w:pPr>
            <w:r w:rsidRPr="001A2E38">
              <w:rPr>
                <w:rFonts w:ascii="Times New Roman" w:eastAsia="Times New Roman" w:hAnsi="Times New Roman" w:cs="Times New Roman"/>
                <w:color w:val="000000"/>
                <w:sz w:val="20"/>
                <w:szCs w:val="20"/>
              </w:rPr>
              <w:t>1.043 (0.916-1.188)</w:t>
            </w:r>
          </w:p>
        </w:tc>
        <w:tc>
          <w:tcPr>
            <w:tcW w:w="1750"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15CFC153" w14:textId="77777777" w:rsidR="0065294A" w:rsidRPr="001A2E38" w:rsidRDefault="0065294A" w:rsidP="005046C0">
            <w:pPr>
              <w:pBdr>
                <w:top w:val="none" w:sz="0" w:space="0" w:color="000000"/>
                <w:left w:val="none" w:sz="0" w:space="0" w:color="000000"/>
                <w:bottom w:val="none" w:sz="0" w:space="0" w:color="000000"/>
                <w:right w:val="none" w:sz="0" w:space="0" w:color="000000"/>
              </w:pBdr>
              <w:snapToGrid w:val="0"/>
              <w:spacing w:before="40" w:after="40"/>
              <w:ind w:left="40" w:right="40"/>
              <w:jc w:val="center"/>
              <w:rPr>
                <w:rFonts w:ascii="Times New Roman" w:eastAsia="Times New Roman" w:hAnsi="Times New Roman" w:cs="Times New Roman"/>
                <w:color w:val="000000"/>
                <w:sz w:val="20"/>
                <w:szCs w:val="20"/>
              </w:rPr>
            </w:pPr>
            <w:r w:rsidRPr="001A2E38">
              <w:rPr>
                <w:rFonts w:ascii="Times New Roman" w:eastAsia="Times New Roman" w:hAnsi="Times New Roman" w:cs="Times New Roman"/>
                <w:color w:val="000000"/>
                <w:sz w:val="20"/>
                <w:szCs w:val="20"/>
              </w:rPr>
              <w:t>0.523</w:t>
            </w:r>
          </w:p>
        </w:tc>
        <w:tc>
          <w:tcPr>
            <w:tcW w:w="1925"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5E385109" w14:textId="77777777" w:rsidR="0065294A" w:rsidRPr="001A2E38" w:rsidRDefault="0065294A" w:rsidP="005046C0">
            <w:pPr>
              <w:pBdr>
                <w:top w:val="none" w:sz="0" w:space="0" w:color="000000"/>
                <w:left w:val="none" w:sz="0" w:space="0" w:color="000000"/>
                <w:bottom w:val="none" w:sz="0" w:space="0" w:color="000000"/>
                <w:right w:val="none" w:sz="0" w:space="0" w:color="000000"/>
              </w:pBdr>
              <w:snapToGrid w:val="0"/>
              <w:spacing w:before="40" w:after="40"/>
              <w:ind w:left="40" w:right="40"/>
              <w:jc w:val="center"/>
              <w:rPr>
                <w:rFonts w:ascii="Times New Roman" w:eastAsia="Times New Roman" w:hAnsi="Times New Roman" w:cs="Times New Roman"/>
                <w:color w:val="000000"/>
                <w:sz w:val="20"/>
                <w:szCs w:val="20"/>
              </w:rPr>
            </w:pPr>
          </w:p>
        </w:tc>
      </w:tr>
      <w:tr w:rsidR="0065294A" w:rsidRPr="001A2E38" w14:paraId="406817C6" w14:textId="77777777" w:rsidTr="005046C0">
        <w:trPr>
          <w:jc w:val="center"/>
        </w:trPr>
        <w:tc>
          <w:tcPr>
            <w:tcW w:w="2099"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0B11BE58" w14:textId="77777777" w:rsidR="0065294A" w:rsidRPr="001A2E38" w:rsidRDefault="0065294A" w:rsidP="005046C0">
            <w:pPr>
              <w:pBdr>
                <w:top w:val="none" w:sz="0" w:space="0" w:color="000000"/>
                <w:left w:val="none" w:sz="0" w:space="0" w:color="000000"/>
                <w:bottom w:val="none" w:sz="0" w:space="0" w:color="000000"/>
                <w:right w:val="none" w:sz="0" w:space="0" w:color="000000"/>
              </w:pBdr>
              <w:snapToGrid w:val="0"/>
              <w:spacing w:before="40" w:after="40"/>
              <w:ind w:left="40" w:right="40"/>
              <w:rPr>
                <w:rFonts w:ascii="Times New Roman" w:eastAsia="Times New Roman" w:hAnsi="Times New Roman" w:cs="Times New Roman"/>
                <w:color w:val="000000"/>
                <w:sz w:val="20"/>
                <w:szCs w:val="20"/>
              </w:rPr>
            </w:pPr>
          </w:p>
        </w:tc>
        <w:tc>
          <w:tcPr>
            <w:tcW w:w="2974"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42BFE327" w14:textId="77777777" w:rsidR="0065294A" w:rsidRPr="001A2E38" w:rsidRDefault="0065294A" w:rsidP="005046C0">
            <w:pPr>
              <w:pBdr>
                <w:top w:val="none" w:sz="0" w:space="0" w:color="000000"/>
                <w:left w:val="none" w:sz="0" w:space="0" w:color="000000"/>
                <w:bottom w:val="none" w:sz="0" w:space="0" w:color="000000"/>
                <w:right w:val="none" w:sz="0" w:space="0" w:color="000000"/>
              </w:pBdr>
              <w:snapToGrid w:val="0"/>
              <w:spacing w:before="40" w:after="40"/>
              <w:ind w:left="40" w:right="40"/>
              <w:jc w:val="center"/>
              <w:rPr>
                <w:rFonts w:ascii="Times New Roman" w:eastAsia="Times New Roman" w:hAnsi="Times New Roman" w:cs="Times New Roman"/>
                <w:color w:val="000000"/>
                <w:sz w:val="20"/>
                <w:szCs w:val="20"/>
              </w:rPr>
            </w:pPr>
            <w:r w:rsidRPr="001A2E38">
              <w:rPr>
                <w:rFonts w:ascii="Times New Roman" w:eastAsia="Times New Roman" w:hAnsi="Times New Roman" w:cs="Times New Roman"/>
                <w:color w:val="000000"/>
                <w:sz w:val="20"/>
                <w:szCs w:val="20"/>
              </w:rPr>
              <w:t>Q3</w:t>
            </w:r>
          </w:p>
        </w:tc>
        <w:tc>
          <w:tcPr>
            <w:tcW w:w="3500"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567A16F3" w14:textId="77777777" w:rsidR="0065294A" w:rsidRPr="001A2E38" w:rsidRDefault="0065294A" w:rsidP="005046C0">
            <w:pPr>
              <w:pBdr>
                <w:top w:val="none" w:sz="0" w:space="0" w:color="000000"/>
                <w:left w:val="none" w:sz="0" w:space="0" w:color="000000"/>
                <w:bottom w:val="none" w:sz="0" w:space="0" w:color="000000"/>
                <w:right w:val="none" w:sz="0" w:space="0" w:color="000000"/>
              </w:pBdr>
              <w:snapToGrid w:val="0"/>
              <w:spacing w:before="40" w:after="40"/>
              <w:ind w:left="40" w:right="40"/>
              <w:jc w:val="center"/>
              <w:rPr>
                <w:rFonts w:ascii="Times New Roman" w:eastAsia="Times New Roman" w:hAnsi="Times New Roman" w:cs="Times New Roman"/>
                <w:color w:val="000000"/>
                <w:sz w:val="20"/>
                <w:szCs w:val="20"/>
              </w:rPr>
            </w:pPr>
            <w:r w:rsidRPr="001A2E38">
              <w:rPr>
                <w:rFonts w:ascii="Times New Roman" w:eastAsia="Times New Roman" w:hAnsi="Times New Roman" w:cs="Times New Roman"/>
                <w:color w:val="000000"/>
                <w:sz w:val="20"/>
                <w:szCs w:val="20"/>
              </w:rPr>
              <w:t>1.284 (1.134-1.454)</w:t>
            </w:r>
          </w:p>
        </w:tc>
        <w:tc>
          <w:tcPr>
            <w:tcW w:w="1750"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24CF4291" w14:textId="77777777" w:rsidR="0065294A" w:rsidRPr="001A2E38" w:rsidRDefault="0065294A" w:rsidP="005046C0">
            <w:pPr>
              <w:pBdr>
                <w:top w:val="none" w:sz="0" w:space="0" w:color="000000"/>
                <w:left w:val="none" w:sz="0" w:space="0" w:color="000000"/>
                <w:bottom w:val="none" w:sz="0" w:space="0" w:color="000000"/>
                <w:right w:val="none" w:sz="0" w:space="0" w:color="000000"/>
              </w:pBdr>
              <w:snapToGrid w:val="0"/>
              <w:spacing w:before="40" w:after="40"/>
              <w:ind w:left="40" w:right="40"/>
              <w:jc w:val="center"/>
              <w:rPr>
                <w:rFonts w:ascii="Times New Roman" w:eastAsia="Times New Roman" w:hAnsi="Times New Roman" w:cs="Times New Roman"/>
                <w:color w:val="000000"/>
                <w:sz w:val="20"/>
                <w:szCs w:val="20"/>
              </w:rPr>
            </w:pPr>
            <w:r w:rsidRPr="001A2E38">
              <w:rPr>
                <w:rFonts w:ascii="Times New Roman" w:eastAsia="Times New Roman" w:hAnsi="Times New Roman" w:cs="Times New Roman"/>
                <w:color w:val="000000"/>
                <w:sz w:val="20"/>
                <w:szCs w:val="20"/>
              </w:rPr>
              <w:t>&lt;0.001</w:t>
            </w:r>
          </w:p>
        </w:tc>
        <w:tc>
          <w:tcPr>
            <w:tcW w:w="1925"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3E3989CB" w14:textId="77777777" w:rsidR="0065294A" w:rsidRPr="001A2E38" w:rsidRDefault="0065294A" w:rsidP="005046C0">
            <w:pPr>
              <w:pBdr>
                <w:top w:val="none" w:sz="0" w:space="0" w:color="000000"/>
                <w:left w:val="none" w:sz="0" w:space="0" w:color="000000"/>
                <w:bottom w:val="none" w:sz="0" w:space="0" w:color="000000"/>
                <w:right w:val="none" w:sz="0" w:space="0" w:color="000000"/>
              </w:pBdr>
              <w:snapToGrid w:val="0"/>
              <w:spacing w:before="40" w:after="40"/>
              <w:ind w:left="40" w:right="40"/>
              <w:jc w:val="center"/>
              <w:rPr>
                <w:rFonts w:ascii="Times New Roman" w:eastAsia="Times New Roman" w:hAnsi="Times New Roman" w:cs="Times New Roman"/>
                <w:color w:val="000000"/>
                <w:sz w:val="20"/>
                <w:szCs w:val="20"/>
              </w:rPr>
            </w:pPr>
          </w:p>
        </w:tc>
      </w:tr>
      <w:tr w:rsidR="0065294A" w:rsidRPr="001A2E38" w14:paraId="28145C48" w14:textId="77777777" w:rsidTr="005046C0">
        <w:trPr>
          <w:jc w:val="center"/>
        </w:trPr>
        <w:tc>
          <w:tcPr>
            <w:tcW w:w="2099"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7464D766" w14:textId="77777777" w:rsidR="0065294A" w:rsidRPr="001A2E38" w:rsidRDefault="0065294A" w:rsidP="005046C0">
            <w:pPr>
              <w:pBdr>
                <w:top w:val="none" w:sz="0" w:space="0" w:color="000000"/>
                <w:left w:val="none" w:sz="0" w:space="0" w:color="000000"/>
                <w:bottom w:val="none" w:sz="0" w:space="0" w:color="000000"/>
                <w:right w:val="none" w:sz="0" w:space="0" w:color="000000"/>
              </w:pBdr>
              <w:snapToGrid w:val="0"/>
              <w:spacing w:before="40" w:after="40"/>
              <w:ind w:left="40" w:right="40"/>
              <w:rPr>
                <w:rFonts w:ascii="Times New Roman" w:eastAsia="Times New Roman" w:hAnsi="Times New Roman" w:cs="Times New Roman"/>
                <w:color w:val="000000"/>
                <w:sz w:val="20"/>
                <w:szCs w:val="20"/>
              </w:rPr>
            </w:pPr>
          </w:p>
        </w:tc>
        <w:tc>
          <w:tcPr>
            <w:tcW w:w="2974"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5BA86767" w14:textId="77777777" w:rsidR="0065294A" w:rsidRPr="001A2E38" w:rsidRDefault="0065294A" w:rsidP="005046C0">
            <w:pPr>
              <w:pBdr>
                <w:top w:val="none" w:sz="0" w:space="0" w:color="000000"/>
                <w:left w:val="none" w:sz="0" w:space="0" w:color="000000"/>
                <w:bottom w:val="none" w:sz="0" w:space="0" w:color="000000"/>
                <w:right w:val="none" w:sz="0" w:space="0" w:color="000000"/>
              </w:pBdr>
              <w:snapToGrid w:val="0"/>
              <w:spacing w:before="40" w:after="40"/>
              <w:ind w:left="40" w:right="40"/>
              <w:jc w:val="center"/>
              <w:rPr>
                <w:rFonts w:ascii="Times New Roman" w:eastAsia="Times New Roman" w:hAnsi="Times New Roman" w:cs="Times New Roman"/>
                <w:color w:val="000000"/>
                <w:sz w:val="20"/>
                <w:szCs w:val="20"/>
              </w:rPr>
            </w:pPr>
            <w:r w:rsidRPr="001A2E38">
              <w:rPr>
                <w:rFonts w:ascii="Times New Roman" w:eastAsia="Times New Roman" w:hAnsi="Times New Roman" w:cs="Times New Roman"/>
                <w:color w:val="000000"/>
                <w:sz w:val="20"/>
                <w:szCs w:val="20"/>
              </w:rPr>
              <w:t>Q4</w:t>
            </w:r>
          </w:p>
        </w:tc>
        <w:tc>
          <w:tcPr>
            <w:tcW w:w="3500"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6693C44A" w14:textId="77777777" w:rsidR="0065294A" w:rsidRPr="001A2E38" w:rsidRDefault="0065294A" w:rsidP="005046C0">
            <w:pPr>
              <w:pBdr>
                <w:top w:val="none" w:sz="0" w:space="0" w:color="000000"/>
                <w:left w:val="none" w:sz="0" w:space="0" w:color="000000"/>
                <w:bottom w:val="none" w:sz="0" w:space="0" w:color="000000"/>
                <w:right w:val="none" w:sz="0" w:space="0" w:color="000000"/>
              </w:pBdr>
              <w:snapToGrid w:val="0"/>
              <w:spacing w:before="40" w:after="40"/>
              <w:ind w:left="40" w:right="40"/>
              <w:jc w:val="center"/>
              <w:rPr>
                <w:rFonts w:ascii="Times New Roman" w:eastAsia="Times New Roman" w:hAnsi="Times New Roman" w:cs="Times New Roman"/>
                <w:color w:val="000000"/>
                <w:sz w:val="20"/>
                <w:szCs w:val="20"/>
              </w:rPr>
            </w:pPr>
            <w:r w:rsidRPr="001A2E38">
              <w:rPr>
                <w:rFonts w:ascii="Times New Roman" w:eastAsia="Times New Roman" w:hAnsi="Times New Roman" w:cs="Times New Roman"/>
                <w:color w:val="000000"/>
                <w:sz w:val="20"/>
                <w:szCs w:val="20"/>
              </w:rPr>
              <w:t>1.940 (1.729-2.177)</w:t>
            </w:r>
          </w:p>
        </w:tc>
        <w:tc>
          <w:tcPr>
            <w:tcW w:w="1750"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4DDE3DF9" w14:textId="77777777" w:rsidR="0065294A" w:rsidRPr="001A2E38" w:rsidRDefault="0065294A" w:rsidP="005046C0">
            <w:pPr>
              <w:pBdr>
                <w:top w:val="none" w:sz="0" w:space="0" w:color="000000"/>
                <w:left w:val="none" w:sz="0" w:space="0" w:color="000000"/>
                <w:bottom w:val="none" w:sz="0" w:space="0" w:color="000000"/>
                <w:right w:val="none" w:sz="0" w:space="0" w:color="000000"/>
              </w:pBdr>
              <w:snapToGrid w:val="0"/>
              <w:spacing w:before="40" w:after="40"/>
              <w:ind w:left="40" w:right="40"/>
              <w:jc w:val="center"/>
              <w:rPr>
                <w:rFonts w:ascii="Times New Roman" w:eastAsia="Times New Roman" w:hAnsi="Times New Roman" w:cs="Times New Roman"/>
                <w:color w:val="000000"/>
                <w:sz w:val="20"/>
                <w:szCs w:val="20"/>
              </w:rPr>
            </w:pPr>
            <w:r w:rsidRPr="001A2E38">
              <w:rPr>
                <w:rFonts w:ascii="Times New Roman" w:eastAsia="Times New Roman" w:hAnsi="Times New Roman" w:cs="Times New Roman"/>
                <w:color w:val="000000"/>
                <w:sz w:val="20"/>
                <w:szCs w:val="20"/>
              </w:rPr>
              <w:t>&lt;0.001</w:t>
            </w:r>
          </w:p>
        </w:tc>
        <w:tc>
          <w:tcPr>
            <w:tcW w:w="1925"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61FC534B" w14:textId="77777777" w:rsidR="0065294A" w:rsidRPr="001A2E38" w:rsidRDefault="0065294A" w:rsidP="005046C0">
            <w:pPr>
              <w:pBdr>
                <w:top w:val="none" w:sz="0" w:space="0" w:color="000000"/>
                <w:left w:val="none" w:sz="0" w:space="0" w:color="000000"/>
                <w:bottom w:val="none" w:sz="0" w:space="0" w:color="000000"/>
                <w:right w:val="none" w:sz="0" w:space="0" w:color="000000"/>
              </w:pBdr>
              <w:snapToGrid w:val="0"/>
              <w:spacing w:before="40" w:after="40"/>
              <w:ind w:left="40" w:right="40"/>
              <w:jc w:val="center"/>
              <w:rPr>
                <w:rFonts w:ascii="Times New Roman" w:eastAsia="Times New Roman" w:hAnsi="Times New Roman" w:cs="Times New Roman"/>
                <w:color w:val="000000"/>
                <w:sz w:val="20"/>
                <w:szCs w:val="20"/>
              </w:rPr>
            </w:pPr>
            <w:r w:rsidRPr="001A2E38">
              <w:rPr>
                <w:rFonts w:ascii="Times New Roman" w:eastAsia="Times New Roman" w:hAnsi="Times New Roman" w:cs="Times New Roman"/>
                <w:color w:val="000000"/>
                <w:sz w:val="20"/>
                <w:szCs w:val="20"/>
              </w:rPr>
              <w:t>&lt;0.001</w:t>
            </w:r>
          </w:p>
        </w:tc>
      </w:tr>
      <w:tr w:rsidR="0065294A" w:rsidRPr="001A2E38" w14:paraId="135776A5" w14:textId="77777777" w:rsidTr="005046C0">
        <w:trPr>
          <w:jc w:val="center"/>
        </w:trPr>
        <w:tc>
          <w:tcPr>
            <w:tcW w:w="2099"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30250F8C" w14:textId="77777777" w:rsidR="0065294A" w:rsidRPr="001A2E38" w:rsidRDefault="0065294A" w:rsidP="005046C0">
            <w:pPr>
              <w:pBdr>
                <w:top w:val="none" w:sz="0" w:space="0" w:color="000000"/>
                <w:left w:val="none" w:sz="0" w:space="0" w:color="000000"/>
                <w:bottom w:val="none" w:sz="0" w:space="0" w:color="000000"/>
                <w:right w:val="none" w:sz="0" w:space="0" w:color="000000"/>
              </w:pBdr>
              <w:snapToGrid w:val="0"/>
              <w:spacing w:before="40" w:after="40"/>
              <w:ind w:left="40" w:right="40"/>
              <w:rPr>
                <w:rFonts w:ascii="Times New Roman" w:eastAsia="Times New Roman" w:hAnsi="Times New Roman" w:cs="Times New Roman"/>
                <w:color w:val="000000"/>
                <w:sz w:val="20"/>
                <w:szCs w:val="20"/>
              </w:rPr>
            </w:pPr>
            <w:r w:rsidRPr="001A2E38">
              <w:rPr>
                <w:rFonts w:ascii="Times New Roman" w:eastAsia="Times New Roman" w:hAnsi="Times New Roman" w:cs="Times New Roman"/>
                <w:color w:val="000000"/>
                <w:sz w:val="20"/>
                <w:szCs w:val="20"/>
              </w:rPr>
              <w:t>CHG-WWI</w:t>
            </w:r>
          </w:p>
        </w:tc>
        <w:tc>
          <w:tcPr>
            <w:tcW w:w="2974"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18D23C16" w14:textId="77777777" w:rsidR="0065294A" w:rsidRPr="001A2E38" w:rsidRDefault="0065294A" w:rsidP="005046C0">
            <w:pPr>
              <w:pBdr>
                <w:top w:val="none" w:sz="0" w:space="0" w:color="000000"/>
                <w:left w:val="none" w:sz="0" w:space="0" w:color="000000"/>
                <w:bottom w:val="none" w:sz="0" w:space="0" w:color="000000"/>
                <w:right w:val="none" w:sz="0" w:space="0" w:color="000000"/>
              </w:pBdr>
              <w:snapToGrid w:val="0"/>
              <w:spacing w:before="40" w:after="40"/>
              <w:ind w:left="40" w:right="40"/>
              <w:jc w:val="center"/>
              <w:rPr>
                <w:rFonts w:ascii="Times New Roman" w:eastAsia="Times New Roman" w:hAnsi="Times New Roman" w:cs="Times New Roman"/>
                <w:color w:val="000000"/>
                <w:sz w:val="20"/>
                <w:szCs w:val="20"/>
              </w:rPr>
            </w:pPr>
            <w:r w:rsidRPr="001A2E38">
              <w:rPr>
                <w:rFonts w:ascii="Times New Roman" w:eastAsia="Times New Roman" w:hAnsi="Times New Roman" w:cs="Times New Roman"/>
                <w:color w:val="000000"/>
                <w:sz w:val="20"/>
                <w:szCs w:val="20"/>
              </w:rPr>
              <w:t>Per 1-SD increase</w:t>
            </w:r>
          </w:p>
        </w:tc>
        <w:tc>
          <w:tcPr>
            <w:tcW w:w="3500"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5457E3BE" w14:textId="77777777" w:rsidR="0065294A" w:rsidRPr="001A2E38" w:rsidRDefault="0065294A" w:rsidP="005046C0">
            <w:pPr>
              <w:pBdr>
                <w:top w:val="none" w:sz="0" w:space="0" w:color="000000"/>
                <w:left w:val="none" w:sz="0" w:space="0" w:color="000000"/>
                <w:bottom w:val="none" w:sz="0" w:space="0" w:color="000000"/>
                <w:right w:val="none" w:sz="0" w:space="0" w:color="000000"/>
              </w:pBdr>
              <w:snapToGrid w:val="0"/>
              <w:spacing w:before="40" w:after="40"/>
              <w:ind w:left="40" w:right="40"/>
              <w:jc w:val="center"/>
              <w:rPr>
                <w:rFonts w:ascii="Times New Roman" w:eastAsia="Times New Roman" w:hAnsi="Times New Roman" w:cs="Times New Roman"/>
                <w:color w:val="000000"/>
                <w:sz w:val="20"/>
                <w:szCs w:val="20"/>
              </w:rPr>
            </w:pPr>
            <w:r w:rsidRPr="001A2E38">
              <w:rPr>
                <w:rFonts w:ascii="Times New Roman" w:eastAsia="Times New Roman" w:hAnsi="Times New Roman" w:cs="Times New Roman"/>
                <w:color w:val="000000"/>
                <w:sz w:val="20"/>
                <w:szCs w:val="20"/>
              </w:rPr>
              <w:t>1.698 (1.647-1.751)</w:t>
            </w:r>
          </w:p>
        </w:tc>
        <w:tc>
          <w:tcPr>
            <w:tcW w:w="1750"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4AC8E25D" w14:textId="77777777" w:rsidR="0065294A" w:rsidRPr="001A2E38" w:rsidRDefault="0065294A" w:rsidP="005046C0">
            <w:pPr>
              <w:pBdr>
                <w:top w:val="none" w:sz="0" w:space="0" w:color="000000"/>
                <w:left w:val="none" w:sz="0" w:space="0" w:color="000000"/>
                <w:bottom w:val="none" w:sz="0" w:space="0" w:color="000000"/>
                <w:right w:val="none" w:sz="0" w:space="0" w:color="000000"/>
              </w:pBdr>
              <w:snapToGrid w:val="0"/>
              <w:spacing w:before="40" w:after="40"/>
              <w:ind w:left="40" w:right="40"/>
              <w:jc w:val="center"/>
              <w:rPr>
                <w:rFonts w:ascii="Times New Roman" w:eastAsia="Times New Roman" w:hAnsi="Times New Roman" w:cs="Times New Roman"/>
                <w:color w:val="000000"/>
                <w:sz w:val="20"/>
                <w:szCs w:val="20"/>
              </w:rPr>
            </w:pPr>
            <w:r w:rsidRPr="001A2E38">
              <w:rPr>
                <w:rFonts w:ascii="Times New Roman" w:eastAsia="Times New Roman" w:hAnsi="Times New Roman" w:cs="Times New Roman"/>
                <w:color w:val="000000"/>
                <w:sz w:val="20"/>
                <w:szCs w:val="20"/>
              </w:rPr>
              <w:t>&lt;0.001</w:t>
            </w:r>
          </w:p>
        </w:tc>
        <w:tc>
          <w:tcPr>
            <w:tcW w:w="1925"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17A0EAAC" w14:textId="77777777" w:rsidR="0065294A" w:rsidRPr="001A2E38" w:rsidRDefault="0065294A" w:rsidP="005046C0">
            <w:pPr>
              <w:pBdr>
                <w:top w:val="none" w:sz="0" w:space="0" w:color="000000"/>
                <w:left w:val="none" w:sz="0" w:space="0" w:color="000000"/>
                <w:bottom w:val="none" w:sz="0" w:space="0" w:color="000000"/>
                <w:right w:val="none" w:sz="0" w:space="0" w:color="000000"/>
              </w:pBdr>
              <w:snapToGrid w:val="0"/>
              <w:spacing w:before="40" w:after="40"/>
              <w:ind w:left="40" w:right="40"/>
              <w:jc w:val="center"/>
              <w:rPr>
                <w:rFonts w:ascii="Times New Roman" w:eastAsia="Times New Roman" w:hAnsi="Times New Roman" w:cs="Times New Roman"/>
                <w:color w:val="000000"/>
                <w:sz w:val="20"/>
                <w:szCs w:val="20"/>
              </w:rPr>
            </w:pPr>
          </w:p>
        </w:tc>
      </w:tr>
      <w:tr w:rsidR="0065294A" w:rsidRPr="001A2E38" w14:paraId="7022B84D" w14:textId="77777777" w:rsidTr="005046C0">
        <w:trPr>
          <w:jc w:val="center"/>
        </w:trPr>
        <w:tc>
          <w:tcPr>
            <w:tcW w:w="2099"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1D6F4739" w14:textId="77777777" w:rsidR="0065294A" w:rsidRPr="001A2E38" w:rsidRDefault="0065294A" w:rsidP="005046C0">
            <w:pPr>
              <w:pBdr>
                <w:top w:val="none" w:sz="0" w:space="0" w:color="000000"/>
                <w:left w:val="none" w:sz="0" w:space="0" w:color="000000"/>
                <w:bottom w:val="none" w:sz="0" w:space="0" w:color="000000"/>
                <w:right w:val="none" w:sz="0" w:space="0" w:color="000000"/>
              </w:pBdr>
              <w:snapToGrid w:val="0"/>
              <w:spacing w:before="40" w:after="40"/>
              <w:ind w:left="40" w:right="40"/>
              <w:rPr>
                <w:rFonts w:ascii="Times New Roman" w:eastAsia="Times New Roman" w:hAnsi="Times New Roman" w:cs="Times New Roman"/>
                <w:color w:val="000000"/>
                <w:sz w:val="20"/>
                <w:szCs w:val="20"/>
              </w:rPr>
            </w:pPr>
          </w:p>
        </w:tc>
        <w:tc>
          <w:tcPr>
            <w:tcW w:w="2974"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510C20C9" w14:textId="77777777" w:rsidR="0065294A" w:rsidRPr="001A2E38" w:rsidRDefault="0065294A" w:rsidP="005046C0">
            <w:pPr>
              <w:pBdr>
                <w:top w:val="none" w:sz="0" w:space="0" w:color="000000"/>
                <w:left w:val="none" w:sz="0" w:space="0" w:color="000000"/>
                <w:bottom w:val="none" w:sz="0" w:space="0" w:color="000000"/>
                <w:right w:val="none" w:sz="0" w:space="0" w:color="000000"/>
              </w:pBdr>
              <w:snapToGrid w:val="0"/>
              <w:spacing w:before="40" w:after="40"/>
              <w:ind w:left="40" w:right="40"/>
              <w:jc w:val="center"/>
              <w:rPr>
                <w:rFonts w:ascii="Times New Roman" w:eastAsia="Times New Roman" w:hAnsi="Times New Roman" w:cs="Times New Roman"/>
                <w:color w:val="000000"/>
                <w:sz w:val="20"/>
                <w:szCs w:val="20"/>
              </w:rPr>
            </w:pPr>
            <w:r w:rsidRPr="001A2E38">
              <w:rPr>
                <w:rFonts w:ascii="Times New Roman" w:eastAsia="Times New Roman" w:hAnsi="Times New Roman" w:cs="Times New Roman"/>
                <w:color w:val="000000"/>
                <w:sz w:val="20"/>
                <w:szCs w:val="20"/>
              </w:rPr>
              <w:t>Q1</w:t>
            </w:r>
          </w:p>
        </w:tc>
        <w:tc>
          <w:tcPr>
            <w:tcW w:w="3500"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59529902" w14:textId="77777777" w:rsidR="0065294A" w:rsidRPr="001A2E38" w:rsidRDefault="0065294A" w:rsidP="005046C0">
            <w:pPr>
              <w:pBdr>
                <w:top w:val="none" w:sz="0" w:space="0" w:color="000000"/>
                <w:left w:val="none" w:sz="0" w:space="0" w:color="000000"/>
                <w:bottom w:val="none" w:sz="0" w:space="0" w:color="000000"/>
                <w:right w:val="none" w:sz="0" w:space="0" w:color="000000"/>
              </w:pBdr>
              <w:snapToGrid w:val="0"/>
              <w:spacing w:before="40" w:after="40"/>
              <w:ind w:left="40" w:right="40"/>
              <w:jc w:val="center"/>
              <w:rPr>
                <w:rFonts w:ascii="Times New Roman" w:eastAsia="Times New Roman" w:hAnsi="Times New Roman" w:cs="Times New Roman"/>
                <w:color w:val="000000"/>
                <w:sz w:val="20"/>
                <w:szCs w:val="20"/>
              </w:rPr>
            </w:pPr>
            <w:r w:rsidRPr="001A2E38">
              <w:rPr>
                <w:rFonts w:ascii="Times New Roman" w:eastAsia="Times New Roman" w:hAnsi="Times New Roman" w:cs="Times New Roman"/>
                <w:color w:val="000000"/>
                <w:sz w:val="20"/>
                <w:szCs w:val="20"/>
              </w:rPr>
              <w:t>Reference</w:t>
            </w:r>
          </w:p>
        </w:tc>
        <w:tc>
          <w:tcPr>
            <w:tcW w:w="1750"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50C4C156" w14:textId="77777777" w:rsidR="0065294A" w:rsidRPr="001A2E38" w:rsidRDefault="0065294A" w:rsidP="005046C0">
            <w:pPr>
              <w:pBdr>
                <w:top w:val="none" w:sz="0" w:space="0" w:color="000000"/>
                <w:left w:val="none" w:sz="0" w:space="0" w:color="000000"/>
                <w:bottom w:val="none" w:sz="0" w:space="0" w:color="000000"/>
                <w:right w:val="none" w:sz="0" w:space="0" w:color="000000"/>
              </w:pBdr>
              <w:snapToGrid w:val="0"/>
              <w:spacing w:before="40" w:after="40"/>
              <w:ind w:left="40" w:right="40"/>
              <w:jc w:val="center"/>
              <w:rPr>
                <w:rFonts w:ascii="Times New Roman" w:eastAsia="Times New Roman" w:hAnsi="Times New Roman" w:cs="Times New Roman"/>
                <w:color w:val="000000"/>
                <w:sz w:val="20"/>
                <w:szCs w:val="20"/>
              </w:rPr>
            </w:pPr>
          </w:p>
        </w:tc>
        <w:tc>
          <w:tcPr>
            <w:tcW w:w="1925"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2739D164" w14:textId="77777777" w:rsidR="0065294A" w:rsidRPr="001A2E38" w:rsidRDefault="0065294A" w:rsidP="005046C0">
            <w:pPr>
              <w:pBdr>
                <w:top w:val="none" w:sz="0" w:space="0" w:color="000000"/>
                <w:left w:val="none" w:sz="0" w:space="0" w:color="000000"/>
                <w:bottom w:val="none" w:sz="0" w:space="0" w:color="000000"/>
                <w:right w:val="none" w:sz="0" w:space="0" w:color="000000"/>
              </w:pBdr>
              <w:snapToGrid w:val="0"/>
              <w:spacing w:before="40" w:after="40"/>
              <w:ind w:left="40" w:right="40"/>
              <w:jc w:val="center"/>
              <w:rPr>
                <w:rFonts w:ascii="Times New Roman" w:eastAsia="Times New Roman" w:hAnsi="Times New Roman" w:cs="Times New Roman"/>
                <w:color w:val="000000"/>
                <w:sz w:val="20"/>
                <w:szCs w:val="20"/>
              </w:rPr>
            </w:pPr>
          </w:p>
        </w:tc>
      </w:tr>
      <w:tr w:rsidR="0065294A" w:rsidRPr="001A2E38" w14:paraId="5A4E589E" w14:textId="77777777" w:rsidTr="005046C0">
        <w:trPr>
          <w:jc w:val="center"/>
        </w:trPr>
        <w:tc>
          <w:tcPr>
            <w:tcW w:w="2099"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7F054D0B" w14:textId="77777777" w:rsidR="0065294A" w:rsidRPr="001A2E38" w:rsidRDefault="0065294A" w:rsidP="005046C0">
            <w:pPr>
              <w:pBdr>
                <w:top w:val="none" w:sz="0" w:space="0" w:color="000000"/>
                <w:left w:val="none" w:sz="0" w:space="0" w:color="000000"/>
                <w:bottom w:val="none" w:sz="0" w:space="0" w:color="000000"/>
                <w:right w:val="none" w:sz="0" w:space="0" w:color="000000"/>
              </w:pBdr>
              <w:snapToGrid w:val="0"/>
              <w:spacing w:before="40" w:after="40"/>
              <w:ind w:left="40" w:right="40"/>
              <w:rPr>
                <w:rFonts w:ascii="Times New Roman" w:eastAsia="Times New Roman" w:hAnsi="Times New Roman" w:cs="Times New Roman"/>
                <w:color w:val="000000"/>
                <w:sz w:val="20"/>
                <w:szCs w:val="20"/>
              </w:rPr>
            </w:pPr>
          </w:p>
        </w:tc>
        <w:tc>
          <w:tcPr>
            <w:tcW w:w="2974"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09698E91" w14:textId="77777777" w:rsidR="0065294A" w:rsidRPr="001A2E38" w:rsidRDefault="0065294A" w:rsidP="005046C0">
            <w:pPr>
              <w:pBdr>
                <w:top w:val="none" w:sz="0" w:space="0" w:color="000000"/>
                <w:left w:val="none" w:sz="0" w:space="0" w:color="000000"/>
                <w:bottom w:val="none" w:sz="0" w:space="0" w:color="000000"/>
                <w:right w:val="none" w:sz="0" w:space="0" w:color="000000"/>
              </w:pBdr>
              <w:snapToGrid w:val="0"/>
              <w:spacing w:before="40" w:after="40"/>
              <w:ind w:left="40" w:right="40"/>
              <w:jc w:val="center"/>
              <w:rPr>
                <w:rFonts w:ascii="Times New Roman" w:eastAsia="Times New Roman" w:hAnsi="Times New Roman" w:cs="Times New Roman"/>
                <w:color w:val="000000"/>
                <w:sz w:val="20"/>
                <w:szCs w:val="20"/>
              </w:rPr>
            </w:pPr>
            <w:r w:rsidRPr="001A2E38">
              <w:rPr>
                <w:rFonts w:ascii="Times New Roman" w:eastAsia="Times New Roman" w:hAnsi="Times New Roman" w:cs="Times New Roman"/>
                <w:color w:val="000000"/>
                <w:sz w:val="20"/>
                <w:szCs w:val="20"/>
              </w:rPr>
              <w:t>Q2</w:t>
            </w:r>
          </w:p>
        </w:tc>
        <w:tc>
          <w:tcPr>
            <w:tcW w:w="3500"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318F15FC" w14:textId="77777777" w:rsidR="0065294A" w:rsidRPr="001A2E38" w:rsidRDefault="0065294A" w:rsidP="005046C0">
            <w:pPr>
              <w:pBdr>
                <w:top w:val="none" w:sz="0" w:space="0" w:color="000000"/>
                <w:left w:val="none" w:sz="0" w:space="0" w:color="000000"/>
                <w:bottom w:val="none" w:sz="0" w:space="0" w:color="000000"/>
                <w:right w:val="none" w:sz="0" w:space="0" w:color="000000"/>
              </w:pBdr>
              <w:snapToGrid w:val="0"/>
              <w:spacing w:before="40" w:after="40"/>
              <w:ind w:left="40" w:right="40"/>
              <w:jc w:val="center"/>
              <w:rPr>
                <w:rFonts w:ascii="Times New Roman" w:eastAsia="Times New Roman" w:hAnsi="Times New Roman" w:cs="Times New Roman"/>
                <w:color w:val="000000"/>
                <w:sz w:val="20"/>
                <w:szCs w:val="20"/>
              </w:rPr>
            </w:pPr>
            <w:r w:rsidRPr="001A2E38">
              <w:rPr>
                <w:rFonts w:ascii="Times New Roman" w:eastAsia="Times New Roman" w:hAnsi="Times New Roman" w:cs="Times New Roman"/>
                <w:color w:val="000000"/>
                <w:sz w:val="20"/>
                <w:szCs w:val="20"/>
              </w:rPr>
              <w:t>1.293 (1.101-1.519)</w:t>
            </w:r>
          </w:p>
        </w:tc>
        <w:tc>
          <w:tcPr>
            <w:tcW w:w="1750"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594B3F0F" w14:textId="77777777" w:rsidR="0065294A" w:rsidRPr="001A2E38" w:rsidRDefault="0065294A" w:rsidP="005046C0">
            <w:pPr>
              <w:pBdr>
                <w:top w:val="none" w:sz="0" w:space="0" w:color="000000"/>
                <w:left w:val="none" w:sz="0" w:space="0" w:color="000000"/>
                <w:bottom w:val="none" w:sz="0" w:space="0" w:color="000000"/>
                <w:right w:val="none" w:sz="0" w:space="0" w:color="000000"/>
              </w:pBdr>
              <w:snapToGrid w:val="0"/>
              <w:spacing w:before="40" w:after="40"/>
              <w:ind w:left="40" w:right="40"/>
              <w:jc w:val="center"/>
              <w:rPr>
                <w:rFonts w:ascii="Times New Roman" w:eastAsia="Times New Roman" w:hAnsi="Times New Roman" w:cs="Times New Roman"/>
                <w:color w:val="000000"/>
                <w:sz w:val="20"/>
                <w:szCs w:val="20"/>
              </w:rPr>
            </w:pPr>
            <w:r w:rsidRPr="001A2E38">
              <w:rPr>
                <w:rFonts w:ascii="Times New Roman" w:eastAsia="Times New Roman" w:hAnsi="Times New Roman" w:cs="Times New Roman"/>
                <w:color w:val="000000"/>
                <w:sz w:val="20"/>
                <w:szCs w:val="20"/>
              </w:rPr>
              <w:t>0.002</w:t>
            </w:r>
          </w:p>
        </w:tc>
        <w:tc>
          <w:tcPr>
            <w:tcW w:w="1925"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36BF0C79" w14:textId="77777777" w:rsidR="0065294A" w:rsidRPr="001A2E38" w:rsidRDefault="0065294A" w:rsidP="005046C0">
            <w:pPr>
              <w:pBdr>
                <w:top w:val="none" w:sz="0" w:space="0" w:color="000000"/>
                <w:left w:val="none" w:sz="0" w:space="0" w:color="000000"/>
                <w:bottom w:val="none" w:sz="0" w:space="0" w:color="000000"/>
                <w:right w:val="none" w:sz="0" w:space="0" w:color="000000"/>
              </w:pBdr>
              <w:snapToGrid w:val="0"/>
              <w:spacing w:before="40" w:after="40"/>
              <w:ind w:left="40" w:right="40"/>
              <w:jc w:val="center"/>
              <w:rPr>
                <w:rFonts w:ascii="Times New Roman" w:eastAsia="Times New Roman" w:hAnsi="Times New Roman" w:cs="Times New Roman"/>
                <w:color w:val="000000"/>
                <w:sz w:val="20"/>
                <w:szCs w:val="20"/>
              </w:rPr>
            </w:pPr>
          </w:p>
        </w:tc>
      </w:tr>
      <w:tr w:rsidR="0065294A" w:rsidRPr="001A2E38" w14:paraId="1BAF9CDE" w14:textId="77777777" w:rsidTr="005046C0">
        <w:trPr>
          <w:jc w:val="center"/>
        </w:trPr>
        <w:tc>
          <w:tcPr>
            <w:tcW w:w="2099"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0AAA9D5D" w14:textId="77777777" w:rsidR="0065294A" w:rsidRPr="001A2E38" w:rsidRDefault="0065294A" w:rsidP="005046C0">
            <w:pPr>
              <w:pBdr>
                <w:top w:val="none" w:sz="0" w:space="0" w:color="000000"/>
                <w:left w:val="none" w:sz="0" w:space="0" w:color="000000"/>
                <w:bottom w:val="none" w:sz="0" w:space="0" w:color="000000"/>
                <w:right w:val="none" w:sz="0" w:space="0" w:color="000000"/>
              </w:pBdr>
              <w:snapToGrid w:val="0"/>
              <w:spacing w:before="40" w:after="40"/>
              <w:ind w:left="40" w:right="40"/>
              <w:rPr>
                <w:rFonts w:ascii="Times New Roman" w:eastAsia="Times New Roman" w:hAnsi="Times New Roman" w:cs="Times New Roman"/>
                <w:color w:val="000000"/>
                <w:sz w:val="20"/>
                <w:szCs w:val="20"/>
              </w:rPr>
            </w:pPr>
          </w:p>
        </w:tc>
        <w:tc>
          <w:tcPr>
            <w:tcW w:w="2974"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4E63A4D8" w14:textId="77777777" w:rsidR="0065294A" w:rsidRPr="001A2E38" w:rsidRDefault="0065294A" w:rsidP="005046C0">
            <w:pPr>
              <w:pBdr>
                <w:top w:val="none" w:sz="0" w:space="0" w:color="000000"/>
                <w:left w:val="none" w:sz="0" w:space="0" w:color="000000"/>
                <w:bottom w:val="none" w:sz="0" w:space="0" w:color="000000"/>
                <w:right w:val="none" w:sz="0" w:space="0" w:color="000000"/>
              </w:pBdr>
              <w:snapToGrid w:val="0"/>
              <w:spacing w:before="40" w:after="40"/>
              <w:ind w:left="40" w:right="40"/>
              <w:jc w:val="center"/>
              <w:rPr>
                <w:rFonts w:ascii="Times New Roman" w:eastAsia="Times New Roman" w:hAnsi="Times New Roman" w:cs="Times New Roman"/>
                <w:color w:val="000000"/>
                <w:sz w:val="20"/>
                <w:szCs w:val="20"/>
              </w:rPr>
            </w:pPr>
            <w:r w:rsidRPr="001A2E38">
              <w:rPr>
                <w:rFonts w:ascii="Times New Roman" w:eastAsia="Times New Roman" w:hAnsi="Times New Roman" w:cs="Times New Roman"/>
                <w:color w:val="000000"/>
                <w:sz w:val="20"/>
                <w:szCs w:val="20"/>
              </w:rPr>
              <w:t>Q3</w:t>
            </w:r>
          </w:p>
        </w:tc>
        <w:tc>
          <w:tcPr>
            <w:tcW w:w="3500"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5FB7C4D0" w14:textId="77777777" w:rsidR="0065294A" w:rsidRPr="001A2E38" w:rsidRDefault="0065294A" w:rsidP="005046C0">
            <w:pPr>
              <w:pBdr>
                <w:top w:val="none" w:sz="0" w:space="0" w:color="000000"/>
                <w:left w:val="none" w:sz="0" w:space="0" w:color="000000"/>
                <w:bottom w:val="none" w:sz="0" w:space="0" w:color="000000"/>
                <w:right w:val="none" w:sz="0" w:space="0" w:color="000000"/>
              </w:pBdr>
              <w:snapToGrid w:val="0"/>
              <w:spacing w:before="40" w:after="40"/>
              <w:ind w:left="40" w:right="40"/>
              <w:jc w:val="center"/>
              <w:rPr>
                <w:rFonts w:ascii="Times New Roman" w:eastAsia="Times New Roman" w:hAnsi="Times New Roman" w:cs="Times New Roman"/>
                <w:color w:val="000000"/>
                <w:sz w:val="20"/>
                <w:szCs w:val="20"/>
              </w:rPr>
            </w:pPr>
            <w:r w:rsidRPr="001A2E38">
              <w:rPr>
                <w:rFonts w:ascii="Times New Roman" w:eastAsia="Times New Roman" w:hAnsi="Times New Roman" w:cs="Times New Roman"/>
                <w:color w:val="000000"/>
                <w:sz w:val="20"/>
                <w:szCs w:val="20"/>
              </w:rPr>
              <w:t>1.698 (1.460-1.975)</w:t>
            </w:r>
          </w:p>
        </w:tc>
        <w:tc>
          <w:tcPr>
            <w:tcW w:w="1750"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2806514E" w14:textId="77777777" w:rsidR="0065294A" w:rsidRPr="001A2E38" w:rsidRDefault="0065294A" w:rsidP="005046C0">
            <w:pPr>
              <w:pBdr>
                <w:top w:val="none" w:sz="0" w:space="0" w:color="000000"/>
                <w:left w:val="none" w:sz="0" w:space="0" w:color="000000"/>
                <w:bottom w:val="none" w:sz="0" w:space="0" w:color="000000"/>
                <w:right w:val="none" w:sz="0" w:space="0" w:color="000000"/>
              </w:pBdr>
              <w:snapToGrid w:val="0"/>
              <w:spacing w:before="40" w:after="40"/>
              <w:ind w:left="40" w:right="40"/>
              <w:jc w:val="center"/>
              <w:rPr>
                <w:rFonts w:ascii="Times New Roman" w:eastAsia="Times New Roman" w:hAnsi="Times New Roman" w:cs="Times New Roman"/>
                <w:color w:val="000000"/>
                <w:sz w:val="20"/>
                <w:szCs w:val="20"/>
              </w:rPr>
            </w:pPr>
            <w:r w:rsidRPr="001A2E38">
              <w:rPr>
                <w:rFonts w:ascii="Times New Roman" w:eastAsia="Times New Roman" w:hAnsi="Times New Roman" w:cs="Times New Roman"/>
                <w:color w:val="000000"/>
                <w:sz w:val="20"/>
                <w:szCs w:val="20"/>
              </w:rPr>
              <w:t>&lt;0.001</w:t>
            </w:r>
          </w:p>
        </w:tc>
        <w:tc>
          <w:tcPr>
            <w:tcW w:w="1925"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1569ECD6" w14:textId="77777777" w:rsidR="0065294A" w:rsidRPr="001A2E38" w:rsidRDefault="0065294A" w:rsidP="005046C0">
            <w:pPr>
              <w:pBdr>
                <w:top w:val="none" w:sz="0" w:space="0" w:color="000000"/>
                <w:left w:val="none" w:sz="0" w:space="0" w:color="000000"/>
                <w:bottom w:val="none" w:sz="0" w:space="0" w:color="000000"/>
                <w:right w:val="none" w:sz="0" w:space="0" w:color="000000"/>
              </w:pBdr>
              <w:snapToGrid w:val="0"/>
              <w:spacing w:before="40" w:after="40"/>
              <w:ind w:left="40" w:right="40"/>
              <w:jc w:val="center"/>
              <w:rPr>
                <w:rFonts w:ascii="Times New Roman" w:eastAsia="Times New Roman" w:hAnsi="Times New Roman" w:cs="Times New Roman"/>
                <w:color w:val="000000"/>
                <w:sz w:val="20"/>
                <w:szCs w:val="20"/>
              </w:rPr>
            </w:pPr>
          </w:p>
        </w:tc>
      </w:tr>
      <w:tr w:rsidR="0065294A" w:rsidRPr="001A2E38" w14:paraId="23F51FB6" w14:textId="77777777" w:rsidTr="005046C0">
        <w:trPr>
          <w:jc w:val="center"/>
        </w:trPr>
        <w:tc>
          <w:tcPr>
            <w:tcW w:w="2099" w:type="dxa"/>
            <w:tcBorders>
              <w:top w:val="none" w:sz="0" w:space="0" w:color="000000"/>
              <w:left w:val="none" w:sz="0" w:space="0" w:color="000000"/>
              <w:bottom w:val="single" w:sz="12" w:space="0" w:color="000000"/>
              <w:right w:val="none" w:sz="0" w:space="0" w:color="000000"/>
            </w:tcBorders>
            <w:tcMar>
              <w:top w:w="0" w:type="dxa"/>
              <w:left w:w="0" w:type="dxa"/>
              <w:bottom w:w="0" w:type="dxa"/>
              <w:right w:w="0" w:type="dxa"/>
            </w:tcMar>
            <w:vAlign w:val="center"/>
          </w:tcPr>
          <w:p w14:paraId="3B21C34C" w14:textId="77777777" w:rsidR="0065294A" w:rsidRPr="001A2E38" w:rsidRDefault="0065294A" w:rsidP="005046C0">
            <w:pPr>
              <w:pBdr>
                <w:top w:val="none" w:sz="0" w:space="0" w:color="000000"/>
                <w:left w:val="none" w:sz="0" w:space="0" w:color="000000"/>
                <w:bottom w:val="none" w:sz="0" w:space="0" w:color="000000"/>
                <w:right w:val="none" w:sz="0" w:space="0" w:color="000000"/>
              </w:pBdr>
              <w:snapToGrid w:val="0"/>
              <w:spacing w:before="40" w:after="40"/>
              <w:ind w:left="40" w:right="40"/>
              <w:rPr>
                <w:rFonts w:ascii="Times New Roman" w:eastAsia="Times New Roman" w:hAnsi="Times New Roman" w:cs="Times New Roman"/>
                <w:color w:val="000000"/>
                <w:sz w:val="20"/>
                <w:szCs w:val="20"/>
              </w:rPr>
            </w:pPr>
          </w:p>
        </w:tc>
        <w:tc>
          <w:tcPr>
            <w:tcW w:w="2974" w:type="dxa"/>
            <w:tcBorders>
              <w:top w:val="none" w:sz="0" w:space="0" w:color="000000"/>
              <w:left w:val="none" w:sz="0" w:space="0" w:color="000000"/>
              <w:bottom w:val="single" w:sz="12" w:space="0" w:color="000000"/>
              <w:right w:val="none" w:sz="0" w:space="0" w:color="000000"/>
            </w:tcBorders>
            <w:tcMar>
              <w:top w:w="0" w:type="dxa"/>
              <w:left w:w="0" w:type="dxa"/>
              <w:bottom w:w="0" w:type="dxa"/>
              <w:right w:w="0" w:type="dxa"/>
            </w:tcMar>
            <w:vAlign w:val="center"/>
          </w:tcPr>
          <w:p w14:paraId="194DFB80" w14:textId="77777777" w:rsidR="0065294A" w:rsidRPr="001A2E38" w:rsidRDefault="0065294A" w:rsidP="005046C0">
            <w:pPr>
              <w:pBdr>
                <w:top w:val="none" w:sz="0" w:space="0" w:color="000000"/>
                <w:left w:val="none" w:sz="0" w:space="0" w:color="000000"/>
                <w:bottom w:val="none" w:sz="0" w:space="0" w:color="000000"/>
                <w:right w:val="none" w:sz="0" w:space="0" w:color="000000"/>
              </w:pBdr>
              <w:snapToGrid w:val="0"/>
              <w:spacing w:before="40" w:after="40"/>
              <w:ind w:left="40" w:right="40"/>
              <w:jc w:val="center"/>
              <w:rPr>
                <w:rFonts w:ascii="Times New Roman" w:eastAsia="Times New Roman" w:hAnsi="Times New Roman" w:cs="Times New Roman"/>
                <w:color w:val="000000"/>
                <w:sz w:val="20"/>
                <w:szCs w:val="20"/>
              </w:rPr>
            </w:pPr>
            <w:r w:rsidRPr="001A2E38">
              <w:rPr>
                <w:rFonts w:ascii="Times New Roman" w:eastAsia="Times New Roman" w:hAnsi="Times New Roman" w:cs="Times New Roman"/>
                <w:color w:val="000000"/>
                <w:sz w:val="20"/>
                <w:szCs w:val="20"/>
              </w:rPr>
              <w:t>Q4</w:t>
            </w:r>
          </w:p>
        </w:tc>
        <w:tc>
          <w:tcPr>
            <w:tcW w:w="3500" w:type="dxa"/>
            <w:tcBorders>
              <w:top w:val="none" w:sz="0" w:space="0" w:color="000000"/>
              <w:left w:val="none" w:sz="0" w:space="0" w:color="000000"/>
              <w:bottom w:val="single" w:sz="12" w:space="0" w:color="000000"/>
              <w:right w:val="none" w:sz="0" w:space="0" w:color="000000"/>
            </w:tcBorders>
            <w:tcMar>
              <w:top w:w="0" w:type="dxa"/>
              <w:left w:w="0" w:type="dxa"/>
              <w:bottom w:w="0" w:type="dxa"/>
              <w:right w:w="0" w:type="dxa"/>
            </w:tcMar>
            <w:vAlign w:val="center"/>
          </w:tcPr>
          <w:p w14:paraId="5FB61C83" w14:textId="77777777" w:rsidR="0065294A" w:rsidRPr="001A2E38" w:rsidRDefault="0065294A" w:rsidP="005046C0">
            <w:pPr>
              <w:pBdr>
                <w:top w:val="none" w:sz="0" w:space="0" w:color="000000"/>
                <w:left w:val="none" w:sz="0" w:space="0" w:color="000000"/>
                <w:bottom w:val="none" w:sz="0" w:space="0" w:color="000000"/>
                <w:right w:val="none" w:sz="0" w:space="0" w:color="000000"/>
              </w:pBdr>
              <w:snapToGrid w:val="0"/>
              <w:spacing w:before="40" w:after="40"/>
              <w:ind w:left="40" w:right="40"/>
              <w:jc w:val="center"/>
              <w:rPr>
                <w:rFonts w:ascii="Times New Roman" w:eastAsia="Times New Roman" w:hAnsi="Times New Roman" w:cs="Times New Roman"/>
                <w:color w:val="000000"/>
                <w:sz w:val="20"/>
                <w:szCs w:val="20"/>
              </w:rPr>
            </w:pPr>
            <w:r w:rsidRPr="001A2E38">
              <w:rPr>
                <w:rFonts w:ascii="Times New Roman" w:eastAsia="Times New Roman" w:hAnsi="Times New Roman" w:cs="Times New Roman"/>
                <w:color w:val="000000"/>
                <w:sz w:val="20"/>
                <w:szCs w:val="20"/>
              </w:rPr>
              <w:t>3.486 (3.037-4.001)</w:t>
            </w:r>
          </w:p>
        </w:tc>
        <w:tc>
          <w:tcPr>
            <w:tcW w:w="1750" w:type="dxa"/>
            <w:tcBorders>
              <w:top w:val="none" w:sz="0" w:space="0" w:color="000000"/>
              <w:left w:val="none" w:sz="0" w:space="0" w:color="000000"/>
              <w:bottom w:val="single" w:sz="12" w:space="0" w:color="000000"/>
              <w:right w:val="none" w:sz="0" w:space="0" w:color="000000"/>
            </w:tcBorders>
            <w:tcMar>
              <w:top w:w="0" w:type="dxa"/>
              <w:left w:w="0" w:type="dxa"/>
              <w:bottom w:w="0" w:type="dxa"/>
              <w:right w:w="0" w:type="dxa"/>
            </w:tcMar>
            <w:vAlign w:val="center"/>
          </w:tcPr>
          <w:p w14:paraId="6870C493" w14:textId="77777777" w:rsidR="0065294A" w:rsidRPr="001A2E38" w:rsidRDefault="0065294A" w:rsidP="005046C0">
            <w:pPr>
              <w:pBdr>
                <w:top w:val="none" w:sz="0" w:space="0" w:color="000000"/>
                <w:left w:val="none" w:sz="0" w:space="0" w:color="000000"/>
                <w:bottom w:val="none" w:sz="0" w:space="0" w:color="000000"/>
                <w:right w:val="none" w:sz="0" w:space="0" w:color="000000"/>
              </w:pBdr>
              <w:snapToGrid w:val="0"/>
              <w:spacing w:before="40" w:after="40"/>
              <w:ind w:left="40" w:right="40"/>
              <w:jc w:val="center"/>
              <w:rPr>
                <w:rFonts w:ascii="Times New Roman" w:eastAsia="Times New Roman" w:hAnsi="Times New Roman" w:cs="Times New Roman"/>
                <w:color w:val="000000"/>
                <w:sz w:val="20"/>
                <w:szCs w:val="20"/>
              </w:rPr>
            </w:pPr>
            <w:r w:rsidRPr="001A2E38">
              <w:rPr>
                <w:rFonts w:ascii="Times New Roman" w:eastAsia="Times New Roman" w:hAnsi="Times New Roman" w:cs="Times New Roman"/>
                <w:color w:val="000000"/>
                <w:sz w:val="20"/>
                <w:szCs w:val="20"/>
              </w:rPr>
              <w:t>&lt;0.001</w:t>
            </w:r>
          </w:p>
        </w:tc>
        <w:tc>
          <w:tcPr>
            <w:tcW w:w="1925" w:type="dxa"/>
            <w:tcBorders>
              <w:top w:val="none" w:sz="0" w:space="0" w:color="000000"/>
              <w:left w:val="none" w:sz="0" w:space="0" w:color="000000"/>
              <w:bottom w:val="single" w:sz="12" w:space="0" w:color="000000"/>
              <w:right w:val="none" w:sz="0" w:space="0" w:color="000000"/>
            </w:tcBorders>
            <w:tcMar>
              <w:top w:w="0" w:type="dxa"/>
              <w:left w:w="0" w:type="dxa"/>
              <w:bottom w:w="0" w:type="dxa"/>
              <w:right w:w="0" w:type="dxa"/>
            </w:tcMar>
            <w:vAlign w:val="center"/>
          </w:tcPr>
          <w:p w14:paraId="49322653" w14:textId="77777777" w:rsidR="0065294A" w:rsidRPr="001A2E38" w:rsidRDefault="0065294A" w:rsidP="005046C0">
            <w:pPr>
              <w:pBdr>
                <w:top w:val="none" w:sz="0" w:space="0" w:color="000000"/>
                <w:left w:val="none" w:sz="0" w:space="0" w:color="000000"/>
                <w:bottom w:val="none" w:sz="0" w:space="0" w:color="000000"/>
                <w:right w:val="none" w:sz="0" w:space="0" w:color="000000"/>
              </w:pBdr>
              <w:snapToGrid w:val="0"/>
              <w:spacing w:before="40" w:after="40"/>
              <w:ind w:left="40" w:right="40"/>
              <w:jc w:val="center"/>
              <w:rPr>
                <w:rFonts w:ascii="Times New Roman" w:eastAsia="Times New Roman" w:hAnsi="Times New Roman" w:cs="Times New Roman"/>
                <w:color w:val="000000"/>
                <w:sz w:val="20"/>
                <w:szCs w:val="20"/>
              </w:rPr>
            </w:pPr>
            <w:r w:rsidRPr="001A2E38">
              <w:rPr>
                <w:rFonts w:ascii="Times New Roman" w:eastAsia="Times New Roman" w:hAnsi="Times New Roman" w:cs="Times New Roman"/>
                <w:color w:val="000000"/>
                <w:sz w:val="20"/>
                <w:szCs w:val="20"/>
              </w:rPr>
              <w:t>&lt;0.001</w:t>
            </w:r>
          </w:p>
        </w:tc>
      </w:tr>
    </w:tbl>
    <w:p w14:paraId="0DCE4FA1" w14:textId="77777777" w:rsidR="0065294A" w:rsidRPr="001A2E38" w:rsidRDefault="0065294A" w:rsidP="0065294A">
      <w:pPr>
        <w:rPr>
          <w:rFonts w:ascii="Times New Roman" w:hAnsi="Times New Roman" w:cs="Times New Roman"/>
          <w:sz w:val="20"/>
          <w:szCs w:val="20"/>
        </w:rPr>
      </w:pPr>
      <w:r w:rsidRPr="001A2E38">
        <w:rPr>
          <w:rFonts w:ascii="Times New Roman" w:hAnsi="Times New Roman" w:cs="Times New Roman"/>
          <w:i/>
          <w:iCs/>
          <w:sz w:val="20"/>
          <w:szCs w:val="20"/>
        </w:rPr>
        <w:t xml:space="preserve">Note: </w:t>
      </w:r>
      <w:r w:rsidRPr="001A2E38">
        <w:rPr>
          <w:rFonts w:ascii="Times New Roman" w:hAnsi="Times New Roman" w:cs="Times New Roman"/>
          <w:sz w:val="20"/>
          <w:szCs w:val="20"/>
        </w:rPr>
        <w:t>Model adjusted for age, sex, ethnicity, TDI, educational level, employment status, smoking status, drinking frequency, physical activity, sedentary behavior, sleep duration, and family history of CMDs.</w:t>
      </w:r>
      <w:r w:rsidRPr="001A2E38">
        <w:rPr>
          <w:rFonts w:ascii="Times New Roman" w:hAnsi="Times New Roman" w:cs="Times New Roman" w:hint="eastAsia"/>
          <w:sz w:val="20"/>
          <w:szCs w:val="20"/>
        </w:rPr>
        <w:t xml:space="preserve"> </w:t>
      </w:r>
      <w:r w:rsidRPr="001A2E38">
        <w:rPr>
          <w:rFonts w:ascii="Times New Roman" w:eastAsia="Arial" w:hAnsi="Times New Roman" w:cs="Times New Roman"/>
          <w:i/>
          <w:iCs/>
          <w:color w:val="000000"/>
          <w:sz w:val="20"/>
          <w:szCs w:val="20"/>
        </w:rPr>
        <w:t>Abbreviations</w:t>
      </w:r>
      <w:r w:rsidRPr="001A2E38">
        <w:rPr>
          <w:rFonts w:ascii="Times New Roman" w:eastAsia="Arial" w:hAnsi="Times New Roman" w:cs="Times New Roman"/>
          <w:color w:val="000000"/>
          <w:sz w:val="20"/>
          <w:szCs w:val="20"/>
        </w:rPr>
        <w:t>: HR, hazard ratio; CI, confidence interval; CMM, cardiometabolic multimorbidity</w:t>
      </w:r>
      <w:r w:rsidRPr="001A2E38">
        <w:rPr>
          <w:rFonts w:ascii="Times New Roman" w:eastAsia="Microsoft YaHei" w:hAnsi="Times New Roman" w:cs="Times New Roman"/>
          <w:color w:val="000000"/>
          <w:sz w:val="20"/>
          <w:szCs w:val="20"/>
        </w:rPr>
        <w:t>.</w:t>
      </w:r>
    </w:p>
    <w:p w14:paraId="7FE79081" w14:textId="5E75AD95" w:rsidR="00A5244A" w:rsidRPr="001A2E38" w:rsidRDefault="00A5244A" w:rsidP="005E1D6F">
      <w:pPr>
        <w:spacing w:line="240" w:lineRule="auto"/>
        <w:contextualSpacing/>
        <w:jc w:val="center"/>
        <w:rPr>
          <w:rFonts w:ascii="Times New Roman" w:hAnsi="Times New Roman" w:cs="Times New Roman"/>
          <w:sz w:val="20"/>
          <w:szCs w:val="20"/>
        </w:rPr>
      </w:pPr>
    </w:p>
    <w:p w14:paraId="60818601" w14:textId="3BBE6A9E" w:rsidR="00C5619B" w:rsidRPr="001A2E38" w:rsidRDefault="00C5619B" w:rsidP="0065294A">
      <w:pPr>
        <w:pStyle w:val="a"/>
      </w:pPr>
      <w:bookmarkStart w:id="34" w:name="_Toc232530175"/>
      <w:bookmarkStart w:id="35" w:name="_Toc236834809"/>
      <w:r w:rsidRPr="001A2E38">
        <w:lastRenderedPageBreak/>
        <w:t>Table</w:t>
      </w:r>
      <w:r w:rsidR="00A5244A" w:rsidRPr="001A2E38">
        <w:t xml:space="preserve"> S1</w:t>
      </w:r>
      <w:r w:rsidR="0065294A" w:rsidRPr="001A2E38">
        <w:rPr>
          <w:rFonts w:eastAsiaTheme="minorEastAsia" w:hint="eastAsia"/>
        </w:rPr>
        <w:t>9</w:t>
      </w:r>
      <w:r w:rsidR="00A5244A" w:rsidRPr="001A2E38">
        <w:t xml:space="preserve">. </w:t>
      </w:r>
      <w:r w:rsidRPr="001A2E38">
        <w:t>Associations between</w:t>
      </w:r>
      <w:r w:rsidR="00A5244A" w:rsidRPr="001A2E38">
        <w:t xml:space="preserve"> </w:t>
      </w:r>
      <w:r w:rsidR="00F508D7" w:rsidRPr="001A2E38">
        <w:t>CHG</w:t>
      </w:r>
      <w:r w:rsidR="00970926" w:rsidRPr="001A2E38">
        <w:rPr>
          <w:rFonts w:eastAsiaTheme="minorEastAsia"/>
        </w:rPr>
        <w:t xml:space="preserve">-related </w:t>
      </w:r>
      <w:r w:rsidR="00F508D7" w:rsidRPr="001A2E38">
        <w:t>indices</w:t>
      </w:r>
      <w:r w:rsidR="00A5244A" w:rsidRPr="001A2E38">
        <w:t xml:space="preserve"> and risk of cardiometabolic multimorbidity</w:t>
      </w:r>
      <w:r w:rsidRPr="001A2E38">
        <w:t xml:space="preserve"> stratified by age.</w:t>
      </w:r>
      <w:bookmarkEnd w:id="34"/>
      <w:bookmarkEnd w:id="35"/>
    </w:p>
    <w:tbl>
      <w:tblPr>
        <w:tblStyle w:val="TableGrid"/>
        <w:tblW w:w="0" w:type="auto"/>
        <w:jc w:val="center"/>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14"/>
        <w:gridCol w:w="2614"/>
        <w:gridCol w:w="2614"/>
        <w:gridCol w:w="2614"/>
      </w:tblGrid>
      <w:tr w:rsidR="00E02485" w:rsidRPr="001A2E38" w14:paraId="6A9E0A7E" w14:textId="77777777" w:rsidTr="0003231E">
        <w:trPr>
          <w:jc w:val="center"/>
        </w:trPr>
        <w:tc>
          <w:tcPr>
            <w:tcW w:w="2614" w:type="dxa"/>
            <w:vMerge w:val="restart"/>
            <w:vAlign w:val="center"/>
          </w:tcPr>
          <w:p w14:paraId="584C958E" w14:textId="71C51908" w:rsidR="00E02485" w:rsidRPr="001A2E38" w:rsidRDefault="00E02485" w:rsidP="005E1D6F">
            <w:pPr>
              <w:contextualSpacing/>
              <w:jc w:val="both"/>
              <w:rPr>
                <w:rFonts w:ascii="Times New Roman" w:hAnsi="Times New Roman" w:cs="Times New Roman"/>
                <w:sz w:val="20"/>
                <w:szCs w:val="20"/>
              </w:rPr>
            </w:pPr>
            <w:r w:rsidRPr="001A2E38">
              <w:rPr>
                <w:rFonts w:ascii="Times New Roman" w:hAnsi="Times New Roman" w:cs="Times New Roman"/>
                <w:sz w:val="20"/>
                <w:szCs w:val="20"/>
              </w:rPr>
              <w:t>Exposures</w:t>
            </w:r>
          </w:p>
        </w:tc>
        <w:tc>
          <w:tcPr>
            <w:tcW w:w="5228" w:type="dxa"/>
            <w:gridSpan w:val="2"/>
            <w:tcBorders>
              <w:top w:val="single" w:sz="4" w:space="0" w:color="auto"/>
              <w:bottom w:val="single" w:sz="4" w:space="0" w:color="auto"/>
            </w:tcBorders>
          </w:tcPr>
          <w:p w14:paraId="12069034" w14:textId="310DC907" w:rsidR="00E02485" w:rsidRPr="001A2E38" w:rsidRDefault="00E02485" w:rsidP="005E1D6F">
            <w:pPr>
              <w:contextualSpacing/>
              <w:jc w:val="center"/>
              <w:rPr>
                <w:rFonts w:ascii="Times New Roman" w:hAnsi="Times New Roman" w:cs="Times New Roman"/>
                <w:sz w:val="20"/>
                <w:szCs w:val="20"/>
              </w:rPr>
            </w:pPr>
            <w:r w:rsidRPr="001A2E38">
              <w:rPr>
                <w:rFonts w:ascii="Times New Roman" w:hAnsi="Times New Roman" w:cs="Times New Roman"/>
                <w:sz w:val="20"/>
                <w:szCs w:val="20"/>
              </w:rPr>
              <w:t>Subgroup</w:t>
            </w:r>
          </w:p>
        </w:tc>
        <w:tc>
          <w:tcPr>
            <w:tcW w:w="2614" w:type="dxa"/>
            <w:vMerge w:val="restart"/>
            <w:vAlign w:val="center"/>
          </w:tcPr>
          <w:p w14:paraId="20D6C707" w14:textId="2F8D6EEA" w:rsidR="00E02485" w:rsidRPr="001A2E38" w:rsidRDefault="00E02485" w:rsidP="005E1D6F">
            <w:pPr>
              <w:contextualSpacing/>
              <w:jc w:val="center"/>
              <w:rPr>
                <w:rFonts w:ascii="Times New Roman" w:hAnsi="Times New Roman" w:cs="Times New Roman"/>
                <w:sz w:val="20"/>
                <w:szCs w:val="20"/>
              </w:rPr>
            </w:pPr>
            <w:r w:rsidRPr="001A2E38">
              <w:rPr>
                <w:rFonts w:ascii="Times New Roman" w:hAnsi="Times New Roman" w:cs="Times New Roman"/>
                <w:i/>
                <w:iCs/>
                <w:sz w:val="20"/>
                <w:szCs w:val="20"/>
              </w:rPr>
              <w:t>P</w:t>
            </w:r>
            <w:r w:rsidRPr="001A2E38">
              <w:rPr>
                <w:rFonts w:ascii="Times New Roman" w:hAnsi="Times New Roman" w:cs="Times New Roman"/>
                <w:sz w:val="20"/>
                <w:szCs w:val="20"/>
              </w:rPr>
              <w:t xml:space="preserve"> for interaction</w:t>
            </w:r>
          </w:p>
        </w:tc>
      </w:tr>
      <w:tr w:rsidR="00E02485" w:rsidRPr="001A2E38" w14:paraId="695E0049" w14:textId="77777777" w:rsidTr="0003231E">
        <w:trPr>
          <w:jc w:val="center"/>
        </w:trPr>
        <w:tc>
          <w:tcPr>
            <w:tcW w:w="2614" w:type="dxa"/>
            <w:vMerge/>
            <w:tcBorders>
              <w:bottom w:val="single" w:sz="4" w:space="0" w:color="auto"/>
            </w:tcBorders>
          </w:tcPr>
          <w:p w14:paraId="4C057165" w14:textId="77777777" w:rsidR="00E02485" w:rsidRPr="001A2E38" w:rsidRDefault="00E02485" w:rsidP="005E1D6F">
            <w:pPr>
              <w:contextualSpacing/>
              <w:rPr>
                <w:rFonts w:ascii="Times New Roman" w:hAnsi="Times New Roman" w:cs="Times New Roman"/>
                <w:sz w:val="20"/>
                <w:szCs w:val="20"/>
              </w:rPr>
            </w:pPr>
          </w:p>
        </w:tc>
        <w:tc>
          <w:tcPr>
            <w:tcW w:w="2614" w:type="dxa"/>
            <w:tcBorders>
              <w:top w:val="single" w:sz="4" w:space="0" w:color="auto"/>
              <w:bottom w:val="single" w:sz="4" w:space="0" w:color="auto"/>
            </w:tcBorders>
            <w:vAlign w:val="center"/>
          </w:tcPr>
          <w:p w14:paraId="07DBFF92" w14:textId="76A040BE" w:rsidR="00E02485" w:rsidRPr="001A2E38" w:rsidRDefault="00E02485" w:rsidP="005E1D6F">
            <w:pPr>
              <w:contextualSpacing/>
              <w:jc w:val="center"/>
              <w:rPr>
                <w:rFonts w:ascii="Times New Roman" w:hAnsi="Times New Roman" w:cs="Times New Roman"/>
                <w:sz w:val="20"/>
                <w:szCs w:val="20"/>
              </w:rPr>
            </w:pPr>
            <w:r w:rsidRPr="001A2E38">
              <w:rPr>
                <w:rFonts w:ascii="Times New Roman" w:hAnsi="Times New Roman" w:cs="Times New Roman"/>
                <w:sz w:val="20"/>
                <w:szCs w:val="20"/>
              </w:rPr>
              <w:t>Age &lt; 60</w:t>
            </w:r>
          </w:p>
        </w:tc>
        <w:tc>
          <w:tcPr>
            <w:tcW w:w="2614" w:type="dxa"/>
            <w:tcBorders>
              <w:top w:val="single" w:sz="4" w:space="0" w:color="auto"/>
              <w:bottom w:val="single" w:sz="4" w:space="0" w:color="auto"/>
            </w:tcBorders>
            <w:vAlign w:val="center"/>
          </w:tcPr>
          <w:p w14:paraId="1DE82948" w14:textId="6D07B889" w:rsidR="00E02485" w:rsidRPr="001A2E38" w:rsidRDefault="00E02485" w:rsidP="005E1D6F">
            <w:pPr>
              <w:contextualSpacing/>
              <w:jc w:val="center"/>
              <w:rPr>
                <w:rFonts w:ascii="Times New Roman" w:hAnsi="Times New Roman" w:cs="Times New Roman"/>
                <w:sz w:val="20"/>
                <w:szCs w:val="20"/>
              </w:rPr>
            </w:pPr>
            <w:r w:rsidRPr="001A2E38">
              <w:rPr>
                <w:rFonts w:ascii="Times New Roman" w:hAnsi="Times New Roman" w:cs="Times New Roman"/>
                <w:sz w:val="20"/>
                <w:szCs w:val="20"/>
              </w:rPr>
              <w:t xml:space="preserve">Age </w:t>
            </w:r>
            <w:r w:rsidRPr="001A2E38">
              <w:rPr>
                <w:rFonts w:ascii="Times New Roman" w:hAnsi="Times New Roman" w:cs="Times New Roman"/>
                <w:sz w:val="20"/>
                <w:szCs w:val="20"/>
              </w:rPr>
              <w:sym w:font="Symbol" w:char="F0B3"/>
            </w:r>
            <w:r w:rsidRPr="001A2E38">
              <w:rPr>
                <w:rFonts w:ascii="Times New Roman" w:hAnsi="Times New Roman" w:cs="Times New Roman"/>
                <w:sz w:val="20"/>
                <w:szCs w:val="20"/>
              </w:rPr>
              <w:t xml:space="preserve"> 60</w:t>
            </w:r>
          </w:p>
        </w:tc>
        <w:tc>
          <w:tcPr>
            <w:tcW w:w="2614" w:type="dxa"/>
            <w:vMerge/>
            <w:tcBorders>
              <w:bottom w:val="single" w:sz="4" w:space="0" w:color="auto"/>
            </w:tcBorders>
          </w:tcPr>
          <w:p w14:paraId="6E846D32" w14:textId="77777777" w:rsidR="00E02485" w:rsidRPr="001A2E38" w:rsidRDefault="00E02485" w:rsidP="005E1D6F">
            <w:pPr>
              <w:contextualSpacing/>
              <w:rPr>
                <w:rFonts w:ascii="Times New Roman" w:hAnsi="Times New Roman" w:cs="Times New Roman"/>
                <w:sz w:val="20"/>
                <w:szCs w:val="20"/>
              </w:rPr>
            </w:pPr>
          </w:p>
        </w:tc>
      </w:tr>
      <w:tr w:rsidR="00230BF7" w:rsidRPr="001A2E38" w14:paraId="2E1CF737" w14:textId="77777777" w:rsidTr="0003231E">
        <w:trPr>
          <w:jc w:val="center"/>
        </w:trPr>
        <w:tc>
          <w:tcPr>
            <w:tcW w:w="2614" w:type="dxa"/>
            <w:tcBorders>
              <w:top w:val="single" w:sz="4" w:space="0" w:color="auto"/>
            </w:tcBorders>
          </w:tcPr>
          <w:p w14:paraId="563DEABA" w14:textId="51ACCF5B" w:rsidR="00230BF7" w:rsidRPr="001A2E38" w:rsidRDefault="00230BF7" w:rsidP="00230BF7">
            <w:pPr>
              <w:contextualSpacing/>
              <w:rPr>
                <w:rFonts w:ascii="Times New Roman" w:hAnsi="Times New Roman" w:cs="Times New Roman"/>
                <w:sz w:val="20"/>
                <w:szCs w:val="20"/>
              </w:rPr>
            </w:pPr>
            <w:r w:rsidRPr="001A2E38">
              <w:rPr>
                <w:rFonts w:ascii="Times New Roman" w:hAnsi="Times New Roman" w:cs="Times New Roman"/>
                <w:sz w:val="20"/>
                <w:szCs w:val="20"/>
              </w:rPr>
              <w:t>CHG</w:t>
            </w:r>
          </w:p>
        </w:tc>
        <w:tc>
          <w:tcPr>
            <w:tcW w:w="2614" w:type="dxa"/>
            <w:tcBorders>
              <w:top w:val="single" w:sz="4" w:space="0" w:color="auto"/>
            </w:tcBorders>
          </w:tcPr>
          <w:p w14:paraId="2062C53A" w14:textId="0B9D7ADD" w:rsidR="00230BF7" w:rsidRPr="001A2E38" w:rsidRDefault="00230BF7" w:rsidP="00230BF7">
            <w:pPr>
              <w:contextualSpacing/>
              <w:jc w:val="center"/>
              <w:rPr>
                <w:rFonts w:ascii="Times New Roman" w:hAnsi="Times New Roman" w:cs="Times New Roman"/>
                <w:sz w:val="20"/>
                <w:szCs w:val="20"/>
              </w:rPr>
            </w:pPr>
            <w:r w:rsidRPr="001A2E38">
              <w:rPr>
                <w:rFonts w:ascii="Times New Roman" w:hAnsi="Times New Roman" w:cs="Times New Roman"/>
                <w:sz w:val="20"/>
                <w:szCs w:val="20"/>
              </w:rPr>
              <w:t>1.56 (1.50, 1.62)</w:t>
            </w:r>
          </w:p>
        </w:tc>
        <w:tc>
          <w:tcPr>
            <w:tcW w:w="2614" w:type="dxa"/>
            <w:tcBorders>
              <w:top w:val="single" w:sz="4" w:space="0" w:color="auto"/>
            </w:tcBorders>
          </w:tcPr>
          <w:p w14:paraId="08350BE1" w14:textId="311E2F68" w:rsidR="00230BF7" w:rsidRPr="001A2E38" w:rsidRDefault="00230BF7" w:rsidP="00230BF7">
            <w:pPr>
              <w:contextualSpacing/>
              <w:jc w:val="center"/>
              <w:rPr>
                <w:rFonts w:ascii="Times New Roman" w:hAnsi="Times New Roman" w:cs="Times New Roman"/>
                <w:sz w:val="20"/>
                <w:szCs w:val="20"/>
              </w:rPr>
            </w:pPr>
            <w:r w:rsidRPr="001A2E38">
              <w:rPr>
                <w:rFonts w:ascii="Times New Roman" w:hAnsi="Times New Roman" w:cs="Times New Roman"/>
                <w:sz w:val="20"/>
                <w:szCs w:val="20"/>
              </w:rPr>
              <w:t>1.41 (1.36, 1.46)</w:t>
            </w:r>
          </w:p>
        </w:tc>
        <w:tc>
          <w:tcPr>
            <w:tcW w:w="2614" w:type="dxa"/>
            <w:tcBorders>
              <w:top w:val="single" w:sz="4" w:space="0" w:color="auto"/>
            </w:tcBorders>
          </w:tcPr>
          <w:p w14:paraId="761566FD" w14:textId="170E22CD" w:rsidR="00230BF7" w:rsidRPr="001A2E38" w:rsidRDefault="00230BF7" w:rsidP="00230BF7">
            <w:pPr>
              <w:contextualSpacing/>
              <w:jc w:val="center"/>
              <w:rPr>
                <w:rFonts w:ascii="Times New Roman" w:hAnsi="Times New Roman" w:cs="Times New Roman"/>
                <w:sz w:val="20"/>
                <w:szCs w:val="20"/>
              </w:rPr>
            </w:pPr>
            <w:r w:rsidRPr="001A2E38">
              <w:rPr>
                <w:rFonts w:ascii="Times New Roman" w:hAnsi="Times New Roman" w:cs="Times New Roman"/>
                <w:sz w:val="20"/>
                <w:szCs w:val="20"/>
              </w:rPr>
              <w:t>&lt;0.001</w:t>
            </w:r>
          </w:p>
        </w:tc>
      </w:tr>
      <w:tr w:rsidR="00230BF7" w:rsidRPr="001A2E38" w14:paraId="76F18836" w14:textId="77777777" w:rsidTr="0003231E">
        <w:trPr>
          <w:jc w:val="center"/>
        </w:trPr>
        <w:tc>
          <w:tcPr>
            <w:tcW w:w="2614" w:type="dxa"/>
          </w:tcPr>
          <w:p w14:paraId="2844C3D6" w14:textId="51C9DB6F" w:rsidR="00230BF7" w:rsidRPr="001A2E38" w:rsidRDefault="00230BF7" w:rsidP="00230BF7">
            <w:pPr>
              <w:contextualSpacing/>
              <w:rPr>
                <w:rFonts w:ascii="Times New Roman" w:hAnsi="Times New Roman" w:cs="Times New Roman"/>
                <w:sz w:val="20"/>
                <w:szCs w:val="20"/>
              </w:rPr>
            </w:pPr>
            <w:r w:rsidRPr="001A2E38">
              <w:rPr>
                <w:rFonts w:ascii="Times New Roman" w:hAnsi="Times New Roman" w:cs="Times New Roman"/>
                <w:sz w:val="20"/>
                <w:szCs w:val="20"/>
              </w:rPr>
              <w:t>CHG-BMI</w:t>
            </w:r>
          </w:p>
        </w:tc>
        <w:tc>
          <w:tcPr>
            <w:tcW w:w="2614" w:type="dxa"/>
          </w:tcPr>
          <w:p w14:paraId="7119ADD3" w14:textId="7879DAA2" w:rsidR="00230BF7" w:rsidRPr="001A2E38" w:rsidRDefault="00230BF7" w:rsidP="00230BF7">
            <w:pPr>
              <w:contextualSpacing/>
              <w:jc w:val="center"/>
              <w:rPr>
                <w:rFonts w:ascii="Times New Roman" w:hAnsi="Times New Roman" w:cs="Times New Roman"/>
                <w:sz w:val="20"/>
                <w:szCs w:val="20"/>
              </w:rPr>
            </w:pPr>
            <w:r w:rsidRPr="001A2E38">
              <w:rPr>
                <w:rFonts w:ascii="Times New Roman" w:hAnsi="Times New Roman" w:cs="Times New Roman"/>
                <w:sz w:val="20"/>
                <w:szCs w:val="20"/>
              </w:rPr>
              <w:t>1.50 (1.44, 1.55)</w:t>
            </w:r>
          </w:p>
        </w:tc>
        <w:tc>
          <w:tcPr>
            <w:tcW w:w="2614" w:type="dxa"/>
          </w:tcPr>
          <w:p w14:paraId="012E63A1" w14:textId="33436586" w:rsidR="00230BF7" w:rsidRPr="001A2E38" w:rsidRDefault="00230BF7" w:rsidP="00230BF7">
            <w:pPr>
              <w:contextualSpacing/>
              <w:jc w:val="center"/>
              <w:rPr>
                <w:rFonts w:ascii="Times New Roman" w:hAnsi="Times New Roman" w:cs="Times New Roman"/>
                <w:sz w:val="20"/>
                <w:szCs w:val="20"/>
              </w:rPr>
            </w:pPr>
            <w:r w:rsidRPr="001A2E38">
              <w:rPr>
                <w:rFonts w:ascii="Times New Roman" w:hAnsi="Times New Roman" w:cs="Times New Roman"/>
                <w:sz w:val="20"/>
                <w:szCs w:val="20"/>
              </w:rPr>
              <w:t>1.49 (1.44, 1.54)</w:t>
            </w:r>
          </w:p>
        </w:tc>
        <w:tc>
          <w:tcPr>
            <w:tcW w:w="2614" w:type="dxa"/>
          </w:tcPr>
          <w:p w14:paraId="6BB0C139" w14:textId="355109B7" w:rsidR="00230BF7" w:rsidRPr="001A2E38" w:rsidRDefault="00230BF7" w:rsidP="00230BF7">
            <w:pPr>
              <w:contextualSpacing/>
              <w:jc w:val="center"/>
              <w:rPr>
                <w:rFonts w:ascii="Times New Roman" w:hAnsi="Times New Roman" w:cs="Times New Roman"/>
                <w:sz w:val="20"/>
                <w:szCs w:val="20"/>
              </w:rPr>
            </w:pPr>
            <w:r w:rsidRPr="001A2E38">
              <w:rPr>
                <w:rFonts w:ascii="Times New Roman" w:hAnsi="Times New Roman" w:cs="Times New Roman"/>
                <w:sz w:val="20"/>
                <w:szCs w:val="20"/>
              </w:rPr>
              <w:t>0.285</w:t>
            </w:r>
          </w:p>
        </w:tc>
      </w:tr>
      <w:tr w:rsidR="00230BF7" w:rsidRPr="001A2E38" w14:paraId="1AD6D551" w14:textId="77777777" w:rsidTr="0003231E">
        <w:trPr>
          <w:jc w:val="center"/>
        </w:trPr>
        <w:tc>
          <w:tcPr>
            <w:tcW w:w="2614" w:type="dxa"/>
          </w:tcPr>
          <w:p w14:paraId="2B038990" w14:textId="57F0F6A7" w:rsidR="00230BF7" w:rsidRPr="001A2E38" w:rsidRDefault="00230BF7" w:rsidP="00230BF7">
            <w:pPr>
              <w:contextualSpacing/>
              <w:rPr>
                <w:rFonts w:ascii="Times New Roman" w:hAnsi="Times New Roman" w:cs="Times New Roman"/>
                <w:sz w:val="20"/>
                <w:szCs w:val="20"/>
              </w:rPr>
            </w:pPr>
            <w:r w:rsidRPr="001A2E38">
              <w:rPr>
                <w:rFonts w:ascii="Times New Roman" w:hAnsi="Times New Roman" w:cs="Times New Roman"/>
                <w:sz w:val="20"/>
                <w:szCs w:val="20"/>
              </w:rPr>
              <w:t>CHG-WC</w:t>
            </w:r>
          </w:p>
        </w:tc>
        <w:tc>
          <w:tcPr>
            <w:tcW w:w="2614" w:type="dxa"/>
          </w:tcPr>
          <w:p w14:paraId="41C11C39" w14:textId="1547C377" w:rsidR="00230BF7" w:rsidRPr="001A2E38" w:rsidRDefault="00230BF7" w:rsidP="00230BF7">
            <w:pPr>
              <w:contextualSpacing/>
              <w:jc w:val="center"/>
              <w:rPr>
                <w:rFonts w:ascii="Times New Roman" w:hAnsi="Times New Roman" w:cs="Times New Roman"/>
                <w:sz w:val="20"/>
                <w:szCs w:val="20"/>
              </w:rPr>
            </w:pPr>
            <w:r w:rsidRPr="001A2E38">
              <w:rPr>
                <w:rFonts w:ascii="Times New Roman" w:hAnsi="Times New Roman" w:cs="Times New Roman"/>
                <w:sz w:val="20"/>
                <w:szCs w:val="20"/>
              </w:rPr>
              <w:t>1.61 (1.56, 1.67)</w:t>
            </w:r>
          </w:p>
        </w:tc>
        <w:tc>
          <w:tcPr>
            <w:tcW w:w="2614" w:type="dxa"/>
          </w:tcPr>
          <w:p w14:paraId="2864986A" w14:textId="2D3F7796" w:rsidR="00230BF7" w:rsidRPr="001A2E38" w:rsidRDefault="00230BF7" w:rsidP="00230BF7">
            <w:pPr>
              <w:contextualSpacing/>
              <w:jc w:val="center"/>
              <w:rPr>
                <w:rFonts w:ascii="Times New Roman" w:hAnsi="Times New Roman" w:cs="Times New Roman"/>
                <w:sz w:val="20"/>
                <w:szCs w:val="20"/>
              </w:rPr>
            </w:pPr>
            <w:r w:rsidRPr="001A2E38">
              <w:rPr>
                <w:rFonts w:ascii="Times New Roman" w:hAnsi="Times New Roman" w:cs="Times New Roman"/>
                <w:sz w:val="20"/>
                <w:szCs w:val="20"/>
              </w:rPr>
              <w:t>1.54 (1.49, 1.59)</w:t>
            </w:r>
          </w:p>
        </w:tc>
        <w:tc>
          <w:tcPr>
            <w:tcW w:w="2614" w:type="dxa"/>
          </w:tcPr>
          <w:p w14:paraId="3637EEF4" w14:textId="604A3F39" w:rsidR="00230BF7" w:rsidRPr="001A2E38" w:rsidRDefault="00230BF7" w:rsidP="00230BF7">
            <w:pPr>
              <w:contextualSpacing/>
              <w:jc w:val="center"/>
              <w:rPr>
                <w:rFonts w:ascii="Times New Roman" w:hAnsi="Times New Roman" w:cs="Times New Roman"/>
                <w:sz w:val="20"/>
                <w:szCs w:val="20"/>
              </w:rPr>
            </w:pPr>
            <w:r w:rsidRPr="001A2E38">
              <w:rPr>
                <w:rFonts w:ascii="Times New Roman" w:hAnsi="Times New Roman" w:cs="Times New Roman"/>
                <w:sz w:val="20"/>
                <w:szCs w:val="20"/>
              </w:rPr>
              <w:t>0.041</w:t>
            </w:r>
          </w:p>
        </w:tc>
      </w:tr>
      <w:tr w:rsidR="00230BF7" w:rsidRPr="001A2E38" w14:paraId="482EA5B5" w14:textId="77777777" w:rsidTr="0003231E">
        <w:trPr>
          <w:jc w:val="center"/>
        </w:trPr>
        <w:tc>
          <w:tcPr>
            <w:tcW w:w="2614" w:type="dxa"/>
          </w:tcPr>
          <w:p w14:paraId="4DEA270D" w14:textId="0ADE13EA" w:rsidR="00230BF7" w:rsidRPr="001A2E38" w:rsidRDefault="00230BF7" w:rsidP="00230BF7">
            <w:pPr>
              <w:contextualSpacing/>
              <w:rPr>
                <w:rFonts w:ascii="Times New Roman" w:hAnsi="Times New Roman" w:cs="Times New Roman"/>
                <w:sz w:val="20"/>
                <w:szCs w:val="20"/>
              </w:rPr>
            </w:pPr>
            <w:r w:rsidRPr="001A2E38">
              <w:rPr>
                <w:rFonts w:ascii="Times New Roman" w:hAnsi="Times New Roman" w:cs="Times New Roman"/>
                <w:sz w:val="20"/>
                <w:szCs w:val="20"/>
              </w:rPr>
              <w:t>CHG-WHtR</w:t>
            </w:r>
          </w:p>
        </w:tc>
        <w:tc>
          <w:tcPr>
            <w:tcW w:w="2614" w:type="dxa"/>
          </w:tcPr>
          <w:p w14:paraId="2AE904FA" w14:textId="3BD8C703" w:rsidR="00230BF7" w:rsidRPr="001A2E38" w:rsidRDefault="00230BF7" w:rsidP="00230BF7">
            <w:pPr>
              <w:contextualSpacing/>
              <w:jc w:val="center"/>
              <w:rPr>
                <w:rFonts w:ascii="Times New Roman" w:hAnsi="Times New Roman" w:cs="Times New Roman"/>
                <w:sz w:val="20"/>
                <w:szCs w:val="20"/>
              </w:rPr>
            </w:pPr>
            <w:r w:rsidRPr="001A2E38">
              <w:rPr>
                <w:rFonts w:ascii="Times New Roman" w:hAnsi="Times New Roman" w:cs="Times New Roman"/>
                <w:sz w:val="20"/>
                <w:szCs w:val="20"/>
              </w:rPr>
              <w:t>1.66 (1.61, 1.72)</w:t>
            </w:r>
          </w:p>
        </w:tc>
        <w:tc>
          <w:tcPr>
            <w:tcW w:w="2614" w:type="dxa"/>
          </w:tcPr>
          <w:p w14:paraId="4870A9D6" w14:textId="69C852FE" w:rsidR="00230BF7" w:rsidRPr="001A2E38" w:rsidRDefault="00230BF7" w:rsidP="00230BF7">
            <w:pPr>
              <w:contextualSpacing/>
              <w:jc w:val="center"/>
              <w:rPr>
                <w:rFonts w:ascii="Times New Roman" w:hAnsi="Times New Roman" w:cs="Times New Roman"/>
                <w:sz w:val="20"/>
                <w:szCs w:val="20"/>
              </w:rPr>
            </w:pPr>
            <w:r w:rsidRPr="001A2E38">
              <w:rPr>
                <w:rFonts w:ascii="Times New Roman" w:hAnsi="Times New Roman" w:cs="Times New Roman"/>
                <w:sz w:val="20"/>
                <w:szCs w:val="20"/>
              </w:rPr>
              <w:t>1.56 (1.51, 1.61)</w:t>
            </w:r>
          </w:p>
        </w:tc>
        <w:tc>
          <w:tcPr>
            <w:tcW w:w="2614" w:type="dxa"/>
          </w:tcPr>
          <w:p w14:paraId="2530475E" w14:textId="2F4929BD" w:rsidR="00230BF7" w:rsidRPr="001A2E38" w:rsidRDefault="00230BF7" w:rsidP="00230BF7">
            <w:pPr>
              <w:contextualSpacing/>
              <w:jc w:val="center"/>
              <w:rPr>
                <w:rFonts w:ascii="Times New Roman" w:hAnsi="Times New Roman" w:cs="Times New Roman"/>
                <w:sz w:val="20"/>
                <w:szCs w:val="20"/>
              </w:rPr>
            </w:pPr>
            <w:r w:rsidRPr="001A2E38">
              <w:rPr>
                <w:rFonts w:ascii="Times New Roman" w:hAnsi="Times New Roman" w:cs="Times New Roman"/>
                <w:sz w:val="20"/>
                <w:szCs w:val="20"/>
              </w:rPr>
              <w:t>&lt;0.001</w:t>
            </w:r>
          </w:p>
        </w:tc>
      </w:tr>
      <w:tr w:rsidR="00230BF7" w:rsidRPr="001A2E38" w14:paraId="630EE161" w14:textId="77777777" w:rsidTr="0003231E">
        <w:trPr>
          <w:jc w:val="center"/>
        </w:trPr>
        <w:tc>
          <w:tcPr>
            <w:tcW w:w="2614" w:type="dxa"/>
          </w:tcPr>
          <w:p w14:paraId="3BD77F7A" w14:textId="4E92C159" w:rsidR="00230BF7" w:rsidRPr="001A2E38" w:rsidRDefault="00230BF7" w:rsidP="00230BF7">
            <w:pPr>
              <w:contextualSpacing/>
              <w:rPr>
                <w:rFonts w:ascii="Times New Roman" w:hAnsi="Times New Roman" w:cs="Times New Roman"/>
                <w:sz w:val="20"/>
                <w:szCs w:val="20"/>
              </w:rPr>
            </w:pPr>
            <w:r w:rsidRPr="001A2E38">
              <w:rPr>
                <w:rFonts w:ascii="Times New Roman" w:hAnsi="Times New Roman" w:cs="Times New Roman"/>
                <w:sz w:val="20"/>
                <w:szCs w:val="20"/>
              </w:rPr>
              <w:t>CHG-BRI</w:t>
            </w:r>
          </w:p>
        </w:tc>
        <w:tc>
          <w:tcPr>
            <w:tcW w:w="2614" w:type="dxa"/>
          </w:tcPr>
          <w:p w14:paraId="55422EFB" w14:textId="5DF7B378" w:rsidR="00230BF7" w:rsidRPr="001A2E38" w:rsidRDefault="00230BF7" w:rsidP="00230BF7">
            <w:pPr>
              <w:contextualSpacing/>
              <w:jc w:val="center"/>
              <w:rPr>
                <w:rFonts w:ascii="Times New Roman" w:hAnsi="Times New Roman" w:cs="Times New Roman"/>
                <w:sz w:val="20"/>
                <w:szCs w:val="20"/>
              </w:rPr>
            </w:pPr>
            <w:r w:rsidRPr="001A2E38">
              <w:rPr>
                <w:rFonts w:ascii="Times New Roman" w:hAnsi="Times New Roman" w:cs="Times New Roman"/>
                <w:sz w:val="20"/>
                <w:szCs w:val="20"/>
              </w:rPr>
              <w:t>1.51 (1.46, 1.56)</w:t>
            </w:r>
          </w:p>
        </w:tc>
        <w:tc>
          <w:tcPr>
            <w:tcW w:w="2614" w:type="dxa"/>
          </w:tcPr>
          <w:p w14:paraId="67112DD8" w14:textId="3C4C631A" w:rsidR="00230BF7" w:rsidRPr="001A2E38" w:rsidRDefault="00230BF7" w:rsidP="00230BF7">
            <w:pPr>
              <w:contextualSpacing/>
              <w:jc w:val="center"/>
              <w:rPr>
                <w:rFonts w:ascii="Times New Roman" w:hAnsi="Times New Roman" w:cs="Times New Roman"/>
                <w:sz w:val="20"/>
                <w:szCs w:val="20"/>
              </w:rPr>
            </w:pPr>
            <w:r w:rsidRPr="001A2E38">
              <w:rPr>
                <w:rFonts w:ascii="Times New Roman" w:hAnsi="Times New Roman" w:cs="Times New Roman"/>
                <w:sz w:val="20"/>
                <w:szCs w:val="20"/>
              </w:rPr>
              <w:t>1.45 (1.40, 1.49)</w:t>
            </w:r>
          </w:p>
        </w:tc>
        <w:tc>
          <w:tcPr>
            <w:tcW w:w="2614" w:type="dxa"/>
          </w:tcPr>
          <w:p w14:paraId="1918AF6F" w14:textId="0419D3E9" w:rsidR="00230BF7" w:rsidRPr="001A2E38" w:rsidRDefault="00230BF7" w:rsidP="00230BF7">
            <w:pPr>
              <w:contextualSpacing/>
              <w:jc w:val="center"/>
              <w:rPr>
                <w:rFonts w:ascii="Times New Roman" w:hAnsi="Times New Roman" w:cs="Times New Roman"/>
                <w:sz w:val="20"/>
                <w:szCs w:val="20"/>
              </w:rPr>
            </w:pPr>
            <w:r w:rsidRPr="001A2E38">
              <w:rPr>
                <w:rFonts w:ascii="Times New Roman" w:hAnsi="Times New Roman" w:cs="Times New Roman"/>
                <w:sz w:val="20"/>
                <w:szCs w:val="20"/>
              </w:rPr>
              <w:t>0.007</w:t>
            </w:r>
          </w:p>
        </w:tc>
      </w:tr>
      <w:tr w:rsidR="00230BF7" w:rsidRPr="001A2E38" w14:paraId="6D092D9F" w14:textId="77777777" w:rsidTr="0003231E">
        <w:trPr>
          <w:jc w:val="center"/>
        </w:trPr>
        <w:tc>
          <w:tcPr>
            <w:tcW w:w="2614" w:type="dxa"/>
          </w:tcPr>
          <w:p w14:paraId="3B2A4875" w14:textId="40924272" w:rsidR="00230BF7" w:rsidRPr="001A2E38" w:rsidRDefault="00230BF7" w:rsidP="00230BF7">
            <w:pPr>
              <w:contextualSpacing/>
              <w:rPr>
                <w:rFonts w:ascii="Times New Roman" w:hAnsi="Times New Roman" w:cs="Times New Roman"/>
                <w:sz w:val="20"/>
                <w:szCs w:val="20"/>
              </w:rPr>
            </w:pPr>
            <w:r w:rsidRPr="001A2E38">
              <w:rPr>
                <w:rFonts w:ascii="Times New Roman" w:hAnsi="Times New Roman" w:cs="Times New Roman"/>
                <w:sz w:val="20"/>
                <w:szCs w:val="20"/>
              </w:rPr>
              <w:t>CHG-ABSI</w:t>
            </w:r>
          </w:p>
        </w:tc>
        <w:tc>
          <w:tcPr>
            <w:tcW w:w="2614" w:type="dxa"/>
          </w:tcPr>
          <w:p w14:paraId="602A7211" w14:textId="52117382" w:rsidR="00230BF7" w:rsidRPr="001A2E38" w:rsidRDefault="00230BF7" w:rsidP="00230BF7">
            <w:pPr>
              <w:contextualSpacing/>
              <w:jc w:val="center"/>
              <w:rPr>
                <w:rFonts w:ascii="Times New Roman" w:hAnsi="Times New Roman" w:cs="Times New Roman"/>
                <w:sz w:val="20"/>
                <w:szCs w:val="20"/>
              </w:rPr>
            </w:pPr>
            <w:r w:rsidRPr="001A2E38">
              <w:rPr>
                <w:rFonts w:ascii="Times New Roman" w:hAnsi="Times New Roman" w:cs="Times New Roman"/>
                <w:sz w:val="20"/>
                <w:szCs w:val="20"/>
              </w:rPr>
              <w:t>1.65 (1.57, 1.73)</w:t>
            </w:r>
          </w:p>
        </w:tc>
        <w:tc>
          <w:tcPr>
            <w:tcW w:w="2614" w:type="dxa"/>
          </w:tcPr>
          <w:p w14:paraId="5766CD8B" w14:textId="63007316" w:rsidR="00230BF7" w:rsidRPr="001A2E38" w:rsidRDefault="00230BF7" w:rsidP="00230BF7">
            <w:pPr>
              <w:contextualSpacing/>
              <w:jc w:val="center"/>
              <w:rPr>
                <w:rFonts w:ascii="Times New Roman" w:hAnsi="Times New Roman" w:cs="Times New Roman"/>
                <w:sz w:val="20"/>
                <w:szCs w:val="20"/>
              </w:rPr>
            </w:pPr>
            <w:r w:rsidRPr="001A2E38">
              <w:rPr>
                <w:rFonts w:ascii="Times New Roman" w:hAnsi="Times New Roman" w:cs="Times New Roman"/>
                <w:sz w:val="20"/>
                <w:szCs w:val="20"/>
              </w:rPr>
              <w:t>1.43 (1.38, 1.49)</w:t>
            </w:r>
          </w:p>
        </w:tc>
        <w:tc>
          <w:tcPr>
            <w:tcW w:w="2614" w:type="dxa"/>
          </w:tcPr>
          <w:p w14:paraId="1DE81F65" w14:textId="33424AA0" w:rsidR="00230BF7" w:rsidRPr="001A2E38" w:rsidRDefault="00230BF7" w:rsidP="00230BF7">
            <w:pPr>
              <w:contextualSpacing/>
              <w:jc w:val="center"/>
              <w:rPr>
                <w:rFonts w:ascii="Times New Roman" w:hAnsi="Times New Roman" w:cs="Times New Roman"/>
                <w:sz w:val="20"/>
                <w:szCs w:val="20"/>
              </w:rPr>
            </w:pPr>
            <w:r w:rsidRPr="001A2E38">
              <w:rPr>
                <w:rFonts w:ascii="Times New Roman" w:hAnsi="Times New Roman" w:cs="Times New Roman"/>
                <w:sz w:val="20"/>
                <w:szCs w:val="20"/>
              </w:rPr>
              <w:t>&lt;0.001</w:t>
            </w:r>
          </w:p>
        </w:tc>
      </w:tr>
      <w:tr w:rsidR="00230BF7" w:rsidRPr="001A2E38" w14:paraId="04801395" w14:textId="77777777" w:rsidTr="0003231E">
        <w:trPr>
          <w:jc w:val="center"/>
        </w:trPr>
        <w:tc>
          <w:tcPr>
            <w:tcW w:w="2614" w:type="dxa"/>
          </w:tcPr>
          <w:p w14:paraId="57F5DFC6" w14:textId="503468B6" w:rsidR="00230BF7" w:rsidRPr="001A2E38" w:rsidRDefault="00230BF7" w:rsidP="00230BF7">
            <w:pPr>
              <w:contextualSpacing/>
              <w:rPr>
                <w:rFonts w:ascii="Times New Roman" w:hAnsi="Times New Roman" w:cs="Times New Roman"/>
                <w:sz w:val="20"/>
                <w:szCs w:val="20"/>
              </w:rPr>
            </w:pPr>
            <w:r w:rsidRPr="001A2E38">
              <w:rPr>
                <w:rFonts w:ascii="Times New Roman" w:hAnsi="Times New Roman" w:cs="Times New Roman"/>
                <w:sz w:val="20"/>
                <w:szCs w:val="20"/>
              </w:rPr>
              <w:t>CHG-VAI</w:t>
            </w:r>
          </w:p>
        </w:tc>
        <w:tc>
          <w:tcPr>
            <w:tcW w:w="2614" w:type="dxa"/>
          </w:tcPr>
          <w:p w14:paraId="0E96A1F3" w14:textId="2E01E28D" w:rsidR="00230BF7" w:rsidRPr="001A2E38" w:rsidRDefault="00230BF7" w:rsidP="00230BF7">
            <w:pPr>
              <w:contextualSpacing/>
              <w:jc w:val="center"/>
              <w:rPr>
                <w:rFonts w:ascii="Times New Roman" w:hAnsi="Times New Roman" w:cs="Times New Roman"/>
                <w:sz w:val="20"/>
                <w:szCs w:val="20"/>
              </w:rPr>
            </w:pPr>
            <w:r w:rsidRPr="001A2E38">
              <w:rPr>
                <w:rFonts w:ascii="Times New Roman" w:hAnsi="Times New Roman" w:cs="Times New Roman"/>
                <w:sz w:val="20"/>
                <w:szCs w:val="20"/>
              </w:rPr>
              <w:t>1.20 (1.16, 1.24)</w:t>
            </w:r>
          </w:p>
        </w:tc>
        <w:tc>
          <w:tcPr>
            <w:tcW w:w="2614" w:type="dxa"/>
          </w:tcPr>
          <w:p w14:paraId="43CF93C9" w14:textId="1F352412" w:rsidR="00230BF7" w:rsidRPr="001A2E38" w:rsidRDefault="00230BF7" w:rsidP="00230BF7">
            <w:pPr>
              <w:contextualSpacing/>
              <w:jc w:val="center"/>
              <w:rPr>
                <w:rFonts w:ascii="Times New Roman" w:hAnsi="Times New Roman" w:cs="Times New Roman"/>
                <w:sz w:val="20"/>
                <w:szCs w:val="20"/>
              </w:rPr>
            </w:pPr>
            <w:r w:rsidRPr="001A2E38">
              <w:rPr>
                <w:rFonts w:ascii="Times New Roman" w:hAnsi="Times New Roman" w:cs="Times New Roman"/>
                <w:sz w:val="20"/>
                <w:szCs w:val="20"/>
              </w:rPr>
              <w:t>1.21 (1.17, 1.24)</w:t>
            </w:r>
          </w:p>
        </w:tc>
        <w:tc>
          <w:tcPr>
            <w:tcW w:w="2614" w:type="dxa"/>
          </w:tcPr>
          <w:p w14:paraId="0D655BD1" w14:textId="522D9094" w:rsidR="00230BF7" w:rsidRPr="001A2E38" w:rsidRDefault="00230BF7" w:rsidP="00230BF7">
            <w:pPr>
              <w:contextualSpacing/>
              <w:jc w:val="center"/>
              <w:rPr>
                <w:rFonts w:ascii="Times New Roman" w:hAnsi="Times New Roman" w:cs="Times New Roman"/>
                <w:sz w:val="20"/>
                <w:szCs w:val="20"/>
              </w:rPr>
            </w:pPr>
            <w:r w:rsidRPr="001A2E38">
              <w:rPr>
                <w:rFonts w:ascii="Times New Roman" w:hAnsi="Times New Roman" w:cs="Times New Roman"/>
                <w:sz w:val="20"/>
                <w:szCs w:val="20"/>
              </w:rPr>
              <w:t>0.919</w:t>
            </w:r>
          </w:p>
        </w:tc>
      </w:tr>
      <w:tr w:rsidR="00230BF7" w:rsidRPr="001A2E38" w14:paraId="2E3929D1" w14:textId="77777777" w:rsidTr="0003231E">
        <w:trPr>
          <w:jc w:val="center"/>
        </w:trPr>
        <w:tc>
          <w:tcPr>
            <w:tcW w:w="2614" w:type="dxa"/>
          </w:tcPr>
          <w:p w14:paraId="3EC253A0" w14:textId="46422159" w:rsidR="00230BF7" w:rsidRPr="001A2E38" w:rsidRDefault="00230BF7" w:rsidP="00230BF7">
            <w:pPr>
              <w:contextualSpacing/>
              <w:rPr>
                <w:rFonts w:ascii="Times New Roman" w:hAnsi="Times New Roman" w:cs="Times New Roman"/>
                <w:sz w:val="20"/>
                <w:szCs w:val="20"/>
              </w:rPr>
            </w:pPr>
            <w:r w:rsidRPr="001A2E38">
              <w:rPr>
                <w:rFonts w:ascii="Times New Roman" w:hAnsi="Times New Roman" w:cs="Times New Roman"/>
                <w:sz w:val="20"/>
                <w:szCs w:val="20"/>
              </w:rPr>
              <w:t>CHG-WWI</w:t>
            </w:r>
          </w:p>
        </w:tc>
        <w:tc>
          <w:tcPr>
            <w:tcW w:w="2614" w:type="dxa"/>
          </w:tcPr>
          <w:p w14:paraId="400EFABD" w14:textId="707034A1" w:rsidR="00230BF7" w:rsidRPr="001A2E38" w:rsidRDefault="00230BF7" w:rsidP="00230BF7">
            <w:pPr>
              <w:contextualSpacing/>
              <w:jc w:val="center"/>
              <w:rPr>
                <w:rFonts w:ascii="Times New Roman" w:hAnsi="Times New Roman" w:cs="Times New Roman"/>
                <w:sz w:val="20"/>
                <w:szCs w:val="20"/>
              </w:rPr>
            </w:pPr>
            <w:r w:rsidRPr="001A2E38">
              <w:rPr>
                <w:rFonts w:ascii="Times New Roman" w:hAnsi="Times New Roman" w:cs="Times New Roman"/>
                <w:sz w:val="20"/>
                <w:szCs w:val="20"/>
              </w:rPr>
              <w:t>1.71 (1.65, 1.78)</w:t>
            </w:r>
          </w:p>
        </w:tc>
        <w:tc>
          <w:tcPr>
            <w:tcW w:w="2614" w:type="dxa"/>
          </w:tcPr>
          <w:p w14:paraId="19B607CB" w14:textId="646DD138" w:rsidR="00230BF7" w:rsidRPr="001A2E38" w:rsidRDefault="00230BF7" w:rsidP="00230BF7">
            <w:pPr>
              <w:contextualSpacing/>
              <w:jc w:val="center"/>
              <w:rPr>
                <w:rFonts w:ascii="Times New Roman" w:hAnsi="Times New Roman" w:cs="Times New Roman"/>
                <w:sz w:val="20"/>
                <w:szCs w:val="20"/>
              </w:rPr>
            </w:pPr>
            <w:r w:rsidRPr="001A2E38">
              <w:rPr>
                <w:rFonts w:ascii="Times New Roman" w:hAnsi="Times New Roman" w:cs="Times New Roman"/>
                <w:sz w:val="20"/>
                <w:szCs w:val="20"/>
              </w:rPr>
              <w:t>1.49 (1.44, 1.54)</w:t>
            </w:r>
          </w:p>
        </w:tc>
        <w:tc>
          <w:tcPr>
            <w:tcW w:w="2614" w:type="dxa"/>
          </w:tcPr>
          <w:p w14:paraId="7755B622" w14:textId="78347CD6" w:rsidR="00230BF7" w:rsidRPr="001A2E38" w:rsidRDefault="00230BF7" w:rsidP="00230BF7">
            <w:pPr>
              <w:contextualSpacing/>
              <w:jc w:val="center"/>
              <w:rPr>
                <w:rFonts w:ascii="Times New Roman" w:hAnsi="Times New Roman" w:cs="Times New Roman"/>
                <w:sz w:val="20"/>
                <w:szCs w:val="20"/>
              </w:rPr>
            </w:pPr>
            <w:r w:rsidRPr="001A2E38">
              <w:rPr>
                <w:rFonts w:ascii="Times New Roman" w:hAnsi="Times New Roman" w:cs="Times New Roman"/>
                <w:sz w:val="20"/>
                <w:szCs w:val="20"/>
              </w:rPr>
              <w:t>&lt;0.001</w:t>
            </w:r>
          </w:p>
        </w:tc>
      </w:tr>
    </w:tbl>
    <w:p w14:paraId="7D58EF72" w14:textId="5A6B2599" w:rsidR="003E1CC0" w:rsidRPr="001A2E38" w:rsidRDefault="003E1CC0" w:rsidP="003E1CC0">
      <w:pPr>
        <w:spacing w:line="240" w:lineRule="auto"/>
        <w:contextualSpacing/>
        <w:rPr>
          <w:rFonts w:ascii="Times New Roman" w:hAnsi="Times New Roman" w:cs="Times New Roman"/>
          <w:sz w:val="20"/>
          <w:szCs w:val="20"/>
        </w:rPr>
      </w:pPr>
      <w:bookmarkStart w:id="36" w:name="OLE_LINK5"/>
      <w:r w:rsidRPr="001A2E38">
        <w:rPr>
          <w:rFonts w:ascii="Times New Roman" w:hAnsi="Times New Roman" w:cs="Times New Roman"/>
          <w:i/>
          <w:iCs/>
          <w:sz w:val="20"/>
          <w:szCs w:val="20"/>
        </w:rPr>
        <w:t xml:space="preserve">Notes: </w:t>
      </w:r>
      <w:r w:rsidRPr="001A2E38">
        <w:rPr>
          <w:rFonts w:ascii="Times New Roman" w:hAnsi="Times New Roman" w:cs="Times New Roman"/>
          <w:sz w:val="20"/>
          <w:szCs w:val="20"/>
        </w:rPr>
        <w:t>Data were presented as HR (95% CI) per 1-SD increase.</w:t>
      </w:r>
      <w:r w:rsidRPr="001A2E38">
        <w:rPr>
          <w:rFonts w:ascii="Times New Roman" w:hAnsi="Times New Roman" w:cs="Times New Roman"/>
          <w:i/>
          <w:iCs/>
          <w:sz w:val="20"/>
          <w:szCs w:val="20"/>
        </w:rPr>
        <w:t xml:space="preserve"> </w:t>
      </w:r>
      <w:r w:rsidRPr="001A2E38">
        <w:rPr>
          <w:rFonts w:ascii="Times New Roman" w:hAnsi="Times New Roman" w:cs="Times New Roman"/>
          <w:sz w:val="20"/>
          <w:szCs w:val="20"/>
        </w:rPr>
        <w:t xml:space="preserve">Models were adjusted for age, sex, ethnicity, employment status, educational levels, Townsend deprivation index, frequency of drinking, smoking status, sleep duration, physical activity, sedentary </w:t>
      </w:r>
      <w:r w:rsidR="003479B3" w:rsidRPr="001A2E38">
        <w:rPr>
          <w:rFonts w:ascii="Times New Roman" w:hAnsi="Times New Roman" w:cs="Times New Roman"/>
          <w:sz w:val="20"/>
          <w:szCs w:val="20"/>
        </w:rPr>
        <w:t>behavior</w:t>
      </w:r>
      <w:r w:rsidRPr="001A2E38">
        <w:rPr>
          <w:rFonts w:ascii="Times New Roman" w:hAnsi="Times New Roman" w:cs="Times New Roman"/>
          <w:sz w:val="20"/>
          <w:szCs w:val="20"/>
        </w:rPr>
        <w:t>, and family history of cardiometabolic disease.</w:t>
      </w:r>
    </w:p>
    <w:p w14:paraId="71E3AA86" w14:textId="57E6DC8D" w:rsidR="00E02485" w:rsidRPr="001A2E38" w:rsidRDefault="003E1CC0" w:rsidP="003E1CC0">
      <w:pPr>
        <w:spacing w:line="240" w:lineRule="auto"/>
        <w:contextualSpacing/>
        <w:rPr>
          <w:rFonts w:ascii="Times New Roman" w:hAnsi="Times New Roman" w:cs="Times New Roman"/>
          <w:sz w:val="20"/>
          <w:szCs w:val="20"/>
        </w:rPr>
        <w:sectPr w:rsidR="00E02485" w:rsidRPr="001A2E38" w:rsidSect="00FE3790">
          <w:pgSz w:w="16838" w:h="11906" w:orient="landscape"/>
          <w:pgMar w:top="1797" w:right="1440" w:bottom="1797" w:left="1440" w:header="851" w:footer="992" w:gutter="0"/>
          <w:cols w:space="425"/>
          <w:docGrid w:type="linesAndChars" w:linePitch="312"/>
        </w:sectPr>
      </w:pPr>
      <w:r w:rsidRPr="001A2E38">
        <w:rPr>
          <w:rFonts w:ascii="Times New Roman" w:hAnsi="Times New Roman" w:cs="Times New Roman"/>
          <w:i/>
          <w:iCs/>
          <w:sz w:val="20"/>
          <w:szCs w:val="20"/>
        </w:rPr>
        <w:t xml:space="preserve">Abbreviations: </w:t>
      </w:r>
      <w:r w:rsidRPr="001A2E38">
        <w:rPr>
          <w:rFonts w:ascii="Times New Roman" w:hAnsi="Times New Roman" w:cs="Times New Roman"/>
          <w:sz w:val="20"/>
          <w:szCs w:val="20"/>
        </w:rPr>
        <w:t>CMM, cardiometabolic multimorbidity; CHG, cholesterol-high-density lipoprotein-glucose index; BMI, body mass index; WC, waist circumference; WHtR, waist-to-height ratio; BRI, body roundness index; ABSI, a body shape index; VAI, visceral adiposity index; WWI, weight-adjusted waist index; HR, hazard ratio; CI, confidence interval</w:t>
      </w:r>
      <w:bookmarkEnd w:id="36"/>
      <w:r w:rsidR="00422825" w:rsidRPr="001A2E38">
        <w:rPr>
          <w:rFonts w:ascii="Times New Roman" w:hAnsi="Times New Roman" w:cs="Times New Roman"/>
          <w:sz w:val="20"/>
          <w:szCs w:val="20"/>
        </w:rPr>
        <w:t>.</w:t>
      </w:r>
    </w:p>
    <w:p w14:paraId="4611BA56" w14:textId="1A377190" w:rsidR="00E02485" w:rsidRPr="001A2E38" w:rsidRDefault="00E02485" w:rsidP="0065294A">
      <w:pPr>
        <w:pStyle w:val="a"/>
      </w:pPr>
      <w:bookmarkStart w:id="37" w:name="_Toc232530176"/>
      <w:bookmarkStart w:id="38" w:name="_Toc236834810"/>
      <w:r w:rsidRPr="001A2E38">
        <w:lastRenderedPageBreak/>
        <w:t>Table S</w:t>
      </w:r>
      <w:r w:rsidR="0065294A" w:rsidRPr="001A2E38">
        <w:rPr>
          <w:rFonts w:eastAsiaTheme="minorEastAsia" w:hint="eastAsia"/>
        </w:rPr>
        <w:t>20</w:t>
      </w:r>
      <w:r w:rsidRPr="001A2E38">
        <w:t>. Associations between</w:t>
      </w:r>
      <w:r w:rsidR="00B128A5" w:rsidRPr="001A2E38">
        <w:t xml:space="preserve"> </w:t>
      </w:r>
      <w:r w:rsidR="00F508D7" w:rsidRPr="001A2E38">
        <w:t>CHG</w:t>
      </w:r>
      <w:r w:rsidR="00970926" w:rsidRPr="001A2E38">
        <w:rPr>
          <w:rFonts w:eastAsiaTheme="minorEastAsia"/>
        </w:rPr>
        <w:t xml:space="preserve">-related </w:t>
      </w:r>
      <w:r w:rsidR="00F508D7" w:rsidRPr="001A2E38">
        <w:t>indices</w:t>
      </w:r>
      <w:r w:rsidR="00B128A5" w:rsidRPr="001A2E38">
        <w:t xml:space="preserve"> </w:t>
      </w:r>
      <w:r w:rsidRPr="001A2E38">
        <w:t>and risk of cardiometabolic multimorbidity stratified by sex.</w:t>
      </w:r>
      <w:bookmarkEnd w:id="37"/>
      <w:bookmarkEnd w:id="38"/>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14"/>
        <w:gridCol w:w="2614"/>
        <w:gridCol w:w="2614"/>
        <w:gridCol w:w="2614"/>
      </w:tblGrid>
      <w:tr w:rsidR="00E02485" w:rsidRPr="001A2E38" w14:paraId="28D1C407" w14:textId="77777777" w:rsidTr="00DF2986">
        <w:tc>
          <w:tcPr>
            <w:tcW w:w="2614" w:type="dxa"/>
            <w:vMerge w:val="restart"/>
            <w:vAlign w:val="center"/>
          </w:tcPr>
          <w:p w14:paraId="31263F33" w14:textId="77777777" w:rsidR="00E02485" w:rsidRPr="001A2E38" w:rsidRDefault="00E02485" w:rsidP="005E1D6F">
            <w:pPr>
              <w:contextualSpacing/>
              <w:jc w:val="both"/>
              <w:rPr>
                <w:rFonts w:ascii="Times New Roman" w:hAnsi="Times New Roman" w:cs="Times New Roman"/>
                <w:sz w:val="20"/>
                <w:szCs w:val="20"/>
              </w:rPr>
            </w:pPr>
            <w:r w:rsidRPr="001A2E38">
              <w:rPr>
                <w:rFonts w:ascii="Times New Roman" w:hAnsi="Times New Roman" w:cs="Times New Roman"/>
                <w:sz w:val="20"/>
                <w:szCs w:val="20"/>
              </w:rPr>
              <w:t>Exposures</w:t>
            </w:r>
          </w:p>
        </w:tc>
        <w:tc>
          <w:tcPr>
            <w:tcW w:w="5228" w:type="dxa"/>
            <w:gridSpan w:val="2"/>
            <w:tcBorders>
              <w:top w:val="single" w:sz="4" w:space="0" w:color="auto"/>
              <w:bottom w:val="single" w:sz="4" w:space="0" w:color="auto"/>
            </w:tcBorders>
          </w:tcPr>
          <w:p w14:paraId="235345B8" w14:textId="77777777" w:rsidR="00E02485" w:rsidRPr="001A2E38" w:rsidRDefault="00E02485" w:rsidP="005E1D6F">
            <w:pPr>
              <w:contextualSpacing/>
              <w:jc w:val="center"/>
              <w:rPr>
                <w:rFonts w:ascii="Times New Roman" w:hAnsi="Times New Roman" w:cs="Times New Roman"/>
                <w:sz w:val="20"/>
                <w:szCs w:val="20"/>
              </w:rPr>
            </w:pPr>
            <w:r w:rsidRPr="001A2E38">
              <w:rPr>
                <w:rFonts w:ascii="Times New Roman" w:hAnsi="Times New Roman" w:cs="Times New Roman"/>
                <w:sz w:val="20"/>
                <w:szCs w:val="20"/>
              </w:rPr>
              <w:t>Subgroup</w:t>
            </w:r>
          </w:p>
        </w:tc>
        <w:tc>
          <w:tcPr>
            <w:tcW w:w="2614" w:type="dxa"/>
            <w:vMerge w:val="restart"/>
            <w:vAlign w:val="center"/>
          </w:tcPr>
          <w:p w14:paraId="4CA6748B" w14:textId="77777777" w:rsidR="00E02485" w:rsidRPr="001A2E38" w:rsidRDefault="00E02485" w:rsidP="005E1D6F">
            <w:pPr>
              <w:contextualSpacing/>
              <w:jc w:val="center"/>
              <w:rPr>
                <w:rFonts w:ascii="Times New Roman" w:hAnsi="Times New Roman" w:cs="Times New Roman"/>
                <w:sz w:val="20"/>
                <w:szCs w:val="20"/>
              </w:rPr>
            </w:pPr>
            <w:r w:rsidRPr="001A2E38">
              <w:rPr>
                <w:rFonts w:ascii="Times New Roman" w:hAnsi="Times New Roman" w:cs="Times New Roman"/>
                <w:i/>
                <w:iCs/>
                <w:sz w:val="20"/>
                <w:szCs w:val="20"/>
              </w:rPr>
              <w:t>P</w:t>
            </w:r>
            <w:r w:rsidRPr="001A2E38">
              <w:rPr>
                <w:rFonts w:ascii="Times New Roman" w:hAnsi="Times New Roman" w:cs="Times New Roman"/>
                <w:sz w:val="20"/>
                <w:szCs w:val="20"/>
              </w:rPr>
              <w:t xml:space="preserve"> for interaction</w:t>
            </w:r>
          </w:p>
        </w:tc>
      </w:tr>
      <w:tr w:rsidR="00E02485" w:rsidRPr="001A2E38" w14:paraId="063AEB7F" w14:textId="77777777" w:rsidTr="00DF2986">
        <w:tc>
          <w:tcPr>
            <w:tcW w:w="2614" w:type="dxa"/>
            <w:vMerge/>
            <w:tcBorders>
              <w:bottom w:val="single" w:sz="4" w:space="0" w:color="auto"/>
            </w:tcBorders>
          </w:tcPr>
          <w:p w14:paraId="1259F79E" w14:textId="77777777" w:rsidR="00E02485" w:rsidRPr="001A2E38" w:rsidRDefault="00E02485" w:rsidP="005E1D6F">
            <w:pPr>
              <w:contextualSpacing/>
              <w:rPr>
                <w:rFonts w:ascii="Times New Roman" w:hAnsi="Times New Roman" w:cs="Times New Roman"/>
                <w:sz w:val="20"/>
                <w:szCs w:val="20"/>
              </w:rPr>
            </w:pPr>
          </w:p>
        </w:tc>
        <w:tc>
          <w:tcPr>
            <w:tcW w:w="2614" w:type="dxa"/>
            <w:tcBorders>
              <w:top w:val="single" w:sz="4" w:space="0" w:color="auto"/>
              <w:bottom w:val="single" w:sz="4" w:space="0" w:color="auto"/>
            </w:tcBorders>
            <w:vAlign w:val="center"/>
          </w:tcPr>
          <w:p w14:paraId="207D2F48" w14:textId="2B22D9DA" w:rsidR="00E02485" w:rsidRPr="001A2E38" w:rsidRDefault="00E52FD2" w:rsidP="005E1D6F">
            <w:pPr>
              <w:contextualSpacing/>
              <w:jc w:val="center"/>
              <w:rPr>
                <w:rFonts w:ascii="Times New Roman" w:hAnsi="Times New Roman" w:cs="Times New Roman"/>
                <w:sz w:val="20"/>
                <w:szCs w:val="20"/>
              </w:rPr>
            </w:pPr>
            <w:r w:rsidRPr="001A2E38">
              <w:rPr>
                <w:rFonts w:ascii="Times New Roman" w:hAnsi="Times New Roman" w:cs="Times New Roman"/>
                <w:sz w:val="20"/>
                <w:szCs w:val="20"/>
              </w:rPr>
              <w:t>Female</w:t>
            </w:r>
          </w:p>
        </w:tc>
        <w:tc>
          <w:tcPr>
            <w:tcW w:w="2614" w:type="dxa"/>
            <w:tcBorders>
              <w:top w:val="single" w:sz="4" w:space="0" w:color="auto"/>
              <w:bottom w:val="single" w:sz="4" w:space="0" w:color="auto"/>
            </w:tcBorders>
            <w:vAlign w:val="center"/>
          </w:tcPr>
          <w:p w14:paraId="7D8BB08C" w14:textId="51855D9C" w:rsidR="00E02485" w:rsidRPr="001A2E38" w:rsidRDefault="00E52FD2" w:rsidP="005E1D6F">
            <w:pPr>
              <w:contextualSpacing/>
              <w:jc w:val="center"/>
              <w:rPr>
                <w:rFonts w:ascii="Times New Roman" w:hAnsi="Times New Roman" w:cs="Times New Roman"/>
                <w:sz w:val="20"/>
                <w:szCs w:val="20"/>
              </w:rPr>
            </w:pPr>
            <w:r w:rsidRPr="001A2E38">
              <w:rPr>
                <w:rFonts w:ascii="Times New Roman" w:hAnsi="Times New Roman" w:cs="Times New Roman"/>
                <w:sz w:val="20"/>
                <w:szCs w:val="20"/>
              </w:rPr>
              <w:t>Male</w:t>
            </w:r>
          </w:p>
        </w:tc>
        <w:tc>
          <w:tcPr>
            <w:tcW w:w="2614" w:type="dxa"/>
            <w:vMerge/>
            <w:tcBorders>
              <w:bottom w:val="single" w:sz="4" w:space="0" w:color="auto"/>
            </w:tcBorders>
          </w:tcPr>
          <w:p w14:paraId="7300F16E" w14:textId="77777777" w:rsidR="00E02485" w:rsidRPr="001A2E38" w:rsidRDefault="00E02485" w:rsidP="005E1D6F">
            <w:pPr>
              <w:contextualSpacing/>
              <w:rPr>
                <w:rFonts w:ascii="Times New Roman" w:hAnsi="Times New Roman" w:cs="Times New Roman"/>
                <w:sz w:val="20"/>
                <w:szCs w:val="20"/>
              </w:rPr>
            </w:pPr>
          </w:p>
        </w:tc>
      </w:tr>
      <w:tr w:rsidR="002E31AD" w:rsidRPr="001A2E38" w14:paraId="69BBA14E" w14:textId="77777777" w:rsidTr="0084550A">
        <w:tc>
          <w:tcPr>
            <w:tcW w:w="2614" w:type="dxa"/>
            <w:tcBorders>
              <w:top w:val="single" w:sz="4" w:space="0" w:color="auto"/>
            </w:tcBorders>
          </w:tcPr>
          <w:p w14:paraId="1D691538" w14:textId="1DB83A7F" w:rsidR="002E31AD" w:rsidRPr="001A2E38" w:rsidRDefault="002E31AD" w:rsidP="002E31AD">
            <w:pPr>
              <w:contextualSpacing/>
              <w:rPr>
                <w:rFonts w:ascii="Times New Roman" w:hAnsi="Times New Roman" w:cs="Times New Roman"/>
                <w:sz w:val="20"/>
                <w:szCs w:val="20"/>
              </w:rPr>
            </w:pPr>
            <w:r w:rsidRPr="001A2E38">
              <w:rPr>
                <w:rFonts w:ascii="Times New Roman" w:hAnsi="Times New Roman" w:cs="Times New Roman"/>
                <w:sz w:val="20"/>
                <w:szCs w:val="20"/>
              </w:rPr>
              <w:t>CHG</w:t>
            </w:r>
          </w:p>
        </w:tc>
        <w:tc>
          <w:tcPr>
            <w:tcW w:w="2614" w:type="dxa"/>
            <w:tcBorders>
              <w:top w:val="single" w:sz="4" w:space="0" w:color="auto"/>
            </w:tcBorders>
          </w:tcPr>
          <w:p w14:paraId="635FD404" w14:textId="4B745FBB" w:rsidR="002E31AD" w:rsidRPr="001A2E38" w:rsidRDefault="002E31AD" w:rsidP="002E31AD">
            <w:pPr>
              <w:contextualSpacing/>
              <w:jc w:val="center"/>
              <w:rPr>
                <w:rFonts w:ascii="Times New Roman" w:hAnsi="Times New Roman" w:cs="Times New Roman"/>
                <w:sz w:val="20"/>
                <w:szCs w:val="20"/>
              </w:rPr>
            </w:pPr>
            <w:r w:rsidRPr="001A2E38">
              <w:rPr>
                <w:rFonts w:ascii="Times New Roman" w:hAnsi="Times New Roman" w:cs="Times New Roman"/>
                <w:sz w:val="20"/>
                <w:szCs w:val="20"/>
              </w:rPr>
              <w:t>1.49 (1.42, 1.55)</w:t>
            </w:r>
          </w:p>
        </w:tc>
        <w:tc>
          <w:tcPr>
            <w:tcW w:w="2614" w:type="dxa"/>
            <w:tcBorders>
              <w:top w:val="single" w:sz="4" w:space="0" w:color="auto"/>
            </w:tcBorders>
          </w:tcPr>
          <w:p w14:paraId="6E559303" w14:textId="13F273DB" w:rsidR="002E31AD" w:rsidRPr="001A2E38" w:rsidRDefault="002E31AD" w:rsidP="002E31AD">
            <w:pPr>
              <w:contextualSpacing/>
              <w:jc w:val="center"/>
              <w:rPr>
                <w:rFonts w:ascii="Times New Roman" w:hAnsi="Times New Roman" w:cs="Times New Roman"/>
                <w:sz w:val="20"/>
                <w:szCs w:val="20"/>
              </w:rPr>
            </w:pPr>
            <w:r w:rsidRPr="001A2E38">
              <w:rPr>
                <w:rFonts w:ascii="Times New Roman" w:hAnsi="Times New Roman" w:cs="Times New Roman"/>
                <w:sz w:val="20"/>
                <w:szCs w:val="20"/>
              </w:rPr>
              <w:t>1.48 (1.43, 1.52)</w:t>
            </w:r>
          </w:p>
        </w:tc>
        <w:tc>
          <w:tcPr>
            <w:tcW w:w="2614" w:type="dxa"/>
            <w:tcBorders>
              <w:top w:val="single" w:sz="4" w:space="0" w:color="auto"/>
            </w:tcBorders>
          </w:tcPr>
          <w:p w14:paraId="63F5DA11" w14:textId="30DDEF59" w:rsidR="002E31AD" w:rsidRPr="001A2E38" w:rsidRDefault="002E31AD" w:rsidP="002E31AD">
            <w:pPr>
              <w:contextualSpacing/>
              <w:jc w:val="center"/>
              <w:rPr>
                <w:rFonts w:ascii="Times New Roman" w:hAnsi="Times New Roman" w:cs="Times New Roman"/>
                <w:sz w:val="20"/>
                <w:szCs w:val="20"/>
              </w:rPr>
            </w:pPr>
            <w:r w:rsidRPr="001A2E38">
              <w:rPr>
                <w:rFonts w:ascii="Times New Roman" w:hAnsi="Times New Roman" w:cs="Times New Roman"/>
                <w:sz w:val="20"/>
                <w:szCs w:val="20"/>
              </w:rPr>
              <w:t>0.540</w:t>
            </w:r>
          </w:p>
        </w:tc>
      </w:tr>
      <w:tr w:rsidR="002E31AD" w:rsidRPr="001A2E38" w14:paraId="6BEB091B" w14:textId="77777777" w:rsidTr="0084550A">
        <w:tc>
          <w:tcPr>
            <w:tcW w:w="2614" w:type="dxa"/>
          </w:tcPr>
          <w:p w14:paraId="5E281316" w14:textId="5F3F6298" w:rsidR="002E31AD" w:rsidRPr="001A2E38" w:rsidRDefault="002E31AD" w:rsidP="002E31AD">
            <w:pPr>
              <w:contextualSpacing/>
              <w:rPr>
                <w:rFonts w:ascii="Times New Roman" w:hAnsi="Times New Roman" w:cs="Times New Roman"/>
                <w:sz w:val="20"/>
                <w:szCs w:val="20"/>
              </w:rPr>
            </w:pPr>
            <w:r w:rsidRPr="001A2E38">
              <w:rPr>
                <w:rFonts w:ascii="Times New Roman" w:hAnsi="Times New Roman" w:cs="Times New Roman"/>
                <w:sz w:val="20"/>
                <w:szCs w:val="20"/>
              </w:rPr>
              <w:t>CHG-BMI</w:t>
            </w:r>
          </w:p>
        </w:tc>
        <w:tc>
          <w:tcPr>
            <w:tcW w:w="2614" w:type="dxa"/>
          </w:tcPr>
          <w:p w14:paraId="42712675" w14:textId="7676F86A" w:rsidR="002E31AD" w:rsidRPr="001A2E38" w:rsidRDefault="002E31AD" w:rsidP="002E31AD">
            <w:pPr>
              <w:contextualSpacing/>
              <w:jc w:val="center"/>
              <w:rPr>
                <w:rFonts w:ascii="Times New Roman" w:hAnsi="Times New Roman" w:cs="Times New Roman"/>
                <w:sz w:val="20"/>
                <w:szCs w:val="20"/>
              </w:rPr>
            </w:pPr>
            <w:r w:rsidRPr="001A2E38">
              <w:rPr>
                <w:rFonts w:ascii="Times New Roman" w:hAnsi="Times New Roman" w:cs="Times New Roman"/>
                <w:sz w:val="20"/>
                <w:szCs w:val="20"/>
              </w:rPr>
              <w:t>1.37 (1.32, 1.43)</w:t>
            </w:r>
          </w:p>
        </w:tc>
        <w:tc>
          <w:tcPr>
            <w:tcW w:w="2614" w:type="dxa"/>
          </w:tcPr>
          <w:p w14:paraId="09DD2CD3" w14:textId="1EC14925" w:rsidR="002E31AD" w:rsidRPr="001A2E38" w:rsidRDefault="002E31AD" w:rsidP="002E31AD">
            <w:pPr>
              <w:contextualSpacing/>
              <w:jc w:val="center"/>
              <w:rPr>
                <w:rFonts w:ascii="Times New Roman" w:hAnsi="Times New Roman" w:cs="Times New Roman"/>
                <w:sz w:val="20"/>
                <w:szCs w:val="20"/>
              </w:rPr>
            </w:pPr>
            <w:r w:rsidRPr="001A2E38">
              <w:rPr>
                <w:rFonts w:ascii="Times New Roman" w:hAnsi="Times New Roman" w:cs="Times New Roman"/>
                <w:sz w:val="20"/>
                <w:szCs w:val="20"/>
              </w:rPr>
              <w:t>1.62 (1.58, 1.67)</w:t>
            </w:r>
          </w:p>
        </w:tc>
        <w:tc>
          <w:tcPr>
            <w:tcW w:w="2614" w:type="dxa"/>
          </w:tcPr>
          <w:p w14:paraId="050D57B9" w14:textId="7843E22A" w:rsidR="002E31AD" w:rsidRPr="001A2E38" w:rsidRDefault="002E31AD" w:rsidP="002E31AD">
            <w:pPr>
              <w:contextualSpacing/>
              <w:jc w:val="center"/>
              <w:rPr>
                <w:rFonts w:ascii="Times New Roman" w:hAnsi="Times New Roman" w:cs="Times New Roman"/>
                <w:sz w:val="20"/>
                <w:szCs w:val="20"/>
              </w:rPr>
            </w:pPr>
            <w:r w:rsidRPr="001A2E38">
              <w:rPr>
                <w:rFonts w:ascii="Times New Roman" w:hAnsi="Times New Roman" w:cs="Times New Roman"/>
                <w:sz w:val="20"/>
                <w:szCs w:val="20"/>
              </w:rPr>
              <w:t>&lt;0.001</w:t>
            </w:r>
          </w:p>
        </w:tc>
      </w:tr>
      <w:tr w:rsidR="002E31AD" w:rsidRPr="001A2E38" w14:paraId="6A6BDD70" w14:textId="77777777" w:rsidTr="0084550A">
        <w:tc>
          <w:tcPr>
            <w:tcW w:w="2614" w:type="dxa"/>
          </w:tcPr>
          <w:p w14:paraId="32C933CA" w14:textId="786BE5F9" w:rsidR="002E31AD" w:rsidRPr="001A2E38" w:rsidRDefault="002E31AD" w:rsidP="002E31AD">
            <w:pPr>
              <w:contextualSpacing/>
              <w:rPr>
                <w:rFonts w:ascii="Times New Roman" w:hAnsi="Times New Roman" w:cs="Times New Roman"/>
                <w:sz w:val="20"/>
                <w:szCs w:val="20"/>
              </w:rPr>
            </w:pPr>
            <w:r w:rsidRPr="001A2E38">
              <w:rPr>
                <w:rFonts w:ascii="Times New Roman" w:hAnsi="Times New Roman" w:cs="Times New Roman"/>
                <w:sz w:val="20"/>
                <w:szCs w:val="20"/>
              </w:rPr>
              <w:t>CHG-WC</w:t>
            </w:r>
          </w:p>
        </w:tc>
        <w:tc>
          <w:tcPr>
            <w:tcW w:w="2614" w:type="dxa"/>
          </w:tcPr>
          <w:p w14:paraId="6BD4A445" w14:textId="0138030C" w:rsidR="002E31AD" w:rsidRPr="001A2E38" w:rsidRDefault="002E31AD" w:rsidP="002E31AD">
            <w:pPr>
              <w:contextualSpacing/>
              <w:jc w:val="center"/>
              <w:rPr>
                <w:rFonts w:ascii="Times New Roman" w:hAnsi="Times New Roman" w:cs="Times New Roman"/>
                <w:sz w:val="20"/>
                <w:szCs w:val="20"/>
              </w:rPr>
            </w:pPr>
            <w:r w:rsidRPr="001A2E38">
              <w:rPr>
                <w:rFonts w:ascii="Times New Roman" w:hAnsi="Times New Roman" w:cs="Times New Roman"/>
                <w:sz w:val="20"/>
                <w:szCs w:val="20"/>
              </w:rPr>
              <w:t>1.56 (1.49, 1.63)</w:t>
            </w:r>
          </w:p>
        </w:tc>
        <w:tc>
          <w:tcPr>
            <w:tcW w:w="2614" w:type="dxa"/>
          </w:tcPr>
          <w:p w14:paraId="57AEEDBD" w14:textId="24ACE833" w:rsidR="002E31AD" w:rsidRPr="001A2E38" w:rsidRDefault="002E31AD" w:rsidP="002E31AD">
            <w:pPr>
              <w:contextualSpacing/>
              <w:jc w:val="center"/>
              <w:rPr>
                <w:rFonts w:ascii="Times New Roman" w:hAnsi="Times New Roman" w:cs="Times New Roman"/>
                <w:sz w:val="20"/>
                <w:szCs w:val="20"/>
              </w:rPr>
            </w:pPr>
            <w:r w:rsidRPr="001A2E38">
              <w:rPr>
                <w:rFonts w:ascii="Times New Roman" w:hAnsi="Times New Roman" w:cs="Times New Roman"/>
                <w:sz w:val="20"/>
                <w:szCs w:val="20"/>
              </w:rPr>
              <w:t>1.60 (1.56, 1.65)</w:t>
            </w:r>
          </w:p>
        </w:tc>
        <w:tc>
          <w:tcPr>
            <w:tcW w:w="2614" w:type="dxa"/>
          </w:tcPr>
          <w:p w14:paraId="6CE36378" w14:textId="037F4189" w:rsidR="002E31AD" w:rsidRPr="001A2E38" w:rsidRDefault="002E31AD" w:rsidP="002E31AD">
            <w:pPr>
              <w:contextualSpacing/>
              <w:jc w:val="center"/>
              <w:rPr>
                <w:rFonts w:ascii="Times New Roman" w:hAnsi="Times New Roman" w:cs="Times New Roman"/>
                <w:sz w:val="20"/>
                <w:szCs w:val="20"/>
              </w:rPr>
            </w:pPr>
            <w:r w:rsidRPr="001A2E38">
              <w:rPr>
                <w:rFonts w:ascii="Times New Roman" w:hAnsi="Times New Roman" w:cs="Times New Roman"/>
                <w:sz w:val="20"/>
                <w:szCs w:val="20"/>
              </w:rPr>
              <w:t>0.553</w:t>
            </w:r>
          </w:p>
        </w:tc>
      </w:tr>
      <w:tr w:rsidR="002E31AD" w:rsidRPr="001A2E38" w14:paraId="6FAD9E22" w14:textId="77777777" w:rsidTr="0084550A">
        <w:tc>
          <w:tcPr>
            <w:tcW w:w="2614" w:type="dxa"/>
          </w:tcPr>
          <w:p w14:paraId="471B12CA" w14:textId="1786A6E7" w:rsidR="002E31AD" w:rsidRPr="001A2E38" w:rsidRDefault="002E31AD" w:rsidP="002E31AD">
            <w:pPr>
              <w:contextualSpacing/>
              <w:rPr>
                <w:rFonts w:ascii="Times New Roman" w:hAnsi="Times New Roman" w:cs="Times New Roman"/>
                <w:sz w:val="20"/>
                <w:szCs w:val="20"/>
              </w:rPr>
            </w:pPr>
            <w:r w:rsidRPr="001A2E38">
              <w:rPr>
                <w:rFonts w:ascii="Times New Roman" w:hAnsi="Times New Roman" w:cs="Times New Roman"/>
                <w:sz w:val="20"/>
                <w:szCs w:val="20"/>
              </w:rPr>
              <w:t>CHG-WHtR</w:t>
            </w:r>
          </w:p>
        </w:tc>
        <w:tc>
          <w:tcPr>
            <w:tcW w:w="2614" w:type="dxa"/>
          </w:tcPr>
          <w:p w14:paraId="74ACA7F2" w14:textId="40644BA7" w:rsidR="002E31AD" w:rsidRPr="001A2E38" w:rsidRDefault="002E31AD" w:rsidP="002E31AD">
            <w:pPr>
              <w:contextualSpacing/>
              <w:jc w:val="center"/>
              <w:rPr>
                <w:rFonts w:ascii="Times New Roman" w:hAnsi="Times New Roman" w:cs="Times New Roman"/>
                <w:sz w:val="20"/>
                <w:szCs w:val="20"/>
              </w:rPr>
            </w:pPr>
            <w:r w:rsidRPr="001A2E38">
              <w:rPr>
                <w:rFonts w:ascii="Times New Roman" w:hAnsi="Times New Roman" w:cs="Times New Roman"/>
                <w:sz w:val="20"/>
                <w:szCs w:val="20"/>
              </w:rPr>
              <w:t>1.54 (1.48, 1.61)</w:t>
            </w:r>
          </w:p>
        </w:tc>
        <w:tc>
          <w:tcPr>
            <w:tcW w:w="2614" w:type="dxa"/>
          </w:tcPr>
          <w:p w14:paraId="1EB3E394" w14:textId="2469251C" w:rsidR="002E31AD" w:rsidRPr="001A2E38" w:rsidRDefault="002E31AD" w:rsidP="002E31AD">
            <w:pPr>
              <w:contextualSpacing/>
              <w:jc w:val="center"/>
              <w:rPr>
                <w:rFonts w:ascii="Times New Roman" w:hAnsi="Times New Roman" w:cs="Times New Roman"/>
                <w:sz w:val="20"/>
                <w:szCs w:val="20"/>
              </w:rPr>
            </w:pPr>
            <w:r w:rsidRPr="001A2E38">
              <w:rPr>
                <w:rFonts w:ascii="Times New Roman" w:hAnsi="Times New Roman" w:cs="Times New Roman"/>
                <w:sz w:val="20"/>
                <w:szCs w:val="20"/>
              </w:rPr>
              <w:t>1.64 (1.60, 1.69)</w:t>
            </w:r>
          </w:p>
        </w:tc>
        <w:tc>
          <w:tcPr>
            <w:tcW w:w="2614" w:type="dxa"/>
          </w:tcPr>
          <w:p w14:paraId="762E778F" w14:textId="47A107E3" w:rsidR="002E31AD" w:rsidRPr="001A2E38" w:rsidRDefault="002E31AD" w:rsidP="002E31AD">
            <w:pPr>
              <w:contextualSpacing/>
              <w:jc w:val="center"/>
              <w:rPr>
                <w:rFonts w:ascii="Times New Roman" w:hAnsi="Times New Roman" w:cs="Times New Roman"/>
                <w:sz w:val="20"/>
                <w:szCs w:val="20"/>
              </w:rPr>
            </w:pPr>
            <w:r w:rsidRPr="001A2E38">
              <w:rPr>
                <w:rFonts w:ascii="Times New Roman" w:hAnsi="Times New Roman" w:cs="Times New Roman"/>
                <w:sz w:val="20"/>
                <w:szCs w:val="20"/>
              </w:rPr>
              <w:t>0.030</w:t>
            </w:r>
          </w:p>
        </w:tc>
      </w:tr>
      <w:tr w:rsidR="002E31AD" w:rsidRPr="001A2E38" w14:paraId="07B680F6" w14:textId="77777777" w:rsidTr="0084550A">
        <w:tc>
          <w:tcPr>
            <w:tcW w:w="2614" w:type="dxa"/>
          </w:tcPr>
          <w:p w14:paraId="729881D9" w14:textId="46E0BBB3" w:rsidR="002E31AD" w:rsidRPr="001A2E38" w:rsidRDefault="002E31AD" w:rsidP="002E31AD">
            <w:pPr>
              <w:contextualSpacing/>
              <w:rPr>
                <w:rFonts w:ascii="Times New Roman" w:hAnsi="Times New Roman" w:cs="Times New Roman"/>
                <w:sz w:val="20"/>
                <w:szCs w:val="20"/>
              </w:rPr>
            </w:pPr>
            <w:r w:rsidRPr="001A2E38">
              <w:rPr>
                <w:rFonts w:ascii="Times New Roman" w:hAnsi="Times New Roman" w:cs="Times New Roman"/>
                <w:sz w:val="20"/>
                <w:szCs w:val="20"/>
              </w:rPr>
              <w:t>CHG-BRI</w:t>
            </w:r>
          </w:p>
        </w:tc>
        <w:tc>
          <w:tcPr>
            <w:tcW w:w="2614" w:type="dxa"/>
          </w:tcPr>
          <w:p w14:paraId="5FBA59A4" w14:textId="72A419AE" w:rsidR="002E31AD" w:rsidRPr="001A2E38" w:rsidRDefault="002E31AD" w:rsidP="002E31AD">
            <w:pPr>
              <w:contextualSpacing/>
              <w:jc w:val="center"/>
              <w:rPr>
                <w:rFonts w:ascii="Times New Roman" w:hAnsi="Times New Roman" w:cs="Times New Roman"/>
                <w:sz w:val="20"/>
                <w:szCs w:val="20"/>
              </w:rPr>
            </w:pPr>
            <w:r w:rsidRPr="001A2E38">
              <w:rPr>
                <w:rFonts w:ascii="Times New Roman" w:hAnsi="Times New Roman" w:cs="Times New Roman"/>
                <w:sz w:val="20"/>
                <w:szCs w:val="20"/>
              </w:rPr>
              <w:t>1.40 (1.35, 1.46)</w:t>
            </w:r>
          </w:p>
        </w:tc>
        <w:tc>
          <w:tcPr>
            <w:tcW w:w="2614" w:type="dxa"/>
          </w:tcPr>
          <w:p w14:paraId="0B0DD381" w14:textId="1184E943" w:rsidR="002E31AD" w:rsidRPr="001A2E38" w:rsidRDefault="002E31AD" w:rsidP="002E31AD">
            <w:pPr>
              <w:contextualSpacing/>
              <w:jc w:val="center"/>
              <w:rPr>
                <w:rFonts w:ascii="Times New Roman" w:hAnsi="Times New Roman" w:cs="Times New Roman"/>
                <w:sz w:val="20"/>
                <w:szCs w:val="20"/>
              </w:rPr>
            </w:pPr>
            <w:r w:rsidRPr="001A2E38">
              <w:rPr>
                <w:rFonts w:ascii="Times New Roman" w:hAnsi="Times New Roman" w:cs="Times New Roman"/>
                <w:sz w:val="20"/>
                <w:szCs w:val="20"/>
              </w:rPr>
              <w:t>1.52 (1.48, 1.56)</w:t>
            </w:r>
          </w:p>
        </w:tc>
        <w:tc>
          <w:tcPr>
            <w:tcW w:w="2614" w:type="dxa"/>
          </w:tcPr>
          <w:p w14:paraId="2C77B70F" w14:textId="0E0A3900" w:rsidR="002E31AD" w:rsidRPr="001A2E38" w:rsidRDefault="002E31AD" w:rsidP="002E31AD">
            <w:pPr>
              <w:contextualSpacing/>
              <w:jc w:val="center"/>
              <w:rPr>
                <w:rFonts w:ascii="Times New Roman" w:hAnsi="Times New Roman" w:cs="Times New Roman"/>
                <w:sz w:val="20"/>
                <w:szCs w:val="20"/>
              </w:rPr>
            </w:pPr>
            <w:r w:rsidRPr="001A2E38">
              <w:rPr>
                <w:rFonts w:ascii="Times New Roman" w:hAnsi="Times New Roman" w:cs="Times New Roman"/>
                <w:sz w:val="20"/>
                <w:szCs w:val="20"/>
              </w:rPr>
              <w:t>0.002</w:t>
            </w:r>
          </w:p>
        </w:tc>
      </w:tr>
      <w:tr w:rsidR="002E31AD" w:rsidRPr="001A2E38" w14:paraId="21CC91B2" w14:textId="77777777" w:rsidTr="0084550A">
        <w:tc>
          <w:tcPr>
            <w:tcW w:w="2614" w:type="dxa"/>
          </w:tcPr>
          <w:p w14:paraId="7F7E0DEB" w14:textId="6DCB1B10" w:rsidR="002E31AD" w:rsidRPr="001A2E38" w:rsidRDefault="002E31AD" w:rsidP="002E31AD">
            <w:pPr>
              <w:contextualSpacing/>
              <w:rPr>
                <w:rFonts w:ascii="Times New Roman" w:hAnsi="Times New Roman" w:cs="Times New Roman"/>
                <w:sz w:val="20"/>
                <w:szCs w:val="20"/>
              </w:rPr>
            </w:pPr>
            <w:r w:rsidRPr="001A2E38">
              <w:rPr>
                <w:rFonts w:ascii="Times New Roman" w:hAnsi="Times New Roman" w:cs="Times New Roman"/>
                <w:sz w:val="20"/>
                <w:szCs w:val="20"/>
              </w:rPr>
              <w:t>CHG-ABSI</w:t>
            </w:r>
          </w:p>
        </w:tc>
        <w:tc>
          <w:tcPr>
            <w:tcW w:w="2614" w:type="dxa"/>
          </w:tcPr>
          <w:p w14:paraId="21E8E530" w14:textId="0333E305" w:rsidR="002E31AD" w:rsidRPr="001A2E38" w:rsidRDefault="002E31AD" w:rsidP="002E31AD">
            <w:pPr>
              <w:contextualSpacing/>
              <w:jc w:val="center"/>
              <w:rPr>
                <w:rFonts w:ascii="Times New Roman" w:hAnsi="Times New Roman" w:cs="Times New Roman"/>
                <w:sz w:val="20"/>
                <w:szCs w:val="20"/>
              </w:rPr>
            </w:pPr>
            <w:r w:rsidRPr="001A2E38">
              <w:rPr>
                <w:rFonts w:ascii="Times New Roman" w:hAnsi="Times New Roman" w:cs="Times New Roman"/>
                <w:sz w:val="20"/>
                <w:szCs w:val="20"/>
              </w:rPr>
              <w:t>1.49 (1.42, 1.56)</w:t>
            </w:r>
          </w:p>
        </w:tc>
        <w:tc>
          <w:tcPr>
            <w:tcW w:w="2614" w:type="dxa"/>
          </w:tcPr>
          <w:p w14:paraId="7EAD1CCE" w14:textId="1D63F0CB" w:rsidR="002E31AD" w:rsidRPr="001A2E38" w:rsidRDefault="002E31AD" w:rsidP="002E31AD">
            <w:pPr>
              <w:contextualSpacing/>
              <w:jc w:val="center"/>
              <w:rPr>
                <w:rFonts w:ascii="Times New Roman" w:hAnsi="Times New Roman" w:cs="Times New Roman"/>
                <w:sz w:val="20"/>
                <w:szCs w:val="20"/>
              </w:rPr>
            </w:pPr>
            <w:r w:rsidRPr="001A2E38">
              <w:rPr>
                <w:rFonts w:ascii="Times New Roman" w:hAnsi="Times New Roman" w:cs="Times New Roman"/>
                <w:sz w:val="20"/>
                <w:szCs w:val="20"/>
              </w:rPr>
              <w:t>1.49 (1.44, 1.55)</w:t>
            </w:r>
          </w:p>
        </w:tc>
        <w:tc>
          <w:tcPr>
            <w:tcW w:w="2614" w:type="dxa"/>
          </w:tcPr>
          <w:p w14:paraId="5236F7C8" w14:textId="4EC42F90" w:rsidR="002E31AD" w:rsidRPr="001A2E38" w:rsidRDefault="002E31AD" w:rsidP="002E31AD">
            <w:pPr>
              <w:contextualSpacing/>
              <w:jc w:val="center"/>
              <w:rPr>
                <w:rFonts w:ascii="Times New Roman" w:hAnsi="Times New Roman" w:cs="Times New Roman"/>
                <w:sz w:val="20"/>
                <w:szCs w:val="20"/>
              </w:rPr>
            </w:pPr>
            <w:r w:rsidRPr="001A2E38">
              <w:rPr>
                <w:rFonts w:ascii="Times New Roman" w:hAnsi="Times New Roman" w:cs="Times New Roman"/>
                <w:sz w:val="20"/>
                <w:szCs w:val="20"/>
              </w:rPr>
              <w:t>0.987</w:t>
            </w:r>
          </w:p>
        </w:tc>
      </w:tr>
      <w:tr w:rsidR="002E31AD" w:rsidRPr="001A2E38" w14:paraId="2154DA57" w14:textId="77777777" w:rsidTr="0084550A">
        <w:tc>
          <w:tcPr>
            <w:tcW w:w="2614" w:type="dxa"/>
          </w:tcPr>
          <w:p w14:paraId="3FFE0B91" w14:textId="55E06198" w:rsidR="002E31AD" w:rsidRPr="001A2E38" w:rsidRDefault="002E31AD" w:rsidP="002E31AD">
            <w:pPr>
              <w:contextualSpacing/>
              <w:rPr>
                <w:rFonts w:ascii="Times New Roman" w:hAnsi="Times New Roman" w:cs="Times New Roman"/>
                <w:sz w:val="20"/>
                <w:szCs w:val="20"/>
              </w:rPr>
            </w:pPr>
            <w:r w:rsidRPr="001A2E38">
              <w:rPr>
                <w:rFonts w:ascii="Times New Roman" w:hAnsi="Times New Roman" w:cs="Times New Roman"/>
                <w:sz w:val="20"/>
                <w:szCs w:val="20"/>
              </w:rPr>
              <w:t>CHG-VAI</w:t>
            </w:r>
          </w:p>
        </w:tc>
        <w:tc>
          <w:tcPr>
            <w:tcW w:w="2614" w:type="dxa"/>
          </w:tcPr>
          <w:p w14:paraId="100E9278" w14:textId="34FA73C2" w:rsidR="002E31AD" w:rsidRPr="001A2E38" w:rsidRDefault="002E31AD" w:rsidP="002E31AD">
            <w:pPr>
              <w:contextualSpacing/>
              <w:jc w:val="center"/>
              <w:rPr>
                <w:rFonts w:ascii="Times New Roman" w:hAnsi="Times New Roman" w:cs="Times New Roman"/>
                <w:sz w:val="20"/>
                <w:szCs w:val="20"/>
              </w:rPr>
            </w:pPr>
            <w:r w:rsidRPr="001A2E38">
              <w:rPr>
                <w:rFonts w:ascii="Times New Roman" w:hAnsi="Times New Roman" w:cs="Times New Roman"/>
                <w:sz w:val="20"/>
                <w:szCs w:val="20"/>
              </w:rPr>
              <w:t>1.24 (1.20, 1.28)</w:t>
            </w:r>
          </w:p>
        </w:tc>
        <w:tc>
          <w:tcPr>
            <w:tcW w:w="2614" w:type="dxa"/>
          </w:tcPr>
          <w:p w14:paraId="1A15C270" w14:textId="00066F2B" w:rsidR="002E31AD" w:rsidRPr="001A2E38" w:rsidRDefault="002E31AD" w:rsidP="002E31AD">
            <w:pPr>
              <w:contextualSpacing/>
              <w:jc w:val="center"/>
              <w:rPr>
                <w:rFonts w:ascii="Times New Roman" w:hAnsi="Times New Roman" w:cs="Times New Roman"/>
                <w:sz w:val="20"/>
                <w:szCs w:val="20"/>
              </w:rPr>
            </w:pPr>
            <w:r w:rsidRPr="001A2E38">
              <w:rPr>
                <w:rFonts w:ascii="Times New Roman" w:hAnsi="Times New Roman" w:cs="Times New Roman"/>
                <w:sz w:val="20"/>
                <w:szCs w:val="20"/>
              </w:rPr>
              <w:t>1.20 (1.17, 1.24)</w:t>
            </w:r>
          </w:p>
        </w:tc>
        <w:tc>
          <w:tcPr>
            <w:tcW w:w="2614" w:type="dxa"/>
          </w:tcPr>
          <w:p w14:paraId="4FD1090B" w14:textId="5FED5875" w:rsidR="002E31AD" w:rsidRPr="001A2E38" w:rsidRDefault="002E31AD" w:rsidP="002E31AD">
            <w:pPr>
              <w:contextualSpacing/>
              <w:jc w:val="center"/>
              <w:rPr>
                <w:rFonts w:ascii="Times New Roman" w:hAnsi="Times New Roman" w:cs="Times New Roman"/>
                <w:sz w:val="20"/>
                <w:szCs w:val="20"/>
              </w:rPr>
            </w:pPr>
            <w:r w:rsidRPr="001A2E38">
              <w:rPr>
                <w:rFonts w:ascii="Times New Roman" w:hAnsi="Times New Roman" w:cs="Times New Roman"/>
                <w:sz w:val="20"/>
                <w:szCs w:val="20"/>
              </w:rPr>
              <w:t>0.077</w:t>
            </w:r>
          </w:p>
        </w:tc>
      </w:tr>
      <w:tr w:rsidR="002E31AD" w:rsidRPr="001A2E38" w14:paraId="5180C8BE" w14:textId="77777777" w:rsidTr="0084550A">
        <w:tc>
          <w:tcPr>
            <w:tcW w:w="2614" w:type="dxa"/>
          </w:tcPr>
          <w:p w14:paraId="14798D8D" w14:textId="2FA8760D" w:rsidR="002E31AD" w:rsidRPr="001A2E38" w:rsidRDefault="002E31AD" w:rsidP="002E31AD">
            <w:pPr>
              <w:contextualSpacing/>
              <w:rPr>
                <w:rFonts w:ascii="Times New Roman" w:hAnsi="Times New Roman" w:cs="Times New Roman"/>
                <w:sz w:val="20"/>
                <w:szCs w:val="20"/>
              </w:rPr>
            </w:pPr>
            <w:r w:rsidRPr="001A2E38">
              <w:rPr>
                <w:rFonts w:ascii="Times New Roman" w:hAnsi="Times New Roman" w:cs="Times New Roman"/>
                <w:sz w:val="20"/>
                <w:szCs w:val="20"/>
              </w:rPr>
              <w:t>CHG-WWI</w:t>
            </w:r>
          </w:p>
        </w:tc>
        <w:tc>
          <w:tcPr>
            <w:tcW w:w="2614" w:type="dxa"/>
          </w:tcPr>
          <w:p w14:paraId="163819C4" w14:textId="72F9ECD7" w:rsidR="002E31AD" w:rsidRPr="001A2E38" w:rsidRDefault="002E31AD" w:rsidP="002E31AD">
            <w:pPr>
              <w:contextualSpacing/>
              <w:jc w:val="center"/>
              <w:rPr>
                <w:rFonts w:ascii="Times New Roman" w:hAnsi="Times New Roman" w:cs="Times New Roman"/>
                <w:sz w:val="20"/>
                <w:szCs w:val="20"/>
              </w:rPr>
            </w:pPr>
            <w:r w:rsidRPr="001A2E38">
              <w:rPr>
                <w:rFonts w:ascii="Times New Roman" w:hAnsi="Times New Roman" w:cs="Times New Roman"/>
                <w:sz w:val="20"/>
                <w:szCs w:val="20"/>
              </w:rPr>
              <w:t>1.52 (1.46, 1.59)</w:t>
            </w:r>
          </w:p>
        </w:tc>
        <w:tc>
          <w:tcPr>
            <w:tcW w:w="2614" w:type="dxa"/>
          </w:tcPr>
          <w:p w14:paraId="014128E2" w14:textId="0C07A693" w:rsidR="002E31AD" w:rsidRPr="001A2E38" w:rsidRDefault="002E31AD" w:rsidP="002E31AD">
            <w:pPr>
              <w:contextualSpacing/>
              <w:jc w:val="center"/>
              <w:rPr>
                <w:rFonts w:ascii="Times New Roman" w:hAnsi="Times New Roman" w:cs="Times New Roman"/>
                <w:sz w:val="20"/>
                <w:szCs w:val="20"/>
              </w:rPr>
            </w:pPr>
            <w:r w:rsidRPr="001A2E38">
              <w:rPr>
                <w:rFonts w:ascii="Times New Roman" w:hAnsi="Times New Roman" w:cs="Times New Roman"/>
                <w:sz w:val="20"/>
                <w:szCs w:val="20"/>
              </w:rPr>
              <w:t>1.58 (1.53, 1.64)</w:t>
            </w:r>
          </w:p>
        </w:tc>
        <w:tc>
          <w:tcPr>
            <w:tcW w:w="2614" w:type="dxa"/>
          </w:tcPr>
          <w:p w14:paraId="3BCA0DD0" w14:textId="0F39B9F3" w:rsidR="002E31AD" w:rsidRPr="001A2E38" w:rsidRDefault="002E31AD" w:rsidP="002E31AD">
            <w:pPr>
              <w:contextualSpacing/>
              <w:jc w:val="center"/>
              <w:rPr>
                <w:rFonts w:ascii="Times New Roman" w:hAnsi="Times New Roman" w:cs="Times New Roman"/>
                <w:sz w:val="20"/>
                <w:szCs w:val="20"/>
              </w:rPr>
            </w:pPr>
            <w:r w:rsidRPr="001A2E38">
              <w:rPr>
                <w:rFonts w:ascii="Times New Roman" w:hAnsi="Times New Roman" w:cs="Times New Roman"/>
                <w:sz w:val="20"/>
                <w:szCs w:val="20"/>
              </w:rPr>
              <w:t>0.187</w:t>
            </w:r>
          </w:p>
        </w:tc>
      </w:tr>
    </w:tbl>
    <w:p w14:paraId="5A645872" w14:textId="7DA68FE8" w:rsidR="003E1CC0" w:rsidRPr="001A2E38" w:rsidRDefault="003E1CC0" w:rsidP="003E1CC0">
      <w:pPr>
        <w:spacing w:line="240" w:lineRule="auto"/>
        <w:contextualSpacing/>
        <w:rPr>
          <w:rFonts w:ascii="Times New Roman" w:hAnsi="Times New Roman" w:cs="Times New Roman"/>
          <w:sz w:val="20"/>
          <w:szCs w:val="20"/>
        </w:rPr>
      </w:pPr>
      <w:r w:rsidRPr="001A2E38">
        <w:rPr>
          <w:rFonts w:ascii="Times New Roman" w:hAnsi="Times New Roman" w:cs="Times New Roman"/>
          <w:i/>
          <w:iCs/>
          <w:sz w:val="20"/>
          <w:szCs w:val="20"/>
        </w:rPr>
        <w:t xml:space="preserve">Notes: </w:t>
      </w:r>
      <w:r w:rsidRPr="001A2E38">
        <w:rPr>
          <w:rFonts w:ascii="Times New Roman" w:hAnsi="Times New Roman" w:cs="Times New Roman"/>
          <w:sz w:val="20"/>
          <w:szCs w:val="20"/>
        </w:rPr>
        <w:t>Data were presented as HR (95% CI) per 1-SD increase.</w:t>
      </w:r>
      <w:r w:rsidRPr="001A2E38">
        <w:rPr>
          <w:rFonts w:ascii="Times New Roman" w:hAnsi="Times New Roman" w:cs="Times New Roman"/>
          <w:i/>
          <w:iCs/>
          <w:sz w:val="20"/>
          <w:szCs w:val="20"/>
        </w:rPr>
        <w:t xml:space="preserve"> </w:t>
      </w:r>
      <w:r w:rsidRPr="001A2E38">
        <w:rPr>
          <w:rFonts w:ascii="Times New Roman" w:hAnsi="Times New Roman" w:cs="Times New Roman"/>
          <w:sz w:val="20"/>
          <w:szCs w:val="20"/>
        </w:rPr>
        <w:t xml:space="preserve">Models were adjusted for age, sex, ethnicity, employment status, educational levels, Townsend deprivation index, frequency of drinking, smoking status, sleep duration, physical activity, sedentary </w:t>
      </w:r>
      <w:r w:rsidR="003479B3" w:rsidRPr="001A2E38">
        <w:rPr>
          <w:rFonts w:ascii="Times New Roman" w:hAnsi="Times New Roman" w:cs="Times New Roman"/>
          <w:sz w:val="20"/>
          <w:szCs w:val="20"/>
        </w:rPr>
        <w:t>behavior</w:t>
      </w:r>
      <w:r w:rsidRPr="001A2E38">
        <w:rPr>
          <w:rFonts w:ascii="Times New Roman" w:hAnsi="Times New Roman" w:cs="Times New Roman"/>
          <w:sz w:val="20"/>
          <w:szCs w:val="20"/>
        </w:rPr>
        <w:t>, and family history of cardiometabolic disease.</w:t>
      </w:r>
    </w:p>
    <w:p w14:paraId="4C958395" w14:textId="77777777" w:rsidR="00B34D68" w:rsidRPr="001A2E38" w:rsidRDefault="003E1CC0" w:rsidP="003E1CC0">
      <w:pPr>
        <w:spacing w:line="240" w:lineRule="auto"/>
        <w:contextualSpacing/>
        <w:rPr>
          <w:rFonts w:ascii="Times New Roman" w:hAnsi="Times New Roman" w:cs="Times New Roman"/>
          <w:sz w:val="20"/>
          <w:szCs w:val="20"/>
        </w:rPr>
        <w:sectPr w:rsidR="00B34D68" w:rsidRPr="001A2E38" w:rsidSect="00FE3790">
          <w:pgSz w:w="16838" w:h="11906" w:orient="landscape"/>
          <w:pgMar w:top="1797" w:right="1440" w:bottom="1797" w:left="1440" w:header="851" w:footer="992" w:gutter="0"/>
          <w:cols w:space="425"/>
          <w:docGrid w:type="linesAndChars" w:linePitch="312"/>
        </w:sectPr>
      </w:pPr>
      <w:r w:rsidRPr="001A2E38">
        <w:rPr>
          <w:rFonts w:ascii="Times New Roman" w:hAnsi="Times New Roman" w:cs="Times New Roman"/>
          <w:i/>
          <w:iCs/>
          <w:sz w:val="20"/>
          <w:szCs w:val="20"/>
        </w:rPr>
        <w:t xml:space="preserve">Abbreviations: </w:t>
      </w:r>
      <w:r w:rsidRPr="001A2E38">
        <w:rPr>
          <w:rFonts w:ascii="Times New Roman" w:hAnsi="Times New Roman" w:cs="Times New Roman"/>
          <w:sz w:val="20"/>
          <w:szCs w:val="20"/>
        </w:rPr>
        <w:t>CMM, cardiometabolic multimorbidity; CHG, cholesterol-high-density lipoprotein-glucose index; BMI, body mass index; WC, waist circumference; WHtR, waist-to-height ratio; BRI, body roundness index; ABSI, a body shape index; VAI, visceral adiposity index; WWI, weight-adjusted waist index; HR, hazard ratio; CI, confidence interval</w:t>
      </w:r>
      <w:r w:rsidR="00E02485" w:rsidRPr="001A2E38">
        <w:rPr>
          <w:rFonts w:ascii="Times New Roman" w:hAnsi="Times New Roman" w:cs="Times New Roman"/>
          <w:sz w:val="20"/>
          <w:szCs w:val="20"/>
        </w:rPr>
        <w:t>.</w:t>
      </w:r>
    </w:p>
    <w:p w14:paraId="1EE5CE30" w14:textId="77777777" w:rsidR="00B34D68" w:rsidRPr="001A2E38" w:rsidRDefault="00B34D68" w:rsidP="00B34D68">
      <w:pPr>
        <w:jc w:val="center"/>
        <w:rPr>
          <w:rFonts w:ascii="Times New Roman" w:hAnsi="Times New Roman" w:cs="Times New Roman"/>
          <w:b/>
          <w:bCs/>
          <w:sz w:val="20"/>
          <w:szCs w:val="20"/>
        </w:rPr>
      </w:pPr>
      <w:r w:rsidRPr="001A2E38">
        <w:rPr>
          <w:rFonts w:ascii="Times New Roman" w:hAnsi="Times New Roman" w:cs="Times New Roman"/>
          <w:b/>
          <w:bCs/>
          <w:noProof/>
          <w:sz w:val="20"/>
          <w:szCs w:val="20"/>
          <w:lang w:val="en-IN" w:eastAsia="en-IN"/>
        </w:rPr>
        <w:lastRenderedPageBreak/>
        <w:drawing>
          <wp:inline distT="0" distB="0" distL="0" distR="0" wp14:anchorId="03842C26" wp14:editId="009E5D63">
            <wp:extent cx="5274310" cy="4876165"/>
            <wp:effectExtent l="0" t="0" r="0" b="635"/>
            <wp:docPr id="1876362601"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6362601" name="图片 1876362601"/>
                    <pic:cNvPicPr/>
                  </pic:nvPicPr>
                  <pic:blipFill>
                    <a:blip r:embed="rId8" cstate="print">
                      <a:extLst>
                        <a:ext uri="{28A0092B-C50C-407E-A947-70E740481C1C}">
                          <a14:useLocalDpi xmlns:a14="http://schemas.microsoft.com/office/drawing/2010/main" val="0"/>
                        </a:ext>
                      </a:extLst>
                    </a:blip>
                    <a:stretch>
                      <a:fillRect/>
                    </a:stretch>
                  </pic:blipFill>
                  <pic:spPr>
                    <a:xfrm>
                      <a:off x="0" y="0"/>
                      <a:ext cx="5274310" cy="4876165"/>
                    </a:xfrm>
                    <a:prstGeom prst="rect">
                      <a:avLst/>
                    </a:prstGeom>
                  </pic:spPr>
                </pic:pic>
              </a:graphicData>
            </a:graphic>
          </wp:inline>
        </w:drawing>
      </w:r>
    </w:p>
    <w:p w14:paraId="7123BFDB" w14:textId="2663EF7B" w:rsidR="00B34D68" w:rsidRPr="001A2E38" w:rsidRDefault="00B34D68" w:rsidP="00AB579D">
      <w:pPr>
        <w:spacing w:after="0" w:line="240" w:lineRule="auto"/>
        <w:jc w:val="center"/>
        <w:outlineLvl w:val="0"/>
        <w:rPr>
          <w:rFonts w:ascii="Times New Roman" w:hAnsi="Times New Roman" w:cs="Times New Roman"/>
          <w:b/>
          <w:bCs/>
          <w:sz w:val="20"/>
          <w:szCs w:val="20"/>
        </w:rPr>
      </w:pPr>
      <w:bookmarkStart w:id="39" w:name="_Toc236834811"/>
      <w:r w:rsidRPr="001A2E38">
        <w:rPr>
          <w:rFonts w:ascii="Times New Roman" w:hAnsi="Times New Roman" w:cs="Times New Roman"/>
          <w:b/>
          <w:bCs/>
          <w:sz w:val="20"/>
          <w:szCs w:val="20"/>
        </w:rPr>
        <w:t xml:space="preserve">Figure </w:t>
      </w:r>
      <w:r w:rsidR="00AB579D" w:rsidRPr="001A2E38">
        <w:rPr>
          <w:rFonts w:ascii="Times New Roman" w:hAnsi="Times New Roman" w:cs="Times New Roman" w:hint="eastAsia"/>
          <w:b/>
          <w:bCs/>
          <w:sz w:val="20"/>
          <w:szCs w:val="20"/>
        </w:rPr>
        <w:t>S</w:t>
      </w:r>
      <w:r w:rsidRPr="001A2E38">
        <w:rPr>
          <w:rFonts w:ascii="Times New Roman" w:hAnsi="Times New Roman" w:cs="Times New Roman"/>
          <w:b/>
          <w:bCs/>
          <w:sz w:val="20"/>
          <w:szCs w:val="20"/>
        </w:rPr>
        <w:t>1. Pairwise correlation analyses among CHG-related indices and their individual components</w:t>
      </w:r>
      <w:bookmarkEnd w:id="39"/>
    </w:p>
    <w:p w14:paraId="3CFCF116" w14:textId="77777777" w:rsidR="00AB579D" w:rsidRPr="001A2E38" w:rsidRDefault="00AB579D" w:rsidP="00AB579D">
      <w:pPr>
        <w:rPr>
          <w:rFonts w:cs="Times New Roman"/>
          <w:sz w:val="20"/>
          <w:szCs w:val="20"/>
        </w:rPr>
      </w:pPr>
      <w:r w:rsidRPr="001A2E38">
        <w:rPr>
          <w:rFonts w:cs="Times New Roman"/>
          <w:noProof/>
          <w:sz w:val="20"/>
          <w:szCs w:val="20"/>
          <w:lang w:val="en-IN" w:eastAsia="en-IN"/>
        </w:rPr>
        <w:lastRenderedPageBreak/>
        <w:drawing>
          <wp:inline distT="0" distB="0" distL="0" distR="0" wp14:anchorId="51F20A38" wp14:editId="4D7EF4A3">
            <wp:extent cx="9867900" cy="5327015"/>
            <wp:effectExtent l="0" t="0" r="0" b="0"/>
            <wp:docPr id="1541488963"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1488963" name="图片 1541488963"/>
                    <pic:cNvPicPr/>
                  </pic:nvPicPr>
                  <pic:blipFill>
                    <a:blip r:embed="rId9" cstate="print">
                      <a:extLst>
                        <a:ext uri="{28A0092B-C50C-407E-A947-70E740481C1C}">
                          <a14:useLocalDpi xmlns:a14="http://schemas.microsoft.com/office/drawing/2010/main" val="0"/>
                        </a:ext>
                      </a:extLst>
                    </a:blip>
                    <a:stretch>
                      <a:fillRect/>
                    </a:stretch>
                  </pic:blipFill>
                  <pic:spPr>
                    <a:xfrm>
                      <a:off x="0" y="0"/>
                      <a:ext cx="9867900" cy="5327015"/>
                    </a:xfrm>
                    <a:prstGeom prst="rect">
                      <a:avLst/>
                    </a:prstGeom>
                  </pic:spPr>
                </pic:pic>
              </a:graphicData>
            </a:graphic>
          </wp:inline>
        </w:drawing>
      </w:r>
    </w:p>
    <w:p w14:paraId="4EB9A438" w14:textId="3D1517EC" w:rsidR="00AB579D" w:rsidRPr="001A2E38" w:rsidRDefault="00AB579D" w:rsidP="00AB579D">
      <w:pPr>
        <w:spacing w:after="0"/>
        <w:jc w:val="center"/>
        <w:outlineLvl w:val="0"/>
        <w:rPr>
          <w:rFonts w:ascii="Times New Roman" w:hAnsi="Times New Roman" w:cs="Times New Roman"/>
          <w:b/>
          <w:bCs/>
          <w:sz w:val="20"/>
          <w:szCs w:val="20"/>
        </w:rPr>
        <w:sectPr w:rsidR="00AB579D" w:rsidRPr="001A2E38" w:rsidSect="00AB579D">
          <w:pgSz w:w="16840" w:h="11900" w:orient="landscape"/>
          <w:pgMar w:top="650" w:right="650" w:bottom="650" w:left="650" w:header="708" w:footer="708" w:gutter="0"/>
          <w:cols w:space="708"/>
          <w:docGrid w:linePitch="360"/>
        </w:sectPr>
      </w:pPr>
      <w:bookmarkStart w:id="40" w:name="_Toc236834812"/>
      <w:r w:rsidRPr="001A2E38">
        <w:rPr>
          <w:rFonts w:ascii="Times New Roman" w:hAnsi="Times New Roman" w:cs="Times New Roman"/>
          <w:b/>
          <w:bCs/>
          <w:sz w:val="20"/>
          <w:szCs w:val="20"/>
        </w:rPr>
        <w:t xml:space="preserve">Figure </w:t>
      </w:r>
      <w:r w:rsidRPr="001A2E38">
        <w:rPr>
          <w:rFonts w:ascii="Times New Roman" w:hAnsi="Times New Roman" w:cs="Times New Roman" w:hint="eastAsia"/>
          <w:b/>
          <w:bCs/>
          <w:sz w:val="20"/>
          <w:szCs w:val="20"/>
        </w:rPr>
        <w:t>S2</w:t>
      </w:r>
      <w:r w:rsidRPr="001A2E38">
        <w:rPr>
          <w:rFonts w:ascii="Times New Roman" w:hAnsi="Times New Roman" w:cs="Times New Roman"/>
          <w:b/>
          <w:bCs/>
          <w:sz w:val="20"/>
          <w:szCs w:val="20"/>
        </w:rPr>
        <w:t>. Calibration plots for predicted risk of incident cardiometabolic multimorbidity.</w:t>
      </w:r>
      <w:bookmarkEnd w:id="40"/>
    </w:p>
    <w:p w14:paraId="42DDE045" w14:textId="77777777" w:rsidR="00AB579D" w:rsidRPr="001A2E38" w:rsidRDefault="00AB579D" w:rsidP="00AB579D">
      <w:pPr>
        <w:pBdr>
          <w:top w:val="none" w:sz="0" w:space="0" w:color="000000"/>
          <w:left w:val="none" w:sz="0" w:space="0" w:color="000000"/>
          <w:bottom w:val="none" w:sz="0" w:space="0" w:color="000000"/>
          <w:right w:val="none" w:sz="0" w:space="0" w:color="000000"/>
        </w:pBdr>
        <w:rPr>
          <w:rFonts w:cs="Times New Roman"/>
          <w:sz w:val="20"/>
          <w:szCs w:val="20"/>
        </w:rPr>
      </w:pPr>
      <w:r w:rsidRPr="001A2E38">
        <w:rPr>
          <w:rFonts w:cs="Times New Roman"/>
          <w:noProof/>
          <w:sz w:val="20"/>
          <w:szCs w:val="20"/>
          <w:lang w:val="en-IN" w:eastAsia="en-IN"/>
        </w:rPr>
        <w:lastRenderedPageBreak/>
        <w:drawing>
          <wp:inline distT="0" distB="0" distL="0" distR="0" wp14:anchorId="1A7BF971" wp14:editId="211D30EE">
            <wp:extent cx="8129175" cy="4666168"/>
            <wp:effectExtent l="0" t="0" r="5715" b="1270"/>
            <wp:docPr id="1471494737"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1494737" name="图片 1471494737"/>
                    <pic:cNvPicPr/>
                  </pic:nvPicPr>
                  <pic:blipFill>
                    <a:blip r:embed="rId10" cstate="print">
                      <a:extLst>
                        <a:ext uri="{28A0092B-C50C-407E-A947-70E740481C1C}">
                          <a14:useLocalDpi xmlns:a14="http://schemas.microsoft.com/office/drawing/2010/main" val="0"/>
                        </a:ext>
                      </a:extLst>
                    </a:blip>
                    <a:stretch>
                      <a:fillRect/>
                    </a:stretch>
                  </pic:blipFill>
                  <pic:spPr>
                    <a:xfrm>
                      <a:off x="0" y="0"/>
                      <a:ext cx="8157044" cy="4682165"/>
                    </a:xfrm>
                    <a:prstGeom prst="rect">
                      <a:avLst/>
                    </a:prstGeom>
                  </pic:spPr>
                </pic:pic>
              </a:graphicData>
            </a:graphic>
          </wp:inline>
        </w:drawing>
      </w:r>
    </w:p>
    <w:p w14:paraId="54F18E6F" w14:textId="4374AD7C" w:rsidR="00AB579D" w:rsidRPr="00CF4B6B" w:rsidRDefault="00AB579D" w:rsidP="00AB579D">
      <w:pPr>
        <w:spacing w:after="0" w:line="240" w:lineRule="auto"/>
        <w:jc w:val="center"/>
        <w:outlineLvl w:val="0"/>
        <w:rPr>
          <w:rFonts w:ascii="Times New Roman" w:hAnsi="Times New Roman" w:cs="Times New Roman"/>
          <w:b/>
          <w:bCs/>
          <w:sz w:val="20"/>
          <w:szCs w:val="20"/>
        </w:rPr>
      </w:pPr>
      <w:bookmarkStart w:id="41" w:name="_Toc236834813"/>
      <w:r w:rsidRPr="001A2E38">
        <w:rPr>
          <w:rFonts w:ascii="Times New Roman" w:hAnsi="Times New Roman" w:cs="Times New Roman"/>
          <w:b/>
          <w:bCs/>
          <w:sz w:val="20"/>
          <w:szCs w:val="20"/>
        </w:rPr>
        <w:t xml:space="preserve">Figure </w:t>
      </w:r>
      <w:r w:rsidRPr="001A2E38">
        <w:rPr>
          <w:rFonts w:ascii="Times New Roman" w:hAnsi="Times New Roman" w:cs="Times New Roman" w:hint="eastAsia"/>
          <w:b/>
          <w:bCs/>
          <w:sz w:val="20"/>
          <w:szCs w:val="20"/>
        </w:rPr>
        <w:t>S3</w:t>
      </w:r>
      <w:r w:rsidRPr="001A2E38">
        <w:rPr>
          <w:rFonts w:ascii="Times New Roman" w:hAnsi="Times New Roman" w:cs="Times New Roman"/>
          <w:b/>
          <w:bCs/>
          <w:sz w:val="20"/>
          <w:szCs w:val="20"/>
        </w:rPr>
        <w:t>. Decision curve analysis of prediction models for incident cardiometabolic multimorbidity.</w:t>
      </w:r>
      <w:bookmarkEnd w:id="41"/>
    </w:p>
    <w:p w14:paraId="1AEA5AA0" w14:textId="56A1FDE1" w:rsidR="003D689C" w:rsidRPr="00CF4B6B" w:rsidRDefault="003D689C" w:rsidP="003E1CC0">
      <w:pPr>
        <w:spacing w:line="240" w:lineRule="auto"/>
        <w:contextualSpacing/>
        <w:rPr>
          <w:rFonts w:ascii="Times New Roman" w:hAnsi="Times New Roman" w:cs="Times New Roman"/>
          <w:sz w:val="20"/>
          <w:szCs w:val="20"/>
        </w:rPr>
      </w:pPr>
    </w:p>
    <w:sectPr w:rsidR="003D689C" w:rsidRPr="00CF4B6B" w:rsidSect="00FE3790">
      <w:pgSz w:w="16838" w:h="11906" w:orient="landscape"/>
      <w:pgMar w:top="1797" w:right="1440" w:bottom="1797" w:left="1440" w:header="851" w:footer="992" w:gutter="0"/>
      <w:cols w:space="425"/>
      <w:docGrid w:type="linesAndChar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39B47FB" w14:textId="77777777" w:rsidR="0013474C" w:rsidRDefault="0013474C" w:rsidP="00F75110">
      <w:pPr>
        <w:spacing w:after="0" w:line="240" w:lineRule="auto"/>
      </w:pPr>
      <w:r>
        <w:separator/>
      </w:r>
    </w:p>
  </w:endnote>
  <w:endnote w:type="continuationSeparator" w:id="0">
    <w:p w14:paraId="3C26290F" w14:textId="77777777" w:rsidR="0013474C" w:rsidRDefault="0013474C" w:rsidP="00F7511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83" w:usb1="10000000" w:usb2="00000000" w:usb3="00000000" w:csb0="80000009" w:csb1="00000000"/>
  </w:font>
  <w:font w:name="Times New Roman">
    <w:panose1 w:val="02020603050405020304"/>
    <w:charset w:val="00"/>
    <w:family w:val="roman"/>
    <w:pitch w:val="variable"/>
    <w:sig w:usb0="E0002EFF" w:usb1="C000785B" w:usb2="00000009" w:usb3="00000000" w:csb0="000001FF" w:csb1="00000000"/>
  </w:font>
  <w:font w:name="DengXian">
    <w:altName w:val="Arial Unicode MS"/>
    <w:charset w:val="86"/>
    <w:family w:val="auto"/>
    <w:pitch w:val="variable"/>
    <w:sig w:usb0="00000000" w:usb1="38CF7CFA" w:usb2="00000016" w:usb3="00000000" w:csb0="0004000F" w:csb1="00000000"/>
  </w:font>
  <w:font w:name="DengXian Light">
    <w:altName w:val="Arial Unicode MS"/>
    <w:charset w:val="86"/>
    <w:family w:val="auto"/>
    <w:pitch w:val="variable"/>
    <w:sig w:usb0="00000000" w:usb1="38CF7CFA" w:usb2="00000016" w:usb3="00000000" w:csb0="0004000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Lucida Grande">
    <w:altName w:val="Arial"/>
    <w:charset w:val="00"/>
    <w:family w:val="swiss"/>
    <w:pitch w:val="variable"/>
    <w:sig w:usb0="00000000" w:usb1="5000A1FF" w:usb2="00000000" w:usb3="00000000" w:csb0="000001BF" w:csb1="00000000"/>
  </w:font>
  <w:font w:name="Microsoft YaHei">
    <w:altName w:val="微软雅黑"/>
    <w:panose1 w:val="020B0503020204020204"/>
    <w:charset w:val="86"/>
    <w:family w:val="swiss"/>
    <w:pitch w:val="variable"/>
    <w:sig w:usb0="80000287" w:usb1="2ACF3C50" w:usb2="00000016" w:usb3="00000000" w:csb0="0004001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8C02400" w14:textId="77777777" w:rsidR="0013474C" w:rsidRDefault="0013474C" w:rsidP="00F75110">
      <w:pPr>
        <w:spacing w:after="0" w:line="240" w:lineRule="auto"/>
      </w:pPr>
      <w:r>
        <w:separator/>
      </w:r>
    </w:p>
  </w:footnote>
  <w:footnote w:type="continuationSeparator" w:id="0">
    <w:p w14:paraId="63E18DC1" w14:textId="77777777" w:rsidR="0013474C" w:rsidRDefault="0013474C" w:rsidP="00F75110">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1"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2"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3"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4"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5"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6" w15:restartNumberingAfterBreak="0">
    <w:nsid w:val="5B882B35"/>
    <w:multiLevelType w:val="multilevel"/>
    <w:tmpl w:val="6F30E74C"/>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5EFC3234"/>
    <w:multiLevelType w:val="multilevel"/>
    <w:tmpl w:val="0A86311A"/>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5"/>
  </w:num>
  <w:num w:numId="2">
    <w:abstractNumId w:val="4"/>
    <w:lvlOverride w:ilvl="0">
      <w:startOverride w:val="1"/>
    </w:lvlOverride>
  </w:num>
  <w:num w:numId="3">
    <w:abstractNumId w:val="3"/>
  </w:num>
  <w:num w:numId="4">
    <w:abstractNumId w:val="2"/>
  </w:num>
  <w:num w:numId="5">
    <w:abstractNumId w:val="1"/>
    <w:lvlOverride w:ilvl="0">
      <w:startOverride w:val="1"/>
    </w:lvlOverride>
  </w:num>
  <w:num w:numId="6">
    <w:abstractNumId w:val="0"/>
    <w:lvlOverride w:ilvl="0">
      <w:startOverride w:val="1"/>
    </w:lvlOverride>
  </w:num>
  <w:num w:numId="7">
    <w:abstractNumId w:val="6"/>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bordersDoNotSurroundHeader/>
  <w:bordersDoNotSurroundFooter/>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efaultTabStop w:val="420"/>
  <w:drawingGridHorizontalSpacing w:val="11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72C17"/>
    <w:rsid w:val="0000103F"/>
    <w:rsid w:val="00001CDA"/>
    <w:rsid w:val="00004BA6"/>
    <w:rsid w:val="00007BBA"/>
    <w:rsid w:val="00011657"/>
    <w:rsid w:val="0001194B"/>
    <w:rsid w:val="0001562A"/>
    <w:rsid w:val="00015C69"/>
    <w:rsid w:val="00016C53"/>
    <w:rsid w:val="00030775"/>
    <w:rsid w:val="0003231E"/>
    <w:rsid w:val="00034ECB"/>
    <w:rsid w:val="00037936"/>
    <w:rsid w:val="000404B8"/>
    <w:rsid w:val="00043C9C"/>
    <w:rsid w:val="00057362"/>
    <w:rsid w:val="000578D5"/>
    <w:rsid w:val="000625F6"/>
    <w:rsid w:val="00062D9B"/>
    <w:rsid w:val="00076463"/>
    <w:rsid w:val="00080DC8"/>
    <w:rsid w:val="00090631"/>
    <w:rsid w:val="00094F43"/>
    <w:rsid w:val="0009757F"/>
    <w:rsid w:val="000A14BD"/>
    <w:rsid w:val="000A6388"/>
    <w:rsid w:val="000B67AE"/>
    <w:rsid w:val="000C2F73"/>
    <w:rsid w:val="000D45CF"/>
    <w:rsid w:val="000D5B99"/>
    <w:rsid w:val="000E155A"/>
    <w:rsid w:val="000E273D"/>
    <w:rsid w:val="000F7066"/>
    <w:rsid w:val="00100A36"/>
    <w:rsid w:val="001026AD"/>
    <w:rsid w:val="00104DC1"/>
    <w:rsid w:val="00110813"/>
    <w:rsid w:val="00116169"/>
    <w:rsid w:val="0013474C"/>
    <w:rsid w:val="00140651"/>
    <w:rsid w:val="001426AD"/>
    <w:rsid w:val="00154146"/>
    <w:rsid w:val="00165824"/>
    <w:rsid w:val="00166263"/>
    <w:rsid w:val="00170893"/>
    <w:rsid w:val="001723C7"/>
    <w:rsid w:val="001728FC"/>
    <w:rsid w:val="0018096C"/>
    <w:rsid w:val="00196EA3"/>
    <w:rsid w:val="001A002E"/>
    <w:rsid w:val="001A0140"/>
    <w:rsid w:val="001A2D83"/>
    <w:rsid w:val="001A2E38"/>
    <w:rsid w:val="001A34BF"/>
    <w:rsid w:val="001A734B"/>
    <w:rsid w:val="001B1C3F"/>
    <w:rsid w:val="001C2148"/>
    <w:rsid w:val="001C4CE1"/>
    <w:rsid w:val="001D3624"/>
    <w:rsid w:val="001E2169"/>
    <w:rsid w:val="001E3141"/>
    <w:rsid w:val="001F084C"/>
    <w:rsid w:val="001F1368"/>
    <w:rsid w:val="001F1914"/>
    <w:rsid w:val="001F7A6D"/>
    <w:rsid w:val="00205E50"/>
    <w:rsid w:val="0020780E"/>
    <w:rsid w:val="00224148"/>
    <w:rsid w:val="002278C9"/>
    <w:rsid w:val="00230BF7"/>
    <w:rsid w:val="00237C58"/>
    <w:rsid w:val="00251500"/>
    <w:rsid w:val="00256670"/>
    <w:rsid w:val="00257D17"/>
    <w:rsid w:val="00272A77"/>
    <w:rsid w:val="00274619"/>
    <w:rsid w:val="00274CEF"/>
    <w:rsid w:val="00275513"/>
    <w:rsid w:val="00276C46"/>
    <w:rsid w:val="0029496A"/>
    <w:rsid w:val="002A17C9"/>
    <w:rsid w:val="002A1B2B"/>
    <w:rsid w:val="002A5BB2"/>
    <w:rsid w:val="002A75BD"/>
    <w:rsid w:val="002B3E5C"/>
    <w:rsid w:val="002C1B96"/>
    <w:rsid w:val="002C422C"/>
    <w:rsid w:val="002C47A6"/>
    <w:rsid w:val="002C5673"/>
    <w:rsid w:val="002C6DC7"/>
    <w:rsid w:val="002E31AD"/>
    <w:rsid w:val="002F11CF"/>
    <w:rsid w:val="002F5DD7"/>
    <w:rsid w:val="00302853"/>
    <w:rsid w:val="003077E1"/>
    <w:rsid w:val="003162A3"/>
    <w:rsid w:val="00336ED0"/>
    <w:rsid w:val="00340AE8"/>
    <w:rsid w:val="00341F33"/>
    <w:rsid w:val="00342ADA"/>
    <w:rsid w:val="00342B85"/>
    <w:rsid w:val="003442A1"/>
    <w:rsid w:val="00344404"/>
    <w:rsid w:val="0034754E"/>
    <w:rsid w:val="003479B3"/>
    <w:rsid w:val="00351971"/>
    <w:rsid w:val="0036439D"/>
    <w:rsid w:val="00364835"/>
    <w:rsid w:val="003648E5"/>
    <w:rsid w:val="00364D3D"/>
    <w:rsid w:val="00365058"/>
    <w:rsid w:val="003674FC"/>
    <w:rsid w:val="00374517"/>
    <w:rsid w:val="00377B0E"/>
    <w:rsid w:val="00380D1C"/>
    <w:rsid w:val="0038656D"/>
    <w:rsid w:val="00391DD0"/>
    <w:rsid w:val="003C0472"/>
    <w:rsid w:val="003C18FD"/>
    <w:rsid w:val="003D689C"/>
    <w:rsid w:val="003E0763"/>
    <w:rsid w:val="003E1AFC"/>
    <w:rsid w:val="003E1CC0"/>
    <w:rsid w:val="003E2735"/>
    <w:rsid w:val="003F4CF0"/>
    <w:rsid w:val="003F56A9"/>
    <w:rsid w:val="003F60ED"/>
    <w:rsid w:val="00404E69"/>
    <w:rsid w:val="0041023F"/>
    <w:rsid w:val="00410F74"/>
    <w:rsid w:val="004116CC"/>
    <w:rsid w:val="004160F4"/>
    <w:rsid w:val="00421685"/>
    <w:rsid w:val="00422825"/>
    <w:rsid w:val="00424047"/>
    <w:rsid w:val="00427FC9"/>
    <w:rsid w:val="004304A5"/>
    <w:rsid w:val="004319B8"/>
    <w:rsid w:val="00434BCC"/>
    <w:rsid w:val="00435776"/>
    <w:rsid w:val="00440003"/>
    <w:rsid w:val="00442C6D"/>
    <w:rsid w:val="00450D6F"/>
    <w:rsid w:val="00456E92"/>
    <w:rsid w:val="00457BC1"/>
    <w:rsid w:val="004618B2"/>
    <w:rsid w:val="004639DF"/>
    <w:rsid w:val="0047672F"/>
    <w:rsid w:val="00481692"/>
    <w:rsid w:val="004842A6"/>
    <w:rsid w:val="0049720D"/>
    <w:rsid w:val="004A5EFF"/>
    <w:rsid w:val="004C20AF"/>
    <w:rsid w:val="004C3636"/>
    <w:rsid w:val="004C3864"/>
    <w:rsid w:val="004E5863"/>
    <w:rsid w:val="004E5C5A"/>
    <w:rsid w:val="004E79E6"/>
    <w:rsid w:val="004F05D3"/>
    <w:rsid w:val="004F417F"/>
    <w:rsid w:val="004F502D"/>
    <w:rsid w:val="004F7C30"/>
    <w:rsid w:val="005000EC"/>
    <w:rsid w:val="00502010"/>
    <w:rsid w:val="005116CF"/>
    <w:rsid w:val="005140DF"/>
    <w:rsid w:val="0051719B"/>
    <w:rsid w:val="0053210F"/>
    <w:rsid w:val="00532FC4"/>
    <w:rsid w:val="00540DB6"/>
    <w:rsid w:val="00541E1C"/>
    <w:rsid w:val="00542762"/>
    <w:rsid w:val="00544F41"/>
    <w:rsid w:val="005522D3"/>
    <w:rsid w:val="0056099D"/>
    <w:rsid w:val="00562EA3"/>
    <w:rsid w:val="00563854"/>
    <w:rsid w:val="005729FB"/>
    <w:rsid w:val="00574181"/>
    <w:rsid w:val="005759F5"/>
    <w:rsid w:val="005822CB"/>
    <w:rsid w:val="00582BDC"/>
    <w:rsid w:val="00583D83"/>
    <w:rsid w:val="0059499B"/>
    <w:rsid w:val="0059532C"/>
    <w:rsid w:val="005A1FFE"/>
    <w:rsid w:val="005B5FB3"/>
    <w:rsid w:val="005C7738"/>
    <w:rsid w:val="005E1D6F"/>
    <w:rsid w:val="005E2043"/>
    <w:rsid w:val="005E2F5C"/>
    <w:rsid w:val="005E38F9"/>
    <w:rsid w:val="005E400F"/>
    <w:rsid w:val="005E4284"/>
    <w:rsid w:val="005F70F0"/>
    <w:rsid w:val="0061545B"/>
    <w:rsid w:val="006158A4"/>
    <w:rsid w:val="006223F3"/>
    <w:rsid w:val="00630527"/>
    <w:rsid w:val="00633625"/>
    <w:rsid w:val="00635AED"/>
    <w:rsid w:val="00635C40"/>
    <w:rsid w:val="00645487"/>
    <w:rsid w:val="0065233A"/>
    <w:rsid w:val="00652675"/>
    <w:rsid w:val="0065294A"/>
    <w:rsid w:val="00663638"/>
    <w:rsid w:val="00666DBF"/>
    <w:rsid w:val="00670832"/>
    <w:rsid w:val="00681627"/>
    <w:rsid w:val="00685C5C"/>
    <w:rsid w:val="00696756"/>
    <w:rsid w:val="006A3AD5"/>
    <w:rsid w:val="006B35AA"/>
    <w:rsid w:val="006B4882"/>
    <w:rsid w:val="006C0BDA"/>
    <w:rsid w:val="006C151C"/>
    <w:rsid w:val="006D1719"/>
    <w:rsid w:val="006D3941"/>
    <w:rsid w:val="006D4BC5"/>
    <w:rsid w:val="006D72BF"/>
    <w:rsid w:val="006D76F5"/>
    <w:rsid w:val="006F3A9A"/>
    <w:rsid w:val="006F5731"/>
    <w:rsid w:val="0070108E"/>
    <w:rsid w:val="0070516D"/>
    <w:rsid w:val="00711B81"/>
    <w:rsid w:val="007154E6"/>
    <w:rsid w:val="00720383"/>
    <w:rsid w:val="00726E69"/>
    <w:rsid w:val="00730216"/>
    <w:rsid w:val="007329C1"/>
    <w:rsid w:val="00734141"/>
    <w:rsid w:val="00740BA4"/>
    <w:rsid w:val="0074450D"/>
    <w:rsid w:val="00747359"/>
    <w:rsid w:val="00747A52"/>
    <w:rsid w:val="00750CE6"/>
    <w:rsid w:val="00751CBD"/>
    <w:rsid w:val="00757176"/>
    <w:rsid w:val="00774CCA"/>
    <w:rsid w:val="00784B58"/>
    <w:rsid w:val="00790F98"/>
    <w:rsid w:val="007928A4"/>
    <w:rsid w:val="00795437"/>
    <w:rsid w:val="007968AC"/>
    <w:rsid w:val="00797F5B"/>
    <w:rsid w:val="007A12A5"/>
    <w:rsid w:val="007A4CBD"/>
    <w:rsid w:val="007A5208"/>
    <w:rsid w:val="007B62EB"/>
    <w:rsid w:val="007B7484"/>
    <w:rsid w:val="007D00B4"/>
    <w:rsid w:val="007D76C2"/>
    <w:rsid w:val="007E2CD3"/>
    <w:rsid w:val="007E359F"/>
    <w:rsid w:val="008009FC"/>
    <w:rsid w:val="008248A1"/>
    <w:rsid w:val="00825000"/>
    <w:rsid w:val="00826A9C"/>
    <w:rsid w:val="00831693"/>
    <w:rsid w:val="00832CD5"/>
    <w:rsid w:val="00853A0C"/>
    <w:rsid w:val="00865DCD"/>
    <w:rsid w:val="008760A3"/>
    <w:rsid w:val="00877859"/>
    <w:rsid w:val="00891349"/>
    <w:rsid w:val="0089228B"/>
    <w:rsid w:val="00892E0F"/>
    <w:rsid w:val="008944B2"/>
    <w:rsid w:val="008A134A"/>
    <w:rsid w:val="008A5AF5"/>
    <w:rsid w:val="008B1CA7"/>
    <w:rsid w:val="008B4135"/>
    <w:rsid w:val="008D006D"/>
    <w:rsid w:val="008D726F"/>
    <w:rsid w:val="008F4297"/>
    <w:rsid w:val="008F5196"/>
    <w:rsid w:val="008F7314"/>
    <w:rsid w:val="00902D5D"/>
    <w:rsid w:val="00904CCD"/>
    <w:rsid w:val="009079D5"/>
    <w:rsid w:val="00916AE5"/>
    <w:rsid w:val="009224F0"/>
    <w:rsid w:val="00924C7A"/>
    <w:rsid w:val="00927B59"/>
    <w:rsid w:val="00933021"/>
    <w:rsid w:val="00937723"/>
    <w:rsid w:val="00941172"/>
    <w:rsid w:val="00945F82"/>
    <w:rsid w:val="00961E76"/>
    <w:rsid w:val="00964BCD"/>
    <w:rsid w:val="00970926"/>
    <w:rsid w:val="00970BF7"/>
    <w:rsid w:val="00971418"/>
    <w:rsid w:val="00977034"/>
    <w:rsid w:val="00984C07"/>
    <w:rsid w:val="0098508A"/>
    <w:rsid w:val="009914F6"/>
    <w:rsid w:val="00994D21"/>
    <w:rsid w:val="00997347"/>
    <w:rsid w:val="009A2C12"/>
    <w:rsid w:val="009A76E4"/>
    <w:rsid w:val="009B48B2"/>
    <w:rsid w:val="009C4164"/>
    <w:rsid w:val="009E03E3"/>
    <w:rsid w:val="009E4E16"/>
    <w:rsid w:val="009F4FF3"/>
    <w:rsid w:val="00A06A7C"/>
    <w:rsid w:val="00A0704B"/>
    <w:rsid w:val="00A105CA"/>
    <w:rsid w:val="00A21005"/>
    <w:rsid w:val="00A240AF"/>
    <w:rsid w:val="00A26828"/>
    <w:rsid w:val="00A2730F"/>
    <w:rsid w:val="00A30A36"/>
    <w:rsid w:val="00A317F5"/>
    <w:rsid w:val="00A37DEF"/>
    <w:rsid w:val="00A43231"/>
    <w:rsid w:val="00A43591"/>
    <w:rsid w:val="00A5244A"/>
    <w:rsid w:val="00A55F87"/>
    <w:rsid w:val="00A63602"/>
    <w:rsid w:val="00A644C9"/>
    <w:rsid w:val="00A744B0"/>
    <w:rsid w:val="00A818EF"/>
    <w:rsid w:val="00A83714"/>
    <w:rsid w:val="00A85C70"/>
    <w:rsid w:val="00A86545"/>
    <w:rsid w:val="00A87B26"/>
    <w:rsid w:val="00A948D0"/>
    <w:rsid w:val="00A9640A"/>
    <w:rsid w:val="00AA0589"/>
    <w:rsid w:val="00AA068D"/>
    <w:rsid w:val="00AA1E6E"/>
    <w:rsid w:val="00AA6A73"/>
    <w:rsid w:val="00AB12E9"/>
    <w:rsid w:val="00AB579D"/>
    <w:rsid w:val="00AD187B"/>
    <w:rsid w:val="00AD28A1"/>
    <w:rsid w:val="00AD3718"/>
    <w:rsid w:val="00AD4603"/>
    <w:rsid w:val="00AD4966"/>
    <w:rsid w:val="00AD6B8C"/>
    <w:rsid w:val="00AD75FA"/>
    <w:rsid w:val="00AE14D0"/>
    <w:rsid w:val="00AE1B39"/>
    <w:rsid w:val="00AE4641"/>
    <w:rsid w:val="00AE6014"/>
    <w:rsid w:val="00AF1066"/>
    <w:rsid w:val="00AF5AD6"/>
    <w:rsid w:val="00B01A5E"/>
    <w:rsid w:val="00B128A5"/>
    <w:rsid w:val="00B15376"/>
    <w:rsid w:val="00B175EB"/>
    <w:rsid w:val="00B17ADA"/>
    <w:rsid w:val="00B34D68"/>
    <w:rsid w:val="00B35C60"/>
    <w:rsid w:val="00B360BB"/>
    <w:rsid w:val="00B416E0"/>
    <w:rsid w:val="00B430CE"/>
    <w:rsid w:val="00B45D34"/>
    <w:rsid w:val="00B477AD"/>
    <w:rsid w:val="00B52D8D"/>
    <w:rsid w:val="00B60023"/>
    <w:rsid w:val="00B60AA6"/>
    <w:rsid w:val="00B73008"/>
    <w:rsid w:val="00BB62A5"/>
    <w:rsid w:val="00BB7117"/>
    <w:rsid w:val="00BD47B8"/>
    <w:rsid w:val="00BE3749"/>
    <w:rsid w:val="00BE574D"/>
    <w:rsid w:val="00BE5E08"/>
    <w:rsid w:val="00BF2648"/>
    <w:rsid w:val="00C06FFD"/>
    <w:rsid w:val="00C140B1"/>
    <w:rsid w:val="00C22D97"/>
    <w:rsid w:val="00C26D7E"/>
    <w:rsid w:val="00C33DBA"/>
    <w:rsid w:val="00C50C70"/>
    <w:rsid w:val="00C530B8"/>
    <w:rsid w:val="00C532E6"/>
    <w:rsid w:val="00C5619B"/>
    <w:rsid w:val="00C7492A"/>
    <w:rsid w:val="00C85567"/>
    <w:rsid w:val="00C91C2A"/>
    <w:rsid w:val="00C94103"/>
    <w:rsid w:val="00CA21A6"/>
    <w:rsid w:val="00CA44B4"/>
    <w:rsid w:val="00CB0257"/>
    <w:rsid w:val="00CB029F"/>
    <w:rsid w:val="00CB6227"/>
    <w:rsid w:val="00CC6494"/>
    <w:rsid w:val="00CD0EAE"/>
    <w:rsid w:val="00CF2D13"/>
    <w:rsid w:val="00CF3562"/>
    <w:rsid w:val="00CF4B6B"/>
    <w:rsid w:val="00D008B6"/>
    <w:rsid w:val="00D00AB2"/>
    <w:rsid w:val="00D01080"/>
    <w:rsid w:val="00D01083"/>
    <w:rsid w:val="00D056D9"/>
    <w:rsid w:val="00D06D8F"/>
    <w:rsid w:val="00D25185"/>
    <w:rsid w:val="00D300C2"/>
    <w:rsid w:val="00D33428"/>
    <w:rsid w:val="00D403B7"/>
    <w:rsid w:val="00D4101E"/>
    <w:rsid w:val="00D47209"/>
    <w:rsid w:val="00D61DF8"/>
    <w:rsid w:val="00D670EE"/>
    <w:rsid w:val="00D71653"/>
    <w:rsid w:val="00D7317F"/>
    <w:rsid w:val="00D82D3D"/>
    <w:rsid w:val="00D84C83"/>
    <w:rsid w:val="00D85E93"/>
    <w:rsid w:val="00D869DE"/>
    <w:rsid w:val="00D91F6E"/>
    <w:rsid w:val="00DC3C6C"/>
    <w:rsid w:val="00DD5915"/>
    <w:rsid w:val="00DE21E4"/>
    <w:rsid w:val="00DE7354"/>
    <w:rsid w:val="00DF047D"/>
    <w:rsid w:val="00DF2986"/>
    <w:rsid w:val="00DF4840"/>
    <w:rsid w:val="00DF63CD"/>
    <w:rsid w:val="00E02485"/>
    <w:rsid w:val="00E17931"/>
    <w:rsid w:val="00E249A2"/>
    <w:rsid w:val="00E27E8E"/>
    <w:rsid w:val="00E30995"/>
    <w:rsid w:val="00E37755"/>
    <w:rsid w:val="00E37FE7"/>
    <w:rsid w:val="00E40FDB"/>
    <w:rsid w:val="00E43307"/>
    <w:rsid w:val="00E52FD2"/>
    <w:rsid w:val="00E6283C"/>
    <w:rsid w:val="00E63CB0"/>
    <w:rsid w:val="00E64D86"/>
    <w:rsid w:val="00E64F9B"/>
    <w:rsid w:val="00E70DA4"/>
    <w:rsid w:val="00E72C17"/>
    <w:rsid w:val="00E76CDD"/>
    <w:rsid w:val="00E81078"/>
    <w:rsid w:val="00E96606"/>
    <w:rsid w:val="00EA69F9"/>
    <w:rsid w:val="00EB5376"/>
    <w:rsid w:val="00EC42DC"/>
    <w:rsid w:val="00ED2110"/>
    <w:rsid w:val="00ED44E5"/>
    <w:rsid w:val="00EE1C22"/>
    <w:rsid w:val="00EE2A18"/>
    <w:rsid w:val="00EE2BAA"/>
    <w:rsid w:val="00EF1ED7"/>
    <w:rsid w:val="00EF6C4F"/>
    <w:rsid w:val="00EF7588"/>
    <w:rsid w:val="00F034B9"/>
    <w:rsid w:val="00F0472C"/>
    <w:rsid w:val="00F0521F"/>
    <w:rsid w:val="00F11B67"/>
    <w:rsid w:val="00F30C38"/>
    <w:rsid w:val="00F322A8"/>
    <w:rsid w:val="00F4312B"/>
    <w:rsid w:val="00F436D7"/>
    <w:rsid w:val="00F4562C"/>
    <w:rsid w:val="00F46F5E"/>
    <w:rsid w:val="00F508D7"/>
    <w:rsid w:val="00F51780"/>
    <w:rsid w:val="00F67211"/>
    <w:rsid w:val="00F734AF"/>
    <w:rsid w:val="00F75110"/>
    <w:rsid w:val="00F9423A"/>
    <w:rsid w:val="00FA2B38"/>
    <w:rsid w:val="00FA5070"/>
    <w:rsid w:val="00FB21E9"/>
    <w:rsid w:val="00FC56E9"/>
    <w:rsid w:val="00FD0A91"/>
    <w:rsid w:val="00FD1677"/>
    <w:rsid w:val="00FD582E"/>
    <w:rsid w:val="00FE3790"/>
    <w:rsid w:val="00FE404C"/>
    <w:rsid w:val="00FE495F"/>
    <w:rsid w:val="00FE7FAC"/>
    <w:rsid w:val="00FF37AF"/>
    <w:rsid w:val="00FF412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407FD7C"/>
  <w15:chartTrackingRefBased/>
  <w15:docId w15:val="{9EC28E83-CD3E-4474-975E-C0979379E9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2"/>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style>
  <w:style w:type="paragraph" w:styleId="Heading1">
    <w:name w:val="heading 1"/>
    <w:basedOn w:val="Normal"/>
    <w:next w:val="Normal"/>
    <w:link w:val="Heading1Char"/>
    <w:uiPriority w:val="9"/>
    <w:qFormat/>
    <w:rsid w:val="00E72C17"/>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Heading2">
    <w:name w:val="heading 2"/>
    <w:basedOn w:val="Normal"/>
    <w:next w:val="Normal"/>
    <w:link w:val="Heading2Char"/>
    <w:uiPriority w:val="9"/>
    <w:semiHidden/>
    <w:unhideWhenUsed/>
    <w:qFormat/>
    <w:rsid w:val="00E72C17"/>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Heading3">
    <w:name w:val="heading 3"/>
    <w:basedOn w:val="Normal"/>
    <w:next w:val="Normal"/>
    <w:link w:val="Heading3Char"/>
    <w:uiPriority w:val="9"/>
    <w:semiHidden/>
    <w:unhideWhenUsed/>
    <w:qFormat/>
    <w:rsid w:val="00E72C17"/>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Heading4">
    <w:name w:val="heading 4"/>
    <w:basedOn w:val="Normal"/>
    <w:next w:val="Normal"/>
    <w:link w:val="Heading4Char"/>
    <w:uiPriority w:val="9"/>
    <w:semiHidden/>
    <w:unhideWhenUsed/>
    <w:qFormat/>
    <w:rsid w:val="00E72C17"/>
    <w:pPr>
      <w:keepNext/>
      <w:keepLines/>
      <w:spacing w:before="80" w:after="40"/>
      <w:outlineLvl w:val="3"/>
    </w:pPr>
    <w:rPr>
      <w:rFonts w:cstheme="majorBidi"/>
      <w:color w:val="0F4761" w:themeColor="accent1" w:themeShade="BF"/>
      <w:sz w:val="28"/>
      <w:szCs w:val="28"/>
    </w:rPr>
  </w:style>
  <w:style w:type="paragraph" w:styleId="Heading5">
    <w:name w:val="heading 5"/>
    <w:basedOn w:val="Normal"/>
    <w:next w:val="Normal"/>
    <w:link w:val="Heading5Char"/>
    <w:uiPriority w:val="9"/>
    <w:semiHidden/>
    <w:unhideWhenUsed/>
    <w:qFormat/>
    <w:rsid w:val="00E72C17"/>
    <w:pPr>
      <w:keepNext/>
      <w:keepLines/>
      <w:spacing w:before="80" w:after="40"/>
      <w:outlineLvl w:val="4"/>
    </w:pPr>
    <w:rPr>
      <w:rFonts w:cstheme="majorBidi"/>
      <w:color w:val="0F4761" w:themeColor="accent1" w:themeShade="BF"/>
      <w:sz w:val="24"/>
    </w:rPr>
  </w:style>
  <w:style w:type="paragraph" w:styleId="Heading6">
    <w:name w:val="heading 6"/>
    <w:basedOn w:val="Normal"/>
    <w:next w:val="Normal"/>
    <w:link w:val="Heading6Char"/>
    <w:uiPriority w:val="9"/>
    <w:semiHidden/>
    <w:unhideWhenUsed/>
    <w:qFormat/>
    <w:rsid w:val="00E72C17"/>
    <w:pPr>
      <w:keepNext/>
      <w:keepLines/>
      <w:spacing w:before="40" w:after="0"/>
      <w:outlineLvl w:val="5"/>
    </w:pPr>
    <w:rPr>
      <w:rFonts w:cstheme="majorBidi"/>
      <w:b/>
      <w:bCs/>
      <w:color w:val="0F4761" w:themeColor="accent1" w:themeShade="BF"/>
    </w:rPr>
  </w:style>
  <w:style w:type="paragraph" w:styleId="Heading7">
    <w:name w:val="heading 7"/>
    <w:basedOn w:val="Normal"/>
    <w:next w:val="Normal"/>
    <w:link w:val="Heading7Char"/>
    <w:uiPriority w:val="9"/>
    <w:semiHidden/>
    <w:unhideWhenUsed/>
    <w:qFormat/>
    <w:rsid w:val="00E72C17"/>
    <w:pPr>
      <w:keepNext/>
      <w:keepLines/>
      <w:spacing w:before="40" w:after="0"/>
      <w:outlineLvl w:val="6"/>
    </w:pPr>
    <w:rPr>
      <w:rFonts w:cstheme="majorBidi"/>
      <w:b/>
      <w:bCs/>
      <w:color w:val="595959" w:themeColor="text1" w:themeTint="A6"/>
    </w:rPr>
  </w:style>
  <w:style w:type="paragraph" w:styleId="Heading8">
    <w:name w:val="heading 8"/>
    <w:basedOn w:val="Normal"/>
    <w:next w:val="Normal"/>
    <w:link w:val="Heading8Char"/>
    <w:uiPriority w:val="9"/>
    <w:semiHidden/>
    <w:unhideWhenUsed/>
    <w:qFormat/>
    <w:rsid w:val="00E72C17"/>
    <w:pPr>
      <w:keepNext/>
      <w:keepLines/>
      <w:spacing w:after="0"/>
      <w:outlineLvl w:val="7"/>
    </w:pPr>
    <w:rPr>
      <w:rFonts w:cstheme="majorBidi"/>
      <w:color w:val="595959" w:themeColor="text1" w:themeTint="A6"/>
    </w:rPr>
  </w:style>
  <w:style w:type="paragraph" w:styleId="Heading9">
    <w:name w:val="heading 9"/>
    <w:basedOn w:val="Normal"/>
    <w:next w:val="Normal"/>
    <w:link w:val="Heading9Char"/>
    <w:uiPriority w:val="9"/>
    <w:semiHidden/>
    <w:unhideWhenUsed/>
    <w:qFormat/>
    <w:rsid w:val="00E72C17"/>
    <w:pPr>
      <w:keepNext/>
      <w:keepLines/>
      <w:spacing w:after="0"/>
      <w:outlineLvl w:val="8"/>
    </w:pPr>
    <w:rPr>
      <w:rFonts w:eastAsiaTheme="majorEastAsia" w:cstheme="majorBidi"/>
      <w:color w:val="595959" w:themeColor="text1" w:themeTint="A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72C17"/>
    <w:rPr>
      <w:rFonts w:asciiTheme="majorHAnsi" w:eastAsiaTheme="majorEastAsia" w:hAnsiTheme="majorHAnsi" w:cstheme="majorBidi"/>
      <w:color w:val="0F4761" w:themeColor="accent1" w:themeShade="BF"/>
      <w:sz w:val="48"/>
      <w:szCs w:val="48"/>
    </w:rPr>
  </w:style>
  <w:style w:type="character" w:customStyle="1" w:styleId="Heading2Char">
    <w:name w:val="Heading 2 Char"/>
    <w:basedOn w:val="DefaultParagraphFont"/>
    <w:link w:val="Heading2"/>
    <w:uiPriority w:val="9"/>
    <w:semiHidden/>
    <w:rsid w:val="00E72C17"/>
    <w:rPr>
      <w:rFonts w:asciiTheme="majorHAnsi" w:eastAsiaTheme="majorEastAsia" w:hAnsiTheme="majorHAnsi" w:cstheme="majorBidi"/>
      <w:color w:val="0F4761" w:themeColor="accent1" w:themeShade="BF"/>
      <w:sz w:val="40"/>
      <w:szCs w:val="40"/>
    </w:rPr>
  </w:style>
  <w:style w:type="character" w:customStyle="1" w:styleId="Heading3Char">
    <w:name w:val="Heading 3 Char"/>
    <w:basedOn w:val="DefaultParagraphFont"/>
    <w:link w:val="Heading3"/>
    <w:uiPriority w:val="9"/>
    <w:semiHidden/>
    <w:rsid w:val="00E72C17"/>
    <w:rPr>
      <w:rFonts w:asciiTheme="majorHAnsi" w:eastAsiaTheme="majorEastAsia" w:hAnsiTheme="majorHAnsi" w:cstheme="majorBidi"/>
      <w:color w:val="0F4761" w:themeColor="accent1" w:themeShade="BF"/>
      <w:sz w:val="32"/>
      <w:szCs w:val="32"/>
    </w:rPr>
  </w:style>
  <w:style w:type="character" w:customStyle="1" w:styleId="Heading4Char">
    <w:name w:val="Heading 4 Char"/>
    <w:basedOn w:val="DefaultParagraphFont"/>
    <w:link w:val="Heading4"/>
    <w:uiPriority w:val="9"/>
    <w:semiHidden/>
    <w:rsid w:val="00E72C17"/>
    <w:rPr>
      <w:rFonts w:cstheme="majorBidi"/>
      <w:color w:val="0F4761" w:themeColor="accent1" w:themeShade="BF"/>
      <w:sz w:val="28"/>
      <w:szCs w:val="28"/>
    </w:rPr>
  </w:style>
  <w:style w:type="character" w:customStyle="1" w:styleId="Heading5Char">
    <w:name w:val="Heading 5 Char"/>
    <w:basedOn w:val="DefaultParagraphFont"/>
    <w:link w:val="Heading5"/>
    <w:uiPriority w:val="9"/>
    <w:semiHidden/>
    <w:rsid w:val="00E72C17"/>
    <w:rPr>
      <w:rFonts w:cstheme="majorBidi"/>
      <w:color w:val="0F4761" w:themeColor="accent1" w:themeShade="BF"/>
      <w:sz w:val="24"/>
    </w:rPr>
  </w:style>
  <w:style w:type="character" w:customStyle="1" w:styleId="Heading6Char">
    <w:name w:val="Heading 6 Char"/>
    <w:basedOn w:val="DefaultParagraphFont"/>
    <w:link w:val="Heading6"/>
    <w:uiPriority w:val="9"/>
    <w:semiHidden/>
    <w:rsid w:val="00E72C17"/>
    <w:rPr>
      <w:rFonts w:cstheme="majorBidi"/>
      <w:b/>
      <w:bCs/>
      <w:color w:val="0F4761" w:themeColor="accent1" w:themeShade="BF"/>
    </w:rPr>
  </w:style>
  <w:style w:type="character" w:customStyle="1" w:styleId="Heading7Char">
    <w:name w:val="Heading 7 Char"/>
    <w:basedOn w:val="DefaultParagraphFont"/>
    <w:link w:val="Heading7"/>
    <w:uiPriority w:val="9"/>
    <w:semiHidden/>
    <w:rsid w:val="00E72C17"/>
    <w:rPr>
      <w:rFonts w:cstheme="majorBidi"/>
      <w:b/>
      <w:bCs/>
      <w:color w:val="595959" w:themeColor="text1" w:themeTint="A6"/>
    </w:rPr>
  </w:style>
  <w:style w:type="character" w:customStyle="1" w:styleId="Heading8Char">
    <w:name w:val="Heading 8 Char"/>
    <w:basedOn w:val="DefaultParagraphFont"/>
    <w:link w:val="Heading8"/>
    <w:uiPriority w:val="9"/>
    <w:semiHidden/>
    <w:rsid w:val="00E72C17"/>
    <w:rPr>
      <w:rFonts w:cstheme="majorBidi"/>
      <w:color w:val="595959" w:themeColor="text1" w:themeTint="A6"/>
    </w:rPr>
  </w:style>
  <w:style w:type="character" w:customStyle="1" w:styleId="Heading9Char">
    <w:name w:val="Heading 9 Char"/>
    <w:basedOn w:val="DefaultParagraphFont"/>
    <w:link w:val="Heading9"/>
    <w:uiPriority w:val="9"/>
    <w:semiHidden/>
    <w:rsid w:val="00E72C17"/>
    <w:rPr>
      <w:rFonts w:eastAsiaTheme="majorEastAsia" w:cstheme="majorBidi"/>
      <w:color w:val="595959" w:themeColor="text1" w:themeTint="A6"/>
    </w:rPr>
  </w:style>
  <w:style w:type="paragraph" w:styleId="Title">
    <w:name w:val="Title"/>
    <w:basedOn w:val="Normal"/>
    <w:next w:val="Normal"/>
    <w:link w:val="TitleChar"/>
    <w:uiPriority w:val="10"/>
    <w:qFormat/>
    <w:rsid w:val="00E72C17"/>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72C1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72C17"/>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72C17"/>
    <w:rPr>
      <w:rFonts w:asciiTheme="majorHAnsi" w:eastAsiaTheme="majorEastAsia" w:hAnsiTheme="majorHAnsi" w:cstheme="majorBidi"/>
      <w:color w:val="595959" w:themeColor="text1" w:themeTint="A6"/>
      <w:spacing w:val="15"/>
      <w:sz w:val="28"/>
      <w:szCs w:val="28"/>
    </w:rPr>
  </w:style>
  <w:style w:type="paragraph" w:styleId="Quote">
    <w:name w:val="Quote"/>
    <w:basedOn w:val="Normal"/>
    <w:next w:val="Normal"/>
    <w:link w:val="QuoteChar"/>
    <w:uiPriority w:val="29"/>
    <w:qFormat/>
    <w:rsid w:val="00E72C17"/>
    <w:pPr>
      <w:spacing w:before="160"/>
      <w:jc w:val="center"/>
    </w:pPr>
    <w:rPr>
      <w:i/>
      <w:iCs/>
      <w:color w:val="404040" w:themeColor="text1" w:themeTint="BF"/>
    </w:rPr>
  </w:style>
  <w:style w:type="character" w:customStyle="1" w:styleId="QuoteChar">
    <w:name w:val="Quote Char"/>
    <w:basedOn w:val="DefaultParagraphFont"/>
    <w:link w:val="Quote"/>
    <w:uiPriority w:val="29"/>
    <w:rsid w:val="00E72C17"/>
    <w:rPr>
      <w:i/>
      <w:iCs/>
      <w:color w:val="404040" w:themeColor="text1" w:themeTint="BF"/>
    </w:rPr>
  </w:style>
  <w:style w:type="paragraph" w:styleId="ListParagraph">
    <w:name w:val="List Paragraph"/>
    <w:basedOn w:val="Normal"/>
    <w:uiPriority w:val="34"/>
    <w:qFormat/>
    <w:rsid w:val="00E72C17"/>
    <w:pPr>
      <w:ind w:left="720"/>
      <w:contextualSpacing/>
    </w:pPr>
  </w:style>
  <w:style w:type="character" w:styleId="IntenseEmphasis">
    <w:name w:val="Intense Emphasis"/>
    <w:basedOn w:val="DefaultParagraphFont"/>
    <w:uiPriority w:val="21"/>
    <w:qFormat/>
    <w:rsid w:val="00E72C17"/>
    <w:rPr>
      <w:i/>
      <w:iCs/>
      <w:color w:val="0F4761" w:themeColor="accent1" w:themeShade="BF"/>
    </w:rPr>
  </w:style>
  <w:style w:type="paragraph" w:styleId="IntenseQuote">
    <w:name w:val="Intense Quote"/>
    <w:basedOn w:val="Normal"/>
    <w:next w:val="Normal"/>
    <w:link w:val="IntenseQuoteChar"/>
    <w:uiPriority w:val="30"/>
    <w:qFormat/>
    <w:rsid w:val="00E72C1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72C17"/>
    <w:rPr>
      <w:i/>
      <w:iCs/>
      <w:color w:val="0F4761" w:themeColor="accent1" w:themeShade="BF"/>
    </w:rPr>
  </w:style>
  <w:style w:type="character" w:styleId="IntenseReference">
    <w:name w:val="Intense Reference"/>
    <w:basedOn w:val="DefaultParagraphFont"/>
    <w:uiPriority w:val="32"/>
    <w:qFormat/>
    <w:rsid w:val="00E72C17"/>
    <w:rPr>
      <w:b/>
      <w:bCs/>
      <w:smallCaps/>
      <w:color w:val="0F4761" w:themeColor="accent1" w:themeShade="BF"/>
      <w:spacing w:val="5"/>
    </w:rPr>
  </w:style>
  <w:style w:type="table" w:styleId="TableGrid">
    <w:name w:val="Table Grid"/>
    <w:basedOn w:val="TableNormal"/>
    <w:uiPriority w:val="59"/>
    <w:qFormat/>
    <w:rsid w:val="00B17A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F75110"/>
    <w:pPr>
      <w:tabs>
        <w:tab w:val="center" w:pos="4153"/>
        <w:tab w:val="right" w:pos="8306"/>
      </w:tabs>
      <w:snapToGrid w:val="0"/>
      <w:spacing w:line="240" w:lineRule="auto"/>
      <w:jc w:val="center"/>
    </w:pPr>
    <w:rPr>
      <w:sz w:val="18"/>
      <w:szCs w:val="18"/>
    </w:rPr>
  </w:style>
  <w:style w:type="character" w:customStyle="1" w:styleId="HeaderChar">
    <w:name w:val="Header Char"/>
    <w:basedOn w:val="DefaultParagraphFont"/>
    <w:link w:val="Header"/>
    <w:uiPriority w:val="99"/>
    <w:rsid w:val="00F75110"/>
    <w:rPr>
      <w:sz w:val="18"/>
      <w:szCs w:val="18"/>
    </w:rPr>
  </w:style>
  <w:style w:type="paragraph" w:styleId="Footer">
    <w:name w:val="footer"/>
    <w:basedOn w:val="Normal"/>
    <w:link w:val="FooterChar"/>
    <w:uiPriority w:val="99"/>
    <w:unhideWhenUsed/>
    <w:rsid w:val="00F75110"/>
    <w:pPr>
      <w:tabs>
        <w:tab w:val="center" w:pos="4153"/>
        <w:tab w:val="right" w:pos="8306"/>
      </w:tabs>
      <w:snapToGrid w:val="0"/>
      <w:spacing w:line="240" w:lineRule="auto"/>
    </w:pPr>
    <w:rPr>
      <w:sz w:val="18"/>
      <w:szCs w:val="18"/>
    </w:rPr>
  </w:style>
  <w:style w:type="character" w:customStyle="1" w:styleId="FooterChar">
    <w:name w:val="Footer Char"/>
    <w:basedOn w:val="DefaultParagraphFont"/>
    <w:link w:val="Footer"/>
    <w:uiPriority w:val="99"/>
    <w:rsid w:val="00F75110"/>
    <w:rPr>
      <w:sz w:val="18"/>
      <w:szCs w:val="18"/>
    </w:rPr>
  </w:style>
  <w:style w:type="paragraph" w:customStyle="1" w:styleId="msonormal0">
    <w:name w:val="msonormal"/>
    <w:basedOn w:val="Normal"/>
    <w:rsid w:val="001C4CE1"/>
    <w:pPr>
      <w:widowControl/>
      <w:spacing w:before="100" w:beforeAutospacing="1" w:after="100" w:afterAutospacing="1" w:line="240" w:lineRule="auto"/>
    </w:pPr>
    <w:rPr>
      <w:rFonts w:ascii="SimSun" w:eastAsia="SimSun" w:hAnsi="SimSun" w:cs="SimSun"/>
      <w:kern w:val="0"/>
      <w:sz w:val="24"/>
      <w14:ligatures w14:val="none"/>
    </w:rPr>
  </w:style>
  <w:style w:type="paragraph" w:styleId="Caption">
    <w:name w:val="caption"/>
    <w:basedOn w:val="Normal"/>
    <w:next w:val="Normal"/>
    <w:uiPriority w:val="35"/>
    <w:semiHidden/>
    <w:unhideWhenUsed/>
    <w:qFormat/>
    <w:rsid w:val="001C4CE1"/>
    <w:pPr>
      <w:widowControl/>
      <w:spacing w:after="200" w:line="240" w:lineRule="auto"/>
    </w:pPr>
    <w:rPr>
      <w:rFonts w:ascii="Arial" w:eastAsia="Arial" w:hAnsi="Arial"/>
      <w:b/>
      <w:bCs/>
      <w:color w:val="156082" w:themeColor="accent1"/>
      <w:kern w:val="0"/>
      <w:sz w:val="18"/>
      <w:szCs w:val="18"/>
      <w:lang w:eastAsia="en-US"/>
      <w14:ligatures w14:val="none"/>
    </w:rPr>
  </w:style>
  <w:style w:type="paragraph" w:styleId="MacroText">
    <w:name w:val="macro"/>
    <w:link w:val="MacroTextChar"/>
    <w:uiPriority w:val="99"/>
    <w:semiHidden/>
    <w:unhideWhenUsed/>
    <w:rsid w:val="001C4CE1"/>
    <w:pPr>
      <w:tabs>
        <w:tab w:val="left" w:pos="576"/>
        <w:tab w:val="left" w:pos="1152"/>
        <w:tab w:val="left" w:pos="1728"/>
        <w:tab w:val="left" w:pos="2304"/>
        <w:tab w:val="left" w:pos="2880"/>
        <w:tab w:val="left" w:pos="3456"/>
        <w:tab w:val="left" w:pos="4032"/>
      </w:tabs>
      <w:spacing w:after="200" w:line="276" w:lineRule="auto"/>
    </w:pPr>
    <w:rPr>
      <w:rFonts w:ascii="Courier" w:hAnsi="Courier"/>
      <w:kern w:val="0"/>
      <w:sz w:val="20"/>
      <w:szCs w:val="20"/>
      <w:lang w:eastAsia="en-US"/>
      <w14:ligatures w14:val="none"/>
    </w:rPr>
  </w:style>
  <w:style w:type="character" w:customStyle="1" w:styleId="MacroTextChar">
    <w:name w:val="Macro Text Char"/>
    <w:basedOn w:val="DefaultParagraphFont"/>
    <w:link w:val="MacroText"/>
    <w:uiPriority w:val="99"/>
    <w:semiHidden/>
    <w:rsid w:val="001C4CE1"/>
    <w:rPr>
      <w:rFonts w:ascii="Courier" w:hAnsi="Courier"/>
      <w:kern w:val="0"/>
      <w:sz w:val="20"/>
      <w:szCs w:val="20"/>
      <w:lang w:eastAsia="en-US"/>
      <w14:ligatures w14:val="none"/>
    </w:rPr>
  </w:style>
  <w:style w:type="paragraph" w:styleId="List">
    <w:name w:val="List"/>
    <w:basedOn w:val="Normal"/>
    <w:uiPriority w:val="99"/>
    <w:semiHidden/>
    <w:unhideWhenUsed/>
    <w:rsid w:val="001C4CE1"/>
    <w:pPr>
      <w:widowControl/>
      <w:spacing w:after="200" w:line="276" w:lineRule="auto"/>
      <w:ind w:left="360" w:hanging="360"/>
      <w:contextualSpacing/>
    </w:pPr>
    <w:rPr>
      <w:rFonts w:ascii="Arial" w:eastAsia="Arial" w:hAnsi="Arial"/>
      <w:kern w:val="0"/>
      <w:sz w:val="18"/>
      <w:szCs w:val="22"/>
      <w:lang w:eastAsia="en-US"/>
      <w14:ligatures w14:val="none"/>
    </w:rPr>
  </w:style>
  <w:style w:type="paragraph" w:styleId="ListBullet">
    <w:name w:val="List Bullet"/>
    <w:basedOn w:val="Normal"/>
    <w:uiPriority w:val="99"/>
    <w:semiHidden/>
    <w:unhideWhenUsed/>
    <w:rsid w:val="001C4CE1"/>
    <w:pPr>
      <w:widowControl/>
      <w:numPr>
        <w:numId w:val="1"/>
      </w:numPr>
      <w:tabs>
        <w:tab w:val="clear" w:pos="360"/>
      </w:tabs>
      <w:spacing w:after="200" w:line="276" w:lineRule="auto"/>
      <w:ind w:left="0" w:firstLine="0"/>
      <w:contextualSpacing/>
    </w:pPr>
    <w:rPr>
      <w:rFonts w:ascii="Arial" w:eastAsia="Arial" w:hAnsi="Arial"/>
      <w:kern w:val="0"/>
      <w:sz w:val="18"/>
      <w:szCs w:val="22"/>
      <w:lang w:eastAsia="en-US"/>
      <w14:ligatures w14:val="none"/>
    </w:rPr>
  </w:style>
  <w:style w:type="paragraph" w:styleId="ListNumber">
    <w:name w:val="List Number"/>
    <w:basedOn w:val="Normal"/>
    <w:uiPriority w:val="99"/>
    <w:semiHidden/>
    <w:unhideWhenUsed/>
    <w:rsid w:val="001C4CE1"/>
    <w:pPr>
      <w:widowControl/>
      <w:numPr>
        <w:numId w:val="2"/>
      </w:numPr>
      <w:tabs>
        <w:tab w:val="clear" w:pos="360"/>
      </w:tabs>
      <w:spacing w:after="200" w:line="276" w:lineRule="auto"/>
      <w:ind w:left="0" w:firstLine="0"/>
      <w:contextualSpacing/>
    </w:pPr>
    <w:rPr>
      <w:rFonts w:ascii="Arial" w:eastAsia="Arial" w:hAnsi="Arial"/>
      <w:kern w:val="0"/>
      <w:sz w:val="18"/>
      <w:szCs w:val="22"/>
      <w:lang w:eastAsia="en-US"/>
      <w14:ligatures w14:val="none"/>
    </w:rPr>
  </w:style>
  <w:style w:type="paragraph" w:styleId="List2">
    <w:name w:val="List 2"/>
    <w:basedOn w:val="Normal"/>
    <w:uiPriority w:val="99"/>
    <w:semiHidden/>
    <w:unhideWhenUsed/>
    <w:rsid w:val="001C4CE1"/>
    <w:pPr>
      <w:widowControl/>
      <w:spacing w:after="200" w:line="276" w:lineRule="auto"/>
      <w:ind w:left="720" w:hanging="360"/>
      <w:contextualSpacing/>
    </w:pPr>
    <w:rPr>
      <w:rFonts w:ascii="Arial" w:eastAsia="Arial" w:hAnsi="Arial"/>
      <w:kern w:val="0"/>
      <w:sz w:val="18"/>
      <w:szCs w:val="22"/>
      <w:lang w:eastAsia="en-US"/>
      <w14:ligatures w14:val="none"/>
    </w:rPr>
  </w:style>
  <w:style w:type="paragraph" w:styleId="List3">
    <w:name w:val="List 3"/>
    <w:basedOn w:val="Normal"/>
    <w:uiPriority w:val="99"/>
    <w:semiHidden/>
    <w:unhideWhenUsed/>
    <w:rsid w:val="001C4CE1"/>
    <w:pPr>
      <w:widowControl/>
      <w:spacing w:after="200" w:line="276" w:lineRule="auto"/>
      <w:ind w:left="1080" w:hanging="360"/>
      <w:contextualSpacing/>
    </w:pPr>
    <w:rPr>
      <w:rFonts w:ascii="Arial" w:eastAsia="Arial" w:hAnsi="Arial"/>
      <w:kern w:val="0"/>
      <w:sz w:val="18"/>
      <w:szCs w:val="22"/>
      <w:lang w:eastAsia="en-US"/>
      <w14:ligatures w14:val="none"/>
    </w:rPr>
  </w:style>
  <w:style w:type="paragraph" w:styleId="ListBullet2">
    <w:name w:val="List Bullet 2"/>
    <w:basedOn w:val="Normal"/>
    <w:uiPriority w:val="99"/>
    <w:semiHidden/>
    <w:unhideWhenUsed/>
    <w:rsid w:val="001C4CE1"/>
    <w:pPr>
      <w:widowControl/>
      <w:numPr>
        <w:numId w:val="3"/>
      </w:numPr>
      <w:tabs>
        <w:tab w:val="clear" w:pos="720"/>
      </w:tabs>
      <w:spacing w:after="200" w:line="276" w:lineRule="auto"/>
      <w:ind w:left="0" w:firstLine="0"/>
      <w:contextualSpacing/>
    </w:pPr>
    <w:rPr>
      <w:rFonts w:ascii="Arial" w:eastAsia="Arial" w:hAnsi="Arial"/>
      <w:kern w:val="0"/>
      <w:sz w:val="18"/>
      <w:szCs w:val="22"/>
      <w:lang w:eastAsia="en-US"/>
      <w14:ligatures w14:val="none"/>
    </w:rPr>
  </w:style>
  <w:style w:type="paragraph" w:styleId="ListBullet3">
    <w:name w:val="List Bullet 3"/>
    <w:basedOn w:val="Normal"/>
    <w:uiPriority w:val="99"/>
    <w:semiHidden/>
    <w:unhideWhenUsed/>
    <w:rsid w:val="001C4CE1"/>
    <w:pPr>
      <w:widowControl/>
      <w:numPr>
        <w:numId w:val="4"/>
      </w:numPr>
      <w:tabs>
        <w:tab w:val="clear" w:pos="1080"/>
      </w:tabs>
      <w:spacing w:after="200" w:line="276" w:lineRule="auto"/>
      <w:ind w:left="0" w:firstLine="0"/>
      <w:contextualSpacing/>
    </w:pPr>
    <w:rPr>
      <w:rFonts w:ascii="Arial" w:eastAsia="Arial" w:hAnsi="Arial"/>
      <w:kern w:val="0"/>
      <w:sz w:val="18"/>
      <w:szCs w:val="22"/>
      <w:lang w:eastAsia="en-US"/>
      <w14:ligatures w14:val="none"/>
    </w:rPr>
  </w:style>
  <w:style w:type="paragraph" w:styleId="ListNumber2">
    <w:name w:val="List Number 2"/>
    <w:basedOn w:val="Normal"/>
    <w:uiPriority w:val="99"/>
    <w:semiHidden/>
    <w:unhideWhenUsed/>
    <w:rsid w:val="001C4CE1"/>
    <w:pPr>
      <w:widowControl/>
      <w:numPr>
        <w:numId w:val="5"/>
      </w:numPr>
      <w:tabs>
        <w:tab w:val="clear" w:pos="720"/>
      </w:tabs>
      <w:spacing w:after="200" w:line="276" w:lineRule="auto"/>
      <w:ind w:left="0" w:firstLine="0"/>
      <w:contextualSpacing/>
    </w:pPr>
    <w:rPr>
      <w:rFonts w:ascii="Arial" w:eastAsia="Arial" w:hAnsi="Arial"/>
      <w:kern w:val="0"/>
      <w:sz w:val="18"/>
      <w:szCs w:val="22"/>
      <w:lang w:eastAsia="en-US"/>
      <w14:ligatures w14:val="none"/>
    </w:rPr>
  </w:style>
  <w:style w:type="paragraph" w:styleId="ListNumber3">
    <w:name w:val="List Number 3"/>
    <w:basedOn w:val="Normal"/>
    <w:uiPriority w:val="99"/>
    <w:semiHidden/>
    <w:unhideWhenUsed/>
    <w:rsid w:val="001C4CE1"/>
    <w:pPr>
      <w:widowControl/>
      <w:numPr>
        <w:numId w:val="6"/>
      </w:numPr>
      <w:tabs>
        <w:tab w:val="clear" w:pos="1080"/>
      </w:tabs>
      <w:spacing w:after="200" w:line="276" w:lineRule="auto"/>
      <w:ind w:left="0" w:firstLine="0"/>
      <w:contextualSpacing/>
    </w:pPr>
    <w:rPr>
      <w:rFonts w:ascii="Arial" w:eastAsia="Arial" w:hAnsi="Arial"/>
      <w:kern w:val="0"/>
      <w:sz w:val="18"/>
      <w:szCs w:val="22"/>
      <w:lang w:eastAsia="en-US"/>
      <w14:ligatures w14:val="none"/>
    </w:rPr>
  </w:style>
  <w:style w:type="paragraph" w:styleId="BodyText">
    <w:name w:val="Body Text"/>
    <w:basedOn w:val="Normal"/>
    <w:link w:val="BodyTextChar"/>
    <w:uiPriority w:val="99"/>
    <w:semiHidden/>
    <w:unhideWhenUsed/>
    <w:rsid w:val="001C4CE1"/>
    <w:pPr>
      <w:widowControl/>
      <w:spacing w:after="120" w:line="276" w:lineRule="auto"/>
    </w:pPr>
    <w:rPr>
      <w:rFonts w:ascii="Arial" w:eastAsia="Arial" w:hAnsi="Arial"/>
      <w:kern w:val="0"/>
      <w:sz w:val="18"/>
      <w:szCs w:val="22"/>
      <w:lang w:eastAsia="en-US"/>
      <w14:ligatures w14:val="none"/>
    </w:rPr>
  </w:style>
  <w:style w:type="character" w:customStyle="1" w:styleId="BodyTextChar">
    <w:name w:val="Body Text Char"/>
    <w:basedOn w:val="DefaultParagraphFont"/>
    <w:link w:val="BodyText"/>
    <w:uiPriority w:val="99"/>
    <w:semiHidden/>
    <w:rsid w:val="001C4CE1"/>
    <w:rPr>
      <w:rFonts w:ascii="Arial" w:eastAsia="Arial" w:hAnsi="Arial"/>
      <w:kern w:val="0"/>
      <w:sz w:val="18"/>
      <w:szCs w:val="22"/>
      <w:lang w:eastAsia="en-US"/>
      <w14:ligatures w14:val="none"/>
    </w:rPr>
  </w:style>
  <w:style w:type="paragraph" w:styleId="ListContinue">
    <w:name w:val="List Continue"/>
    <w:basedOn w:val="Normal"/>
    <w:uiPriority w:val="99"/>
    <w:semiHidden/>
    <w:unhideWhenUsed/>
    <w:rsid w:val="001C4CE1"/>
    <w:pPr>
      <w:widowControl/>
      <w:spacing w:after="120" w:line="276" w:lineRule="auto"/>
      <w:ind w:left="360"/>
      <w:contextualSpacing/>
    </w:pPr>
    <w:rPr>
      <w:rFonts w:ascii="Arial" w:eastAsia="Arial" w:hAnsi="Arial"/>
      <w:kern w:val="0"/>
      <w:sz w:val="18"/>
      <w:szCs w:val="22"/>
      <w:lang w:eastAsia="en-US"/>
      <w14:ligatures w14:val="none"/>
    </w:rPr>
  </w:style>
  <w:style w:type="paragraph" w:styleId="ListContinue2">
    <w:name w:val="List Continue 2"/>
    <w:basedOn w:val="Normal"/>
    <w:uiPriority w:val="99"/>
    <w:semiHidden/>
    <w:unhideWhenUsed/>
    <w:rsid w:val="001C4CE1"/>
    <w:pPr>
      <w:widowControl/>
      <w:spacing w:after="120" w:line="276" w:lineRule="auto"/>
      <w:ind w:left="720"/>
      <w:contextualSpacing/>
    </w:pPr>
    <w:rPr>
      <w:rFonts w:ascii="Arial" w:eastAsia="Arial" w:hAnsi="Arial"/>
      <w:kern w:val="0"/>
      <w:sz w:val="18"/>
      <w:szCs w:val="22"/>
      <w:lang w:eastAsia="en-US"/>
      <w14:ligatures w14:val="none"/>
    </w:rPr>
  </w:style>
  <w:style w:type="paragraph" w:styleId="ListContinue3">
    <w:name w:val="List Continue 3"/>
    <w:basedOn w:val="Normal"/>
    <w:uiPriority w:val="99"/>
    <w:semiHidden/>
    <w:unhideWhenUsed/>
    <w:rsid w:val="001C4CE1"/>
    <w:pPr>
      <w:widowControl/>
      <w:spacing w:after="120" w:line="276" w:lineRule="auto"/>
      <w:ind w:left="1080"/>
      <w:contextualSpacing/>
    </w:pPr>
    <w:rPr>
      <w:rFonts w:ascii="Arial" w:eastAsia="Arial" w:hAnsi="Arial"/>
      <w:kern w:val="0"/>
      <w:sz w:val="18"/>
      <w:szCs w:val="22"/>
      <w:lang w:eastAsia="en-US"/>
      <w14:ligatures w14:val="none"/>
    </w:rPr>
  </w:style>
  <w:style w:type="paragraph" w:styleId="BodyText2">
    <w:name w:val="Body Text 2"/>
    <w:basedOn w:val="Normal"/>
    <w:link w:val="BodyText2Char"/>
    <w:uiPriority w:val="99"/>
    <w:semiHidden/>
    <w:unhideWhenUsed/>
    <w:rsid w:val="001C4CE1"/>
    <w:pPr>
      <w:widowControl/>
      <w:spacing w:after="120" w:line="480" w:lineRule="auto"/>
    </w:pPr>
    <w:rPr>
      <w:rFonts w:ascii="Arial" w:eastAsia="Arial" w:hAnsi="Arial"/>
      <w:kern w:val="0"/>
      <w:sz w:val="18"/>
      <w:szCs w:val="22"/>
      <w:lang w:eastAsia="en-US"/>
      <w14:ligatures w14:val="none"/>
    </w:rPr>
  </w:style>
  <w:style w:type="character" w:customStyle="1" w:styleId="BodyText2Char">
    <w:name w:val="Body Text 2 Char"/>
    <w:basedOn w:val="DefaultParagraphFont"/>
    <w:link w:val="BodyText2"/>
    <w:uiPriority w:val="99"/>
    <w:semiHidden/>
    <w:rsid w:val="001C4CE1"/>
    <w:rPr>
      <w:rFonts w:ascii="Arial" w:eastAsia="Arial" w:hAnsi="Arial"/>
      <w:kern w:val="0"/>
      <w:sz w:val="18"/>
      <w:szCs w:val="22"/>
      <w:lang w:eastAsia="en-US"/>
      <w14:ligatures w14:val="none"/>
    </w:rPr>
  </w:style>
  <w:style w:type="paragraph" w:styleId="BodyText3">
    <w:name w:val="Body Text 3"/>
    <w:basedOn w:val="Normal"/>
    <w:link w:val="BodyText3Char"/>
    <w:uiPriority w:val="99"/>
    <w:semiHidden/>
    <w:unhideWhenUsed/>
    <w:rsid w:val="001C4CE1"/>
    <w:pPr>
      <w:widowControl/>
      <w:spacing w:after="120" w:line="276" w:lineRule="auto"/>
    </w:pPr>
    <w:rPr>
      <w:rFonts w:ascii="Arial" w:eastAsia="Arial" w:hAnsi="Arial"/>
      <w:kern w:val="0"/>
      <w:sz w:val="16"/>
      <w:szCs w:val="16"/>
      <w:lang w:eastAsia="en-US"/>
      <w14:ligatures w14:val="none"/>
    </w:rPr>
  </w:style>
  <w:style w:type="character" w:customStyle="1" w:styleId="BodyText3Char">
    <w:name w:val="Body Text 3 Char"/>
    <w:basedOn w:val="DefaultParagraphFont"/>
    <w:link w:val="BodyText3"/>
    <w:uiPriority w:val="99"/>
    <w:semiHidden/>
    <w:rsid w:val="001C4CE1"/>
    <w:rPr>
      <w:rFonts w:ascii="Arial" w:eastAsia="Arial" w:hAnsi="Arial"/>
      <w:kern w:val="0"/>
      <w:sz w:val="16"/>
      <w:szCs w:val="16"/>
      <w:lang w:eastAsia="en-US"/>
      <w14:ligatures w14:val="none"/>
    </w:rPr>
  </w:style>
  <w:style w:type="paragraph" w:styleId="NoSpacing">
    <w:name w:val="No Spacing"/>
    <w:uiPriority w:val="1"/>
    <w:qFormat/>
    <w:rsid w:val="001C4CE1"/>
    <w:pPr>
      <w:spacing w:after="0" w:line="240" w:lineRule="auto"/>
    </w:pPr>
    <w:rPr>
      <w:kern w:val="0"/>
      <w:szCs w:val="22"/>
      <w:lang w:eastAsia="en-US"/>
      <w14:ligatures w14:val="none"/>
    </w:rPr>
  </w:style>
  <w:style w:type="paragraph" w:styleId="TOCHeading">
    <w:name w:val="TOC Heading"/>
    <w:basedOn w:val="Heading1"/>
    <w:next w:val="Normal"/>
    <w:uiPriority w:val="39"/>
    <w:unhideWhenUsed/>
    <w:qFormat/>
    <w:rsid w:val="001C4CE1"/>
    <w:pPr>
      <w:widowControl/>
      <w:spacing w:after="0" w:line="276" w:lineRule="auto"/>
      <w:outlineLvl w:val="9"/>
    </w:pPr>
    <w:rPr>
      <w:b/>
      <w:bCs/>
      <w:kern w:val="0"/>
      <w:sz w:val="28"/>
      <w:szCs w:val="28"/>
      <w:lang w:eastAsia="en-US"/>
      <w14:ligatures w14:val="none"/>
    </w:rPr>
  </w:style>
  <w:style w:type="character" w:styleId="SubtleEmphasis">
    <w:name w:val="Subtle Emphasis"/>
    <w:basedOn w:val="DefaultParagraphFont"/>
    <w:uiPriority w:val="19"/>
    <w:qFormat/>
    <w:rsid w:val="001C4CE1"/>
    <w:rPr>
      <w:i/>
      <w:iCs/>
      <w:color w:val="808080" w:themeColor="text1" w:themeTint="7F"/>
    </w:rPr>
  </w:style>
  <w:style w:type="character" w:styleId="SubtleReference">
    <w:name w:val="Subtle Reference"/>
    <w:basedOn w:val="DefaultParagraphFont"/>
    <w:uiPriority w:val="31"/>
    <w:qFormat/>
    <w:rsid w:val="001C4CE1"/>
    <w:rPr>
      <w:smallCaps/>
      <w:color w:val="E97132" w:themeColor="accent2"/>
      <w:u w:val="single"/>
    </w:rPr>
  </w:style>
  <w:style w:type="character" w:styleId="BookTitle">
    <w:name w:val="Book Title"/>
    <w:basedOn w:val="DefaultParagraphFont"/>
    <w:uiPriority w:val="33"/>
    <w:qFormat/>
    <w:rsid w:val="001C4CE1"/>
    <w:rPr>
      <w:b/>
      <w:bCs/>
      <w:smallCaps/>
      <w:spacing w:val="5"/>
    </w:rPr>
  </w:style>
  <w:style w:type="table" w:styleId="LightShading">
    <w:name w:val="Light Shading"/>
    <w:basedOn w:val="TableNormal"/>
    <w:uiPriority w:val="60"/>
    <w:semiHidden/>
    <w:unhideWhenUsed/>
    <w:rsid w:val="001C4CE1"/>
    <w:pPr>
      <w:spacing w:after="0" w:line="240" w:lineRule="auto"/>
    </w:pPr>
    <w:rPr>
      <w:rFonts w:eastAsia="Times New Roman"/>
      <w:color w:val="000000" w:themeColor="text1" w:themeShade="BF"/>
      <w:kern w:val="0"/>
      <w:szCs w:val="22"/>
      <w:lang w:eastAsia="en-US"/>
      <w14:ligatures w14:val="none"/>
    </w:rPr>
    <w:tblPr>
      <w:tblStyleRowBandSize w:val="1"/>
      <w:tblStyleColBandSize w:val="1"/>
      <w:tblInd w:w="0" w:type="nil"/>
      <w:tblBorders>
        <w:top w:val="single" w:sz="8" w:space="0" w:color="000000" w:themeColor="text1"/>
        <w:bottom w:val="single" w:sz="8" w:space="0" w:color="000000" w:themeColor="text1"/>
      </w:tblBorders>
    </w:tblPr>
    <w:tblStylePr w:type="firstRow">
      <w:pPr>
        <w:spacing w:beforeLines="0" w:before="0" w:beforeAutospacing="0" w:afterLines="0" w:after="0" w:afterAutospacing="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List">
    <w:name w:val="Light List"/>
    <w:basedOn w:val="TableNormal"/>
    <w:uiPriority w:val="61"/>
    <w:semiHidden/>
    <w:unhideWhenUsed/>
    <w:rsid w:val="001C4CE1"/>
    <w:pPr>
      <w:spacing w:after="0" w:line="240" w:lineRule="auto"/>
    </w:pPr>
    <w:rPr>
      <w:rFonts w:eastAsia="Times New Roman"/>
      <w:kern w:val="0"/>
      <w:szCs w:val="22"/>
      <w:lang w:eastAsia="en-US"/>
      <w14:ligatures w14:val="none"/>
    </w:rPr>
    <w:tblPr>
      <w:tblStyleRowBandSize w:val="1"/>
      <w:tblStyleColBandSize w:val="1"/>
      <w:tblInd w:w="0" w:type="nil"/>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Lines="0" w:before="0" w:beforeAutospacing="0" w:afterLines="0" w:after="0" w:afterAutospacing="0" w:line="240" w:lineRule="auto"/>
      </w:pPr>
      <w:rPr>
        <w:b/>
        <w:bCs/>
        <w:color w:val="FFFFFF" w:themeColor="background1"/>
      </w:rPr>
      <w:tblPr/>
      <w:tcPr>
        <w:shd w:val="clear" w:color="auto" w:fill="000000" w:themeFill="text1"/>
      </w:tcPr>
    </w:tblStylePr>
    <w:tblStylePr w:type="lastRow">
      <w:pPr>
        <w:spacing w:beforeLines="0" w:before="0" w:beforeAutospacing="0" w:afterLines="0" w:after="0" w:afterAutospacing="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Grid">
    <w:name w:val="Light Grid"/>
    <w:basedOn w:val="TableNormal"/>
    <w:uiPriority w:val="62"/>
    <w:semiHidden/>
    <w:unhideWhenUsed/>
    <w:rsid w:val="001C4CE1"/>
    <w:pPr>
      <w:spacing w:after="0" w:line="240" w:lineRule="auto"/>
    </w:pPr>
    <w:rPr>
      <w:rFonts w:eastAsia="Times New Roman"/>
      <w:kern w:val="0"/>
      <w:szCs w:val="22"/>
      <w:lang w:eastAsia="en-US"/>
      <w14:ligatures w14:val="none"/>
    </w:rPr>
    <w:tblPr>
      <w:tblStyleRowBandSize w:val="1"/>
      <w:tblStyleColBandSize w:val="1"/>
      <w:tblInd w:w="0" w:type="nil"/>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Lines="0" w:before="0" w:beforeAutospacing="0" w:afterLines="0" w:after="0" w:afterAutospacing="0" w:line="240" w:lineRule="auto"/>
      </w:pPr>
      <w:rPr>
        <w:rFonts w:asciiTheme="majorHAnsi" w:eastAsiaTheme="majorEastAsia" w:hAnsiTheme="majorHAnsi" w:cstheme="majorBidi" w:hint="default"/>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Lines="0" w:before="0" w:beforeAutospacing="0" w:afterLines="0" w:after="0" w:afterAutospacing="0" w:line="240" w:lineRule="auto"/>
      </w:pPr>
      <w:rPr>
        <w:rFonts w:asciiTheme="majorHAnsi" w:eastAsiaTheme="majorEastAsia" w:hAnsiTheme="majorHAnsi" w:cstheme="majorBidi" w:hint="default"/>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hint="default"/>
        <w:b/>
        <w:bCs/>
      </w:rPr>
    </w:tblStylePr>
    <w:tblStylePr w:type="lastCol">
      <w:rPr>
        <w:rFonts w:asciiTheme="majorHAnsi" w:eastAsiaTheme="majorEastAsia" w:hAnsiTheme="majorHAnsi" w:cstheme="majorBidi" w:hint="default"/>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MediumShading1">
    <w:name w:val="Medium Shading 1"/>
    <w:basedOn w:val="TableNormal"/>
    <w:uiPriority w:val="63"/>
    <w:semiHidden/>
    <w:unhideWhenUsed/>
    <w:rsid w:val="001C4CE1"/>
    <w:pPr>
      <w:spacing w:after="0" w:line="240" w:lineRule="auto"/>
    </w:pPr>
    <w:rPr>
      <w:rFonts w:eastAsia="Times New Roman"/>
      <w:kern w:val="0"/>
      <w:szCs w:val="22"/>
      <w:lang w:eastAsia="en-US"/>
      <w14:ligatures w14:val="none"/>
    </w:rPr>
    <w:tblPr>
      <w:tblStyleRowBandSize w:val="1"/>
      <w:tblStyleColBandSize w:val="1"/>
      <w:tblInd w:w="0" w:type="nil"/>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Lines="0" w:before="0" w:beforeAutospacing="0" w:afterLines="0" w:after="0" w:afterAutospacing="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Lines="0" w:before="0" w:beforeAutospacing="0" w:afterLines="0" w:after="0" w:afterAutospacing="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1C4CE1"/>
    <w:pPr>
      <w:spacing w:after="0" w:line="240" w:lineRule="auto"/>
    </w:pPr>
    <w:rPr>
      <w:rFonts w:eastAsia="Times New Roman"/>
      <w:kern w:val="0"/>
      <w:szCs w:val="22"/>
      <w:lang w:eastAsia="en-US"/>
      <w14:ligatures w14:val="none"/>
    </w:rPr>
    <w:tblPr>
      <w:tblStyleRowBandSize w:val="1"/>
      <w:tblStyleColBandSize w:val="1"/>
      <w:tblInd w:w="0" w:type="nil"/>
      <w:tblBorders>
        <w:top w:val="single" w:sz="18" w:space="0" w:color="auto"/>
        <w:bottom w:val="single" w:sz="18" w:space="0" w:color="auto"/>
      </w:tblBorders>
    </w:tblPr>
    <w:tblStylePr w:type="firstRow">
      <w:pPr>
        <w:spacing w:beforeLines="0" w:before="0" w:beforeAutospacing="0" w:afterLines="0" w:after="0" w:afterAutospacing="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Lines="0" w:before="0" w:beforeAutospacing="0" w:afterLines="0" w:after="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semiHidden/>
    <w:unhideWhenUsed/>
    <w:rsid w:val="001C4CE1"/>
    <w:pPr>
      <w:spacing w:after="0" w:line="240" w:lineRule="auto"/>
    </w:pPr>
    <w:rPr>
      <w:rFonts w:eastAsia="Times New Roman"/>
      <w:color w:val="000000" w:themeColor="text1"/>
      <w:kern w:val="0"/>
      <w:szCs w:val="22"/>
      <w:lang w:eastAsia="en-US"/>
      <w14:ligatures w14:val="none"/>
    </w:rPr>
    <w:tblPr>
      <w:tblStyleRowBandSize w:val="1"/>
      <w:tblStyleColBandSize w:val="1"/>
      <w:tblInd w:w="0" w:type="nil"/>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hint="default"/>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2">
    <w:name w:val="Medium List 2"/>
    <w:basedOn w:val="TableNormal"/>
    <w:uiPriority w:val="66"/>
    <w:semiHidden/>
    <w:unhideWhenUsed/>
    <w:rsid w:val="001C4CE1"/>
    <w:pPr>
      <w:spacing w:after="0" w:line="240" w:lineRule="auto"/>
    </w:pPr>
    <w:rPr>
      <w:rFonts w:asciiTheme="majorHAnsi" w:eastAsiaTheme="majorEastAsia" w:hAnsiTheme="majorHAnsi" w:cstheme="majorBidi"/>
      <w:color w:val="000000" w:themeColor="text1"/>
      <w:kern w:val="0"/>
      <w:szCs w:val="22"/>
      <w:lang w:eastAsia="en-US"/>
      <w14:ligatures w14:val="none"/>
    </w:rPr>
    <w:tblPr>
      <w:tblStyleRowBandSize w:val="1"/>
      <w:tblStyleColBandSize w:val="1"/>
      <w:tblInd w:w="0" w:type="nil"/>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semiHidden/>
    <w:unhideWhenUsed/>
    <w:rsid w:val="001C4CE1"/>
    <w:pPr>
      <w:spacing w:after="0" w:line="240" w:lineRule="auto"/>
    </w:pPr>
    <w:rPr>
      <w:rFonts w:eastAsia="Times New Roman"/>
      <w:kern w:val="0"/>
      <w:szCs w:val="22"/>
      <w:lang w:eastAsia="en-US"/>
      <w14:ligatures w14:val="none"/>
    </w:rPr>
    <w:tblPr>
      <w:tblStyleRowBandSize w:val="1"/>
      <w:tblStyleColBandSize w:val="1"/>
      <w:tblInd w:w="0" w:type="nil"/>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2">
    <w:name w:val="Medium Grid 2"/>
    <w:basedOn w:val="TableNormal"/>
    <w:uiPriority w:val="68"/>
    <w:semiHidden/>
    <w:unhideWhenUsed/>
    <w:rsid w:val="001C4CE1"/>
    <w:pPr>
      <w:spacing w:after="0" w:line="240" w:lineRule="auto"/>
    </w:pPr>
    <w:rPr>
      <w:rFonts w:asciiTheme="majorHAnsi" w:eastAsiaTheme="majorEastAsia" w:hAnsiTheme="majorHAnsi" w:cstheme="majorBidi"/>
      <w:color w:val="000000" w:themeColor="text1"/>
      <w:kern w:val="0"/>
      <w:szCs w:val="22"/>
      <w:lang w:eastAsia="en-US"/>
      <w14:ligatures w14:val="none"/>
    </w:rPr>
    <w:tblPr>
      <w:tblStyleRowBandSize w:val="1"/>
      <w:tblStyleColBandSize w:val="1"/>
      <w:tblInd w:w="0" w:type="nil"/>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1C4CE1"/>
    <w:pPr>
      <w:spacing w:after="0" w:line="240" w:lineRule="auto"/>
    </w:pPr>
    <w:rPr>
      <w:rFonts w:eastAsia="Times New Roman"/>
      <w:kern w:val="0"/>
      <w:szCs w:val="22"/>
      <w:lang w:eastAsia="en-US"/>
      <w14:ligatures w14:val="none"/>
    </w:rPr>
    <w:tblPr>
      <w:tblStyleRowBandSize w:val="1"/>
      <w:tblStyleColBandSize w:val="1"/>
      <w:tblInd w:w="0" w:type="nil"/>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DarkList">
    <w:name w:val="Dark List"/>
    <w:basedOn w:val="TableNormal"/>
    <w:uiPriority w:val="70"/>
    <w:semiHidden/>
    <w:unhideWhenUsed/>
    <w:rsid w:val="001C4CE1"/>
    <w:pPr>
      <w:spacing w:after="0" w:line="240" w:lineRule="auto"/>
    </w:pPr>
    <w:rPr>
      <w:rFonts w:eastAsia="Times New Roman"/>
      <w:color w:val="FFFFFF" w:themeColor="background1"/>
      <w:kern w:val="0"/>
      <w:szCs w:val="22"/>
      <w:lang w:eastAsia="en-US"/>
      <w14:ligatures w14:val="none"/>
    </w:rPr>
    <w:tblPr>
      <w:tblStyleRowBandSize w:val="1"/>
      <w:tblStyleColBandSize w:val="1"/>
      <w:tblInd w:w="0" w:type="nil"/>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ColorfulShading">
    <w:name w:val="Colorful Shading"/>
    <w:basedOn w:val="TableNormal"/>
    <w:uiPriority w:val="71"/>
    <w:semiHidden/>
    <w:unhideWhenUsed/>
    <w:rsid w:val="001C4CE1"/>
    <w:pPr>
      <w:spacing w:after="0" w:line="240" w:lineRule="auto"/>
    </w:pPr>
    <w:rPr>
      <w:rFonts w:eastAsia="Times New Roman"/>
      <w:color w:val="000000" w:themeColor="text1"/>
      <w:kern w:val="0"/>
      <w:szCs w:val="22"/>
      <w:lang w:eastAsia="en-US"/>
      <w14:ligatures w14:val="none"/>
    </w:rPr>
    <w:tblPr>
      <w:tblStyleRowBandSize w:val="1"/>
      <w:tblStyleColBandSize w:val="1"/>
      <w:tblInd w:w="0" w:type="nil"/>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semiHidden/>
    <w:unhideWhenUsed/>
    <w:rsid w:val="001C4CE1"/>
    <w:pPr>
      <w:spacing w:after="0" w:line="240" w:lineRule="auto"/>
    </w:pPr>
    <w:rPr>
      <w:rFonts w:eastAsia="Times New Roman"/>
      <w:color w:val="000000" w:themeColor="text1"/>
      <w:kern w:val="0"/>
      <w:szCs w:val="22"/>
      <w:lang w:eastAsia="en-US"/>
      <w14:ligatures w14:val="none"/>
    </w:rPr>
    <w:tblPr>
      <w:tblStyleRowBandSize w:val="1"/>
      <w:tblStyleColBandSize w:val="1"/>
      <w:tblInd w:w="0" w:type="nil"/>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Grid">
    <w:name w:val="Colorful Grid"/>
    <w:basedOn w:val="TableNormal"/>
    <w:uiPriority w:val="73"/>
    <w:semiHidden/>
    <w:unhideWhenUsed/>
    <w:rsid w:val="001C4CE1"/>
    <w:pPr>
      <w:spacing w:after="0" w:line="240" w:lineRule="auto"/>
    </w:pPr>
    <w:rPr>
      <w:rFonts w:eastAsia="Times New Roman"/>
      <w:color w:val="000000" w:themeColor="text1"/>
      <w:kern w:val="0"/>
      <w:szCs w:val="22"/>
      <w:lang w:eastAsia="en-US"/>
      <w14:ligatures w14:val="none"/>
    </w:rPr>
    <w:tblPr>
      <w:tblStyleRowBandSize w:val="1"/>
      <w:tblStyleColBandSize w:val="1"/>
      <w:tblInd w:w="0" w:type="nil"/>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LightShading-Accent1">
    <w:name w:val="Light Shading Accent 1"/>
    <w:basedOn w:val="TableNormal"/>
    <w:uiPriority w:val="60"/>
    <w:semiHidden/>
    <w:unhideWhenUsed/>
    <w:rsid w:val="001C4CE1"/>
    <w:pPr>
      <w:spacing w:after="0" w:line="240" w:lineRule="auto"/>
    </w:pPr>
    <w:rPr>
      <w:rFonts w:eastAsia="Times New Roman"/>
      <w:color w:val="0F4761" w:themeColor="accent1" w:themeShade="BF"/>
      <w:kern w:val="0"/>
      <w:szCs w:val="22"/>
      <w:lang w:eastAsia="en-US"/>
      <w14:ligatures w14:val="none"/>
    </w:rPr>
    <w:tblPr>
      <w:tblStyleRowBandSize w:val="1"/>
      <w:tblStyleColBandSize w:val="1"/>
      <w:tblInd w:w="0" w:type="nil"/>
      <w:tblBorders>
        <w:top w:val="single" w:sz="8" w:space="0" w:color="156082" w:themeColor="accent1"/>
        <w:bottom w:val="single" w:sz="8" w:space="0" w:color="156082" w:themeColor="accent1"/>
      </w:tblBorders>
    </w:tblPr>
    <w:tblStylePr w:type="firstRow">
      <w:pPr>
        <w:spacing w:beforeLines="0" w:before="0" w:beforeAutospacing="0" w:afterLines="0" w:after="0" w:afterAutospacing="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List-Accent1">
    <w:name w:val="Light List Accent 1"/>
    <w:basedOn w:val="TableNormal"/>
    <w:uiPriority w:val="61"/>
    <w:semiHidden/>
    <w:unhideWhenUsed/>
    <w:rsid w:val="001C4CE1"/>
    <w:pPr>
      <w:spacing w:after="0" w:line="240" w:lineRule="auto"/>
    </w:pPr>
    <w:rPr>
      <w:rFonts w:eastAsia="Times New Roman"/>
      <w:kern w:val="0"/>
      <w:szCs w:val="22"/>
      <w:lang w:eastAsia="en-US"/>
      <w14:ligatures w14:val="none"/>
    </w:rPr>
    <w:tblPr>
      <w:tblStyleRowBandSize w:val="1"/>
      <w:tblStyleColBandSize w:val="1"/>
      <w:tblInd w:w="0" w:type="nil"/>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Lines="0" w:before="0" w:beforeAutospacing="0" w:afterLines="0" w:after="0" w:afterAutospacing="0" w:line="240" w:lineRule="auto"/>
      </w:pPr>
      <w:rPr>
        <w:b/>
        <w:bCs/>
        <w:color w:val="FFFFFF" w:themeColor="background1"/>
      </w:rPr>
      <w:tblPr/>
      <w:tcPr>
        <w:shd w:val="clear" w:color="auto" w:fill="156082" w:themeFill="accent1"/>
      </w:tcPr>
    </w:tblStylePr>
    <w:tblStylePr w:type="lastRow">
      <w:pPr>
        <w:spacing w:beforeLines="0" w:before="0" w:beforeAutospacing="0" w:afterLines="0" w:after="0" w:afterAutospacing="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Grid-Accent1">
    <w:name w:val="Light Grid Accent 1"/>
    <w:basedOn w:val="TableNormal"/>
    <w:uiPriority w:val="62"/>
    <w:semiHidden/>
    <w:unhideWhenUsed/>
    <w:rsid w:val="001C4CE1"/>
    <w:pPr>
      <w:spacing w:after="0" w:line="240" w:lineRule="auto"/>
    </w:pPr>
    <w:rPr>
      <w:rFonts w:eastAsia="Times New Roman"/>
      <w:kern w:val="0"/>
      <w:szCs w:val="22"/>
      <w:lang w:eastAsia="en-US"/>
      <w14:ligatures w14:val="none"/>
    </w:rPr>
    <w:tblPr>
      <w:tblStyleRowBandSize w:val="1"/>
      <w:tblStyleColBandSize w:val="1"/>
      <w:tblInd w:w="0" w:type="nil"/>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Lines="0" w:before="0" w:beforeAutospacing="0" w:afterLines="0" w:after="0" w:afterAutospacing="0" w:line="240" w:lineRule="auto"/>
      </w:pPr>
      <w:rPr>
        <w:rFonts w:asciiTheme="majorHAnsi" w:eastAsiaTheme="majorEastAsia" w:hAnsiTheme="majorHAnsi" w:cstheme="majorBidi" w:hint="default"/>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Lines="0" w:before="0" w:beforeAutospacing="0" w:afterLines="0" w:after="0" w:afterAutospacing="0" w:line="240" w:lineRule="auto"/>
      </w:pPr>
      <w:rPr>
        <w:rFonts w:asciiTheme="majorHAnsi" w:eastAsiaTheme="majorEastAsia" w:hAnsiTheme="majorHAnsi" w:cstheme="majorBidi" w:hint="default"/>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hint="default"/>
        <w:b/>
        <w:bCs/>
      </w:rPr>
    </w:tblStylePr>
    <w:tblStylePr w:type="lastCol">
      <w:rPr>
        <w:rFonts w:asciiTheme="majorHAnsi" w:eastAsiaTheme="majorEastAsia" w:hAnsiTheme="majorHAnsi" w:cstheme="majorBidi" w:hint="default"/>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MediumShading1-Accent1">
    <w:name w:val="Medium Shading 1 Accent 1"/>
    <w:basedOn w:val="TableNormal"/>
    <w:uiPriority w:val="63"/>
    <w:semiHidden/>
    <w:unhideWhenUsed/>
    <w:rsid w:val="001C4CE1"/>
    <w:pPr>
      <w:spacing w:after="0" w:line="240" w:lineRule="auto"/>
    </w:pPr>
    <w:rPr>
      <w:rFonts w:eastAsia="Times New Roman"/>
      <w:kern w:val="0"/>
      <w:szCs w:val="22"/>
      <w:lang w:eastAsia="en-US"/>
      <w14:ligatures w14:val="none"/>
    </w:rPr>
    <w:tblPr>
      <w:tblStyleRowBandSize w:val="1"/>
      <w:tblStyleColBandSize w:val="1"/>
      <w:tblInd w:w="0" w:type="nil"/>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Lines="0" w:before="0" w:beforeAutospacing="0" w:afterLines="0" w:after="0" w:afterAutospacing="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Lines="0" w:before="0" w:beforeAutospacing="0" w:afterLines="0" w:after="0" w:afterAutospacing="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2-Accent1">
    <w:name w:val="Medium Shading 2 Accent 1"/>
    <w:basedOn w:val="TableNormal"/>
    <w:uiPriority w:val="64"/>
    <w:semiHidden/>
    <w:unhideWhenUsed/>
    <w:rsid w:val="001C4CE1"/>
    <w:pPr>
      <w:spacing w:after="0" w:line="240" w:lineRule="auto"/>
    </w:pPr>
    <w:rPr>
      <w:rFonts w:eastAsia="Times New Roman"/>
      <w:kern w:val="0"/>
      <w:szCs w:val="22"/>
      <w:lang w:eastAsia="en-US"/>
      <w14:ligatures w14:val="none"/>
    </w:rPr>
    <w:tblPr>
      <w:tblStyleRowBandSize w:val="1"/>
      <w:tblStyleColBandSize w:val="1"/>
      <w:tblInd w:w="0" w:type="nil"/>
      <w:tblBorders>
        <w:top w:val="single" w:sz="18" w:space="0" w:color="auto"/>
        <w:bottom w:val="single" w:sz="18" w:space="0" w:color="auto"/>
      </w:tblBorders>
    </w:tblPr>
    <w:tblStylePr w:type="firstRow">
      <w:pPr>
        <w:spacing w:beforeLines="0" w:before="0" w:beforeAutospacing="0" w:afterLines="0" w:after="0" w:afterAutospacing="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Lines="0" w:before="0" w:beforeAutospacing="0" w:afterLines="0" w:after="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Accent1">
    <w:name w:val="Medium List 1 Accent 1"/>
    <w:basedOn w:val="TableNormal"/>
    <w:uiPriority w:val="65"/>
    <w:semiHidden/>
    <w:unhideWhenUsed/>
    <w:rsid w:val="001C4CE1"/>
    <w:pPr>
      <w:spacing w:after="0" w:line="240" w:lineRule="auto"/>
    </w:pPr>
    <w:rPr>
      <w:rFonts w:eastAsia="Times New Roman"/>
      <w:color w:val="000000" w:themeColor="text1"/>
      <w:kern w:val="0"/>
      <w:szCs w:val="22"/>
      <w:lang w:eastAsia="en-US"/>
      <w14:ligatures w14:val="none"/>
    </w:rPr>
    <w:tblPr>
      <w:tblStyleRowBandSize w:val="1"/>
      <w:tblStyleColBandSize w:val="1"/>
      <w:tblInd w:w="0" w:type="nil"/>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hint="default"/>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2-Accent1">
    <w:name w:val="Medium List 2 Accent 1"/>
    <w:basedOn w:val="TableNormal"/>
    <w:uiPriority w:val="66"/>
    <w:semiHidden/>
    <w:unhideWhenUsed/>
    <w:rsid w:val="001C4CE1"/>
    <w:pPr>
      <w:spacing w:after="0" w:line="240" w:lineRule="auto"/>
    </w:pPr>
    <w:rPr>
      <w:rFonts w:asciiTheme="majorHAnsi" w:eastAsiaTheme="majorEastAsia" w:hAnsiTheme="majorHAnsi" w:cstheme="majorBidi"/>
      <w:color w:val="000000" w:themeColor="text1"/>
      <w:kern w:val="0"/>
      <w:szCs w:val="22"/>
      <w:lang w:eastAsia="en-US"/>
      <w14:ligatures w14:val="none"/>
    </w:rPr>
    <w:tblPr>
      <w:tblStyleRowBandSize w:val="1"/>
      <w:tblStyleColBandSize w:val="1"/>
      <w:tblInd w:w="0" w:type="nil"/>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Accent1">
    <w:name w:val="Medium Grid 1 Accent 1"/>
    <w:basedOn w:val="TableNormal"/>
    <w:uiPriority w:val="67"/>
    <w:semiHidden/>
    <w:unhideWhenUsed/>
    <w:rsid w:val="001C4CE1"/>
    <w:pPr>
      <w:spacing w:after="0" w:line="240" w:lineRule="auto"/>
    </w:pPr>
    <w:rPr>
      <w:rFonts w:eastAsia="Times New Roman"/>
      <w:kern w:val="0"/>
      <w:szCs w:val="22"/>
      <w:lang w:eastAsia="en-US"/>
      <w14:ligatures w14:val="none"/>
    </w:rPr>
    <w:tblPr>
      <w:tblStyleRowBandSize w:val="1"/>
      <w:tblStyleColBandSize w:val="1"/>
      <w:tblInd w:w="0" w:type="nil"/>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2-Accent1">
    <w:name w:val="Medium Grid 2 Accent 1"/>
    <w:basedOn w:val="TableNormal"/>
    <w:uiPriority w:val="68"/>
    <w:semiHidden/>
    <w:unhideWhenUsed/>
    <w:rsid w:val="001C4CE1"/>
    <w:pPr>
      <w:spacing w:after="0" w:line="240" w:lineRule="auto"/>
    </w:pPr>
    <w:rPr>
      <w:rFonts w:asciiTheme="majorHAnsi" w:eastAsiaTheme="majorEastAsia" w:hAnsiTheme="majorHAnsi" w:cstheme="majorBidi"/>
      <w:color w:val="000000" w:themeColor="text1"/>
      <w:kern w:val="0"/>
      <w:szCs w:val="22"/>
      <w:lang w:eastAsia="en-US"/>
      <w14:ligatures w14:val="none"/>
    </w:rPr>
    <w:tblPr>
      <w:tblStyleRowBandSize w:val="1"/>
      <w:tblStyleColBandSize w:val="1"/>
      <w:tblInd w:w="0" w:type="nil"/>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3-Accent1">
    <w:name w:val="Medium Grid 3 Accent 1"/>
    <w:basedOn w:val="TableNormal"/>
    <w:uiPriority w:val="69"/>
    <w:semiHidden/>
    <w:unhideWhenUsed/>
    <w:rsid w:val="001C4CE1"/>
    <w:pPr>
      <w:spacing w:after="0" w:line="240" w:lineRule="auto"/>
    </w:pPr>
    <w:rPr>
      <w:rFonts w:eastAsia="Times New Roman"/>
      <w:kern w:val="0"/>
      <w:szCs w:val="22"/>
      <w:lang w:eastAsia="en-US"/>
      <w14:ligatures w14:val="none"/>
    </w:rPr>
    <w:tblPr>
      <w:tblStyleRowBandSize w:val="1"/>
      <w:tblStyleColBandSize w:val="1"/>
      <w:tblInd w:w="0" w:type="nil"/>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DarkList-Accent1">
    <w:name w:val="Dark List Accent 1"/>
    <w:basedOn w:val="TableNormal"/>
    <w:uiPriority w:val="70"/>
    <w:semiHidden/>
    <w:unhideWhenUsed/>
    <w:rsid w:val="001C4CE1"/>
    <w:pPr>
      <w:spacing w:after="0" w:line="240" w:lineRule="auto"/>
    </w:pPr>
    <w:rPr>
      <w:rFonts w:eastAsia="Times New Roman"/>
      <w:color w:val="FFFFFF" w:themeColor="background1"/>
      <w:kern w:val="0"/>
      <w:szCs w:val="22"/>
      <w:lang w:eastAsia="en-US"/>
      <w14:ligatures w14:val="none"/>
    </w:rPr>
    <w:tblPr>
      <w:tblStyleRowBandSize w:val="1"/>
      <w:tblStyleColBandSize w:val="1"/>
      <w:tblInd w:w="0" w:type="nil"/>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ColorfulShading-Accent1">
    <w:name w:val="Colorful Shading Accent 1"/>
    <w:basedOn w:val="TableNormal"/>
    <w:uiPriority w:val="71"/>
    <w:semiHidden/>
    <w:unhideWhenUsed/>
    <w:rsid w:val="001C4CE1"/>
    <w:pPr>
      <w:spacing w:after="0" w:line="240" w:lineRule="auto"/>
    </w:pPr>
    <w:rPr>
      <w:rFonts w:eastAsia="Times New Roman"/>
      <w:color w:val="000000" w:themeColor="text1"/>
      <w:kern w:val="0"/>
      <w:szCs w:val="22"/>
      <w:lang w:eastAsia="en-US"/>
      <w14:ligatures w14:val="none"/>
    </w:rPr>
    <w:tblPr>
      <w:tblStyleRowBandSize w:val="1"/>
      <w:tblStyleColBandSize w:val="1"/>
      <w:tblInd w:w="0" w:type="nil"/>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rfulList-Accent1">
    <w:name w:val="Colorful List Accent 1"/>
    <w:basedOn w:val="TableNormal"/>
    <w:uiPriority w:val="72"/>
    <w:semiHidden/>
    <w:unhideWhenUsed/>
    <w:rsid w:val="001C4CE1"/>
    <w:pPr>
      <w:spacing w:after="0" w:line="240" w:lineRule="auto"/>
    </w:pPr>
    <w:rPr>
      <w:rFonts w:eastAsia="Times New Roman"/>
      <w:color w:val="000000" w:themeColor="text1"/>
      <w:kern w:val="0"/>
      <w:szCs w:val="22"/>
      <w:lang w:eastAsia="en-US"/>
      <w14:ligatures w14:val="none"/>
    </w:rPr>
    <w:tblPr>
      <w:tblStyleRowBandSize w:val="1"/>
      <w:tblStyleColBandSize w:val="1"/>
      <w:tblInd w:w="0" w:type="nil"/>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rfulGrid-Accent1">
    <w:name w:val="Colorful Grid Accent 1"/>
    <w:basedOn w:val="TableNormal"/>
    <w:uiPriority w:val="73"/>
    <w:semiHidden/>
    <w:unhideWhenUsed/>
    <w:rsid w:val="001C4CE1"/>
    <w:pPr>
      <w:spacing w:after="0" w:line="240" w:lineRule="auto"/>
    </w:pPr>
    <w:rPr>
      <w:rFonts w:eastAsia="Times New Roman"/>
      <w:color w:val="000000" w:themeColor="text1"/>
      <w:kern w:val="0"/>
      <w:szCs w:val="22"/>
      <w:lang w:eastAsia="en-US"/>
      <w14:ligatures w14:val="none"/>
    </w:rPr>
    <w:tblPr>
      <w:tblStyleRowBandSize w:val="1"/>
      <w:tblStyleColBandSize w:val="1"/>
      <w:tblInd w:w="0" w:type="nil"/>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LightShading-Accent2">
    <w:name w:val="Light Shading Accent 2"/>
    <w:basedOn w:val="TableNormal"/>
    <w:uiPriority w:val="60"/>
    <w:semiHidden/>
    <w:unhideWhenUsed/>
    <w:rsid w:val="001C4CE1"/>
    <w:pPr>
      <w:spacing w:after="0" w:line="240" w:lineRule="auto"/>
    </w:pPr>
    <w:rPr>
      <w:rFonts w:eastAsia="Times New Roman"/>
      <w:color w:val="BF4E14" w:themeColor="accent2" w:themeShade="BF"/>
      <w:kern w:val="0"/>
      <w:szCs w:val="22"/>
      <w:lang w:eastAsia="en-US"/>
      <w14:ligatures w14:val="none"/>
    </w:rPr>
    <w:tblPr>
      <w:tblStyleRowBandSize w:val="1"/>
      <w:tblStyleColBandSize w:val="1"/>
      <w:tblInd w:w="0" w:type="nil"/>
      <w:tblBorders>
        <w:top w:val="single" w:sz="8" w:space="0" w:color="E97132" w:themeColor="accent2"/>
        <w:bottom w:val="single" w:sz="8" w:space="0" w:color="E97132" w:themeColor="accent2"/>
      </w:tblBorders>
    </w:tblPr>
    <w:tblStylePr w:type="firstRow">
      <w:pPr>
        <w:spacing w:beforeLines="0" w:before="0" w:beforeAutospacing="0" w:afterLines="0" w:after="0" w:afterAutospacing="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List-Accent2">
    <w:name w:val="Light List Accent 2"/>
    <w:basedOn w:val="TableNormal"/>
    <w:uiPriority w:val="61"/>
    <w:unhideWhenUsed/>
    <w:rsid w:val="001C4CE1"/>
    <w:pPr>
      <w:spacing w:after="0" w:line="240" w:lineRule="auto"/>
    </w:pPr>
    <w:rPr>
      <w:rFonts w:eastAsia="Times New Roman"/>
      <w:kern w:val="0"/>
      <w:szCs w:val="22"/>
      <w:lang w:eastAsia="en-US"/>
      <w14:ligatures w14:val="none"/>
    </w:rPr>
    <w:tblPr>
      <w:tblStyleRowBandSize w:val="1"/>
      <w:tblStyleColBandSize w:val="1"/>
      <w:tblInd w:w="0" w:type="nil"/>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Lines="0" w:before="0" w:beforeAutospacing="0" w:afterLines="0" w:after="0" w:afterAutospacing="0" w:line="240" w:lineRule="auto"/>
      </w:pPr>
      <w:rPr>
        <w:b/>
        <w:bCs/>
        <w:color w:val="FFFFFF" w:themeColor="background1"/>
      </w:rPr>
      <w:tblPr/>
      <w:tcPr>
        <w:shd w:val="clear" w:color="auto" w:fill="E97132" w:themeFill="accent2"/>
      </w:tcPr>
    </w:tblStylePr>
    <w:tblStylePr w:type="lastRow">
      <w:pPr>
        <w:spacing w:beforeLines="0" w:before="0" w:beforeAutospacing="0" w:afterLines="0" w:after="0" w:afterAutospacing="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Grid-Accent2">
    <w:name w:val="Light Grid Accent 2"/>
    <w:basedOn w:val="TableNormal"/>
    <w:uiPriority w:val="62"/>
    <w:semiHidden/>
    <w:unhideWhenUsed/>
    <w:rsid w:val="001C4CE1"/>
    <w:pPr>
      <w:spacing w:after="0" w:line="240" w:lineRule="auto"/>
    </w:pPr>
    <w:rPr>
      <w:rFonts w:eastAsia="Times New Roman"/>
      <w:kern w:val="0"/>
      <w:szCs w:val="22"/>
      <w:lang w:eastAsia="en-US"/>
      <w14:ligatures w14:val="none"/>
    </w:rPr>
    <w:tblPr>
      <w:tblStyleRowBandSize w:val="1"/>
      <w:tblStyleColBandSize w:val="1"/>
      <w:tblInd w:w="0" w:type="nil"/>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Lines="0" w:before="0" w:beforeAutospacing="0" w:afterLines="0" w:after="0" w:afterAutospacing="0" w:line="240" w:lineRule="auto"/>
      </w:pPr>
      <w:rPr>
        <w:rFonts w:asciiTheme="majorHAnsi" w:eastAsiaTheme="majorEastAsia" w:hAnsiTheme="majorHAnsi" w:cstheme="majorBidi" w:hint="default"/>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Lines="0" w:before="0" w:beforeAutospacing="0" w:afterLines="0" w:after="0" w:afterAutospacing="0" w:line="240" w:lineRule="auto"/>
      </w:pPr>
      <w:rPr>
        <w:rFonts w:asciiTheme="majorHAnsi" w:eastAsiaTheme="majorEastAsia" w:hAnsiTheme="majorHAnsi" w:cstheme="majorBidi" w:hint="default"/>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hint="default"/>
        <w:b/>
        <w:bCs/>
      </w:rPr>
    </w:tblStylePr>
    <w:tblStylePr w:type="lastCol">
      <w:rPr>
        <w:rFonts w:asciiTheme="majorHAnsi" w:eastAsiaTheme="majorEastAsia" w:hAnsiTheme="majorHAnsi" w:cstheme="majorBidi" w:hint="default"/>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MediumShading1-Accent2">
    <w:name w:val="Medium Shading 1 Accent 2"/>
    <w:basedOn w:val="TableNormal"/>
    <w:uiPriority w:val="63"/>
    <w:semiHidden/>
    <w:unhideWhenUsed/>
    <w:rsid w:val="001C4CE1"/>
    <w:pPr>
      <w:spacing w:after="0" w:line="240" w:lineRule="auto"/>
    </w:pPr>
    <w:rPr>
      <w:rFonts w:eastAsia="Times New Roman"/>
      <w:kern w:val="0"/>
      <w:szCs w:val="22"/>
      <w:lang w:eastAsia="en-US"/>
      <w14:ligatures w14:val="none"/>
    </w:rPr>
    <w:tblPr>
      <w:tblStyleRowBandSize w:val="1"/>
      <w:tblStyleColBandSize w:val="1"/>
      <w:tblInd w:w="0" w:type="nil"/>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Lines="0" w:before="0" w:beforeAutospacing="0" w:afterLines="0" w:after="0" w:afterAutospacing="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Lines="0" w:before="0" w:beforeAutospacing="0" w:afterLines="0" w:after="0" w:afterAutospacing="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2-Accent2">
    <w:name w:val="Medium Shading 2 Accent 2"/>
    <w:basedOn w:val="TableNormal"/>
    <w:uiPriority w:val="64"/>
    <w:semiHidden/>
    <w:unhideWhenUsed/>
    <w:rsid w:val="001C4CE1"/>
    <w:pPr>
      <w:spacing w:after="0" w:line="240" w:lineRule="auto"/>
    </w:pPr>
    <w:rPr>
      <w:rFonts w:eastAsia="Times New Roman"/>
      <w:kern w:val="0"/>
      <w:szCs w:val="22"/>
      <w:lang w:eastAsia="en-US"/>
      <w14:ligatures w14:val="none"/>
    </w:rPr>
    <w:tblPr>
      <w:tblStyleRowBandSize w:val="1"/>
      <w:tblStyleColBandSize w:val="1"/>
      <w:tblInd w:w="0" w:type="nil"/>
      <w:tblBorders>
        <w:top w:val="single" w:sz="18" w:space="0" w:color="auto"/>
        <w:bottom w:val="single" w:sz="18" w:space="0" w:color="auto"/>
      </w:tblBorders>
    </w:tblPr>
    <w:tblStylePr w:type="firstRow">
      <w:pPr>
        <w:spacing w:beforeLines="0" w:before="0" w:beforeAutospacing="0" w:afterLines="0" w:after="0" w:afterAutospacing="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Lines="0" w:before="0" w:beforeAutospacing="0" w:afterLines="0" w:after="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Accent2">
    <w:name w:val="Medium List 1 Accent 2"/>
    <w:basedOn w:val="TableNormal"/>
    <w:uiPriority w:val="65"/>
    <w:semiHidden/>
    <w:unhideWhenUsed/>
    <w:rsid w:val="001C4CE1"/>
    <w:pPr>
      <w:spacing w:after="0" w:line="240" w:lineRule="auto"/>
    </w:pPr>
    <w:rPr>
      <w:rFonts w:eastAsia="Times New Roman"/>
      <w:color w:val="000000" w:themeColor="text1"/>
      <w:kern w:val="0"/>
      <w:szCs w:val="22"/>
      <w:lang w:eastAsia="en-US"/>
      <w14:ligatures w14:val="none"/>
    </w:rPr>
    <w:tblPr>
      <w:tblStyleRowBandSize w:val="1"/>
      <w:tblStyleColBandSize w:val="1"/>
      <w:tblInd w:w="0" w:type="nil"/>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hint="default"/>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2-Accent2">
    <w:name w:val="Medium List 2 Accent 2"/>
    <w:basedOn w:val="TableNormal"/>
    <w:uiPriority w:val="66"/>
    <w:semiHidden/>
    <w:unhideWhenUsed/>
    <w:rsid w:val="001C4CE1"/>
    <w:pPr>
      <w:spacing w:after="0" w:line="240" w:lineRule="auto"/>
    </w:pPr>
    <w:rPr>
      <w:rFonts w:asciiTheme="majorHAnsi" w:eastAsiaTheme="majorEastAsia" w:hAnsiTheme="majorHAnsi" w:cstheme="majorBidi"/>
      <w:color w:val="000000" w:themeColor="text1"/>
      <w:kern w:val="0"/>
      <w:szCs w:val="22"/>
      <w:lang w:eastAsia="en-US"/>
      <w14:ligatures w14:val="none"/>
    </w:rPr>
    <w:tblPr>
      <w:tblStyleRowBandSize w:val="1"/>
      <w:tblStyleColBandSize w:val="1"/>
      <w:tblInd w:w="0" w:type="nil"/>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Accent2">
    <w:name w:val="Medium Grid 1 Accent 2"/>
    <w:basedOn w:val="TableNormal"/>
    <w:uiPriority w:val="67"/>
    <w:semiHidden/>
    <w:unhideWhenUsed/>
    <w:rsid w:val="001C4CE1"/>
    <w:pPr>
      <w:spacing w:after="0" w:line="240" w:lineRule="auto"/>
    </w:pPr>
    <w:rPr>
      <w:rFonts w:eastAsia="Times New Roman"/>
      <w:kern w:val="0"/>
      <w:szCs w:val="22"/>
      <w:lang w:eastAsia="en-US"/>
      <w14:ligatures w14:val="none"/>
    </w:rPr>
    <w:tblPr>
      <w:tblStyleRowBandSize w:val="1"/>
      <w:tblStyleColBandSize w:val="1"/>
      <w:tblInd w:w="0" w:type="nil"/>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2-Accent2">
    <w:name w:val="Medium Grid 2 Accent 2"/>
    <w:basedOn w:val="TableNormal"/>
    <w:uiPriority w:val="68"/>
    <w:semiHidden/>
    <w:unhideWhenUsed/>
    <w:rsid w:val="001C4CE1"/>
    <w:pPr>
      <w:spacing w:after="0" w:line="240" w:lineRule="auto"/>
    </w:pPr>
    <w:rPr>
      <w:rFonts w:asciiTheme="majorHAnsi" w:eastAsiaTheme="majorEastAsia" w:hAnsiTheme="majorHAnsi" w:cstheme="majorBidi"/>
      <w:color w:val="000000" w:themeColor="text1"/>
      <w:kern w:val="0"/>
      <w:szCs w:val="22"/>
      <w:lang w:eastAsia="en-US"/>
      <w14:ligatures w14:val="none"/>
    </w:rPr>
    <w:tblPr>
      <w:tblStyleRowBandSize w:val="1"/>
      <w:tblStyleColBandSize w:val="1"/>
      <w:tblInd w:w="0" w:type="nil"/>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3-Accent2">
    <w:name w:val="Medium Grid 3 Accent 2"/>
    <w:basedOn w:val="TableNormal"/>
    <w:uiPriority w:val="69"/>
    <w:semiHidden/>
    <w:unhideWhenUsed/>
    <w:rsid w:val="001C4CE1"/>
    <w:pPr>
      <w:spacing w:after="0" w:line="240" w:lineRule="auto"/>
    </w:pPr>
    <w:rPr>
      <w:rFonts w:eastAsia="Times New Roman"/>
      <w:kern w:val="0"/>
      <w:szCs w:val="22"/>
      <w:lang w:eastAsia="en-US"/>
      <w14:ligatures w14:val="none"/>
    </w:rPr>
    <w:tblPr>
      <w:tblStyleRowBandSize w:val="1"/>
      <w:tblStyleColBandSize w:val="1"/>
      <w:tblInd w:w="0" w:type="nil"/>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DarkList-Accent2">
    <w:name w:val="Dark List Accent 2"/>
    <w:basedOn w:val="TableNormal"/>
    <w:uiPriority w:val="70"/>
    <w:semiHidden/>
    <w:unhideWhenUsed/>
    <w:rsid w:val="001C4CE1"/>
    <w:pPr>
      <w:spacing w:after="0" w:line="240" w:lineRule="auto"/>
    </w:pPr>
    <w:rPr>
      <w:rFonts w:eastAsia="Times New Roman"/>
      <w:color w:val="FFFFFF" w:themeColor="background1"/>
      <w:kern w:val="0"/>
      <w:szCs w:val="22"/>
      <w:lang w:eastAsia="en-US"/>
      <w14:ligatures w14:val="none"/>
    </w:rPr>
    <w:tblPr>
      <w:tblStyleRowBandSize w:val="1"/>
      <w:tblStyleColBandSize w:val="1"/>
      <w:tblInd w:w="0" w:type="nil"/>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ColorfulShading-Accent2">
    <w:name w:val="Colorful Shading Accent 2"/>
    <w:basedOn w:val="TableNormal"/>
    <w:uiPriority w:val="71"/>
    <w:semiHidden/>
    <w:unhideWhenUsed/>
    <w:rsid w:val="001C4CE1"/>
    <w:pPr>
      <w:spacing w:after="0" w:line="240" w:lineRule="auto"/>
    </w:pPr>
    <w:rPr>
      <w:rFonts w:eastAsia="Times New Roman"/>
      <w:color w:val="000000" w:themeColor="text1"/>
      <w:kern w:val="0"/>
      <w:szCs w:val="22"/>
      <w:lang w:eastAsia="en-US"/>
      <w14:ligatures w14:val="none"/>
    </w:rPr>
    <w:tblPr>
      <w:tblStyleRowBandSize w:val="1"/>
      <w:tblStyleColBandSize w:val="1"/>
      <w:tblInd w:w="0" w:type="nil"/>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rfulList-Accent2">
    <w:name w:val="Colorful List Accent 2"/>
    <w:basedOn w:val="TableNormal"/>
    <w:uiPriority w:val="72"/>
    <w:semiHidden/>
    <w:unhideWhenUsed/>
    <w:rsid w:val="001C4CE1"/>
    <w:pPr>
      <w:spacing w:after="0" w:line="240" w:lineRule="auto"/>
    </w:pPr>
    <w:rPr>
      <w:rFonts w:eastAsia="Times New Roman"/>
      <w:color w:val="000000" w:themeColor="text1"/>
      <w:kern w:val="0"/>
      <w:szCs w:val="22"/>
      <w:lang w:eastAsia="en-US"/>
      <w14:ligatures w14:val="none"/>
    </w:rPr>
    <w:tblPr>
      <w:tblStyleRowBandSize w:val="1"/>
      <w:tblStyleColBandSize w:val="1"/>
      <w:tblInd w:w="0" w:type="nil"/>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rfulGrid-Accent2">
    <w:name w:val="Colorful Grid Accent 2"/>
    <w:basedOn w:val="TableNormal"/>
    <w:uiPriority w:val="73"/>
    <w:semiHidden/>
    <w:unhideWhenUsed/>
    <w:rsid w:val="001C4CE1"/>
    <w:pPr>
      <w:spacing w:after="0" w:line="240" w:lineRule="auto"/>
    </w:pPr>
    <w:rPr>
      <w:rFonts w:eastAsia="Times New Roman"/>
      <w:color w:val="000000" w:themeColor="text1"/>
      <w:kern w:val="0"/>
      <w:szCs w:val="22"/>
      <w:lang w:eastAsia="en-US"/>
      <w14:ligatures w14:val="none"/>
    </w:rPr>
    <w:tblPr>
      <w:tblStyleRowBandSize w:val="1"/>
      <w:tblStyleColBandSize w:val="1"/>
      <w:tblInd w:w="0" w:type="nil"/>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LightShading-Accent3">
    <w:name w:val="Light Shading Accent 3"/>
    <w:basedOn w:val="TableNormal"/>
    <w:uiPriority w:val="60"/>
    <w:semiHidden/>
    <w:unhideWhenUsed/>
    <w:rsid w:val="001C4CE1"/>
    <w:pPr>
      <w:spacing w:after="0" w:line="240" w:lineRule="auto"/>
    </w:pPr>
    <w:rPr>
      <w:rFonts w:eastAsia="Times New Roman"/>
      <w:color w:val="124F1A" w:themeColor="accent3" w:themeShade="BF"/>
      <w:kern w:val="0"/>
      <w:szCs w:val="22"/>
      <w:lang w:eastAsia="en-US"/>
      <w14:ligatures w14:val="none"/>
    </w:rPr>
    <w:tblPr>
      <w:tblStyleRowBandSize w:val="1"/>
      <w:tblStyleColBandSize w:val="1"/>
      <w:tblInd w:w="0" w:type="nil"/>
      <w:tblBorders>
        <w:top w:val="single" w:sz="8" w:space="0" w:color="196B24" w:themeColor="accent3"/>
        <w:bottom w:val="single" w:sz="8" w:space="0" w:color="196B24" w:themeColor="accent3"/>
      </w:tblBorders>
    </w:tblPr>
    <w:tblStylePr w:type="firstRow">
      <w:pPr>
        <w:spacing w:beforeLines="0" w:before="0" w:beforeAutospacing="0" w:afterLines="0" w:after="0" w:afterAutospacing="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List-Accent3">
    <w:name w:val="Light List Accent 3"/>
    <w:basedOn w:val="TableNormal"/>
    <w:uiPriority w:val="61"/>
    <w:semiHidden/>
    <w:unhideWhenUsed/>
    <w:rsid w:val="001C4CE1"/>
    <w:pPr>
      <w:spacing w:after="0" w:line="240" w:lineRule="auto"/>
    </w:pPr>
    <w:rPr>
      <w:rFonts w:eastAsia="Times New Roman"/>
      <w:kern w:val="0"/>
      <w:szCs w:val="22"/>
      <w:lang w:eastAsia="en-US"/>
      <w14:ligatures w14:val="none"/>
    </w:rPr>
    <w:tblPr>
      <w:tblStyleRowBandSize w:val="1"/>
      <w:tblStyleColBandSize w:val="1"/>
      <w:tblInd w:w="0" w:type="nil"/>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Lines="0" w:before="0" w:beforeAutospacing="0" w:afterLines="0" w:after="0" w:afterAutospacing="0" w:line="240" w:lineRule="auto"/>
      </w:pPr>
      <w:rPr>
        <w:b/>
        <w:bCs/>
        <w:color w:val="FFFFFF" w:themeColor="background1"/>
      </w:rPr>
      <w:tblPr/>
      <w:tcPr>
        <w:shd w:val="clear" w:color="auto" w:fill="196B24" w:themeFill="accent3"/>
      </w:tcPr>
    </w:tblStylePr>
    <w:tblStylePr w:type="lastRow">
      <w:pPr>
        <w:spacing w:beforeLines="0" w:before="0" w:beforeAutospacing="0" w:afterLines="0" w:after="0" w:afterAutospacing="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Grid-Accent3">
    <w:name w:val="Light Grid Accent 3"/>
    <w:basedOn w:val="TableNormal"/>
    <w:uiPriority w:val="62"/>
    <w:semiHidden/>
    <w:unhideWhenUsed/>
    <w:rsid w:val="001C4CE1"/>
    <w:pPr>
      <w:spacing w:after="0" w:line="240" w:lineRule="auto"/>
    </w:pPr>
    <w:rPr>
      <w:rFonts w:eastAsia="Times New Roman"/>
      <w:kern w:val="0"/>
      <w:szCs w:val="22"/>
      <w:lang w:eastAsia="en-US"/>
      <w14:ligatures w14:val="none"/>
    </w:rPr>
    <w:tblPr>
      <w:tblStyleRowBandSize w:val="1"/>
      <w:tblStyleColBandSize w:val="1"/>
      <w:tblInd w:w="0" w:type="nil"/>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Lines="0" w:before="0" w:beforeAutospacing="0" w:afterLines="0" w:after="0" w:afterAutospacing="0" w:line="240" w:lineRule="auto"/>
      </w:pPr>
      <w:rPr>
        <w:rFonts w:asciiTheme="majorHAnsi" w:eastAsiaTheme="majorEastAsia" w:hAnsiTheme="majorHAnsi" w:cstheme="majorBidi" w:hint="default"/>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Lines="0" w:before="0" w:beforeAutospacing="0" w:afterLines="0" w:after="0" w:afterAutospacing="0" w:line="240" w:lineRule="auto"/>
      </w:pPr>
      <w:rPr>
        <w:rFonts w:asciiTheme="majorHAnsi" w:eastAsiaTheme="majorEastAsia" w:hAnsiTheme="majorHAnsi" w:cstheme="majorBidi" w:hint="default"/>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hint="default"/>
        <w:b/>
        <w:bCs/>
      </w:rPr>
    </w:tblStylePr>
    <w:tblStylePr w:type="lastCol">
      <w:rPr>
        <w:rFonts w:asciiTheme="majorHAnsi" w:eastAsiaTheme="majorEastAsia" w:hAnsiTheme="majorHAnsi" w:cstheme="majorBidi" w:hint="default"/>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MediumShading1-Accent3">
    <w:name w:val="Medium Shading 1 Accent 3"/>
    <w:basedOn w:val="TableNormal"/>
    <w:uiPriority w:val="63"/>
    <w:semiHidden/>
    <w:unhideWhenUsed/>
    <w:rsid w:val="001C4CE1"/>
    <w:pPr>
      <w:spacing w:after="0" w:line="240" w:lineRule="auto"/>
    </w:pPr>
    <w:rPr>
      <w:rFonts w:eastAsia="Times New Roman"/>
      <w:kern w:val="0"/>
      <w:szCs w:val="22"/>
      <w:lang w:eastAsia="en-US"/>
      <w14:ligatures w14:val="none"/>
    </w:rPr>
    <w:tblPr>
      <w:tblStyleRowBandSize w:val="1"/>
      <w:tblStyleColBandSize w:val="1"/>
      <w:tblInd w:w="0" w:type="nil"/>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Lines="0" w:before="0" w:beforeAutospacing="0" w:afterLines="0" w:after="0" w:afterAutospacing="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Lines="0" w:before="0" w:beforeAutospacing="0" w:afterLines="0" w:after="0" w:afterAutospacing="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2-Accent3">
    <w:name w:val="Medium Shading 2 Accent 3"/>
    <w:basedOn w:val="TableNormal"/>
    <w:uiPriority w:val="64"/>
    <w:semiHidden/>
    <w:unhideWhenUsed/>
    <w:rsid w:val="001C4CE1"/>
    <w:pPr>
      <w:spacing w:after="0" w:line="240" w:lineRule="auto"/>
    </w:pPr>
    <w:rPr>
      <w:rFonts w:eastAsia="Times New Roman"/>
      <w:kern w:val="0"/>
      <w:szCs w:val="22"/>
      <w:lang w:eastAsia="en-US"/>
      <w14:ligatures w14:val="none"/>
    </w:rPr>
    <w:tblPr>
      <w:tblStyleRowBandSize w:val="1"/>
      <w:tblStyleColBandSize w:val="1"/>
      <w:tblInd w:w="0" w:type="nil"/>
      <w:tblBorders>
        <w:top w:val="single" w:sz="18" w:space="0" w:color="auto"/>
        <w:bottom w:val="single" w:sz="18" w:space="0" w:color="auto"/>
      </w:tblBorders>
    </w:tblPr>
    <w:tblStylePr w:type="firstRow">
      <w:pPr>
        <w:spacing w:beforeLines="0" w:before="0" w:beforeAutospacing="0" w:afterLines="0" w:after="0" w:afterAutospacing="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Lines="0" w:before="0" w:beforeAutospacing="0" w:afterLines="0" w:after="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Accent3">
    <w:name w:val="Medium List 1 Accent 3"/>
    <w:basedOn w:val="TableNormal"/>
    <w:uiPriority w:val="65"/>
    <w:semiHidden/>
    <w:unhideWhenUsed/>
    <w:rsid w:val="001C4CE1"/>
    <w:pPr>
      <w:spacing w:after="0" w:line="240" w:lineRule="auto"/>
    </w:pPr>
    <w:rPr>
      <w:rFonts w:eastAsia="Times New Roman"/>
      <w:color w:val="000000" w:themeColor="text1"/>
      <w:kern w:val="0"/>
      <w:szCs w:val="22"/>
      <w:lang w:eastAsia="en-US"/>
      <w14:ligatures w14:val="none"/>
    </w:rPr>
    <w:tblPr>
      <w:tblStyleRowBandSize w:val="1"/>
      <w:tblStyleColBandSize w:val="1"/>
      <w:tblInd w:w="0" w:type="nil"/>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hint="default"/>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2-Accent3">
    <w:name w:val="Medium List 2 Accent 3"/>
    <w:basedOn w:val="TableNormal"/>
    <w:uiPriority w:val="66"/>
    <w:semiHidden/>
    <w:unhideWhenUsed/>
    <w:rsid w:val="001C4CE1"/>
    <w:pPr>
      <w:spacing w:after="0" w:line="240" w:lineRule="auto"/>
    </w:pPr>
    <w:rPr>
      <w:rFonts w:asciiTheme="majorHAnsi" w:eastAsiaTheme="majorEastAsia" w:hAnsiTheme="majorHAnsi" w:cstheme="majorBidi"/>
      <w:color w:val="000000" w:themeColor="text1"/>
      <w:kern w:val="0"/>
      <w:szCs w:val="22"/>
      <w:lang w:eastAsia="en-US"/>
      <w14:ligatures w14:val="none"/>
    </w:rPr>
    <w:tblPr>
      <w:tblStyleRowBandSize w:val="1"/>
      <w:tblStyleColBandSize w:val="1"/>
      <w:tblInd w:w="0" w:type="nil"/>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Accent3">
    <w:name w:val="Medium Grid 1 Accent 3"/>
    <w:basedOn w:val="TableNormal"/>
    <w:uiPriority w:val="67"/>
    <w:semiHidden/>
    <w:unhideWhenUsed/>
    <w:rsid w:val="001C4CE1"/>
    <w:pPr>
      <w:spacing w:after="0" w:line="240" w:lineRule="auto"/>
    </w:pPr>
    <w:rPr>
      <w:rFonts w:eastAsia="Times New Roman"/>
      <w:kern w:val="0"/>
      <w:szCs w:val="22"/>
      <w:lang w:eastAsia="en-US"/>
      <w14:ligatures w14:val="none"/>
    </w:rPr>
    <w:tblPr>
      <w:tblStyleRowBandSize w:val="1"/>
      <w:tblStyleColBandSize w:val="1"/>
      <w:tblInd w:w="0" w:type="nil"/>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2-Accent3">
    <w:name w:val="Medium Grid 2 Accent 3"/>
    <w:basedOn w:val="TableNormal"/>
    <w:uiPriority w:val="68"/>
    <w:semiHidden/>
    <w:unhideWhenUsed/>
    <w:rsid w:val="001C4CE1"/>
    <w:pPr>
      <w:spacing w:after="0" w:line="240" w:lineRule="auto"/>
    </w:pPr>
    <w:rPr>
      <w:rFonts w:asciiTheme="majorHAnsi" w:eastAsiaTheme="majorEastAsia" w:hAnsiTheme="majorHAnsi" w:cstheme="majorBidi"/>
      <w:color w:val="000000" w:themeColor="text1"/>
      <w:kern w:val="0"/>
      <w:szCs w:val="22"/>
      <w:lang w:eastAsia="en-US"/>
      <w14:ligatures w14:val="none"/>
    </w:rPr>
    <w:tblPr>
      <w:tblStyleRowBandSize w:val="1"/>
      <w:tblStyleColBandSize w:val="1"/>
      <w:tblInd w:w="0" w:type="nil"/>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3-Accent3">
    <w:name w:val="Medium Grid 3 Accent 3"/>
    <w:basedOn w:val="TableNormal"/>
    <w:uiPriority w:val="69"/>
    <w:semiHidden/>
    <w:unhideWhenUsed/>
    <w:rsid w:val="001C4CE1"/>
    <w:pPr>
      <w:spacing w:after="0" w:line="240" w:lineRule="auto"/>
    </w:pPr>
    <w:rPr>
      <w:rFonts w:eastAsia="Times New Roman"/>
      <w:kern w:val="0"/>
      <w:szCs w:val="22"/>
      <w:lang w:eastAsia="en-US"/>
      <w14:ligatures w14:val="none"/>
    </w:rPr>
    <w:tblPr>
      <w:tblStyleRowBandSize w:val="1"/>
      <w:tblStyleColBandSize w:val="1"/>
      <w:tblInd w:w="0" w:type="nil"/>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DarkList-Accent3">
    <w:name w:val="Dark List Accent 3"/>
    <w:basedOn w:val="TableNormal"/>
    <w:uiPriority w:val="70"/>
    <w:semiHidden/>
    <w:unhideWhenUsed/>
    <w:rsid w:val="001C4CE1"/>
    <w:pPr>
      <w:spacing w:after="0" w:line="240" w:lineRule="auto"/>
    </w:pPr>
    <w:rPr>
      <w:rFonts w:eastAsia="Times New Roman"/>
      <w:color w:val="FFFFFF" w:themeColor="background1"/>
      <w:kern w:val="0"/>
      <w:szCs w:val="22"/>
      <w:lang w:eastAsia="en-US"/>
      <w14:ligatures w14:val="none"/>
    </w:rPr>
    <w:tblPr>
      <w:tblStyleRowBandSize w:val="1"/>
      <w:tblStyleColBandSize w:val="1"/>
      <w:tblInd w:w="0" w:type="nil"/>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ColorfulShading-Accent3">
    <w:name w:val="Colorful Shading Accent 3"/>
    <w:basedOn w:val="TableNormal"/>
    <w:uiPriority w:val="71"/>
    <w:semiHidden/>
    <w:unhideWhenUsed/>
    <w:rsid w:val="001C4CE1"/>
    <w:pPr>
      <w:spacing w:after="0" w:line="240" w:lineRule="auto"/>
    </w:pPr>
    <w:rPr>
      <w:rFonts w:eastAsia="Times New Roman"/>
      <w:color w:val="000000" w:themeColor="text1"/>
      <w:kern w:val="0"/>
      <w:szCs w:val="22"/>
      <w:lang w:eastAsia="en-US"/>
      <w14:ligatures w14:val="none"/>
    </w:rPr>
    <w:tblPr>
      <w:tblStyleRowBandSize w:val="1"/>
      <w:tblStyleColBandSize w:val="1"/>
      <w:tblInd w:w="0" w:type="nil"/>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rfulList-Accent3">
    <w:name w:val="Colorful List Accent 3"/>
    <w:basedOn w:val="TableNormal"/>
    <w:uiPriority w:val="72"/>
    <w:semiHidden/>
    <w:unhideWhenUsed/>
    <w:rsid w:val="001C4CE1"/>
    <w:pPr>
      <w:spacing w:after="0" w:line="240" w:lineRule="auto"/>
    </w:pPr>
    <w:rPr>
      <w:rFonts w:eastAsia="Times New Roman"/>
      <w:color w:val="000000" w:themeColor="text1"/>
      <w:kern w:val="0"/>
      <w:szCs w:val="22"/>
      <w:lang w:eastAsia="en-US"/>
      <w14:ligatures w14:val="none"/>
    </w:rPr>
    <w:tblPr>
      <w:tblStyleRowBandSize w:val="1"/>
      <w:tblStyleColBandSize w:val="1"/>
      <w:tblInd w:w="0" w:type="nil"/>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rfulGrid-Accent3">
    <w:name w:val="Colorful Grid Accent 3"/>
    <w:basedOn w:val="TableNormal"/>
    <w:uiPriority w:val="73"/>
    <w:semiHidden/>
    <w:unhideWhenUsed/>
    <w:rsid w:val="001C4CE1"/>
    <w:pPr>
      <w:spacing w:after="0" w:line="240" w:lineRule="auto"/>
    </w:pPr>
    <w:rPr>
      <w:rFonts w:eastAsia="Times New Roman"/>
      <w:color w:val="000000" w:themeColor="text1"/>
      <w:kern w:val="0"/>
      <w:szCs w:val="22"/>
      <w:lang w:eastAsia="en-US"/>
      <w14:ligatures w14:val="none"/>
    </w:rPr>
    <w:tblPr>
      <w:tblStyleRowBandSize w:val="1"/>
      <w:tblStyleColBandSize w:val="1"/>
      <w:tblInd w:w="0" w:type="nil"/>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LightShading-Accent4">
    <w:name w:val="Light Shading Accent 4"/>
    <w:basedOn w:val="TableNormal"/>
    <w:uiPriority w:val="60"/>
    <w:semiHidden/>
    <w:unhideWhenUsed/>
    <w:rsid w:val="001C4CE1"/>
    <w:pPr>
      <w:spacing w:after="0" w:line="240" w:lineRule="auto"/>
    </w:pPr>
    <w:rPr>
      <w:rFonts w:eastAsia="Times New Roman"/>
      <w:color w:val="0B769F" w:themeColor="accent4" w:themeShade="BF"/>
      <w:kern w:val="0"/>
      <w:szCs w:val="22"/>
      <w:lang w:eastAsia="en-US"/>
      <w14:ligatures w14:val="none"/>
    </w:rPr>
    <w:tblPr>
      <w:tblStyleRowBandSize w:val="1"/>
      <w:tblStyleColBandSize w:val="1"/>
      <w:tblInd w:w="0" w:type="nil"/>
      <w:tblBorders>
        <w:top w:val="single" w:sz="8" w:space="0" w:color="0F9ED5" w:themeColor="accent4"/>
        <w:bottom w:val="single" w:sz="8" w:space="0" w:color="0F9ED5" w:themeColor="accent4"/>
      </w:tblBorders>
    </w:tblPr>
    <w:tblStylePr w:type="firstRow">
      <w:pPr>
        <w:spacing w:beforeLines="0" w:before="0" w:beforeAutospacing="0" w:afterLines="0" w:after="0" w:afterAutospacing="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List-Accent4">
    <w:name w:val="Light List Accent 4"/>
    <w:basedOn w:val="TableNormal"/>
    <w:uiPriority w:val="61"/>
    <w:semiHidden/>
    <w:unhideWhenUsed/>
    <w:rsid w:val="001C4CE1"/>
    <w:pPr>
      <w:spacing w:after="0" w:line="240" w:lineRule="auto"/>
    </w:pPr>
    <w:rPr>
      <w:rFonts w:eastAsia="Times New Roman"/>
      <w:kern w:val="0"/>
      <w:szCs w:val="22"/>
      <w:lang w:eastAsia="en-US"/>
      <w14:ligatures w14:val="none"/>
    </w:rPr>
    <w:tblPr>
      <w:tblStyleRowBandSize w:val="1"/>
      <w:tblStyleColBandSize w:val="1"/>
      <w:tblInd w:w="0" w:type="nil"/>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Lines="0" w:before="0" w:beforeAutospacing="0" w:afterLines="0" w:after="0" w:afterAutospacing="0" w:line="240" w:lineRule="auto"/>
      </w:pPr>
      <w:rPr>
        <w:b/>
        <w:bCs/>
        <w:color w:val="FFFFFF" w:themeColor="background1"/>
      </w:rPr>
      <w:tblPr/>
      <w:tcPr>
        <w:shd w:val="clear" w:color="auto" w:fill="0F9ED5" w:themeFill="accent4"/>
      </w:tcPr>
    </w:tblStylePr>
    <w:tblStylePr w:type="lastRow">
      <w:pPr>
        <w:spacing w:beforeLines="0" w:before="0" w:beforeAutospacing="0" w:afterLines="0" w:after="0" w:afterAutospacing="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Grid-Accent4">
    <w:name w:val="Light Grid Accent 4"/>
    <w:basedOn w:val="TableNormal"/>
    <w:uiPriority w:val="62"/>
    <w:semiHidden/>
    <w:unhideWhenUsed/>
    <w:rsid w:val="001C4CE1"/>
    <w:pPr>
      <w:spacing w:after="0" w:line="240" w:lineRule="auto"/>
    </w:pPr>
    <w:rPr>
      <w:rFonts w:eastAsia="Times New Roman"/>
      <w:kern w:val="0"/>
      <w:szCs w:val="22"/>
      <w:lang w:eastAsia="en-US"/>
      <w14:ligatures w14:val="none"/>
    </w:rPr>
    <w:tblPr>
      <w:tblStyleRowBandSize w:val="1"/>
      <w:tblStyleColBandSize w:val="1"/>
      <w:tblInd w:w="0" w:type="nil"/>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Lines="0" w:before="0" w:beforeAutospacing="0" w:afterLines="0" w:after="0" w:afterAutospacing="0" w:line="240" w:lineRule="auto"/>
      </w:pPr>
      <w:rPr>
        <w:rFonts w:asciiTheme="majorHAnsi" w:eastAsiaTheme="majorEastAsia" w:hAnsiTheme="majorHAnsi" w:cstheme="majorBidi" w:hint="default"/>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Lines="0" w:before="0" w:beforeAutospacing="0" w:afterLines="0" w:after="0" w:afterAutospacing="0" w:line="240" w:lineRule="auto"/>
      </w:pPr>
      <w:rPr>
        <w:rFonts w:asciiTheme="majorHAnsi" w:eastAsiaTheme="majorEastAsia" w:hAnsiTheme="majorHAnsi" w:cstheme="majorBidi" w:hint="default"/>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hint="default"/>
        <w:b/>
        <w:bCs/>
      </w:rPr>
    </w:tblStylePr>
    <w:tblStylePr w:type="lastCol">
      <w:rPr>
        <w:rFonts w:asciiTheme="majorHAnsi" w:eastAsiaTheme="majorEastAsia" w:hAnsiTheme="majorHAnsi" w:cstheme="majorBidi" w:hint="default"/>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MediumShading1-Accent4">
    <w:name w:val="Medium Shading 1 Accent 4"/>
    <w:basedOn w:val="TableNormal"/>
    <w:uiPriority w:val="63"/>
    <w:semiHidden/>
    <w:unhideWhenUsed/>
    <w:rsid w:val="001C4CE1"/>
    <w:pPr>
      <w:spacing w:after="0" w:line="240" w:lineRule="auto"/>
    </w:pPr>
    <w:rPr>
      <w:rFonts w:eastAsia="Times New Roman"/>
      <w:kern w:val="0"/>
      <w:szCs w:val="22"/>
      <w:lang w:eastAsia="en-US"/>
      <w14:ligatures w14:val="none"/>
    </w:rPr>
    <w:tblPr>
      <w:tblStyleRowBandSize w:val="1"/>
      <w:tblStyleColBandSize w:val="1"/>
      <w:tblInd w:w="0" w:type="nil"/>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Lines="0" w:before="0" w:beforeAutospacing="0" w:afterLines="0" w:after="0" w:afterAutospacing="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Lines="0" w:before="0" w:beforeAutospacing="0" w:afterLines="0" w:after="0" w:afterAutospacing="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2-Accent4">
    <w:name w:val="Medium Shading 2 Accent 4"/>
    <w:basedOn w:val="TableNormal"/>
    <w:uiPriority w:val="64"/>
    <w:semiHidden/>
    <w:unhideWhenUsed/>
    <w:rsid w:val="001C4CE1"/>
    <w:pPr>
      <w:spacing w:after="0" w:line="240" w:lineRule="auto"/>
    </w:pPr>
    <w:rPr>
      <w:rFonts w:eastAsia="Times New Roman"/>
      <w:kern w:val="0"/>
      <w:szCs w:val="22"/>
      <w:lang w:eastAsia="en-US"/>
      <w14:ligatures w14:val="none"/>
    </w:rPr>
    <w:tblPr>
      <w:tblStyleRowBandSize w:val="1"/>
      <w:tblStyleColBandSize w:val="1"/>
      <w:tblInd w:w="0" w:type="nil"/>
      <w:tblBorders>
        <w:top w:val="single" w:sz="18" w:space="0" w:color="auto"/>
        <w:bottom w:val="single" w:sz="18" w:space="0" w:color="auto"/>
      </w:tblBorders>
    </w:tblPr>
    <w:tblStylePr w:type="firstRow">
      <w:pPr>
        <w:spacing w:beforeLines="0" w:before="0" w:beforeAutospacing="0" w:afterLines="0" w:after="0" w:afterAutospacing="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Lines="0" w:before="0" w:beforeAutospacing="0" w:afterLines="0" w:after="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Accent4">
    <w:name w:val="Medium List 1 Accent 4"/>
    <w:basedOn w:val="TableNormal"/>
    <w:uiPriority w:val="65"/>
    <w:semiHidden/>
    <w:unhideWhenUsed/>
    <w:rsid w:val="001C4CE1"/>
    <w:pPr>
      <w:spacing w:after="0" w:line="240" w:lineRule="auto"/>
    </w:pPr>
    <w:rPr>
      <w:rFonts w:eastAsia="Times New Roman"/>
      <w:color w:val="000000" w:themeColor="text1"/>
      <w:kern w:val="0"/>
      <w:szCs w:val="22"/>
      <w:lang w:eastAsia="en-US"/>
      <w14:ligatures w14:val="none"/>
    </w:rPr>
    <w:tblPr>
      <w:tblStyleRowBandSize w:val="1"/>
      <w:tblStyleColBandSize w:val="1"/>
      <w:tblInd w:w="0" w:type="nil"/>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hint="default"/>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2-Accent4">
    <w:name w:val="Medium List 2 Accent 4"/>
    <w:basedOn w:val="TableNormal"/>
    <w:uiPriority w:val="66"/>
    <w:semiHidden/>
    <w:unhideWhenUsed/>
    <w:rsid w:val="001C4CE1"/>
    <w:pPr>
      <w:spacing w:after="0" w:line="240" w:lineRule="auto"/>
    </w:pPr>
    <w:rPr>
      <w:rFonts w:asciiTheme="majorHAnsi" w:eastAsiaTheme="majorEastAsia" w:hAnsiTheme="majorHAnsi" w:cstheme="majorBidi"/>
      <w:color w:val="000000" w:themeColor="text1"/>
      <w:kern w:val="0"/>
      <w:szCs w:val="22"/>
      <w:lang w:eastAsia="en-US"/>
      <w14:ligatures w14:val="none"/>
    </w:rPr>
    <w:tblPr>
      <w:tblStyleRowBandSize w:val="1"/>
      <w:tblStyleColBandSize w:val="1"/>
      <w:tblInd w:w="0" w:type="nil"/>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Accent4">
    <w:name w:val="Medium Grid 1 Accent 4"/>
    <w:basedOn w:val="TableNormal"/>
    <w:uiPriority w:val="67"/>
    <w:semiHidden/>
    <w:unhideWhenUsed/>
    <w:rsid w:val="001C4CE1"/>
    <w:pPr>
      <w:spacing w:after="0" w:line="240" w:lineRule="auto"/>
    </w:pPr>
    <w:rPr>
      <w:rFonts w:eastAsia="Times New Roman"/>
      <w:kern w:val="0"/>
      <w:szCs w:val="22"/>
      <w:lang w:eastAsia="en-US"/>
      <w14:ligatures w14:val="none"/>
    </w:rPr>
    <w:tblPr>
      <w:tblStyleRowBandSize w:val="1"/>
      <w:tblStyleColBandSize w:val="1"/>
      <w:tblInd w:w="0" w:type="nil"/>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2-Accent4">
    <w:name w:val="Medium Grid 2 Accent 4"/>
    <w:basedOn w:val="TableNormal"/>
    <w:uiPriority w:val="68"/>
    <w:semiHidden/>
    <w:unhideWhenUsed/>
    <w:rsid w:val="001C4CE1"/>
    <w:pPr>
      <w:spacing w:after="0" w:line="240" w:lineRule="auto"/>
    </w:pPr>
    <w:rPr>
      <w:rFonts w:asciiTheme="majorHAnsi" w:eastAsiaTheme="majorEastAsia" w:hAnsiTheme="majorHAnsi" w:cstheme="majorBidi"/>
      <w:color w:val="000000" w:themeColor="text1"/>
      <w:kern w:val="0"/>
      <w:szCs w:val="22"/>
      <w:lang w:eastAsia="en-US"/>
      <w14:ligatures w14:val="none"/>
    </w:rPr>
    <w:tblPr>
      <w:tblStyleRowBandSize w:val="1"/>
      <w:tblStyleColBandSize w:val="1"/>
      <w:tblInd w:w="0" w:type="nil"/>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3-Accent4">
    <w:name w:val="Medium Grid 3 Accent 4"/>
    <w:basedOn w:val="TableNormal"/>
    <w:uiPriority w:val="69"/>
    <w:semiHidden/>
    <w:unhideWhenUsed/>
    <w:rsid w:val="001C4CE1"/>
    <w:pPr>
      <w:spacing w:after="0" w:line="240" w:lineRule="auto"/>
    </w:pPr>
    <w:rPr>
      <w:rFonts w:eastAsia="Times New Roman"/>
      <w:kern w:val="0"/>
      <w:szCs w:val="22"/>
      <w:lang w:eastAsia="en-US"/>
      <w14:ligatures w14:val="none"/>
    </w:rPr>
    <w:tblPr>
      <w:tblStyleRowBandSize w:val="1"/>
      <w:tblStyleColBandSize w:val="1"/>
      <w:tblInd w:w="0" w:type="nil"/>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DarkList-Accent4">
    <w:name w:val="Dark List Accent 4"/>
    <w:basedOn w:val="TableNormal"/>
    <w:uiPriority w:val="70"/>
    <w:semiHidden/>
    <w:unhideWhenUsed/>
    <w:rsid w:val="001C4CE1"/>
    <w:pPr>
      <w:spacing w:after="0" w:line="240" w:lineRule="auto"/>
    </w:pPr>
    <w:rPr>
      <w:rFonts w:eastAsia="Times New Roman"/>
      <w:color w:val="FFFFFF" w:themeColor="background1"/>
      <w:kern w:val="0"/>
      <w:szCs w:val="22"/>
      <w:lang w:eastAsia="en-US"/>
      <w14:ligatures w14:val="none"/>
    </w:rPr>
    <w:tblPr>
      <w:tblStyleRowBandSize w:val="1"/>
      <w:tblStyleColBandSize w:val="1"/>
      <w:tblInd w:w="0" w:type="nil"/>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ColorfulShading-Accent4">
    <w:name w:val="Colorful Shading Accent 4"/>
    <w:basedOn w:val="TableNormal"/>
    <w:uiPriority w:val="71"/>
    <w:semiHidden/>
    <w:unhideWhenUsed/>
    <w:rsid w:val="001C4CE1"/>
    <w:pPr>
      <w:spacing w:after="0" w:line="240" w:lineRule="auto"/>
    </w:pPr>
    <w:rPr>
      <w:rFonts w:eastAsia="Times New Roman"/>
      <w:color w:val="000000" w:themeColor="text1"/>
      <w:kern w:val="0"/>
      <w:szCs w:val="22"/>
      <w:lang w:eastAsia="en-US"/>
      <w14:ligatures w14:val="none"/>
    </w:rPr>
    <w:tblPr>
      <w:tblStyleRowBandSize w:val="1"/>
      <w:tblStyleColBandSize w:val="1"/>
      <w:tblInd w:w="0" w:type="nil"/>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rfulList-Accent4">
    <w:name w:val="Colorful List Accent 4"/>
    <w:basedOn w:val="TableNormal"/>
    <w:uiPriority w:val="72"/>
    <w:semiHidden/>
    <w:unhideWhenUsed/>
    <w:rsid w:val="001C4CE1"/>
    <w:pPr>
      <w:spacing w:after="0" w:line="240" w:lineRule="auto"/>
    </w:pPr>
    <w:rPr>
      <w:rFonts w:eastAsia="Times New Roman"/>
      <w:color w:val="000000" w:themeColor="text1"/>
      <w:kern w:val="0"/>
      <w:szCs w:val="22"/>
      <w:lang w:eastAsia="en-US"/>
      <w14:ligatures w14:val="none"/>
    </w:rPr>
    <w:tblPr>
      <w:tblStyleRowBandSize w:val="1"/>
      <w:tblStyleColBandSize w:val="1"/>
      <w:tblInd w:w="0" w:type="nil"/>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rfulGrid-Accent4">
    <w:name w:val="Colorful Grid Accent 4"/>
    <w:basedOn w:val="TableNormal"/>
    <w:uiPriority w:val="73"/>
    <w:semiHidden/>
    <w:unhideWhenUsed/>
    <w:rsid w:val="001C4CE1"/>
    <w:pPr>
      <w:spacing w:after="0" w:line="240" w:lineRule="auto"/>
    </w:pPr>
    <w:rPr>
      <w:rFonts w:eastAsia="Times New Roman"/>
      <w:color w:val="000000" w:themeColor="text1"/>
      <w:kern w:val="0"/>
      <w:szCs w:val="22"/>
      <w:lang w:eastAsia="en-US"/>
      <w14:ligatures w14:val="none"/>
    </w:rPr>
    <w:tblPr>
      <w:tblStyleRowBandSize w:val="1"/>
      <w:tblStyleColBandSize w:val="1"/>
      <w:tblInd w:w="0" w:type="nil"/>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LightShading-Accent5">
    <w:name w:val="Light Shading Accent 5"/>
    <w:basedOn w:val="TableNormal"/>
    <w:uiPriority w:val="60"/>
    <w:semiHidden/>
    <w:unhideWhenUsed/>
    <w:rsid w:val="001C4CE1"/>
    <w:pPr>
      <w:spacing w:after="0" w:line="240" w:lineRule="auto"/>
    </w:pPr>
    <w:rPr>
      <w:rFonts w:eastAsia="Times New Roman"/>
      <w:color w:val="77206D" w:themeColor="accent5" w:themeShade="BF"/>
      <w:kern w:val="0"/>
      <w:szCs w:val="22"/>
      <w:lang w:eastAsia="en-US"/>
      <w14:ligatures w14:val="none"/>
    </w:rPr>
    <w:tblPr>
      <w:tblStyleRowBandSize w:val="1"/>
      <w:tblStyleColBandSize w:val="1"/>
      <w:tblInd w:w="0" w:type="nil"/>
      <w:tblBorders>
        <w:top w:val="single" w:sz="8" w:space="0" w:color="A02B93" w:themeColor="accent5"/>
        <w:bottom w:val="single" w:sz="8" w:space="0" w:color="A02B93" w:themeColor="accent5"/>
      </w:tblBorders>
    </w:tblPr>
    <w:tblStylePr w:type="firstRow">
      <w:pPr>
        <w:spacing w:beforeLines="0" w:before="0" w:beforeAutospacing="0" w:afterLines="0" w:after="0" w:afterAutospacing="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List-Accent5">
    <w:name w:val="Light List Accent 5"/>
    <w:basedOn w:val="TableNormal"/>
    <w:uiPriority w:val="61"/>
    <w:semiHidden/>
    <w:unhideWhenUsed/>
    <w:rsid w:val="001C4CE1"/>
    <w:pPr>
      <w:spacing w:after="0" w:line="240" w:lineRule="auto"/>
    </w:pPr>
    <w:rPr>
      <w:rFonts w:eastAsia="Times New Roman"/>
      <w:kern w:val="0"/>
      <w:szCs w:val="22"/>
      <w:lang w:eastAsia="en-US"/>
      <w14:ligatures w14:val="none"/>
    </w:rPr>
    <w:tblPr>
      <w:tblStyleRowBandSize w:val="1"/>
      <w:tblStyleColBandSize w:val="1"/>
      <w:tblInd w:w="0" w:type="nil"/>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Lines="0" w:before="0" w:beforeAutospacing="0" w:afterLines="0" w:after="0" w:afterAutospacing="0" w:line="240" w:lineRule="auto"/>
      </w:pPr>
      <w:rPr>
        <w:b/>
        <w:bCs/>
        <w:color w:val="FFFFFF" w:themeColor="background1"/>
      </w:rPr>
      <w:tblPr/>
      <w:tcPr>
        <w:shd w:val="clear" w:color="auto" w:fill="A02B93" w:themeFill="accent5"/>
      </w:tcPr>
    </w:tblStylePr>
    <w:tblStylePr w:type="lastRow">
      <w:pPr>
        <w:spacing w:beforeLines="0" w:before="0" w:beforeAutospacing="0" w:afterLines="0" w:after="0" w:afterAutospacing="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Grid-Accent5">
    <w:name w:val="Light Grid Accent 5"/>
    <w:basedOn w:val="TableNormal"/>
    <w:uiPriority w:val="62"/>
    <w:semiHidden/>
    <w:unhideWhenUsed/>
    <w:rsid w:val="001C4CE1"/>
    <w:pPr>
      <w:spacing w:after="0" w:line="240" w:lineRule="auto"/>
    </w:pPr>
    <w:rPr>
      <w:rFonts w:eastAsia="Times New Roman"/>
      <w:kern w:val="0"/>
      <w:szCs w:val="22"/>
      <w:lang w:eastAsia="en-US"/>
      <w14:ligatures w14:val="none"/>
    </w:rPr>
    <w:tblPr>
      <w:tblStyleRowBandSize w:val="1"/>
      <w:tblStyleColBandSize w:val="1"/>
      <w:tblInd w:w="0" w:type="nil"/>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Lines="0" w:before="0" w:beforeAutospacing="0" w:afterLines="0" w:after="0" w:afterAutospacing="0" w:line="240" w:lineRule="auto"/>
      </w:pPr>
      <w:rPr>
        <w:rFonts w:asciiTheme="majorHAnsi" w:eastAsiaTheme="majorEastAsia" w:hAnsiTheme="majorHAnsi" w:cstheme="majorBidi" w:hint="default"/>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Lines="0" w:before="0" w:beforeAutospacing="0" w:afterLines="0" w:after="0" w:afterAutospacing="0" w:line="240" w:lineRule="auto"/>
      </w:pPr>
      <w:rPr>
        <w:rFonts w:asciiTheme="majorHAnsi" w:eastAsiaTheme="majorEastAsia" w:hAnsiTheme="majorHAnsi" w:cstheme="majorBidi" w:hint="default"/>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hint="default"/>
        <w:b/>
        <w:bCs/>
      </w:rPr>
    </w:tblStylePr>
    <w:tblStylePr w:type="lastCol">
      <w:rPr>
        <w:rFonts w:asciiTheme="majorHAnsi" w:eastAsiaTheme="majorEastAsia" w:hAnsiTheme="majorHAnsi" w:cstheme="majorBidi" w:hint="default"/>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MediumShading1-Accent5">
    <w:name w:val="Medium Shading 1 Accent 5"/>
    <w:basedOn w:val="TableNormal"/>
    <w:uiPriority w:val="63"/>
    <w:semiHidden/>
    <w:unhideWhenUsed/>
    <w:rsid w:val="001C4CE1"/>
    <w:pPr>
      <w:spacing w:after="0" w:line="240" w:lineRule="auto"/>
    </w:pPr>
    <w:rPr>
      <w:rFonts w:eastAsia="Times New Roman"/>
      <w:kern w:val="0"/>
      <w:szCs w:val="22"/>
      <w:lang w:eastAsia="en-US"/>
      <w14:ligatures w14:val="none"/>
    </w:rPr>
    <w:tblPr>
      <w:tblStyleRowBandSize w:val="1"/>
      <w:tblStyleColBandSize w:val="1"/>
      <w:tblInd w:w="0" w:type="nil"/>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Lines="0" w:before="0" w:beforeAutospacing="0" w:afterLines="0" w:after="0" w:afterAutospacing="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Lines="0" w:before="0" w:beforeAutospacing="0" w:afterLines="0" w:after="0" w:afterAutospacing="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2-Accent5">
    <w:name w:val="Medium Shading 2 Accent 5"/>
    <w:basedOn w:val="TableNormal"/>
    <w:uiPriority w:val="64"/>
    <w:semiHidden/>
    <w:unhideWhenUsed/>
    <w:rsid w:val="001C4CE1"/>
    <w:pPr>
      <w:spacing w:after="0" w:line="240" w:lineRule="auto"/>
    </w:pPr>
    <w:rPr>
      <w:rFonts w:eastAsia="Times New Roman"/>
      <w:kern w:val="0"/>
      <w:szCs w:val="22"/>
      <w:lang w:eastAsia="en-US"/>
      <w14:ligatures w14:val="none"/>
    </w:rPr>
    <w:tblPr>
      <w:tblStyleRowBandSize w:val="1"/>
      <w:tblStyleColBandSize w:val="1"/>
      <w:tblInd w:w="0" w:type="nil"/>
      <w:tblBorders>
        <w:top w:val="single" w:sz="18" w:space="0" w:color="auto"/>
        <w:bottom w:val="single" w:sz="18" w:space="0" w:color="auto"/>
      </w:tblBorders>
    </w:tblPr>
    <w:tblStylePr w:type="firstRow">
      <w:pPr>
        <w:spacing w:beforeLines="0" w:before="0" w:beforeAutospacing="0" w:afterLines="0" w:after="0" w:afterAutospacing="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Lines="0" w:before="0" w:beforeAutospacing="0" w:afterLines="0" w:after="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Accent5">
    <w:name w:val="Medium List 1 Accent 5"/>
    <w:basedOn w:val="TableNormal"/>
    <w:uiPriority w:val="65"/>
    <w:semiHidden/>
    <w:unhideWhenUsed/>
    <w:rsid w:val="001C4CE1"/>
    <w:pPr>
      <w:spacing w:after="0" w:line="240" w:lineRule="auto"/>
    </w:pPr>
    <w:rPr>
      <w:rFonts w:eastAsia="Times New Roman"/>
      <w:color w:val="000000" w:themeColor="text1"/>
      <w:kern w:val="0"/>
      <w:szCs w:val="22"/>
      <w:lang w:eastAsia="en-US"/>
      <w14:ligatures w14:val="none"/>
    </w:rPr>
    <w:tblPr>
      <w:tblStyleRowBandSize w:val="1"/>
      <w:tblStyleColBandSize w:val="1"/>
      <w:tblInd w:w="0" w:type="nil"/>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hint="default"/>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2-Accent5">
    <w:name w:val="Medium List 2 Accent 5"/>
    <w:basedOn w:val="TableNormal"/>
    <w:uiPriority w:val="66"/>
    <w:semiHidden/>
    <w:unhideWhenUsed/>
    <w:rsid w:val="001C4CE1"/>
    <w:pPr>
      <w:spacing w:after="0" w:line="240" w:lineRule="auto"/>
    </w:pPr>
    <w:rPr>
      <w:rFonts w:asciiTheme="majorHAnsi" w:eastAsiaTheme="majorEastAsia" w:hAnsiTheme="majorHAnsi" w:cstheme="majorBidi"/>
      <w:color w:val="000000" w:themeColor="text1"/>
      <w:kern w:val="0"/>
      <w:szCs w:val="22"/>
      <w:lang w:eastAsia="en-US"/>
      <w14:ligatures w14:val="none"/>
    </w:rPr>
    <w:tblPr>
      <w:tblStyleRowBandSize w:val="1"/>
      <w:tblStyleColBandSize w:val="1"/>
      <w:tblInd w:w="0" w:type="nil"/>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Accent5">
    <w:name w:val="Medium Grid 1 Accent 5"/>
    <w:basedOn w:val="TableNormal"/>
    <w:uiPriority w:val="67"/>
    <w:semiHidden/>
    <w:unhideWhenUsed/>
    <w:rsid w:val="001C4CE1"/>
    <w:pPr>
      <w:spacing w:after="0" w:line="240" w:lineRule="auto"/>
    </w:pPr>
    <w:rPr>
      <w:rFonts w:eastAsia="Times New Roman"/>
      <w:kern w:val="0"/>
      <w:szCs w:val="22"/>
      <w:lang w:eastAsia="en-US"/>
      <w14:ligatures w14:val="none"/>
    </w:rPr>
    <w:tblPr>
      <w:tblStyleRowBandSize w:val="1"/>
      <w:tblStyleColBandSize w:val="1"/>
      <w:tblInd w:w="0" w:type="nil"/>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2-Accent5">
    <w:name w:val="Medium Grid 2 Accent 5"/>
    <w:basedOn w:val="TableNormal"/>
    <w:uiPriority w:val="68"/>
    <w:semiHidden/>
    <w:unhideWhenUsed/>
    <w:rsid w:val="001C4CE1"/>
    <w:pPr>
      <w:spacing w:after="0" w:line="240" w:lineRule="auto"/>
    </w:pPr>
    <w:rPr>
      <w:rFonts w:asciiTheme="majorHAnsi" w:eastAsiaTheme="majorEastAsia" w:hAnsiTheme="majorHAnsi" w:cstheme="majorBidi"/>
      <w:color w:val="000000" w:themeColor="text1"/>
      <w:kern w:val="0"/>
      <w:szCs w:val="22"/>
      <w:lang w:eastAsia="en-US"/>
      <w14:ligatures w14:val="none"/>
    </w:rPr>
    <w:tblPr>
      <w:tblStyleRowBandSize w:val="1"/>
      <w:tblStyleColBandSize w:val="1"/>
      <w:tblInd w:w="0" w:type="nil"/>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3-Accent5">
    <w:name w:val="Medium Grid 3 Accent 5"/>
    <w:basedOn w:val="TableNormal"/>
    <w:uiPriority w:val="69"/>
    <w:semiHidden/>
    <w:unhideWhenUsed/>
    <w:rsid w:val="001C4CE1"/>
    <w:pPr>
      <w:spacing w:after="0" w:line="240" w:lineRule="auto"/>
    </w:pPr>
    <w:rPr>
      <w:rFonts w:eastAsia="Times New Roman"/>
      <w:kern w:val="0"/>
      <w:szCs w:val="22"/>
      <w:lang w:eastAsia="en-US"/>
      <w14:ligatures w14:val="none"/>
    </w:rPr>
    <w:tblPr>
      <w:tblStyleRowBandSize w:val="1"/>
      <w:tblStyleColBandSize w:val="1"/>
      <w:tblInd w:w="0" w:type="nil"/>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DarkList-Accent5">
    <w:name w:val="Dark List Accent 5"/>
    <w:basedOn w:val="TableNormal"/>
    <w:uiPriority w:val="70"/>
    <w:semiHidden/>
    <w:unhideWhenUsed/>
    <w:rsid w:val="001C4CE1"/>
    <w:pPr>
      <w:spacing w:after="0" w:line="240" w:lineRule="auto"/>
    </w:pPr>
    <w:rPr>
      <w:rFonts w:eastAsia="Times New Roman"/>
      <w:color w:val="FFFFFF" w:themeColor="background1"/>
      <w:kern w:val="0"/>
      <w:szCs w:val="22"/>
      <w:lang w:eastAsia="en-US"/>
      <w14:ligatures w14:val="none"/>
    </w:rPr>
    <w:tblPr>
      <w:tblStyleRowBandSize w:val="1"/>
      <w:tblStyleColBandSize w:val="1"/>
      <w:tblInd w:w="0" w:type="nil"/>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ColorfulShading-Accent5">
    <w:name w:val="Colorful Shading Accent 5"/>
    <w:basedOn w:val="TableNormal"/>
    <w:uiPriority w:val="71"/>
    <w:semiHidden/>
    <w:unhideWhenUsed/>
    <w:rsid w:val="001C4CE1"/>
    <w:pPr>
      <w:spacing w:after="0" w:line="240" w:lineRule="auto"/>
    </w:pPr>
    <w:rPr>
      <w:rFonts w:eastAsia="Times New Roman"/>
      <w:color w:val="000000" w:themeColor="text1"/>
      <w:kern w:val="0"/>
      <w:szCs w:val="22"/>
      <w:lang w:eastAsia="en-US"/>
      <w14:ligatures w14:val="none"/>
    </w:rPr>
    <w:tblPr>
      <w:tblStyleRowBandSize w:val="1"/>
      <w:tblStyleColBandSize w:val="1"/>
      <w:tblInd w:w="0" w:type="nil"/>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rfulList-Accent5">
    <w:name w:val="Colorful List Accent 5"/>
    <w:basedOn w:val="TableNormal"/>
    <w:uiPriority w:val="72"/>
    <w:semiHidden/>
    <w:unhideWhenUsed/>
    <w:rsid w:val="001C4CE1"/>
    <w:pPr>
      <w:spacing w:after="0" w:line="240" w:lineRule="auto"/>
    </w:pPr>
    <w:rPr>
      <w:rFonts w:eastAsia="Times New Roman"/>
      <w:color w:val="000000" w:themeColor="text1"/>
      <w:kern w:val="0"/>
      <w:szCs w:val="22"/>
      <w:lang w:eastAsia="en-US"/>
      <w14:ligatures w14:val="none"/>
    </w:rPr>
    <w:tblPr>
      <w:tblStyleRowBandSize w:val="1"/>
      <w:tblStyleColBandSize w:val="1"/>
      <w:tblInd w:w="0" w:type="nil"/>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rfulGrid-Accent5">
    <w:name w:val="Colorful Grid Accent 5"/>
    <w:basedOn w:val="TableNormal"/>
    <w:uiPriority w:val="73"/>
    <w:semiHidden/>
    <w:unhideWhenUsed/>
    <w:rsid w:val="001C4CE1"/>
    <w:pPr>
      <w:spacing w:after="0" w:line="240" w:lineRule="auto"/>
    </w:pPr>
    <w:rPr>
      <w:rFonts w:eastAsia="Times New Roman"/>
      <w:color w:val="000000" w:themeColor="text1"/>
      <w:kern w:val="0"/>
      <w:szCs w:val="22"/>
      <w:lang w:eastAsia="en-US"/>
      <w14:ligatures w14:val="none"/>
    </w:rPr>
    <w:tblPr>
      <w:tblStyleRowBandSize w:val="1"/>
      <w:tblStyleColBandSize w:val="1"/>
      <w:tblInd w:w="0" w:type="nil"/>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LightShading-Accent6">
    <w:name w:val="Light Shading Accent 6"/>
    <w:basedOn w:val="TableNormal"/>
    <w:uiPriority w:val="60"/>
    <w:semiHidden/>
    <w:unhideWhenUsed/>
    <w:rsid w:val="001C4CE1"/>
    <w:pPr>
      <w:spacing w:after="0" w:line="240" w:lineRule="auto"/>
    </w:pPr>
    <w:rPr>
      <w:rFonts w:eastAsia="Times New Roman"/>
      <w:color w:val="3A7C22" w:themeColor="accent6" w:themeShade="BF"/>
      <w:kern w:val="0"/>
      <w:szCs w:val="22"/>
      <w:lang w:eastAsia="en-US"/>
      <w14:ligatures w14:val="none"/>
    </w:rPr>
    <w:tblPr>
      <w:tblStyleRowBandSize w:val="1"/>
      <w:tblStyleColBandSize w:val="1"/>
      <w:tblInd w:w="0" w:type="nil"/>
      <w:tblBorders>
        <w:top w:val="single" w:sz="8" w:space="0" w:color="4EA72E" w:themeColor="accent6"/>
        <w:bottom w:val="single" w:sz="8" w:space="0" w:color="4EA72E" w:themeColor="accent6"/>
      </w:tblBorders>
    </w:tblPr>
    <w:tblStylePr w:type="firstRow">
      <w:pPr>
        <w:spacing w:beforeLines="0" w:before="0" w:beforeAutospacing="0" w:afterLines="0" w:after="0" w:afterAutospacing="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Accent6">
    <w:name w:val="Light List Accent 6"/>
    <w:basedOn w:val="TableNormal"/>
    <w:uiPriority w:val="61"/>
    <w:semiHidden/>
    <w:unhideWhenUsed/>
    <w:rsid w:val="001C4CE1"/>
    <w:pPr>
      <w:spacing w:after="0" w:line="240" w:lineRule="auto"/>
    </w:pPr>
    <w:rPr>
      <w:rFonts w:eastAsia="Times New Roman"/>
      <w:kern w:val="0"/>
      <w:szCs w:val="22"/>
      <w:lang w:eastAsia="en-US"/>
      <w14:ligatures w14:val="none"/>
    </w:rPr>
    <w:tblPr>
      <w:tblStyleRowBandSize w:val="1"/>
      <w:tblStyleColBandSize w:val="1"/>
      <w:tblInd w:w="0" w:type="nil"/>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Lines="0" w:before="0" w:beforeAutospacing="0" w:afterLines="0" w:after="0" w:afterAutospacing="0" w:line="240" w:lineRule="auto"/>
      </w:pPr>
      <w:rPr>
        <w:b/>
        <w:bCs/>
        <w:color w:val="FFFFFF" w:themeColor="background1"/>
      </w:rPr>
      <w:tblPr/>
      <w:tcPr>
        <w:shd w:val="clear" w:color="auto" w:fill="4EA72E" w:themeFill="accent6"/>
      </w:tcPr>
    </w:tblStylePr>
    <w:tblStylePr w:type="lastRow">
      <w:pPr>
        <w:spacing w:beforeLines="0" w:before="0" w:beforeAutospacing="0" w:afterLines="0" w:after="0" w:afterAutospacing="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Accent6">
    <w:name w:val="Light Grid Accent 6"/>
    <w:basedOn w:val="TableNormal"/>
    <w:uiPriority w:val="62"/>
    <w:semiHidden/>
    <w:unhideWhenUsed/>
    <w:rsid w:val="001C4CE1"/>
    <w:pPr>
      <w:spacing w:after="0" w:line="240" w:lineRule="auto"/>
    </w:pPr>
    <w:rPr>
      <w:rFonts w:eastAsia="Times New Roman"/>
      <w:kern w:val="0"/>
      <w:szCs w:val="22"/>
      <w:lang w:eastAsia="en-US"/>
      <w14:ligatures w14:val="none"/>
    </w:rPr>
    <w:tblPr>
      <w:tblStyleRowBandSize w:val="1"/>
      <w:tblStyleColBandSize w:val="1"/>
      <w:tblInd w:w="0" w:type="nil"/>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Lines="0" w:before="0" w:beforeAutospacing="0" w:afterLines="0" w:after="0" w:afterAutospacing="0" w:line="240" w:lineRule="auto"/>
      </w:pPr>
      <w:rPr>
        <w:rFonts w:asciiTheme="majorHAnsi" w:eastAsiaTheme="majorEastAsia" w:hAnsiTheme="majorHAnsi" w:cstheme="majorBidi" w:hint="default"/>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Lines="0" w:before="0" w:beforeAutospacing="0" w:afterLines="0" w:after="0" w:afterAutospacing="0" w:line="240" w:lineRule="auto"/>
      </w:pPr>
      <w:rPr>
        <w:rFonts w:asciiTheme="majorHAnsi" w:eastAsiaTheme="majorEastAsia" w:hAnsiTheme="majorHAnsi" w:cstheme="majorBidi" w:hint="default"/>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hint="default"/>
        <w:b/>
        <w:bCs/>
      </w:rPr>
    </w:tblStylePr>
    <w:tblStylePr w:type="lastCol">
      <w:rPr>
        <w:rFonts w:asciiTheme="majorHAnsi" w:eastAsiaTheme="majorEastAsia" w:hAnsiTheme="majorHAnsi" w:cstheme="majorBidi" w:hint="default"/>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Accent6">
    <w:name w:val="Medium Shading 1 Accent 6"/>
    <w:basedOn w:val="TableNormal"/>
    <w:uiPriority w:val="63"/>
    <w:semiHidden/>
    <w:unhideWhenUsed/>
    <w:rsid w:val="001C4CE1"/>
    <w:pPr>
      <w:spacing w:after="0" w:line="240" w:lineRule="auto"/>
    </w:pPr>
    <w:rPr>
      <w:rFonts w:eastAsia="Times New Roman"/>
      <w:kern w:val="0"/>
      <w:szCs w:val="22"/>
      <w:lang w:eastAsia="en-US"/>
      <w14:ligatures w14:val="none"/>
    </w:rPr>
    <w:tblPr>
      <w:tblStyleRowBandSize w:val="1"/>
      <w:tblStyleColBandSize w:val="1"/>
      <w:tblInd w:w="0" w:type="nil"/>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Lines="0" w:before="0" w:beforeAutospacing="0" w:afterLines="0" w:after="0" w:afterAutospacing="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Lines="0" w:before="0" w:beforeAutospacing="0" w:afterLines="0" w:after="0" w:afterAutospacing="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Accent6">
    <w:name w:val="Medium Shading 2 Accent 6"/>
    <w:basedOn w:val="TableNormal"/>
    <w:uiPriority w:val="64"/>
    <w:semiHidden/>
    <w:unhideWhenUsed/>
    <w:rsid w:val="001C4CE1"/>
    <w:pPr>
      <w:spacing w:after="0" w:line="240" w:lineRule="auto"/>
    </w:pPr>
    <w:rPr>
      <w:rFonts w:eastAsia="Times New Roman"/>
      <w:kern w:val="0"/>
      <w:szCs w:val="22"/>
      <w:lang w:eastAsia="en-US"/>
      <w14:ligatures w14:val="none"/>
    </w:rPr>
    <w:tblPr>
      <w:tblStyleRowBandSize w:val="1"/>
      <w:tblStyleColBandSize w:val="1"/>
      <w:tblInd w:w="0" w:type="nil"/>
      <w:tblBorders>
        <w:top w:val="single" w:sz="18" w:space="0" w:color="auto"/>
        <w:bottom w:val="single" w:sz="18" w:space="0" w:color="auto"/>
      </w:tblBorders>
    </w:tblPr>
    <w:tblStylePr w:type="firstRow">
      <w:pPr>
        <w:spacing w:beforeLines="0" w:before="0" w:beforeAutospacing="0" w:afterLines="0" w:after="0" w:afterAutospacing="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Lines="0" w:before="0" w:beforeAutospacing="0" w:afterLines="0" w:after="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Accent6">
    <w:name w:val="Medium List 1 Accent 6"/>
    <w:basedOn w:val="TableNormal"/>
    <w:uiPriority w:val="65"/>
    <w:semiHidden/>
    <w:unhideWhenUsed/>
    <w:rsid w:val="001C4CE1"/>
    <w:pPr>
      <w:spacing w:after="0" w:line="240" w:lineRule="auto"/>
    </w:pPr>
    <w:rPr>
      <w:rFonts w:eastAsia="Times New Roman"/>
      <w:color w:val="000000" w:themeColor="text1"/>
      <w:kern w:val="0"/>
      <w:szCs w:val="22"/>
      <w:lang w:eastAsia="en-US"/>
      <w14:ligatures w14:val="none"/>
    </w:rPr>
    <w:tblPr>
      <w:tblStyleRowBandSize w:val="1"/>
      <w:tblStyleColBandSize w:val="1"/>
      <w:tblInd w:w="0" w:type="nil"/>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hint="default"/>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Accent6">
    <w:name w:val="Medium List 2 Accent 6"/>
    <w:basedOn w:val="TableNormal"/>
    <w:uiPriority w:val="66"/>
    <w:semiHidden/>
    <w:unhideWhenUsed/>
    <w:rsid w:val="001C4CE1"/>
    <w:pPr>
      <w:spacing w:after="0" w:line="240" w:lineRule="auto"/>
    </w:pPr>
    <w:rPr>
      <w:rFonts w:asciiTheme="majorHAnsi" w:eastAsiaTheme="majorEastAsia" w:hAnsiTheme="majorHAnsi" w:cstheme="majorBidi"/>
      <w:color w:val="000000" w:themeColor="text1"/>
      <w:kern w:val="0"/>
      <w:szCs w:val="22"/>
      <w:lang w:eastAsia="en-US"/>
      <w14:ligatures w14:val="none"/>
    </w:rPr>
    <w:tblPr>
      <w:tblStyleRowBandSize w:val="1"/>
      <w:tblStyleColBandSize w:val="1"/>
      <w:tblInd w:w="0" w:type="nil"/>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Accent6">
    <w:name w:val="Medium Grid 1 Accent 6"/>
    <w:basedOn w:val="TableNormal"/>
    <w:uiPriority w:val="67"/>
    <w:semiHidden/>
    <w:unhideWhenUsed/>
    <w:rsid w:val="001C4CE1"/>
    <w:pPr>
      <w:spacing w:after="0" w:line="240" w:lineRule="auto"/>
    </w:pPr>
    <w:rPr>
      <w:rFonts w:eastAsia="Times New Roman"/>
      <w:kern w:val="0"/>
      <w:szCs w:val="22"/>
      <w:lang w:eastAsia="en-US"/>
      <w14:ligatures w14:val="none"/>
    </w:rPr>
    <w:tblPr>
      <w:tblStyleRowBandSize w:val="1"/>
      <w:tblStyleColBandSize w:val="1"/>
      <w:tblInd w:w="0" w:type="nil"/>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Accent6">
    <w:name w:val="Medium Grid 2 Accent 6"/>
    <w:basedOn w:val="TableNormal"/>
    <w:uiPriority w:val="68"/>
    <w:semiHidden/>
    <w:unhideWhenUsed/>
    <w:rsid w:val="001C4CE1"/>
    <w:pPr>
      <w:spacing w:after="0" w:line="240" w:lineRule="auto"/>
    </w:pPr>
    <w:rPr>
      <w:rFonts w:asciiTheme="majorHAnsi" w:eastAsiaTheme="majorEastAsia" w:hAnsiTheme="majorHAnsi" w:cstheme="majorBidi"/>
      <w:color w:val="000000" w:themeColor="text1"/>
      <w:kern w:val="0"/>
      <w:szCs w:val="22"/>
      <w:lang w:eastAsia="en-US"/>
      <w14:ligatures w14:val="none"/>
    </w:rPr>
    <w:tblPr>
      <w:tblStyleRowBandSize w:val="1"/>
      <w:tblStyleColBandSize w:val="1"/>
      <w:tblInd w:w="0" w:type="nil"/>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Accent6">
    <w:name w:val="Medium Grid 3 Accent 6"/>
    <w:basedOn w:val="TableNormal"/>
    <w:uiPriority w:val="69"/>
    <w:semiHidden/>
    <w:unhideWhenUsed/>
    <w:rsid w:val="001C4CE1"/>
    <w:pPr>
      <w:spacing w:after="0" w:line="240" w:lineRule="auto"/>
    </w:pPr>
    <w:rPr>
      <w:rFonts w:eastAsia="Times New Roman"/>
      <w:kern w:val="0"/>
      <w:szCs w:val="22"/>
      <w:lang w:eastAsia="en-US"/>
      <w14:ligatures w14:val="none"/>
    </w:rPr>
    <w:tblPr>
      <w:tblStyleRowBandSize w:val="1"/>
      <w:tblStyleColBandSize w:val="1"/>
      <w:tblInd w:w="0" w:type="nil"/>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Accent6">
    <w:name w:val="Dark List Accent 6"/>
    <w:basedOn w:val="TableNormal"/>
    <w:uiPriority w:val="70"/>
    <w:semiHidden/>
    <w:unhideWhenUsed/>
    <w:rsid w:val="001C4CE1"/>
    <w:pPr>
      <w:spacing w:after="0" w:line="240" w:lineRule="auto"/>
    </w:pPr>
    <w:rPr>
      <w:rFonts w:eastAsia="Times New Roman"/>
      <w:color w:val="FFFFFF" w:themeColor="background1"/>
      <w:kern w:val="0"/>
      <w:szCs w:val="22"/>
      <w:lang w:eastAsia="en-US"/>
      <w14:ligatures w14:val="none"/>
    </w:rPr>
    <w:tblPr>
      <w:tblStyleRowBandSize w:val="1"/>
      <w:tblStyleColBandSize w:val="1"/>
      <w:tblInd w:w="0" w:type="nil"/>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rfulShading-Accent6">
    <w:name w:val="Colorful Shading Accent 6"/>
    <w:basedOn w:val="TableNormal"/>
    <w:uiPriority w:val="71"/>
    <w:semiHidden/>
    <w:unhideWhenUsed/>
    <w:rsid w:val="001C4CE1"/>
    <w:pPr>
      <w:spacing w:after="0" w:line="240" w:lineRule="auto"/>
    </w:pPr>
    <w:rPr>
      <w:rFonts w:eastAsia="Times New Roman"/>
      <w:color w:val="000000" w:themeColor="text1"/>
      <w:kern w:val="0"/>
      <w:szCs w:val="22"/>
      <w:lang w:eastAsia="en-US"/>
      <w14:ligatures w14:val="none"/>
    </w:rPr>
    <w:tblPr>
      <w:tblStyleRowBandSize w:val="1"/>
      <w:tblStyleColBandSize w:val="1"/>
      <w:tblInd w:w="0" w:type="nil"/>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rfulList-Accent6">
    <w:name w:val="Colorful List Accent 6"/>
    <w:basedOn w:val="TableNormal"/>
    <w:uiPriority w:val="72"/>
    <w:semiHidden/>
    <w:unhideWhenUsed/>
    <w:rsid w:val="001C4CE1"/>
    <w:pPr>
      <w:spacing w:after="0" w:line="240" w:lineRule="auto"/>
    </w:pPr>
    <w:rPr>
      <w:rFonts w:eastAsia="Times New Roman"/>
      <w:color w:val="000000" w:themeColor="text1"/>
      <w:kern w:val="0"/>
      <w:szCs w:val="22"/>
      <w:lang w:eastAsia="en-US"/>
      <w14:ligatures w14:val="none"/>
    </w:rPr>
    <w:tblPr>
      <w:tblStyleRowBandSize w:val="1"/>
      <w:tblStyleColBandSize w:val="1"/>
      <w:tblInd w:w="0" w:type="nil"/>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rfulGrid-Accent6">
    <w:name w:val="Colorful Grid Accent 6"/>
    <w:basedOn w:val="TableNormal"/>
    <w:uiPriority w:val="73"/>
    <w:semiHidden/>
    <w:unhideWhenUsed/>
    <w:rsid w:val="001C4CE1"/>
    <w:pPr>
      <w:spacing w:after="0" w:line="240" w:lineRule="auto"/>
    </w:pPr>
    <w:rPr>
      <w:rFonts w:eastAsia="Times New Roman"/>
      <w:color w:val="000000" w:themeColor="text1"/>
      <w:kern w:val="0"/>
      <w:szCs w:val="22"/>
      <w:lang w:eastAsia="en-US"/>
      <w14:ligatures w14:val="none"/>
    </w:rPr>
    <w:tblPr>
      <w:tblStyleRowBandSize w:val="1"/>
      <w:tblStyleColBandSize w:val="1"/>
      <w:tblInd w:w="0" w:type="nil"/>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TableGridLight">
    <w:name w:val="Grid Table Light"/>
    <w:basedOn w:val="TableNormal"/>
    <w:uiPriority w:val="40"/>
    <w:rsid w:val="001C4CE1"/>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1">
    <w:name w:val="样式1"/>
    <w:basedOn w:val="DefaultParagraphFont"/>
    <w:uiPriority w:val="1"/>
    <w:rsid w:val="003E1AFC"/>
    <w:rPr>
      <w:rFonts w:ascii="Times New Roman" w:hAnsi="Times New Roman" w:cs="Times New Roman"/>
      <w:b/>
      <w:bCs/>
      <w:color w:val="000000"/>
      <w:kern w:val="0"/>
      <w:szCs w:val="22"/>
    </w:rPr>
  </w:style>
  <w:style w:type="paragraph" w:styleId="TOC1">
    <w:name w:val="toc 1"/>
    <w:aliases w:val="工作用"/>
    <w:basedOn w:val="Normal"/>
    <w:next w:val="Normal"/>
    <w:autoRedefine/>
    <w:uiPriority w:val="39"/>
    <w:unhideWhenUsed/>
    <w:qFormat/>
    <w:rsid w:val="003E1AFC"/>
    <w:pPr>
      <w:spacing w:before="120" w:after="120"/>
    </w:pPr>
    <w:rPr>
      <w:rFonts w:ascii="Times New Roman" w:eastAsia="Times New Roman" w:hAnsi="Times New Roman" w:cs="Times New Roman"/>
      <w:b/>
      <w:bCs/>
      <w:sz w:val="24"/>
      <w:szCs w:val="20"/>
    </w:rPr>
  </w:style>
  <w:style w:type="paragraph" w:styleId="TOC2">
    <w:name w:val="toc 2"/>
    <w:basedOn w:val="Normal"/>
    <w:next w:val="Normal"/>
    <w:autoRedefine/>
    <w:uiPriority w:val="39"/>
    <w:unhideWhenUsed/>
    <w:rsid w:val="003E1AFC"/>
    <w:pPr>
      <w:spacing w:after="0"/>
      <w:ind w:left="220"/>
    </w:pPr>
    <w:rPr>
      <w:rFonts w:eastAsiaTheme="minorHAnsi"/>
      <w:smallCaps/>
      <w:sz w:val="20"/>
      <w:szCs w:val="20"/>
    </w:rPr>
  </w:style>
  <w:style w:type="paragraph" w:styleId="TOC3">
    <w:name w:val="toc 3"/>
    <w:basedOn w:val="Normal"/>
    <w:next w:val="Normal"/>
    <w:autoRedefine/>
    <w:uiPriority w:val="39"/>
    <w:unhideWhenUsed/>
    <w:rsid w:val="003E1AFC"/>
    <w:pPr>
      <w:spacing w:after="0"/>
      <w:ind w:left="440"/>
    </w:pPr>
    <w:rPr>
      <w:rFonts w:eastAsiaTheme="minorHAnsi"/>
      <w:i/>
      <w:iCs/>
      <w:sz w:val="20"/>
      <w:szCs w:val="20"/>
    </w:rPr>
  </w:style>
  <w:style w:type="paragraph" w:styleId="TOC4">
    <w:name w:val="toc 4"/>
    <w:basedOn w:val="Normal"/>
    <w:next w:val="Normal"/>
    <w:autoRedefine/>
    <w:uiPriority w:val="39"/>
    <w:unhideWhenUsed/>
    <w:rsid w:val="003E1AFC"/>
    <w:pPr>
      <w:spacing w:after="0"/>
      <w:ind w:left="660"/>
    </w:pPr>
    <w:rPr>
      <w:rFonts w:eastAsiaTheme="minorHAnsi"/>
      <w:sz w:val="18"/>
      <w:szCs w:val="18"/>
    </w:rPr>
  </w:style>
  <w:style w:type="paragraph" w:styleId="TOC5">
    <w:name w:val="toc 5"/>
    <w:basedOn w:val="Normal"/>
    <w:next w:val="Normal"/>
    <w:autoRedefine/>
    <w:uiPriority w:val="39"/>
    <w:unhideWhenUsed/>
    <w:rsid w:val="003E1AFC"/>
    <w:pPr>
      <w:spacing w:after="0"/>
      <w:ind w:left="880"/>
    </w:pPr>
    <w:rPr>
      <w:rFonts w:eastAsiaTheme="minorHAnsi"/>
      <w:sz w:val="18"/>
      <w:szCs w:val="18"/>
    </w:rPr>
  </w:style>
  <w:style w:type="paragraph" w:styleId="TOC6">
    <w:name w:val="toc 6"/>
    <w:basedOn w:val="Normal"/>
    <w:next w:val="Normal"/>
    <w:autoRedefine/>
    <w:uiPriority w:val="39"/>
    <w:unhideWhenUsed/>
    <w:rsid w:val="003E1AFC"/>
    <w:pPr>
      <w:spacing w:after="0"/>
      <w:ind w:left="1100"/>
    </w:pPr>
    <w:rPr>
      <w:rFonts w:eastAsiaTheme="minorHAnsi"/>
      <w:sz w:val="18"/>
      <w:szCs w:val="18"/>
    </w:rPr>
  </w:style>
  <w:style w:type="paragraph" w:styleId="TOC7">
    <w:name w:val="toc 7"/>
    <w:basedOn w:val="Normal"/>
    <w:next w:val="Normal"/>
    <w:autoRedefine/>
    <w:uiPriority w:val="39"/>
    <w:unhideWhenUsed/>
    <w:rsid w:val="003E1AFC"/>
    <w:pPr>
      <w:spacing w:after="0"/>
      <w:ind w:left="1320"/>
    </w:pPr>
    <w:rPr>
      <w:rFonts w:eastAsiaTheme="minorHAnsi"/>
      <w:sz w:val="18"/>
      <w:szCs w:val="18"/>
    </w:rPr>
  </w:style>
  <w:style w:type="paragraph" w:styleId="TOC8">
    <w:name w:val="toc 8"/>
    <w:basedOn w:val="Normal"/>
    <w:next w:val="Normal"/>
    <w:autoRedefine/>
    <w:uiPriority w:val="39"/>
    <w:unhideWhenUsed/>
    <w:rsid w:val="003E1AFC"/>
    <w:pPr>
      <w:spacing w:after="0"/>
      <w:ind w:left="1540"/>
    </w:pPr>
    <w:rPr>
      <w:rFonts w:eastAsiaTheme="minorHAnsi"/>
      <w:sz w:val="18"/>
      <w:szCs w:val="18"/>
    </w:rPr>
  </w:style>
  <w:style w:type="paragraph" w:styleId="TOC9">
    <w:name w:val="toc 9"/>
    <w:basedOn w:val="Normal"/>
    <w:next w:val="Normal"/>
    <w:autoRedefine/>
    <w:uiPriority w:val="39"/>
    <w:unhideWhenUsed/>
    <w:rsid w:val="003E1AFC"/>
    <w:pPr>
      <w:spacing w:after="0"/>
      <w:ind w:left="1760"/>
    </w:pPr>
    <w:rPr>
      <w:rFonts w:eastAsiaTheme="minorHAnsi"/>
      <w:sz w:val="18"/>
      <w:szCs w:val="18"/>
    </w:rPr>
  </w:style>
  <w:style w:type="paragraph" w:customStyle="1" w:styleId="a">
    <w:name w:val="样式"/>
    <w:basedOn w:val="Heading1"/>
    <w:autoRedefine/>
    <w:qFormat/>
    <w:rsid w:val="0065294A"/>
    <w:pPr>
      <w:spacing w:line="240" w:lineRule="auto"/>
      <w:contextualSpacing/>
      <w:jc w:val="center"/>
    </w:pPr>
    <w:rPr>
      <w:rFonts w:ascii="Times New Roman" w:eastAsia="Times New Roman" w:hAnsi="Times New Roman" w:cs="Times New Roman"/>
      <w:b/>
      <w:bCs/>
      <w:color w:val="auto"/>
      <w:sz w:val="22"/>
    </w:rPr>
  </w:style>
  <w:style w:type="character" w:styleId="Hyperlink">
    <w:name w:val="Hyperlink"/>
    <w:basedOn w:val="DefaultParagraphFont"/>
    <w:uiPriority w:val="99"/>
    <w:unhideWhenUsed/>
    <w:rsid w:val="003E1AFC"/>
    <w:rPr>
      <w:color w:val="467886" w:themeColor="hyperlink"/>
      <w:u w:val="single"/>
    </w:rPr>
  </w:style>
  <w:style w:type="character" w:customStyle="1" w:styleId="10">
    <w:name w:val="要点1"/>
    <w:basedOn w:val="DefaultParagraphFont"/>
    <w:uiPriority w:val="1"/>
    <w:qFormat/>
    <w:rsid w:val="00630527"/>
    <w:rPr>
      <w:b/>
    </w:rPr>
  </w:style>
  <w:style w:type="paragraph" w:customStyle="1" w:styleId="centered">
    <w:name w:val="centered"/>
    <w:basedOn w:val="Normal"/>
    <w:qFormat/>
    <w:rsid w:val="00630527"/>
    <w:pPr>
      <w:widowControl/>
      <w:spacing w:after="0" w:line="240" w:lineRule="auto"/>
      <w:jc w:val="center"/>
    </w:pPr>
    <w:rPr>
      <w:kern w:val="0"/>
      <w:sz w:val="24"/>
      <w:lang w:eastAsia="en-US"/>
      <w14:ligatures w14:val="none"/>
    </w:rPr>
  </w:style>
  <w:style w:type="table" w:customStyle="1" w:styleId="tabletemplate">
    <w:name w:val="table_template"/>
    <w:basedOn w:val="TableNormal"/>
    <w:uiPriority w:val="59"/>
    <w:rsid w:val="00630527"/>
    <w:pPr>
      <w:spacing w:after="0" w:line="240" w:lineRule="auto"/>
      <w:jc w:val="right"/>
    </w:pPr>
    <w:rPr>
      <w:kern w:val="0"/>
      <w:sz w:val="24"/>
      <w:lang w:eastAsia="en-US"/>
      <w14:ligatures w14:val="none"/>
    </w:rPr>
    <w:tblPr>
      <w:jc w:val="center"/>
      <w:tblBorders>
        <w:top w:val="single" w:sz="8" w:space="0" w:color="auto"/>
        <w:bottom w:val="single" w:sz="8" w:space="0" w:color="auto"/>
        <w:insideH w:val="single" w:sz="8" w:space="0" w:color="auto"/>
      </w:tblBorders>
    </w:tblPr>
    <w:trPr>
      <w:jc w:val="center"/>
    </w:trPr>
    <w:tblStylePr w:type="firstRow">
      <w:rPr>
        <w:b/>
      </w:rPr>
      <w:tblPr/>
      <w:tcPr>
        <w:tcBorders>
          <w:top w:val="nil"/>
          <w:left w:val="nil"/>
          <w:bottom w:val="single" w:sz="18" w:space="0" w:color="auto"/>
          <w:right w:val="nil"/>
          <w:insideH w:val="nil"/>
          <w:insideV w:val="nil"/>
          <w:tl2br w:val="nil"/>
          <w:tr2bl w:val="nil"/>
        </w:tcBorders>
      </w:tcPr>
    </w:tblStylePr>
  </w:style>
  <w:style w:type="paragraph" w:customStyle="1" w:styleId="ImageCaption">
    <w:name w:val="Image Caption"/>
    <w:basedOn w:val="Normal"/>
    <w:qFormat/>
    <w:rsid w:val="00630527"/>
    <w:pPr>
      <w:widowControl/>
      <w:spacing w:after="0" w:line="240" w:lineRule="auto"/>
      <w:jc w:val="center"/>
    </w:pPr>
    <w:rPr>
      <w:b/>
      <w:i/>
      <w:kern w:val="0"/>
      <w:sz w:val="24"/>
      <w:lang w:eastAsia="en-US"/>
      <w14:ligatures w14:val="none"/>
    </w:rPr>
  </w:style>
  <w:style w:type="paragraph" w:customStyle="1" w:styleId="TableCaption">
    <w:name w:val="Table Caption"/>
    <w:basedOn w:val="ImageCaption"/>
    <w:qFormat/>
    <w:rsid w:val="00630527"/>
  </w:style>
  <w:style w:type="table" w:styleId="TableProfessional">
    <w:name w:val="Table Professional"/>
    <w:basedOn w:val="TableNormal"/>
    <w:uiPriority w:val="99"/>
    <w:semiHidden/>
    <w:unhideWhenUsed/>
    <w:rsid w:val="00630527"/>
    <w:pPr>
      <w:spacing w:after="0" w:line="240" w:lineRule="auto"/>
    </w:pPr>
    <w:rPr>
      <w:kern w:val="0"/>
      <w:sz w:val="24"/>
      <w:lang w:eastAsia="en-US"/>
      <w14:ligatures w14:val="non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shd w:val="solid" w:color="000000" w:fill="FFFFFF"/>
      </w:tcPr>
    </w:tblStylePr>
  </w:style>
  <w:style w:type="paragraph" w:styleId="BalloonText">
    <w:name w:val="Balloon Text"/>
    <w:basedOn w:val="Normal"/>
    <w:link w:val="BalloonTextChar"/>
    <w:uiPriority w:val="99"/>
    <w:semiHidden/>
    <w:unhideWhenUsed/>
    <w:rsid w:val="00630527"/>
    <w:pPr>
      <w:widowControl/>
      <w:spacing w:after="0" w:line="240" w:lineRule="auto"/>
    </w:pPr>
    <w:rPr>
      <w:rFonts w:ascii="Lucida Grande" w:hAnsi="Lucida Grande"/>
      <w:kern w:val="0"/>
      <w:sz w:val="18"/>
      <w:szCs w:val="18"/>
      <w:lang w:eastAsia="en-US"/>
      <w14:ligatures w14:val="none"/>
    </w:rPr>
  </w:style>
  <w:style w:type="character" w:customStyle="1" w:styleId="BalloonTextChar">
    <w:name w:val="Balloon Text Char"/>
    <w:basedOn w:val="DefaultParagraphFont"/>
    <w:link w:val="BalloonText"/>
    <w:uiPriority w:val="99"/>
    <w:semiHidden/>
    <w:rsid w:val="00630527"/>
    <w:rPr>
      <w:rFonts w:ascii="Lucida Grande" w:hAnsi="Lucida Grande"/>
      <w:kern w:val="0"/>
      <w:sz w:val="18"/>
      <w:szCs w:val="18"/>
      <w:lang w:eastAsia="en-US"/>
      <w14:ligatures w14:val="none"/>
    </w:rPr>
  </w:style>
  <w:style w:type="character" w:customStyle="1" w:styleId="referenceid">
    <w:name w:val="reference_id"/>
    <w:basedOn w:val="DefaultParagraphFont"/>
    <w:uiPriority w:val="1"/>
    <w:rsid w:val="00630527"/>
    <w:rPr>
      <w:vertAlign w:val="superscript"/>
    </w:rPr>
  </w:style>
  <w:style w:type="paragraph" w:customStyle="1" w:styleId="graphictitle">
    <w:name w:val="graphic title"/>
    <w:basedOn w:val="ImageCaption"/>
    <w:next w:val="Normal"/>
    <w:rsid w:val="00630527"/>
  </w:style>
  <w:style w:type="paragraph" w:customStyle="1" w:styleId="tabletitle">
    <w:name w:val="table title"/>
    <w:basedOn w:val="TableCaption"/>
    <w:next w:val="Normal"/>
    <w:rsid w:val="0063052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C787010-5CDC-4B4F-9060-F98EB09F52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2421</TotalTime>
  <Pages>62</Pages>
  <Words>10602</Words>
  <Characters>60435</Characters>
  <Application>Microsoft Office Word</Application>
  <DocSecurity>0</DocSecurity>
  <Lines>503</Lines>
  <Paragraphs>141</Paragraphs>
  <ScaleCrop>false</ScaleCrop>
  <Company/>
  <LinksUpToDate>false</LinksUpToDate>
  <CharactersWithSpaces>70896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Devisri Perumal</cp:lastModifiedBy>
  <cp:revision>446</cp:revision>
  <dcterms:created xsi:type="dcterms:W3CDTF">2026-02-13T13:34:00Z</dcterms:created>
  <dcterms:modified xsi:type="dcterms:W3CDTF">2026-08-11T12:13:00Z</dcterms:modified>
</cp:coreProperties>
</file>