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 w:eastAsia="Calibri"/>
          <w:b/>
          <w:sz w:val="22"/>
        </w:rPr>
        <w:t>Malaria vaccine awareness, perceptions, willingness to vaccinate, and willingness to pay among caregivers of children admitted with malaria in eastern Uganda: a cross-sectional study</w:t>
      </w:r>
    </w:p>
    <w:p>
      <w:pPr>
        <w:spacing w:after="160"/>
        <w:jc w:val="center"/>
      </w:pPr>
      <w:r>
        <w:rPr>
          <w:rFonts w:ascii="Calibri" w:hAnsi="Calibri" w:eastAsia="Calibri"/>
          <w:b/>
          <w:sz w:val="22"/>
        </w:rPr>
        <w:t>Supplementary File 2. Interviewer-administered questionnaire</w:t>
      </w:r>
    </w:p>
    <w:p>
      <w:pPr>
        <w:keepNext/>
        <w:spacing w:before="160" w:after="60"/>
        <w:keepLines/>
        <w:pBdr>
          <w:bottom w:val="single" w:sz="4" w:space="2" w:color="808080"/>
        </w:pBdr>
      </w:pPr>
      <w:r>
        <w:rPr>
          <w:rFonts w:ascii="Calibri" w:hAnsi="Calibri" w:eastAsia="Calibri"/>
          <w:b/>
          <w:sz w:val="22"/>
        </w:rPr>
        <w:t>Part A. Caregiver and child characteristics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1. </w:t>
      </w:r>
      <w:r>
        <w:rPr>
          <w:rFonts w:ascii="Calibri" w:hAnsi="Calibri" w:eastAsia="Calibri"/>
          <w:sz w:val="22"/>
        </w:rPr>
        <w:t>Caregiver age (years)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2. </w:t>
      </w:r>
      <w:r>
        <w:rPr>
          <w:rFonts w:ascii="Calibri" w:hAnsi="Calibri" w:eastAsia="Calibri"/>
          <w:sz w:val="22"/>
        </w:rPr>
        <w:t>Caregiver sex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Male    [ ] Female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3. </w:t>
      </w:r>
      <w:r>
        <w:rPr>
          <w:rFonts w:ascii="Calibri" w:hAnsi="Calibri" w:eastAsia="Calibri"/>
          <w:sz w:val="22"/>
        </w:rPr>
        <w:t>Relationship to the child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Parent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Sibling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Relative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4. </w:t>
      </w:r>
      <w:r>
        <w:rPr>
          <w:rFonts w:ascii="Calibri" w:hAnsi="Calibri" w:eastAsia="Calibri"/>
          <w:sz w:val="22"/>
        </w:rPr>
        <w:t>Religion (Select all that apply.)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Roman Catholic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Anglican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Pentecostal/Born Again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Muslim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Atheist/Not religious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5. </w:t>
      </w:r>
      <w:r>
        <w:rPr>
          <w:rFonts w:ascii="Calibri" w:hAnsi="Calibri" w:eastAsia="Calibri"/>
          <w:sz w:val="22"/>
        </w:rPr>
        <w:t>Highest level of education completed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No formal education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Primary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Secondary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Professional certificate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Diploma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Bachelor’s degree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Master’s degree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PhD</w:t>
      </w:r>
    </w:p>
    <w:p>
      <w:pPr>
        <w:spacing w:after="60"/>
        <w:ind w:left="432"/>
      </w:pPr>
      <w:r>
        <w:rPr>
          <w:rFonts w:ascii="Calibri" w:hAnsi="Calibri" w:eastAsia="Calibri"/>
          <w:i/>
          <w:sz w:val="22"/>
        </w:rPr>
        <w:t>Record the highest class or year completed: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6. </w:t>
      </w:r>
      <w:r>
        <w:rPr>
          <w:rFonts w:ascii="Calibri" w:hAnsi="Calibri" w:eastAsia="Calibri"/>
          <w:sz w:val="22"/>
        </w:rPr>
        <w:t>Employment status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Informal employment    [ ] Formal employment    [ ] Unemployed</w:t>
      </w:r>
    </w:p>
    <w:p>
      <w:pPr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Specify employment or occupation: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7. </w:t>
      </w:r>
      <w:r>
        <w:rPr>
          <w:rFonts w:ascii="Calibri" w:hAnsi="Calibri" w:eastAsia="Calibri"/>
          <w:sz w:val="22"/>
        </w:rPr>
        <w:t>Village of residence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8. </w:t>
      </w:r>
      <w:r>
        <w:rPr>
          <w:rFonts w:ascii="Calibri" w:hAnsi="Calibri" w:eastAsia="Calibri"/>
          <w:sz w:val="22"/>
        </w:rPr>
        <w:t>District of residence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9. </w:t>
      </w:r>
      <w:r>
        <w:rPr>
          <w:rFonts w:ascii="Calibri" w:hAnsi="Calibri" w:eastAsia="Calibri"/>
          <w:sz w:val="22"/>
        </w:rPr>
        <w:t>Nature of residence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Rural    [ ] Semi-urban    [ ] Urban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10. </w:t>
      </w:r>
      <w:r>
        <w:rPr>
          <w:rFonts w:ascii="Calibri" w:hAnsi="Calibri" w:eastAsia="Calibri"/>
          <w:sz w:val="22"/>
        </w:rPr>
        <w:t>Monthly household income (UGX)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11. </w:t>
      </w:r>
      <w:r>
        <w:rPr>
          <w:rFonts w:ascii="Calibri" w:hAnsi="Calibri" w:eastAsia="Calibri"/>
          <w:sz w:val="22"/>
        </w:rPr>
        <w:t>Household size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12. </w:t>
      </w:r>
      <w:r>
        <w:rPr>
          <w:rFonts w:ascii="Calibri" w:hAnsi="Calibri" w:eastAsia="Calibri"/>
          <w:sz w:val="22"/>
        </w:rPr>
        <w:t>Number of children younger than 5 years in the household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13. </w:t>
      </w:r>
      <w:r>
        <w:rPr>
          <w:rFonts w:ascii="Calibri" w:hAnsi="Calibri" w:eastAsia="Calibri"/>
          <w:sz w:val="22"/>
        </w:rPr>
        <w:t>Has any member of your household or family ever been admitted for malaria?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    [ ] Not sure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14. </w:t>
      </w:r>
      <w:r>
        <w:rPr>
          <w:rFonts w:ascii="Calibri" w:hAnsi="Calibri" w:eastAsia="Calibri"/>
          <w:sz w:val="22"/>
        </w:rPr>
        <w:t>Has any member of your household or family ever died after a diagnosis of malaria?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    [ ] Not sure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15. </w:t>
      </w:r>
      <w:r>
        <w:rPr>
          <w:rFonts w:ascii="Calibri" w:hAnsi="Calibri" w:eastAsia="Calibri"/>
          <w:sz w:val="22"/>
        </w:rPr>
        <w:t>Have any of your neighbours or community members died after a diagnosis of, or suspected malaria?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    [ ] Not sure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16. </w:t>
      </w:r>
      <w:r>
        <w:rPr>
          <w:rFonts w:ascii="Calibri" w:hAnsi="Calibri" w:eastAsia="Calibri"/>
          <w:sz w:val="22"/>
        </w:rPr>
        <w:t>Means of transport to the nearest health facility (Select all that apply.)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On foot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Bicycle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Motorcycle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Motor vehicle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17. </w:t>
      </w:r>
      <w:r>
        <w:rPr>
          <w:rFonts w:ascii="Calibri" w:hAnsi="Calibri" w:eastAsia="Calibri"/>
          <w:sz w:val="22"/>
        </w:rPr>
        <w:t>Are you a health worker?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If Yes, specify professional cadre: ____________________</w:t>
      </w:r>
    </w:p>
    <w:p>
      <w:pPr>
        <w:keepNext/>
        <w:keepLines/>
        <w:spacing w:before="100" w:after="40"/>
      </w:pPr>
      <w:r>
        <w:rPr>
          <w:rFonts w:ascii="Calibri" w:hAnsi="Calibri" w:eastAsia="Calibri"/>
          <w:b/>
          <w:sz w:val="22"/>
        </w:rPr>
        <w:t>Child information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18. </w:t>
      </w:r>
      <w:r>
        <w:rPr>
          <w:rFonts w:ascii="Calibri" w:hAnsi="Calibri" w:eastAsia="Calibri"/>
          <w:sz w:val="22"/>
        </w:rPr>
        <w:t>Child sex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Male    [ ] Female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19. </w:t>
      </w:r>
      <w:r>
        <w:rPr>
          <w:rFonts w:ascii="Calibri" w:hAnsi="Calibri" w:eastAsia="Calibri"/>
          <w:sz w:val="22"/>
        </w:rPr>
        <w:t>Child age (months)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20. </w:t>
      </w:r>
      <w:r>
        <w:rPr>
          <w:rFonts w:ascii="Calibri" w:hAnsi="Calibri" w:eastAsia="Calibri"/>
          <w:sz w:val="22"/>
        </w:rPr>
        <w:t>Malaria diagnosis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Clinical diagnosis    [ ] Laboratory-confirmed diagnosis</w:t>
      </w:r>
    </w:p>
    <w:p>
      <w:pPr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If laboratory-confirmed, select method(s): [ ] Blood-smear microscopy    [ ] Malaria rapid diagnostic test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21. </w:t>
      </w:r>
      <w:r>
        <w:rPr>
          <w:rFonts w:ascii="Calibri" w:hAnsi="Calibri" w:eastAsia="Calibri"/>
          <w:sz w:val="22"/>
        </w:rPr>
        <w:t>Malaria severity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Severe/complicated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Non-severe/uncomplicated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categorised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22. </w:t>
      </w:r>
      <w:r>
        <w:rPr>
          <w:rFonts w:ascii="Calibri" w:hAnsi="Calibri" w:eastAsia="Calibri"/>
          <w:sz w:val="22"/>
        </w:rPr>
        <w:t>Does the child have any comorbidity?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</w:t>
      </w:r>
    </w:p>
    <w:p>
      <w:pPr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If Yes, list all comorbidities: 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23. </w:t>
      </w:r>
      <w:r>
        <w:rPr>
          <w:rFonts w:ascii="Calibri" w:hAnsi="Calibri" w:eastAsia="Calibri"/>
          <w:sz w:val="22"/>
        </w:rPr>
        <w:t>Number of malaria episodes in the past 6 months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24. </w:t>
      </w:r>
      <w:r>
        <w:rPr>
          <w:rFonts w:ascii="Calibri" w:hAnsi="Calibri" w:eastAsia="Calibri"/>
          <w:sz w:val="22"/>
        </w:rPr>
        <w:t>Sickle cell disease status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Positive    [ ] Negative    [ ] Unknown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25. </w:t>
      </w:r>
      <w:r>
        <w:rPr>
          <w:rFonts w:ascii="Calibri" w:hAnsi="Calibri" w:eastAsia="Calibri"/>
          <w:sz w:val="22"/>
        </w:rPr>
        <w:t>HIV status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Positive    [ ] Negative    [ ] Unknown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26. </w:t>
      </w:r>
      <w:r>
        <w:rPr>
          <w:rFonts w:ascii="Calibri" w:hAnsi="Calibri" w:eastAsia="Calibri"/>
          <w:sz w:val="22"/>
        </w:rPr>
        <w:t>Haemoglobin level (g/dL)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spacing w:before="160" w:after="60"/>
        <w:keepLines/>
        <w:pBdr>
          <w:bottom w:val="single" w:sz="4" w:space="2" w:color="808080"/>
        </w:pBdr>
      </w:pPr>
      <w:r>
        <w:rPr>
          <w:rFonts w:ascii="Calibri" w:hAnsi="Calibri" w:eastAsia="Calibri"/>
          <w:b/>
          <w:sz w:val="22"/>
        </w:rPr>
        <w:t>Part B. Previous vaccination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27. </w:t>
      </w:r>
      <w:r>
        <w:rPr>
          <w:rFonts w:ascii="Calibri" w:hAnsi="Calibri" w:eastAsia="Calibri"/>
          <w:sz w:val="22"/>
        </w:rPr>
        <w:t>Have your children received all vaccines in the national childhood vaccination schedule from birth to 9 months?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Fully vaccinated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Partially vaccinated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vaccinated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Unsure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28. </w:t>
      </w:r>
      <w:r>
        <w:rPr>
          <w:rFonts w:ascii="Calibri" w:hAnsi="Calibri" w:eastAsia="Calibri"/>
          <w:sz w:val="22"/>
        </w:rPr>
        <w:t>Have your children received any of the following additional vaccines? (Select all that apply.)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COVID-19 vaccine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Yellow fever vaccine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29. </w:t>
      </w:r>
      <w:r>
        <w:rPr>
          <w:rFonts w:ascii="Calibri" w:hAnsi="Calibri" w:eastAsia="Calibri"/>
          <w:sz w:val="22"/>
        </w:rPr>
        <w:t>Have you received any of the following additional vaccines? (Select all that apply.)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COVID-19 vaccine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Yellow fever vaccine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spacing w:before="160" w:after="60"/>
        <w:keepLines/>
        <w:pBdr>
          <w:bottom w:val="single" w:sz="4" w:space="2" w:color="808080"/>
        </w:pBdr>
      </w:pPr>
      <w:r>
        <w:rPr>
          <w:rFonts w:ascii="Calibri" w:hAnsi="Calibri" w:eastAsia="Calibri"/>
          <w:b/>
          <w:sz w:val="22"/>
        </w:rPr>
        <w:t>Part C. General malaria awareness, knowledge, and perceptions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30. </w:t>
      </w:r>
      <w:r>
        <w:rPr>
          <w:rFonts w:ascii="Calibri" w:hAnsi="Calibri" w:eastAsia="Calibri"/>
          <w:sz w:val="22"/>
        </w:rPr>
        <w:t>Have you ever heard of, or are you aware of, a disease called malaria?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31. </w:t>
      </w:r>
      <w:r>
        <w:rPr>
          <w:rFonts w:ascii="Calibri" w:hAnsi="Calibri" w:eastAsia="Calibri"/>
          <w:sz w:val="22"/>
        </w:rPr>
        <w:t>What are your sources of information on malaria?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Health professionals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Radio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Television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Newspaper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Internet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Social media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Village Health Teams (VHTs)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spacing w:after="60"/>
        <w:ind w:left="432"/>
      </w:pPr>
      <w:r>
        <w:rPr>
          <w:rFonts w:ascii="Calibri" w:hAnsi="Calibri" w:eastAsia="Calibri"/>
          <w:i/>
          <w:sz w:val="22"/>
        </w:rPr>
        <w:t>Ask only if Question 30 is Yes.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32. </w:t>
      </w:r>
      <w:r>
        <w:rPr>
          <w:rFonts w:ascii="Calibri" w:hAnsi="Calibri" w:eastAsia="Calibri"/>
          <w:sz w:val="22"/>
        </w:rPr>
        <w:t>What causes malaria?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Spirits or demons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A parasite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Witchcraft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Cold weather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Contaminated food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 do not know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33. </w:t>
      </w:r>
      <w:r>
        <w:rPr>
          <w:rFonts w:ascii="Calibri" w:hAnsi="Calibri" w:eastAsia="Calibri"/>
          <w:sz w:val="22"/>
        </w:rPr>
        <w:t>Do you believe malaria is preventable?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Neutral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34. </w:t>
      </w:r>
      <w:r>
        <w:rPr>
          <w:rFonts w:ascii="Calibri" w:hAnsi="Calibri" w:eastAsia="Calibri"/>
          <w:sz w:val="22"/>
        </w:rPr>
        <w:t>How can someone protect themselves against malaria?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Sleeping under treated mosquito nets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Praying to God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Clearing nearby bushes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Washing hands before eating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Seeking protection from traditional healers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Taking prophylaxis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No way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Vaccination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35. </w:t>
      </w:r>
      <w:r>
        <w:rPr>
          <w:rFonts w:ascii="Calibri" w:hAnsi="Calibri" w:eastAsia="Calibri"/>
          <w:sz w:val="22"/>
        </w:rPr>
        <w:t>Do you believe that you or your family are at high risk of getting malaria?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36. </w:t>
      </w:r>
      <w:r>
        <w:rPr>
          <w:rFonts w:ascii="Calibri" w:hAnsi="Calibri" w:eastAsia="Calibri"/>
          <w:sz w:val="22"/>
        </w:rPr>
        <w:t>Do you believe that malaria can kill if left untreated?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spacing w:before="160" w:after="60"/>
        <w:keepLines/>
        <w:pBdr>
          <w:bottom w:val="single" w:sz="4" w:space="2" w:color="808080"/>
        </w:pBdr>
      </w:pPr>
      <w:r>
        <w:rPr>
          <w:rFonts w:ascii="Calibri" w:hAnsi="Calibri" w:eastAsia="Calibri"/>
          <w:b/>
          <w:sz w:val="22"/>
        </w:rPr>
        <w:t>Part D. Malaria vaccine awareness and perceptions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37. </w:t>
      </w:r>
      <w:r>
        <w:rPr>
          <w:rFonts w:ascii="Calibri" w:hAnsi="Calibri" w:eastAsia="Calibri"/>
          <w:sz w:val="22"/>
        </w:rPr>
        <w:t>Before today, had you heard of a malaria vaccine?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Yes    [ ] No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38. </w:t>
      </w:r>
      <w:r>
        <w:rPr>
          <w:rFonts w:ascii="Calibri" w:hAnsi="Calibri" w:eastAsia="Calibri"/>
          <w:sz w:val="22"/>
        </w:rPr>
        <w:t>Where did you hear about the malaria vaccine?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Health professionals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Radio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Television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Newspaper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Neighbours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Friends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Internet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Social media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Village Health Teams (VHTs)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spacing w:after="60"/>
        <w:ind w:left="432"/>
      </w:pPr>
      <w:r>
        <w:rPr>
          <w:rFonts w:ascii="Calibri" w:hAnsi="Calibri" w:eastAsia="Calibri"/>
          <w:i/>
          <w:sz w:val="22"/>
        </w:rPr>
        <w:t>Ask only if Question 37 is Yes.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39. </w:t>
      </w:r>
      <w:r>
        <w:rPr>
          <w:rFonts w:ascii="Calibri" w:hAnsi="Calibri" w:eastAsia="Calibri"/>
          <w:sz w:val="22"/>
        </w:rPr>
        <w:t>How many types of malaria vaccines have been approved for use in humans?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After Questions 37-39, read the following statement verbatim: “The World Health Organization and the Ministry of Health Uganda have approved a new vaccine against malaria.” Then continue with Questions 40-58.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40. </w:t>
      </w:r>
      <w:r>
        <w:rPr>
          <w:rFonts w:ascii="Calibri" w:hAnsi="Calibri" w:eastAsia="Calibri"/>
          <w:sz w:val="22"/>
        </w:rPr>
        <w:t>A malaria vaccine may be effective in protecting someone from getting malaria.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41. </w:t>
      </w:r>
      <w:r>
        <w:rPr>
          <w:rFonts w:ascii="Calibri" w:hAnsi="Calibri" w:eastAsia="Calibri"/>
          <w:sz w:val="22"/>
        </w:rPr>
        <w:t>A malaria vaccine may be effective in preventing severe malaria once someone gets malaria.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42. </w:t>
      </w:r>
      <w:r>
        <w:rPr>
          <w:rFonts w:ascii="Calibri" w:hAnsi="Calibri" w:eastAsia="Calibri"/>
          <w:sz w:val="22"/>
        </w:rPr>
        <w:t>A malaria vaccine may be effective in preventing death from malaria.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43. </w:t>
      </w:r>
      <w:r>
        <w:rPr>
          <w:rFonts w:ascii="Calibri" w:hAnsi="Calibri" w:eastAsia="Calibri"/>
          <w:sz w:val="22"/>
        </w:rPr>
        <w:t>A malaria vaccine may be safe to receive.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Strongly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Agree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sure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Disagree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[ ] Strongly disagree</w:t>
      </w:r>
    </w:p>
    <w:p>
      <w:pPr>
        <w:keepNext/>
        <w:spacing w:before="160" w:after="60"/>
        <w:keepLines/>
        <w:pBdr>
          <w:bottom w:val="single" w:sz="4" w:space="2" w:color="808080"/>
        </w:pBdr>
      </w:pPr>
      <w:r>
        <w:rPr>
          <w:rFonts w:ascii="Calibri" w:hAnsi="Calibri" w:eastAsia="Calibri"/>
          <w:b/>
          <w:sz w:val="22"/>
        </w:rPr>
        <w:t>Part E. Malaria vaccine willingness and preferences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44. </w:t>
      </w:r>
      <w:r>
        <w:rPr>
          <w:rFonts w:ascii="Calibri" w:hAnsi="Calibri" w:eastAsia="Calibri"/>
          <w:sz w:val="22"/>
        </w:rPr>
        <w:t>If available, how willing would you be to receive a malaria vaccine?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45. </w:t>
      </w:r>
      <w:r>
        <w:rPr>
          <w:rFonts w:ascii="Calibri" w:hAnsi="Calibri" w:eastAsia="Calibri"/>
          <w:sz w:val="22"/>
        </w:rPr>
        <w:t>If available, how willing would you be to have your child receive a malaria vaccine?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46. </w:t>
      </w:r>
      <w:r>
        <w:rPr>
          <w:rFonts w:ascii="Calibri" w:hAnsi="Calibri" w:eastAsia="Calibri"/>
          <w:sz w:val="22"/>
        </w:rPr>
        <w:t>If available, how willing would you be to recommend a malaria vaccine to other adults in the community?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47. </w:t>
      </w:r>
      <w:r>
        <w:rPr>
          <w:rFonts w:ascii="Calibri" w:hAnsi="Calibri" w:eastAsia="Calibri"/>
          <w:sz w:val="22"/>
        </w:rPr>
        <w:t>If available, how willing would you be to recommend a malaria vaccine to other children in the community?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48. </w:t>
      </w:r>
      <w:r>
        <w:rPr>
          <w:rFonts w:ascii="Calibri" w:hAnsi="Calibri" w:eastAsia="Calibri"/>
          <w:sz w:val="22"/>
        </w:rPr>
        <w:t>How willing would you be to receive the vaccine if it reduced malaria deaths by 50%?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49. </w:t>
      </w:r>
      <w:r>
        <w:rPr>
          <w:rFonts w:ascii="Calibri" w:hAnsi="Calibri" w:eastAsia="Calibri"/>
          <w:sz w:val="22"/>
        </w:rPr>
        <w:t>How willing would you be to receive the vaccine if it reduced malaria deaths by 75%?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50. </w:t>
      </w:r>
      <w:r>
        <w:rPr>
          <w:rFonts w:ascii="Calibri" w:hAnsi="Calibri" w:eastAsia="Calibri"/>
          <w:sz w:val="22"/>
        </w:rPr>
        <w:t>How willing would you be to receive the vaccine if it reduced malaria deaths by 100%?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51. </w:t>
      </w:r>
      <w:r>
        <w:rPr>
          <w:rFonts w:ascii="Calibri" w:hAnsi="Calibri" w:eastAsia="Calibri"/>
          <w:sz w:val="22"/>
        </w:rPr>
        <w:t>How willing would you be to receive the malaria vaccine if it had no side effects?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52. </w:t>
      </w:r>
      <w:r>
        <w:rPr>
          <w:rFonts w:ascii="Calibri" w:hAnsi="Calibri" w:eastAsia="Calibri"/>
          <w:sz w:val="22"/>
        </w:rPr>
        <w:t>If available, how willing would you be to pay for a malaria vaccine?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Very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willing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Not decided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Somewhat unwilling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Not willing at all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53. </w:t>
      </w:r>
      <w:r>
        <w:rPr>
          <w:rFonts w:ascii="Calibri" w:hAnsi="Calibri" w:eastAsia="Calibri"/>
          <w:sz w:val="22"/>
        </w:rPr>
        <w:t>How much would you be willing to pay for a malaria vaccine (UGX)?</w:t>
      </w:r>
    </w:p>
    <w:p>
      <w:pPr>
        <w:keepNext/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Lines/>
        <w:spacing w:after="60"/>
        <w:ind w:left="432"/>
      </w:pPr>
      <w:r>
        <w:rPr>
          <w:rFonts w:ascii="Calibri" w:hAnsi="Calibri" w:eastAsia="Calibri"/>
          <w:i/>
          <w:sz w:val="22"/>
        </w:rPr>
        <w:t>Ask only if Question 52 is Very willing or Somewhat willing.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54. </w:t>
      </w:r>
      <w:r>
        <w:rPr>
          <w:rFonts w:ascii="Calibri" w:hAnsi="Calibri" w:eastAsia="Calibri"/>
          <w:sz w:val="22"/>
        </w:rPr>
        <w:t>If you selected Very willing or Somewhat willing for any question above, what are your reasons?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To protect my child from getting malaria.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 believe in vaccines and immunisation.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Health workers’ recommendations.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The vaccine is free of charge.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Vaccines are effective.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Vaccines are safe.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spacing w:before="40" w:after="0"/>
      </w:pPr>
      <w:r>
        <w:rPr>
          <w:rFonts w:ascii="Calibri" w:hAnsi="Calibri" w:eastAsia="Calibri"/>
          <w:b/>
          <w:sz w:val="22"/>
        </w:rPr>
        <w:t xml:space="preserve">55. </w:t>
      </w:r>
      <w:r>
        <w:rPr>
          <w:rFonts w:ascii="Calibri" w:hAnsi="Calibri" w:eastAsia="Calibri"/>
          <w:sz w:val="22"/>
        </w:rPr>
        <w:t>If you selected Not decided, Somewhat unwilling, or Not willing at all for any question above, what are your reasons? (Select all that apply.)</w:t>
      </w:r>
    </w:p>
    <w:p>
      <w:pPr>
        <w:keepNext/>
        <w:spacing w:after="20"/>
        <w:ind w:left="432"/>
      </w:pPr>
      <w:r>
        <w:rPr>
          <w:rFonts w:ascii="Calibri" w:hAnsi="Calibri" w:eastAsia="Calibri"/>
          <w:sz w:val="22"/>
        </w:rPr>
        <w:t>[ ] I do not think it is needed.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 have heard or read negative information about the vaccine.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 do not think the vaccine is effective.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I do not think the vaccine is safe or I am concerned about side effects.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Someone told me that the vaccine is not safe.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My child had a bad experience with a previous vaccination.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Someone told me that their child had a bad reaction.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Religious reasons.</w:t>
      </w:r>
    </w:p>
    <w:p>
      <w:pPr>
        <w:spacing w:after="20"/>
        <w:ind w:left="432"/>
      </w:pPr>
      <w:r>
        <w:rPr>
          <w:rFonts w:ascii="Calibri" w:hAnsi="Calibri" w:eastAsia="Calibri"/>
          <w:sz w:val="22"/>
        </w:rPr>
        <w:t>[ ] Other beliefs or traditional medicine.</w:t>
      </w:r>
    </w:p>
    <w:p>
      <w:pPr>
        <w:spacing w:after="60"/>
        <w:ind w:left="432"/>
      </w:pPr>
      <w:r>
        <w:rPr>
          <w:rFonts w:ascii="Calibri" w:hAnsi="Calibri" w:eastAsia="Calibri"/>
          <w:sz w:val="22"/>
        </w:rPr>
        <w:t>[ ] Other (specify): 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56. </w:t>
      </w:r>
      <w:r>
        <w:rPr>
          <w:rFonts w:ascii="Calibri" w:hAnsi="Calibri" w:eastAsia="Calibri"/>
          <w:sz w:val="22"/>
        </w:rPr>
        <w:t>Which route of malaria vaccine administration would you prefer for your child?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Oral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Injection</w:t>
      </w:r>
    </w:p>
    <w:p>
      <w:pPr>
        <w:keepNext/>
        <w:keepLines/>
        <w:spacing w:after="20"/>
        <w:ind w:left="432"/>
      </w:pPr>
      <w:r>
        <w:rPr>
          <w:rFonts w:ascii="Calibri" w:hAnsi="Calibri" w:eastAsia="Calibri"/>
          <w:sz w:val="22"/>
        </w:rPr>
        <w:t>[ ] Skin patch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[ ] Rectal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57. </w:t>
      </w:r>
      <w:r>
        <w:rPr>
          <w:rFonts w:ascii="Calibri" w:hAnsi="Calibri" w:eastAsia="Calibri"/>
          <w:sz w:val="22"/>
        </w:rPr>
        <w:t>How many doses of a malaria vaccine would you prefer your child to receive?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p>
      <w:pPr>
        <w:keepNext/>
        <w:keepLines/>
        <w:spacing w:before="40" w:after="0"/>
      </w:pPr>
      <w:r>
        <w:rPr>
          <w:rFonts w:ascii="Calibri" w:hAnsi="Calibri" w:eastAsia="Calibri"/>
          <w:b/>
          <w:sz w:val="22"/>
        </w:rPr>
        <w:t xml:space="preserve">58. </w:t>
      </w:r>
      <w:r>
        <w:rPr>
          <w:rFonts w:ascii="Calibri" w:hAnsi="Calibri" w:eastAsia="Calibri"/>
          <w:sz w:val="22"/>
        </w:rPr>
        <w:t>Any other comments? (Optional)</w:t>
      </w:r>
    </w:p>
    <w:p>
      <w:pPr>
        <w:keepLines/>
        <w:spacing w:after="60"/>
        <w:ind w:left="432"/>
      </w:pPr>
      <w:r>
        <w:rPr>
          <w:rFonts w:ascii="Calibri" w:hAnsi="Calibri" w:eastAsia="Calibri"/>
          <w:sz w:val="22"/>
        </w:rPr>
        <w:t>Response: 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sz w:val="22"/>
      </w:rPr>
      <w:t xml:space="preserve">Supplementary File 2 | Page </w:t>
    </w:r>
    <w:r>
      <w:rPr>
        <w:rFonts w:ascii="Calibri" w:hAnsi="Calibri" w:eastAsia="Calibri"/>
        <w:sz w:val="22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/>
        <w:sz w:val="22"/>
      </w:rPr>
      <w:t xml:space="preserve"> of </w:t>
    </w:r>
    <w:r>
      <w:rPr>
        <w:rFonts w:ascii="Calibri" w:hAnsi="Calibri" w:eastAsia="Calibri"/>
        <w:sz w:val="22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 w:eastAsia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