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1B328" w14:textId="68C1EAC5" w:rsidR="002B7360" w:rsidRPr="002F5FD3" w:rsidRDefault="00B64C44">
      <w:pPr>
        <w:pStyle w:val="Heading1"/>
      </w:pPr>
      <w:r w:rsidRPr="002F5FD3">
        <w:t>Supplementary Table S1. Availability of oncology-related services in tertiary hospitals of the Littoral Department, Benin (2023)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1824"/>
        <w:gridCol w:w="1705"/>
        <w:gridCol w:w="1699"/>
        <w:gridCol w:w="1698"/>
        <w:gridCol w:w="2146"/>
      </w:tblGrid>
      <w:tr w:rsidR="002B7360" w:rsidRPr="002F5FD3" w14:paraId="126F2C6A" w14:textId="77777777" w:rsidTr="00D724E3">
        <w:tc>
          <w:tcPr>
            <w:tcW w:w="1824" w:type="dxa"/>
            <w:tcBorders>
              <w:top w:val="single" w:sz="4" w:space="0" w:color="auto"/>
              <w:bottom w:val="single" w:sz="4" w:space="0" w:color="auto"/>
            </w:tcBorders>
          </w:tcPr>
          <w:p w14:paraId="0A52E704" w14:textId="77777777" w:rsidR="002B7360" w:rsidRPr="002F5FD3" w:rsidRDefault="00A3379A">
            <w:r w:rsidRPr="002F5FD3">
              <w:t>Oncology service / resource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</w:tcBorders>
          </w:tcPr>
          <w:p w14:paraId="297543FE" w14:textId="26C037A1" w:rsidR="002B7360" w:rsidRPr="002F5FD3" w:rsidRDefault="00C95F27">
            <w:r w:rsidRPr="002F5FD3">
              <w:t>CNHU-HKM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14:paraId="12BE4250" w14:textId="78BBBF6F" w:rsidR="002B7360" w:rsidRPr="002F5FD3" w:rsidRDefault="00C95F27">
            <w:r w:rsidRPr="002F5FD3">
              <w:t>CHU-MEL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2802C524" w14:textId="61535325" w:rsidR="002B7360" w:rsidRPr="002F5FD3" w:rsidRDefault="00C95F27">
            <w:r w:rsidRPr="002F5FD3">
              <w:t>CHUZ Suru-</w:t>
            </w:r>
            <w:proofErr w:type="spellStart"/>
            <w:r w:rsidRPr="002F5FD3">
              <w:t>Léré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bottom w:val="single" w:sz="4" w:space="0" w:color="auto"/>
            </w:tcBorders>
          </w:tcPr>
          <w:p w14:paraId="0D51B3E6" w14:textId="77777777" w:rsidR="002B7360" w:rsidRPr="002F5FD3" w:rsidRDefault="00A3379A" w:rsidP="00D724E3">
            <w:pPr>
              <w:jc w:val="center"/>
            </w:pPr>
            <w:r w:rsidRPr="002F5FD3">
              <w:t>Comments</w:t>
            </w:r>
          </w:p>
        </w:tc>
      </w:tr>
      <w:tr w:rsidR="002B7360" w:rsidRPr="002F5FD3" w14:paraId="20691F85" w14:textId="77777777" w:rsidTr="00D724E3">
        <w:tc>
          <w:tcPr>
            <w:tcW w:w="1824" w:type="dxa"/>
            <w:tcBorders>
              <w:top w:val="single" w:sz="4" w:space="0" w:color="auto"/>
            </w:tcBorders>
          </w:tcPr>
          <w:p w14:paraId="4E079847" w14:textId="77777777" w:rsidR="002B7360" w:rsidRPr="002F5FD3" w:rsidRDefault="00A3379A">
            <w:r w:rsidRPr="002F5FD3">
              <w:t>Dedicated oncology or cancer unit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1469B75C" w14:textId="77777777" w:rsidR="002B7360" w:rsidRPr="002F5FD3" w:rsidRDefault="00A3379A">
            <w:r w:rsidRPr="002F5FD3">
              <w:t>Yes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14:paraId="36ABF68D" w14:textId="73827028" w:rsidR="002B7360" w:rsidRPr="002F5FD3" w:rsidRDefault="00C95F27">
            <w:r w:rsidRPr="002F5FD3">
              <w:t>Yes</w:t>
            </w:r>
          </w:p>
        </w:tc>
        <w:tc>
          <w:tcPr>
            <w:tcW w:w="1698" w:type="dxa"/>
            <w:tcBorders>
              <w:top w:val="single" w:sz="4" w:space="0" w:color="auto"/>
            </w:tcBorders>
          </w:tcPr>
          <w:p w14:paraId="7E1E468D" w14:textId="77777777" w:rsidR="002B7360" w:rsidRPr="002F5FD3" w:rsidRDefault="00A3379A">
            <w:r w:rsidRPr="002F5FD3">
              <w:t>No</w:t>
            </w:r>
          </w:p>
        </w:tc>
        <w:tc>
          <w:tcPr>
            <w:tcW w:w="2146" w:type="dxa"/>
            <w:tcBorders>
              <w:top w:val="single" w:sz="4" w:space="0" w:color="auto"/>
            </w:tcBorders>
          </w:tcPr>
          <w:p w14:paraId="6A858C6D" w14:textId="4EEECA4A" w:rsidR="002B7360" w:rsidRPr="002F5FD3" w:rsidRDefault="00C95F27" w:rsidP="00D724E3">
            <w:pPr>
              <w:ind w:right="-115"/>
              <w:jc w:val="center"/>
            </w:pPr>
            <w:r w:rsidRPr="002F5FD3">
              <w:t>-</w:t>
            </w:r>
          </w:p>
        </w:tc>
      </w:tr>
      <w:tr w:rsidR="00C95F27" w:rsidRPr="002F5FD3" w14:paraId="3FA0C851" w14:textId="77777777" w:rsidTr="00A3379A">
        <w:tc>
          <w:tcPr>
            <w:tcW w:w="1824" w:type="dxa"/>
          </w:tcPr>
          <w:p w14:paraId="7BEAF6B2" w14:textId="77777777" w:rsidR="00C95F27" w:rsidRPr="002F5FD3" w:rsidRDefault="00C95F27" w:rsidP="00C95F27">
            <w:r w:rsidRPr="002F5FD3">
              <w:t>Pathology / histology laboratory</w:t>
            </w:r>
          </w:p>
        </w:tc>
        <w:tc>
          <w:tcPr>
            <w:tcW w:w="1705" w:type="dxa"/>
          </w:tcPr>
          <w:p w14:paraId="00071283" w14:textId="77777777" w:rsidR="00C95F27" w:rsidRPr="002F5FD3" w:rsidRDefault="00C95F27" w:rsidP="00C95F27">
            <w:r w:rsidRPr="002F5FD3">
              <w:t>Yes (on-site)</w:t>
            </w:r>
          </w:p>
        </w:tc>
        <w:tc>
          <w:tcPr>
            <w:tcW w:w="1699" w:type="dxa"/>
          </w:tcPr>
          <w:p w14:paraId="2A5DEB35" w14:textId="7592B33F" w:rsidR="00C95F27" w:rsidRPr="002F5FD3" w:rsidRDefault="00C95F27" w:rsidP="00C95F27">
            <w:r w:rsidRPr="002F5FD3">
              <w:t>No (external referral)</w:t>
            </w:r>
          </w:p>
        </w:tc>
        <w:tc>
          <w:tcPr>
            <w:tcW w:w="1698" w:type="dxa"/>
          </w:tcPr>
          <w:p w14:paraId="70150BE5" w14:textId="77777777" w:rsidR="00C95F27" w:rsidRPr="002F5FD3" w:rsidRDefault="00C95F27" w:rsidP="00C95F27">
            <w:r w:rsidRPr="002F5FD3">
              <w:t>No (external referral)</w:t>
            </w:r>
          </w:p>
        </w:tc>
        <w:tc>
          <w:tcPr>
            <w:tcW w:w="2146" w:type="dxa"/>
          </w:tcPr>
          <w:p w14:paraId="72764E25" w14:textId="3EAEB82F" w:rsidR="00C95F27" w:rsidRPr="002F5FD3" w:rsidRDefault="00C95F27" w:rsidP="00D724E3">
            <w:pPr>
              <w:jc w:val="center"/>
            </w:pPr>
            <w:r w:rsidRPr="002F5FD3">
              <w:t>-</w:t>
            </w:r>
          </w:p>
        </w:tc>
      </w:tr>
      <w:tr w:rsidR="00C95F27" w:rsidRPr="002F5FD3" w14:paraId="1798B010" w14:textId="77777777" w:rsidTr="00A3379A">
        <w:tc>
          <w:tcPr>
            <w:tcW w:w="1824" w:type="dxa"/>
          </w:tcPr>
          <w:p w14:paraId="1631B467" w14:textId="77777777" w:rsidR="00C95F27" w:rsidRPr="002F5FD3" w:rsidRDefault="00C95F27" w:rsidP="00C95F27">
            <w:r w:rsidRPr="002F5FD3">
              <w:t>Chemotherapy services</w:t>
            </w:r>
          </w:p>
        </w:tc>
        <w:tc>
          <w:tcPr>
            <w:tcW w:w="1705" w:type="dxa"/>
          </w:tcPr>
          <w:p w14:paraId="0BE29941" w14:textId="70A3AF80" w:rsidR="00C95F27" w:rsidRPr="002F5FD3" w:rsidRDefault="00C95F27" w:rsidP="00C95F27">
            <w:r w:rsidRPr="002F5FD3">
              <w:t xml:space="preserve">Available </w:t>
            </w:r>
          </w:p>
        </w:tc>
        <w:tc>
          <w:tcPr>
            <w:tcW w:w="1699" w:type="dxa"/>
          </w:tcPr>
          <w:p w14:paraId="0F1E112F" w14:textId="1244F787" w:rsidR="00C95F27" w:rsidRPr="002F5FD3" w:rsidRDefault="00C95F27" w:rsidP="00C95F27">
            <w:r w:rsidRPr="002F5FD3">
              <w:t xml:space="preserve">Available </w:t>
            </w:r>
          </w:p>
        </w:tc>
        <w:tc>
          <w:tcPr>
            <w:tcW w:w="1698" w:type="dxa"/>
          </w:tcPr>
          <w:p w14:paraId="0F85DEE4" w14:textId="77777777" w:rsidR="00C95F27" w:rsidRPr="002F5FD3" w:rsidRDefault="00C95F27" w:rsidP="00C95F27">
            <w:r w:rsidRPr="002F5FD3">
              <w:t>Not available</w:t>
            </w:r>
          </w:p>
        </w:tc>
        <w:tc>
          <w:tcPr>
            <w:tcW w:w="2146" w:type="dxa"/>
          </w:tcPr>
          <w:p w14:paraId="1DC487C1" w14:textId="674AA9B3" w:rsidR="00C95F27" w:rsidRPr="002F5FD3" w:rsidRDefault="00C95F27" w:rsidP="00D724E3">
            <w:pPr>
              <w:jc w:val="center"/>
            </w:pPr>
            <w:r w:rsidRPr="002F5FD3">
              <w:t>-</w:t>
            </w:r>
          </w:p>
        </w:tc>
      </w:tr>
      <w:tr w:rsidR="00C95F27" w:rsidRPr="002F5FD3" w14:paraId="11B42C58" w14:textId="77777777" w:rsidTr="00A3379A">
        <w:tc>
          <w:tcPr>
            <w:tcW w:w="1824" w:type="dxa"/>
          </w:tcPr>
          <w:p w14:paraId="57A70B16" w14:textId="77777777" w:rsidR="00C95F27" w:rsidRPr="002F5FD3" w:rsidRDefault="00C95F27" w:rsidP="00C95F27">
            <w:r w:rsidRPr="002F5FD3">
              <w:t>Radiotherapy access</w:t>
            </w:r>
          </w:p>
        </w:tc>
        <w:tc>
          <w:tcPr>
            <w:tcW w:w="1705" w:type="dxa"/>
          </w:tcPr>
          <w:p w14:paraId="3E612A74" w14:textId="77777777" w:rsidR="00C95F27" w:rsidRPr="002F5FD3" w:rsidRDefault="00C95F27" w:rsidP="00C95F27">
            <w:r w:rsidRPr="002F5FD3">
              <w:t>No</w:t>
            </w:r>
          </w:p>
        </w:tc>
        <w:tc>
          <w:tcPr>
            <w:tcW w:w="1699" w:type="dxa"/>
          </w:tcPr>
          <w:p w14:paraId="30A6675A" w14:textId="77777777" w:rsidR="00C95F27" w:rsidRPr="002F5FD3" w:rsidRDefault="00C95F27" w:rsidP="00C95F27">
            <w:r w:rsidRPr="002F5FD3">
              <w:t>No</w:t>
            </w:r>
          </w:p>
        </w:tc>
        <w:tc>
          <w:tcPr>
            <w:tcW w:w="1698" w:type="dxa"/>
          </w:tcPr>
          <w:p w14:paraId="7AD7BEE9" w14:textId="77777777" w:rsidR="00C95F27" w:rsidRPr="002F5FD3" w:rsidRDefault="00C95F27" w:rsidP="00C95F27">
            <w:r w:rsidRPr="002F5FD3">
              <w:t>No</w:t>
            </w:r>
          </w:p>
        </w:tc>
        <w:tc>
          <w:tcPr>
            <w:tcW w:w="2146" w:type="dxa"/>
          </w:tcPr>
          <w:p w14:paraId="41C3DAF8" w14:textId="3A09552B" w:rsidR="00C95F27" w:rsidRPr="002F5FD3" w:rsidRDefault="00C95F27" w:rsidP="00D724E3">
            <w:pPr>
              <w:jc w:val="center"/>
            </w:pPr>
            <w:r w:rsidRPr="002F5FD3">
              <w:t xml:space="preserve">Referral abroad </w:t>
            </w:r>
          </w:p>
        </w:tc>
      </w:tr>
      <w:tr w:rsidR="00C95F27" w:rsidRPr="002F5FD3" w14:paraId="410C48B0" w14:textId="77777777" w:rsidTr="00A3379A">
        <w:tc>
          <w:tcPr>
            <w:tcW w:w="1824" w:type="dxa"/>
          </w:tcPr>
          <w:p w14:paraId="4815F40D" w14:textId="77777777" w:rsidR="00C95F27" w:rsidRPr="002F5FD3" w:rsidRDefault="00C95F27" w:rsidP="00C95F27">
            <w:r w:rsidRPr="002F5FD3">
              <w:t>Imaging (CT scan / ultrasound)</w:t>
            </w:r>
          </w:p>
        </w:tc>
        <w:tc>
          <w:tcPr>
            <w:tcW w:w="1705" w:type="dxa"/>
          </w:tcPr>
          <w:p w14:paraId="0D406686" w14:textId="77777777" w:rsidR="00C95F27" w:rsidRPr="002F5FD3" w:rsidRDefault="00C95F27" w:rsidP="00C95F27">
            <w:r w:rsidRPr="002F5FD3">
              <w:t>CT and ultrasound available</w:t>
            </w:r>
          </w:p>
        </w:tc>
        <w:tc>
          <w:tcPr>
            <w:tcW w:w="1699" w:type="dxa"/>
          </w:tcPr>
          <w:p w14:paraId="7AA9E750" w14:textId="77777777" w:rsidR="00C95F27" w:rsidRPr="002F5FD3" w:rsidRDefault="00C95F27" w:rsidP="00C95F27">
            <w:r w:rsidRPr="002F5FD3">
              <w:t>Ultrasound only</w:t>
            </w:r>
          </w:p>
        </w:tc>
        <w:tc>
          <w:tcPr>
            <w:tcW w:w="1698" w:type="dxa"/>
          </w:tcPr>
          <w:p w14:paraId="631BD096" w14:textId="77777777" w:rsidR="00C95F27" w:rsidRPr="002F5FD3" w:rsidRDefault="00C95F27" w:rsidP="00C95F27">
            <w:r w:rsidRPr="002F5FD3">
              <w:t>Ultrasound only</w:t>
            </w:r>
          </w:p>
        </w:tc>
        <w:tc>
          <w:tcPr>
            <w:tcW w:w="2146" w:type="dxa"/>
          </w:tcPr>
          <w:p w14:paraId="3D1DF351" w14:textId="2FB94602" w:rsidR="00C95F27" w:rsidRPr="002F5FD3" w:rsidRDefault="00C95F27" w:rsidP="00D724E3">
            <w:pPr>
              <w:jc w:val="center"/>
            </w:pPr>
            <w:r w:rsidRPr="002F5FD3">
              <w:t>-</w:t>
            </w:r>
          </w:p>
        </w:tc>
      </w:tr>
      <w:tr w:rsidR="00C95F27" w:rsidRPr="002F5FD3" w14:paraId="02993C01" w14:textId="77777777" w:rsidTr="00A3379A">
        <w:tc>
          <w:tcPr>
            <w:tcW w:w="1824" w:type="dxa"/>
          </w:tcPr>
          <w:p w14:paraId="0F4D4EBF" w14:textId="77777777" w:rsidR="00C95F27" w:rsidRPr="002F5FD3" w:rsidRDefault="00C95F27" w:rsidP="00C95F27">
            <w:r w:rsidRPr="002F5FD3">
              <w:t>Multidisciplinary tumor board (MDT/RCP)</w:t>
            </w:r>
          </w:p>
        </w:tc>
        <w:tc>
          <w:tcPr>
            <w:tcW w:w="1705" w:type="dxa"/>
          </w:tcPr>
          <w:p w14:paraId="23D2C1D1" w14:textId="5EDB7854" w:rsidR="00C95F27" w:rsidRPr="002F5FD3" w:rsidRDefault="001C6EBE" w:rsidP="00C95F27">
            <w:r w:rsidRPr="002F5FD3">
              <w:t>Available</w:t>
            </w:r>
          </w:p>
        </w:tc>
        <w:tc>
          <w:tcPr>
            <w:tcW w:w="1699" w:type="dxa"/>
          </w:tcPr>
          <w:p w14:paraId="67622CE4" w14:textId="0BD1E76A" w:rsidR="00C95F27" w:rsidRPr="002F5FD3" w:rsidRDefault="001C6EBE" w:rsidP="00C95F27">
            <w:r w:rsidRPr="002F5FD3">
              <w:t>Available</w:t>
            </w:r>
          </w:p>
        </w:tc>
        <w:tc>
          <w:tcPr>
            <w:tcW w:w="1698" w:type="dxa"/>
          </w:tcPr>
          <w:p w14:paraId="3C6108FC" w14:textId="4130D23A" w:rsidR="00C95F27" w:rsidRPr="002F5FD3" w:rsidRDefault="00C95F27" w:rsidP="00C95F27">
            <w:r w:rsidRPr="002F5FD3">
              <w:t>Not available</w:t>
            </w:r>
            <w:r w:rsidR="001C6EBE" w:rsidRPr="002F5FD3">
              <w:t xml:space="preserve"> on site</w:t>
            </w:r>
          </w:p>
        </w:tc>
        <w:tc>
          <w:tcPr>
            <w:tcW w:w="2146" w:type="dxa"/>
          </w:tcPr>
          <w:p w14:paraId="71A2836F" w14:textId="4C4B26DD" w:rsidR="00C95F27" w:rsidRPr="002F5FD3" w:rsidRDefault="001C6EBE" w:rsidP="00D724E3">
            <w:pPr>
              <w:jc w:val="center"/>
            </w:pPr>
            <w:r w:rsidRPr="002F5FD3">
              <w:t>-</w:t>
            </w:r>
          </w:p>
        </w:tc>
      </w:tr>
      <w:tr w:rsidR="00C95F27" w:rsidRPr="002F5FD3" w14:paraId="34DB49C7" w14:textId="77777777" w:rsidTr="00A3379A">
        <w:tc>
          <w:tcPr>
            <w:tcW w:w="1824" w:type="dxa"/>
          </w:tcPr>
          <w:p w14:paraId="4B9F9D72" w14:textId="77777777" w:rsidR="00C95F27" w:rsidRPr="002F5FD3" w:rsidRDefault="00C95F27" w:rsidP="00C95F27">
            <w:r w:rsidRPr="002F5FD3">
              <w:t>Palliative care unit or service</w:t>
            </w:r>
          </w:p>
        </w:tc>
        <w:tc>
          <w:tcPr>
            <w:tcW w:w="1705" w:type="dxa"/>
          </w:tcPr>
          <w:p w14:paraId="45680944" w14:textId="094B28EE" w:rsidR="00C95F27" w:rsidRPr="002F5FD3" w:rsidRDefault="001C6EBE" w:rsidP="00C95F27">
            <w:r w:rsidRPr="002F5FD3">
              <w:t>Yes</w:t>
            </w:r>
          </w:p>
        </w:tc>
        <w:tc>
          <w:tcPr>
            <w:tcW w:w="1699" w:type="dxa"/>
          </w:tcPr>
          <w:p w14:paraId="433840EE" w14:textId="77777777" w:rsidR="00C95F27" w:rsidRPr="002F5FD3" w:rsidRDefault="00C95F27" w:rsidP="00C95F27">
            <w:r w:rsidRPr="002F5FD3">
              <w:t>No</w:t>
            </w:r>
          </w:p>
        </w:tc>
        <w:tc>
          <w:tcPr>
            <w:tcW w:w="1698" w:type="dxa"/>
          </w:tcPr>
          <w:p w14:paraId="601FD263" w14:textId="77777777" w:rsidR="00C95F27" w:rsidRPr="002F5FD3" w:rsidRDefault="00C95F27" w:rsidP="00C95F27">
            <w:r w:rsidRPr="002F5FD3">
              <w:t>No</w:t>
            </w:r>
          </w:p>
        </w:tc>
        <w:tc>
          <w:tcPr>
            <w:tcW w:w="2146" w:type="dxa"/>
          </w:tcPr>
          <w:p w14:paraId="3FD6F755" w14:textId="493DA3D1" w:rsidR="00C95F27" w:rsidRPr="002F5FD3" w:rsidRDefault="001C6EBE" w:rsidP="00D724E3">
            <w:pPr>
              <w:jc w:val="center"/>
            </w:pPr>
            <w:r w:rsidRPr="002F5FD3">
              <w:t>-</w:t>
            </w:r>
          </w:p>
        </w:tc>
      </w:tr>
      <w:tr w:rsidR="00C95F27" w:rsidRPr="002F5FD3" w14:paraId="4070A870" w14:textId="77777777" w:rsidTr="00A3379A">
        <w:tc>
          <w:tcPr>
            <w:tcW w:w="1824" w:type="dxa"/>
          </w:tcPr>
          <w:p w14:paraId="1DA80FA7" w14:textId="352DF35E" w:rsidR="00C95F27" w:rsidRPr="002F5FD3" w:rsidRDefault="00C95F27" w:rsidP="00C95F27">
            <w:r w:rsidRPr="002F5FD3">
              <w:t xml:space="preserve">Trained </w:t>
            </w:r>
            <w:r w:rsidR="001C6EBE" w:rsidRPr="002F5FD3">
              <w:t xml:space="preserve">dedicated </w:t>
            </w:r>
            <w:r w:rsidRPr="002F5FD3">
              <w:t>surgical oncologist present</w:t>
            </w:r>
          </w:p>
        </w:tc>
        <w:tc>
          <w:tcPr>
            <w:tcW w:w="1705" w:type="dxa"/>
          </w:tcPr>
          <w:p w14:paraId="536D4293" w14:textId="77777777" w:rsidR="00C95F27" w:rsidRPr="002F5FD3" w:rsidRDefault="00C95F27" w:rsidP="00C95F27">
            <w:r w:rsidRPr="002F5FD3">
              <w:t>Yes</w:t>
            </w:r>
          </w:p>
        </w:tc>
        <w:tc>
          <w:tcPr>
            <w:tcW w:w="1699" w:type="dxa"/>
          </w:tcPr>
          <w:p w14:paraId="219FD121" w14:textId="44D7F7AC" w:rsidR="00C95F27" w:rsidRPr="002F5FD3" w:rsidRDefault="001C6EBE" w:rsidP="00C95F27">
            <w:r w:rsidRPr="002F5FD3">
              <w:t>No</w:t>
            </w:r>
          </w:p>
        </w:tc>
        <w:tc>
          <w:tcPr>
            <w:tcW w:w="1698" w:type="dxa"/>
          </w:tcPr>
          <w:p w14:paraId="0B269CA8" w14:textId="77777777" w:rsidR="00C95F27" w:rsidRPr="002F5FD3" w:rsidRDefault="00C95F27" w:rsidP="00C95F27">
            <w:r w:rsidRPr="002F5FD3">
              <w:t>No</w:t>
            </w:r>
          </w:p>
        </w:tc>
        <w:tc>
          <w:tcPr>
            <w:tcW w:w="2146" w:type="dxa"/>
          </w:tcPr>
          <w:p w14:paraId="63549F50" w14:textId="77BC5333" w:rsidR="00C95F27" w:rsidRPr="002F5FD3" w:rsidRDefault="00D724E3" w:rsidP="00D724E3">
            <w:pPr>
              <w:jc w:val="center"/>
            </w:pPr>
            <w:r w:rsidRPr="002F5FD3">
              <w:t>-</w:t>
            </w:r>
          </w:p>
        </w:tc>
      </w:tr>
      <w:tr w:rsidR="00C95F27" w:rsidRPr="002F5FD3" w14:paraId="1F27318D" w14:textId="77777777" w:rsidTr="00A3379A">
        <w:tc>
          <w:tcPr>
            <w:tcW w:w="1824" w:type="dxa"/>
          </w:tcPr>
          <w:p w14:paraId="3CFAAB80" w14:textId="77777777" w:rsidR="00C95F27" w:rsidRPr="002F5FD3" w:rsidRDefault="00C95F27" w:rsidP="00C95F27">
            <w:r w:rsidRPr="002F5FD3">
              <w:t>Training activities in oncology</w:t>
            </w:r>
          </w:p>
        </w:tc>
        <w:tc>
          <w:tcPr>
            <w:tcW w:w="1705" w:type="dxa"/>
          </w:tcPr>
          <w:p w14:paraId="6B2C7FD0" w14:textId="0CAD66F6" w:rsidR="001C6EBE" w:rsidRPr="002F5FD3" w:rsidRDefault="00C95F27" w:rsidP="001C6EBE">
            <w:r w:rsidRPr="002F5FD3">
              <w:t xml:space="preserve">Yes </w:t>
            </w:r>
          </w:p>
          <w:p w14:paraId="77922D08" w14:textId="17ED7BFC" w:rsidR="00C95F27" w:rsidRPr="002F5FD3" w:rsidRDefault="00C95F27" w:rsidP="00C95F27"/>
        </w:tc>
        <w:tc>
          <w:tcPr>
            <w:tcW w:w="1699" w:type="dxa"/>
          </w:tcPr>
          <w:p w14:paraId="3DD67C73" w14:textId="19561EEF" w:rsidR="00C95F27" w:rsidRPr="002F5FD3" w:rsidRDefault="001C6EBE" w:rsidP="00C95F27">
            <w:r w:rsidRPr="002F5FD3">
              <w:t>Yes</w:t>
            </w:r>
          </w:p>
        </w:tc>
        <w:tc>
          <w:tcPr>
            <w:tcW w:w="1698" w:type="dxa"/>
          </w:tcPr>
          <w:p w14:paraId="68711B05" w14:textId="77777777" w:rsidR="00C95F27" w:rsidRPr="002F5FD3" w:rsidRDefault="00C95F27" w:rsidP="00C95F27">
            <w:r w:rsidRPr="002F5FD3">
              <w:t>No</w:t>
            </w:r>
          </w:p>
        </w:tc>
        <w:tc>
          <w:tcPr>
            <w:tcW w:w="2146" w:type="dxa"/>
          </w:tcPr>
          <w:p w14:paraId="56268773" w14:textId="087DC19B" w:rsidR="00C95F27" w:rsidRPr="002F5FD3" w:rsidRDefault="001C6EBE" w:rsidP="00D724E3">
            <w:pPr>
              <w:jc w:val="center"/>
            </w:pPr>
            <w:r w:rsidRPr="002F5FD3">
              <w:t xml:space="preserve">University Diploma in Gynecologic Oncology </w:t>
            </w:r>
          </w:p>
        </w:tc>
      </w:tr>
      <w:tr w:rsidR="00A3379A" w:rsidRPr="002F5FD3" w14:paraId="43A6589A" w14:textId="77777777" w:rsidTr="00A3379A">
        <w:tc>
          <w:tcPr>
            <w:tcW w:w="1824" w:type="dxa"/>
          </w:tcPr>
          <w:p w14:paraId="4118CCCD" w14:textId="32754A1E" w:rsidR="00A3379A" w:rsidRPr="002F5FD3" w:rsidRDefault="00A3379A" w:rsidP="00C95F27">
            <w:r w:rsidRPr="002F5FD3">
              <w:t>Training activities in surgery</w:t>
            </w:r>
          </w:p>
        </w:tc>
        <w:tc>
          <w:tcPr>
            <w:tcW w:w="1705" w:type="dxa"/>
          </w:tcPr>
          <w:p w14:paraId="6F75B68D" w14:textId="129F652C" w:rsidR="00A3379A" w:rsidRPr="002F5FD3" w:rsidRDefault="00A3379A" w:rsidP="001C6EBE">
            <w:r w:rsidRPr="002F5FD3">
              <w:t>Yes</w:t>
            </w:r>
          </w:p>
        </w:tc>
        <w:tc>
          <w:tcPr>
            <w:tcW w:w="1699" w:type="dxa"/>
          </w:tcPr>
          <w:p w14:paraId="11E93683" w14:textId="31C3B4E9" w:rsidR="00A3379A" w:rsidRPr="002F5FD3" w:rsidRDefault="00A3379A" w:rsidP="00C95F27">
            <w:r w:rsidRPr="002F5FD3">
              <w:t>Yes</w:t>
            </w:r>
          </w:p>
        </w:tc>
        <w:tc>
          <w:tcPr>
            <w:tcW w:w="1698" w:type="dxa"/>
          </w:tcPr>
          <w:p w14:paraId="3ADCF9A9" w14:textId="4497EDF1" w:rsidR="00A3379A" w:rsidRPr="002F5FD3" w:rsidRDefault="00A3379A" w:rsidP="00C95F27">
            <w:r w:rsidRPr="002F5FD3">
              <w:t>Yes</w:t>
            </w:r>
          </w:p>
        </w:tc>
        <w:tc>
          <w:tcPr>
            <w:tcW w:w="2146" w:type="dxa"/>
          </w:tcPr>
          <w:p w14:paraId="4A629977" w14:textId="13225771" w:rsidR="00A3379A" w:rsidRPr="002F5FD3" w:rsidRDefault="00A3379A" w:rsidP="00C95F27">
            <w:r w:rsidRPr="002F5FD3">
              <w:t xml:space="preserve">General Surgery, Urology, Pediatric Surgery, Orthopedic Surgery, Obstetrics </w:t>
            </w:r>
            <w:r w:rsidRPr="002F5FD3">
              <w:lastRenderedPageBreak/>
              <w:t>and Gynecology, ENT and Ophthalmology</w:t>
            </w:r>
          </w:p>
        </w:tc>
      </w:tr>
    </w:tbl>
    <w:p w14:paraId="3DA4C1D8" w14:textId="5977B4DE" w:rsidR="00D2737D" w:rsidRPr="002F5FD3" w:rsidRDefault="00D2737D"/>
    <w:p w14:paraId="41510342" w14:textId="0D976D39" w:rsidR="00C95F27" w:rsidRPr="002F5FD3" w:rsidRDefault="00B64C44" w:rsidP="00C95F27">
      <w:pPr>
        <w:spacing w:line="360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2F5FD3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Supplementary Table S2. Stage distribution of cancers by anatomical site in tertiary hospitals of the Littoral Department, Benin (2023)</w:t>
      </w:r>
    </w:p>
    <w:tbl>
      <w:tblPr>
        <w:tblStyle w:val="PlainTable2"/>
        <w:tblW w:w="8647" w:type="dxa"/>
        <w:tblLook w:val="04A0" w:firstRow="1" w:lastRow="0" w:firstColumn="1" w:lastColumn="0" w:noHBand="0" w:noVBand="1"/>
      </w:tblPr>
      <w:tblGrid>
        <w:gridCol w:w="4111"/>
        <w:gridCol w:w="2268"/>
        <w:gridCol w:w="2268"/>
      </w:tblGrid>
      <w:tr w:rsidR="00C95F27" w:rsidRPr="002F5FD3" w14:paraId="34FEF3D0" w14:textId="77777777" w:rsidTr="004F1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noWrap/>
            <w:hideMark/>
          </w:tcPr>
          <w:p w14:paraId="5BF6DDBB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28A53836" w14:textId="77777777" w:rsidR="00C95F27" w:rsidRPr="002F5FD3" w:rsidRDefault="00C95F27" w:rsidP="004F13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Number (n)</w:t>
            </w:r>
          </w:p>
        </w:tc>
        <w:tc>
          <w:tcPr>
            <w:tcW w:w="2268" w:type="dxa"/>
            <w:noWrap/>
            <w:hideMark/>
          </w:tcPr>
          <w:p w14:paraId="656A2AF5" w14:textId="77777777" w:rsidR="00C95F27" w:rsidRPr="002F5FD3" w:rsidRDefault="00C95F27" w:rsidP="004F13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Frequency (</w:t>
            </w:r>
            <w:r w:rsidRPr="002F5FD3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fr-FR"/>
              </w:rPr>
              <w:t>%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)</w:t>
            </w:r>
          </w:p>
        </w:tc>
      </w:tr>
      <w:tr w:rsidR="00C95F27" w:rsidRPr="002F5FD3" w14:paraId="56A58366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bottom w:val="nil"/>
            </w:tcBorders>
            <w:noWrap/>
            <w:hideMark/>
          </w:tcPr>
          <w:p w14:paraId="33DC413D" w14:textId="5396F4AD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Breast (</w:t>
            </w:r>
            <w:r w:rsidR="00644B59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=36)</w:t>
            </w:r>
          </w:p>
        </w:tc>
        <w:tc>
          <w:tcPr>
            <w:tcW w:w="2268" w:type="dxa"/>
            <w:tcBorders>
              <w:bottom w:val="nil"/>
            </w:tcBorders>
            <w:noWrap/>
            <w:hideMark/>
          </w:tcPr>
          <w:p w14:paraId="23BF905D" w14:textId="77777777" w:rsidR="00C95F27" w:rsidRPr="002F5FD3" w:rsidRDefault="00C95F27" w:rsidP="004F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bottom w:val="nil"/>
            </w:tcBorders>
            <w:noWrap/>
            <w:hideMark/>
          </w:tcPr>
          <w:p w14:paraId="0711F30A" w14:textId="77777777" w:rsidR="00C95F27" w:rsidRPr="002F5FD3" w:rsidRDefault="00C95F27" w:rsidP="004F13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18F69551" w14:textId="77777777" w:rsidTr="004F13C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6AEC5CF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19E7634E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CD9574A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11,1</w:t>
            </w:r>
          </w:p>
        </w:tc>
      </w:tr>
      <w:tr w:rsidR="00C95F27" w:rsidRPr="002F5FD3" w14:paraId="2FDF7EF7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6CAF953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3CBC821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BC9982A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5,6</w:t>
            </w:r>
          </w:p>
        </w:tc>
      </w:tr>
      <w:tr w:rsidR="00C95F27" w:rsidRPr="002F5FD3" w14:paraId="530CF22C" w14:textId="77777777" w:rsidTr="004F13C9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C169F60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AECF0F3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EE49AA1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25,0</w:t>
            </w:r>
          </w:p>
        </w:tc>
      </w:tr>
      <w:tr w:rsidR="00C95F27" w:rsidRPr="002F5FD3" w14:paraId="3DC4FA43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2B35A2D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597422C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6D252F3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58,3</w:t>
            </w:r>
          </w:p>
        </w:tc>
      </w:tr>
      <w:tr w:rsidR="00C95F27" w:rsidRPr="002F5FD3" w14:paraId="1D23F669" w14:textId="77777777" w:rsidTr="004F13C9">
        <w:trPr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8C1A8D7" w14:textId="5B477CB8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Rectum (</w:t>
            </w:r>
            <w:r w:rsidR="00644B59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=10)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48772B67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1EC8EC75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5D2614DE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07B0CC93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4A4E03F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43B973E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10,0</w:t>
            </w:r>
          </w:p>
        </w:tc>
      </w:tr>
      <w:tr w:rsidR="00C95F27" w:rsidRPr="002F5FD3" w14:paraId="3689A79A" w14:textId="77777777" w:rsidTr="004F13C9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8FB5F58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E856C83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FA0CA9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20,0</w:t>
            </w:r>
          </w:p>
        </w:tc>
      </w:tr>
      <w:tr w:rsidR="00C95F27" w:rsidRPr="002F5FD3" w14:paraId="73824D41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9EF8C1F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5DF5E8C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7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53B002A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70,0</w:t>
            </w:r>
          </w:p>
        </w:tc>
      </w:tr>
      <w:tr w:rsidR="00C95F27" w:rsidRPr="002F5FD3" w14:paraId="24774EFC" w14:textId="77777777" w:rsidTr="004F13C9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68DABC82" w14:textId="6E6544ED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Stomach (</w:t>
            </w:r>
            <w:r w:rsidR="00644B59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=16)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2A7EB7D8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5A5FB388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1787C1DD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01DE694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62364C0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6DD014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12,5</w:t>
            </w:r>
          </w:p>
        </w:tc>
      </w:tr>
      <w:tr w:rsidR="00C95F27" w:rsidRPr="002F5FD3" w14:paraId="56D47FF4" w14:textId="77777777" w:rsidTr="004F13C9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E24FB80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BD12A86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2594C65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12,5</w:t>
            </w:r>
          </w:p>
        </w:tc>
      </w:tr>
      <w:tr w:rsidR="00C95F27" w:rsidRPr="002F5FD3" w14:paraId="242F9CB3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13D9580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29D0B85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DCFB3BF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18,8</w:t>
            </w:r>
          </w:p>
        </w:tc>
      </w:tr>
      <w:tr w:rsidR="00C95F27" w:rsidRPr="002F5FD3" w14:paraId="35FF5479" w14:textId="77777777" w:rsidTr="004F13C9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19B51AC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E991ABC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9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2A383A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56,2</w:t>
            </w:r>
          </w:p>
        </w:tc>
      </w:tr>
      <w:tr w:rsidR="00C95F27" w:rsidRPr="002F5FD3" w14:paraId="533A20FF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F586A85" w14:textId="587D3C62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Colon (</w:t>
            </w:r>
            <w:r w:rsidR="00644B59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=16)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1DFB2B83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47C10719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084486B9" w14:textId="77777777" w:rsidTr="004F13C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7810CB72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759DB70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0D441774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6,2</w:t>
            </w:r>
          </w:p>
        </w:tc>
      </w:tr>
      <w:tr w:rsidR="00C95F27" w:rsidRPr="002F5FD3" w14:paraId="3F9BFF8B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7F128EB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09BBA4AE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EA94A80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12,5</w:t>
            </w:r>
          </w:p>
        </w:tc>
      </w:tr>
      <w:tr w:rsidR="00C95F27" w:rsidRPr="002F5FD3" w14:paraId="42AE568E" w14:textId="77777777" w:rsidTr="004F13C9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EA758D4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50794FB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1EEB4477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31,3</w:t>
            </w:r>
          </w:p>
        </w:tc>
      </w:tr>
      <w:tr w:rsidR="00C95F27" w:rsidRPr="002F5FD3" w14:paraId="02E2EFC6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53B70CF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4638C44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8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A08E917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50,0</w:t>
            </w:r>
          </w:p>
        </w:tc>
      </w:tr>
      <w:tr w:rsidR="00C95F27" w:rsidRPr="002F5FD3" w14:paraId="3F68D2CE" w14:textId="77777777" w:rsidTr="004F13C9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7153F4B" w14:textId="3D14CD3C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Ovary (</w:t>
            </w:r>
            <w:r w:rsidR="00644B59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=5)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529FB36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169724BB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2665D2FD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36BFD82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0E92171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1AB4D541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20,0</w:t>
            </w:r>
          </w:p>
        </w:tc>
      </w:tr>
      <w:tr w:rsidR="00C95F27" w:rsidRPr="002F5FD3" w14:paraId="36E62CE7" w14:textId="77777777" w:rsidTr="004F13C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B5C0C7A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055772A0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06D5107D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80,0</w:t>
            </w:r>
          </w:p>
        </w:tc>
      </w:tr>
      <w:tr w:rsidR="00C95F27" w:rsidRPr="002F5FD3" w14:paraId="74B11276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7557B2D" w14:textId="3ED3517B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Soft tissues (</w:t>
            </w:r>
            <w:r w:rsidR="002F5FD3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=7)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5633E58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2B5B9D5F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19483D7E" w14:textId="77777777" w:rsidTr="004F13C9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81E279C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lastRenderedPageBreak/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7E2777E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60F0539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14,3</w:t>
            </w:r>
          </w:p>
        </w:tc>
      </w:tr>
      <w:tr w:rsidR="00C95F27" w:rsidRPr="002F5FD3" w14:paraId="27EC871C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036BBFD4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7AACC34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E68DCD4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28,6</w:t>
            </w:r>
          </w:p>
        </w:tc>
      </w:tr>
      <w:tr w:rsidR="00C95F27" w:rsidRPr="002F5FD3" w14:paraId="69C5B80A" w14:textId="77777777" w:rsidTr="004F13C9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8080BB3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7B5934B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BE05FB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57,1</w:t>
            </w:r>
          </w:p>
        </w:tc>
      </w:tr>
      <w:tr w:rsidR="00C95F27" w:rsidRPr="002F5FD3" w14:paraId="2B414E78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61324480" w14:textId="5EA3B5D6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Pancreas (</w:t>
            </w:r>
            <w:r w:rsidR="002F5FD3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=7)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07ADFC7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4E7CA1B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676025CC" w14:textId="77777777" w:rsidTr="004F13C9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036C1136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3DD0042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05FD44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14,3</w:t>
            </w:r>
          </w:p>
        </w:tc>
      </w:tr>
      <w:tr w:rsidR="00C95F27" w:rsidRPr="002F5FD3" w14:paraId="6248936C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6E96FA2B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1083583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2F9C007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28,5</w:t>
            </w:r>
          </w:p>
        </w:tc>
      </w:tr>
      <w:tr w:rsidR="00C95F27" w:rsidRPr="002F5FD3" w14:paraId="38E0BA5A" w14:textId="77777777" w:rsidTr="004F13C9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54C8FFF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53CE37B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BEFC836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14,3</w:t>
            </w:r>
          </w:p>
        </w:tc>
      </w:tr>
      <w:tr w:rsidR="00C95F27" w:rsidRPr="002F5FD3" w14:paraId="32F99D9D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059D68E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188C07B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64CFFAE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42,9</w:t>
            </w:r>
          </w:p>
        </w:tc>
      </w:tr>
      <w:tr w:rsidR="00C95F27" w:rsidRPr="002F5FD3" w14:paraId="16E06A1A" w14:textId="77777777" w:rsidTr="004F13C9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D205CFD" w14:textId="5B9D6082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Bones (</w:t>
            </w:r>
            <w:r w:rsidR="002F5FD3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=2)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4D9C1E4A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7942E88D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6FBCCE01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A532B1B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3A98579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972448E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50,0</w:t>
            </w:r>
          </w:p>
        </w:tc>
      </w:tr>
      <w:tr w:rsidR="00C95F27" w:rsidRPr="002F5FD3" w14:paraId="4D90880C" w14:textId="77777777" w:rsidTr="004F13C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937F513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2C1A55B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9F16A87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50,0</w:t>
            </w:r>
          </w:p>
        </w:tc>
      </w:tr>
      <w:tr w:rsidR="00C95F27" w:rsidRPr="002F5FD3" w14:paraId="7CEDD824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CC00761" w14:textId="005E248B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Thyroid (</w:t>
            </w:r>
            <w:r w:rsidR="002F5FD3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2DE7F7F8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3720B5DE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30009C97" w14:textId="77777777" w:rsidTr="004F13C9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B89DCC1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02E6C5BD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A3C8D2B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2A9F001A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28421E7" w14:textId="1544C404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Abdominal esophagus (</w:t>
            </w:r>
            <w:r w:rsidR="002F5FD3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215549D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75BDFA1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0DCD0CEF" w14:textId="77777777" w:rsidTr="004F13C9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0D3AC67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389C5C8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177565BF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25682CC6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0E75D750" w14:textId="1C43F908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Skin (</w:t>
            </w:r>
            <w:r w:rsidR="002F5FD3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=3)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59D1CB2A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06BDF73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35FA47F3" w14:textId="77777777" w:rsidTr="004F13C9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88A7449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29BCB84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0DDB6D3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13D3077C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DA7151C" w14:textId="4993E377" w:rsidR="00C95F27" w:rsidRPr="002F5FD3" w:rsidRDefault="002F5FD3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 xml:space="preserve">Cervix uteri </w:t>
            </w:r>
            <w:r w:rsidR="00C95F27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(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="00C95F27"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=8)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DE1B939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078BA8AF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6ED58E15" w14:textId="77777777" w:rsidTr="004F13C9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1D2E595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2BE4E2F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9CA3EB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37,5</w:t>
            </w:r>
          </w:p>
        </w:tc>
      </w:tr>
      <w:tr w:rsidR="00C95F27" w:rsidRPr="002F5FD3" w14:paraId="1243AC05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1B8A907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4392C82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06D758E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37,5</w:t>
            </w:r>
          </w:p>
        </w:tc>
      </w:tr>
      <w:tr w:rsidR="00C95F27" w:rsidRPr="002F5FD3" w14:paraId="4C7173EB" w14:textId="77777777" w:rsidTr="004F13C9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92AF0B7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0F617F77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A63A9AF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12,5</w:t>
            </w:r>
          </w:p>
        </w:tc>
      </w:tr>
      <w:tr w:rsidR="00C95F27" w:rsidRPr="002F5FD3" w14:paraId="54F7C919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778D3F1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16788A9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BF29981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12,5</w:t>
            </w:r>
          </w:p>
        </w:tc>
      </w:tr>
      <w:tr w:rsidR="00C95F27" w:rsidRPr="002F5FD3" w14:paraId="3F61636D" w14:textId="77777777" w:rsidTr="004F13C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0EA98D4" w14:textId="559DFE4B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Uterus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=3)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02F5C134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2901A69B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5A45353E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6301249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D3A2B26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B962639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33,3</w:t>
            </w:r>
          </w:p>
        </w:tc>
      </w:tr>
      <w:tr w:rsidR="00C95F27" w:rsidRPr="002F5FD3" w14:paraId="50473047" w14:textId="77777777" w:rsidTr="004F13C9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C1871E1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0D57CDC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923DFA2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66,7</w:t>
            </w:r>
          </w:p>
        </w:tc>
      </w:tr>
      <w:tr w:rsidR="00C95F27" w:rsidRPr="002F5FD3" w14:paraId="09F1FF32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613F93F" w14:textId="685C492D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Small intestine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=2)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574DBD7A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5C6AD81F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45655CC7" w14:textId="77777777" w:rsidTr="004F13C9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3D7E427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C586E7B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7933501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50,0</w:t>
            </w:r>
          </w:p>
        </w:tc>
      </w:tr>
      <w:tr w:rsidR="00C95F27" w:rsidRPr="002F5FD3" w14:paraId="2CF00DF1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CA509F8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27C5A77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7A76C3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50,0</w:t>
            </w:r>
          </w:p>
        </w:tc>
      </w:tr>
      <w:tr w:rsidR="00C95F27" w:rsidRPr="002F5FD3" w14:paraId="7E5AFBBA" w14:textId="77777777" w:rsidTr="004F13C9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053AFB8" w14:textId="65F6AB42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Liver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7588DF29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1EE62660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733C4114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0377FA06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CBF5793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38F805D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068BE243" w14:textId="77777777" w:rsidTr="004F13C9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69999F8A" w14:textId="1672E10B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lastRenderedPageBreak/>
              <w:t>Bladder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=5)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458A53F7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6C3F49C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6455BD18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3F73D2CC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96AA743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B9F964B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20,0</w:t>
            </w:r>
          </w:p>
        </w:tc>
      </w:tr>
      <w:tr w:rsidR="00C95F27" w:rsidRPr="002F5FD3" w14:paraId="0DBC6EFC" w14:textId="77777777" w:rsidTr="004F13C9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84439AE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C659AA1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4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0EA0B32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80,0</w:t>
            </w:r>
          </w:p>
        </w:tc>
      </w:tr>
      <w:tr w:rsidR="00C95F27" w:rsidRPr="002F5FD3" w14:paraId="5FC5F397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0FA69A7" w14:textId="61AC9CAD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Prostate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=24)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71B3F6AB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200AF782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4D5E935C" w14:textId="77777777" w:rsidTr="004F13C9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81EDEFE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635D88C5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1654C6E2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41,6</w:t>
            </w:r>
          </w:p>
        </w:tc>
      </w:tr>
      <w:tr w:rsidR="00C95F27" w:rsidRPr="002F5FD3" w14:paraId="422D1BF1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048004C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5402F37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A600F06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4,2</w:t>
            </w:r>
          </w:p>
        </w:tc>
      </w:tr>
      <w:tr w:rsidR="00C95F27" w:rsidRPr="002F5FD3" w14:paraId="385EDB21" w14:textId="77777777" w:rsidTr="004F13C9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795C052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6FFE67A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13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239A43F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54,2</w:t>
            </w:r>
          </w:p>
        </w:tc>
      </w:tr>
      <w:tr w:rsidR="00C95F27" w:rsidRPr="002F5FD3" w14:paraId="377C98D7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A095D74" w14:textId="3A55F5DE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Central nervous system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4452E429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3B07DB80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50E0B11B" w14:textId="77777777" w:rsidTr="004F13C9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420033B1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1CCBE100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54836C5B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00984E1A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56F72EAD" w14:textId="623CC9DF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Parotid gland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3C682D4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5195F301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25574E21" w14:textId="77777777" w:rsidTr="004F13C9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6DF8DBA9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F0FE6A4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0101DE3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74E55B64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15D1877" w14:textId="56FB8AC6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Upper respiratory tract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0B8043DB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52B7EBFE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67E9C430" w14:textId="77777777" w:rsidTr="004F13C9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DF00FA7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1D954B1E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036F8263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04B7BEA5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0E18566F" w14:textId="4109733D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Sinus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=1)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56B89081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018C76D7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32344614" w14:textId="77777777" w:rsidTr="004F13C9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8197DB0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4F77B53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4542E411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6DF6BA5F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1A71484E" w14:textId="0A58C1F9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Kidney (</w:t>
            </w:r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=2)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06EFA66A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32CFEE53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79ED9047" w14:textId="77777777" w:rsidTr="004F13C9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D58AEA5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IV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3E30CB94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70FECC39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100,0</w:t>
            </w:r>
          </w:p>
        </w:tc>
      </w:tr>
      <w:tr w:rsidR="00C95F27" w:rsidRPr="002F5FD3" w14:paraId="12F5FA95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29C4F173" w14:textId="0DE34389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proofErr w:type="gramStart"/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Gallbladder  (</w:t>
            </w:r>
            <w:proofErr w:type="gramEnd"/>
            <w:r w:rsid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n</w:t>
            </w: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=2)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036F93C9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bottom w:val="nil"/>
            </w:tcBorders>
            <w:noWrap/>
            <w:hideMark/>
          </w:tcPr>
          <w:p w14:paraId="6A8532AD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 </w:t>
            </w:r>
          </w:p>
        </w:tc>
      </w:tr>
      <w:tr w:rsidR="00C95F27" w:rsidRPr="002F5FD3" w14:paraId="67E3B698" w14:textId="77777777" w:rsidTr="004F13C9">
        <w:trPr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  <w:bottom w:val="nil"/>
            </w:tcBorders>
            <w:noWrap/>
            <w:hideMark/>
          </w:tcPr>
          <w:p w14:paraId="019AD08B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B3F10A1" w14:textId="77777777" w:rsidR="00C95F27" w:rsidRPr="002F5FD3" w:rsidRDefault="00C95F27" w:rsidP="004F13C9">
            <w:pPr>
              <w:ind w:right="1232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  <w:bottom w:val="nil"/>
            </w:tcBorders>
            <w:hideMark/>
          </w:tcPr>
          <w:p w14:paraId="2D6DC9CE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50,0</w:t>
            </w:r>
          </w:p>
        </w:tc>
      </w:tr>
      <w:tr w:rsidR="00C95F27" w:rsidRPr="002F5FD3" w14:paraId="2D300E9F" w14:textId="77777777" w:rsidTr="004F13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nil"/>
            </w:tcBorders>
            <w:noWrap/>
            <w:hideMark/>
          </w:tcPr>
          <w:p w14:paraId="25E0C3BE" w14:textId="77777777" w:rsidR="00C95F27" w:rsidRPr="002F5FD3" w:rsidRDefault="00C95F27" w:rsidP="004F13C9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val="en-US" w:eastAsia="fr-FR"/>
              </w:rPr>
              <w:t>Stage II</w:t>
            </w:r>
          </w:p>
        </w:tc>
        <w:tc>
          <w:tcPr>
            <w:tcW w:w="2268" w:type="dxa"/>
            <w:tcBorders>
              <w:top w:val="nil"/>
            </w:tcBorders>
            <w:hideMark/>
          </w:tcPr>
          <w:p w14:paraId="3AC21C00" w14:textId="77777777" w:rsidR="00C95F27" w:rsidRPr="002F5FD3" w:rsidRDefault="00C95F27" w:rsidP="004F13C9">
            <w:pPr>
              <w:ind w:right="1232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2268" w:type="dxa"/>
            <w:tcBorders>
              <w:top w:val="nil"/>
            </w:tcBorders>
            <w:hideMark/>
          </w:tcPr>
          <w:p w14:paraId="43B90CE2" w14:textId="77777777" w:rsidR="00C95F27" w:rsidRPr="002F5FD3" w:rsidRDefault="00C95F27" w:rsidP="004F13C9">
            <w:pPr>
              <w:tabs>
                <w:tab w:val="left" w:pos="1163"/>
              </w:tabs>
              <w:ind w:right="889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2F5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50,0</w:t>
            </w:r>
          </w:p>
        </w:tc>
      </w:tr>
    </w:tbl>
    <w:p w14:paraId="27ADBF68" w14:textId="77777777" w:rsidR="00C95F27" w:rsidRPr="002F5FD3" w:rsidRDefault="00C95F27" w:rsidP="00C95F27"/>
    <w:p w14:paraId="4F94C3DC" w14:textId="77777777" w:rsidR="00C95F27" w:rsidRPr="002F5FD3" w:rsidRDefault="00C95F27" w:rsidP="00C95F27"/>
    <w:p w14:paraId="192AA8EA" w14:textId="77777777" w:rsidR="00C95F27" w:rsidRPr="002F5FD3" w:rsidRDefault="00C95F27" w:rsidP="00C95F27"/>
    <w:p w14:paraId="149ED242" w14:textId="77777777" w:rsidR="00C95F27" w:rsidRPr="002F5FD3" w:rsidRDefault="00C95F27" w:rsidP="00C95F27"/>
    <w:p w14:paraId="6062973E" w14:textId="77777777" w:rsidR="00C95F27" w:rsidRPr="002F5FD3" w:rsidRDefault="00C95F27"/>
    <w:sectPr w:rsidR="00C95F27" w:rsidRPr="002F5FD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7645098">
    <w:abstractNumId w:val="8"/>
  </w:num>
  <w:num w:numId="2" w16cid:durableId="701173436">
    <w:abstractNumId w:val="6"/>
  </w:num>
  <w:num w:numId="3" w16cid:durableId="1338649954">
    <w:abstractNumId w:val="5"/>
  </w:num>
  <w:num w:numId="4" w16cid:durableId="577641391">
    <w:abstractNumId w:val="4"/>
  </w:num>
  <w:num w:numId="5" w16cid:durableId="80681920">
    <w:abstractNumId w:val="7"/>
  </w:num>
  <w:num w:numId="6" w16cid:durableId="2109882161">
    <w:abstractNumId w:val="3"/>
  </w:num>
  <w:num w:numId="7" w16cid:durableId="1414935603">
    <w:abstractNumId w:val="2"/>
  </w:num>
  <w:num w:numId="8" w16cid:durableId="103967497">
    <w:abstractNumId w:val="1"/>
  </w:num>
  <w:num w:numId="9" w16cid:durableId="117395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6EBE"/>
    <w:rsid w:val="0029639D"/>
    <w:rsid w:val="002B7360"/>
    <w:rsid w:val="002F532B"/>
    <w:rsid w:val="002F5FD3"/>
    <w:rsid w:val="00326F90"/>
    <w:rsid w:val="00644B59"/>
    <w:rsid w:val="00673BFA"/>
    <w:rsid w:val="006B4193"/>
    <w:rsid w:val="009311D8"/>
    <w:rsid w:val="00A3379A"/>
    <w:rsid w:val="00AA1D8D"/>
    <w:rsid w:val="00B24240"/>
    <w:rsid w:val="00B47730"/>
    <w:rsid w:val="00B64C44"/>
    <w:rsid w:val="00C95F27"/>
    <w:rsid w:val="00CB0664"/>
    <w:rsid w:val="00D2737D"/>
    <w:rsid w:val="00D648FA"/>
    <w:rsid w:val="00D724E3"/>
    <w:rsid w:val="00E64687"/>
    <w:rsid w:val="00E656EC"/>
    <w:rsid w:val="00E87F45"/>
    <w:rsid w:val="00EB411E"/>
    <w:rsid w:val="00ED15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9FFE1"/>
  <w14:defaultImageDpi w14:val="300"/>
  <w15:docId w15:val="{84AACEC6-CB15-4059-B8A0-83653B4E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2">
    <w:name w:val="Plain Table 2"/>
    <w:basedOn w:val="TableNormal"/>
    <w:uiPriority w:val="42"/>
    <w:rsid w:val="00C95F27"/>
    <w:pPr>
      <w:spacing w:after="0" w:line="240" w:lineRule="auto"/>
    </w:pPr>
    <w:rPr>
      <w:rFonts w:eastAsiaTheme="minorHAnsi"/>
      <w:lang w:val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D892DE-A169-406F-8544-6C22260B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445</Words>
  <Characters>2065</Characters>
  <Application>Microsoft Office Word</Application>
  <DocSecurity>0</DocSecurity>
  <Lines>413</Lines>
  <Paragraphs>278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freddy gnangnon</cp:lastModifiedBy>
  <cp:revision>8</cp:revision>
  <dcterms:created xsi:type="dcterms:W3CDTF">2025-10-17T21:55:00Z</dcterms:created>
  <dcterms:modified xsi:type="dcterms:W3CDTF">2025-10-17T23:07:00Z</dcterms:modified>
  <cp:category/>
</cp:coreProperties>
</file>