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8E48" w14:textId="4D52E9D9" w:rsidR="00540481" w:rsidRDefault="00540481"/>
    <w:tbl>
      <w:tblPr>
        <w:tblStyle w:val="aff1"/>
        <w:tblW w:w="12238" w:type="dxa"/>
        <w:tblInd w:w="-1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476"/>
        <w:gridCol w:w="1747"/>
        <w:gridCol w:w="1754"/>
        <w:gridCol w:w="1748"/>
        <w:gridCol w:w="1748"/>
        <w:gridCol w:w="1748"/>
      </w:tblGrid>
      <w:tr w:rsidR="00D41CEC" w14:paraId="1873E27C" w14:textId="69D13B9B" w:rsidTr="003B67D6">
        <w:trPr>
          <w:trHeight w:val="223"/>
        </w:trPr>
        <w:tc>
          <w:tcPr>
            <w:tcW w:w="1223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AE8A924" w14:textId="170BDCD9" w:rsidR="00D41CEC" w:rsidRPr="00A41307" w:rsidRDefault="006A72B4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6A72B4">
              <w:rPr>
                <w:rFonts w:ascii="Times New Roman" w:hAnsi="Times New Roman" w:cs="Times New Roman"/>
                <w:b/>
                <w:sz w:val="15"/>
                <w:szCs w:val="15"/>
              </w:rPr>
              <w:t>Supplementary</w:t>
            </w:r>
            <w:r>
              <w:rPr>
                <w:rFonts w:ascii="Times New Roman" w:eastAsia="宋体" w:hAnsi="Times New Roman" w:cs="Times New Roman" w:hint="eastAsia"/>
                <w:b/>
                <w:sz w:val="15"/>
                <w:szCs w:val="15"/>
                <w:lang w:eastAsia="zh-CN"/>
              </w:rPr>
              <w:t xml:space="preserve"> t</w:t>
            </w:r>
            <w:r w:rsidR="00D41CEC" w:rsidRPr="00A41307">
              <w:rPr>
                <w:rFonts w:ascii="Times New Roman" w:hAnsi="Times New Roman" w:cs="Times New Roman"/>
                <w:b/>
                <w:sz w:val="15"/>
                <w:szCs w:val="15"/>
              </w:rPr>
              <w:t>able 1. Baseline characteristics according to TLS status</w:t>
            </w:r>
          </w:p>
        </w:tc>
      </w:tr>
      <w:tr w:rsidR="00D41CEC" w14:paraId="31C80850" w14:textId="6AAD845F" w:rsidTr="00D41CEC">
        <w:trPr>
          <w:trHeight w:val="241"/>
        </w:trPr>
        <w:tc>
          <w:tcPr>
            <w:tcW w:w="2017" w:type="dxa"/>
            <w:tcBorders>
              <w:top w:val="single" w:sz="4" w:space="0" w:color="auto"/>
            </w:tcBorders>
          </w:tcPr>
          <w:p w14:paraId="4C5A9EA4" w14:textId="77777777" w:rsidR="00D41CEC" w:rsidRPr="00A41307" w:rsidRDefault="00D41CEC" w:rsidP="003A3006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4977" w:type="dxa"/>
            <w:gridSpan w:val="3"/>
            <w:tcBorders>
              <w:top w:val="single" w:sz="4" w:space="0" w:color="auto"/>
            </w:tcBorders>
          </w:tcPr>
          <w:p w14:paraId="20267836" w14:textId="3A78765C" w:rsidR="00D41CEC" w:rsidRPr="009D2809" w:rsidRDefault="003407FA" w:rsidP="003A3006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T</w:t>
            </w:r>
            <w:r w:rsidRPr="003407FA">
              <w:rPr>
                <w:rFonts w:ascii="Times New Roman" w:hAnsi="Times New Roman" w:cs="Times New Roman" w:hint="eastAsia"/>
                <w:sz w:val="15"/>
                <w:szCs w:val="15"/>
              </w:rPr>
              <w:t>reatment-naive group</w:t>
            </w:r>
          </w:p>
        </w:tc>
        <w:tc>
          <w:tcPr>
            <w:tcW w:w="5244" w:type="dxa"/>
            <w:gridSpan w:val="3"/>
          </w:tcPr>
          <w:p w14:paraId="1DBC167E" w14:textId="70DCD9CD" w:rsidR="00D41CEC" w:rsidRPr="009D2809" w:rsidRDefault="009A4C8B" w:rsidP="003A3006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</w:pPr>
            <w:r w:rsidRPr="00A41307">
              <w:rPr>
                <w:rFonts w:ascii="Times New Roman" w:hAnsi="Times New Roman" w:cs="Times New Roman"/>
                <w:sz w:val="15"/>
                <w:szCs w:val="15"/>
              </w:rPr>
              <w:t>Neoadjuvant therapy</w:t>
            </w:r>
            <w:r>
              <w:rPr>
                <w:rFonts w:ascii="Times New Roman" w:hAnsi="Times New Roman" w:cs="Times New Roman" w:hint="eastAsia"/>
                <w:sz w:val="15"/>
                <w:szCs w:val="15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  <w:lang w:eastAsia="zh-CN"/>
              </w:rPr>
              <w:t>group</w:t>
            </w:r>
          </w:p>
        </w:tc>
      </w:tr>
      <w:tr w:rsidR="00D41CEC" w14:paraId="6515DEAD" w14:textId="53B79B6A" w:rsidTr="00D41CEC">
        <w:trPr>
          <w:trHeight w:val="241"/>
        </w:trPr>
        <w:tc>
          <w:tcPr>
            <w:tcW w:w="2017" w:type="dxa"/>
          </w:tcPr>
          <w:p w14:paraId="3EFF2CF5" w14:textId="77777777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Variable</w:t>
            </w:r>
          </w:p>
        </w:tc>
        <w:tc>
          <w:tcPr>
            <w:tcW w:w="1476" w:type="dxa"/>
          </w:tcPr>
          <w:p w14:paraId="5E6C93CF" w14:textId="53937A6E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TLS-negative</w:t>
            </w:r>
          </w:p>
        </w:tc>
        <w:tc>
          <w:tcPr>
            <w:tcW w:w="1747" w:type="dxa"/>
          </w:tcPr>
          <w:p w14:paraId="066F601E" w14:textId="5403A404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TLS-positive</w:t>
            </w:r>
          </w:p>
        </w:tc>
        <w:tc>
          <w:tcPr>
            <w:tcW w:w="1754" w:type="dxa"/>
          </w:tcPr>
          <w:p w14:paraId="79C7124C" w14:textId="2B030681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9D2809"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  <w:t>P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value</w:t>
            </w:r>
          </w:p>
        </w:tc>
        <w:tc>
          <w:tcPr>
            <w:tcW w:w="1748" w:type="dxa"/>
          </w:tcPr>
          <w:p w14:paraId="6850FC9D" w14:textId="3B11A954" w:rsidR="00D41CEC" w:rsidRPr="009D2809" w:rsidRDefault="00D41CEC" w:rsidP="00D41CEC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TLS-negative</w:t>
            </w:r>
          </w:p>
        </w:tc>
        <w:tc>
          <w:tcPr>
            <w:tcW w:w="1748" w:type="dxa"/>
          </w:tcPr>
          <w:p w14:paraId="28D35EDD" w14:textId="2F99C060" w:rsidR="00D41CEC" w:rsidRPr="009D2809" w:rsidRDefault="00D41CEC" w:rsidP="00D41CEC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TLS-positive</w:t>
            </w:r>
          </w:p>
        </w:tc>
        <w:tc>
          <w:tcPr>
            <w:tcW w:w="1748" w:type="dxa"/>
          </w:tcPr>
          <w:p w14:paraId="45D221D3" w14:textId="3875F9F1" w:rsidR="00D41CEC" w:rsidRPr="009D2809" w:rsidRDefault="00D41CEC" w:rsidP="00D41CEC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</w:pPr>
            <w:r w:rsidRPr="009D2809">
              <w:rPr>
                <w:rFonts w:ascii="Times New Roman" w:eastAsia="宋体" w:hAnsi="Times New Roman" w:cs="Times New Roman"/>
                <w:i/>
                <w:iCs/>
                <w:sz w:val="15"/>
                <w:szCs w:val="15"/>
                <w:lang w:eastAsia="zh-CN"/>
              </w:rPr>
              <w:t>P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value</w:t>
            </w:r>
          </w:p>
        </w:tc>
      </w:tr>
      <w:tr w:rsidR="00003062" w14:paraId="669DEAD5" w14:textId="29688035" w:rsidTr="00D41CEC">
        <w:trPr>
          <w:trHeight w:val="249"/>
        </w:trPr>
        <w:tc>
          <w:tcPr>
            <w:tcW w:w="2017" w:type="dxa"/>
          </w:tcPr>
          <w:p w14:paraId="130C7070" w14:textId="77777777" w:rsidR="00003062" w:rsidRPr="00A41307" w:rsidRDefault="00003062" w:rsidP="00003062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Age (years)</w:t>
            </w:r>
          </w:p>
        </w:tc>
        <w:tc>
          <w:tcPr>
            <w:tcW w:w="1476" w:type="dxa"/>
          </w:tcPr>
          <w:p w14:paraId="5F422724" w14:textId="4BAD4A45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6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45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</w:p>
        </w:tc>
        <w:tc>
          <w:tcPr>
            <w:tcW w:w="1747" w:type="dxa"/>
          </w:tcPr>
          <w:p w14:paraId="07E48199" w14:textId="6A1554E5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</w:t>
            </w:r>
          </w:p>
        </w:tc>
        <w:tc>
          <w:tcPr>
            <w:tcW w:w="1754" w:type="dxa"/>
          </w:tcPr>
          <w:p w14:paraId="644C852D" w14:textId="462B06C8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147</w:t>
            </w:r>
          </w:p>
        </w:tc>
        <w:tc>
          <w:tcPr>
            <w:tcW w:w="1748" w:type="dxa"/>
          </w:tcPr>
          <w:p w14:paraId="170453FC" w14:textId="7A8B04CA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.08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1</w:t>
            </w:r>
          </w:p>
        </w:tc>
        <w:tc>
          <w:tcPr>
            <w:tcW w:w="1748" w:type="dxa"/>
          </w:tcPr>
          <w:p w14:paraId="073502BA" w14:textId="3AE8C49A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28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.07</w:t>
            </w:r>
          </w:p>
        </w:tc>
        <w:tc>
          <w:tcPr>
            <w:tcW w:w="1748" w:type="dxa"/>
          </w:tcPr>
          <w:p w14:paraId="290B41F4" w14:textId="21A55027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250</w:t>
            </w:r>
          </w:p>
        </w:tc>
      </w:tr>
      <w:tr w:rsidR="00D41CEC" w14:paraId="3C35D676" w14:textId="2FEDF92B" w:rsidTr="00D41CEC">
        <w:trPr>
          <w:trHeight w:val="241"/>
        </w:trPr>
        <w:tc>
          <w:tcPr>
            <w:tcW w:w="2017" w:type="dxa"/>
          </w:tcPr>
          <w:p w14:paraId="5346E543" w14:textId="77777777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Tumor diameter (cm)</w:t>
            </w:r>
          </w:p>
        </w:tc>
        <w:tc>
          <w:tcPr>
            <w:tcW w:w="1476" w:type="dxa"/>
          </w:tcPr>
          <w:p w14:paraId="61D62D27" w14:textId="11908FE9" w:rsidR="00D41CEC" w:rsidRPr="00A41307" w:rsidRDefault="00DA2F9B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03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8</w:t>
            </w:r>
          </w:p>
        </w:tc>
        <w:tc>
          <w:tcPr>
            <w:tcW w:w="1747" w:type="dxa"/>
          </w:tcPr>
          <w:p w14:paraId="708F2DFF" w14:textId="4E7FFC7F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2.</w:t>
            </w:r>
            <w:r w:rsidR="00DA2F9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0.</w:t>
            </w:r>
            <w:r w:rsidR="00DA2F9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4</w:t>
            </w:r>
          </w:p>
        </w:tc>
        <w:tc>
          <w:tcPr>
            <w:tcW w:w="1754" w:type="dxa"/>
          </w:tcPr>
          <w:p w14:paraId="3FE48101" w14:textId="5CD2F14E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420</w:t>
            </w:r>
          </w:p>
        </w:tc>
        <w:tc>
          <w:tcPr>
            <w:tcW w:w="1748" w:type="dxa"/>
          </w:tcPr>
          <w:p w14:paraId="2BF82F7F" w14:textId="18A08A7B" w:rsidR="00D41CEC" w:rsidRPr="00582BB3" w:rsidRDefault="00875F9F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06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1.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02</w:t>
            </w:r>
          </w:p>
        </w:tc>
        <w:tc>
          <w:tcPr>
            <w:tcW w:w="1748" w:type="dxa"/>
          </w:tcPr>
          <w:p w14:paraId="483DB0F4" w14:textId="4E012F41" w:rsidR="00D41CEC" w:rsidRPr="00582BB3" w:rsidRDefault="0008787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26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1.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44</w:t>
            </w:r>
          </w:p>
        </w:tc>
        <w:tc>
          <w:tcPr>
            <w:tcW w:w="1748" w:type="dxa"/>
          </w:tcPr>
          <w:p w14:paraId="577CC40E" w14:textId="661004B1" w:rsidR="00D41CEC" w:rsidRPr="00582BB3" w:rsidRDefault="00003062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03062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0.486</w:t>
            </w:r>
          </w:p>
        </w:tc>
      </w:tr>
      <w:tr w:rsidR="00D41CEC" w14:paraId="3156D275" w14:textId="687A3A54" w:rsidTr="00D41CEC">
        <w:trPr>
          <w:trHeight w:val="241"/>
        </w:trPr>
        <w:tc>
          <w:tcPr>
            <w:tcW w:w="2017" w:type="dxa"/>
          </w:tcPr>
          <w:p w14:paraId="78713133" w14:textId="77777777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CTR</w:t>
            </w:r>
          </w:p>
        </w:tc>
        <w:tc>
          <w:tcPr>
            <w:tcW w:w="1476" w:type="dxa"/>
          </w:tcPr>
          <w:p w14:paraId="2979648B" w14:textId="35AF9078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08787C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</w:t>
            </w:r>
            <w:r w:rsidR="00DA2F9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0.</w:t>
            </w:r>
            <w:r w:rsidR="00DA2F9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7</w:t>
            </w:r>
          </w:p>
        </w:tc>
        <w:tc>
          <w:tcPr>
            <w:tcW w:w="1747" w:type="dxa"/>
          </w:tcPr>
          <w:p w14:paraId="3112FB71" w14:textId="687D4A17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DA2F9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</w:t>
            </w: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1 ± 0.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22</w:t>
            </w:r>
          </w:p>
        </w:tc>
        <w:tc>
          <w:tcPr>
            <w:tcW w:w="1754" w:type="dxa"/>
          </w:tcPr>
          <w:p w14:paraId="4044FAD0" w14:textId="37F298D2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747</w:t>
            </w:r>
          </w:p>
        </w:tc>
        <w:tc>
          <w:tcPr>
            <w:tcW w:w="1748" w:type="dxa"/>
          </w:tcPr>
          <w:p w14:paraId="031BC83A" w14:textId="04DE15AC" w:rsidR="00D41CEC" w:rsidRPr="00582BB3" w:rsidRDefault="00950D76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66</w:t>
            </w:r>
            <w:r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0.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18</w:t>
            </w:r>
          </w:p>
        </w:tc>
        <w:tc>
          <w:tcPr>
            <w:tcW w:w="1748" w:type="dxa"/>
          </w:tcPr>
          <w:p w14:paraId="64D4D65D" w14:textId="7D8DB250" w:rsidR="00D41CEC" w:rsidRPr="00582BB3" w:rsidRDefault="00950D76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08787C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69</w:t>
            </w:r>
            <w:r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0.</w:t>
            </w:r>
            <w:r w:rsidR="00875F9F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1748" w:type="dxa"/>
          </w:tcPr>
          <w:p w14:paraId="341CA246" w14:textId="6B0FC0DC" w:rsidR="00D41CEC" w:rsidRPr="00582BB3" w:rsidRDefault="00003062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03062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0.366</w:t>
            </w:r>
          </w:p>
        </w:tc>
      </w:tr>
      <w:tr w:rsidR="00D41CEC" w14:paraId="23DF0D4C" w14:textId="498A37A3" w:rsidTr="00D41CEC">
        <w:trPr>
          <w:trHeight w:val="241"/>
        </w:trPr>
        <w:tc>
          <w:tcPr>
            <w:tcW w:w="2017" w:type="dxa"/>
          </w:tcPr>
          <w:p w14:paraId="6AD4A49F" w14:textId="77777777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CEA (ng/mL)</w:t>
            </w:r>
          </w:p>
        </w:tc>
        <w:tc>
          <w:tcPr>
            <w:tcW w:w="1476" w:type="dxa"/>
          </w:tcPr>
          <w:p w14:paraId="7ABC6AF5" w14:textId="3BBB14A5" w:rsidR="00D41CEC" w:rsidRPr="00A41307" w:rsidRDefault="00DA2F9B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.84 ± </w:t>
            </w:r>
            <w:r w:rsidR="0008787C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61</w:t>
            </w:r>
          </w:p>
        </w:tc>
        <w:tc>
          <w:tcPr>
            <w:tcW w:w="1747" w:type="dxa"/>
          </w:tcPr>
          <w:p w14:paraId="29603B4E" w14:textId="32696099" w:rsidR="00D41CEC" w:rsidRPr="00A41307" w:rsidRDefault="00DA2F9B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07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41</w:t>
            </w:r>
          </w:p>
        </w:tc>
        <w:tc>
          <w:tcPr>
            <w:tcW w:w="1754" w:type="dxa"/>
          </w:tcPr>
          <w:p w14:paraId="6BCFF461" w14:textId="1EBF3826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 w:rsidR="005645BB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757</w:t>
            </w:r>
          </w:p>
        </w:tc>
        <w:tc>
          <w:tcPr>
            <w:tcW w:w="1748" w:type="dxa"/>
          </w:tcPr>
          <w:p w14:paraId="4CC68B0C" w14:textId="0E8DD4BF" w:rsidR="00D41CEC" w:rsidRPr="00582BB3" w:rsidRDefault="00875F9F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43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3.66</w:t>
            </w:r>
          </w:p>
        </w:tc>
        <w:tc>
          <w:tcPr>
            <w:tcW w:w="1748" w:type="dxa"/>
          </w:tcPr>
          <w:p w14:paraId="66A478B8" w14:textId="03EC4CCA" w:rsidR="00D41CEC" w:rsidRPr="00582BB3" w:rsidRDefault="00875F9F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44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5.11</w:t>
            </w:r>
          </w:p>
        </w:tc>
        <w:tc>
          <w:tcPr>
            <w:tcW w:w="1748" w:type="dxa"/>
          </w:tcPr>
          <w:p w14:paraId="56854ABF" w14:textId="1A74144F" w:rsidR="00D41CEC" w:rsidRPr="00582BB3" w:rsidRDefault="00003062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03062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0.057</w:t>
            </w:r>
          </w:p>
        </w:tc>
      </w:tr>
      <w:tr w:rsidR="00D41CEC" w14:paraId="4609927E" w14:textId="529155C1" w:rsidTr="00D41CEC">
        <w:trPr>
          <w:trHeight w:val="241"/>
        </w:trPr>
        <w:tc>
          <w:tcPr>
            <w:tcW w:w="2017" w:type="dxa"/>
          </w:tcPr>
          <w:p w14:paraId="3F0DF15B" w14:textId="77777777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Number of TLSs</w:t>
            </w:r>
          </w:p>
        </w:tc>
        <w:tc>
          <w:tcPr>
            <w:tcW w:w="1476" w:type="dxa"/>
          </w:tcPr>
          <w:p w14:paraId="14F0F43F" w14:textId="6BEF092D" w:rsidR="00D41CEC" w:rsidRPr="00A41307" w:rsidRDefault="00081288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7AD6D399" w14:textId="3127803D" w:rsidR="00D41CEC" w:rsidRPr="00A41307" w:rsidRDefault="00DA2F9B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61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  <w:r w:rsidR="00081288" w:rsidRPr="0008128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1754" w:type="dxa"/>
          </w:tcPr>
          <w:p w14:paraId="1E80960F" w14:textId="29EAC8C9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E19C0DD" w14:textId="18FF5AA1" w:rsidR="00D41CEC" w:rsidRPr="00A41307" w:rsidRDefault="00950D76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05FCEF37" w14:textId="6ADE09BA" w:rsidR="00D41CEC" w:rsidRPr="00A41307" w:rsidRDefault="00875F9F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32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950D76" w:rsidRPr="00950D7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1748" w:type="dxa"/>
          </w:tcPr>
          <w:p w14:paraId="2C93BB2F" w14:textId="77777777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D41CEC" w14:paraId="32590C64" w14:textId="3A80CD65" w:rsidTr="00D41CEC">
        <w:trPr>
          <w:trHeight w:val="241"/>
        </w:trPr>
        <w:tc>
          <w:tcPr>
            <w:tcW w:w="2017" w:type="dxa"/>
          </w:tcPr>
          <w:p w14:paraId="7845CBD4" w14:textId="4384ECBE" w:rsidR="00D41CEC" w:rsidRPr="00A41307" w:rsidRDefault="00D41CEC" w:rsidP="00D41CEC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Sex</w:t>
            </w:r>
          </w:p>
        </w:tc>
        <w:tc>
          <w:tcPr>
            <w:tcW w:w="1476" w:type="dxa"/>
          </w:tcPr>
          <w:p w14:paraId="28A97EFA" w14:textId="0C3B7EB2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0978F326" w14:textId="7603D627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0014A05F" w14:textId="703C2ADF" w:rsidR="00D41CEC" w:rsidRPr="00A41307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0FA0767" w14:textId="77777777" w:rsidR="00D41CEC" w:rsidRPr="00582BB3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CA1E429" w14:textId="2D08ADA3" w:rsidR="00D41CEC" w:rsidRPr="00582BB3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A5474EE" w14:textId="77777777" w:rsidR="00D41CEC" w:rsidRPr="00582BB3" w:rsidRDefault="00D41CEC" w:rsidP="00D41CEC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003062" w14:paraId="10E9354A" w14:textId="77777777" w:rsidTr="00D41CEC">
        <w:trPr>
          <w:trHeight w:val="241"/>
        </w:trPr>
        <w:tc>
          <w:tcPr>
            <w:tcW w:w="2017" w:type="dxa"/>
          </w:tcPr>
          <w:p w14:paraId="58CA3494" w14:textId="0A5816D5" w:rsidR="00003062" w:rsidRPr="00A41307" w:rsidRDefault="00003062" w:rsidP="00003062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F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emale</w:t>
            </w:r>
          </w:p>
        </w:tc>
        <w:tc>
          <w:tcPr>
            <w:tcW w:w="1476" w:type="dxa"/>
          </w:tcPr>
          <w:p w14:paraId="604FE921" w14:textId="791A2D8F" w:rsidR="00003062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41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(46.6)</w:t>
            </w:r>
          </w:p>
        </w:tc>
        <w:tc>
          <w:tcPr>
            <w:tcW w:w="1747" w:type="dxa"/>
          </w:tcPr>
          <w:p w14:paraId="74AF8F3F" w14:textId="1F54ED1E" w:rsidR="00003062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29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(46.0)</w:t>
            </w:r>
          </w:p>
        </w:tc>
        <w:tc>
          <w:tcPr>
            <w:tcW w:w="1754" w:type="dxa"/>
          </w:tcPr>
          <w:p w14:paraId="0E17522F" w14:textId="4A68CE1D" w:rsidR="00003062" w:rsidRPr="00582BB3" w:rsidRDefault="00B31750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0.944</w:t>
            </w:r>
          </w:p>
        </w:tc>
        <w:tc>
          <w:tcPr>
            <w:tcW w:w="1748" w:type="dxa"/>
          </w:tcPr>
          <w:p w14:paraId="2FB896F0" w14:textId="15B0F125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21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55.3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57834210" w14:textId="22514058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16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45.7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618A4796" w14:textId="7950FD70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0.561</w:t>
            </w:r>
          </w:p>
        </w:tc>
      </w:tr>
      <w:tr w:rsidR="00003062" w14:paraId="4198079F" w14:textId="1516B51E" w:rsidTr="00D41CEC">
        <w:trPr>
          <w:trHeight w:val="241"/>
        </w:trPr>
        <w:tc>
          <w:tcPr>
            <w:tcW w:w="2017" w:type="dxa"/>
          </w:tcPr>
          <w:p w14:paraId="1D3D34CB" w14:textId="2C46C356" w:rsidR="00003062" w:rsidRPr="00A41307" w:rsidRDefault="00003062" w:rsidP="00003062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M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ale</w:t>
            </w:r>
          </w:p>
        </w:tc>
        <w:tc>
          <w:tcPr>
            <w:tcW w:w="1476" w:type="dxa"/>
          </w:tcPr>
          <w:p w14:paraId="501F1667" w14:textId="4C2A2D7E" w:rsidR="00003062" w:rsidRPr="00A41307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 (53.4)</w:t>
            </w:r>
          </w:p>
        </w:tc>
        <w:tc>
          <w:tcPr>
            <w:tcW w:w="1747" w:type="dxa"/>
          </w:tcPr>
          <w:p w14:paraId="53AB5245" w14:textId="0901ABB5" w:rsidR="00003062" w:rsidRPr="00A41307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34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(54.0)</w:t>
            </w:r>
          </w:p>
        </w:tc>
        <w:tc>
          <w:tcPr>
            <w:tcW w:w="1754" w:type="dxa"/>
          </w:tcPr>
          <w:p w14:paraId="6E800DA3" w14:textId="15DB3837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BD5F7D6" w14:textId="2BE88DFE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17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44.7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10A3376B" w14:textId="65529FDB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19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54.3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232EEDAF" w14:textId="77777777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081288" w14:paraId="612296AF" w14:textId="5A610560" w:rsidTr="00D41CEC">
        <w:trPr>
          <w:trHeight w:val="241"/>
        </w:trPr>
        <w:tc>
          <w:tcPr>
            <w:tcW w:w="2017" w:type="dxa"/>
          </w:tcPr>
          <w:p w14:paraId="00693DB3" w14:textId="05866E1B" w:rsidR="00081288" w:rsidRPr="00A41307" w:rsidRDefault="00081288" w:rsidP="00081288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Smoking</w:t>
            </w:r>
          </w:p>
        </w:tc>
        <w:tc>
          <w:tcPr>
            <w:tcW w:w="1476" w:type="dxa"/>
          </w:tcPr>
          <w:p w14:paraId="6070B4D2" w14:textId="33FFD0FB" w:rsidR="00081288" w:rsidRPr="00A41307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5ED5D05A" w14:textId="4087C791" w:rsidR="00081288" w:rsidRPr="00A41307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BA702C8" w14:textId="6C4224B9" w:rsidR="00081288" w:rsidRPr="00A41307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37953CE" w14:textId="77777777" w:rsidR="00081288" w:rsidRPr="00582BB3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29812F7" w14:textId="5A91B92A" w:rsidR="00081288" w:rsidRPr="00582BB3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718138F" w14:textId="77777777" w:rsidR="00081288" w:rsidRPr="00582BB3" w:rsidRDefault="00081288" w:rsidP="00081288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003062" w14:paraId="5CDCF3C8" w14:textId="77777777" w:rsidTr="00D41CEC">
        <w:trPr>
          <w:trHeight w:val="241"/>
        </w:trPr>
        <w:tc>
          <w:tcPr>
            <w:tcW w:w="2017" w:type="dxa"/>
          </w:tcPr>
          <w:p w14:paraId="15069EA5" w14:textId="4909DC31" w:rsidR="00003062" w:rsidRPr="00A41307" w:rsidRDefault="00003062" w:rsidP="00003062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3A00DE22" w14:textId="47EFA46C" w:rsidR="00003062" w:rsidRPr="00582BB3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26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(29.6)</w:t>
            </w:r>
          </w:p>
        </w:tc>
        <w:tc>
          <w:tcPr>
            <w:tcW w:w="1747" w:type="dxa"/>
          </w:tcPr>
          <w:p w14:paraId="4E568F0C" w14:textId="7E3E25F8" w:rsidR="00003062" w:rsidRPr="00582BB3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(33.3)</w:t>
            </w:r>
          </w:p>
        </w:tc>
        <w:tc>
          <w:tcPr>
            <w:tcW w:w="1754" w:type="dxa"/>
          </w:tcPr>
          <w:p w14:paraId="69BAB140" w14:textId="526110EE" w:rsidR="00003062" w:rsidRPr="00582BB3" w:rsidRDefault="00B31750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0.617</w:t>
            </w:r>
          </w:p>
        </w:tc>
        <w:tc>
          <w:tcPr>
            <w:tcW w:w="1748" w:type="dxa"/>
          </w:tcPr>
          <w:p w14:paraId="3A2EC1B0" w14:textId="5ABCE0E5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15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39.5)</w:t>
            </w:r>
          </w:p>
        </w:tc>
        <w:tc>
          <w:tcPr>
            <w:tcW w:w="1748" w:type="dxa"/>
          </w:tcPr>
          <w:p w14:paraId="2EC943D2" w14:textId="4F5A943F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20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57.1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7A3BA2AE" w14:textId="58BCDCF8" w:rsidR="00003062" w:rsidRPr="00582BB3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0.202</w:t>
            </w:r>
          </w:p>
        </w:tc>
      </w:tr>
      <w:tr w:rsidR="00003062" w14:paraId="5D2AD5DA" w14:textId="51B32D10" w:rsidTr="00D41CEC">
        <w:trPr>
          <w:trHeight w:val="241"/>
        </w:trPr>
        <w:tc>
          <w:tcPr>
            <w:tcW w:w="2017" w:type="dxa"/>
          </w:tcPr>
          <w:p w14:paraId="06FBA439" w14:textId="366EFCCB" w:rsidR="00003062" w:rsidRPr="00A41307" w:rsidRDefault="00003062" w:rsidP="00003062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7ED7E0B7" w14:textId="5FF6095A" w:rsidR="00003062" w:rsidRPr="00A41307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62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(70.4)</w:t>
            </w:r>
          </w:p>
        </w:tc>
        <w:tc>
          <w:tcPr>
            <w:tcW w:w="1747" w:type="dxa"/>
          </w:tcPr>
          <w:p w14:paraId="3AD4CDA8" w14:textId="1F8A9D25" w:rsidR="00003062" w:rsidRPr="00A41307" w:rsidRDefault="000032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42</w:t>
            </w:r>
            <w:r w:rsidR="00B31750"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(66.7)</w:t>
            </w:r>
          </w:p>
        </w:tc>
        <w:tc>
          <w:tcPr>
            <w:tcW w:w="1754" w:type="dxa"/>
          </w:tcPr>
          <w:p w14:paraId="10E28591" w14:textId="16084B2F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E2D00B0" w14:textId="27B6332C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23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60.5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7395317B" w14:textId="0D4846EC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15 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42.9</w:t>
            </w:r>
            <w:r w:rsidRPr="00582BB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)</w:t>
            </w:r>
          </w:p>
        </w:tc>
        <w:tc>
          <w:tcPr>
            <w:tcW w:w="1748" w:type="dxa"/>
          </w:tcPr>
          <w:p w14:paraId="61D4B007" w14:textId="77777777" w:rsidR="00003062" w:rsidRPr="00A41307" w:rsidRDefault="00003062" w:rsidP="00003062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A378D0" w14:paraId="432F6733" w14:textId="77777777" w:rsidTr="00D41CEC">
        <w:trPr>
          <w:trHeight w:val="241"/>
        </w:trPr>
        <w:tc>
          <w:tcPr>
            <w:tcW w:w="2017" w:type="dxa"/>
          </w:tcPr>
          <w:p w14:paraId="767D4F51" w14:textId="0CD0679B" w:rsidR="00A378D0" w:rsidRDefault="00A378D0" w:rsidP="00A378D0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36241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Symptoms before treatment</w:t>
            </w:r>
          </w:p>
        </w:tc>
        <w:tc>
          <w:tcPr>
            <w:tcW w:w="1476" w:type="dxa"/>
          </w:tcPr>
          <w:p w14:paraId="4058C3D2" w14:textId="77777777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285D309F" w14:textId="77777777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1A1F1BBB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67791DA" w14:textId="77777777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4232586" w14:textId="77777777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3634A89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A378D0" w14:paraId="649B95FF" w14:textId="77777777" w:rsidTr="00D41CEC">
        <w:trPr>
          <w:trHeight w:val="241"/>
        </w:trPr>
        <w:tc>
          <w:tcPr>
            <w:tcW w:w="2017" w:type="dxa"/>
          </w:tcPr>
          <w:p w14:paraId="3F89A55A" w14:textId="322368E5" w:rsidR="00A378D0" w:rsidRDefault="00A378D0" w:rsidP="00A378D0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1E994058" w14:textId="137BECE4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(11.8)</w:t>
            </w:r>
          </w:p>
        </w:tc>
        <w:tc>
          <w:tcPr>
            <w:tcW w:w="1747" w:type="dxa"/>
          </w:tcPr>
          <w:p w14:paraId="784630DB" w14:textId="143B9630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(20.0)</w:t>
            </w:r>
          </w:p>
        </w:tc>
        <w:tc>
          <w:tcPr>
            <w:tcW w:w="1754" w:type="dxa"/>
          </w:tcPr>
          <w:p w14:paraId="37CD26F0" w14:textId="4CFD5B1F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E359D0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254</w:t>
            </w:r>
          </w:p>
        </w:tc>
        <w:tc>
          <w:tcPr>
            <w:tcW w:w="1748" w:type="dxa"/>
          </w:tcPr>
          <w:p w14:paraId="545B95E2" w14:textId="2E9D8A22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 (44.4)</w:t>
            </w:r>
          </w:p>
        </w:tc>
        <w:tc>
          <w:tcPr>
            <w:tcW w:w="1748" w:type="dxa"/>
          </w:tcPr>
          <w:p w14:paraId="5891F0FE" w14:textId="6CC8F3F8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17 (48.6)</w:t>
            </w:r>
          </w:p>
        </w:tc>
        <w:tc>
          <w:tcPr>
            <w:tcW w:w="1748" w:type="dxa"/>
          </w:tcPr>
          <w:p w14:paraId="71D71DB5" w14:textId="74446514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0.720</w:t>
            </w:r>
          </w:p>
        </w:tc>
      </w:tr>
      <w:tr w:rsidR="00A378D0" w14:paraId="514F3BFB" w14:textId="77777777" w:rsidTr="00D41CEC">
        <w:trPr>
          <w:trHeight w:val="241"/>
        </w:trPr>
        <w:tc>
          <w:tcPr>
            <w:tcW w:w="2017" w:type="dxa"/>
          </w:tcPr>
          <w:p w14:paraId="63426764" w14:textId="7EE6B75C" w:rsidR="00A378D0" w:rsidRDefault="00A378D0" w:rsidP="00A378D0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058553D4" w14:textId="74153171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75 (88.2)</w:t>
            </w:r>
          </w:p>
        </w:tc>
        <w:tc>
          <w:tcPr>
            <w:tcW w:w="1747" w:type="dxa"/>
          </w:tcPr>
          <w:p w14:paraId="66EDA017" w14:textId="6C16A0FA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48 (80.0)</w:t>
            </w:r>
          </w:p>
        </w:tc>
        <w:tc>
          <w:tcPr>
            <w:tcW w:w="1754" w:type="dxa"/>
          </w:tcPr>
          <w:p w14:paraId="45237569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C5C1BED" w14:textId="3B2A8A6F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20 (55.6)</w:t>
            </w:r>
          </w:p>
        </w:tc>
        <w:tc>
          <w:tcPr>
            <w:tcW w:w="1748" w:type="dxa"/>
          </w:tcPr>
          <w:p w14:paraId="74A84AAE" w14:textId="6A0DA8A7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18 (51.4)</w:t>
            </w:r>
          </w:p>
        </w:tc>
        <w:tc>
          <w:tcPr>
            <w:tcW w:w="1748" w:type="dxa"/>
          </w:tcPr>
          <w:p w14:paraId="7745F184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A378D0" w14:paraId="042E57FE" w14:textId="77777777" w:rsidTr="00D41CEC">
        <w:trPr>
          <w:trHeight w:val="241"/>
        </w:trPr>
        <w:tc>
          <w:tcPr>
            <w:tcW w:w="2017" w:type="dxa"/>
          </w:tcPr>
          <w:p w14:paraId="44D8E340" w14:textId="290BF0D3" w:rsidR="00A378D0" w:rsidRDefault="00A378D0" w:rsidP="00A378D0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4F92E2FE" w14:textId="4A22A68B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47" w:type="dxa"/>
          </w:tcPr>
          <w:p w14:paraId="511B14D2" w14:textId="2E5BFECF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54" w:type="dxa"/>
          </w:tcPr>
          <w:p w14:paraId="16FAA15F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80D6E43" w14:textId="1A4B1CA6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1748" w:type="dxa"/>
          </w:tcPr>
          <w:p w14:paraId="264BD563" w14:textId="4E96D0CA" w:rsidR="00A378D0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4645F0A9" w14:textId="77777777" w:rsidR="00A378D0" w:rsidRPr="00A41307" w:rsidRDefault="00A378D0" w:rsidP="00A378D0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3161E9" w14:paraId="0F6D7EF3" w14:textId="77777777" w:rsidTr="00D41CEC">
        <w:trPr>
          <w:trHeight w:val="241"/>
        </w:trPr>
        <w:tc>
          <w:tcPr>
            <w:tcW w:w="2017" w:type="dxa"/>
          </w:tcPr>
          <w:p w14:paraId="2F14C023" w14:textId="6ABCF13B" w:rsidR="003161E9" w:rsidRDefault="003161E9" w:rsidP="003161E9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FC4D0F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Preoperative bronchoscopy</w:t>
            </w:r>
          </w:p>
        </w:tc>
        <w:tc>
          <w:tcPr>
            <w:tcW w:w="1476" w:type="dxa"/>
          </w:tcPr>
          <w:p w14:paraId="4A1BD149" w14:textId="77777777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2838BDCE" w14:textId="77777777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23D64AF9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F0702B4" w14:textId="77777777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AFFA1D5" w14:textId="77777777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BF05EB1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3161E9" w14:paraId="003949FE" w14:textId="77777777" w:rsidTr="00D41CEC">
        <w:trPr>
          <w:trHeight w:val="241"/>
        </w:trPr>
        <w:tc>
          <w:tcPr>
            <w:tcW w:w="2017" w:type="dxa"/>
          </w:tcPr>
          <w:p w14:paraId="2F2E9762" w14:textId="6D7F57AC" w:rsidR="003161E9" w:rsidRDefault="003161E9" w:rsidP="003161E9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297246C5" w14:textId="49534943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(14.8)</w:t>
            </w:r>
          </w:p>
        </w:tc>
        <w:tc>
          <w:tcPr>
            <w:tcW w:w="1747" w:type="dxa"/>
          </w:tcPr>
          <w:p w14:paraId="2011C7F0" w14:textId="1B2E58D9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(15.9)</w:t>
            </w:r>
          </w:p>
        </w:tc>
        <w:tc>
          <w:tcPr>
            <w:tcW w:w="1754" w:type="dxa"/>
          </w:tcPr>
          <w:p w14:paraId="653009E4" w14:textId="5C133793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E359D0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841</w:t>
            </w:r>
          </w:p>
        </w:tc>
        <w:tc>
          <w:tcPr>
            <w:tcW w:w="1748" w:type="dxa"/>
          </w:tcPr>
          <w:p w14:paraId="7EF86982" w14:textId="6847EBD3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20 (66.7)</w:t>
            </w:r>
          </w:p>
        </w:tc>
        <w:tc>
          <w:tcPr>
            <w:tcW w:w="1748" w:type="dxa"/>
          </w:tcPr>
          <w:p w14:paraId="1AF49FD5" w14:textId="2A2EED4C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 (63.6)</w:t>
            </w:r>
          </w:p>
        </w:tc>
        <w:tc>
          <w:tcPr>
            <w:tcW w:w="1748" w:type="dxa"/>
          </w:tcPr>
          <w:p w14:paraId="35A46EBE" w14:textId="655248CF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E359D0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791</w:t>
            </w:r>
          </w:p>
        </w:tc>
      </w:tr>
      <w:tr w:rsidR="003161E9" w14:paraId="45AD59C7" w14:textId="77777777" w:rsidTr="00D41CEC">
        <w:trPr>
          <w:trHeight w:val="241"/>
        </w:trPr>
        <w:tc>
          <w:tcPr>
            <w:tcW w:w="2017" w:type="dxa"/>
          </w:tcPr>
          <w:p w14:paraId="43980415" w14:textId="20C022FD" w:rsidR="003161E9" w:rsidRDefault="003161E9" w:rsidP="003161E9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39E178B7" w14:textId="060B0C12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75 (85.2)</w:t>
            </w:r>
          </w:p>
        </w:tc>
        <w:tc>
          <w:tcPr>
            <w:tcW w:w="1747" w:type="dxa"/>
          </w:tcPr>
          <w:p w14:paraId="19E0CB37" w14:textId="70DABEF1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53 (84.1)</w:t>
            </w:r>
          </w:p>
        </w:tc>
        <w:tc>
          <w:tcPr>
            <w:tcW w:w="1754" w:type="dxa"/>
          </w:tcPr>
          <w:p w14:paraId="5FE0C270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C902B23" w14:textId="12DC0A6E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(33.3)</w:t>
            </w:r>
          </w:p>
        </w:tc>
        <w:tc>
          <w:tcPr>
            <w:tcW w:w="1748" w:type="dxa"/>
          </w:tcPr>
          <w:p w14:paraId="51D3BF7F" w14:textId="1E88E093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(36.4)</w:t>
            </w:r>
          </w:p>
        </w:tc>
        <w:tc>
          <w:tcPr>
            <w:tcW w:w="1748" w:type="dxa"/>
          </w:tcPr>
          <w:p w14:paraId="4366468D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3161E9" w14:paraId="38347166" w14:textId="77777777" w:rsidTr="00D41CEC">
        <w:trPr>
          <w:trHeight w:val="241"/>
        </w:trPr>
        <w:tc>
          <w:tcPr>
            <w:tcW w:w="2017" w:type="dxa"/>
          </w:tcPr>
          <w:p w14:paraId="1D4B189A" w14:textId="041C2D3D" w:rsidR="003161E9" w:rsidRDefault="003161E9" w:rsidP="003161E9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64FB9A65" w14:textId="48003BBA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235EF55A" w14:textId="4C001BBF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0CF73D50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3F7E1B6" w14:textId="3B354BAC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</w:t>
            </w:r>
          </w:p>
        </w:tc>
        <w:tc>
          <w:tcPr>
            <w:tcW w:w="1748" w:type="dxa"/>
          </w:tcPr>
          <w:p w14:paraId="579AA6B5" w14:textId="06A4E4CC" w:rsidR="003161E9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1748" w:type="dxa"/>
          </w:tcPr>
          <w:p w14:paraId="62FA524E" w14:textId="77777777" w:rsidR="003161E9" w:rsidRPr="00A41307" w:rsidRDefault="003161E9" w:rsidP="003161E9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32AF6769" w14:textId="77777777" w:rsidTr="00D41CEC">
        <w:trPr>
          <w:trHeight w:val="241"/>
        </w:trPr>
        <w:tc>
          <w:tcPr>
            <w:tcW w:w="2017" w:type="dxa"/>
          </w:tcPr>
          <w:p w14:paraId="4224C1E1" w14:textId="279BAB9F" w:rsidR="00BB13E3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36241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Preoperative percutaneous needle localization</w:t>
            </w:r>
          </w:p>
        </w:tc>
        <w:tc>
          <w:tcPr>
            <w:tcW w:w="1476" w:type="dxa"/>
          </w:tcPr>
          <w:p w14:paraId="172EA810" w14:textId="77777777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73F220B0" w14:textId="77777777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2ADCE697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78702FF" w14:textId="77777777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18AF02B" w14:textId="77777777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A2C5B18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745715C" w14:textId="77777777" w:rsidTr="00D41CEC">
        <w:trPr>
          <w:trHeight w:val="241"/>
        </w:trPr>
        <w:tc>
          <w:tcPr>
            <w:tcW w:w="2017" w:type="dxa"/>
          </w:tcPr>
          <w:p w14:paraId="7DACAA35" w14:textId="1A13C9FB" w:rsidR="00BB13E3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640ABC85" w14:textId="04386626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63 (71.6)</w:t>
            </w:r>
          </w:p>
        </w:tc>
        <w:tc>
          <w:tcPr>
            <w:tcW w:w="1747" w:type="dxa"/>
          </w:tcPr>
          <w:p w14:paraId="0AEF3188" w14:textId="02B3699E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41 (65.0)</w:t>
            </w:r>
          </w:p>
        </w:tc>
        <w:tc>
          <w:tcPr>
            <w:tcW w:w="1754" w:type="dxa"/>
          </w:tcPr>
          <w:p w14:paraId="154BE183" w14:textId="37E7938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BB13E3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0.365</w:t>
            </w:r>
          </w:p>
        </w:tc>
        <w:tc>
          <w:tcPr>
            <w:tcW w:w="1748" w:type="dxa"/>
          </w:tcPr>
          <w:p w14:paraId="1B170D6C" w14:textId="4A12DC83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5E6AAFDD" w14:textId="50A268DA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3DE9A400" w14:textId="019D562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</w:tr>
      <w:tr w:rsidR="00BB13E3" w14:paraId="11F2956E" w14:textId="77777777" w:rsidTr="00D41CEC">
        <w:trPr>
          <w:trHeight w:val="241"/>
        </w:trPr>
        <w:tc>
          <w:tcPr>
            <w:tcW w:w="2017" w:type="dxa"/>
          </w:tcPr>
          <w:p w14:paraId="0DD04882" w14:textId="0BFFD42B" w:rsidR="00BB13E3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0A7A6BE9" w14:textId="707B249A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25 (28.4)</w:t>
            </w:r>
          </w:p>
        </w:tc>
        <w:tc>
          <w:tcPr>
            <w:tcW w:w="1747" w:type="dxa"/>
          </w:tcPr>
          <w:p w14:paraId="158A8477" w14:textId="3F380904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22 (35.0)</w:t>
            </w:r>
          </w:p>
        </w:tc>
        <w:tc>
          <w:tcPr>
            <w:tcW w:w="1754" w:type="dxa"/>
          </w:tcPr>
          <w:p w14:paraId="7E089342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A063680" w14:textId="63BEB13F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38 (100)</w:t>
            </w:r>
          </w:p>
        </w:tc>
        <w:tc>
          <w:tcPr>
            <w:tcW w:w="1748" w:type="dxa"/>
          </w:tcPr>
          <w:p w14:paraId="4B659927" w14:textId="25A2B314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35 (100)</w:t>
            </w:r>
          </w:p>
        </w:tc>
        <w:tc>
          <w:tcPr>
            <w:tcW w:w="1748" w:type="dxa"/>
          </w:tcPr>
          <w:p w14:paraId="13B1400B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29A141B8" w14:textId="77777777" w:rsidTr="00D41CEC">
        <w:trPr>
          <w:trHeight w:val="241"/>
        </w:trPr>
        <w:tc>
          <w:tcPr>
            <w:tcW w:w="2017" w:type="dxa"/>
          </w:tcPr>
          <w:p w14:paraId="4793E870" w14:textId="6DBCBD09" w:rsidR="00BB13E3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1048FB2A" w14:textId="7CACFA00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5AD83201" w14:textId="12FFDC65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33032F99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C45D541" w14:textId="7CB6D50C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3E12DBD5" w14:textId="0D181CB5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74883D36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06DDA0A3" w14:textId="3771E7FE" w:rsidTr="00D41CEC">
        <w:trPr>
          <w:trHeight w:val="492"/>
        </w:trPr>
        <w:tc>
          <w:tcPr>
            <w:tcW w:w="2017" w:type="dxa"/>
          </w:tcPr>
          <w:p w14:paraId="4F5B05A7" w14:textId="5EB1A08A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Tumor location</w:t>
            </w:r>
          </w:p>
        </w:tc>
        <w:tc>
          <w:tcPr>
            <w:tcW w:w="1476" w:type="dxa"/>
          </w:tcPr>
          <w:p w14:paraId="71F4C25D" w14:textId="4CBEC38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55D15CCD" w14:textId="0D3BDDF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5BE1F76B" w14:textId="3FF3F64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4804C9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FEE76E0" w14:textId="2F80350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7DDC0E2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14839B5" w14:textId="77777777" w:rsidTr="00057B78">
        <w:trPr>
          <w:trHeight w:val="303"/>
        </w:trPr>
        <w:tc>
          <w:tcPr>
            <w:tcW w:w="2017" w:type="dxa"/>
          </w:tcPr>
          <w:p w14:paraId="37EA677D" w14:textId="31A3F4FF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Left upper lobe</w:t>
            </w:r>
          </w:p>
        </w:tc>
        <w:tc>
          <w:tcPr>
            <w:tcW w:w="1476" w:type="dxa"/>
          </w:tcPr>
          <w:p w14:paraId="3690EE44" w14:textId="60B6907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 (23.9)</w:t>
            </w:r>
          </w:p>
        </w:tc>
        <w:tc>
          <w:tcPr>
            <w:tcW w:w="1747" w:type="dxa"/>
          </w:tcPr>
          <w:p w14:paraId="711187F5" w14:textId="7B1B23E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15 (22.7)</w:t>
            </w:r>
          </w:p>
        </w:tc>
        <w:tc>
          <w:tcPr>
            <w:tcW w:w="1754" w:type="dxa"/>
          </w:tcPr>
          <w:p w14:paraId="4899B95D" w14:textId="7AFF93C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0.835</w:t>
            </w:r>
          </w:p>
        </w:tc>
        <w:tc>
          <w:tcPr>
            <w:tcW w:w="1748" w:type="dxa"/>
          </w:tcPr>
          <w:p w14:paraId="4C690C43" w14:textId="5E610BB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 (15.8)</w:t>
            </w:r>
          </w:p>
        </w:tc>
        <w:tc>
          <w:tcPr>
            <w:tcW w:w="1748" w:type="dxa"/>
          </w:tcPr>
          <w:p w14:paraId="75083A42" w14:textId="3D79023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 (11.4)</w:t>
            </w:r>
          </w:p>
        </w:tc>
        <w:tc>
          <w:tcPr>
            <w:tcW w:w="1748" w:type="dxa"/>
          </w:tcPr>
          <w:p w14:paraId="57AFE099" w14:textId="4B8E535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0.004</w:t>
            </w:r>
          </w:p>
        </w:tc>
      </w:tr>
      <w:tr w:rsidR="00BB13E3" w14:paraId="67A0CFD9" w14:textId="013D6E21" w:rsidTr="00D41CEC">
        <w:trPr>
          <w:trHeight w:val="241"/>
        </w:trPr>
        <w:tc>
          <w:tcPr>
            <w:tcW w:w="2017" w:type="dxa"/>
          </w:tcPr>
          <w:p w14:paraId="7F683BBE" w14:textId="3F38DCB2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Left lower lobe</w:t>
            </w:r>
          </w:p>
        </w:tc>
        <w:tc>
          <w:tcPr>
            <w:tcW w:w="1476" w:type="dxa"/>
          </w:tcPr>
          <w:p w14:paraId="5CC8E082" w14:textId="6792D59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(15.9)</w:t>
            </w:r>
          </w:p>
        </w:tc>
        <w:tc>
          <w:tcPr>
            <w:tcW w:w="1747" w:type="dxa"/>
          </w:tcPr>
          <w:p w14:paraId="2159B811" w14:textId="2A5DFDF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(19.7)</w:t>
            </w:r>
          </w:p>
        </w:tc>
        <w:tc>
          <w:tcPr>
            <w:tcW w:w="1754" w:type="dxa"/>
          </w:tcPr>
          <w:p w14:paraId="09F719AE" w14:textId="5738FC3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C2460FB" w14:textId="1C694E7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(31.6)</w:t>
            </w:r>
          </w:p>
        </w:tc>
        <w:tc>
          <w:tcPr>
            <w:tcW w:w="1748" w:type="dxa"/>
          </w:tcPr>
          <w:p w14:paraId="74D6DB0F" w14:textId="1274323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 (20.0)</w:t>
            </w:r>
          </w:p>
        </w:tc>
        <w:tc>
          <w:tcPr>
            <w:tcW w:w="1748" w:type="dxa"/>
          </w:tcPr>
          <w:p w14:paraId="2CB69B2A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11F4BBA" w14:textId="746B766B" w:rsidTr="00D41CEC">
        <w:trPr>
          <w:trHeight w:val="241"/>
        </w:trPr>
        <w:tc>
          <w:tcPr>
            <w:tcW w:w="2017" w:type="dxa"/>
          </w:tcPr>
          <w:p w14:paraId="1F52950C" w14:textId="308259A0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R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ight upper lobe</w:t>
            </w:r>
          </w:p>
        </w:tc>
        <w:tc>
          <w:tcPr>
            <w:tcW w:w="1476" w:type="dxa"/>
          </w:tcPr>
          <w:p w14:paraId="3E2C9F56" w14:textId="46C19D0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20 (22.7)</w:t>
            </w:r>
          </w:p>
        </w:tc>
        <w:tc>
          <w:tcPr>
            <w:tcW w:w="1747" w:type="dxa"/>
          </w:tcPr>
          <w:p w14:paraId="50E98600" w14:textId="050250D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 (24.2)</w:t>
            </w:r>
          </w:p>
        </w:tc>
        <w:tc>
          <w:tcPr>
            <w:tcW w:w="1754" w:type="dxa"/>
          </w:tcPr>
          <w:p w14:paraId="29C68D16" w14:textId="40301E3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2B7D6A8" w14:textId="3D11EC7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 (28.9)</w:t>
            </w:r>
          </w:p>
        </w:tc>
        <w:tc>
          <w:tcPr>
            <w:tcW w:w="1748" w:type="dxa"/>
          </w:tcPr>
          <w:p w14:paraId="73CC9573" w14:textId="00BF056E" w:rsidR="00BB13E3" w:rsidRPr="00A41307" w:rsidRDefault="00BB13E3" w:rsidP="00BB13E3">
            <w:pPr>
              <w:ind w:firstLineChars="400" w:firstLine="600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 (8.6)</w:t>
            </w:r>
          </w:p>
        </w:tc>
        <w:tc>
          <w:tcPr>
            <w:tcW w:w="1748" w:type="dxa"/>
          </w:tcPr>
          <w:p w14:paraId="59AADC3F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CF4870E" w14:textId="0AD03861" w:rsidTr="00D41CEC">
        <w:trPr>
          <w:trHeight w:val="241"/>
        </w:trPr>
        <w:tc>
          <w:tcPr>
            <w:tcW w:w="2017" w:type="dxa"/>
          </w:tcPr>
          <w:p w14:paraId="68A8E407" w14:textId="13B52465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Right middle lobe</w:t>
            </w:r>
          </w:p>
        </w:tc>
        <w:tc>
          <w:tcPr>
            <w:tcW w:w="1476" w:type="dxa"/>
          </w:tcPr>
          <w:p w14:paraId="3240C8FF" w14:textId="211FE0E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 (18.2)</w:t>
            </w:r>
          </w:p>
        </w:tc>
        <w:tc>
          <w:tcPr>
            <w:tcW w:w="1747" w:type="dxa"/>
          </w:tcPr>
          <w:p w14:paraId="7A6B9A0D" w14:textId="282573A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(18.2)</w:t>
            </w:r>
          </w:p>
        </w:tc>
        <w:tc>
          <w:tcPr>
            <w:tcW w:w="1754" w:type="dxa"/>
          </w:tcPr>
          <w:p w14:paraId="0D01E680" w14:textId="1104478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89B071A" w14:textId="4C324CF1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 (13.1)</w:t>
            </w:r>
          </w:p>
        </w:tc>
        <w:tc>
          <w:tcPr>
            <w:tcW w:w="1748" w:type="dxa"/>
          </w:tcPr>
          <w:p w14:paraId="11FC61A9" w14:textId="019E97D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(34.3)</w:t>
            </w:r>
          </w:p>
        </w:tc>
        <w:tc>
          <w:tcPr>
            <w:tcW w:w="1748" w:type="dxa"/>
          </w:tcPr>
          <w:p w14:paraId="710F8C6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D1E2086" w14:textId="7C89F081" w:rsidTr="00D41CEC">
        <w:trPr>
          <w:trHeight w:val="241"/>
        </w:trPr>
        <w:tc>
          <w:tcPr>
            <w:tcW w:w="2017" w:type="dxa"/>
          </w:tcPr>
          <w:p w14:paraId="6BEDF3A8" w14:textId="03777CD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Right lower lobe</w:t>
            </w:r>
          </w:p>
        </w:tc>
        <w:tc>
          <w:tcPr>
            <w:tcW w:w="1476" w:type="dxa"/>
          </w:tcPr>
          <w:p w14:paraId="22A9707D" w14:textId="58B9101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17 (19.3)</w:t>
            </w:r>
          </w:p>
        </w:tc>
        <w:tc>
          <w:tcPr>
            <w:tcW w:w="1747" w:type="dxa"/>
          </w:tcPr>
          <w:p w14:paraId="594D3A02" w14:textId="6ADD4D7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(15.2)</w:t>
            </w:r>
          </w:p>
        </w:tc>
        <w:tc>
          <w:tcPr>
            <w:tcW w:w="1754" w:type="dxa"/>
          </w:tcPr>
          <w:p w14:paraId="02B74D53" w14:textId="6C39B3B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4E48F54" w14:textId="3EC2FD7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 (10.5)</w:t>
            </w:r>
          </w:p>
        </w:tc>
        <w:tc>
          <w:tcPr>
            <w:tcW w:w="1748" w:type="dxa"/>
          </w:tcPr>
          <w:p w14:paraId="6D4043D9" w14:textId="7F28DB5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9 (25.7)</w:t>
            </w:r>
          </w:p>
        </w:tc>
        <w:tc>
          <w:tcPr>
            <w:tcW w:w="1748" w:type="dxa"/>
          </w:tcPr>
          <w:p w14:paraId="52DC81C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EFA7770" w14:textId="706B349C" w:rsidTr="00D41CEC">
        <w:trPr>
          <w:trHeight w:val="249"/>
        </w:trPr>
        <w:tc>
          <w:tcPr>
            <w:tcW w:w="2017" w:type="dxa"/>
          </w:tcPr>
          <w:p w14:paraId="17D29771" w14:textId="5FB81CEE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Pathologic stage: </w:t>
            </w:r>
          </w:p>
        </w:tc>
        <w:tc>
          <w:tcPr>
            <w:tcW w:w="1476" w:type="dxa"/>
          </w:tcPr>
          <w:p w14:paraId="05087D9B" w14:textId="0145DFC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31C75596" w14:textId="58138E4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72B30C3" w14:textId="031BAEF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24CB138" w14:textId="7777777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EE59D9B" w14:textId="2F5B72B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BCE40E7" w14:textId="7777777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6509FC8B" w14:textId="77777777" w:rsidTr="00D41CEC">
        <w:trPr>
          <w:trHeight w:val="249"/>
        </w:trPr>
        <w:tc>
          <w:tcPr>
            <w:tcW w:w="2017" w:type="dxa"/>
          </w:tcPr>
          <w:p w14:paraId="41D3B7E6" w14:textId="353AC26F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PCR</w:t>
            </w:r>
          </w:p>
        </w:tc>
        <w:tc>
          <w:tcPr>
            <w:tcW w:w="1476" w:type="dxa"/>
          </w:tcPr>
          <w:p w14:paraId="7242B889" w14:textId="180AC170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04AE52A3" w14:textId="6FABB08A" w:rsidR="00BB13E3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2EA4FC3A" w14:textId="18FD92A1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0.233</w:t>
            </w:r>
          </w:p>
        </w:tc>
        <w:tc>
          <w:tcPr>
            <w:tcW w:w="1748" w:type="dxa"/>
          </w:tcPr>
          <w:p w14:paraId="0A6CFBB7" w14:textId="459B5C0C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(36.8)</w:t>
            </w:r>
          </w:p>
        </w:tc>
        <w:tc>
          <w:tcPr>
            <w:tcW w:w="1748" w:type="dxa"/>
          </w:tcPr>
          <w:p w14:paraId="12014944" w14:textId="56471166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(37.1)</w:t>
            </w:r>
          </w:p>
        </w:tc>
        <w:tc>
          <w:tcPr>
            <w:tcW w:w="1748" w:type="dxa"/>
          </w:tcPr>
          <w:p w14:paraId="56646881" w14:textId="44A779DA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0.724</w:t>
            </w:r>
          </w:p>
        </w:tc>
      </w:tr>
      <w:tr w:rsidR="00BB13E3" w14:paraId="0BC6B2C8" w14:textId="129CBE0E" w:rsidTr="00D41CEC">
        <w:trPr>
          <w:trHeight w:val="249"/>
        </w:trPr>
        <w:tc>
          <w:tcPr>
            <w:tcW w:w="2017" w:type="dxa"/>
          </w:tcPr>
          <w:p w14:paraId="164AFA2C" w14:textId="4F9157E8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IA</w:t>
            </w:r>
          </w:p>
        </w:tc>
        <w:tc>
          <w:tcPr>
            <w:tcW w:w="1476" w:type="dxa"/>
          </w:tcPr>
          <w:p w14:paraId="556C24CD" w14:textId="2974FECD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59 (67.1)</w:t>
            </w:r>
          </w:p>
        </w:tc>
        <w:tc>
          <w:tcPr>
            <w:tcW w:w="1747" w:type="dxa"/>
          </w:tcPr>
          <w:p w14:paraId="30CCBCDE" w14:textId="532F8E6E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48 (76.2)</w:t>
            </w:r>
          </w:p>
        </w:tc>
        <w:tc>
          <w:tcPr>
            <w:tcW w:w="1754" w:type="dxa"/>
          </w:tcPr>
          <w:p w14:paraId="397655CF" w14:textId="7777777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4B27DF1" w14:textId="12FA651A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 (21.0)</w:t>
            </w:r>
          </w:p>
        </w:tc>
        <w:tc>
          <w:tcPr>
            <w:tcW w:w="1748" w:type="dxa"/>
          </w:tcPr>
          <w:p w14:paraId="12B4E34D" w14:textId="096597F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9 (25.7)</w:t>
            </w:r>
          </w:p>
        </w:tc>
        <w:tc>
          <w:tcPr>
            <w:tcW w:w="1748" w:type="dxa"/>
          </w:tcPr>
          <w:p w14:paraId="2233D44A" w14:textId="77777777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7978420" w14:textId="3963CD03" w:rsidTr="00D41CEC">
        <w:trPr>
          <w:trHeight w:val="241"/>
        </w:trPr>
        <w:tc>
          <w:tcPr>
            <w:tcW w:w="2017" w:type="dxa"/>
          </w:tcPr>
          <w:p w14:paraId="49C4F248" w14:textId="155EB6B7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IB</w:t>
            </w:r>
          </w:p>
        </w:tc>
        <w:tc>
          <w:tcPr>
            <w:tcW w:w="1476" w:type="dxa"/>
          </w:tcPr>
          <w:p w14:paraId="238F91E5" w14:textId="573113F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29 (32.9)</w:t>
            </w:r>
          </w:p>
        </w:tc>
        <w:tc>
          <w:tcPr>
            <w:tcW w:w="1747" w:type="dxa"/>
          </w:tcPr>
          <w:p w14:paraId="55DCBA95" w14:textId="6F4C9F0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15 (23.8)</w:t>
            </w:r>
          </w:p>
        </w:tc>
        <w:tc>
          <w:tcPr>
            <w:tcW w:w="1754" w:type="dxa"/>
          </w:tcPr>
          <w:p w14:paraId="0FEECF68" w14:textId="7CAFE52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EAB5812" w14:textId="1F7D74B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9 (23.7)</w:t>
            </w:r>
          </w:p>
        </w:tc>
        <w:tc>
          <w:tcPr>
            <w:tcW w:w="1748" w:type="dxa"/>
          </w:tcPr>
          <w:p w14:paraId="2726D3F7" w14:textId="78A5B1C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(28.6)</w:t>
            </w:r>
          </w:p>
        </w:tc>
        <w:tc>
          <w:tcPr>
            <w:tcW w:w="1748" w:type="dxa"/>
          </w:tcPr>
          <w:p w14:paraId="44BCB36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CA7E749" w14:textId="163C0D14" w:rsidTr="00D41CEC">
        <w:trPr>
          <w:trHeight w:val="241"/>
        </w:trPr>
        <w:tc>
          <w:tcPr>
            <w:tcW w:w="2017" w:type="dxa"/>
          </w:tcPr>
          <w:p w14:paraId="6AB49411" w14:textId="6D943D6E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IIA</w:t>
            </w:r>
          </w:p>
        </w:tc>
        <w:tc>
          <w:tcPr>
            <w:tcW w:w="1476" w:type="dxa"/>
          </w:tcPr>
          <w:p w14:paraId="2CA14537" w14:textId="032C266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41E91E2E" w14:textId="4FCAF92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2737A454" w14:textId="02F7884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C28C20D" w14:textId="7E20986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 (7.9)</w:t>
            </w:r>
          </w:p>
        </w:tc>
        <w:tc>
          <w:tcPr>
            <w:tcW w:w="1748" w:type="dxa"/>
          </w:tcPr>
          <w:p w14:paraId="346B0814" w14:textId="3BACB1D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 (5.7)</w:t>
            </w:r>
          </w:p>
        </w:tc>
        <w:tc>
          <w:tcPr>
            <w:tcW w:w="1748" w:type="dxa"/>
          </w:tcPr>
          <w:p w14:paraId="18CE7FC0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0C3DD372" w14:textId="4507A72A" w:rsidTr="00D41CEC">
        <w:trPr>
          <w:trHeight w:val="241"/>
        </w:trPr>
        <w:tc>
          <w:tcPr>
            <w:tcW w:w="2017" w:type="dxa"/>
          </w:tcPr>
          <w:p w14:paraId="70609AE8" w14:textId="6B05929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IIB</w:t>
            </w:r>
          </w:p>
        </w:tc>
        <w:tc>
          <w:tcPr>
            <w:tcW w:w="1476" w:type="dxa"/>
          </w:tcPr>
          <w:p w14:paraId="4523A9BF" w14:textId="5B0445A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0433DAC8" w14:textId="0A2A7B5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545CEEB1" w14:textId="52E0DAE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57A57A9" w14:textId="79ABC8B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 (5.3)</w:t>
            </w:r>
          </w:p>
        </w:tc>
        <w:tc>
          <w:tcPr>
            <w:tcW w:w="1748" w:type="dxa"/>
          </w:tcPr>
          <w:p w14:paraId="6D450E23" w14:textId="4E15168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 (2.9)</w:t>
            </w:r>
          </w:p>
        </w:tc>
        <w:tc>
          <w:tcPr>
            <w:tcW w:w="1748" w:type="dxa"/>
          </w:tcPr>
          <w:p w14:paraId="51A4DBD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DF43BB4" w14:textId="3C936C73" w:rsidTr="00D41CEC">
        <w:trPr>
          <w:trHeight w:val="241"/>
        </w:trPr>
        <w:tc>
          <w:tcPr>
            <w:tcW w:w="2017" w:type="dxa"/>
          </w:tcPr>
          <w:p w14:paraId="3AE57968" w14:textId="4FD52E1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IIIA</w:t>
            </w:r>
          </w:p>
        </w:tc>
        <w:tc>
          <w:tcPr>
            <w:tcW w:w="1476" w:type="dxa"/>
          </w:tcPr>
          <w:p w14:paraId="106F5F14" w14:textId="56461E4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1B9F4302" w14:textId="1BA64F8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47DA54CE" w14:textId="7371698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D94B8D1" w14:textId="0056EEC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 (5.3)</w:t>
            </w:r>
          </w:p>
        </w:tc>
        <w:tc>
          <w:tcPr>
            <w:tcW w:w="1748" w:type="dxa"/>
          </w:tcPr>
          <w:p w14:paraId="5AA47A61" w14:textId="1C6622F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7EB4565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26BC761" w14:textId="676103EC" w:rsidTr="00D41CEC">
        <w:trPr>
          <w:trHeight w:val="241"/>
        </w:trPr>
        <w:tc>
          <w:tcPr>
            <w:tcW w:w="2017" w:type="dxa"/>
          </w:tcPr>
          <w:p w14:paraId="3DA32C34" w14:textId="405587E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IIIB</w:t>
            </w:r>
          </w:p>
        </w:tc>
        <w:tc>
          <w:tcPr>
            <w:tcW w:w="1476" w:type="dxa"/>
          </w:tcPr>
          <w:p w14:paraId="37E38921" w14:textId="534F222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2F108058" w14:textId="52CF0D5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27188324" w14:textId="596D52A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93F505E" w14:textId="1557B2F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28543F1D" w14:textId="22E457C6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 xml:space="preserve">                    - </w:t>
            </w:r>
          </w:p>
        </w:tc>
        <w:tc>
          <w:tcPr>
            <w:tcW w:w="1748" w:type="dxa"/>
          </w:tcPr>
          <w:p w14:paraId="0FE0571E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28AA607" w14:textId="2C7AE055" w:rsidTr="00D41CEC">
        <w:trPr>
          <w:trHeight w:val="241"/>
        </w:trPr>
        <w:tc>
          <w:tcPr>
            <w:tcW w:w="2017" w:type="dxa"/>
          </w:tcPr>
          <w:p w14:paraId="17873E3C" w14:textId="35480240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Histology: </w:t>
            </w:r>
          </w:p>
        </w:tc>
        <w:tc>
          <w:tcPr>
            <w:tcW w:w="1476" w:type="dxa"/>
          </w:tcPr>
          <w:p w14:paraId="3A6B339A" w14:textId="4B7B26D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3DA77070" w14:textId="4FF37FD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5B915C31" w14:textId="43FCAFD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360E869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A21648C" w14:textId="7CFAFA4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0FCECD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3CF81DF8" w14:textId="77777777" w:rsidTr="00D41CEC">
        <w:trPr>
          <w:trHeight w:val="241"/>
        </w:trPr>
        <w:tc>
          <w:tcPr>
            <w:tcW w:w="2017" w:type="dxa"/>
          </w:tcPr>
          <w:p w14:paraId="6E89BF63" w14:textId="56CEC426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A</w:t>
            </w: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denocarcinoma</w:t>
            </w:r>
          </w:p>
        </w:tc>
        <w:tc>
          <w:tcPr>
            <w:tcW w:w="1476" w:type="dxa"/>
          </w:tcPr>
          <w:p w14:paraId="35801F51" w14:textId="55C6471A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88</w:t>
            </w:r>
          </w:p>
        </w:tc>
        <w:tc>
          <w:tcPr>
            <w:tcW w:w="1747" w:type="dxa"/>
          </w:tcPr>
          <w:p w14:paraId="0F3E4510" w14:textId="3491931B" w:rsidR="00BB13E3" w:rsidRPr="00A1671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63</w:t>
            </w:r>
          </w:p>
        </w:tc>
        <w:tc>
          <w:tcPr>
            <w:tcW w:w="1754" w:type="dxa"/>
          </w:tcPr>
          <w:p w14:paraId="62EC3A19" w14:textId="52EEF9B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1B7DAF45" w14:textId="5419C4F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9 (23.7)</w:t>
            </w:r>
          </w:p>
        </w:tc>
        <w:tc>
          <w:tcPr>
            <w:tcW w:w="1748" w:type="dxa"/>
          </w:tcPr>
          <w:p w14:paraId="3FB9A9E8" w14:textId="0705A5F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 (14.3)</w:t>
            </w:r>
          </w:p>
        </w:tc>
        <w:tc>
          <w:tcPr>
            <w:tcW w:w="1748" w:type="dxa"/>
          </w:tcPr>
          <w:p w14:paraId="50B7F9D4" w14:textId="37B2A72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0.335</w:t>
            </w:r>
          </w:p>
        </w:tc>
      </w:tr>
      <w:tr w:rsidR="00BB13E3" w14:paraId="30423BD6" w14:textId="02165397" w:rsidTr="00D41CEC">
        <w:trPr>
          <w:trHeight w:val="241"/>
        </w:trPr>
        <w:tc>
          <w:tcPr>
            <w:tcW w:w="2017" w:type="dxa"/>
          </w:tcPr>
          <w:p w14:paraId="4C105FC4" w14:textId="3AAA2DFC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Squamous cell carcinoma</w:t>
            </w:r>
          </w:p>
        </w:tc>
        <w:tc>
          <w:tcPr>
            <w:tcW w:w="1476" w:type="dxa"/>
          </w:tcPr>
          <w:p w14:paraId="2B36BA8C" w14:textId="29F9BF8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7" w:type="dxa"/>
          </w:tcPr>
          <w:p w14:paraId="6D9F4641" w14:textId="6D36518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12570AB3" w14:textId="1D6FD91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DF6D3E0" w14:textId="53BDB4A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29 (76.3)</w:t>
            </w:r>
          </w:p>
        </w:tc>
        <w:tc>
          <w:tcPr>
            <w:tcW w:w="1748" w:type="dxa"/>
          </w:tcPr>
          <w:p w14:paraId="058A4EF5" w14:textId="3D9B9C9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30 (85.7)</w:t>
            </w:r>
          </w:p>
        </w:tc>
        <w:tc>
          <w:tcPr>
            <w:tcW w:w="1748" w:type="dxa"/>
          </w:tcPr>
          <w:p w14:paraId="2D9181C7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E60E80E" w14:textId="422C7DEE" w:rsidTr="00D41CEC">
        <w:trPr>
          <w:trHeight w:val="241"/>
        </w:trPr>
        <w:tc>
          <w:tcPr>
            <w:tcW w:w="2017" w:type="dxa"/>
          </w:tcPr>
          <w:p w14:paraId="77FE4D2A" w14:textId="67FB2461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Spiculation </w:t>
            </w:r>
          </w:p>
        </w:tc>
        <w:tc>
          <w:tcPr>
            <w:tcW w:w="1476" w:type="dxa"/>
          </w:tcPr>
          <w:p w14:paraId="71E34EF3" w14:textId="7B08D2F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3858A282" w14:textId="696C4E6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3B5F3429" w14:textId="4B71D7B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8F1417D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A99EDBB" w14:textId="412AFB23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FE7DB5B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8802AE9" w14:textId="77777777" w:rsidTr="00D41CEC">
        <w:trPr>
          <w:trHeight w:val="241"/>
        </w:trPr>
        <w:tc>
          <w:tcPr>
            <w:tcW w:w="2017" w:type="dxa"/>
          </w:tcPr>
          <w:p w14:paraId="5FDB8FCF" w14:textId="18E80F7C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0528D1E4" w14:textId="28A6B72A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25 (29.4)</w:t>
            </w:r>
          </w:p>
        </w:tc>
        <w:tc>
          <w:tcPr>
            <w:tcW w:w="1747" w:type="dxa"/>
          </w:tcPr>
          <w:p w14:paraId="0A08DB91" w14:textId="79D9AE71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18 (28.6)</w:t>
            </w:r>
          </w:p>
        </w:tc>
        <w:tc>
          <w:tcPr>
            <w:tcW w:w="1754" w:type="dxa"/>
          </w:tcPr>
          <w:p w14:paraId="10DC04F3" w14:textId="7F179AE0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0.920</w:t>
            </w:r>
          </w:p>
        </w:tc>
        <w:tc>
          <w:tcPr>
            <w:tcW w:w="1748" w:type="dxa"/>
          </w:tcPr>
          <w:p w14:paraId="63B68563" w14:textId="4F1C329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15 (40.5)</w:t>
            </w:r>
          </w:p>
        </w:tc>
        <w:tc>
          <w:tcPr>
            <w:tcW w:w="1748" w:type="dxa"/>
          </w:tcPr>
          <w:p w14:paraId="6C28201F" w14:textId="784805EB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(37.1)</w:t>
            </w:r>
          </w:p>
        </w:tc>
        <w:tc>
          <w:tcPr>
            <w:tcW w:w="1748" w:type="dxa"/>
          </w:tcPr>
          <w:p w14:paraId="5A653A73" w14:textId="3F3C3D99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42E5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752</w:t>
            </w:r>
          </w:p>
        </w:tc>
      </w:tr>
      <w:tr w:rsidR="00BB13E3" w14:paraId="7FB47B68" w14:textId="3CD70395" w:rsidTr="00D41CEC">
        <w:trPr>
          <w:trHeight w:val="241"/>
        </w:trPr>
        <w:tc>
          <w:tcPr>
            <w:tcW w:w="2017" w:type="dxa"/>
          </w:tcPr>
          <w:p w14:paraId="76B32EC9" w14:textId="2CBCB21F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5316BCB8" w14:textId="593D57D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60 (70.6)</w:t>
            </w:r>
          </w:p>
        </w:tc>
        <w:tc>
          <w:tcPr>
            <w:tcW w:w="1747" w:type="dxa"/>
          </w:tcPr>
          <w:p w14:paraId="2A52C7AC" w14:textId="15A7FA9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45 (71.4)</w:t>
            </w:r>
          </w:p>
        </w:tc>
        <w:tc>
          <w:tcPr>
            <w:tcW w:w="1754" w:type="dxa"/>
          </w:tcPr>
          <w:p w14:paraId="44C2C962" w14:textId="316AE181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1C41038" w14:textId="534E86A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22 (59.5)</w:t>
            </w:r>
          </w:p>
        </w:tc>
        <w:tc>
          <w:tcPr>
            <w:tcW w:w="1748" w:type="dxa"/>
          </w:tcPr>
          <w:p w14:paraId="46EE3347" w14:textId="6CB6081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22 (62.9)</w:t>
            </w:r>
          </w:p>
        </w:tc>
        <w:tc>
          <w:tcPr>
            <w:tcW w:w="1748" w:type="dxa"/>
          </w:tcPr>
          <w:p w14:paraId="1FB13696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040D7EC" w14:textId="6C87C898" w:rsidTr="00D41CEC">
        <w:trPr>
          <w:trHeight w:val="241"/>
        </w:trPr>
        <w:tc>
          <w:tcPr>
            <w:tcW w:w="2017" w:type="dxa"/>
          </w:tcPr>
          <w:p w14:paraId="458C300E" w14:textId="522C355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2E1C6AF2" w14:textId="2E47ABD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47" w:type="dxa"/>
          </w:tcPr>
          <w:p w14:paraId="133F81EF" w14:textId="683998C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0668744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0F5B6BE" w14:textId="364BA08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</w:p>
        </w:tc>
        <w:tc>
          <w:tcPr>
            <w:tcW w:w="1748" w:type="dxa"/>
          </w:tcPr>
          <w:p w14:paraId="0698672B" w14:textId="19CFF4A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30276096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C7C2D1F" w14:textId="71B12D96" w:rsidTr="00D41CEC">
        <w:trPr>
          <w:trHeight w:val="249"/>
        </w:trPr>
        <w:tc>
          <w:tcPr>
            <w:tcW w:w="2017" w:type="dxa"/>
          </w:tcPr>
          <w:p w14:paraId="49EF3792" w14:textId="56F3BB00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Air bronchogram </w:t>
            </w:r>
          </w:p>
        </w:tc>
        <w:tc>
          <w:tcPr>
            <w:tcW w:w="1476" w:type="dxa"/>
          </w:tcPr>
          <w:p w14:paraId="7933C05D" w14:textId="6FC8976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5167B84E" w14:textId="744E02A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13166061" w14:textId="518B9E8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8BB989B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3E358FE" w14:textId="3D70500B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52EBE31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DBECA0C" w14:textId="77777777" w:rsidTr="00D41CEC">
        <w:trPr>
          <w:trHeight w:val="249"/>
        </w:trPr>
        <w:tc>
          <w:tcPr>
            <w:tcW w:w="2017" w:type="dxa"/>
          </w:tcPr>
          <w:p w14:paraId="3BA85712" w14:textId="6D6A251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442133AB" w14:textId="2E16E7FD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(16.5)</w:t>
            </w:r>
          </w:p>
        </w:tc>
        <w:tc>
          <w:tcPr>
            <w:tcW w:w="1747" w:type="dxa"/>
          </w:tcPr>
          <w:p w14:paraId="48C7F0B3" w14:textId="2F2420AE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15 (23.8)</w:t>
            </w:r>
          </w:p>
        </w:tc>
        <w:tc>
          <w:tcPr>
            <w:tcW w:w="1754" w:type="dxa"/>
          </w:tcPr>
          <w:p w14:paraId="3969EB1A" w14:textId="54DBCE0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42E5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313</w:t>
            </w:r>
          </w:p>
        </w:tc>
        <w:tc>
          <w:tcPr>
            <w:tcW w:w="1748" w:type="dxa"/>
          </w:tcPr>
          <w:p w14:paraId="2F6D29C0" w14:textId="131DB8BC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 (13.5)</w:t>
            </w:r>
          </w:p>
        </w:tc>
        <w:tc>
          <w:tcPr>
            <w:tcW w:w="1748" w:type="dxa"/>
          </w:tcPr>
          <w:p w14:paraId="09E77468" w14:textId="472B0301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 (17.1)</w:t>
            </w:r>
          </w:p>
        </w:tc>
        <w:tc>
          <w:tcPr>
            <w:tcW w:w="1748" w:type="dxa"/>
          </w:tcPr>
          <w:p w14:paraId="0F698277" w14:textId="2BD06696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057B78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0.766</w:t>
            </w:r>
          </w:p>
        </w:tc>
      </w:tr>
      <w:tr w:rsidR="00BB13E3" w14:paraId="0C362AF0" w14:textId="5D432A73" w:rsidTr="00D41CEC">
        <w:trPr>
          <w:trHeight w:val="241"/>
        </w:trPr>
        <w:tc>
          <w:tcPr>
            <w:tcW w:w="2017" w:type="dxa"/>
          </w:tcPr>
          <w:p w14:paraId="22DBEDD5" w14:textId="2F652972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lastRenderedPageBreak/>
              <w:t>No</w:t>
            </w:r>
          </w:p>
        </w:tc>
        <w:tc>
          <w:tcPr>
            <w:tcW w:w="1476" w:type="dxa"/>
          </w:tcPr>
          <w:p w14:paraId="6A3FC99C" w14:textId="63E3BA7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71 (83.5)</w:t>
            </w:r>
          </w:p>
        </w:tc>
        <w:tc>
          <w:tcPr>
            <w:tcW w:w="1747" w:type="dxa"/>
          </w:tcPr>
          <w:p w14:paraId="2C265F95" w14:textId="278693C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48 (76.2)</w:t>
            </w:r>
          </w:p>
        </w:tc>
        <w:tc>
          <w:tcPr>
            <w:tcW w:w="1754" w:type="dxa"/>
          </w:tcPr>
          <w:p w14:paraId="572D9EE9" w14:textId="78526ED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F21DF1B" w14:textId="3E8574E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32 (86.5)</w:t>
            </w:r>
          </w:p>
        </w:tc>
        <w:tc>
          <w:tcPr>
            <w:tcW w:w="1748" w:type="dxa"/>
          </w:tcPr>
          <w:p w14:paraId="6BE36041" w14:textId="1AE9772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29 (82.9)</w:t>
            </w:r>
          </w:p>
        </w:tc>
        <w:tc>
          <w:tcPr>
            <w:tcW w:w="1748" w:type="dxa"/>
          </w:tcPr>
          <w:p w14:paraId="74C07702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7D46F44" w14:textId="16A283E3" w:rsidTr="00D41CEC">
        <w:trPr>
          <w:trHeight w:val="241"/>
        </w:trPr>
        <w:tc>
          <w:tcPr>
            <w:tcW w:w="2017" w:type="dxa"/>
          </w:tcPr>
          <w:p w14:paraId="499695C0" w14:textId="2B7F666D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30FBC3D0" w14:textId="2C3403E8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47" w:type="dxa"/>
          </w:tcPr>
          <w:p w14:paraId="4593CCF7" w14:textId="3C04D729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522B07BB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59C0453" w14:textId="11D13DB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1748" w:type="dxa"/>
          </w:tcPr>
          <w:p w14:paraId="00DB669D" w14:textId="3FC304E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73AA4E30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0161EB3F" w14:textId="67868684" w:rsidTr="00D41CEC">
        <w:trPr>
          <w:trHeight w:val="241"/>
        </w:trPr>
        <w:tc>
          <w:tcPr>
            <w:tcW w:w="2017" w:type="dxa"/>
          </w:tcPr>
          <w:p w14:paraId="1519E7F2" w14:textId="362240A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Lobulation</w:t>
            </w:r>
          </w:p>
        </w:tc>
        <w:tc>
          <w:tcPr>
            <w:tcW w:w="1476" w:type="dxa"/>
          </w:tcPr>
          <w:p w14:paraId="1DE3EF94" w14:textId="6BF9E4D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4C6AD13D" w14:textId="0BFC5FF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38E9EE26" w14:textId="4F83BD2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44A265E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A28A7BD" w14:textId="0D5EAE1C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EE35231" w14:textId="7777777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DC0A8F7" w14:textId="77777777" w:rsidTr="00D41CEC">
        <w:trPr>
          <w:trHeight w:val="241"/>
        </w:trPr>
        <w:tc>
          <w:tcPr>
            <w:tcW w:w="2017" w:type="dxa"/>
          </w:tcPr>
          <w:p w14:paraId="0AA8B713" w14:textId="176BC19D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05841312" w14:textId="3278CA22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 (24.7)</w:t>
            </w:r>
          </w:p>
        </w:tc>
        <w:tc>
          <w:tcPr>
            <w:tcW w:w="1747" w:type="dxa"/>
          </w:tcPr>
          <w:p w14:paraId="36DC51BC" w14:textId="07B9BBD1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 (33.3)</w:t>
            </w:r>
          </w:p>
        </w:tc>
        <w:tc>
          <w:tcPr>
            <w:tcW w:w="1754" w:type="dxa"/>
          </w:tcPr>
          <w:p w14:paraId="3D387BFA" w14:textId="5C2C31E3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42E5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254</w:t>
            </w:r>
          </w:p>
        </w:tc>
        <w:tc>
          <w:tcPr>
            <w:tcW w:w="1748" w:type="dxa"/>
          </w:tcPr>
          <w:p w14:paraId="3AF90820" w14:textId="1F4C4E13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 (17.6)</w:t>
            </w:r>
          </w:p>
        </w:tc>
        <w:tc>
          <w:tcPr>
            <w:tcW w:w="1748" w:type="dxa"/>
          </w:tcPr>
          <w:p w14:paraId="7EB99973" w14:textId="58815AFD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11 (31.4)</w:t>
            </w:r>
          </w:p>
        </w:tc>
        <w:tc>
          <w:tcPr>
            <w:tcW w:w="1748" w:type="dxa"/>
          </w:tcPr>
          <w:p w14:paraId="3140CB36" w14:textId="28C4B5F7" w:rsidR="00BB13E3" w:rsidRPr="00142E56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42E56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294</w:t>
            </w:r>
          </w:p>
        </w:tc>
      </w:tr>
      <w:tr w:rsidR="00BB13E3" w14:paraId="313F4FC2" w14:textId="61D4EC47" w:rsidTr="00D41CEC">
        <w:trPr>
          <w:trHeight w:val="241"/>
        </w:trPr>
        <w:tc>
          <w:tcPr>
            <w:tcW w:w="2017" w:type="dxa"/>
          </w:tcPr>
          <w:p w14:paraId="248A6F49" w14:textId="4A5B92F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6DDBFB1D" w14:textId="20E5F4B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64 (75.3)</w:t>
            </w:r>
          </w:p>
        </w:tc>
        <w:tc>
          <w:tcPr>
            <w:tcW w:w="1747" w:type="dxa"/>
          </w:tcPr>
          <w:p w14:paraId="2B3D8AB3" w14:textId="5A14603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42 (66.7)</w:t>
            </w:r>
          </w:p>
        </w:tc>
        <w:tc>
          <w:tcPr>
            <w:tcW w:w="1754" w:type="dxa"/>
          </w:tcPr>
          <w:p w14:paraId="72FEBA55" w14:textId="7E7D01B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29CF693" w14:textId="29D65C1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28 (82.4)</w:t>
            </w:r>
          </w:p>
        </w:tc>
        <w:tc>
          <w:tcPr>
            <w:tcW w:w="1748" w:type="dxa"/>
          </w:tcPr>
          <w:p w14:paraId="367AD8BB" w14:textId="02413F2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24 (68.6)</w:t>
            </w:r>
          </w:p>
        </w:tc>
        <w:tc>
          <w:tcPr>
            <w:tcW w:w="1748" w:type="dxa"/>
          </w:tcPr>
          <w:p w14:paraId="40794EC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8816007" w14:textId="08CF690F" w:rsidTr="00D41CEC">
        <w:trPr>
          <w:trHeight w:val="241"/>
        </w:trPr>
        <w:tc>
          <w:tcPr>
            <w:tcW w:w="2017" w:type="dxa"/>
          </w:tcPr>
          <w:p w14:paraId="4B58B960" w14:textId="40FD59BD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25CC7324" w14:textId="2AB0663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47" w:type="dxa"/>
          </w:tcPr>
          <w:p w14:paraId="2F69E8B2" w14:textId="138ACD4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0D10CC7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D8CF8FC" w14:textId="011A60A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</w:t>
            </w:r>
          </w:p>
        </w:tc>
        <w:tc>
          <w:tcPr>
            <w:tcW w:w="1748" w:type="dxa"/>
          </w:tcPr>
          <w:p w14:paraId="2ABB5096" w14:textId="10B025A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48" w:type="dxa"/>
          </w:tcPr>
          <w:p w14:paraId="17FE0C3D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3E9F19B" w14:textId="082844F3" w:rsidTr="00D41CEC">
        <w:trPr>
          <w:trHeight w:val="241"/>
        </w:trPr>
        <w:tc>
          <w:tcPr>
            <w:tcW w:w="2017" w:type="dxa"/>
          </w:tcPr>
          <w:p w14:paraId="64E38923" w14:textId="0F2C5D47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Pleural traction</w:t>
            </w:r>
          </w:p>
        </w:tc>
        <w:tc>
          <w:tcPr>
            <w:tcW w:w="1476" w:type="dxa"/>
          </w:tcPr>
          <w:p w14:paraId="0810DE62" w14:textId="075CBA5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0A3000D7" w14:textId="484E854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6E9CE429" w14:textId="188F30C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35BF19F" w14:textId="77777777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8AC0F0A" w14:textId="2438D54F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BE9C804" w14:textId="77777777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25B44DC5" w14:textId="77777777" w:rsidTr="00D41CEC">
        <w:trPr>
          <w:trHeight w:val="241"/>
        </w:trPr>
        <w:tc>
          <w:tcPr>
            <w:tcW w:w="2017" w:type="dxa"/>
          </w:tcPr>
          <w:p w14:paraId="63EC4BFB" w14:textId="1B6D95D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7B2BB9B1" w14:textId="654D60DE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30 (35.3)</w:t>
            </w:r>
          </w:p>
        </w:tc>
        <w:tc>
          <w:tcPr>
            <w:tcW w:w="1747" w:type="dxa"/>
          </w:tcPr>
          <w:p w14:paraId="577FAF83" w14:textId="00FF5FBD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24 (38.1)</w:t>
            </w:r>
          </w:p>
        </w:tc>
        <w:tc>
          <w:tcPr>
            <w:tcW w:w="1754" w:type="dxa"/>
          </w:tcPr>
          <w:p w14:paraId="587D2A4D" w14:textId="07BBDB9D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E359D0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718</w:t>
            </w:r>
          </w:p>
        </w:tc>
        <w:tc>
          <w:tcPr>
            <w:tcW w:w="1748" w:type="dxa"/>
          </w:tcPr>
          <w:p w14:paraId="54CCB386" w14:textId="2FC4A212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(27.8)</w:t>
            </w:r>
          </w:p>
        </w:tc>
        <w:tc>
          <w:tcPr>
            <w:tcW w:w="1748" w:type="dxa"/>
          </w:tcPr>
          <w:p w14:paraId="4C0FF691" w14:textId="4675AC37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(41.2)</w:t>
            </w:r>
          </w:p>
        </w:tc>
        <w:tc>
          <w:tcPr>
            <w:tcW w:w="1748" w:type="dxa"/>
          </w:tcPr>
          <w:p w14:paraId="1B72FF2E" w14:textId="1B6E7C24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E359D0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0.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353</w:t>
            </w:r>
          </w:p>
        </w:tc>
      </w:tr>
      <w:tr w:rsidR="00BB13E3" w14:paraId="069581C0" w14:textId="22AAFB99" w:rsidTr="00D41CEC">
        <w:trPr>
          <w:trHeight w:val="241"/>
        </w:trPr>
        <w:tc>
          <w:tcPr>
            <w:tcW w:w="2017" w:type="dxa"/>
          </w:tcPr>
          <w:p w14:paraId="10E692C4" w14:textId="2E5ED13E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7899194E" w14:textId="7D0E1A3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55 (64.7)</w:t>
            </w:r>
          </w:p>
        </w:tc>
        <w:tc>
          <w:tcPr>
            <w:tcW w:w="1747" w:type="dxa"/>
          </w:tcPr>
          <w:p w14:paraId="246CB6B4" w14:textId="462E7D0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39 (61.9)</w:t>
            </w:r>
          </w:p>
        </w:tc>
        <w:tc>
          <w:tcPr>
            <w:tcW w:w="1754" w:type="dxa"/>
          </w:tcPr>
          <w:p w14:paraId="79A9EA7C" w14:textId="1B8483A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8DAFECD" w14:textId="438C9F59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26 (72.2)</w:t>
            </w:r>
          </w:p>
        </w:tc>
        <w:tc>
          <w:tcPr>
            <w:tcW w:w="1748" w:type="dxa"/>
          </w:tcPr>
          <w:p w14:paraId="47659340" w14:textId="51ADFA3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20 (58.8)</w:t>
            </w:r>
          </w:p>
        </w:tc>
        <w:tc>
          <w:tcPr>
            <w:tcW w:w="1748" w:type="dxa"/>
          </w:tcPr>
          <w:p w14:paraId="1482F4A0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CB1C250" w14:textId="7EEF6202" w:rsidTr="00D41CEC">
        <w:trPr>
          <w:trHeight w:val="241"/>
        </w:trPr>
        <w:tc>
          <w:tcPr>
            <w:tcW w:w="2017" w:type="dxa"/>
          </w:tcPr>
          <w:p w14:paraId="6A4CA3CB" w14:textId="13174A67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1934971D" w14:textId="4266D718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747" w:type="dxa"/>
          </w:tcPr>
          <w:p w14:paraId="1195EA63" w14:textId="21BA191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-</w:t>
            </w:r>
          </w:p>
        </w:tc>
        <w:tc>
          <w:tcPr>
            <w:tcW w:w="1754" w:type="dxa"/>
          </w:tcPr>
          <w:p w14:paraId="3F4D89F1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826C32B" w14:textId="3D4E2C7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1748" w:type="dxa"/>
          </w:tcPr>
          <w:p w14:paraId="003EFC4A" w14:textId="213F0DA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</w:p>
        </w:tc>
        <w:tc>
          <w:tcPr>
            <w:tcW w:w="1748" w:type="dxa"/>
          </w:tcPr>
          <w:p w14:paraId="408FD64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33C6F91B" w14:textId="691CE6EA" w:rsidTr="00D41CEC">
        <w:trPr>
          <w:trHeight w:val="241"/>
        </w:trPr>
        <w:tc>
          <w:tcPr>
            <w:tcW w:w="2017" w:type="dxa"/>
          </w:tcPr>
          <w:p w14:paraId="309F490A" w14:textId="7BE7BC06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Vacuole</w:t>
            </w:r>
          </w:p>
        </w:tc>
        <w:tc>
          <w:tcPr>
            <w:tcW w:w="1476" w:type="dxa"/>
          </w:tcPr>
          <w:p w14:paraId="69C1D780" w14:textId="0D88556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4C7545A8" w14:textId="1D1A1AF1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9FE170C" w14:textId="59DA0C6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23B1CE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165CBA6" w14:textId="021A339F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4D39FE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2B031A6" w14:textId="77777777" w:rsidTr="00D41CEC">
        <w:trPr>
          <w:trHeight w:val="241"/>
        </w:trPr>
        <w:tc>
          <w:tcPr>
            <w:tcW w:w="2017" w:type="dxa"/>
          </w:tcPr>
          <w:p w14:paraId="63960BFF" w14:textId="3A381C1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Yes</w:t>
            </w:r>
          </w:p>
        </w:tc>
        <w:tc>
          <w:tcPr>
            <w:tcW w:w="1476" w:type="dxa"/>
          </w:tcPr>
          <w:p w14:paraId="0E5712A0" w14:textId="1D000FB4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21 (26.9)</w:t>
            </w:r>
          </w:p>
        </w:tc>
        <w:tc>
          <w:tcPr>
            <w:tcW w:w="1747" w:type="dxa"/>
          </w:tcPr>
          <w:p w14:paraId="3D724790" w14:textId="491FAAFB" w:rsidR="00BB13E3" w:rsidRPr="00E359D0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23 (43.4)</w:t>
            </w:r>
          </w:p>
        </w:tc>
        <w:tc>
          <w:tcPr>
            <w:tcW w:w="1754" w:type="dxa"/>
          </w:tcPr>
          <w:p w14:paraId="64302512" w14:textId="35EC865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0.046</w:t>
            </w:r>
          </w:p>
        </w:tc>
        <w:tc>
          <w:tcPr>
            <w:tcW w:w="1748" w:type="dxa"/>
          </w:tcPr>
          <w:p w14:paraId="260B0180" w14:textId="4764253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 (46.2)</w:t>
            </w:r>
          </w:p>
        </w:tc>
        <w:tc>
          <w:tcPr>
            <w:tcW w:w="1748" w:type="dxa"/>
          </w:tcPr>
          <w:p w14:paraId="0F455CCD" w14:textId="3C9369C4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(61.9)</w:t>
            </w:r>
          </w:p>
        </w:tc>
        <w:tc>
          <w:tcPr>
            <w:tcW w:w="1748" w:type="dxa"/>
          </w:tcPr>
          <w:p w14:paraId="7305DB05" w14:textId="7762F19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0.434</w:t>
            </w:r>
          </w:p>
        </w:tc>
      </w:tr>
      <w:tr w:rsidR="00BB13E3" w14:paraId="1845B538" w14:textId="15A98B21" w:rsidTr="00D41CEC">
        <w:trPr>
          <w:trHeight w:val="241"/>
        </w:trPr>
        <w:tc>
          <w:tcPr>
            <w:tcW w:w="2017" w:type="dxa"/>
          </w:tcPr>
          <w:p w14:paraId="734F612A" w14:textId="5010767F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No</w:t>
            </w:r>
          </w:p>
        </w:tc>
        <w:tc>
          <w:tcPr>
            <w:tcW w:w="1476" w:type="dxa"/>
          </w:tcPr>
          <w:p w14:paraId="474F78BA" w14:textId="50D931E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57 (73.1)</w:t>
            </w:r>
          </w:p>
        </w:tc>
        <w:tc>
          <w:tcPr>
            <w:tcW w:w="1747" w:type="dxa"/>
          </w:tcPr>
          <w:p w14:paraId="4ED743C6" w14:textId="77BA8A56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30 (56.6)</w:t>
            </w:r>
          </w:p>
        </w:tc>
        <w:tc>
          <w:tcPr>
            <w:tcW w:w="1754" w:type="dxa"/>
          </w:tcPr>
          <w:p w14:paraId="334FD25B" w14:textId="4DD0A68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E21ED58" w14:textId="4A516AA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(53.8)</w:t>
            </w:r>
          </w:p>
        </w:tc>
        <w:tc>
          <w:tcPr>
            <w:tcW w:w="1748" w:type="dxa"/>
          </w:tcPr>
          <w:p w14:paraId="7187EBAD" w14:textId="3348437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 (38.1)</w:t>
            </w:r>
          </w:p>
        </w:tc>
        <w:tc>
          <w:tcPr>
            <w:tcW w:w="1748" w:type="dxa"/>
          </w:tcPr>
          <w:p w14:paraId="244B254A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58563DAF" w14:textId="71E2597A" w:rsidTr="00D41CEC">
        <w:trPr>
          <w:trHeight w:val="241"/>
        </w:trPr>
        <w:tc>
          <w:tcPr>
            <w:tcW w:w="2017" w:type="dxa"/>
          </w:tcPr>
          <w:p w14:paraId="79A90769" w14:textId="0D44C409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NA</w:t>
            </w:r>
          </w:p>
        </w:tc>
        <w:tc>
          <w:tcPr>
            <w:tcW w:w="1476" w:type="dxa"/>
          </w:tcPr>
          <w:p w14:paraId="648E3630" w14:textId="73750A8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</w:t>
            </w:r>
          </w:p>
        </w:tc>
        <w:tc>
          <w:tcPr>
            <w:tcW w:w="1747" w:type="dxa"/>
          </w:tcPr>
          <w:p w14:paraId="3EC1B0C5" w14:textId="5916EDC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</w:t>
            </w:r>
          </w:p>
        </w:tc>
        <w:tc>
          <w:tcPr>
            <w:tcW w:w="1754" w:type="dxa"/>
          </w:tcPr>
          <w:p w14:paraId="27A74D89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64FB5A41" w14:textId="10A9E53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12</w:t>
            </w:r>
          </w:p>
        </w:tc>
        <w:tc>
          <w:tcPr>
            <w:tcW w:w="1748" w:type="dxa"/>
          </w:tcPr>
          <w:p w14:paraId="109310A1" w14:textId="385366D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</w:t>
            </w:r>
          </w:p>
        </w:tc>
        <w:tc>
          <w:tcPr>
            <w:tcW w:w="1748" w:type="dxa"/>
          </w:tcPr>
          <w:p w14:paraId="138F961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05344EB2" w14:textId="4817FEE0" w:rsidTr="00D41CEC">
        <w:trPr>
          <w:trHeight w:val="241"/>
        </w:trPr>
        <w:tc>
          <w:tcPr>
            <w:tcW w:w="2017" w:type="dxa"/>
          </w:tcPr>
          <w:p w14:paraId="45328187" w14:textId="2FC9AD48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hAnsi="Times New Roman" w:cs="Times New Roman"/>
                <w:sz w:val="15"/>
                <w:szCs w:val="15"/>
              </w:rPr>
              <w:t>Treatment type</w:t>
            </w:r>
          </w:p>
        </w:tc>
        <w:tc>
          <w:tcPr>
            <w:tcW w:w="1476" w:type="dxa"/>
          </w:tcPr>
          <w:p w14:paraId="3D9FE3B9" w14:textId="4AE5982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39EFF537" w14:textId="650BFB6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59F23FC" w14:textId="17B9287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1903CFB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C1B60BC" w14:textId="24B4A7A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B99C0B9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CB4EBC5" w14:textId="348361E2" w:rsidTr="00D41CEC">
        <w:trPr>
          <w:trHeight w:val="241"/>
        </w:trPr>
        <w:tc>
          <w:tcPr>
            <w:tcW w:w="2017" w:type="dxa"/>
          </w:tcPr>
          <w:p w14:paraId="42BBB577" w14:textId="5F10D7C6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hAnsi="Times New Roman" w:cs="Times New Roman"/>
                <w:sz w:val="15"/>
                <w:szCs w:val="15"/>
              </w:rPr>
              <w:t>Neoadjuvant chemotherapy</w:t>
            </w:r>
          </w:p>
        </w:tc>
        <w:tc>
          <w:tcPr>
            <w:tcW w:w="1476" w:type="dxa"/>
          </w:tcPr>
          <w:p w14:paraId="362D75EA" w14:textId="35531D7A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09116A21" w14:textId="6E4201C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7C21187A" w14:textId="1F51440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70D9288" w14:textId="1F8F73A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10 (26.3)</w:t>
            </w:r>
          </w:p>
        </w:tc>
        <w:tc>
          <w:tcPr>
            <w:tcW w:w="1748" w:type="dxa"/>
          </w:tcPr>
          <w:p w14:paraId="6436612C" w14:textId="35B1F2A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7 (20.0)</w:t>
            </w:r>
          </w:p>
        </w:tc>
        <w:tc>
          <w:tcPr>
            <w:tcW w:w="1748" w:type="dxa"/>
          </w:tcPr>
          <w:p w14:paraId="2F4EEB6D" w14:textId="15098773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0.544</w:t>
            </w:r>
          </w:p>
        </w:tc>
      </w:tr>
      <w:tr w:rsidR="00BB13E3" w14:paraId="14F86EEB" w14:textId="77777777" w:rsidTr="00D41CEC">
        <w:trPr>
          <w:trHeight w:val="241"/>
        </w:trPr>
        <w:tc>
          <w:tcPr>
            <w:tcW w:w="2017" w:type="dxa"/>
          </w:tcPr>
          <w:p w14:paraId="7AAAE957" w14:textId="2432BE71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A41307">
              <w:rPr>
                <w:rFonts w:ascii="Times New Roman" w:hAnsi="Times New Roman" w:cs="Times New Roman"/>
                <w:sz w:val="15"/>
                <w:szCs w:val="15"/>
              </w:rPr>
              <w:t>Neoadjuvant chemoimmunotherapy</w:t>
            </w:r>
          </w:p>
        </w:tc>
        <w:tc>
          <w:tcPr>
            <w:tcW w:w="1476" w:type="dxa"/>
          </w:tcPr>
          <w:p w14:paraId="09C6BA5A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27E7B908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7FB2336E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26C06C2" w14:textId="65F2FCB1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28 (73.7)</w:t>
            </w:r>
          </w:p>
        </w:tc>
        <w:tc>
          <w:tcPr>
            <w:tcW w:w="1748" w:type="dxa"/>
          </w:tcPr>
          <w:p w14:paraId="354C2DCC" w14:textId="43661B7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28 (80.0)</w:t>
            </w:r>
          </w:p>
        </w:tc>
        <w:tc>
          <w:tcPr>
            <w:tcW w:w="1748" w:type="dxa"/>
          </w:tcPr>
          <w:p w14:paraId="4685C58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D00E3D5" w14:textId="77777777" w:rsidTr="00D41CEC">
        <w:trPr>
          <w:trHeight w:val="241"/>
        </w:trPr>
        <w:tc>
          <w:tcPr>
            <w:tcW w:w="2017" w:type="dxa"/>
          </w:tcPr>
          <w:p w14:paraId="3AFF8D56" w14:textId="09B485DB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Treatment cycles</w:t>
            </w:r>
          </w:p>
        </w:tc>
        <w:tc>
          <w:tcPr>
            <w:tcW w:w="1476" w:type="dxa"/>
          </w:tcPr>
          <w:p w14:paraId="78DDEFEF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754A9FE7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AE55954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5BA0C17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412A8C7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85B2E0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E59ACD4" w14:textId="77777777" w:rsidTr="00D41CEC">
        <w:trPr>
          <w:trHeight w:val="241"/>
        </w:trPr>
        <w:tc>
          <w:tcPr>
            <w:tcW w:w="2017" w:type="dxa"/>
          </w:tcPr>
          <w:p w14:paraId="70EF2B21" w14:textId="6D7FCB04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</w:t>
            </w:r>
          </w:p>
        </w:tc>
        <w:tc>
          <w:tcPr>
            <w:tcW w:w="1476" w:type="dxa"/>
          </w:tcPr>
          <w:p w14:paraId="2256838E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6C01AE1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1780511F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0B4BE8C" w14:textId="4569EFF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 (7.9)</w:t>
            </w:r>
          </w:p>
        </w:tc>
        <w:tc>
          <w:tcPr>
            <w:tcW w:w="1748" w:type="dxa"/>
          </w:tcPr>
          <w:p w14:paraId="20FEC1C0" w14:textId="4C5E760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 (5.7)</w:t>
            </w:r>
          </w:p>
        </w:tc>
        <w:tc>
          <w:tcPr>
            <w:tcW w:w="1748" w:type="dxa"/>
          </w:tcPr>
          <w:p w14:paraId="685BA1C3" w14:textId="255391E0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0.925</w:t>
            </w:r>
          </w:p>
        </w:tc>
      </w:tr>
      <w:tr w:rsidR="00BB13E3" w14:paraId="40D281CC" w14:textId="77777777" w:rsidTr="00D41CEC">
        <w:trPr>
          <w:trHeight w:val="241"/>
        </w:trPr>
        <w:tc>
          <w:tcPr>
            <w:tcW w:w="2017" w:type="dxa"/>
          </w:tcPr>
          <w:p w14:paraId="57F89606" w14:textId="5A9C5BF3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2</w:t>
            </w:r>
          </w:p>
        </w:tc>
        <w:tc>
          <w:tcPr>
            <w:tcW w:w="1476" w:type="dxa"/>
          </w:tcPr>
          <w:p w14:paraId="76A037F2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7B8F41F6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41E26EBB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6BED939" w14:textId="76D7D82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 (42.1)</w:t>
            </w:r>
          </w:p>
        </w:tc>
        <w:tc>
          <w:tcPr>
            <w:tcW w:w="1748" w:type="dxa"/>
          </w:tcPr>
          <w:p w14:paraId="02A018A8" w14:textId="1FE9EB2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(40.0)</w:t>
            </w:r>
          </w:p>
        </w:tc>
        <w:tc>
          <w:tcPr>
            <w:tcW w:w="1748" w:type="dxa"/>
          </w:tcPr>
          <w:p w14:paraId="52DE9A4E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654ADA69" w14:textId="77777777" w:rsidTr="00D41CEC">
        <w:trPr>
          <w:trHeight w:val="241"/>
        </w:trPr>
        <w:tc>
          <w:tcPr>
            <w:tcW w:w="2017" w:type="dxa"/>
          </w:tcPr>
          <w:p w14:paraId="52FE9558" w14:textId="3B807117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476" w:type="dxa"/>
          </w:tcPr>
          <w:p w14:paraId="0BB4348D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1B50C810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0517C231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7B818400" w14:textId="4B5755A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15 (39.4)</w:t>
            </w:r>
          </w:p>
        </w:tc>
        <w:tc>
          <w:tcPr>
            <w:tcW w:w="1748" w:type="dxa"/>
          </w:tcPr>
          <w:p w14:paraId="32B1E8AA" w14:textId="6727FAC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(40.0)</w:t>
            </w:r>
          </w:p>
        </w:tc>
        <w:tc>
          <w:tcPr>
            <w:tcW w:w="1748" w:type="dxa"/>
          </w:tcPr>
          <w:p w14:paraId="6E37948D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1F282E50" w14:textId="77777777" w:rsidTr="00D41CEC">
        <w:trPr>
          <w:trHeight w:val="241"/>
        </w:trPr>
        <w:tc>
          <w:tcPr>
            <w:tcW w:w="2017" w:type="dxa"/>
          </w:tcPr>
          <w:p w14:paraId="13131069" w14:textId="497F43D7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＞</w:t>
            </w: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3</w:t>
            </w:r>
          </w:p>
        </w:tc>
        <w:tc>
          <w:tcPr>
            <w:tcW w:w="1476" w:type="dxa"/>
          </w:tcPr>
          <w:p w14:paraId="5D693F6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29B1E8D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293DA60B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3D17C119" w14:textId="6CA2070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4 (10.5)</w:t>
            </w:r>
          </w:p>
        </w:tc>
        <w:tc>
          <w:tcPr>
            <w:tcW w:w="1748" w:type="dxa"/>
          </w:tcPr>
          <w:p w14:paraId="5357B266" w14:textId="5287E2B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5 (14.3)</w:t>
            </w:r>
          </w:p>
        </w:tc>
        <w:tc>
          <w:tcPr>
            <w:tcW w:w="1748" w:type="dxa"/>
          </w:tcPr>
          <w:p w14:paraId="6663D67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4EC173EE" w14:textId="77777777" w:rsidTr="00D41CEC">
        <w:trPr>
          <w:trHeight w:val="241"/>
        </w:trPr>
        <w:tc>
          <w:tcPr>
            <w:tcW w:w="2017" w:type="dxa"/>
          </w:tcPr>
          <w:p w14:paraId="60FE3FDD" w14:textId="42D9286C" w:rsidR="00BB13E3" w:rsidRPr="00157801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Pathologic response (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p</w:t>
            </w: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>CR/</w:t>
            </w:r>
            <w:r w:rsidRPr="007913B2">
              <w:rPr>
                <w:rFonts w:ascii="Times New Roman" w:hAnsi="Times New Roman" w:cs="Times New Roman"/>
                <w:sz w:val="15"/>
                <w:szCs w:val="15"/>
              </w:rPr>
              <w:t xml:space="preserve"> non-pCR MPR</w:t>
            </w:r>
            <w:r w:rsidRPr="00157801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/Non‑MPR) </w:t>
            </w:r>
          </w:p>
        </w:tc>
        <w:tc>
          <w:tcPr>
            <w:tcW w:w="1476" w:type="dxa"/>
          </w:tcPr>
          <w:p w14:paraId="14E4DDD3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2B1EA7A5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52121D10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1BF1CA87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25F35D1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447BA44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348928ED" w14:textId="77777777" w:rsidTr="00D41CEC">
        <w:trPr>
          <w:trHeight w:val="241"/>
        </w:trPr>
        <w:tc>
          <w:tcPr>
            <w:tcW w:w="2017" w:type="dxa"/>
          </w:tcPr>
          <w:p w14:paraId="46EE3C53" w14:textId="1FF09A97" w:rsidR="00BB13E3" w:rsidRPr="00157801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p</w:t>
            </w:r>
            <w:r w:rsidRPr="001743F6">
              <w:rPr>
                <w:rFonts w:ascii="Times New Roman" w:hAnsi="Times New Roman" w:cs="Times New Roman"/>
                <w:sz w:val="15"/>
                <w:szCs w:val="15"/>
              </w:rPr>
              <w:t>CR</w:t>
            </w:r>
            <w:r w:rsidRPr="00907F19"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  <w:t xml:space="preserve"> </w:t>
            </w:r>
          </w:p>
        </w:tc>
        <w:tc>
          <w:tcPr>
            <w:tcW w:w="1476" w:type="dxa"/>
          </w:tcPr>
          <w:p w14:paraId="3C8D2308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0D85AC72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5C355047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4559CD9" w14:textId="70EAF862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(36.8)</w:t>
            </w:r>
          </w:p>
        </w:tc>
        <w:tc>
          <w:tcPr>
            <w:tcW w:w="1748" w:type="dxa"/>
          </w:tcPr>
          <w:p w14:paraId="636ED745" w14:textId="1A08B941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13 (37.1)</w:t>
            </w:r>
          </w:p>
        </w:tc>
        <w:tc>
          <w:tcPr>
            <w:tcW w:w="1748" w:type="dxa"/>
          </w:tcPr>
          <w:p w14:paraId="2E4552E0" w14:textId="19F0A4A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0.975</w:t>
            </w:r>
          </w:p>
        </w:tc>
      </w:tr>
      <w:tr w:rsidR="00BB13E3" w14:paraId="0AB0424D" w14:textId="77777777" w:rsidTr="00E12AAA">
        <w:trPr>
          <w:trHeight w:val="241"/>
        </w:trPr>
        <w:tc>
          <w:tcPr>
            <w:tcW w:w="2017" w:type="dxa"/>
          </w:tcPr>
          <w:p w14:paraId="4D3CBE82" w14:textId="468B5AC6" w:rsidR="00BB13E3" w:rsidRPr="00157801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N</w:t>
            </w:r>
            <w:r w:rsidRPr="007913B2">
              <w:rPr>
                <w:rFonts w:ascii="Times New Roman" w:hAnsi="Times New Roman" w:cs="Times New Roman"/>
                <w:sz w:val="15"/>
                <w:szCs w:val="15"/>
              </w:rPr>
              <w:t>on-pCR MPR</w:t>
            </w:r>
          </w:p>
        </w:tc>
        <w:tc>
          <w:tcPr>
            <w:tcW w:w="1476" w:type="dxa"/>
          </w:tcPr>
          <w:p w14:paraId="2E655F6A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</w:tcPr>
          <w:p w14:paraId="020A255A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</w:tcPr>
          <w:p w14:paraId="5A4797E1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</w:tcPr>
          <w:p w14:paraId="079A76B3" w14:textId="1F9DFFCC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 (21.0)</w:t>
            </w:r>
          </w:p>
        </w:tc>
        <w:tc>
          <w:tcPr>
            <w:tcW w:w="1748" w:type="dxa"/>
          </w:tcPr>
          <w:p w14:paraId="4BC860FB" w14:textId="6D271F6E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8 (22.9)</w:t>
            </w:r>
          </w:p>
        </w:tc>
        <w:tc>
          <w:tcPr>
            <w:tcW w:w="1748" w:type="dxa"/>
          </w:tcPr>
          <w:p w14:paraId="613D609D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  <w:tr w:rsidR="00BB13E3" w14:paraId="74FF22B6" w14:textId="01AA83A7" w:rsidTr="00E12AAA">
        <w:trPr>
          <w:trHeight w:val="483"/>
        </w:trPr>
        <w:tc>
          <w:tcPr>
            <w:tcW w:w="2017" w:type="dxa"/>
            <w:tcBorders>
              <w:bottom w:val="single" w:sz="4" w:space="0" w:color="auto"/>
            </w:tcBorders>
          </w:tcPr>
          <w:p w14:paraId="63C5AA53" w14:textId="55ED03E8" w:rsidR="00BB13E3" w:rsidRPr="00A41307" w:rsidRDefault="00BB13E3" w:rsidP="00BB13E3">
            <w:pPr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 w:rsidRPr="001743F6">
              <w:rPr>
                <w:rFonts w:ascii="Times New Roman" w:hAnsi="Times New Roman" w:cs="Times New Roman"/>
                <w:sz w:val="15"/>
                <w:szCs w:val="15"/>
              </w:rPr>
              <w:t>Non‑MPR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3124101D" w14:textId="509E9188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14:paraId="4F8AF9D5" w14:textId="754BBE75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19F3D4B" w14:textId="639093E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0E45D720" w14:textId="0FE5224B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16 (42.1)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0C67CBBE" w14:textId="0F12E51D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  <w:lang w:eastAsia="zh-CN"/>
              </w:rPr>
              <w:t>14 (40.0)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058942FC" w14:textId="77777777" w:rsidR="00BB13E3" w:rsidRPr="00A41307" w:rsidRDefault="00BB13E3" w:rsidP="00BB13E3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  <w:lang w:eastAsia="zh-CN"/>
              </w:rPr>
            </w:pPr>
          </w:p>
        </w:tc>
      </w:tr>
    </w:tbl>
    <w:p w14:paraId="7AE3905B" w14:textId="77777777" w:rsidR="00540481" w:rsidRDefault="00540481"/>
    <w:p w14:paraId="0725F729" w14:textId="3A24DA89" w:rsidR="00540481" w:rsidRDefault="00540481"/>
    <w:p w14:paraId="4E88BF30" w14:textId="58447A5D" w:rsidR="00540481" w:rsidRPr="00A41307" w:rsidRDefault="00540481">
      <w:pPr>
        <w:rPr>
          <w:rFonts w:ascii="Times New Roman" w:hAnsi="Times New Roman" w:cs="Times New Roman"/>
          <w:sz w:val="15"/>
          <w:szCs w:val="15"/>
        </w:rPr>
      </w:pPr>
    </w:p>
    <w:sectPr w:rsidR="00540481" w:rsidRPr="00A4130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0BCD" w14:textId="77777777" w:rsidR="008D5010" w:rsidRDefault="008D5010" w:rsidP="009A4C8B">
      <w:pPr>
        <w:spacing w:after="0" w:line="240" w:lineRule="auto"/>
      </w:pPr>
      <w:r>
        <w:separator/>
      </w:r>
    </w:p>
  </w:endnote>
  <w:endnote w:type="continuationSeparator" w:id="0">
    <w:p w14:paraId="2BF7906E" w14:textId="77777777" w:rsidR="008D5010" w:rsidRDefault="008D5010" w:rsidP="009A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1220" w14:textId="77777777" w:rsidR="008D5010" w:rsidRDefault="008D5010" w:rsidP="009A4C8B">
      <w:pPr>
        <w:spacing w:after="0" w:line="240" w:lineRule="auto"/>
      </w:pPr>
      <w:r>
        <w:separator/>
      </w:r>
    </w:p>
  </w:footnote>
  <w:footnote w:type="continuationSeparator" w:id="0">
    <w:p w14:paraId="3E7D9BC9" w14:textId="77777777" w:rsidR="008D5010" w:rsidRDefault="008D5010" w:rsidP="009A4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608674">
    <w:abstractNumId w:val="8"/>
  </w:num>
  <w:num w:numId="2" w16cid:durableId="761756948">
    <w:abstractNumId w:val="6"/>
  </w:num>
  <w:num w:numId="3" w16cid:durableId="1251500429">
    <w:abstractNumId w:val="5"/>
  </w:num>
  <w:num w:numId="4" w16cid:durableId="1876848411">
    <w:abstractNumId w:val="4"/>
  </w:num>
  <w:num w:numId="5" w16cid:durableId="669216174">
    <w:abstractNumId w:val="7"/>
  </w:num>
  <w:num w:numId="6" w16cid:durableId="1604150559">
    <w:abstractNumId w:val="3"/>
  </w:num>
  <w:num w:numId="7" w16cid:durableId="436798959">
    <w:abstractNumId w:val="2"/>
  </w:num>
  <w:num w:numId="8" w16cid:durableId="171845580">
    <w:abstractNumId w:val="1"/>
  </w:num>
  <w:num w:numId="9" w16cid:durableId="1562475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62"/>
    <w:rsid w:val="00003262"/>
    <w:rsid w:val="00034616"/>
    <w:rsid w:val="00057B78"/>
    <w:rsid w:val="0006063C"/>
    <w:rsid w:val="00081288"/>
    <w:rsid w:val="0008787C"/>
    <w:rsid w:val="00142E56"/>
    <w:rsid w:val="00146BA7"/>
    <w:rsid w:val="0015074B"/>
    <w:rsid w:val="00157801"/>
    <w:rsid w:val="001743F6"/>
    <w:rsid w:val="00184C07"/>
    <w:rsid w:val="001B2BEC"/>
    <w:rsid w:val="00260B5D"/>
    <w:rsid w:val="0029639D"/>
    <w:rsid w:val="00305D32"/>
    <w:rsid w:val="003161E9"/>
    <w:rsid w:val="00326F90"/>
    <w:rsid w:val="00334095"/>
    <w:rsid w:val="003407FA"/>
    <w:rsid w:val="00367339"/>
    <w:rsid w:val="003850C8"/>
    <w:rsid w:val="003A3006"/>
    <w:rsid w:val="003A7C66"/>
    <w:rsid w:val="004327CD"/>
    <w:rsid w:val="00491F33"/>
    <w:rsid w:val="00540481"/>
    <w:rsid w:val="005645BB"/>
    <w:rsid w:val="005764CE"/>
    <w:rsid w:val="00582BB3"/>
    <w:rsid w:val="005D7D90"/>
    <w:rsid w:val="006A72B4"/>
    <w:rsid w:val="00790086"/>
    <w:rsid w:val="007913B2"/>
    <w:rsid w:val="008045A8"/>
    <w:rsid w:val="00810FBA"/>
    <w:rsid w:val="008453DA"/>
    <w:rsid w:val="00875F9F"/>
    <w:rsid w:val="008773D9"/>
    <w:rsid w:val="008950B2"/>
    <w:rsid w:val="008D4616"/>
    <w:rsid w:val="008D5010"/>
    <w:rsid w:val="00907F19"/>
    <w:rsid w:val="00931213"/>
    <w:rsid w:val="00940FF1"/>
    <w:rsid w:val="0094695B"/>
    <w:rsid w:val="00950D76"/>
    <w:rsid w:val="009650D0"/>
    <w:rsid w:val="00995810"/>
    <w:rsid w:val="009A4C8B"/>
    <w:rsid w:val="009A7518"/>
    <w:rsid w:val="009D2809"/>
    <w:rsid w:val="00A16717"/>
    <w:rsid w:val="00A378D0"/>
    <w:rsid w:val="00A41307"/>
    <w:rsid w:val="00A909B5"/>
    <w:rsid w:val="00AA1D8D"/>
    <w:rsid w:val="00AC094D"/>
    <w:rsid w:val="00AE100F"/>
    <w:rsid w:val="00AF03D7"/>
    <w:rsid w:val="00B31750"/>
    <w:rsid w:val="00B47730"/>
    <w:rsid w:val="00B54436"/>
    <w:rsid w:val="00B943AF"/>
    <w:rsid w:val="00BA17D3"/>
    <w:rsid w:val="00BB13E3"/>
    <w:rsid w:val="00BD66EA"/>
    <w:rsid w:val="00C60279"/>
    <w:rsid w:val="00CB0664"/>
    <w:rsid w:val="00CC216D"/>
    <w:rsid w:val="00CF6960"/>
    <w:rsid w:val="00D049A0"/>
    <w:rsid w:val="00D41CEC"/>
    <w:rsid w:val="00D615C0"/>
    <w:rsid w:val="00D737D4"/>
    <w:rsid w:val="00D75BBC"/>
    <w:rsid w:val="00D76C4D"/>
    <w:rsid w:val="00D83D44"/>
    <w:rsid w:val="00DA2F9B"/>
    <w:rsid w:val="00E0568A"/>
    <w:rsid w:val="00E12AAA"/>
    <w:rsid w:val="00E359D0"/>
    <w:rsid w:val="00E414AD"/>
    <w:rsid w:val="00EF4EE9"/>
    <w:rsid w:val="00F31581"/>
    <w:rsid w:val="00F46082"/>
    <w:rsid w:val="00FB5032"/>
    <w:rsid w:val="00FB7C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9D6900"/>
  <w14:defaultImageDpi w14:val="300"/>
  <w15:docId w15:val="{CBF904F1-2E2D-4525-9C7E-573C533B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逸飞 赵</cp:lastModifiedBy>
  <cp:revision>37</cp:revision>
  <dcterms:created xsi:type="dcterms:W3CDTF">2025-11-19T06:29:00Z</dcterms:created>
  <dcterms:modified xsi:type="dcterms:W3CDTF">2026-01-11T08:49:00Z</dcterms:modified>
  <cp:category/>
</cp:coreProperties>
</file>