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eastAsia="Times New Roman"/>
          <w:b/>
        </w:rPr>
        <w:t xml:space="preserve">Supplementary Table 7. </w:t>
      </w:r>
      <w:r>
        <w:rPr>
          <w:rFonts w:ascii="Times New Roman" w:hAnsi="Times New Roman" w:eastAsia="Times New Roman"/>
        </w:rPr>
        <w:t>Brier score values at 12, 36, and 60 months for Late-onset colon cancer across different models in three cohorts.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12" w:color="000000"/>
          <w:bottom w:val="single" w:sz="12" w:color="000000"/>
        </w:tblBorders>
      </w:tblPr>
      <w:tblGrid>
        <w:gridCol w:w="2880"/>
        <w:gridCol w:w="3024"/>
        <w:gridCol w:w="3024"/>
        <w:gridCol w:w="3024"/>
        <w:gridCol w:w="3024"/>
      </w:tblGrid>
      <w:tr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Model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Integrated brier score</w:t>
              <w:br/>
              <w:t>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12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36 Months (95% CI)</w:t>
            </w:r>
          </w:p>
        </w:tc>
        <w:tc>
          <w:tcPr>
            <w:tcW w:type="dxa" w:w="2448"/>
            <w:tcBorders>
              <w:bottom w:val="single" w:sz="8" w:color="000000"/>
            </w:tcBorders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2"/>
              </w:rPr>
              <w:t>60 Months (95% CI)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Training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0.092 (0.090 , 0.094)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0.022 (0.020 , 0.024)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0.069 (0.067 , 0.071)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0.096 (0.093 , 0.098)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0.149 (0.145 , 0.152)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0.034 (0.031 , 0.036)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0.106 (0.102 , 0.110)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0.151 (0.147 , 0.156)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0.121 (0.107 , 0.133)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0.032 (0.026 , 0.056)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0.094 (0.083 , 0.103)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0.133 (0.115 , 0.146)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0.092 (0.090 , 0.095)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0.025 (0.024 , 0.027)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0.074 (0.072 , 0.077)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0.099 (0.096 , 0.102)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0.097 (0.095 , 0.100)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(0.024 , 0.028)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0.074 (0.072 , 0.077)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0.101 (0.099 , 0.104)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0.100 (0.098 , 0.103)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0.027 (0.025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0.077 (0.074 , 0.079)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0.103 (0.101 , 0.106)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0.113 (0.110 , 0.115)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0.029 (0.027 , 0.030)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0.085 (0.083 , 0.087)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0.116 (0.113 , 0.119)</w:t>
            </w:r>
          </w:p>
        </w:tc>
      </w:tr>
      <w:tr>
        <w:tc>
          <w:tcPr>
            <w:tcW w:type="dxa" w:w="14976"/>
            <w:gridSpan w:val="5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/>
                <w:sz w:val="22"/>
              </w:rPr>
              <w:t>Test cohort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RSF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0.101 (0.098 , 0.104)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(0.023 , 0.028)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0.076 (0.073 , 0.080)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0.105 (0.100 , 0.109)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LASSO-Cox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0.145 (0.140 , 0.152)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0.032 (0.029 , 0.035)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0.102 (0.096 , 0.109)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0.148 (0.142 , 0.156)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S-SVM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0.112 (0.112 , 0.112)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0.028 (0.028 , 0.028)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0.084 (0.084 , 0.084)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0.122 (0.122 , 0.122)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XGBSE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0.097 (0.095 , 0.100)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(0.024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0.077 (0.073 , 0.080)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0.103 (0.100 , 0.107)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GBSA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0.100 (0.096 , 0.103)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(0.023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0.076 (0.072 , 0.079)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0.104 (0.099 , 0.107)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DeepSurv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0.101 (0.097 , 0.105)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0.026 (0.022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0.074 (0.071 , 0.077)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0.101 (0.096 , 0.105)</w:t>
            </w:r>
          </w:p>
        </w:tc>
      </w:tr>
      <w:tr>
        <w:tc>
          <w:tcPr>
            <w:tcW w:type="dxa" w:w="2880"/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sz w:val="22"/>
              </w:rPr>
              <w:t>TNM Stage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0.109 (0.106 , 0.114)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0.027 (0.025 , 0.029)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0.082 (0.079 , 0.086)</w:t>
            </w:r>
          </w:p>
        </w:tc>
        <w:tc>
          <w:tcPr>
            <w:tcW w:type="dxa" w:w="3024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22"/>
              </w:rPr>
              <w:t>0.114 (0.110 , 0.118)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