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Times New Roman" w:hAnsi="Times New Roman" w:eastAsia="Times New Roman"/>
          <w:b/>
        </w:rPr>
        <w:t xml:space="preserve">Supplementary Table 3. </w:t>
      </w:r>
      <w:r>
        <w:rPr>
          <w:rFonts w:ascii="Times New Roman" w:hAnsi="Times New Roman" w:eastAsia="Times New Roman"/>
        </w:rPr>
        <w:t>C-index values at 12, 36, and 60 months for Late-onset colon cancer across different models in three cohorts.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bottom w:val="single" w:sz="12" w:color="000000"/>
        </w:tblBorders>
      </w:tblPr>
      <w:tblGrid>
        <w:gridCol w:w="2880"/>
        <w:gridCol w:w="3024"/>
        <w:gridCol w:w="3024"/>
        <w:gridCol w:w="3024"/>
        <w:gridCol w:w="3024"/>
      </w:tblGrid>
      <w:tr>
        <w:tc>
          <w:tcPr>
            <w:tcW w:type="dxa" w:w="2448"/>
            <w:tcBorders>
              <w:bottom w:val="single" w:sz="8" w:color="000000"/>
            </w:tcBorders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Model</w:t>
            </w:r>
          </w:p>
        </w:tc>
        <w:tc>
          <w:tcPr>
            <w:tcW w:type="dxa" w:w="2448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C-Index (95% CI)</w:t>
            </w:r>
          </w:p>
        </w:tc>
        <w:tc>
          <w:tcPr>
            <w:tcW w:type="dxa" w:w="2448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12 Months (95% CI)</w:t>
            </w:r>
          </w:p>
        </w:tc>
        <w:tc>
          <w:tcPr>
            <w:tcW w:type="dxa" w:w="2448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36 Months (95% CI)</w:t>
            </w:r>
          </w:p>
        </w:tc>
        <w:tc>
          <w:tcPr>
            <w:tcW w:type="dxa" w:w="2448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60 Months (95% CI)</w:t>
            </w:r>
          </w:p>
        </w:tc>
      </w:tr>
      <w:tr>
        <w:tc>
          <w:tcPr>
            <w:tcW w:type="dxa" w:w="14976"/>
            <w:gridSpan w:val="5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Training cohort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RSF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0.814 (0.806 , 0.822)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0.866 (0.854 , 0.880)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0.838 (0.830 , 0.847)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0.821 (0.814 , 0.827)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LASSO-Cox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0.770 (0.763 , 0.778)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0.824 (0.814 , 0.839)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0.794 (0.787 , 0.801)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0.778 (0.769 , 0.785)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S-SVM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1.000 (1.000 , 1.000)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0.999 (0.999 , 0.999)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1.000 (1.000 , 1.000)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1.000 (1.000 , 1.000)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XGBSE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0.792 (0.786 , 0.800)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0.755 (0.749 , 0.765)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0.789 (0.782 , 0.796)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0.794 (0.787 , 0.802)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GBSA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0.794 (0.787 , 0.799)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0.848 (0.832 , 0.860)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0.818 (0.810 , 0.826)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0.800 (0.791 , 0.807)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DeepSurv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0.787 (0.781 , 0.793)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0.637 (0.610 , 0.662)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0.664 (0.650 , 0.676)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0.743 (0.734 , 0.751)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TNM Stage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0.729 (0.721 , 0.737)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0.768 (0.748 , 0.787)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0.747 (0.737 , 0.756)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0.736 (0.728 , 0.744)</w:t>
            </w:r>
          </w:p>
        </w:tc>
      </w:tr>
      <w:tr>
        <w:tc>
          <w:tcPr>
            <w:tcW w:type="dxa" w:w="14976"/>
            <w:gridSpan w:val="5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Test cohort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RSF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0.782 (0.771 , 0.793)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0.829 (0.813 , 0.851)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0.808 (0.795 , 0.819)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0.789 (0.776 , 0.799)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LASSO-Cox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0.773 (0.761 , 0.784)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0.828 (0.805 , 0.852)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0.798 (0.783 , 0.811)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0.780 (0.769 , 0.792)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S-SVM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0.530 (0.524 , 0.534)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0.505 (0.493 , 0.519)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0.532 (0.522 , 0.543)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0.520 (0.515 , 0.525)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XGBSE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0.765 (0.753 , 0.774)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0.728 (0.714 , 0.737)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0.760 (0.747 , 0.772)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0.767 (0.753 , 0.779)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GBSA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0.788 (0.777 , 0.797)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0.834 (0.813 , 0.855)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0.811 (0.798 , 0.823)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0.793 (0.784 , 0.806)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DeepSurv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0.783 (0.772 , 0.793)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0.618 (0.574 , 0.652)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0.666 (0.646 , 0.682)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0.737 (0.726 , 0.749)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TNM Stage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0.732 (0.722 , 0.742)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0.775 (0.753 , 0.800)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0.756 (0.742 , 0.770)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0.737 (0.724 , 0.747)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