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5. </w:t>
      </w:r>
      <w:r>
        <w:rPr>
          <w:rFonts w:ascii="Times New Roman" w:hAnsi="Times New Roman" w:eastAsia="Times New Roman"/>
        </w:rPr>
        <w:t>C-index values at 12, 36, and 60 months for Late-onset rectal cancer across different models in three cohorts.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2880"/>
        <w:gridCol w:w="3024"/>
        <w:gridCol w:w="3024"/>
        <w:gridCol w:w="3024"/>
        <w:gridCol w:w="3024"/>
      </w:tblGrid>
      <w:tr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Model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C-Index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12 Months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36 Months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60 Months (95% CI)</w:t>
            </w:r>
          </w:p>
        </w:tc>
      </w:tr>
      <w:tr>
        <w:tc>
          <w:tcPr>
            <w:tcW w:type="dxa" w:w="14976"/>
            <w:gridSpan w:val="5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Training cohort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RSF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0.807 (0.798 , 0.819)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0.803 (0.769 , 0.835)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0.824 (0.807 , 0.841)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0.814 (0.802 , 0.825)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LASSO-Cox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0.732 (0.717 , 0.744)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0.749 (0.710 , 0.776)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0.755 (0.739 , 0.775)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0.737 (0.721 , 0.752)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S-SVM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1.000 (1.000 , 1.000)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1.000 (1.000 , 1.000)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1.000 (0.999 , 1.000)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1.000 (1.000 , 1.000)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XGBSE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0.777 (0.766 , 0.788)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0.723 (0.708 , 0.738)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0.774 (0.761 , 0.786)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0.776 (0.764 , 0.787)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GBSA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0.764 (0.751 , 0.775)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0.766 (0.732 , 0.805)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0.779 (0.760 , 0.793)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0.769 (0.751 , 0.784)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DeepSurv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0.795 (0.785 , 0.808)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0.572 (0.534 , 0.620)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0.599 (0.573 , 0.631)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0.725 (0.711 , 0.746)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TNM Stage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0.692 (0.678 , 0.706)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0.679 (0.640 , 0.720)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0.709 (0.687 , 0.728)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0.697 (0.682 , 0.710)</w:t>
            </w:r>
          </w:p>
        </w:tc>
      </w:tr>
      <w:tr>
        <w:tc>
          <w:tcPr>
            <w:tcW w:type="dxa" w:w="14976"/>
            <w:gridSpan w:val="5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Test cohort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RSF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0.741 (0.724 , 0.761)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0.780 (0.726 , 0.838)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0.780 (0.754 , 0.804)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0.753 (0.731 , 0.776)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LASSO-Cox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0.722 (0.704 , 0.737)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0.770 (0.704 , 0.835)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0.760 (0.728 , 0.783)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0.735 (0.710 , 0.756)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S-SVM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0.518 (0.516 , 0.523)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0.518 (0.470 , 0.569)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0.515 (0.508 , 0.524)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0.510 (0.496 , 0.524)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XGBSE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0.706 (0.687 , 0.723)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0.654 (0.633 , 0.673)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0.702 (0.682 , 0.726)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0.699 (0.677 , 0.721)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GBSA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0.739 (0.717 , 0.759)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0.782 (0.716 , 0.849)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0.780 (0.757 , 0.803)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0.752 (0.727 , 0.773)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DeepSurv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0.733 (0.709 , 0.754)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0.585 (0.472 , 0.657)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0.617 (0.572 , 0.659)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0.696 (0.666 , 0.717)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TNM Stage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0.693 (0.670 , 0.716)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0.742 (0.665 , 0.811)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0.714 (0.689 , 0.746)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0.705 (0.685 , 0.733)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