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 w:eastAsia="Times New Roman"/>
          <w:b/>
        </w:rPr>
        <w:t xml:space="preserve">Supplementary Table 6. </w:t>
      </w:r>
      <w:r>
        <w:rPr>
          <w:rFonts w:ascii="Times New Roman" w:hAnsi="Times New Roman" w:eastAsia="Times New Roman"/>
        </w:rPr>
        <w:t>Time-dependent AUC values at 6–120 months for Late-onset rectal cancer across different models in three cohorts.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12" w:color="000000"/>
          <w:bottom w:val="single" w:sz="12" w:color="000000"/>
        </w:tblBorders>
      </w:tblPr>
      <w:tblGrid>
        <w:gridCol w:w="1152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864"/>
      </w:tblGrid>
      <w:tr>
        <w:tc>
          <w:tcPr>
            <w:tcW w:type="dxa" w:w="556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  <w:t>Model</w:t>
            </w:r>
          </w:p>
        </w:tc>
        <w:tc>
          <w:tcPr>
            <w:tcW w:type="dxa" w:w="11120"/>
            <w:gridSpan w:val="20"/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AUC (month)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</w:p>
        </w:tc>
      </w:tr>
      <w:tr>
        <w:tc>
          <w:tcPr>
            <w:tcW w:type="dxa" w:w="556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6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12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18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24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30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36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42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48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54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60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66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72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78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84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90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96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102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108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114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120</w:t>
            </w:r>
          </w:p>
        </w:tc>
        <w:tc>
          <w:tcPr>
            <w:tcW w:type="dxa" w:w="55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Mean AUC</w:t>
            </w:r>
          </w:p>
        </w:tc>
      </w:tr>
      <w:tr>
        <w:tc>
          <w:tcPr>
            <w:tcW w:type="dxa" w:w="13536"/>
            <w:gridSpan w:val="2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  <w:t>Training cohort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RSF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0.909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0.921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0.925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0.934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0.941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0.945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0.946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0.951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0.953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0.955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0.957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0.959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0.963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0.966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0.968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0.966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0.965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0.965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0.965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0.966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0.947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LASSO-Cox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0.763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0.769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0.797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0.778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S-SVM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0.499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0.564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0.571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0.563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0.530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XGBSE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0.839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0.832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0.831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0.833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0.833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0.819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0.828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0.832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0.837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0.836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0.838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0.842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0.844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0.848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0.830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GBSA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0.765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0.796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0.782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DeepSurv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0.526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0.532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TNM Stage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0.650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0.679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0.701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0.707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0.721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0.719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0.715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0.716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0.717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0.713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0.711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0.708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0.713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0.714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0.723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0.719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0.720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0.725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0.729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0.728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0.709</w:t>
            </w:r>
          </w:p>
        </w:tc>
      </w:tr>
      <w:tr>
        <w:tc>
          <w:tcPr>
            <w:tcW w:type="dxa" w:w="13536"/>
            <w:gridSpan w:val="2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  <w:t>Test cohort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RSF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0.804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0.763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0.760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0.758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0.752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0.738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0.736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0.769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LASSO-Cox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0.728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0.805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0.813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0.802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0.765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0.765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0.758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0.755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0.756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0.755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0.759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0.751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0.753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0.753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0.750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0.777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S-SVM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0.497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0.504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0.499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0.508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0.489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0.488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0.492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0.501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0.507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0.547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0.558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0.566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0.580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0.514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XGBSE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0.723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0.765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0.765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0.759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0.752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0.729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0.727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0.733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0.731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0.729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0.722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0.721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0.721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0.719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0.716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0.721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0.717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0.742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GBSA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0.707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0.796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0.803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0.780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0.779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0.767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0.759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0.755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0.739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0.766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DeepSurv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0.493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0.533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0.520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0.519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0.532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0.520</w:t>
            </w:r>
          </w:p>
        </w:tc>
      </w:tr>
      <w:tr>
        <w:tc>
          <w:tcPr>
            <w:tcW w:type="dxa" w:w="115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6"/>
              </w:rPr>
              <w:t>TNM Stage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0.632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0.727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0.742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0.732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0.724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0.718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0.727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0.731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0.718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0.706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0.704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0.699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0.694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0.697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0.695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0.695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0.694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0.694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0.686</w:t>
            </w:r>
          </w:p>
        </w:tc>
        <w:tc>
          <w:tcPr>
            <w:tcW w:type="dxa" w:w="57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0.681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</w:rPr>
              <w:t>0.712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