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D2D11" w14:textId="17187AF5" w:rsidR="00574ECD" w:rsidRPr="00960873" w:rsidRDefault="006041F2" w:rsidP="006041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60873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</w:t>
      </w:r>
      <w:r w:rsidR="00A901B9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Pr="0096087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960873">
        <w:rPr>
          <w:rFonts w:ascii="Times New Roman" w:hAnsi="Times New Roman" w:cs="Times New Roman"/>
          <w:sz w:val="24"/>
          <w:szCs w:val="24"/>
          <w:lang w:val="en-GB"/>
        </w:rPr>
        <w:t xml:space="preserve">Bacterial ASVs significantly enriched (positive log2FC values) or depleted (negative log2FC values) in HFD-fed mice compared with SD-fed mice </w:t>
      </w:r>
      <w:r w:rsidR="00960873">
        <w:rPr>
          <w:rFonts w:ascii="Times New Roman" w:hAnsi="Times New Roman" w:cs="Times New Roman"/>
          <w:sz w:val="24"/>
          <w:szCs w:val="24"/>
          <w:lang w:val="en-GB"/>
        </w:rPr>
        <w:t xml:space="preserve">used </w:t>
      </w:r>
      <w:r w:rsidRPr="00960873">
        <w:rPr>
          <w:rFonts w:ascii="Times New Roman" w:hAnsi="Times New Roman" w:cs="Times New Roman"/>
          <w:sz w:val="24"/>
          <w:szCs w:val="24"/>
          <w:lang w:val="en-GB"/>
        </w:rPr>
        <w:t xml:space="preserve">as controls. </w:t>
      </w:r>
      <w:proofErr w:type="spellStart"/>
      <w:r w:rsidRPr="00960873">
        <w:rPr>
          <w:rFonts w:ascii="Times New Roman" w:hAnsi="Times New Roman" w:cs="Times New Roman"/>
          <w:sz w:val="24"/>
          <w:szCs w:val="24"/>
          <w:lang w:val="en-GB"/>
        </w:rPr>
        <w:t>LogCPM</w:t>
      </w:r>
      <w:proofErr w:type="spellEnd"/>
      <w:r w:rsidRPr="00960873">
        <w:rPr>
          <w:rFonts w:ascii="Times New Roman" w:hAnsi="Times New Roman" w:cs="Times New Roman"/>
          <w:sz w:val="24"/>
          <w:szCs w:val="24"/>
          <w:lang w:val="en-GB"/>
        </w:rPr>
        <w:t>: log counts per million; FDR: False Discovery Rate</w:t>
      </w:r>
      <w:r w:rsidR="0096087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01"/>
        <w:gridCol w:w="1928"/>
        <w:gridCol w:w="1395"/>
        <w:gridCol w:w="1683"/>
        <w:gridCol w:w="1683"/>
        <w:gridCol w:w="1539"/>
        <w:gridCol w:w="1245"/>
        <w:gridCol w:w="1448"/>
        <w:gridCol w:w="1756"/>
        <w:gridCol w:w="2411"/>
        <w:gridCol w:w="2411"/>
        <w:gridCol w:w="1936"/>
      </w:tblGrid>
      <w:tr w:rsidR="00134FD8" w14:paraId="76247300" w14:textId="77777777" w:rsidTr="003836A2">
        <w:tc>
          <w:tcPr>
            <w:tcW w:w="2501" w:type="dxa"/>
            <w:shd w:val="clear" w:color="auto" w:fill="1F3864"/>
          </w:tcPr>
          <w:p w14:paraId="5C66B460" w14:textId="77777777" w:rsidR="00134FD8" w:rsidRDefault="00134FD8">
            <w:pPr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FeatureID</w:t>
            </w:r>
            <w:proofErr w:type="spellEnd"/>
          </w:p>
        </w:tc>
        <w:tc>
          <w:tcPr>
            <w:tcW w:w="1928" w:type="dxa"/>
            <w:shd w:val="clear" w:color="auto" w:fill="1F3864"/>
          </w:tcPr>
          <w:p w14:paraId="6B22A07D" w14:textId="77777777" w:rsidR="00134FD8" w:rsidRDefault="00134FD8">
            <w:pPr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logFC</w:t>
            </w:r>
            <w:proofErr w:type="spellEnd"/>
          </w:p>
        </w:tc>
        <w:tc>
          <w:tcPr>
            <w:tcW w:w="1395" w:type="dxa"/>
            <w:shd w:val="clear" w:color="auto" w:fill="1F3864"/>
          </w:tcPr>
          <w:p w14:paraId="2A73BE8B" w14:textId="77777777" w:rsidR="00134FD8" w:rsidRDefault="00134FD8">
            <w:pPr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logCPM</w:t>
            </w:r>
            <w:proofErr w:type="spellEnd"/>
          </w:p>
        </w:tc>
        <w:tc>
          <w:tcPr>
            <w:tcW w:w="1683" w:type="dxa"/>
            <w:shd w:val="clear" w:color="auto" w:fill="1F3864"/>
          </w:tcPr>
          <w:p w14:paraId="356199F6" w14:textId="77777777" w:rsidR="00134FD8" w:rsidRDefault="00134FD8">
            <w:pPr>
              <w:jc w:val="center"/>
            </w:pPr>
            <w:r>
              <w:rPr>
                <w:b/>
                <w:color w:val="FFFFFF"/>
                <w:sz w:val="14"/>
              </w:rPr>
              <w:t>F</w:t>
            </w:r>
          </w:p>
        </w:tc>
        <w:tc>
          <w:tcPr>
            <w:tcW w:w="1683" w:type="dxa"/>
            <w:shd w:val="clear" w:color="auto" w:fill="1F3864"/>
          </w:tcPr>
          <w:p w14:paraId="7C5C466F" w14:textId="77777777" w:rsidR="00134FD8" w:rsidRDefault="00134FD8">
            <w:pPr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PValue</w:t>
            </w:r>
            <w:proofErr w:type="spellEnd"/>
          </w:p>
        </w:tc>
        <w:tc>
          <w:tcPr>
            <w:tcW w:w="1539" w:type="dxa"/>
            <w:shd w:val="clear" w:color="auto" w:fill="1F3864"/>
          </w:tcPr>
          <w:p w14:paraId="7B0708E1" w14:textId="77777777" w:rsidR="00134FD8" w:rsidRDefault="00134FD8">
            <w:pPr>
              <w:jc w:val="center"/>
            </w:pPr>
            <w:r>
              <w:rPr>
                <w:b/>
                <w:color w:val="FFFFFF"/>
                <w:sz w:val="14"/>
              </w:rPr>
              <w:t>FDR</w:t>
            </w:r>
          </w:p>
        </w:tc>
        <w:tc>
          <w:tcPr>
            <w:tcW w:w="1245" w:type="dxa"/>
            <w:shd w:val="clear" w:color="auto" w:fill="1F3864"/>
          </w:tcPr>
          <w:p w14:paraId="2D41E0F8" w14:textId="77777777" w:rsidR="00134FD8" w:rsidRPr="00134FD8" w:rsidRDefault="00134FD8">
            <w:pPr>
              <w:jc w:val="center"/>
            </w:pPr>
            <w:r w:rsidRPr="00134FD8">
              <w:rPr>
                <w:b/>
                <w:color w:val="FFFFFF"/>
                <w:sz w:val="14"/>
              </w:rPr>
              <w:t>Phylum</w:t>
            </w:r>
          </w:p>
        </w:tc>
        <w:tc>
          <w:tcPr>
            <w:tcW w:w="1448" w:type="dxa"/>
            <w:shd w:val="clear" w:color="auto" w:fill="1F3864"/>
          </w:tcPr>
          <w:p w14:paraId="53605B51" w14:textId="77777777" w:rsidR="00134FD8" w:rsidRPr="00134FD8" w:rsidRDefault="00134FD8">
            <w:pPr>
              <w:jc w:val="center"/>
            </w:pPr>
            <w:r w:rsidRPr="00134FD8">
              <w:rPr>
                <w:b/>
                <w:color w:val="FFFFFF"/>
                <w:sz w:val="14"/>
              </w:rPr>
              <w:t>Class</w:t>
            </w:r>
          </w:p>
        </w:tc>
        <w:tc>
          <w:tcPr>
            <w:tcW w:w="1756" w:type="dxa"/>
            <w:shd w:val="clear" w:color="auto" w:fill="1F3864"/>
          </w:tcPr>
          <w:p w14:paraId="329C085F" w14:textId="77777777" w:rsidR="00134FD8" w:rsidRPr="00134FD8" w:rsidRDefault="00134FD8">
            <w:pPr>
              <w:jc w:val="center"/>
            </w:pPr>
            <w:r w:rsidRPr="00134FD8">
              <w:rPr>
                <w:b/>
                <w:color w:val="FFFFFF"/>
                <w:sz w:val="14"/>
              </w:rPr>
              <w:t>Order</w:t>
            </w:r>
          </w:p>
        </w:tc>
        <w:tc>
          <w:tcPr>
            <w:tcW w:w="2411" w:type="dxa"/>
            <w:shd w:val="clear" w:color="auto" w:fill="1F3864"/>
          </w:tcPr>
          <w:p w14:paraId="26F9E51A" w14:textId="77777777" w:rsidR="00134FD8" w:rsidRPr="00134FD8" w:rsidRDefault="00134FD8">
            <w:pPr>
              <w:jc w:val="center"/>
            </w:pPr>
            <w:r w:rsidRPr="00134FD8">
              <w:rPr>
                <w:b/>
                <w:color w:val="FFFFFF"/>
                <w:sz w:val="14"/>
              </w:rPr>
              <w:t>Family</w:t>
            </w:r>
          </w:p>
        </w:tc>
        <w:tc>
          <w:tcPr>
            <w:tcW w:w="2411" w:type="dxa"/>
            <w:shd w:val="clear" w:color="auto" w:fill="1F3864"/>
          </w:tcPr>
          <w:p w14:paraId="5BD6DFF3" w14:textId="77777777" w:rsidR="00134FD8" w:rsidRPr="00134FD8" w:rsidRDefault="00134FD8">
            <w:pPr>
              <w:jc w:val="center"/>
            </w:pPr>
            <w:r w:rsidRPr="00134FD8">
              <w:rPr>
                <w:b/>
                <w:color w:val="FFFFFF"/>
                <w:sz w:val="14"/>
              </w:rPr>
              <w:t>Genus</w:t>
            </w:r>
          </w:p>
        </w:tc>
        <w:tc>
          <w:tcPr>
            <w:tcW w:w="1936" w:type="dxa"/>
            <w:shd w:val="clear" w:color="auto" w:fill="1F3864"/>
          </w:tcPr>
          <w:p w14:paraId="5D5A4E62" w14:textId="77777777" w:rsidR="00134FD8" w:rsidRPr="00134FD8" w:rsidRDefault="00134FD8">
            <w:pPr>
              <w:jc w:val="center"/>
            </w:pPr>
            <w:r w:rsidRPr="00134FD8">
              <w:rPr>
                <w:b/>
                <w:color w:val="FFFFFF"/>
                <w:sz w:val="14"/>
              </w:rPr>
              <w:t>Species</w:t>
            </w:r>
          </w:p>
        </w:tc>
      </w:tr>
      <w:tr w:rsidR="00134FD8" w14:paraId="6553ADE8" w14:textId="77777777" w:rsidTr="003836A2">
        <w:tc>
          <w:tcPr>
            <w:tcW w:w="2501" w:type="dxa"/>
            <w:shd w:val="clear" w:color="auto" w:fill="F2F2F2"/>
          </w:tcPr>
          <w:p w14:paraId="6F5CCAB9" w14:textId="77777777" w:rsidR="00134FD8" w:rsidRDefault="00134FD8">
            <w:r>
              <w:rPr>
                <w:sz w:val="13"/>
              </w:rPr>
              <w:t>d6f6819315230e8d29170aa908269c34</w:t>
            </w:r>
          </w:p>
        </w:tc>
        <w:tc>
          <w:tcPr>
            <w:tcW w:w="1928" w:type="dxa"/>
            <w:shd w:val="clear" w:color="auto" w:fill="F2F2F2"/>
          </w:tcPr>
          <w:p w14:paraId="55DA01A2" w14:textId="77777777" w:rsidR="00134FD8" w:rsidRDefault="00134FD8">
            <w:r>
              <w:rPr>
                <w:sz w:val="13"/>
              </w:rPr>
              <w:t>10.36895604958167</w:t>
            </w:r>
          </w:p>
        </w:tc>
        <w:tc>
          <w:tcPr>
            <w:tcW w:w="1395" w:type="dxa"/>
            <w:shd w:val="clear" w:color="auto" w:fill="F2F2F2"/>
          </w:tcPr>
          <w:p w14:paraId="277D8962" w14:textId="77777777" w:rsidR="00134FD8" w:rsidRDefault="00134FD8">
            <w:r>
              <w:rPr>
                <w:sz w:val="13"/>
              </w:rPr>
              <w:t>13.55314273451878</w:t>
            </w:r>
          </w:p>
        </w:tc>
        <w:tc>
          <w:tcPr>
            <w:tcW w:w="1683" w:type="dxa"/>
            <w:shd w:val="clear" w:color="auto" w:fill="F2F2F2"/>
          </w:tcPr>
          <w:p w14:paraId="160C2CCD" w14:textId="77777777" w:rsidR="00134FD8" w:rsidRDefault="00134FD8">
            <w:r>
              <w:rPr>
                <w:sz w:val="13"/>
              </w:rPr>
              <w:t>83.07614586635823</w:t>
            </w:r>
          </w:p>
        </w:tc>
        <w:tc>
          <w:tcPr>
            <w:tcW w:w="1683" w:type="dxa"/>
            <w:shd w:val="clear" w:color="auto" w:fill="F2F2F2"/>
          </w:tcPr>
          <w:p w14:paraId="6C1F70CA" w14:textId="77777777" w:rsidR="00134FD8" w:rsidRDefault="00134FD8">
            <w:r>
              <w:rPr>
                <w:sz w:val="13"/>
              </w:rPr>
              <w:t>0.0003506231616483036</w:t>
            </w:r>
          </w:p>
        </w:tc>
        <w:tc>
          <w:tcPr>
            <w:tcW w:w="1539" w:type="dxa"/>
            <w:shd w:val="clear" w:color="auto" w:fill="F2F2F2"/>
          </w:tcPr>
          <w:p w14:paraId="0D36D7B1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2F2F2"/>
          </w:tcPr>
          <w:p w14:paraId="1276134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56CE36A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40127BE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029313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751664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38CD186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22C20E58" w14:textId="77777777" w:rsidTr="003836A2">
        <w:tc>
          <w:tcPr>
            <w:tcW w:w="2501" w:type="dxa"/>
            <w:shd w:val="clear" w:color="auto" w:fill="FFFFFF"/>
          </w:tcPr>
          <w:p w14:paraId="56439670" w14:textId="77777777" w:rsidR="00134FD8" w:rsidRDefault="00134FD8">
            <w:r>
              <w:rPr>
                <w:sz w:val="13"/>
              </w:rPr>
              <w:t>deabfa9b86859ef2403b750939009ee3</w:t>
            </w:r>
          </w:p>
        </w:tc>
        <w:tc>
          <w:tcPr>
            <w:tcW w:w="1928" w:type="dxa"/>
            <w:shd w:val="clear" w:color="auto" w:fill="FFFFFF"/>
          </w:tcPr>
          <w:p w14:paraId="79EF3BDF" w14:textId="77777777" w:rsidR="00134FD8" w:rsidRDefault="00134FD8">
            <w:r>
              <w:rPr>
                <w:sz w:val="13"/>
              </w:rPr>
              <w:t>10.09634844245771</w:t>
            </w:r>
          </w:p>
        </w:tc>
        <w:tc>
          <w:tcPr>
            <w:tcW w:w="1395" w:type="dxa"/>
            <w:shd w:val="clear" w:color="auto" w:fill="FFFFFF"/>
          </w:tcPr>
          <w:p w14:paraId="69D8DD82" w14:textId="77777777" w:rsidR="00134FD8" w:rsidRDefault="00134FD8">
            <w:r>
              <w:rPr>
                <w:sz w:val="13"/>
              </w:rPr>
              <w:t>13.28780056814251</w:t>
            </w:r>
          </w:p>
        </w:tc>
        <w:tc>
          <w:tcPr>
            <w:tcW w:w="1683" w:type="dxa"/>
            <w:shd w:val="clear" w:color="auto" w:fill="FFFFFF"/>
          </w:tcPr>
          <w:p w14:paraId="3FB6BC0A" w14:textId="77777777" w:rsidR="00134FD8" w:rsidRDefault="00134FD8">
            <w:r>
              <w:rPr>
                <w:sz w:val="13"/>
              </w:rPr>
              <w:t>76.08651249460566</w:t>
            </w:r>
          </w:p>
        </w:tc>
        <w:tc>
          <w:tcPr>
            <w:tcW w:w="1683" w:type="dxa"/>
            <w:shd w:val="clear" w:color="auto" w:fill="FFFFFF"/>
          </w:tcPr>
          <w:p w14:paraId="6058901E" w14:textId="77777777" w:rsidR="00134FD8" w:rsidRDefault="00134FD8">
            <w:r>
              <w:rPr>
                <w:sz w:val="13"/>
              </w:rPr>
              <w:t>0.0004167087496536749</w:t>
            </w:r>
          </w:p>
        </w:tc>
        <w:tc>
          <w:tcPr>
            <w:tcW w:w="1539" w:type="dxa"/>
            <w:shd w:val="clear" w:color="auto" w:fill="FFFFFF"/>
          </w:tcPr>
          <w:p w14:paraId="409DA97D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FFFFF"/>
          </w:tcPr>
          <w:p w14:paraId="5BF4B52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5D7516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405A658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6F6FEE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C9EE47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Blautia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66AEF08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Lachnospiraceae_bacterium</w:t>
            </w:r>
            <w:proofErr w:type="spellEnd"/>
          </w:p>
        </w:tc>
      </w:tr>
      <w:tr w:rsidR="00134FD8" w14:paraId="6DEE7623" w14:textId="77777777" w:rsidTr="003836A2">
        <w:tc>
          <w:tcPr>
            <w:tcW w:w="2501" w:type="dxa"/>
            <w:shd w:val="clear" w:color="auto" w:fill="F2F2F2"/>
          </w:tcPr>
          <w:p w14:paraId="09AD00A4" w14:textId="77777777" w:rsidR="00134FD8" w:rsidRDefault="00134FD8">
            <w:r>
              <w:rPr>
                <w:sz w:val="13"/>
              </w:rPr>
              <w:t>e94a9da4bdf2d1d6fd8b6216ea53a5ab</w:t>
            </w:r>
          </w:p>
        </w:tc>
        <w:tc>
          <w:tcPr>
            <w:tcW w:w="1928" w:type="dxa"/>
            <w:shd w:val="clear" w:color="auto" w:fill="F2F2F2"/>
          </w:tcPr>
          <w:p w14:paraId="4CFE4FAC" w14:textId="77777777" w:rsidR="00134FD8" w:rsidRDefault="00134FD8">
            <w:r>
              <w:rPr>
                <w:sz w:val="13"/>
              </w:rPr>
              <w:t>-10.59160521192554</w:t>
            </w:r>
          </w:p>
        </w:tc>
        <w:tc>
          <w:tcPr>
            <w:tcW w:w="1395" w:type="dxa"/>
            <w:shd w:val="clear" w:color="auto" w:fill="F2F2F2"/>
          </w:tcPr>
          <w:p w14:paraId="534346E2" w14:textId="77777777" w:rsidR="00134FD8" w:rsidRDefault="00134FD8">
            <w:r>
              <w:rPr>
                <w:sz w:val="13"/>
              </w:rPr>
              <w:t>13.76950624290793</w:t>
            </w:r>
          </w:p>
        </w:tc>
        <w:tc>
          <w:tcPr>
            <w:tcW w:w="1683" w:type="dxa"/>
            <w:shd w:val="clear" w:color="auto" w:fill="F2F2F2"/>
          </w:tcPr>
          <w:p w14:paraId="57033E4B" w14:textId="77777777" w:rsidR="00134FD8" w:rsidRDefault="00134FD8">
            <w:r>
              <w:rPr>
                <w:sz w:val="13"/>
              </w:rPr>
              <w:t>72.6520384218325</w:t>
            </w:r>
          </w:p>
        </w:tc>
        <w:tc>
          <w:tcPr>
            <w:tcW w:w="1683" w:type="dxa"/>
            <w:shd w:val="clear" w:color="auto" w:fill="F2F2F2"/>
          </w:tcPr>
          <w:p w14:paraId="32799631" w14:textId="77777777" w:rsidR="00134FD8" w:rsidRDefault="00134FD8">
            <w:r>
              <w:rPr>
                <w:sz w:val="13"/>
              </w:rPr>
              <w:t>0.0004680807653836765</w:t>
            </w:r>
          </w:p>
        </w:tc>
        <w:tc>
          <w:tcPr>
            <w:tcW w:w="1539" w:type="dxa"/>
            <w:shd w:val="clear" w:color="auto" w:fill="F2F2F2"/>
          </w:tcPr>
          <w:p w14:paraId="7D83B28F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2F2F2"/>
          </w:tcPr>
          <w:p w14:paraId="26FBAA7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FC6E19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2BC8E8D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59A816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3628CA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2F2F2"/>
          </w:tcPr>
          <w:p w14:paraId="16BACCC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6896EEEC" w14:textId="77777777" w:rsidTr="003836A2">
        <w:tc>
          <w:tcPr>
            <w:tcW w:w="2501" w:type="dxa"/>
            <w:shd w:val="clear" w:color="auto" w:fill="FFFFFF"/>
          </w:tcPr>
          <w:p w14:paraId="703711E6" w14:textId="77777777" w:rsidR="00134FD8" w:rsidRDefault="00134FD8">
            <w:r>
              <w:rPr>
                <w:sz w:val="13"/>
              </w:rPr>
              <w:t>5cbf0b2efd8f80a169ab74ad33079e39</w:t>
            </w:r>
          </w:p>
        </w:tc>
        <w:tc>
          <w:tcPr>
            <w:tcW w:w="1928" w:type="dxa"/>
            <w:shd w:val="clear" w:color="auto" w:fill="FFFFFF"/>
          </w:tcPr>
          <w:p w14:paraId="0BB6A80F" w14:textId="77777777" w:rsidR="00134FD8" w:rsidRDefault="00134FD8">
            <w:r>
              <w:rPr>
                <w:sz w:val="13"/>
              </w:rPr>
              <w:t>-8.87554346239252</w:t>
            </w:r>
          </w:p>
        </w:tc>
        <w:tc>
          <w:tcPr>
            <w:tcW w:w="1395" w:type="dxa"/>
            <w:shd w:val="clear" w:color="auto" w:fill="FFFFFF"/>
          </w:tcPr>
          <w:p w14:paraId="7959F288" w14:textId="77777777" w:rsidR="00134FD8" w:rsidRDefault="00134FD8">
            <w:r>
              <w:rPr>
                <w:sz w:val="13"/>
              </w:rPr>
              <w:t>12.11544103338931</w:t>
            </w:r>
          </w:p>
        </w:tc>
        <w:tc>
          <w:tcPr>
            <w:tcW w:w="1683" w:type="dxa"/>
            <w:shd w:val="clear" w:color="auto" w:fill="FFFFFF"/>
          </w:tcPr>
          <w:p w14:paraId="0ABA3642" w14:textId="77777777" w:rsidR="00134FD8" w:rsidRDefault="00134FD8">
            <w:r>
              <w:rPr>
                <w:sz w:val="13"/>
              </w:rPr>
              <w:t>52.10111513910348</w:t>
            </w:r>
          </w:p>
        </w:tc>
        <w:tc>
          <w:tcPr>
            <w:tcW w:w="1683" w:type="dxa"/>
            <w:shd w:val="clear" w:color="auto" w:fill="FFFFFF"/>
          </w:tcPr>
          <w:p w14:paraId="24C0365A" w14:textId="77777777" w:rsidR="00134FD8" w:rsidRDefault="00134FD8">
            <w:r>
              <w:rPr>
                <w:sz w:val="13"/>
              </w:rPr>
              <w:t>0.0008185880310172913</w:t>
            </w:r>
          </w:p>
        </w:tc>
        <w:tc>
          <w:tcPr>
            <w:tcW w:w="1539" w:type="dxa"/>
            <w:shd w:val="clear" w:color="auto" w:fill="FFFFFF"/>
          </w:tcPr>
          <w:p w14:paraId="7CF1F342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FFFFF"/>
          </w:tcPr>
          <w:p w14:paraId="5DE0A95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0ECE96B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26782E2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B8FD2A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7904E5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Roseburia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461B4AE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2DC230B6" w14:textId="77777777" w:rsidTr="003836A2">
        <w:tc>
          <w:tcPr>
            <w:tcW w:w="2501" w:type="dxa"/>
            <w:shd w:val="clear" w:color="auto" w:fill="F2F2F2"/>
          </w:tcPr>
          <w:p w14:paraId="0158C39B" w14:textId="77777777" w:rsidR="00134FD8" w:rsidRDefault="00134FD8">
            <w:r>
              <w:rPr>
                <w:sz w:val="13"/>
              </w:rPr>
              <w:t>41daade37aa0c996cd3c59894e1a86f0</w:t>
            </w:r>
          </w:p>
        </w:tc>
        <w:tc>
          <w:tcPr>
            <w:tcW w:w="1928" w:type="dxa"/>
            <w:shd w:val="clear" w:color="auto" w:fill="F2F2F2"/>
          </w:tcPr>
          <w:p w14:paraId="4554CC0D" w14:textId="77777777" w:rsidR="00134FD8" w:rsidRDefault="00134FD8">
            <w:r>
              <w:rPr>
                <w:sz w:val="13"/>
              </w:rPr>
              <w:t>10.03545869029905</w:t>
            </w:r>
          </w:p>
        </w:tc>
        <w:tc>
          <w:tcPr>
            <w:tcW w:w="1395" w:type="dxa"/>
            <w:shd w:val="clear" w:color="auto" w:fill="F2F2F2"/>
          </w:tcPr>
          <w:p w14:paraId="6124F825" w14:textId="77777777" w:rsidR="00134FD8" w:rsidRDefault="00134FD8">
            <w:r>
              <w:rPr>
                <w:sz w:val="13"/>
              </w:rPr>
              <w:t>13.22909712445853</w:t>
            </w:r>
          </w:p>
        </w:tc>
        <w:tc>
          <w:tcPr>
            <w:tcW w:w="1683" w:type="dxa"/>
            <w:shd w:val="clear" w:color="auto" w:fill="F2F2F2"/>
          </w:tcPr>
          <w:p w14:paraId="62509E8C" w14:textId="77777777" w:rsidR="00134FD8" w:rsidRDefault="00134FD8">
            <w:r>
              <w:rPr>
                <w:sz w:val="13"/>
              </w:rPr>
              <w:t>54.80546990668881</w:t>
            </w:r>
          </w:p>
        </w:tc>
        <w:tc>
          <w:tcPr>
            <w:tcW w:w="1683" w:type="dxa"/>
            <w:shd w:val="clear" w:color="auto" w:fill="F2F2F2"/>
          </w:tcPr>
          <w:p w14:paraId="49DF4B68" w14:textId="77777777" w:rsidR="00134FD8" w:rsidRDefault="00134FD8">
            <w:r>
              <w:rPr>
                <w:sz w:val="13"/>
              </w:rPr>
              <w:t>0.0008651989321240454</w:t>
            </w:r>
          </w:p>
        </w:tc>
        <w:tc>
          <w:tcPr>
            <w:tcW w:w="1539" w:type="dxa"/>
            <w:shd w:val="clear" w:color="auto" w:fill="F2F2F2"/>
          </w:tcPr>
          <w:p w14:paraId="165CB9DD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2F2F2"/>
          </w:tcPr>
          <w:p w14:paraId="5268165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E2CDB3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19E1E8B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AAA003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6D6ECE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6E4A8F1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04F932C7" w14:textId="77777777" w:rsidTr="003836A2">
        <w:tc>
          <w:tcPr>
            <w:tcW w:w="2501" w:type="dxa"/>
            <w:shd w:val="clear" w:color="auto" w:fill="FFFFFF"/>
          </w:tcPr>
          <w:p w14:paraId="0DD37908" w14:textId="77777777" w:rsidR="00134FD8" w:rsidRDefault="00134FD8">
            <w:r>
              <w:rPr>
                <w:sz w:val="13"/>
              </w:rPr>
              <w:t>17a6531a5ea2f2f5b0275eaf27a92ad4</w:t>
            </w:r>
          </w:p>
        </w:tc>
        <w:tc>
          <w:tcPr>
            <w:tcW w:w="1928" w:type="dxa"/>
            <w:shd w:val="clear" w:color="auto" w:fill="FFFFFF"/>
          </w:tcPr>
          <w:p w14:paraId="04D6E341" w14:textId="77777777" w:rsidR="00134FD8" w:rsidRDefault="00134FD8">
            <w:r>
              <w:rPr>
                <w:sz w:val="13"/>
              </w:rPr>
              <w:t>-8.489814502156106</w:t>
            </w:r>
          </w:p>
        </w:tc>
        <w:tc>
          <w:tcPr>
            <w:tcW w:w="1395" w:type="dxa"/>
            <w:shd w:val="clear" w:color="auto" w:fill="FFFFFF"/>
          </w:tcPr>
          <w:p w14:paraId="42D8E2B2" w14:textId="77777777" w:rsidR="00134FD8" w:rsidRDefault="00134FD8">
            <w:r>
              <w:rPr>
                <w:sz w:val="13"/>
              </w:rPr>
              <w:t>11.75619381312264</w:t>
            </w:r>
          </w:p>
        </w:tc>
        <w:tc>
          <w:tcPr>
            <w:tcW w:w="1683" w:type="dxa"/>
            <w:shd w:val="clear" w:color="auto" w:fill="FFFFFF"/>
          </w:tcPr>
          <w:p w14:paraId="157D9557" w14:textId="77777777" w:rsidR="00134FD8" w:rsidRDefault="00134FD8">
            <w:r>
              <w:rPr>
                <w:sz w:val="13"/>
              </w:rPr>
              <w:t>43.25889167032935</w:t>
            </w:r>
          </w:p>
        </w:tc>
        <w:tc>
          <w:tcPr>
            <w:tcW w:w="1683" w:type="dxa"/>
            <w:shd w:val="clear" w:color="auto" w:fill="FFFFFF"/>
          </w:tcPr>
          <w:p w14:paraId="0DD6F9CF" w14:textId="77777777" w:rsidR="00134FD8" w:rsidRDefault="00134FD8">
            <w:r>
              <w:rPr>
                <w:sz w:val="13"/>
              </w:rPr>
              <w:t>0.001184755796880056</w:t>
            </w:r>
          </w:p>
        </w:tc>
        <w:tc>
          <w:tcPr>
            <w:tcW w:w="1539" w:type="dxa"/>
            <w:shd w:val="clear" w:color="auto" w:fill="FFFFFF"/>
          </w:tcPr>
          <w:p w14:paraId="0B3A2D74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FFFFF"/>
          </w:tcPr>
          <w:p w14:paraId="447AE50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39B1575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6371ADD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B26817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F40CDA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641F48D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5C6F14F8" w14:textId="77777777" w:rsidTr="003836A2">
        <w:tc>
          <w:tcPr>
            <w:tcW w:w="2501" w:type="dxa"/>
            <w:shd w:val="clear" w:color="auto" w:fill="F2F2F2"/>
          </w:tcPr>
          <w:p w14:paraId="671DC067" w14:textId="77777777" w:rsidR="00134FD8" w:rsidRDefault="00134FD8">
            <w:r>
              <w:rPr>
                <w:sz w:val="13"/>
              </w:rPr>
              <w:t>9431b037d1c3a262d11dd435506d80db</w:t>
            </w:r>
          </w:p>
        </w:tc>
        <w:tc>
          <w:tcPr>
            <w:tcW w:w="1928" w:type="dxa"/>
            <w:shd w:val="clear" w:color="auto" w:fill="F2F2F2"/>
          </w:tcPr>
          <w:p w14:paraId="7B6B0D86" w14:textId="77777777" w:rsidR="00134FD8" w:rsidRDefault="00134FD8">
            <w:r>
              <w:rPr>
                <w:sz w:val="13"/>
              </w:rPr>
              <w:t>-7.998853106936685</w:t>
            </w:r>
          </w:p>
        </w:tc>
        <w:tc>
          <w:tcPr>
            <w:tcW w:w="1395" w:type="dxa"/>
            <w:shd w:val="clear" w:color="auto" w:fill="F2F2F2"/>
          </w:tcPr>
          <w:p w14:paraId="54F2D347" w14:textId="77777777" w:rsidR="00134FD8" w:rsidRDefault="00134FD8">
            <w:r>
              <w:rPr>
                <w:sz w:val="13"/>
              </w:rPr>
              <w:t>11.31014579206573</w:t>
            </w:r>
          </w:p>
        </w:tc>
        <w:tc>
          <w:tcPr>
            <w:tcW w:w="1683" w:type="dxa"/>
            <w:shd w:val="clear" w:color="auto" w:fill="F2F2F2"/>
          </w:tcPr>
          <w:p w14:paraId="02A01F8A" w14:textId="77777777" w:rsidR="00134FD8" w:rsidRDefault="00134FD8">
            <w:r>
              <w:rPr>
                <w:sz w:val="13"/>
              </w:rPr>
              <w:t>40.73978205752188</w:t>
            </w:r>
          </w:p>
        </w:tc>
        <w:tc>
          <w:tcPr>
            <w:tcW w:w="1683" w:type="dxa"/>
            <w:shd w:val="clear" w:color="auto" w:fill="F2F2F2"/>
          </w:tcPr>
          <w:p w14:paraId="53E6B551" w14:textId="77777777" w:rsidR="00134FD8" w:rsidRDefault="00134FD8">
            <w:r>
              <w:rPr>
                <w:sz w:val="13"/>
              </w:rPr>
              <w:t>0.00125623136212492</w:t>
            </w:r>
          </w:p>
        </w:tc>
        <w:tc>
          <w:tcPr>
            <w:tcW w:w="1539" w:type="dxa"/>
            <w:shd w:val="clear" w:color="auto" w:fill="F2F2F2"/>
          </w:tcPr>
          <w:p w14:paraId="54C6C981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2F2F2"/>
          </w:tcPr>
          <w:p w14:paraId="09C8A82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1E80DC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6E655FC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219843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7F1B06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2F2F2"/>
          </w:tcPr>
          <w:p w14:paraId="3E0966B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06877253" w14:textId="77777777" w:rsidTr="003836A2">
        <w:tc>
          <w:tcPr>
            <w:tcW w:w="2501" w:type="dxa"/>
            <w:shd w:val="clear" w:color="auto" w:fill="FFFFFF"/>
          </w:tcPr>
          <w:p w14:paraId="2C844490" w14:textId="77777777" w:rsidR="00134FD8" w:rsidRDefault="00134FD8">
            <w:r>
              <w:rPr>
                <w:sz w:val="13"/>
              </w:rPr>
              <w:t>b0f94b077b806639975c96b3ef366973</w:t>
            </w:r>
          </w:p>
        </w:tc>
        <w:tc>
          <w:tcPr>
            <w:tcW w:w="1928" w:type="dxa"/>
            <w:shd w:val="clear" w:color="auto" w:fill="FFFFFF"/>
          </w:tcPr>
          <w:p w14:paraId="69471350" w14:textId="77777777" w:rsidR="00134FD8" w:rsidRDefault="00134FD8">
            <w:r>
              <w:rPr>
                <w:sz w:val="13"/>
              </w:rPr>
              <w:t>-8.616154914731785</w:t>
            </w:r>
          </w:p>
        </w:tc>
        <w:tc>
          <w:tcPr>
            <w:tcW w:w="1395" w:type="dxa"/>
            <w:shd w:val="clear" w:color="auto" w:fill="FFFFFF"/>
          </w:tcPr>
          <w:p w14:paraId="66BCDD72" w14:textId="77777777" w:rsidR="00134FD8" w:rsidRDefault="00134FD8">
            <w:r>
              <w:rPr>
                <w:sz w:val="13"/>
              </w:rPr>
              <w:t>11.87301669649041</w:t>
            </w:r>
          </w:p>
        </w:tc>
        <w:tc>
          <w:tcPr>
            <w:tcW w:w="1683" w:type="dxa"/>
            <w:shd w:val="clear" w:color="auto" w:fill="FFFFFF"/>
          </w:tcPr>
          <w:p w14:paraId="76884224" w14:textId="77777777" w:rsidR="00134FD8" w:rsidRDefault="00134FD8">
            <w:r>
              <w:rPr>
                <w:sz w:val="13"/>
              </w:rPr>
              <w:t>40.22175332997588</w:t>
            </w:r>
          </w:p>
        </w:tc>
        <w:tc>
          <w:tcPr>
            <w:tcW w:w="1683" w:type="dxa"/>
            <w:shd w:val="clear" w:color="auto" w:fill="FFFFFF"/>
          </w:tcPr>
          <w:p w14:paraId="645E5636" w14:textId="77777777" w:rsidR="00134FD8" w:rsidRDefault="00134FD8">
            <w:r>
              <w:rPr>
                <w:sz w:val="13"/>
              </w:rPr>
              <w:t>0.001424520385964583</w:t>
            </w:r>
          </w:p>
        </w:tc>
        <w:tc>
          <w:tcPr>
            <w:tcW w:w="1539" w:type="dxa"/>
            <w:shd w:val="clear" w:color="auto" w:fill="FFFFFF"/>
          </w:tcPr>
          <w:p w14:paraId="121E4EA1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FFFFF"/>
          </w:tcPr>
          <w:p w14:paraId="3C48434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B48E53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68F19B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ADA896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CD5FB1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[Eubacterium]_</w:t>
            </w:r>
            <w:proofErr w:type="spellStart"/>
            <w:r w:rsidRPr="00134FD8">
              <w:rPr>
                <w:i/>
                <w:iCs/>
                <w:sz w:val="13"/>
              </w:rPr>
              <w:t>xylanophilum_group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180DECD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5E68CB73" w14:textId="77777777" w:rsidTr="003836A2">
        <w:tc>
          <w:tcPr>
            <w:tcW w:w="2501" w:type="dxa"/>
            <w:shd w:val="clear" w:color="auto" w:fill="F2F2F2"/>
          </w:tcPr>
          <w:p w14:paraId="15398F6E" w14:textId="77777777" w:rsidR="00134FD8" w:rsidRDefault="00134FD8">
            <w:r>
              <w:rPr>
                <w:sz w:val="13"/>
              </w:rPr>
              <w:t>f6ab4281ac86631132d95041834e11c9</w:t>
            </w:r>
          </w:p>
        </w:tc>
        <w:tc>
          <w:tcPr>
            <w:tcW w:w="1928" w:type="dxa"/>
            <w:shd w:val="clear" w:color="auto" w:fill="F2F2F2"/>
          </w:tcPr>
          <w:p w14:paraId="5C40280E" w14:textId="77777777" w:rsidR="00134FD8" w:rsidRDefault="00134FD8">
            <w:r>
              <w:rPr>
                <w:sz w:val="13"/>
              </w:rPr>
              <w:t>-8.348670206584385</w:t>
            </w:r>
          </w:p>
        </w:tc>
        <w:tc>
          <w:tcPr>
            <w:tcW w:w="1395" w:type="dxa"/>
            <w:shd w:val="clear" w:color="auto" w:fill="F2F2F2"/>
          </w:tcPr>
          <w:p w14:paraId="244D8AA9" w14:textId="77777777" w:rsidR="00134FD8" w:rsidRDefault="00134FD8">
            <w:r>
              <w:rPr>
                <w:sz w:val="13"/>
              </w:rPr>
              <w:t>11.62643497131556</w:t>
            </w:r>
          </w:p>
        </w:tc>
        <w:tc>
          <w:tcPr>
            <w:tcW w:w="1683" w:type="dxa"/>
            <w:shd w:val="clear" w:color="auto" w:fill="F2F2F2"/>
          </w:tcPr>
          <w:p w14:paraId="4DCD4C9C" w14:textId="77777777" w:rsidR="00134FD8" w:rsidRDefault="00134FD8">
            <w:r>
              <w:rPr>
                <w:sz w:val="13"/>
              </w:rPr>
              <w:t>37.79538748487874</w:t>
            </w:r>
          </w:p>
        </w:tc>
        <w:tc>
          <w:tcPr>
            <w:tcW w:w="1683" w:type="dxa"/>
            <w:shd w:val="clear" w:color="auto" w:fill="F2F2F2"/>
          </w:tcPr>
          <w:p w14:paraId="5800E6FE" w14:textId="77777777" w:rsidR="00134FD8" w:rsidRDefault="00134FD8">
            <w:r>
              <w:rPr>
                <w:sz w:val="13"/>
              </w:rPr>
              <w:t>0.001579078237666197</w:t>
            </w:r>
          </w:p>
        </w:tc>
        <w:tc>
          <w:tcPr>
            <w:tcW w:w="1539" w:type="dxa"/>
            <w:shd w:val="clear" w:color="auto" w:fill="F2F2F2"/>
          </w:tcPr>
          <w:p w14:paraId="35AA94D0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2F2F2"/>
          </w:tcPr>
          <w:p w14:paraId="7D55B0C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5B6B39D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3B963FC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E196CE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073382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5F3D008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68ACCB2" w14:textId="77777777" w:rsidTr="003836A2">
        <w:tc>
          <w:tcPr>
            <w:tcW w:w="2501" w:type="dxa"/>
            <w:shd w:val="clear" w:color="auto" w:fill="FFFFFF"/>
          </w:tcPr>
          <w:p w14:paraId="7551E53F" w14:textId="77777777" w:rsidR="00134FD8" w:rsidRDefault="00134FD8">
            <w:r>
              <w:rPr>
                <w:sz w:val="13"/>
              </w:rPr>
              <w:t>7af3bd38f0f164d41ea3c8afa361ef51</w:t>
            </w:r>
          </w:p>
        </w:tc>
        <w:tc>
          <w:tcPr>
            <w:tcW w:w="1928" w:type="dxa"/>
            <w:shd w:val="clear" w:color="auto" w:fill="FFFFFF"/>
          </w:tcPr>
          <w:p w14:paraId="61D4A65C" w14:textId="77777777" w:rsidR="00134FD8" w:rsidRDefault="00134FD8">
            <w:r>
              <w:rPr>
                <w:sz w:val="13"/>
              </w:rPr>
              <w:t>-8.165860197060166</w:t>
            </w:r>
          </w:p>
        </w:tc>
        <w:tc>
          <w:tcPr>
            <w:tcW w:w="1395" w:type="dxa"/>
            <w:shd w:val="clear" w:color="auto" w:fill="FFFFFF"/>
          </w:tcPr>
          <w:p w14:paraId="35FEF6A8" w14:textId="77777777" w:rsidR="00134FD8" w:rsidRDefault="00134FD8">
            <w:r>
              <w:rPr>
                <w:sz w:val="13"/>
              </w:rPr>
              <w:t>11.46011904612765</w:t>
            </w:r>
          </w:p>
        </w:tc>
        <w:tc>
          <w:tcPr>
            <w:tcW w:w="1683" w:type="dxa"/>
            <w:shd w:val="clear" w:color="auto" w:fill="FFFFFF"/>
          </w:tcPr>
          <w:p w14:paraId="11495FB4" w14:textId="77777777" w:rsidR="00134FD8" w:rsidRDefault="00134FD8">
            <w:r>
              <w:rPr>
                <w:sz w:val="13"/>
              </w:rPr>
              <w:t>36.72162504000038</w:t>
            </w:r>
          </w:p>
        </w:tc>
        <w:tc>
          <w:tcPr>
            <w:tcW w:w="1683" w:type="dxa"/>
            <w:shd w:val="clear" w:color="auto" w:fill="FFFFFF"/>
          </w:tcPr>
          <w:p w14:paraId="46E9399B" w14:textId="77777777" w:rsidR="00134FD8" w:rsidRDefault="00134FD8">
            <w:r>
              <w:rPr>
                <w:sz w:val="13"/>
              </w:rPr>
              <w:t>0.001640290555213355</w:t>
            </w:r>
          </w:p>
        </w:tc>
        <w:tc>
          <w:tcPr>
            <w:tcW w:w="1539" w:type="dxa"/>
            <w:shd w:val="clear" w:color="auto" w:fill="FFFFFF"/>
          </w:tcPr>
          <w:p w14:paraId="7C53D881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FFFFF"/>
          </w:tcPr>
          <w:p w14:paraId="6EDB555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F66F2C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5B7CB16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9AEB90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EFCF7A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Ruminococcus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69B52DF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7F3C68FC" w14:textId="77777777" w:rsidTr="003836A2">
        <w:tc>
          <w:tcPr>
            <w:tcW w:w="2501" w:type="dxa"/>
            <w:shd w:val="clear" w:color="auto" w:fill="F2F2F2"/>
          </w:tcPr>
          <w:p w14:paraId="05DB9C5D" w14:textId="77777777" w:rsidR="00134FD8" w:rsidRDefault="00134FD8">
            <w:r>
              <w:rPr>
                <w:sz w:val="13"/>
              </w:rPr>
              <w:t>096e294cfb186443128bcf550654cc19</w:t>
            </w:r>
          </w:p>
        </w:tc>
        <w:tc>
          <w:tcPr>
            <w:tcW w:w="1928" w:type="dxa"/>
            <w:shd w:val="clear" w:color="auto" w:fill="F2F2F2"/>
          </w:tcPr>
          <w:p w14:paraId="550A4B24" w14:textId="77777777" w:rsidR="00134FD8" w:rsidRDefault="00134FD8">
            <w:r>
              <w:rPr>
                <w:sz w:val="13"/>
              </w:rPr>
              <w:t>-7.363419375115209</w:t>
            </w:r>
          </w:p>
        </w:tc>
        <w:tc>
          <w:tcPr>
            <w:tcW w:w="1395" w:type="dxa"/>
            <w:shd w:val="clear" w:color="auto" w:fill="F2F2F2"/>
          </w:tcPr>
          <w:p w14:paraId="06F17621" w14:textId="77777777" w:rsidR="00134FD8" w:rsidRDefault="00134FD8">
            <w:r>
              <w:rPr>
                <w:sz w:val="13"/>
              </w:rPr>
              <w:t>10.75692311023195</w:t>
            </w:r>
          </w:p>
        </w:tc>
        <w:tc>
          <w:tcPr>
            <w:tcW w:w="1683" w:type="dxa"/>
            <w:shd w:val="clear" w:color="auto" w:fill="F2F2F2"/>
          </w:tcPr>
          <w:p w14:paraId="784D7F7D" w14:textId="77777777" w:rsidR="00134FD8" w:rsidRDefault="00134FD8">
            <w:r>
              <w:rPr>
                <w:sz w:val="13"/>
              </w:rPr>
              <w:t>34.19373691297987</w:t>
            </w:r>
          </w:p>
        </w:tc>
        <w:tc>
          <w:tcPr>
            <w:tcW w:w="1683" w:type="dxa"/>
            <w:shd w:val="clear" w:color="auto" w:fill="F2F2F2"/>
          </w:tcPr>
          <w:p w14:paraId="5020E4C2" w14:textId="77777777" w:rsidR="00134FD8" w:rsidRDefault="00134FD8">
            <w:r>
              <w:rPr>
                <w:sz w:val="13"/>
              </w:rPr>
              <w:t>0.00167886999349765</w:t>
            </w:r>
          </w:p>
        </w:tc>
        <w:tc>
          <w:tcPr>
            <w:tcW w:w="1539" w:type="dxa"/>
            <w:shd w:val="clear" w:color="auto" w:fill="F2F2F2"/>
          </w:tcPr>
          <w:p w14:paraId="18F4B42E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2F2F2"/>
          </w:tcPr>
          <w:p w14:paraId="68DB572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1AC846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12607DE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Monoglobales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ACB8F0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Monoglobaceae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E3B575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Monoglobus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15925CE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6A384FDF" w14:textId="77777777" w:rsidTr="003836A2">
        <w:tc>
          <w:tcPr>
            <w:tcW w:w="2501" w:type="dxa"/>
            <w:shd w:val="clear" w:color="auto" w:fill="FFFFFF"/>
          </w:tcPr>
          <w:p w14:paraId="4B948276" w14:textId="77777777" w:rsidR="00134FD8" w:rsidRDefault="00134FD8">
            <w:r>
              <w:rPr>
                <w:sz w:val="13"/>
              </w:rPr>
              <w:t>5e17a5cb4962111829d5a3162b84253a</w:t>
            </w:r>
          </w:p>
        </w:tc>
        <w:tc>
          <w:tcPr>
            <w:tcW w:w="1928" w:type="dxa"/>
            <w:shd w:val="clear" w:color="auto" w:fill="FFFFFF"/>
          </w:tcPr>
          <w:p w14:paraId="1B5DBD77" w14:textId="77777777" w:rsidR="00134FD8" w:rsidRDefault="00134FD8">
            <w:r>
              <w:rPr>
                <w:sz w:val="13"/>
              </w:rPr>
              <w:t>8.238151954299498</w:t>
            </w:r>
          </w:p>
        </w:tc>
        <w:tc>
          <w:tcPr>
            <w:tcW w:w="1395" w:type="dxa"/>
            <w:shd w:val="clear" w:color="auto" w:fill="FFFFFF"/>
          </w:tcPr>
          <w:p w14:paraId="763A347A" w14:textId="77777777" w:rsidR="00134FD8" w:rsidRDefault="00134FD8">
            <w:r>
              <w:rPr>
                <w:sz w:val="13"/>
              </w:rPr>
              <w:t>11.53329102704273</w:t>
            </w:r>
          </w:p>
        </w:tc>
        <w:tc>
          <w:tcPr>
            <w:tcW w:w="1683" w:type="dxa"/>
            <w:shd w:val="clear" w:color="auto" w:fill="FFFFFF"/>
          </w:tcPr>
          <w:p w14:paraId="31FC19A4" w14:textId="77777777" w:rsidR="00134FD8" w:rsidRDefault="00134FD8">
            <w:r>
              <w:rPr>
                <w:sz w:val="13"/>
              </w:rPr>
              <w:t>36.49813422282293</w:t>
            </w:r>
          </w:p>
        </w:tc>
        <w:tc>
          <w:tcPr>
            <w:tcW w:w="1683" w:type="dxa"/>
            <w:shd w:val="clear" w:color="auto" w:fill="FFFFFF"/>
          </w:tcPr>
          <w:p w14:paraId="2F708305" w14:textId="77777777" w:rsidR="00134FD8" w:rsidRDefault="00134FD8">
            <w:r>
              <w:rPr>
                <w:sz w:val="13"/>
              </w:rPr>
              <w:t>0.001772807927754481</w:t>
            </w:r>
          </w:p>
        </w:tc>
        <w:tc>
          <w:tcPr>
            <w:tcW w:w="1539" w:type="dxa"/>
            <w:shd w:val="clear" w:color="auto" w:fill="FFFFFF"/>
          </w:tcPr>
          <w:p w14:paraId="0A5F1383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FFFFF"/>
          </w:tcPr>
          <w:p w14:paraId="45D6E15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F8E900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B375D5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603B5E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7674CA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40F41FF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2EB27A99" w14:textId="77777777" w:rsidTr="003836A2">
        <w:tc>
          <w:tcPr>
            <w:tcW w:w="2501" w:type="dxa"/>
            <w:shd w:val="clear" w:color="auto" w:fill="F2F2F2"/>
          </w:tcPr>
          <w:p w14:paraId="0D5D05DE" w14:textId="77777777" w:rsidR="00134FD8" w:rsidRDefault="00134FD8">
            <w:r>
              <w:rPr>
                <w:sz w:val="13"/>
              </w:rPr>
              <w:t>44bd1efc8d03b8e1153d643564b15e9c</w:t>
            </w:r>
          </w:p>
        </w:tc>
        <w:tc>
          <w:tcPr>
            <w:tcW w:w="1928" w:type="dxa"/>
            <w:shd w:val="clear" w:color="auto" w:fill="F2F2F2"/>
          </w:tcPr>
          <w:p w14:paraId="44B6BFAF" w14:textId="77777777" w:rsidR="00134FD8" w:rsidRDefault="00134FD8">
            <w:r>
              <w:rPr>
                <w:sz w:val="13"/>
              </w:rPr>
              <w:t>8.360509459717314</w:t>
            </w:r>
          </w:p>
        </w:tc>
        <w:tc>
          <w:tcPr>
            <w:tcW w:w="1395" w:type="dxa"/>
            <w:shd w:val="clear" w:color="auto" w:fill="F2F2F2"/>
          </w:tcPr>
          <w:p w14:paraId="31E47298" w14:textId="77777777" w:rsidR="00134FD8" w:rsidRDefault="00134FD8">
            <w:r>
              <w:rPr>
                <w:sz w:val="13"/>
              </w:rPr>
              <w:t>11.64459935586424</w:t>
            </w:r>
          </w:p>
        </w:tc>
        <w:tc>
          <w:tcPr>
            <w:tcW w:w="1683" w:type="dxa"/>
            <w:shd w:val="clear" w:color="auto" w:fill="F2F2F2"/>
          </w:tcPr>
          <w:p w14:paraId="240CF8C7" w14:textId="77777777" w:rsidR="00134FD8" w:rsidRDefault="00134FD8">
            <w:r>
              <w:rPr>
                <w:sz w:val="13"/>
              </w:rPr>
              <w:t>35.85040015378312</w:t>
            </w:r>
          </w:p>
        </w:tc>
        <w:tc>
          <w:tcPr>
            <w:tcW w:w="1683" w:type="dxa"/>
            <w:shd w:val="clear" w:color="auto" w:fill="F2F2F2"/>
          </w:tcPr>
          <w:p w14:paraId="20B0AFAE" w14:textId="77777777" w:rsidR="00134FD8" w:rsidRDefault="00134FD8">
            <w:r>
              <w:rPr>
                <w:sz w:val="13"/>
              </w:rPr>
              <w:t>0.001874434627545381</w:t>
            </w:r>
          </w:p>
        </w:tc>
        <w:tc>
          <w:tcPr>
            <w:tcW w:w="1539" w:type="dxa"/>
            <w:shd w:val="clear" w:color="auto" w:fill="F2F2F2"/>
          </w:tcPr>
          <w:p w14:paraId="35506155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2F2F2"/>
          </w:tcPr>
          <w:p w14:paraId="4E8018E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34870B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2D19270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8FAE56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C3F5A3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7573BEF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563628D9" w14:textId="77777777" w:rsidTr="003836A2">
        <w:tc>
          <w:tcPr>
            <w:tcW w:w="2501" w:type="dxa"/>
            <w:shd w:val="clear" w:color="auto" w:fill="FFFFFF"/>
          </w:tcPr>
          <w:p w14:paraId="101609EA" w14:textId="77777777" w:rsidR="00134FD8" w:rsidRDefault="00134FD8">
            <w:r>
              <w:rPr>
                <w:sz w:val="13"/>
              </w:rPr>
              <w:t>2bd2f1b380bc3255d4532f30690431bf</w:t>
            </w:r>
          </w:p>
        </w:tc>
        <w:tc>
          <w:tcPr>
            <w:tcW w:w="1928" w:type="dxa"/>
            <w:shd w:val="clear" w:color="auto" w:fill="FFFFFF"/>
          </w:tcPr>
          <w:p w14:paraId="388710AD" w14:textId="77777777" w:rsidR="00134FD8" w:rsidRDefault="00134FD8">
            <w:r>
              <w:rPr>
                <w:sz w:val="13"/>
              </w:rPr>
              <w:t>-7.181865079936784</w:t>
            </w:r>
          </w:p>
        </w:tc>
        <w:tc>
          <w:tcPr>
            <w:tcW w:w="1395" w:type="dxa"/>
            <w:shd w:val="clear" w:color="auto" w:fill="FFFFFF"/>
          </w:tcPr>
          <w:p w14:paraId="30979F4E" w14:textId="77777777" w:rsidR="00134FD8" w:rsidRDefault="00134FD8">
            <w:r>
              <w:rPr>
                <w:sz w:val="13"/>
              </w:rPr>
              <w:t>10.605180739679</w:t>
            </w:r>
          </w:p>
        </w:tc>
        <w:tc>
          <w:tcPr>
            <w:tcW w:w="1683" w:type="dxa"/>
            <w:shd w:val="clear" w:color="auto" w:fill="FFFFFF"/>
          </w:tcPr>
          <w:p w14:paraId="43C740BD" w14:textId="77777777" w:rsidR="00134FD8" w:rsidRDefault="00134FD8">
            <w:r>
              <w:rPr>
                <w:sz w:val="13"/>
              </w:rPr>
              <w:t>31.20946003108891</w:t>
            </w:r>
          </w:p>
        </w:tc>
        <w:tc>
          <w:tcPr>
            <w:tcW w:w="1683" w:type="dxa"/>
            <w:shd w:val="clear" w:color="auto" w:fill="FFFFFF"/>
          </w:tcPr>
          <w:p w14:paraId="4E0B5E7D" w14:textId="77777777" w:rsidR="00134FD8" w:rsidRDefault="00134FD8">
            <w:r>
              <w:rPr>
                <w:sz w:val="13"/>
              </w:rPr>
              <w:t>0.002005328537583505</w:t>
            </w:r>
          </w:p>
        </w:tc>
        <w:tc>
          <w:tcPr>
            <w:tcW w:w="1539" w:type="dxa"/>
            <w:shd w:val="clear" w:color="auto" w:fill="FFFFFF"/>
          </w:tcPr>
          <w:p w14:paraId="2534B45C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FFFFF"/>
          </w:tcPr>
          <w:p w14:paraId="4DEBC42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8D2114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5DED67D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7B6ADC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634937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GCA-900066575</w:t>
            </w:r>
          </w:p>
        </w:tc>
        <w:tc>
          <w:tcPr>
            <w:tcW w:w="1936" w:type="dxa"/>
            <w:shd w:val="clear" w:color="auto" w:fill="FFFFFF"/>
          </w:tcPr>
          <w:p w14:paraId="1A0AFC4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E348831" w14:textId="77777777" w:rsidTr="003836A2">
        <w:tc>
          <w:tcPr>
            <w:tcW w:w="2501" w:type="dxa"/>
            <w:shd w:val="clear" w:color="auto" w:fill="F2F2F2"/>
          </w:tcPr>
          <w:p w14:paraId="76C9FEF2" w14:textId="77777777" w:rsidR="00134FD8" w:rsidRDefault="00134FD8">
            <w:r>
              <w:rPr>
                <w:sz w:val="13"/>
              </w:rPr>
              <w:t>02b6a4e76404aa80af20252ab6d8edf5</w:t>
            </w:r>
          </w:p>
        </w:tc>
        <w:tc>
          <w:tcPr>
            <w:tcW w:w="1928" w:type="dxa"/>
            <w:shd w:val="clear" w:color="auto" w:fill="F2F2F2"/>
          </w:tcPr>
          <w:p w14:paraId="3E467C41" w14:textId="77777777" w:rsidR="00134FD8" w:rsidRDefault="00134FD8">
            <w:r>
              <w:rPr>
                <w:sz w:val="13"/>
              </w:rPr>
              <w:t>-7.322517213023104</w:t>
            </w:r>
          </w:p>
        </w:tc>
        <w:tc>
          <w:tcPr>
            <w:tcW w:w="1395" w:type="dxa"/>
            <w:shd w:val="clear" w:color="auto" w:fill="F2F2F2"/>
          </w:tcPr>
          <w:p w14:paraId="3119AAA6" w14:textId="77777777" w:rsidR="00134FD8" w:rsidRDefault="00134FD8">
            <w:r>
              <w:rPr>
                <w:sz w:val="13"/>
              </w:rPr>
              <w:t>10.72272854989176</w:t>
            </w:r>
          </w:p>
        </w:tc>
        <w:tc>
          <w:tcPr>
            <w:tcW w:w="1683" w:type="dxa"/>
            <w:shd w:val="clear" w:color="auto" w:fill="F2F2F2"/>
          </w:tcPr>
          <w:p w14:paraId="40B45E66" w14:textId="77777777" w:rsidR="00134FD8" w:rsidRDefault="00134FD8">
            <w:r>
              <w:rPr>
                <w:sz w:val="13"/>
              </w:rPr>
              <w:t>30.89459956299372</w:t>
            </w:r>
          </w:p>
        </w:tc>
        <w:tc>
          <w:tcPr>
            <w:tcW w:w="1683" w:type="dxa"/>
            <w:shd w:val="clear" w:color="auto" w:fill="F2F2F2"/>
          </w:tcPr>
          <w:p w14:paraId="62963C74" w14:textId="77777777" w:rsidR="00134FD8" w:rsidRDefault="00134FD8">
            <w:r>
              <w:rPr>
                <w:sz w:val="13"/>
              </w:rPr>
              <w:t>0.002111221055460076</w:t>
            </w:r>
          </w:p>
        </w:tc>
        <w:tc>
          <w:tcPr>
            <w:tcW w:w="1539" w:type="dxa"/>
            <w:shd w:val="clear" w:color="auto" w:fill="F2F2F2"/>
          </w:tcPr>
          <w:p w14:paraId="389A2055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2F2F2"/>
          </w:tcPr>
          <w:p w14:paraId="59528E6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F2E4D6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3E5C3A8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33E9CF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418B1F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026FD22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6F49D6A3" w14:textId="77777777" w:rsidTr="003836A2">
        <w:tc>
          <w:tcPr>
            <w:tcW w:w="2501" w:type="dxa"/>
            <w:shd w:val="clear" w:color="auto" w:fill="FFFFFF"/>
          </w:tcPr>
          <w:p w14:paraId="00598EC8" w14:textId="77777777" w:rsidR="00134FD8" w:rsidRDefault="00134FD8">
            <w:r>
              <w:rPr>
                <w:sz w:val="13"/>
              </w:rPr>
              <w:t>dc7d3afe612555373113dec68a7a580e</w:t>
            </w:r>
          </w:p>
        </w:tc>
        <w:tc>
          <w:tcPr>
            <w:tcW w:w="1928" w:type="dxa"/>
            <w:shd w:val="clear" w:color="auto" w:fill="FFFFFF"/>
          </w:tcPr>
          <w:p w14:paraId="06C72D02" w14:textId="77777777" w:rsidR="00134FD8" w:rsidRDefault="00134FD8">
            <w:r>
              <w:rPr>
                <w:sz w:val="13"/>
              </w:rPr>
              <w:t>-7.265777301168103</w:t>
            </w:r>
          </w:p>
        </w:tc>
        <w:tc>
          <w:tcPr>
            <w:tcW w:w="1395" w:type="dxa"/>
            <w:shd w:val="clear" w:color="auto" w:fill="FFFFFF"/>
          </w:tcPr>
          <w:p w14:paraId="2216487F" w14:textId="77777777" w:rsidR="00134FD8" w:rsidRDefault="00134FD8">
            <w:r>
              <w:rPr>
                <w:sz w:val="13"/>
              </w:rPr>
              <w:t>10.67497898821571</w:t>
            </w:r>
          </w:p>
        </w:tc>
        <w:tc>
          <w:tcPr>
            <w:tcW w:w="1683" w:type="dxa"/>
            <w:shd w:val="clear" w:color="auto" w:fill="FFFFFF"/>
          </w:tcPr>
          <w:p w14:paraId="4BE7FCC7" w14:textId="77777777" w:rsidR="00134FD8" w:rsidRDefault="00134FD8">
            <w:r>
              <w:rPr>
                <w:sz w:val="13"/>
              </w:rPr>
              <w:t>30.32204779572558</w:t>
            </w:r>
          </w:p>
        </w:tc>
        <w:tc>
          <w:tcPr>
            <w:tcW w:w="1683" w:type="dxa"/>
            <w:shd w:val="clear" w:color="auto" w:fill="FFFFFF"/>
          </w:tcPr>
          <w:p w14:paraId="1DD94848" w14:textId="77777777" w:rsidR="00134FD8" w:rsidRDefault="00134FD8">
            <w:r>
              <w:rPr>
                <w:sz w:val="13"/>
              </w:rPr>
              <w:t>0.002181149239102649</w:t>
            </w:r>
          </w:p>
        </w:tc>
        <w:tc>
          <w:tcPr>
            <w:tcW w:w="1539" w:type="dxa"/>
            <w:shd w:val="clear" w:color="auto" w:fill="FFFFFF"/>
          </w:tcPr>
          <w:p w14:paraId="33B6B631" w14:textId="77777777" w:rsidR="00134FD8" w:rsidRDefault="00134FD8">
            <w:r>
              <w:rPr>
                <w:sz w:val="13"/>
              </w:rPr>
              <w:t>0.01853976853237251</w:t>
            </w:r>
          </w:p>
        </w:tc>
        <w:tc>
          <w:tcPr>
            <w:tcW w:w="1245" w:type="dxa"/>
            <w:shd w:val="clear" w:color="auto" w:fill="FFFFFF"/>
          </w:tcPr>
          <w:p w14:paraId="392C9CE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Actinobacteriota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7F8C449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Coriobacteriia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432FA28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Coriobacteriales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57A064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Eggerthellaceae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550B73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Enterorhabdus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049109B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9AFE211" w14:textId="77777777" w:rsidTr="003836A2">
        <w:tc>
          <w:tcPr>
            <w:tcW w:w="2501" w:type="dxa"/>
            <w:shd w:val="clear" w:color="auto" w:fill="F2F2F2"/>
          </w:tcPr>
          <w:p w14:paraId="7EBC1CE1" w14:textId="77777777" w:rsidR="00134FD8" w:rsidRDefault="00134FD8">
            <w:r>
              <w:rPr>
                <w:sz w:val="13"/>
              </w:rPr>
              <w:t>38d799c9519d326d33ffbbaeb5940a2b</w:t>
            </w:r>
          </w:p>
        </w:tc>
        <w:tc>
          <w:tcPr>
            <w:tcW w:w="1928" w:type="dxa"/>
            <w:shd w:val="clear" w:color="auto" w:fill="F2F2F2"/>
          </w:tcPr>
          <w:p w14:paraId="11ACD2B6" w14:textId="77777777" w:rsidR="00134FD8" w:rsidRDefault="00134FD8">
            <w:r>
              <w:rPr>
                <w:sz w:val="13"/>
              </w:rPr>
              <w:t>7.645285633974769</w:t>
            </w:r>
          </w:p>
        </w:tc>
        <w:tc>
          <w:tcPr>
            <w:tcW w:w="1395" w:type="dxa"/>
            <w:shd w:val="clear" w:color="auto" w:fill="F2F2F2"/>
          </w:tcPr>
          <w:p w14:paraId="2E1C440B" w14:textId="77777777" w:rsidR="00134FD8" w:rsidRDefault="00134FD8">
            <w:r>
              <w:rPr>
                <w:sz w:val="13"/>
              </w:rPr>
              <w:t>11.00851700593922</w:t>
            </w:r>
          </w:p>
        </w:tc>
        <w:tc>
          <w:tcPr>
            <w:tcW w:w="1683" w:type="dxa"/>
            <w:shd w:val="clear" w:color="auto" w:fill="F2F2F2"/>
          </w:tcPr>
          <w:p w14:paraId="0D6B2F1E" w14:textId="77777777" w:rsidR="00134FD8" w:rsidRDefault="00134FD8">
            <w:r>
              <w:rPr>
                <w:sz w:val="13"/>
              </w:rPr>
              <w:t>30.43374830732489</w:t>
            </w:r>
          </w:p>
        </w:tc>
        <w:tc>
          <w:tcPr>
            <w:tcW w:w="1683" w:type="dxa"/>
            <w:shd w:val="clear" w:color="auto" w:fill="F2F2F2"/>
          </w:tcPr>
          <w:p w14:paraId="63FB528F" w14:textId="77777777" w:rsidR="00134FD8" w:rsidRDefault="00134FD8">
            <w:r>
              <w:rPr>
                <w:sz w:val="13"/>
              </w:rPr>
              <w:t>0.002454549764139211</w:t>
            </w:r>
          </w:p>
        </w:tc>
        <w:tc>
          <w:tcPr>
            <w:tcW w:w="1539" w:type="dxa"/>
            <w:shd w:val="clear" w:color="auto" w:fill="F2F2F2"/>
          </w:tcPr>
          <w:p w14:paraId="3B9B2EC9" w14:textId="77777777" w:rsidR="00134FD8" w:rsidRDefault="00134FD8">
            <w:r>
              <w:rPr>
                <w:sz w:val="13"/>
              </w:rPr>
              <w:t>0.01963639811311369</w:t>
            </w:r>
          </w:p>
        </w:tc>
        <w:tc>
          <w:tcPr>
            <w:tcW w:w="1245" w:type="dxa"/>
            <w:shd w:val="clear" w:color="auto" w:fill="F2F2F2"/>
          </w:tcPr>
          <w:p w14:paraId="0ADFBA2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3F5A30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417BAE6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0DEE9C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2BC60B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4FD8623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6BB6BD56" w14:textId="77777777" w:rsidTr="003836A2">
        <w:tc>
          <w:tcPr>
            <w:tcW w:w="2501" w:type="dxa"/>
            <w:shd w:val="clear" w:color="auto" w:fill="FFFFFF"/>
          </w:tcPr>
          <w:p w14:paraId="2B807155" w14:textId="77777777" w:rsidR="00134FD8" w:rsidRDefault="00134FD8">
            <w:r>
              <w:rPr>
                <w:sz w:val="13"/>
              </w:rPr>
              <w:t>0d602affa45bcd64e9e95acada2e7249</w:t>
            </w:r>
          </w:p>
        </w:tc>
        <w:tc>
          <w:tcPr>
            <w:tcW w:w="1928" w:type="dxa"/>
            <w:shd w:val="clear" w:color="auto" w:fill="FFFFFF"/>
          </w:tcPr>
          <w:p w14:paraId="79888478" w14:textId="77777777" w:rsidR="00134FD8" w:rsidRDefault="00134FD8">
            <w:r>
              <w:rPr>
                <w:sz w:val="13"/>
              </w:rPr>
              <w:t>8.39130739726402</w:t>
            </w:r>
          </w:p>
        </w:tc>
        <w:tc>
          <w:tcPr>
            <w:tcW w:w="1395" w:type="dxa"/>
            <w:shd w:val="clear" w:color="auto" w:fill="FFFFFF"/>
          </w:tcPr>
          <w:p w14:paraId="054EF173" w14:textId="77777777" w:rsidR="00134FD8" w:rsidRDefault="00134FD8">
            <w:r>
              <w:rPr>
                <w:sz w:val="13"/>
              </w:rPr>
              <w:t>11.67313955715004</w:t>
            </w:r>
          </w:p>
        </w:tc>
        <w:tc>
          <w:tcPr>
            <w:tcW w:w="1683" w:type="dxa"/>
            <w:shd w:val="clear" w:color="auto" w:fill="FFFFFF"/>
          </w:tcPr>
          <w:p w14:paraId="40917403" w14:textId="77777777" w:rsidR="00134FD8" w:rsidRDefault="00134FD8">
            <w:r>
              <w:rPr>
                <w:sz w:val="13"/>
              </w:rPr>
              <w:t>30.33048802801412</w:t>
            </w:r>
          </w:p>
        </w:tc>
        <w:tc>
          <w:tcPr>
            <w:tcW w:w="1683" w:type="dxa"/>
            <w:shd w:val="clear" w:color="auto" w:fill="FFFFFF"/>
          </w:tcPr>
          <w:p w14:paraId="271C6983" w14:textId="77777777" w:rsidR="00134FD8" w:rsidRDefault="00134FD8">
            <w:r>
              <w:rPr>
                <w:sz w:val="13"/>
              </w:rPr>
              <w:t>0.002722983966231383</w:t>
            </w:r>
          </w:p>
        </w:tc>
        <w:tc>
          <w:tcPr>
            <w:tcW w:w="1539" w:type="dxa"/>
            <w:shd w:val="clear" w:color="auto" w:fill="FFFFFF"/>
          </w:tcPr>
          <w:p w14:paraId="080898F1" w14:textId="77777777" w:rsidR="00134FD8" w:rsidRDefault="00134FD8">
            <w:r>
              <w:rPr>
                <w:sz w:val="13"/>
              </w:rPr>
              <w:t>0.02057365663374822</w:t>
            </w:r>
          </w:p>
        </w:tc>
        <w:tc>
          <w:tcPr>
            <w:tcW w:w="1245" w:type="dxa"/>
            <w:shd w:val="clear" w:color="auto" w:fill="FFFFFF"/>
          </w:tcPr>
          <w:p w14:paraId="479C5C2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Desulfobacterota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5488F97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Desulfovibrionia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25D7699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Desulfovibrionales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3FB203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Desulfovibrionaceae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40F038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Bilophila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2F07BC1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0863C63D" w14:textId="77777777" w:rsidTr="003836A2">
        <w:tc>
          <w:tcPr>
            <w:tcW w:w="2501" w:type="dxa"/>
            <w:shd w:val="clear" w:color="auto" w:fill="F2F2F2"/>
          </w:tcPr>
          <w:p w14:paraId="5C8A8999" w14:textId="77777777" w:rsidR="00134FD8" w:rsidRDefault="00134FD8">
            <w:r>
              <w:rPr>
                <w:sz w:val="13"/>
              </w:rPr>
              <w:t>4b2a6860ec5e2677d8cb8114e3a58366</w:t>
            </w:r>
          </w:p>
        </w:tc>
        <w:tc>
          <w:tcPr>
            <w:tcW w:w="1928" w:type="dxa"/>
            <w:shd w:val="clear" w:color="auto" w:fill="F2F2F2"/>
          </w:tcPr>
          <w:p w14:paraId="49CD8813" w14:textId="77777777" w:rsidR="00134FD8" w:rsidRDefault="00134FD8">
            <w:r>
              <w:rPr>
                <w:sz w:val="13"/>
              </w:rPr>
              <w:t>7.472203804024823</w:t>
            </w:r>
          </w:p>
        </w:tc>
        <w:tc>
          <w:tcPr>
            <w:tcW w:w="1395" w:type="dxa"/>
            <w:shd w:val="clear" w:color="auto" w:fill="F2F2F2"/>
          </w:tcPr>
          <w:p w14:paraId="6CEA2468" w14:textId="77777777" w:rsidR="00134FD8" w:rsidRDefault="00134FD8">
            <w:r>
              <w:rPr>
                <w:sz w:val="13"/>
              </w:rPr>
              <w:t>10.85849747965005</w:t>
            </w:r>
          </w:p>
        </w:tc>
        <w:tc>
          <w:tcPr>
            <w:tcW w:w="1683" w:type="dxa"/>
            <w:shd w:val="clear" w:color="auto" w:fill="F2F2F2"/>
          </w:tcPr>
          <w:p w14:paraId="6D838C03" w14:textId="77777777" w:rsidR="00134FD8" w:rsidRDefault="00134FD8">
            <w:r>
              <w:rPr>
                <w:sz w:val="13"/>
              </w:rPr>
              <w:t>27.29014126567514</w:t>
            </w:r>
          </w:p>
        </w:tc>
        <w:tc>
          <w:tcPr>
            <w:tcW w:w="1683" w:type="dxa"/>
            <w:shd w:val="clear" w:color="auto" w:fill="F2F2F2"/>
          </w:tcPr>
          <w:p w14:paraId="6A9F2E06" w14:textId="77777777" w:rsidR="00134FD8" w:rsidRDefault="00134FD8">
            <w:r>
              <w:rPr>
                <w:sz w:val="13"/>
              </w:rPr>
              <w:t>0.003054800016723877</w:t>
            </w:r>
          </w:p>
        </w:tc>
        <w:tc>
          <w:tcPr>
            <w:tcW w:w="1539" w:type="dxa"/>
            <w:shd w:val="clear" w:color="auto" w:fill="F2F2F2"/>
          </w:tcPr>
          <w:p w14:paraId="77B57B69" w14:textId="77777777" w:rsidR="00134FD8" w:rsidRDefault="00134FD8">
            <w:r>
              <w:rPr>
                <w:sz w:val="13"/>
              </w:rPr>
              <w:t>0.02119056941910045</w:t>
            </w:r>
          </w:p>
        </w:tc>
        <w:tc>
          <w:tcPr>
            <w:tcW w:w="1245" w:type="dxa"/>
            <w:shd w:val="clear" w:color="auto" w:fill="F2F2F2"/>
          </w:tcPr>
          <w:p w14:paraId="75F8B01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087C00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52DF124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2CD150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0AD2C6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2E8C2F8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3527546" w14:textId="77777777" w:rsidTr="003836A2">
        <w:tc>
          <w:tcPr>
            <w:tcW w:w="2501" w:type="dxa"/>
            <w:shd w:val="clear" w:color="auto" w:fill="FFFFFF"/>
          </w:tcPr>
          <w:p w14:paraId="76B8C2B6" w14:textId="77777777" w:rsidR="00134FD8" w:rsidRDefault="00134FD8">
            <w:r>
              <w:rPr>
                <w:sz w:val="13"/>
              </w:rPr>
              <w:t>48c9e882b29135c86dbd16bc9e6946a5</w:t>
            </w:r>
          </w:p>
        </w:tc>
        <w:tc>
          <w:tcPr>
            <w:tcW w:w="1928" w:type="dxa"/>
            <w:shd w:val="clear" w:color="auto" w:fill="FFFFFF"/>
          </w:tcPr>
          <w:p w14:paraId="2912B4EF" w14:textId="77777777" w:rsidR="00134FD8" w:rsidRDefault="00134FD8">
            <w:r>
              <w:rPr>
                <w:sz w:val="13"/>
              </w:rPr>
              <w:t>6.840312915655125</w:t>
            </w:r>
          </w:p>
        </w:tc>
        <w:tc>
          <w:tcPr>
            <w:tcW w:w="1395" w:type="dxa"/>
            <w:shd w:val="clear" w:color="auto" w:fill="FFFFFF"/>
          </w:tcPr>
          <w:p w14:paraId="4DB3EF31" w14:textId="77777777" w:rsidR="00134FD8" w:rsidRDefault="00134FD8">
            <w:r>
              <w:rPr>
                <w:sz w:val="13"/>
              </w:rPr>
              <w:t>10.34274519761514</w:t>
            </w:r>
          </w:p>
        </w:tc>
        <w:tc>
          <w:tcPr>
            <w:tcW w:w="1683" w:type="dxa"/>
            <w:shd w:val="clear" w:color="auto" w:fill="FFFFFF"/>
          </w:tcPr>
          <w:p w14:paraId="0AEC17C0" w14:textId="77777777" w:rsidR="00134FD8" w:rsidRDefault="00134FD8">
            <w:r>
              <w:rPr>
                <w:sz w:val="13"/>
              </w:rPr>
              <w:t>25.83751102948791</w:t>
            </w:r>
          </w:p>
        </w:tc>
        <w:tc>
          <w:tcPr>
            <w:tcW w:w="1683" w:type="dxa"/>
            <w:shd w:val="clear" w:color="auto" w:fill="FFFFFF"/>
          </w:tcPr>
          <w:p w14:paraId="1E57D846" w14:textId="77777777" w:rsidR="00134FD8" w:rsidRDefault="00134FD8">
            <w:r>
              <w:rPr>
                <w:sz w:val="13"/>
              </w:rPr>
              <w:t>0.003116260208691242</w:t>
            </w:r>
          </w:p>
        </w:tc>
        <w:tc>
          <w:tcPr>
            <w:tcW w:w="1539" w:type="dxa"/>
            <w:shd w:val="clear" w:color="auto" w:fill="FFFFFF"/>
          </w:tcPr>
          <w:p w14:paraId="2B10BFC3" w14:textId="77777777" w:rsidR="00134FD8" w:rsidRDefault="00134FD8">
            <w:r>
              <w:rPr>
                <w:sz w:val="13"/>
              </w:rPr>
              <w:t>0.02119056941910045</w:t>
            </w:r>
          </w:p>
        </w:tc>
        <w:tc>
          <w:tcPr>
            <w:tcW w:w="1245" w:type="dxa"/>
            <w:shd w:val="clear" w:color="auto" w:fill="FFFFFF"/>
          </w:tcPr>
          <w:p w14:paraId="61989BA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69955F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338423A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F586A3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DF0F60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101AA62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6B9CB758" w14:textId="77777777" w:rsidTr="003836A2">
        <w:tc>
          <w:tcPr>
            <w:tcW w:w="2501" w:type="dxa"/>
            <w:shd w:val="clear" w:color="auto" w:fill="F2F2F2"/>
          </w:tcPr>
          <w:p w14:paraId="7D69C562" w14:textId="77777777" w:rsidR="00134FD8" w:rsidRDefault="00134FD8">
            <w:r>
              <w:rPr>
                <w:sz w:val="13"/>
              </w:rPr>
              <w:t>92c3e9828b72f5125d67007e640f2785</w:t>
            </w:r>
          </w:p>
        </w:tc>
        <w:tc>
          <w:tcPr>
            <w:tcW w:w="1928" w:type="dxa"/>
            <w:shd w:val="clear" w:color="auto" w:fill="F2F2F2"/>
          </w:tcPr>
          <w:p w14:paraId="5DC64154" w14:textId="77777777" w:rsidR="00134FD8" w:rsidRDefault="00134FD8">
            <w:r>
              <w:rPr>
                <w:sz w:val="13"/>
              </w:rPr>
              <w:t>5.957862057761165</w:t>
            </w:r>
          </w:p>
        </w:tc>
        <w:tc>
          <w:tcPr>
            <w:tcW w:w="1395" w:type="dxa"/>
            <w:shd w:val="clear" w:color="auto" w:fill="F2F2F2"/>
          </w:tcPr>
          <w:p w14:paraId="19C50FC1" w14:textId="77777777" w:rsidR="00134FD8" w:rsidRDefault="00134FD8">
            <w:r>
              <w:rPr>
                <w:sz w:val="13"/>
              </w:rPr>
              <w:t>9.700129362453671</w:t>
            </w:r>
          </w:p>
        </w:tc>
        <w:tc>
          <w:tcPr>
            <w:tcW w:w="1683" w:type="dxa"/>
            <w:shd w:val="clear" w:color="auto" w:fill="F2F2F2"/>
          </w:tcPr>
          <w:p w14:paraId="37FA2998" w14:textId="77777777" w:rsidR="00134FD8" w:rsidRDefault="00134FD8">
            <w:r>
              <w:rPr>
                <w:sz w:val="13"/>
              </w:rPr>
              <w:t>21.84113512092417</w:t>
            </w:r>
          </w:p>
        </w:tc>
        <w:tc>
          <w:tcPr>
            <w:tcW w:w="1683" w:type="dxa"/>
            <w:shd w:val="clear" w:color="auto" w:fill="F2F2F2"/>
          </w:tcPr>
          <w:p w14:paraId="131A74D4" w14:textId="77777777" w:rsidR="00134FD8" w:rsidRDefault="00134FD8">
            <w:r>
              <w:rPr>
                <w:sz w:val="13"/>
              </w:rPr>
              <w:t>0.003843825446458095</w:t>
            </w:r>
          </w:p>
        </w:tc>
        <w:tc>
          <w:tcPr>
            <w:tcW w:w="1539" w:type="dxa"/>
            <w:shd w:val="clear" w:color="auto" w:fill="F2F2F2"/>
          </w:tcPr>
          <w:p w14:paraId="79009CDD" w14:textId="77777777" w:rsidR="00134FD8" w:rsidRDefault="00134FD8">
            <w:r>
              <w:rPr>
                <w:sz w:val="13"/>
              </w:rPr>
              <w:t>0.02245721583794731</w:t>
            </w:r>
          </w:p>
        </w:tc>
        <w:tc>
          <w:tcPr>
            <w:tcW w:w="1245" w:type="dxa"/>
            <w:shd w:val="clear" w:color="auto" w:fill="F2F2F2"/>
          </w:tcPr>
          <w:p w14:paraId="2A3A835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1CD2AF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56F5624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EC8FC6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F8748B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23FC894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6D9E2531" w14:textId="77777777" w:rsidTr="003836A2">
        <w:tc>
          <w:tcPr>
            <w:tcW w:w="2501" w:type="dxa"/>
            <w:shd w:val="clear" w:color="auto" w:fill="FFFFFF"/>
          </w:tcPr>
          <w:p w14:paraId="76328E9F" w14:textId="77777777" w:rsidR="00134FD8" w:rsidRDefault="00134FD8">
            <w:r>
              <w:rPr>
                <w:sz w:val="13"/>
              </w:rPr>
              <w:t>6590a101702d21bb587c722ba926ebcb</w:t>
            </w:r>
          </w:p>
        </w:tc>
        <w:tc>
          <w:tcPr>
            <w:tcW w:w="1928" w:type="dxa"/>
            <w:shd w:val="clear" w:color="auto" w:fill="FFFFFF"/>
          </w:tcPr>
          <w:p w14:paraId="0C965A15" w14:textId="77777777" w:rsidR="00134FD8" w:rsidRDefault="00134FD8">
            <w:r>
              <w:rPr>
                <w:sz w:val="13"/>
              </w:rPr>
              <w:t>6.410539912504754</w:t>
            </w:r>
          </w:p>
        </w:tc>
        <w:tc>
          <w:tcPr>
            <w:tcW w:w="1395" w:type="dxa"/>
            <w:shd w:val="clear" w:color="auto" w:fill="FFFFFF"/>
          </w:tcPr>
          <w:p w14:paraId="7F0A95E4" w14:textId="77777777" w:rsidR="00134FD8" w:rsidRDefault="00134FD8">
            <w:r>
              <w:rPr>
                <w:sz w:val="13"/>
              </w:rPr>
              <w:t>10.01615827872601</w:t>
            </w:r>
          </w:p>
        </w:tc>
        <w:tc>
          <w:tcPr>
            <w:tcW w:w="1683" w:type="dxa"/>
            <w:shd w:val="clear" w:color="auto" w:fill="FFFFFF"/>
          </w:tcPr>
          <w:p w14:paraId="542549DB" w14:textId="77777777" w:rsidR="00134FD8" w:rsidRDefault="00134FD8">
            <w:r>
              <w:rPr>
                <w:sz w:val="13"/>
              </w:rPr>
              <w:t>22.68254910603548</w:t>
            </w:r>
          </w:p>
        </w:tc>
        <w:tc>
          <w:tcPr>
            <w:tcW w:w="1683" w:type="dxa"/>
            <w:shd w:val="clear" w:color="auto" w:fill="FFFFFF"/>
          </w:tcPr>
          <w:p w14:paraId="358F447B" w14:textId="77777777" w:rsidR="00134FD8" w:rsidRDefault="00134FD8">
            <w:r>
              <w:rPr>
                <w:sz w:val="13"/>
              </w:rPr>
              <w:t>0.003871908070341363</w:t>
            </w:r>
          </w:p>
        </w:tc>
        <w:tc>
          <w:tcPr>
            <w:tcW w:w="1539" w:type="dxa"/>
            <w:shd w:val="clear" w:color="auto" w:fill="FFFFFF"/>
          </w:tcPr>
          <w:p w14:paraId="5442E811" w14:textId="77777777" w:rsidR="00134FD8" w:rsidRDefault="00134FD8">
            <w:r>
              <w:rPr>
                <w:sz w:val="13"/>
              </w:rPr>
              <w:t>0.02245721583794731</w:t>
            </w:r>
          </w:p>
        </w:tc>
        <w:tc>
          <w:tcPr>
            <w:tcW w:w="1245" w:type="dxa"/>
            <w:shd w:val="clear" w:color="auto" w:fill="FFFFFF"/>
          </w:tcPr>
          <w:p w14:paraId="5FBED3E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6D552D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30D8B65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4D8CB9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C07A72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1CA4D66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B7DC56F" w14:textId="77777777" w:rsidTr="003836A2">
        <w:tc>
          <w:tcPr>
            <w:tcW w:w="2501" w:type="dxa"/>
            <w:shd w:val="clear" w:color="auto" w:fill="F2F2F2"/>
          </w:tcPr>
          <w:p w14:paraId="6705CD0C" w14:textId="77777777" w:rsidR="00134FD8" w:rsidRDefault="00134FD8">
            <w:r>
              <w:rPr>
                <w:sz w:val="13"/>
              </w:rPr>
              <w:t>5869a42e31899d7780629f0716109cf5</w:t>
            </w:r>
          </w:p>
        </w:tc>
        <w:tc>
          <w:tcPr>
            <w:tcW w:w="1928" w:type="dxa"/>
            <w:shd w:val="clear" w:color="auto" w:fill="F2F2F2"/>
          </w:tcPr>
          <w:p w14:paraId="64983620" w14:textId="77777777" w:rsidR="00134FD8" w:rsidRDefault="00134FD8">
            <w:r>
              <w:rPr>
                <w:sz w:val="13"/>
              </w:rPr>
              <w:t>8.121164733653528</w:t>
            </w:r>
          </w:p>
        </w:tc>
        <w:tc>
          <w:tcPr>
            <w:tcW w:w="1395" w:type="dxa"/>
            <w:shd w:val="clear" w:color="auto" w:fill="F2F2F2"/>
          </w:tcPr>
          <w:p w14:paraId="3E6151A0" w14:textId="77777777" w:rsidR="00134FD8" w:rsidRDefault="00134FD8">
            <w:r>
              <w:rPr>
                <w:sz w:val="13"/>
              </w:rPr>
              <w:t>11.42860354113822</w:t>
            </w:r>
          </w:p>
        </w:tc>
        <w:tc>
          <w:tcPr>
            <w:tcW w:w="1683" w:type="dxa"/>
            <w:shd w:val="clear" w:color="auto" w:fill="F2F2F2"/>
          </w:tcPr>
          <w:p w14:paraId="36854576" w14:textId="77777777" w:rsidR="00134FD8" w:rsidRDefault="00134FD8">
            <w:r>
              <w:rPr>
                <w:sz w:val="13"/>
              </w:rPr>
              <w:t>25.43353698451065</w:t>
            </w:r>
          </w:p>
        </w:tc>
        <w:tc>
          <w:tcPr>
            <w:tcW w:w="1683" w:type="dxa"/>
            <w:shd w:val="clear" w:color="auto" w:fill="F2F2F2"/>
          </w:tcPr>
          <w:p w14:paraId="31C68DA5" w14:textId="77777777" w:rsidR="00134FD8" w:rsidRDefault="00134FD8">
            <w:r>
              <w:rPr>
                <w:sz w:val="13"/>
              </w:rPr>
              <w:t>0.003876353115472268</w:t>
            </w:r>
          </w:p>
        </w:tc>
        <w:tc>
          <w:tcPr>
            <w:tcW w:w="1539" w:type="dxa"/>
            <w:shd w:val="clear" w:color="auto" w:fill="F2F2F2"/>
          </w:tcPr>
          <w:p w14:paraId="2934BB40" w14:textId="77777777" w:rsidR="00134FD8" w:rsidRDefault="00134FD8">
            <w:r>
              <w:rPr>
                <w:sz w:val="13"/>
              </w:rPr>
              <w:t>0.02245721583794731</w:t>
            </w:r>
          </w:p>
        </w:tc>
        <w:tc>
          <w:tcPr>
            <w:tcW w:w="1245" w:type="dxa"/>
            <w:shd w:val="clear" w:color="auto" w:fill="F2F2F2"/>
          </w:tcPr>
          <w:p w14:paraId="1054337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9482C1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30CF19A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417420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B4DE3A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5622A1C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0D7036F" w14:textId="77777777" w:rsidTr="003836A2">
        <w:tc>
          <w:tcPr>
            <w:tcW w:w="2501" w:type="dxa"/>
            <w:shd w:val="clear" w:color="auto" w:fill="FFFFFF"/>
          </w:tcPr>
          <w:p w14:paraId="430BF004" w14:textId="77777777" w:rsidR="00134FD8" w:rsidRDefault="00134FD8">
            <w:r>
              <w:rPr>
                <w:sz w:val="13"/>
              </w:rPr>
              <w:t>6e019166f485dbd32194a2d44edc4df1</w:t>
            </w:r>
          </w:p>
        </w:tc>
        <w:tc>
          <w:tcPr>
            <w:tcW w:w="1928" w:type="dxa"/>
            <w:shd w:val="clear" w:color="auto" w:fill="FFFFFF"/>
          </w:tcPr>
          <w:p w14:paraId="3C03A83D" w14:textId="77777777" w:rsidR="00134FD8" w:rsidRDefault="00134FD8">
            <w:r>
              <w:rPr>
                <w:sz w:val="13"/>
              </w:rPr>
              <w:t>7.646106537485035</w:t>
            </w:r>
          </w:p>
        </w:tc>
        <w:tc>
          <w:tcPr>
            <w:tcW w:w="1395" w:type="dxa"/>
            <w:shd w:val="clear" w:color="auto" w:fill="FFFFFF"/>
          </w:tcPr>
          <w:p w14:paraId="7359FD61" w14:textId="77777777" w:rsidR="00134FD8" w:rsidRDefault="00134FD8">
            <w:r>
              <w:rPr>
                <w:sz w:val="13"/>
              </w:rPr>
              <w:t>11.00969117162851</w:t>
            </w:r>
          </w:p>
        </w:tc>
        <w:tc>
          <w:tcPr>
            <w:tcW w:w="1683" w:type="dxa"/>
            <w:shd w:val="clear" w:color="auto" w:fill="FFFFFF"/>
          </w:tcPr>
          <w:p w14:paraId="5E5A6E8B" w14:textId="77777777" w:rsidR="00134FD8" w:rsidRDefault="00134FD8">
            <w:r>
              <w:rPr>
                <w:sz w:val="13"/>
              </w:rPr>
              <w:t>24.17918662630988</w:t>
            </w:r>
          </w:p>
        </w:tc>
        <w:tc>
          <w:tcPr>
            <w:tcW w:w="1683" w:type="dxa"/>
            <w:shd w:val="clear" w:color="auto" w:fill="FFFFFF"/>
          </w:tcPr>
          <w:p w14:paraId="4E4FB186" w14:textId="77777777" w:rsidR="00134FD8" w:rsidRDefault="00134FD8">
            <w:r>
              <w:rPr>
                <w:sz w:val="13"/>
              </w:rPr>
              <w:t>0.00408720157998931</w:t>
            </w:r>
          </w:p>
        </w:tc>
        <w:tc>
          <w:tcPr>
            <w:tcW w:w="1539" w:type="dxa"/>
            <w:shd w:val="clear" w:color="auto" w:fill="FFFFFF"/>
          </w:tcPr>
          <w:p w14:paraId="625A3227" w14:textId="77777777" w:rsidR="00134FD8" w:rsidRDefault="00134FD8">
            <w:r>
              <w:rPr>
                <w:sz w:val="13"/>
              </w:rPr>
              <w:t>0.02245721583794731</w:t>
            </w:r>
          </w:p>
        </w:tc>
        <w:tc>
          <w:tcPr>
            <w:tcW w:w="1245" w:type="dxa"/>
            <w:shd w:val="clear" w:color="auto" w:fill="FFFFFF"/>
          </w:tcPr>
          <w:p w14:paraId="5577C4F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ECC23D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2888402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E120FF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5FBD4A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091A7EB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4DE28764" w14:textId="77777777" w:rsidTr="003836A2">
        <w:tc>
          <w:tcPr>
            <w:tcW w:w="2501" w:type="dxa"/>
            <w:shd w:val="clear" w:color="auto" w:fill="F2F2F2"/>
          </w:tcPr>
          <w:p w14:paraId="43AB8839" w14:textId="77777777" w:rsidR="00134FD8" w:rsidRDefault="00134FD8">
            <w:r>
              <w:rPr>
                <w:sz w:val="13"/>
              </w:rPr>
              <w:t>c052a9548dafdb7e60155e80657eceeb</w:t>
            </w:r>
          </w:p>
        </w:tc>
        <w:tc>
          <w:tcPr>
            <w:tcW w:w="1928" w:type="dxa"/>
            <w:shd w:val="clear" w:color="auto" w:fill="F2F2F2"/>
          </w:tcPr>
          <w:p w14:paraId="2695D6D0" w14:textId="77777777" w:rsidR="00134FD8" w:rsidRDefault="00134FD8">
            <w:r>
              <w:rPr>
                <w:sz w:val="13"/>
              </w:rPr>
              <w:t>-6.651365673957057</w:t>
            </w:r>
          </w:p>
        </w:tc>
        <w:tc>
          <w:tcPr>
            <w:tcW w:w="1395" w:type="dxa"/>
            <w:shd w:val="clear" w:color="auto" w:fill="F2F2F2"/>
          </w:tcPr>
          <w:p w14:paraId="5D5EB6D0" w14:textId="77777777" w:rsidR="00134FD8" w:rsidRDefault="00134FD8">
            <w:r>
              <w:rPr>
                <w:sz w:val="13"/>
              </w:rPr>
              <w:t>10.18197136940208</w:t>
            </w:r>
          </w:p>
        </w:tc>
        <w:tc>
          <w:tcPr>
            <w:tcW w:w="1683" w:type="dxa"/>
            <w:shd w:val="clear" w:color="auto" w:fill="F2F2F2"/>
          </w:tcPr>
          <w:p w14:paraId="15982DD2" w14:textId="77777777" w:rsidR="00134FD8" w:rsidRDefault="00134FD8">
            <w:r>
              <w:rPr>
                <w:sz w:val="13"/>
              </w:rPr>
              <w:t>21.84598479765645</w:t>
            </w:r>
          </w:p>
        </w:tc>
        <w:tc>
          <w:tcPr>
            <w:tcW w:w="1683" w:type="dxa"/>
            <w:shd w:val="clear" w:color="auto" w:fill="F2F2F2"/>
          </w:tcPr>
          <w:p w14:paraId="0A22861E" w14:textId="77777777" w:rsidR="00134FD8" w:rsidRDefault="00134FD8">
            <w:r>
              <w:rPr>
                <w:sz w:val="13"/>
              </w:rPr>
              <w:t>0.004128164676093255</w:t>
            </w:r>
          </w:p>
        </w:tc>
        <w:tc>
          <w:tcPr>
            <w:tcW w:w="1539" w:type="dxa"/>
            <w:shd w:val="clear" w:color="auto" w:fill="F2F2F2"/>
          </w:tcPr>
          <w:p w14:paraId="697FE28B" w14:textId="77777777" w:rsidR="00134FD8" w:rsidRDefault="00134FD8">
            <w:r>
              <w:rPr>
                <w:sz w:val="13"/>
              </w:rPr>
              <w:t>0.02245721583794731</w:t>
            </w:r>
          </w:p>
        </w:tc>
        <w:tc>
          <w:tcPr>
            <w:tcW w:w="1245" w:type="dxa"/>
            <w:shd w:val="clear" w:color="auto" w:fill="F2F2F2"/>
          </w:tcPr>
          <w:p w14:paraId="597C971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BBCB35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313982C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65AC22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2D7B61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0871CC0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2CBC18D3" w14:textId="77777777" w:rsidTr="003836A2">
        <w:tc>
          <w:tcPr>
            <w:tcW w:w="2501" w:type="dxa"/>
            <w:shd w:val="clear" w:color="auto" w:fill="FFFFFF"/>
          </w:tcPr>
          <w:p w14:paraId="0670D795" w14:textId="77777777" w:rsidR="00134FD8" w:rsidRDefault="00134FD8">
            <w:r>
              <w:rPr>
                <w:sz w:val="13"/>
              </w:rPr>
              <w:t>78e755f22b31aebfc49ec971c9e25f82</w:t>
            </w:r>
          </w:p>
        </w:tc>
        <w:tc>
          <w:tcPr>
            <w:tcW w:w="1928" w:type="dxa"/>
            <w:shd w:val="clear" w:color="auto" w:fill="FFFFFF"/>
          </w:tcPr>
          <w:p w14:paraId="320B10D9" w14:textId="77777777" w:rsidR="00134FD8" w:rsidRDefault="00134FD8">
            <w:r>
              <w:rPr>
                <w:sz w:val="13"/>
              </w:rPr>
              <w:t>6.450185295852883</w:t>
            </w:r>
          </w:p>
        </w:tc>
        <w:tc>
          <w:tcPr>
            <w:tcW w:w="1395" w:type="dxa"/>
            <w:shd w:val="clear" w:color="auto" w:fill="FFFFFF"/>
          </w:tcPr>
          <w:p w14:paraId="6D9224A1" w14:textId="77777777" w:rsidR="00134FD8" w:rsidRDefault="00134FD8">
            <w:r>
              <w:rPr>
                <w:sz w:val="13"/>
              </w:rPr>
              <w:t>10.04488941209856</w:t>
            </w:r>
          </w:p>
        </w:tc>
        <w:tc>
          <w:tcPr>
            <w:tcW w:w="1683" w:type="dxa"/>
            <w:shd w:val="clear" w:color="auto" w:fill="FFFFFF"/>
          </w:tcPr>
          <w:p w14:paraId="1A941F7D" w14:textId="77777777" w:rsidR="00134FD8" w:rsidRDefault="00134FD8">
            <w:r>
              <w:rPr>
                <w:sz w:val="13"/>
              </w:rPr>
              <w:t>19.92072507373384</w:t>
            </w:r>
          </w:p>
        </w:tc>
        <w:tc>
          <w:tcPr>
            <w:tcW w:w="1683" w:type="dxa"/>
            <w:shd w:val="clear" w:color="auto" w:fill="FFFFFF"/>
          </w:tcPr>
          <w:p w14:paraId="3F88C092" w14:textId="77777777" w:rsidR="00134FD8" w:rsidRDefault="00134FD8">
            <w:r>
              <w:rPr>
                <w:sz w:val="13"/>
              </w:rPr>
              <w:t>0.005233509593834116</w:t>
            </w:r>
          </w:p>
        </w:tc>
        <w:tc>
          <w:tcPr>
            <w:tcW w:w="1539" w:type="dxa"/>
            <w:shd w:val="clear" w:color="auto" w:fill="FFFFFF"/>
          </w:tcPr>
          <w:p w14:paraId="7C5089C9" w14:textId="77777777" w:rsidR="00134FD8" w:rsidRDefault="00134FD8">
            <w:r>
              <w:rPr>
                <w:sz w:val="13"/>
              </w:rPr>
              <w:t>0.02737528095236307</w:t>
            </w:r>
          </w:p>
        </w:tc>
        <w:tc>
          <w:tcPr>
            <w:tcW w:w="1245" w:type="dxa"/>
            <w:shd w:val="clear" w:color="auto" w:fill="FFFFFF"/>
          </w:tcPr>
          <w:p w14:paraId="275874D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0787A23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966FBB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ED345E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A2D0E7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GCA-900066575</w:t>
            </w:r>
          </w:p>
        </w:tc>
        <w:tc>
          <w:tcPr>
            <w:tcW w:w="1936" w:type="dxa"/>
            <w:shd w:val="clear" w:color="auto" w:fill="FFFFFF"/>
          </w:tcPr>
          <w:p w14:paraId="7D911F4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237C10BE" w14:textId="77777777" w:rsidTr="003836A2">
        <w:tc>
          <w:tcPr>
            <w:tcW w:w="2501" w:type="dxa"/>
            <w:shd w:val="clear" w:color="auto" w:fill="F2F2F2"/>
          </w:tcPr>
          <w:p w14:paraId="47112C72" w14:textId="77777777" w:rsidR="00134FD8" w:rsidRDefault="00134FD8">
            <w:r>
              <w:rPr>
                <w:sz w:val="13"/>
              </w:rPr>
              <w:t>81b833a98dc3d0f078d71eaafc318fcf</w:t>
            </w:r>
          </w:p>
        </w:tc>
        <w:tc>
          <w:tcPr>
            <w:tcW w:w="1928" w:type="dxa"/>
            <w:shd w:val="clear" w:color="auto" w:fill="F2F2F2"/>
          </w:tcPr>
          <w:p w14:paraId="78E2EA6D" w14:textId="77777777" w:rsidR="00134FD8" w:rsidRDefault="00134FD8">
            <w:r>
              <w:rPr>
                <w:sz w:val="13"/>
              </w:rPr>
              <w:t>6.84900661678925</w:t>
            </w:r>
          </w:p>
        </w:tc>
        <w:tc>
          <w:tcPr>
            <w:tcW w:w="1395" w:type="dxa"/>
            <w:shd w:val="clear" w:color="auto" w:fill="F2F2F2"/>
          </w:tcPr>
          <w:p w14:paraId="34484FB5" w14:textId="77777777" w:rsidR="00134FD8" w:rsidRDefault="00134FD8">
            <w:r>
              <w:rPr>
                <w:sz w:val="13"/>
              </w:rPr>
              <w:t>10.35035135608847</w:t>
            </w:r>
          </w:p>
        </w:tc>
        <w:tc>
          <w:tcPr>
            <w:tcW w:w="1683" w:type="dxa"/>
            <w:shd w:val="clear" w:color="auto" w:fill="F2F2F2"/>
          </w:tcPr>
          <w:p w14:paraId="5526B330" w14:textId="77777777" w:rsidR="00134FD8" w:rsidRDefault="00134FD8">
            <w:r>
              <w:rPr>
                <w:sz w:val="13"/>
              </w:rPr>
              <w:t>20.04872834713368</w:t>
            </w:r>
          </w:p>
        </w:tc>
        <w:tc>
          <w:tcPr>
            <w:tcW w:w="1683" w:type="dxa"/>
            <w:shd w:val="clear" w:color="auto" w:fill="F2F2F2"/>
          </w:tcPr>
          <w:p w14:paraId="48B50982" w14:textId="77777777" w:rsidR="00134FD8" w:rsidRDefault="00134FD8">
            <w:r>
              <w:rPr>
                <w:sz w:val="13"/>
              </w:rPr>
              <w:t>0.005506765379513889</w:t>
            </w:r>
          </w:p>
        </w:tc>
        <w:tc>
          <w:tcPr>
            <w:tcW w:w="1539" w:type="dxa"/>
            <w:shd w:val="clear" w:color="auto" w:fill="F2F2F2"/>
          </w:tcPr>
          <w:p w14:paraId="643AAE98" w14:textId="77777777" w:rsidR="00134FD8" w:rsidRDefault="00134FD8">
            <w:r>
              <w:rPr>
                <w:sz w:val="13"/>
              </w:rPr>
              <w:t>0.02773778117088478</w:t>
            </w:r>
          </w:p>
        </w:tc>
        <w:tc>
          <w:tcPr>
            <w:tcW w:w="1245" w:type="dxa"/>
            <w:shd w:val="clear" w:color="auto" w:fill="F2F2F2"/>
          </w:tcPr>
          <w:p w14:paraId="1AA2674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3605D7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02EF70B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6C2AF1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5C48E3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40913BB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15EFE00" w14:textId="77777777" w:rsidTr="003836A2">
        <w:tc>
          <w:tcPr>
            <w:tcW w:w="2501" w:type="dxa"/>
            <w:shd w:val="clear" w:color="auto" w:fill="FFFFFF"/>
          </w:tcPr>
          <w:p w14:paraId="699B1A2B" w14:textId="77777777" w:rsidR="00134FD8" w:rsidRDefault="00134FD8">
            <w:r>
              <w:rPr>
                <w:sz w:val="13"/>
              </w:rPr>
              <w:t>19d1ac8febd7ed7dcecb8d12eb4954c1</w:t>
            </w:r>
          </w:p>
        </w:tc>
        <w:tc>
          <w:tcPr>
            <w:tcW w:w="1928" w:type="dxa"/>
            <w:shd w:val="clear" w:color="auto" w:fill="FFFFFF"/>
          </w:tcPr>
          <w:p w14:paraId="7E47D8F5" w14:textId="77777777" w:rsidR="00134FD8" w:rsidRDefault="00134FD8">
            <w:r>
              <w:rPr>
                <w:sz w:val="13"/>
              </w:rPr>
              <w:t>7.608796531618161</w:t>
            </w:r>
          </w:p>
        </w:tc>
        <w:tc>
          <w:tcPr>
            <w:tcW w:w="1395" w:type="dxa"/>
            <w:shd w:val="clear" w:color="auto" w:fill="FFFFFF"/>
          </w:tcPr>
          <w:p w14:paraId="255B1A14" w14:textId="77777777" w:rsidR="00134FD8" w:rsidRDefault="00134FD8">
            <w:r>
              <w:rPr>
                <w:sz w:val="13"/>
              </w:rPr>
              <w:t>10.97335193434463</w:t>
            </w:r>
          </w:p>
        </w:tc>
        <w:tc>
          <w:tcPr>
            <w:tcW w:w="1683" w:type="dxa"/>
            <w:shd w:val="clear" w:color="auto" w:fill="FFFFFF"/>
          </w:tcPr>
          <w:p w14:paraId="33043A79" w14:textId="77777777" w:rsidR="00134FD8" w:rsidRDefault="00134FD8">
            <w:r>
              <w:rPr>
                <w:sz w:val="13"/>
              </w:rPr>
              <w:t>19.6211135648582</w:t>
            </w:r>
          </w:p>
        </w:tc>
        <w:tc>
          <w:tcPr>
            <w:tcW w:w="1683" w:type="dxa"/>
            <w:shd w:val="clear" w:color="auto" w:fill="FFFFFF"/>
          </w:tcPr>
          <w:p w14:paraId="4443F931" w14:textId="77777777" w:rsidR="00134FD8" w:rsidRDefault="00134FD8">
            <w:r>
              <w:rPr>
                <w:sz w:val="13"/>
              </w:rPr>
              <w:t>0.006419782172242249</w:t>
            </w:r>
          </w:p>
        </w:tc>
        <w:tc>
          <w:tcPr>
            <w:tcW w:w="1539" w:type="dxa"/>
            <w:shd w:val="clear" w:color="auto" w:fill="FFFFFF"/>
          </w:tcPr>
          <w:p w14:paraId="7EBBA058" w14:textId="77777777" w:rsidR="00134FD8" w:rsidRDefault="00134FD8">
            <w:r>
              <w:rPr>
                <w:sz w:val="13"/>
              </w:rPr>
              <w:t>0.03118179912231949</w:t>
            </w:r>
          </w:p>
        </w:tc>
        <w:tc>
          <w:tcPr>
            <w:tcW w:w="1245" w:type="dxa"/>
            <w:shd w:val="clear" w:color="auto" w:fill="FFFFFF"/>
          </w:tcPr>
          <w:p w14:paraId="3A72B8F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E2F0B9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4DDC5F3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A3EC0F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47E803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FFFFF"/>
          </w:tcPr>
          <w:p w14:paraId="340A148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084A7914" w14:textId="77777777" w:rsidTr="003836A2">
        <w:tc>
          <w:tcPr>
            <w:tcW w:w="2501" w:type="dxa"/>
            <w:shd w:val="clear" w:color="auto" w:fill="F2F2F2"/>
          </w:tcPr>
          <w:p w14:paraId="24430C5C" w14:textId="77777777" w:rsidR="00134FD8" w:rsidRDefault="00134FD8">
            <w:r>
              <w:rPr>
                <w:sz w:val="13"/>
              </w:rPr>
              <w:t>4babf2f17964b4cde17c9c383caa01db</w:t>
            </w:r>
          </w:p>
        </w:tc>
        <w:tc>
          <w:tcPr>
            <w:tcW w:w="1928" w:type="dxa"/>
            <w:shd w:val="clear" w:color="auto" w:fill="F2F2F2"/>
          </w:tcPr>
          <w:p w14:paraId="3B3DEE67" w14:textId="77777777" w:rsidR="00134FD8" w:rsidRDefault="00134FD8">
            <w:r>
              <w:rPr>
                <w:sz w:val="13"/>
              </w:rPr>
              <w:t>-7.501480587603551</w:t>
            </w:r>
          </w:p>
        </w:tc>
        <w:tc>
          <w:tcPr>
            <w:tcW w:w="1395" w:type="dxa"/>
            <w:shd w:val="clear" w:color="auto" w:fill="F2F2F2"/>
          </w:tcPr>
          <w:p w14:paraId="51EFBC1C" w14:textId="77777777" w:rsidR="00134FD8" w:rsidRDefault="00134FD8">
            <w:r>
              <w:rPr>
                <w:sz w:val="13"/>
              </w:rPr>
              <w:t>10.87415601654718</w:t>
            </w:r>
          </w:p>
        </w:tc>
        <w:tc>
          <w:tcPr>
            <w:tcW w:w="1683" w:type="dxa"/>
            <w:shd w:val="clear" w:color="auto" w:fill="F2F2F2"/>
          </w:tcPr>
          <w:p w14:paraId="75105E14" w14:textId="77777777" w:rsidR="00134FD8" w:rsidRDefault="00134FD8">
            <w:r>
              <w:rPr>
                <w:sz w:val="13"/>
              </w:rPr>
              <w:t>16.99258849401879</w:t>
            </w:r>
          </w:p>
        </w:tc>
        <w:tc>
          <w:tcPr>
            <w:tcW w:w="1683" w:type="dxa"/>
            <w:shd w:val="clear" w:color="auto" w:fill="F2F2F2"/>
          </w:tcPr>
          <w:p w14:paraId="0FF6124A" w14:textId="77777777" w:rsidR="00134FD8" w:rsidRDefault="00134FD8">
            <w:r>
              <w:rPr>
                <w:sz w:val="13"/>
              </w:rPr>
              <w:t>0.009098881522116267</w:t>
            </w:r>
          </w:p>
        </w:tc>
        <w:tc>
          <w:tcPr>
            <w:tcW w:w="1539" w:type="dxa"/>
            <w:shd w:val="clear" w:color="auto" w:fill="F2F2F2"/>
          </w:tcPr>
          <w:p w14:paraId="6E285F72" w14:textId="77777777" w:rsidR="00134FD8" w:rsidRDefault="00134FD8">
            <w:r>
              <w:rPr>
                <w:sz w:val="13"/>
              </w:rPr>
              <w:t>0.04267061679337283</w:t>
            </w:r>
          </w:p>
        </w:tc>
        <w:tc>
          <w:tcPr>
            <w:tcW w:w="1245" w:type="dxa"/>
            <w:shd w:val="clear" w:color="auto" w:fill="F2F2F2"/>
          </w:tcPr>
          <w:p w14:paraId="171FED1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ED6DF2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543B883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Erysipelotrichales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AE4ECB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Erysipelotrichaceae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B5ACAD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Dubosiella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3523FB6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Dubosiella_newyorkensis</w:t>
            </w:r>
            <w:proofErr w:type="spellEnd"/>
          </w:p>
        </w:tc>
      </w:tr>
      <w:tr w:rsidR="00134FD8" w14:paraId="6C0A2D74" w14:textId="77777777" w:rsidTr="003836A2">
        <w:tc>
          <w:tcPr>
            <w:tcW w:w="2501" w:type="dxa"/>
            <w:shd w:val="clear" w:color="auto" w:fill="FFFFFF"/>
          </w:tcPr>
          <w:p w14:paraId="2C13B48E" w14:textId="77777777" w:rsidR="00134FD8" w:rsidRDefault="00134FD8">
            <w:r>
              <w:rPr>
                <w:sz w:val="13"/>
              </w:rPr>
              <w:t>b6c1a8ba78f65c4a4e96627ccc53ac86</w:t>
            </w:r>
          </w:p>
        </w:tc>
        <w:tc>
          <w:tcPr>
            <w:tcW w:w="1928" w:type="dxa"/>
            <w:shd w:val="clear" w:color="auto" w:fill="FFFFFF"/>
          </w:tcPr>
          <w:p w14:paraId="0B027F96" w14:textId="77777777" w:rsidR="00134FD8" w:rsidRDefault="00134FD8">
            <w:r>
              <w:rPr>
                <w:sz w:val="13"/>
              </w:rPr>
              <w:t>-5.832240262646954</w:t>
            </w:r>
          </w:p>
        </w:tc>
        <w:tc>
          <w:tcPr>
            <w:tcW w:w="1395" w:type="dxa"/>
            <w:shd w:val="clear" w:color="auto" w:fill="FFFFFF"/>
          </w:tcPr>
          <w:p w14:paraId="79E5425B" w14:textId="77777777" w:rsidR="00134FD8" w:rsidRDefault="00134FD8">
            <w:r>
              <w:rPr>
                <w:sz w:val="13"/>
              </w:rPr>
              <w:t>14.88744690052058</w:t>
            </w:r>
          </w:p>
        </w:tc>
        <w:tc>
          <w:tcPr>
            <w:tcW w:w="1683" w:type="dxa"/>
            <w:shd w:val="clear" w:color="auto" w:fill="FFFFFF"/>
          </w:tcPr>
          <w:p w14:paraId="6B2F84FB" w14:textId="77777777" w:rsidR="00134FD8" w:rsidRDefault="00134FD8">
            <w:r>
              <w:rPr>
                <w:sz w:val="13"/>
              </w:rPr>
              <w:t>8.69334678698228</w:t>
            </w:r>
          </w:p>
        </w:tc>
        <w:tc>
          <w:tcPr>
            <w:tcW w:w="1683" w:type="dxa"/>
            <w:shd w:val="clear" w:color="auto" w:fill="FFFFFF"/>
          </w:tcPr>
          <w:p w14:paraId="190D8EFE" w14:textId="77777777" w:rsidR="00134FD8" w:rsidRDefault="00134FD8">
            <w:r>
              <w:rPr>
                <w:sz w:val="13"/>
              </w:rPr>
              <w:t>0.01879785249133549</w:t>
            </w:r>
          </w:p>
        </w:tc>
        <w:tc>
          <w:tcPr>
            <w:tcW w:w="1539" w:type="dxa"/>
            <w:shd w:val="clear" w:color="auto" w:fill="FFFFFF"/>
          </w:tcPr>
          <w:p w14:paraId="383358DA" w14:textId="77777777" w:rsidR="00134FD8" w:rsidRDefault="00134FD8">
            <w:r>
              <w:rPr>
                <w:sz w:val="13"/>
              </w:rPr>
              <w:t>0.08521693129405421</w:t>
            </w:r>
          </w:p>
        </w:tc>
        <w:tc>
          <w:tcPr>
            <w:tcW w:w="1245" w:type="dxa"/>
            <w:shd w:val="clear" w:color="auto" w:fill="FFFFFF"/>
          </w:tcPr>
          <w:p w14:paraId="6A5BCDE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EF839E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FFFFF"/>
          </w:tcPr>
          <w:p w14:paraId="73D2BC0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683E8E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D89CA4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FFFFF"/>
          </w:tcPr>
          <w:p w14:paraId="6A226EE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Lactobacillus_johnsonii</w:t>
            </w:r>
            <w:proofErr w:type="spellEnd"/>
          </w:p>
        </w:tc>
      </w:tr>
      <w:tr w:rsidR="00134FD8" w14:paraId="169358FA" w14:textId="77777777" w:rsidTr="003836A2">
        <w:tc>
          <w:tcPr>
            <w:tcW w:w="2501" w:type="dxa"/>
            <w:shd w:val="clear" w:color="auto" w:fill="F2F2F2"/>
          </w:tcPr>
          <w:p w14:paraId="5D7E9979" w14:textId="77777777" w:rsidR="00134FD8" w:rsidRDefault="00134FD8">
            <w:r>
              <w:rPr>
                <w:sz w:val="13"/>
              </w:rPr>
              <w:t>5f5d02199e0cf5034a9b8044fae829bf</w:t>
            </w:r>
          </w:p>
        </w:tc>
        <w:tc>
          <w:tcPr>
            <w:tcW w:w="1928" w:type="dxa"/>
            <w:shd w:val="clear" w:color="auto" w:fill="F2F2F2"/>
          </w:tcPr>
          <w:p w14:paraId="5CD2AB2B" w14:textId="77777777" w:rsidR="00134FD8" w:rsidRDefault="00134FD8">
            <w:r>
              <w:rPr>
                <w:sz w:val="13"/>
              </w:rPr>
              <w:t>1.670904373409384</w:t>
            </w:r>
          </w:p>
        </w:tc>
        <w:tc>
          <w:tcPr>
            <w:tcW w:w="1395" w:type="dxa"/>
            <w:shd w:val="clear" w:color="auto" w:fill="F2F2F2"/>
          </w:tcPr>
          <w:p w14:paraId="18FD8643" w14:textId="77777777" w:rsidR="00134FD8" w:rsidRDefault="00134FD8">
            <w:r>
              <w:rPr>
                <w:sz w:val="13"/>
              </w:rPr>
              <w:t>15.5330760716015</w:t>
            </w:r>
          </w:p>
        </w:tc>
        <w:tc>
          <w:tcPr>
            <w:tcW w:w="1683" w:type="dxa"/>
            <w:shd w:val="clear" w:color="auto" w:fill="F2F2F2"/>
          </w:tcPr>
          <w:p w14:paraId="5114728F" w14:textId="77777777" w:rsidR="00134FD8" w:rsidRDefault="00134FD8">
            <w:r>
              <w:rPr>
                <w:sz w:val="13"/>
              </w:rPr>
              <w:t>8.441350733038947</w:t>
            </w:r>
          </w:p>
        </w:tc>
        <w:tc>
          <w:tcPr>
            <w:tcW w:w="1683" w:type="dxa"/>
            <w:shd w:val="clear" w:color="auto" w:fill="F2F2F2"/>
          </w:tcPr>
          <w:p w14:paraId="187BB6F6" w14:textId="77777777" w:rsidR="00134FD8" w:rsidRDefault="00134FD8">
            <w:r>
              <w:rPr>
                <w:sz w:val="13"/>
              </w:rPr>
              <w:t>0.02236021011567837</w:t>
            </w:r>
          </w:p>
        </w:tc>
        <w:tc>
          <w:tcPr>
            <w:tcW w:w="1539" w:type="dxa"/>
            <w:shd w:val="clear" w:color="auto" w:fill="F2F2F2"/>
          </w:tcPr>
          <w:p w14:paraId="5D26BB21" w14:textId="77777777" w:rsidR="00134FD8" w:rsidRDefault="00134FD8">
            <w:r>
              <w:rPr>
                <w:sz w:val="13"/>
              </w:rPr>
              <w:t>0.09809640566878253</w:t>
            </w:r>
          </w:p>
        </w:tc>
        <w:tc>
          <w:tcPr>
            <w:tcW w:w="1245" w:type="dxa"/>
            <w:shd w:val="clear" w:color="auto" w:fill="F2F2F2"/>
          </w:tcPr>
          <w:p w14:paraId="588D228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972C71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034BED9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2E54FA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22CB4A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081C0B8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56F5D7F7" w14:textId="77777777" w:rsidTr="003836A2">
        <w:tc>
          <w:tcPr>
            <w:tcW w:w="2501" w:type="dxa"/>
            <w:shd w:val="clear" w:color="auto" w:fill="FFFFFF"/>
          </w:tcPr>
          <w:p w14:paraId="2DC91A21" w14:textId="77777777" w:rsidR="00134FD8" w:rsidRDefault="00134FD8">
            <w:r>
              <w:rPr>
                <w:sz w:val="13"/>
              </w:rPr>
              <w:t>9d1f6be17ee3760c64f3a472e97688dc</w:t>
            </w:r>
          </w:p>
        </w:tc>
        <w:tc>
          <w:tcPr>
            <w:tcW w:w="1928" w:type="dxa"/>
            <w:shd w:val="clear" w:color="auto" w:fill="FFFFFF"/>
          </w:tcPr>
          <w:p w14:paraId="16FC3D61" w14:textId="77777777" w:rsidR="00134FD8" w:rsidRDefault="00134FD8">
            <w:r>
              <w:rPr>
                <w:sz w:val="13"/>
              </w:rPr>
              <w:t>1.793158773145805</w:t>
            </w:r>
          </w:p>
        </w:tc>
        <w:tc>
          <w:tcPr>
            <w:tcW w:w="1395" w:type="dxa"/>
            <w:shd w:val="clear" w:color="auto" w:fill="FFFFFF"/>
          </w:tcPr>
          <w:p w14:paraId="65CB8076" w14:textId="77777777" w:rsidR="00134FD8" w:rsidRDefault="00134FD8">
            <w:r>
              <w:rPr>
                <w:sz w:val="13"/>
              </w:rPr>
              <w:t>14.88553952955465</w:t>
            </w:r>
          </w:p>
        </w:tc>
        <w:tc>
          <w:tcPr>
            <w:tcW w:w="1683" w:type="dxa"/>
            <w:shd w:val="clear" w:color="auto" w:fill="FFFFFF"/>
          </w:tcPr>
          <w:p w14:paraId="4B0C20FC" w14:textId="77777777" w:rsidR="00134FD8" w:rsidRDefault="00134FD8">
            <w:r>
              <w:rPr>
                <w:sz w:val="13"/>
              </w:rPr>
              <w:t>6.41793732029697</w:t>
            </w:r>
          </w:p>
        </w:tc>
        <w:tc>
          <w:tcPr>
            <w:tcW w:w="1683" w:type="dxa"/>
            <w:shd w:val="clear" w:color="auto" w:fill="FFFFFF"/>
          </w:tcPr>
          <w:p w14:paraId="2B5A2F87" w14:textId="77777777" w:rsidR="00134FD8" w:rsidRDefault="00134FD8">
            <w:r>
              <w:rPr>
                <w:sz w:val="13"/>
              </w:rPr>
              <w:t>0.03791808701041649</w:t>
            </w:r>
          </w:p>
        </w:tc>
        <w:tc>
          <w:tcPr>
            <w:tcW w:w="1539" w:type="dxa"/>
            <w:shd w:val="clear" w:color="auto" w:fill="FFFFFF"/>
          </w:tcPr>
          <w:p w14:paraId="3DDE0890" w14:textId="77777777" w:rsidR="00134FD8" w:rsidRDefault="00134FD8">
            <w:r>
              <w:rPr>
                <w:sz w:val="13"/>
              </w:rPr>
              <w:t>0.1611518697942701</w:t>
            </w:r>
          </w:p>
        </w:tc>
        <w:tc>
          <w:tcPr>
            <w:tcW w:w="1245" w:type="dxa"/>
            <w:shd w:val="clear" w:color="auto" w:fill="FFFFFF"/>
          </w:tcPr>
          <w:p w14:paraId="0958D10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2F579E4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4F5F23F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FF39A5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Rikenellaceae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F74CCC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Alistipes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0EDFD71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3C21CC68" w14:textId="77777777" w:rsidTr="003836A2">
        <w:tc>
          <w:tcPr>
            <w:tcW w:w="2501" w:type="dxa"/>
            <w:shd w:val="clear" w:color="auto" w:fill="F2F2F2"/>
          </w:tcPr>
          <w:p w14:paraId="306AF666" w14:textId="77777777" w:rsidR="00134FD8" w:rsidRDefault="00134FD8">
            <w:r>
              <w:rPr>
                <w:sz w:val="13"/>
              </w:rPr>
              <w:t>f4b946aa0c512befbc9abcc303de0c8c</w:t>
            </w:r>
          </w:p>
        </w:tc>
        <w:tc>
          <w:tcPr>
            <w:tcW w:w="1928" w:type="dxa"/>
            <w:shd w:val="clear" w:color="auto" w:fill="F2F2F2"/>
          </w:tcPr>
          <w:p w14:paraId="127B6E77" w14:textId="77777777" w:rsidR="00134FD8" w:rsidRDefault="00134FD8">
            <w:r>
              <w:rPr>
                <w:sz w:val="13"/>
              </w:rPr>
              <w:t>6.096749200392522</w:t>
            </w:r>
          </w:p>
        </w:tc>
        <w:tc>
          <w:tcPr>
            <w:tcW w:w="1395" w:type="dxa"/>
            <w:shd w:val="clear" w:color="auto" w:fill="F2F2F2"/>
          </w:tcPr>
          <w:p w14:paraId="244982AE" w14:textId="77777777" w:rsidR="00134FD8" w:rsidRDefault="00134FD8">
            <w:r>
              <w:rPr>
                <w:sz w:val="13"/>
              </w:rPr>
              <w:t>12.32867325634487</w:t>
            </w:r>
          </w:p>
        </w:tc>
        <w:tc>
          <w:tcPr>
            <w:tcW w:w="1683" w:type="dxa"/>
            <w:shd w:val="clear" w:color="auto" w:fill="F2F2F2"/>
          </w:tcPr>
          <w:p w14:paraId="33271093" w14:textId="77777777" w:rsidR="00134FD8" w:rsidRDefault="00134FD8">
            <w:r>
              <w:rPr>
                <w:sz w:val="13"/>
              </w:rPr>
              <w:t>5.618107476246914</w:t>
            </w:r>
          </w:p>
        </w:tc>
        <w:tc>
          <w:tcPr>
            <w:tcW w:w="1683" w:type="dxa"/>
            <w:shd w:val="clear" w:color="auto" w:fill="F2F2F2"/>
          </w:tcPr>
          <w:p w14:paraId="7CB39630" w14:textId="77777777" w:rsidR="00134FD8" w:rsidRDefault="00134FD8">
            <w:r>
              <w:rPr>
                <w:sz w:val="13"/>
              </w:rPr>
              <w:t>0.03913680710446202</w:t>
            </w:r>
          </w:p>
        </w:tc>
        <w:tc>
          <w:tcPr>
            <w:tcW w:w="1539" w:type="dxa"/>
            <w:shd w:val="clear" w:color="auto" w:fill="F2F2F2"/>
          </w:tcPr>
          <w:p w14:paraId="1095B7E3" w14:textId="77777777" w:rsidR="00134FD8" w:rsidRDefault="00134FD8">
            <w:r>
              <w:rPr>
                <w:sz w:val="13"/>
              </w:rPr>
              <w:t>0.1612910838244496</w:t>
            </w:r>
          </w:p>
        </w:tc>
        <w:tc>
          <w:tcPr>
            <w:tcW w:w="1245" w:type="dxa"/>
            <w:shd w:val="clear" w:color="auto" w:fill="F2F2F2"/>
          </w:tcPr>
          <w:p w14:paraId="7FA7E87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78EA9F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671C8A7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CF876C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[Eubacterium]_</w:t>
            </w:r>
            <w:proofErr w:type="spellStart"/>
            <w:r w:rsidRPr="00134FD8">
              <w:rPr>
                <w:i/>
                <w:iCs/>
                <w:sz w:val="13"/>
              </w:rPr>
              <w:t>coprostanoligenes_group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2F1AD0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[Eubacterium]_</w:t>
            </w:r>
            <w:proofErr w:type="spellStart"/>
            <w:r w:rsidRPr="00134FD8">
              <w:rPr>
                <w:i/>
                <w:iCs/>
                <w:sz w:val="13"/>
              </w:rPr>
              <w:t>coprostanoligenes_group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3C888FC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gut_metagenome</w:t>
            </w:r>
            <w:proofErr w:type="spellEnd"/>
          </w:p>
        </w:tc>
      </w:tr>
      <w:tr w:rsidR="00134FD8" w14:paraId="4B6C264F" w14:textId="77777777" w:rsidTr="003836A2">
        <w:tc>
          <w:tcPr>
            <w:tcW w:w="2501" w:type="dxa"/>
            <w:shd w:val="clear" w:color="auto" w:fill="FFFFFF"/>
          </w:tcPr>
          <w:p w14:paraId="77AB98E1" w14:textId="77777777" w:rsidR="00134FD8" w:rsidRDefault="00134FD8">
            <w:r>
              <w:rPr>
                <w:sz w:val="13"/>
              </w:rPr>
              <w:t>77c25cf90fc6b99d02c4d1f242803ee8</w:t>
            </w:r>
          </w:p>
        </w:tc>
        <w:tc>
          <w:tcPr>
            <w:tcW w:w="1928" w:type="dxa"/>
            <w:shd w:val="clear" w:color="auto" w:fill="FFFFFF"/>
          </w:tcPr>
          <w:p w14:paraId="0D14ED8C" w14:textId="77777777" w:rsidR="00134FD8" w:rsidRDefault="00134FD8">
            <w:r>
              <w:rPr>
                <w:sz w:val="13"/>
              </w:rPr>
              <w:t>1.392147889328274</w:t>
            </w:r>
          </w:p>
        </w:tc>
        <w:tc>
          <w:tcPr>
            <w:tcW w:w="1395" w:type="dxa"/>
            <w:shd w:val="clear" w:color="auto" w:fill="FFFFFF"/>
          </w:tcPr>
          <w:p w14:paraId="76E9C66F" w14:textId="77777777" w:rsidR="00134FD8" w:rsidRDefault="00134FD8">
            <w:r>
              <w:rPr>
                <w:sz w:val="13"/>
              </w:rPr>
              <w:t>13.53611218511118</w:t>
            </w:r>
          </w:p>
        </w:tc>
        <w:tc>
          <w:tcPr>
            <w:tcW w:w="1683" w:type="dxa"/>
            <w:shd w:val="clear" w:color="auto" w:fill="FFFFFF"/>
          </w:tcPr>
          <w:p w14:paraId="016E8178" w14:textId="77777777" w:rsidR="00134FD8" w:rsidRDefault="00134FD8">
            <w:r>
              <w:rPr>
                <w:sz w:val="13"/>
              </w:rPr>
              <w:t>4.986191266471939</w:t>
            </w:r>
          </w:p>
        </w:tc>
        <w:tc>
          <w:tcPr>
            <w:tcW w:w="1683" w:type="dxa"/>
            <w:shd w:val="clear" w:color="auto" w:fill="FFFFFF"/>
          </w:tcPr>
          <w:p w14:paraId="076996DD" w14:textId="77777777" w:rsidR="00134FD8" w:rsidRDefault="00134FD8">
            <w:r>
              <w:rPr>
                <w:sz w:val="13"/>
              </w:rPr>
              <w:t>0.05800294369938769</w:t>
            </w:r>
          </w:p>
        </w:tc>
        <w:tc>
          <w:tcPr>
            <w:tcW w:w="1539" w:type="dxa"/>
            <w:shd w:val="clear" w:color="auto" w:fill="FFFFFF"/>
          </w:tcPr>
          <w:p w14:paraId="78CD4D96" w14:textId="77777777" w:rsidR="00134FD8" w:rsidRDefault="00134FD8">
            <w:r>
              <w:rPr>
                <w:sz w:val="13"/>
              </w:rPr>
              <w:t>0.2320117747975508</w:t>
            </w:r>
          </w:p>
        </w:tc>
        <w:tc>
          <w:tcPr>
            <w:tcW w:w="1245" w:type="dxa"/>
            <w:shd w:val="clear" w:color="auto" w:fill="FFFFFF"/>
          </w:tcPr>
          <w:p w14:paraId="1827616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39D0DAA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1C60120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CA0719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2322F3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7A49C21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uncultured_Bacteroidales</w:t>
            </w:r>
            <w:proofErr w:type="spellEnd"/>
          </w:p>
        </w:tc>
      </w:tr>
      <w:tr w:rsidR="00134FD8" w14:paraId="3C638F0A" w14:textId="77777777" w:rsidTr="003836A2">
        <w:tc>
          <w:tcPr>
            <w:tcW w:w="2501" w:type="dxa"/>
            <w:shd w:val="clear" w:color="auto" w:fill="F2F2F2"/>
          </w:tcPr>
          <w:p w14:paraId="0F06843C" w14:textId="77777777" w:rsidR="00134FD8" w:rsidRDefault="00134FD8">
            <w:r>
              <w:rPr>
                <w:sz w:val="13"/>
              </w:rPr>
              <w:t>0db24473d433e1b77656bd035344071a</w:t>
            </w:r>
          </w:p>
        </w:tc>
        <w:tc>
          <w:tcPr>
            <w:tcW w:w="1928" w:type="dxa"/>
            <w:shd w:val="clear" w:color="auto" w:fill="F2F2F2"/>
          </w:tcPr>
          <w:p w14:paraId="080BBBFB" w14:textId="77777777" w:rsidR="00134FD8" w:rsidRDefault="00134FD8">
            <w:r>
              <w:rPr>
                <w:sz w:val="13"/>
              </w:rPr>
              <w:t>-3.47765777038534</w:t>
            </w:r>
          </w:p>
        </w:tc>
        <w:tc>
          <w:tcPr>
            <w:tcW w:w="1395" w:type="dxa"/>
            <w:shd w:val="clear" w:color="auto" w:fill="F2F2F2"/>
          </w:tcPr>
          <w:p w14:paraId="453738EA" w14:textId="77777777" w:rsidR="00134FD8" w:rsidRDefault="00134FD8">
            <w:r>
              <w:rPr>
                <w:sz w:val="13"/>
              </w:rPr>
              <w:t>11.86565230209315</w:t>
            </w:r>
          </w:p>
        </w:tc>
        <w:tc>
          <w:tcPr>
            <w:tcW w:w="1683" w:type="dxa"/>
            <w:shd w:val="clear" w:color="auto" w:fill="F2F2F2"/>
          </w:tcPr>
          <w:p w14:paraId="728F53B4" w14:textId="77777777" w:rsidR="00134FD8" w:rsidRDefault="00134FD8">
            <w:r>
              <w:rPr>
                <w:sz w:val="13"/>
              </w:rPr>
              <w:t>4.533156153544983</w:t>
            </w:r>
          </w:p>
        </w:tc>
        <w:tc>
          <w:tcPr>
            <w:tcW w:w="1683" w:type="dxa"/>
            <w:shd w:val="clear" w:color="auto" w:fill="F2F2F2"/>
          </w:tcPr>
          <w:p w14:paraId="7F8B1367" w14:textId="77777777" w:rsidR="00134FD8" w:rsidRDefault="00134FD8">
            <w:r>
              <w:rPr>
                <w:sz w:val="13"/>
              </w:rPr>
              <w:t>0.06288503891819137</w:t>
            </w:r>
          </w:p>
        </w:tc>
        <w:tc>
          <w:tcPr>
            <w:tcW w:w="1539" w:type="dxa"/>
            <w:shd w:val="clear" w:color="auto" w:fill="F2F2F2"/>
          </w:tcPr>
          <w:p w14:paraId="15744FBB" w14:textId="77777777" w:rsidR="00134FD8" w:rsidRDefault="00134FD8">
            <w:r>
              <w:rPr>
                <w:sz w:val="13"/>
              </w:rPr>
              <w:t>0.2443532940821151</w:t>
            </w:r>
          </w:p>
        </w:tc>
        <w:tc>
          <w:tcPr>
            <w:tcW w:w="1245" w:type="dxa"/>
            <w:shd w:val="clear" w:color="auto" w:fill="F2F2F2"/>
          </w:tcPr>
          <w:p w14:paraId="2C75C4A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Actinobacteriota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3D05BBF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Coriobacteriia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2007E9C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Coriobacteriales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A9FB62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Eggerthellaceae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C1CE27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Enterorhabdus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4B28F4A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56ACA2D0" w14:textId="77777777" w:rsidTr="003836A2">
        <w:tc>
          <w:tcPr>
            <w:tcW w:w="2501" w:type="dxa"/>
            <w:shd w:val="clear" w:color="auto" w:fill="FFFFFF"/>
          </w:tcPr>
          <w:p w14:paraId="52733505" w14:textId="77777777" w:rsidR="00134FD8" w:rsidRDefault="00134FD8">
            <w:r>
              <w:rPr>
                <w:sz w:val="13"/>
              </w:rPr>
              <w:t>d47c3e0c088f9573cf1fef5c3a32b048</w:t>
            </w:r>
          </w:p>
        </w:tc>
        <w:tc>
          <w:tcPr>
            <w:tcW w:w="1928" w:type="dxa"/>
            <w:shd w:val="clear" w:color="auto" w:fill="FFFFFF"/>
          </w:tcPr>
          <w:p w14:paraId="28C5D81C" w14:textId="77777777" w:rsidR="00134FD8" w:rsidRDefault="00134FD8">
            <w:r>
              <w:rPr>
                <w:sz w:val="13"/>
              </w:rPr>
              <w:t>3.707119534921993</w:t>
            </w:r>
          </w:p>
        </w:tc>
        <w:tc>
          <w:tcPr>
            <w:tcW w:w="1395" w:type="dxa"/>
            <w:shd w:val="clear" w:color="auto" w:fill="FFFFFF"/>
          </w:tcPr>
          <w:p w14:paraId="4900751A" w14:textId="77777777" w:rsidR="00134FD8" w:rsidRDefault="00134FD8">
            <w:r>
              <w:rPr>
                <w:sz w:val="13"/>
              </w:rPr>
              <w:t>10.95106815475319</w:t>
            </w:r>
          </w:p>
        </w:tc>
        <w:tc>
          <w:tcPr>
            <w:tcW w:w="1683" w:type="dxa"/>
            <w:shd w:val="clear" w:color="auto" w:fill="FFFFFF"/>
          </w:tcPr>
          <w:p w14:paraId="31993280" w14:textId="77777777" w:rsidR="00134FD8" w:rsidRDefault="00134FD8">
            <w:r>
              <w:rPr>
                <w:sz w:val="13"/>
              </w:rPr>
              <w:t>3.881088542049467</w:t>
            </w:r>
          </w:p>
        </w:tc>
        <w:tc>
          <w:tcPr>
            <w:tcW w:w="1683" w:type="dxa"/>
            <w:shd w:val="clear" w:color="auto" w:fill="FFFFFF"/>
          </w:tcPr>
          <w:p w14:paraId="5D3319FC" w14:textId="77777777" w:rsidR="00134FD8" w:rsidRDefault="00134FD8">
            <w:r>
              <w:rPr>
                <w:sz w:val="13"/>
              </w:rPr>
              <w:t>0.07624710479938242</w:t>
            </w:r>
          </w:p>
        </w:tc>
        <w:tc>
          <w:tcPr>
            <w:tcW w:w="1539" w:type="dxa"/>
            <w:shd w:val="clear" w:color="auto" w:fill="FFFFFF"/>
          </w:tcPr>
          <w:p w14:paraId="0C78CF50" w14:textId="77777777" w:rsidR="00134FD8" w:rsidRDefault="00134FD8">
            <w:r>
              <w:rPr>
                <w:sz w:val="13"/>
              </w:rPr>
              <w:t>0.2880446181310002</w:t>
            </w:r>
          </w:p>
        </w:tc>
        <w:tc>
          <w:tcPr>
            <w:tcW w:w="1245" w:type="dxa"/>
            <w:shd w:val="clear" w:color="auto" w:fill="FFFFFF"/>
          </w:tcPr>
          <w:p w14:paraId="09545D6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048FFDC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230882F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894B08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B459F8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Anaerotruncus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590618D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0CCA4EF8" w14:textId="77777777" w:rsidTr="003836A2">
        <w:tc>
          <w:tcPr>
            <w:tcW w:w="2501" w:type="dxa"/>
            <w:shd w:val="clear" w:color="auto" w:fill="F2F2F2"/>
          </w:tcPr>
          <w:p w14:paraId="37EEE133" w14:textId="77777777" w:rsidR="00134FD8" w:rsidRDefault="00134FD8">
            <w:r>
              <w:rPr>
                <w:sz w:val="13"/>
              </w:rPr>
              <w:t>0f3d5ab93a1bdff74c4c3fbe0ad3206b</w:t>
            </w:r>
          </w:p>
        </w:tc>
        <w:tc>
          <w:tcPr>
            <w:tcW w:w="1928" w:type="dxa"/>
            <w:shd w:val="clear" w:color="auto" w:fill="F2F2F2"/>
          </w:tcPr>
          <w:p w14:paraId="624240FC" w14:textId="77777777" w:rsidR="00134FD8" w:rsidRDefault="00134FD8">
            <w:r>
              <w:rPr>
                <w:sz w:val="13"/>
              </w:rPr>
              <w:t>-4.390533592417648</w:t>
            </w:r>
          </w:p>
        </w:tc>
        <w:tc>
          <w:tcPr>
            <w:tcW w:w="1395" w:type="dxa"/>
            <w:shd w:val="clear" w:color="auto" w:fill="F2F2F2"/>
          </w:tcPr>
          <w:p w14:paraId="22C3ED1F" w14:textId="77777777" w:rsidR="00134FD8" w:rsidRDefault="00134FD8">
            <w:r>
              <w:rPr>
                <w:sz w:val="13"/>
              </w:rPr>
              <w:t>12.41039408641177</w:t>
            </w:r>
          </w:p>
        </w:tc>
        <w:tc>
          <w:tcPr>
            <w:tcW w:w="1683" w:type="dxa"/>
            <w:shd w:val="clear" w:color="auto" w:fill="F2F2F2"/>
          </w:tcPr>
          <w:p w14:paraId="516C957A" w14:textId="77777777" w:rsidR="00134FD8" w:rsidRDefault="00134FD8">
            <w:r>
              <w:rPr>
                <w:sz w:val="13"/>
              </w:rPr>
              <w:t>3.945799071401431</w:t>
            </w:r>
          </w:p>
        </w:tc>
        <w:tc>
          <w:tcPr>
            <w:tcW w:w="1683" w:type="dxa"/>
            <w:shd w:val="clear" w:color="auto" w:fill="F2F2F2"/>
          </w:tcPr>
          <w:p w14:paraId="4DAF53A5" w14:textId="77777777" w:rsidR="00134FD8" w:rsidRDefault="00134FD8">
            <w:r>
              <w:rPr>
                <w:sz w:val="13"/>
              </w:rPr>
              <w:t>0.0786832858599878</w:t>
            </w:r>
          </w:p>
        </w:tc>
        <w:tc>
          <w:tcPr>
            <w:tcW w:w="1539" w:type="dxa"/>
            <w:shd w:val="clear" w:color="auto" w:fill="F2F2F2"/>
          </w:tcPr>
          <w:p w14:paraId="5A28B11D" w14:textId="77777777" w:rsidR="00134FD8" w:rsidRDefault="00134FD8">
            <w:r>
              <w:rPr>
                <w:sz w:val="13"/>
              </w:rPr>
              <w:t>0.289214239917793</w:t>
            </w:r>
          </w:p>
        </w:tc>
        <w:tc>
          <w:tcPr>
            <w:tcW w:w="1245" w:type="dxa"/>
            <w:shd w:val="clear" w:color="auto" w:fill="F2F2F2"/>
          </w:tcPr>
          <w:p w14:paraId="6371800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448B75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44AEBD6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EA4093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602F1D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Lachnospiraceae_UCG-006</w:t>
            </w:r>
          </w:p>
        </w:tc>
        <w:tc>
          <w:tcPr>
            <w:tcW w:w="1936" w:type="dxa"/>
            <w:shd w:val="clear" w:color="auto" w:fill="F2F2F2"/>
          </w:tcPr>
          <w:p w14:paraId="6A0514B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61FCF93" w14:textId="77777777" w:rsidTr="003836A2">
        <w:tc>
          <w:tcPr>
            <w:tcW w:w="2501" w:type="dxa"/>
            <w:shd w:val="clear" w:color="auto" w:fill="FFFFFF"/>
          </w:tcPr>
          <w:p w14:paraId="4844409B" w14:textId="77777777" w:rsidR="00134FD8" w:rsidRDefault="00134FD8">
            <w:r>
              <w:rPr>
                <w:sz w:val="13"/>
              </w:rPr>
              <w:t>d2fa7e16038f42cb89cf42b15d8efd39</w:t>
            </w:r>
          </w:p>
        </w:tc>
        <w:tc>
          <w:tcPr>
            <w:tcW w:w="1928" w:type="dxa"/>
            <w:shd w:val="clear" w:color="auto" w:fill="FFFFFF"/>
          </w:tcPr>
          <w:p w14:paraId="7D6F6334" w14:textId="77777777" w:rsidR="00134FD8" w:rsidRDefault="00134FD8">
            <w:r>
              <w:rPr>
                <w:sz w:val="13"/>
              </w:rPr>
              <w:t>-1.936975217649944</w:t>
            </w:r>
          </w:p>
        </w:tc>
        <w:tc>
          <w:tcPr>
            <w:tcW w:w="1395" w:type="dxa"/>
            <w:shd w:val="clear" w:color="auto" w:fill="FFFFFF"/>
          </w:tcPr>
          <w:p w14:paraId="353DCD7C" w14:textId="77777777" w:rsidR="00134FD8" w:rsidRDefault="00134FD8">
            <w:r>
              <w:rPr>
                <w:sz w:val="13"/>
              </w:rPr>
              <w:t>12.83525544817443</w:t>
            </w:r>
          </w:p>
        </w:tc>
        <w:tc>
          <w:tcPr>
            <w:tcW w:w="1683" w:type="dxa"/>
            <w:shd w:val="clear" w:color="auto" w:fill="FFFFFF"/>
          </w:tcPr>
          <w:p w14:paraId="1F00D0CF" w14:textId="77777777" w:rsidR="00134FD8" w:rsidRDefault="00134FD8">
            <w:r>
              <w:rPr>
                <w:sz w:val="13"/>
              </w:rPr>
              <w:t>3.753034918112949</w:t>
            </w:r>
          </w:p>
        </w:tc>
        <w:tc>
          <w:tcPr>
            <w:tcW w:w="1683" w:type="dxa"/>
            <w:shd w:val="clear" w:color="auto" w:fill="FFFFFF"/>
          </w:tcPr>
          <w:p w14:paraId="7D5768F7" w14:textId="77777777" w:rsidR="00134FD8" w:rsidRDefault="00134FD8">
            <w:r>
              <w:rPr>
                <w:sz w:val="13"/>
              </w:rPr>
              <w:t>0.0894685139715227</w:t>
            </w:r>
          </w:p>
        </w:tc>
        <w:tc>
          <w:tcPr>
            <w:tcW w:w="1539" w:type="dxa"/>
            <w:shd w:val="clear" w:color="auto" w:fill="FFFFFF"/>
          </w:tcPr>
          <w:p w14:paraId="1D62CEC8" w14:textId="77777777" w:rsidR="00134FD8" w:rsidRDefault="00134FD8">
            <w:r>
              <w:rPr>
                <w:sz w:val="13"/>
              </w:rPr>
              <w:t>0.3185956620481419</w:t>
            </w:r>
          </w:p>
        </w:tc>
        <w:tc>
          <w:tcPr>
            <w:tcW w:w="1245" w:type="dxa"/>
            <w:shd w:val="clear" w:color="auto" w:fill="FFFFFF"/>
          </w:tcPr>
          <w:p w14:paraId="09BDB63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4E0540D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3A963E0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0D70B1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44D0EB5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1DE2143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332EFED" w14:textId="77777777" w:rsidTr="003836A2">
        <w:tc>
          <w:tcPr>
            <w:tcW w:w="2501" w:type="dxa"/>
            <w:shd w:val="clear" w:color="auto" w:fill="F2F2F2"/>
          </w:tcPr>
          <w:p w14:paraId="5D6B04F4" w14:textId="77777777" w:rsidR="00134FD8" w:rsidRDefault="00134FD8">
            <w:r>
              <w:rPr>
                <w:sz w:val="13"/>
              </w:rPr>
              <w:t>ff04025412648d2c20efdf8b2c6e16dd</w:t>
            </w:r>
          </w:p>
        </w:tc>
        <w:tc>
          <w:tcPr>
            <w:tcW w:w="1928" w:type="dxa"/>
            <w:shd w:val="clear" w:color="auto" w:fill="F2F2F2"/>
          </w:tcPr>
          <w:p w14:paraId="6DA9FA93" w14:textId="77777777" w:rsidR="00134FD8" w:rsidRDefault="00134FD8">
            <w:r>
              <w:rPr>
                <w:sz w:val="13"/>
              </w:rPr>
              <w:t>5.308846813243959</w:t>
            </w:r>
          </w:p>
        </w:tc>
        <w:tc>
          <w:tcPr>
            <w:tcW w:w="1395" w:type="dxa"/>
            <w:shd w:val="clear" w:color="auto" w:fill="F2F2F2"/>
          </w:tcPr>
          <w:p w14:paraId="2CFED5DC" w14:textId="77777777" w:rsidR="00134FD8" w:rsidRDefault="00134FD8">
            <w:r>
              <w:rPr>
                <w:sz w:val="13"/>
              </w:rPr>
              <w:t>12.4848287436424</w:t>
            </w:r>
          </w:p>
        </w:tc>
        <w:tc>
          <w:tcPr>
            <w:tcW w:w="1683" w:type="dxa"/>
            <w:shd w:val="clear" w:color="auto" w:fill="F2F2F2"/>
          </w:tcPr>
          <w:p w14:paraId="475F2786" w14:textId="77777777" w:rsidR="00134FD8" w:rsidRDefault="00134FD8">
            <w:r>
              <w:rPr>
                <w:sz w:val="13"/>
              </w:rPr>
              <w:t>3.497030517847219</w:t>
            </w:r>
          </w:p>
        </w:tc>
        <w:tc>
          <w:tcPr>
            <w:tcW w:w="1683" w:type="dxa"/>
            <w:shd w:val="clear" w:color="auto" w:fill="F2F2F2"/>
          </w:tcPr>
          <w:p w14:paraId="287C07EA" w14:textId="77777777" w:rsidR="00134FD8" w:rsidRDefault="00134FD8">
            <w:r>
              <w:rPr>
                <w:sz w:val="13"/>
              </w:rPr>
              <w:t>0.09136199132262894</w:t>
            </w:r>
          </w:p>
        </w:tc>
        <w:tc>
          <w:tcPr>
            <w:tcW w:w="1539" w:type="dxa"/>
            <w:shd w:val="clear" w:color="auto" w:fill="F2F2F2"/>
          </w:tcPr>
          <w:p w14:paraId="39485361" w14:textId="77777777" w:rsidR="00134FD8" w:rsidRDefault="00134FD8">
            <w:r>
              <w:rPr>
                <w:sz w:val="13"/>
              </w:rPr>
              <w:t>0.3185956620481419</w:t>
            </w:r>
          </w:p>
        </w:tc>
        <w:tc>
          <w:tcPr>
            <w:tcW w:w="1245" w:type="dxa"/>
            <w:shd w:val="clear" w:color="auto" w:fill="F2F2F2"/>
          </w:tcPr>
          <w:p w14:paraId="521B038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Proteobacteria</w:t>
            </w:r>
          </w:p>
        </w:tc>
        <w:tc>
          <w:tcPr>
            <w:tcW w:w="1448" w:type="dxa"/>
            <w:shd w:val="clear" w:color="auto" w:fill="F2F2F2"/>
          </w:tcPr>
          <w:p w14:paraId="7163F39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Alphaproteobacteria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2283D61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Rhizobiales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6BA320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Rhizobiaceae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01D734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Mesorhizobium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24DB807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70B32E47" w14:textId="77777777" w:rsidTr="003836A2">
        <w:tc>
          <w:tcPr>
            <w:tcW w:w="2501" w:type="dxa"/>
            <w:shd w:val="clear" w:color="auto" w:fill="FFFFFF"/>
          </w:tcPr>
          <w:p w14:paraId="242B08ED" w14:textId="77777777" w:rsidR="00134FD8" w:rsidRDefault="00134FD8">
            <w:r>
              <w:rPr>
                <w:sz w:val="13"/>
              </w:rPr>
              <w:t>6653c92dc7618280b132aeae2a9291cc</w:t>
            </w:r>
          </w:p>
        </w:tc>
        <w:tc>
          <w:tcPr>
            <w:tcW w:w="1928" w:type="dxa"/>
            <w:shd w:val="clear" w:color="auto" w:fill="FFFFFF"/>
          </w:tcPr>
          <w:p w14:paraId="22023DEC" w14:textId="77777777" w:rsidR="00134FD8" w:rsidRDefault="00134FD8">
            <w:r>
              <w:rPr>
                <w:sz w:val="13"/>
              </w:rPr>
              <w:t>3.447374784944624</w:t>
            </w:r>
          </w:p>
        </w:tc>
        <w:tc>
          <w:tcPr>
            <w:tcW w:w="1395" w:type="dxa"/>
            <w:shd w:val="clear" w:color="auto" w:fill="FFFFFF"/>
          </w:tcPr>
          <w:p w14:paraId="4B0E47B2" w14:textId="77777777" w:rsidR="00134FD8" w:rsidRDefault="00134FD8">
            <w:r>
              <w:rPr>
                <w:sz w:val="13"/>
              </w:rPr>
              <w:t>10.87387691345095</w:t>
            </w:r>
          </w:p>
        </w:tc>
        <w:tc>
          <w:tcPr>
            <w:tcW w:w="1683" w:type="dxa"/>
            <w:shd w:val="clear" w:color="auto" w:fill="FFFFFF"/>
          </w:tcPr>
          <w:p w14:paraId="7DE16402" w14:textId="77777777" w:rsidR="00134FD8" w:rsidRDefault="00134FD8">
            <w:r>
              <w:rPr>
                <w:sz w:val="13"/>
              </w:rPr>
              <w:t>3.214128943962839</w:t>
            </w:r>
          </w:p>
        </w:tc>
        <w:tc>
          <w:tcPr>
            <w:tcW w:w="1683" w:type="dxa"/>
            <w:shd w:val="clear" w:color="auto" w:fill="FFFFFF"/>
          </w:tcPr>
          <w:p w14:paraId="4AC69397" w14:textId="77777777" w:rsidR="00134FD8" w:rsidRDefault="00134FD8">
            <w:r>
              <w:rPr>
                <w:sz w:val="13"/>
              </w:rPr>
              <w:t>0.1025626743674287</w:t>
            </w:r>
          </w:p>
        </w:tc>
        <w:tc>
          <w:tcPr>
            <w:tcW w:w="1539" w:type="dxa"/>
            <w:shd w:val="clear" w:color="auto" w:fill="FFFFFF"/>
          </w:tcPr>
          <w:p w14:paraId="3F18F33A" w14:textId="77777777" w:rsidR="00134FD8" w:rsidRDefault="00134FD8">
            <w:r>
              <w:rPr>
                <w:sz w:val="13"/>
              </w:rPr>
              <w:t>0.3423290759536066</w:t>
            </w:r>
          </w:p>
        </w:tc>
        <w:tc>
          <w:tcPr>
            <w:tcW w:w="1245" w:type="dxa"/>
            <w:shd w:val="clear" w:color="auto" w:fill="FFFFFF"/>
          </w:tcPr>
          <w:p w14:paraId="6928F60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6374038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4B80B5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398C6E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71356C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Tuzzerella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2BF4AF0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04ADF337" w14:textId="77777777" w:rsidTr="003836A2">
        <w:tc>
          <w:tcPr>
            <w:tcW w:w="2501" w:type="dxa"/>
            <w:shd w:val="clear" w:color="auto" w:fill="F2F2F2"/>
          </w:tcPr>
          <w:p w14:paraId="25035C52" w14:textId="77777777" w:rsidR="00134FD8" w:rsidRDefault="00134FD8">
            <w:r>
              <w:rPr>
                <w:sz w:val="13"/>
              </w:rPr>
              <w:t>1741291fad0df0985032a4bf29394deb</w:t>
            </w:r>
          </w:p>
        </w:tc>
        <w:tc>
          <w:tcPr>
            <w:tcW w:w="1928" w:type="dxa"/>
            <w:shd w:val="clear" w:color="auto" w:fill="F2F2F2"/>
          </w:tcPr>
          <w:p w14:paraId="0CF97974" w14:textId="77777777" w:rsidR="00134FD8" w:rsidRDefault="00134FD8">
            <w:r>
              <w:rPr>
                <w:sz w:val="13"/>
              </w:rPr>
              <w:t>-4.189647083033941</w:t>
            </w:r>
          </w:p>
        </w:tc>
        <w:tc>
          <w:tcPr>
            <w:tcW w:w="1395" w:type="dxa"/>
            <w:shd w:val="clear" w:color="auto" w:fill="F2F2F2"/>
          </w:tcPr>
          <w:p w14:paraId="59B50B70" w14:textId="77777777" w:rsidR="00134FD8" w:rsidRDefault="00134FD8">
            <w:r>
              <w:rPr>
                <w:sz w:val="13"/>
              </w:rPr>
              <w:t>13.82876950136907</w:t>
            </w:r>
          </w:p>
        </w:tc>
        <w:tc>
          <w:tcPr>
            <w:tcW w:w="1683" w:type="dxa"/>
            <w:shd w:val="clear" w:color="auto" w:fill="F2F2F2"/>
          </w:tcPr>
          <w:p w14:paraId="1184BFA7" w14:textId="77777777" w:rsidR="00134FD8" w:rsidRDefault="00134FD8">
            <w:r>
              <w:rPr>
                <w:sz w:val="13"/>
              </w:rPr>
              <w:t>3.412443491886766</w:t>
            </w:r>
          </w:p>
        </w:tc>
        <w:tc>
          <w:tcPr>
            <w:tcW w:w="1683" w:type="dxa"/>
            <w:shd w:val="clear" w:color="auto" w:fill="F2F2F2"/>
          </w:tcPr>
          <w:p w14:paraId="2CB915BA" w14:textId="77777777" w:rsidR="00134FD8" w:rsidRDefault="00134FD8">
            <w:r>
              <w:rPr>
                <w:sz w:val="13"/>
              </w:rPr>
              <w:t>0.1032678255632176</w:t>
            </w:r>
          </w:p>
        </w:tc>
        <w:tc>
          <w:tcPr>
            <w:tcW w:w="1539" w:type="dxa"/>
            <w:shd w:val="clear" w:color="auto" w:fill="F2F2F2"/>
          </w:tcPr>
          <w:p w14:paraId="538352EA" w14:textId="77777777" w:rsidR="00134FD8" w:rsidRDefault="00134FD8">
            <w:r>
              <w:rPr>
                <w:sz w:val="13"/>
              </w:rPr>
              <w:t>0.3423290759536066</w:t>
            </w:r>
          </w:p>
        </w:tc>
        <w:tc>
          <w:tcPr>
            <w:tcW w:w="1245" w:type="dxa"/>
            <w:shd w:val="clear" w:color="auto" w:fill="F2F2F2"/>
          </w:tcPr>
          <w:p w14:paraId="4F8BB14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3D1BB37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6AC01C6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70E0B7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0DA6D4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769E4A1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3BCFA599" w14:textId="77777777" w:rsidTr="003836A2">
        <w:tc>
          <w:tcPr>
            <w:tcW w:w="2501" w:type="dxa"/>
            <w:shd w:val="clear" w:color="auto" w:fill="FFFFFF"/>
          </w:tcPr>
          <w:p w14:paraId="205841C0" w14:textId="77777777" w:rsidR="00134FD8" w:rsidRDefault="00134FD8">
            <w:r>
              <w:rPr>
                <w:sz w:val="13"/>
              </w:rPr>
              <w:t>b21bbd9f9a9ee207b793d76c06672371</w:t>
            </w:r>
          </w:p>
        </w:tc>
        <w:tc>
          <w:tcPr>
            <w:tcW w:w="1928" w:type="dxa"/>
            <w:shd w:val="clear" w:color="auto" w:fill="FFFFFF"/>
          </w:tcPr>
          <w:p w14:paraId="74DF2223" w14:textId="77777777" w:rsidR="00134FD8" w:rsidRDefault="00134FD8">
            <w:r>
              <w:rPr>
                <w:sz w:val="13"/>
              </w:rPr>
              <w:t>-1.156941158600875</w:t>
            </w:r>
          </w:p>
        </w:tc>
        <w:tc>
          <w:tcPr>
            <w:tcW w:w="1395" w:type="dxa"/>
            <w:shd w:val="clear" w:color="auto" w:fill="FFFFFF"/>
          </w:tcPr>
          <w:p w14:paraId="2F2D8C2E" w14:textId="77777777" w:rsidR="00134FD8" w:rsidRDefault="00134FD8">
            <w:r>
              <w:rPr>
                <w:sz w:val="13"/>
              </w:rPr>
              <w:t>14.49419357413194</w:t>
            </w:r>
          </w:p>
        </w:tc>
        <w:tc>
          <w:tcPr>
            <w:tcW w:w="1683" w:type="dxa"/>
            <w:shd w:val="clear" w:color="auto" w:fill="FFFFFF"/>
          </w:tcPr>
          <w:p w14:paraId="0167971B" w14:textId="77777777" w:rsidR="00134FD8" w:rsidRDefault="00134FD8">
            <w:r>
              <w:rPr>
                <w:sz w:val="13"/>
              </w:rPr>
              <w:t>3.410127707369229</w:t>
            </w:r>
          </w:p>
        </w:tc>
        <w:tc>
          <w:tcPr>
            <w:tcW w:w="1683" w:type="dxa"/>
            <w:shd w:val="clear" w:color="auto" w:fill="FFFFFF"/>
          </w:tcPr>
          <w:p w14:paraId="7E1CAAD7" w14:textId="77777777" w:rsidR="00134FD8" w:rsidRDefault="00134FD8">
            <w:r>
              <w:rPr>
                <w:sz w:val="13"/>
              </w:rPr>
              <w:t>0.1057192734562609</w:t>
            </w:r>
          </w:p>
        </w:tc>
        <w:tc>
          <w:tcPr>
            <w:tcW w:w="1539" w:type="dxa"/>
            <w:shd w:val="clear" w:color="auto" w:fill="FFFFFF"/>
          </w:tcPr>
          <w:p w14:paraId="2CD2F79D" w14:textId="77777777" w:rsidR="00134FD8" w:rsidRDefault="00134FD8">
            <w:r>
              <w:rPr>
                <w:sz w:val="13"/>
              </w:rPr>
              <w:t>0.3423290759536066</w:t>
            </w:r>
          </w:p>
        </w:tc>
        <w:tc>
          <w:tcPr>
            <w:tcW w:w="1245" w:type="dxa"/>
            <w:shd w:val="clear" w:color="auto" w:fill="FFFFFF"/>
          </w:tcPr>
          <w:p w14:paraId="160F0FC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5ADDACE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053EB85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232B1B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DD826E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68591D9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28CD4BD6" w14:textId="77777777" w:rsidTr="003836A2">
        <w:tc>
          <w:tcPr>
            <w:tcW w:w="2501" w:type="dxa"/>
            <w:shd w:val="clear" w:color="auto" w:fill="F2F2F2"/>
          </w:tcPr>
          <w:p w14:paraId="2810B281" w14:textId="77777777" w:rsidR="00134FD8" w:rsidRDefault="00134FD8">
            <w:r>
              <w:rPr>
                <w:sz w:val="13"/>
              </w:rPr>
              <w:t>ccb80719aaf6b52bd8256aecd9c2b56c</w:t>
            </w:r>
          </w:p>
        </w:tc>
        <w:tc>
          <w:tcPr>
            <w:tcW w:w="1928" w:type="dxa"/>
            <w:shd w:val="clear" w:color="auto" w:fill="F2F2F2"/>
          </w:tcPr>
          <w:p w14:paraId="239CC320" w14:textId="77777777" w:rsidR="00134FD8" w:rsidRDefault="00134FD8">
            <w:r>
              <w:rPr>
                <w:sz w:val="13"/>
              </w:rPr>
              <w:t>-1.956044730685009</w:t>
            </w:r>
          </w:p>
        </w:tc>
        <w:tc>
          <w:tcPr>
            <w:tcW w:w="1395" w:type="dxa"/>
            <w:shd w:val="clear" w:color="auto" w:fill="F2F2F2"/>
          </w:tcPr>
          <w:p w14:paraId="4FF6684F" w14:textId="77777777" w:rsidR="00134FD8" w:rsidRDefault="00134FD8">
            <w:r>
              <w:rPr>
                <w:sz w:val="13"/>
              </w:rPr>
              <w:t>16.4607235737338</w:t>
            </w:r>
          </w:p>
        </w:tc>
        <w:tc>
          <w:tcPr>
            <w:tcW w:w="1683" w:type="dxa"/>
            <w:shd w:val="clear" w:color="auto" w:fill="F2F2F2"/>
          </w:tcPr>
          <w:p w14:paraId="3B0C75B1" w14:textId="77777777" w:rsidR="00134FD8" w:rsidRDefault="00134FD8">
            <w:r>
              <w:rPr>
                <w:sz w:val="13"/>
              </w:rPr>
              <w:t>3.426706388464279</w:t>
            </w:r>
          </w:p>
        </w:tc>
        <w:tc>
          <w:tcPr>
            <w:tcW w:w="1683" w:type="dxa"/>
            <w:shd w:val="clear" w:color="auto" w:fill="F2F2F2"/>
          </w:tcPr>
          <w:p w14:paraId="680BDCB8" w14:textId="77777777" w:rsidR="00134FD8" w:rsidRDefault="00134FD8">
            <w:r>
              <w:rPr>
                <w:sz w:val="13"/>
              </w:rPr>
              <w:t>0.1084594947029126</w:t>
            </w:r>
          </w:p>
        </w:tc>
        <w:tc>
          <w:tcPr>
            <w:tcW w:w="1539" w:type="dxa"/>
            <w:shd w:val="clear" w:color="auto" w:fill="F2F2F2"/>
          </w:tcPr>
          <w:p w14:paraId="2A1F5B62" w14:textId="77777777" w:rsidR="00134FD8" w:rsidRDefault="00134FD8">
            <w:r>
              <w:rPr>
                <w:sz w:val="13"/>
              </w:rPr>
              <w:t>0.3430346809208398</w:t>
            </w:r>
          </w:p>
        </w:tc>
        <w:tc>
          <w:tcPr>
            <w:tcW w:w="1245" w:type="dxa"/>
            <w:shd w:val="clear" w:color="auto" w:fill="F2F2F2"/>
          </w:tcPr>
          <w:p w14:paraId="2462455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90AF65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649867D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Erysipelotrichales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5D4FBA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Erysipelotrichaceae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6C6E6E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Turicibacter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6794C5F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A61D2DB" w14:textId="77777777" w:rsidTr="003836A2">
        <w:tc>
          <w:tcPr>
            <w:tcW w:w="2501" w:type="dxa"/>
            <w:shd w:val="clear" w:color="auto" w:fill="FFFFFF"/>
          </w:tcPr>
          <w:p w14:paraId="66E32110" w14:textId="77777777" w:rsidR="00134FD8" w:rsidRDefault="00134FD8">
            <w:r>
              <w:rPr>
                <w:sz w:val="13"/>
              </w:rPr>
              <w:t>692908d9e8dc244214e861f18774ffb2</w:t>
            </w:r>
          </w:p>
        </w:tc>
        <w:tc>
          <w:tcPr>
            <w:tcW w:w="1928" w:type="dxa"/>
            <w:shd w:val="clear" w:color="auto" w:fill="FFFFFF"/>
          </w:tcPr>
          <w:p w14:paraId="3278583A" w14:textId="77777777" w:rsidR="00134FD8" w:rsidRDefault="00134FD8">
            <w:r>
              <w:rPr>
                <w:sz w:val="13"/>
              </w:rPr>
              <w:t>2.494822127196775</w:t>
            </w:r>
          </w:p>
        </w:tc>
        <w:tc>
          <w:tcPr>
            <w:tcW w:w="1395" w:type="dxa"/>
            <w:shd w:val="clear" w:color="auto" w:fill="FFFFFF"/>
          </w:tcPr>
          <w:p w14:paraId="4DDD74BF" w14:textId="77777777" w:rsidR="00134FD8" w:rsidRDefault="00134FD8">
            <w:r>
              <w:rPr>
                <w:sz w:val="13"/>
              </w:rPr>
              <w:t>12.0707830247947</w:t>
            </w:r>
          </w:p>
        </w:tc>
        <w:tc>
          <w:tcPr>
            <w:tcW w:w="1683" w:type="dxa"/>
            <w:shd w:val="clear" w:color="auto" w:fill="FFFFFF"/>
          </w:tcPr>
          <w:p w14:paraId="43D4AEC2" w14:textId="77777777" w:rsidR="00134FD8" w:rsidRDefault="00134FD8">
            <w:r>
              <w:rPr>
                <w:sz w:val="13"/>
              </w:rPr>
              <w:t>3.01259111881989</w:t>
            </w:r>
          </w:p>
        </w:tc>
        <w:tc>
          <w:tcPr>
            <w:tcW w:w="1683" w:type="dxa"/>
            <w:shd w:val="clear" w:color="auto" w:fill="FFFFFF"/>
          </w:tcPr>
          <w:p w14:paraId="51412D7B" w14:textId="77777777" w:rsidR="00134FD8" w:rsidRDefault="00134FD8">
            <w:r>
              <w:rPr>
                <w:sz w:val="13"/>
              </w:rPr>
              <w:t>0.1198502800594355</w:t>
            </w:r>
          </w:p>
        </w:tc>
        <w:tc>
          <w:tcPr>
            <w:tcW w:w="1539" w:type="dxa"/>
            <w:shd w:val="clear" w:color="auto" w:fill="FFFFFF"/>
          </w:tcPr>
          <w:p w14:paraId="4C7A9BD4" w14:textId="77777777" w:rsidR="00134FD8" w:rsidRDefault="00134FD8">
            <w:r>
              <w:rPr>
                <w:sz w:val="13"/>
              </w:rPr>
              <w:t>0.3704463201837097</w:t>
            </w:r>
          </w:p>
        </w:tc>
        <w:tc>
          <w:tcPr>
            <w:tcW w:w="1245" w:type="dxa"/>
            <w:shd w:val="clear" w:color="auto" w:fill="FFFFFF"/>
          </w:tcPr>
          <w:p w14:paraId="4F6FDD6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118D43C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36F270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A3A092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F7EA2B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683630F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F401A3C" w14:textId="77777777" w:rsidTr="003836A2">
        <w:tc>
          <w:tcPr>
            <w:tcW w:w="2501" w:type="dxa"/>
            <w:shd w:val="clear" w:color="auto" w:fill="F2F2F2"/>
          </w:tcPr>
          <w:p w14:paraId="35E2D6D4" w14:textId="77777777" w:rsidR="00134FD8" w:rsidRDefault="00134FD8">
            <w:r>
              <w:rPr>
                <w:sz w:val="13"/>
              </w:rPr>
              <w:t>13dc4a339d045155045a007dd6f805a3</w:t>
            </w:r>
          </w:p>
        </w:tc>
        <w:tc>
          <w:tcPr>
            <w:tcW w:w="1928" w:type="dxa"/>
            <w:shd w:val="clear" w:color="auto" w:fill="F2F2F2"/>
          </w:tcPr>
          <w:p w14:paraId="5A58507D" w14:textId="77777777" w:rsidR="00134FD8" w:rsidRDefault="00134FD8">
            <w:r>
              <w:rPr>
                <w:sz w:val="13"/>
              </w:rPr>
              <w:t>-4.143947525323161</w:t>
            </w:r>
          </w:p>
        </w:tc>
        <w:tc>
          <w:tcPr>
            <w:tcW w:w="1395" w:type="dxa"/>
            <w:shd w:val="clear" w:color="auto" w:fill="F2F2F2"/>
          </w:tcPr>
          <w:p w14:paraId="0914C493" w14:textId="77777777" w:rsidR="00134FD8" w:rsidRDefault="00134FD8">
            <w:r>
              <w:rPr>
                <w:sz w:val="13"/>
              </w:rPr>
              <w:t>15.40697482544366</w:t>
            </w:r>
          </w:p>
        </w:tc>
        <w:tc>
          <w:tcPr>
            <w:tcW w:w="1683" w:type="dxa"/>
            <w:shd w:val="clear" w:color="auto" w:fill="F2F2F2"/>
          </w:tcPr>
          <w:p w14:paraId="7CC5E3DC" w14:textId="77777777" w:rsidR="00134FD8" w:rsidRDefault="00134FD8">
            <w:r>
              <w:rPr>
                <w:sz w:val="13"/>
              </w:rPr>
              <w:t>2.995570706116308</w:t>
            </w:r>
          </w:p>
        </w:tc>
        <w:tc>
          <w:tcPr>
            <w:tcW w:w="1683" w:type="dxa"/>
            <w:shd w:val="clear" w:color="auto" w:fill="F2F2F2"/>
          </w:tcPr>
          <w:p w14:paraId="4EC3726C" w14:textId="77777777" w:rsidR="00134FD8" w:rsidRDefault="00134FD8">
            <w:r>
              <w:rPr>
                <w:sz w:val="13"/>
              </w:rPr>
              <w:t>0.1264064511494931</w:t>
            </w:r>
          </w:p>
        </w:tc>
        <w:tc>
          <w:tcPr>
            <w:tcW w:w="1539" w:type="dxa"/>
            <w:shd w:val="clear" w:color="auto" w:fill="F2F2F2"/>
          </w:tcPr>
          <w:p w14:paraId="3B096AAF" w14:textId="77777777" w:rsidR="00134FD8" w:rsidRDefault="00134FD8">
            <w:r>
              <w:rPr>
                <w:sz w:val="13"/>
              </w:rPr>
              <w:t>0.3820283856962458</w:t>
            </w:r>
          </w:p>
        </w:tc>
        <w:tc>
          <w:tcPr>
            <w:tcW w:w="1245" w:type="dxa"/>
            <w:shd w:val="clear" w:color="auto" w:fill="F2F2F2"/>
          </w:tcPr>
          <w:p w14:paraId="25939A0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2A893C5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6DDC8CC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11095F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455F41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60818AD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7CBEE1C6" w14:textId="77777777" w:rsidTr="003836A2">
        <w:tc>
          <w:tcPr>
            <w:tcW w:w="2501" w:type="dxa"/>
            <w:shd w:val="clear" w:color="auto" w:fill="FFFFFF"/>
          </w:tcPr>
          <w:p w14:paraId="793B4344" w14:textId="77777777" w:rsidR="00134FD8" w:rsidRDefault="00134FD8">
            <w:r>
              <w:rPr>
                <w:sz w:val="13"/>
              </w:rPr>
              <w:t>2c5cb5d13741bf41f17cd7cc6320c2a9</w:t>
            </w:r>
          </w:p>
        </w:tc>
        <w:tc>
          <w:tcPr>
            <w:tcW w:w="1928" w:type="dxa"/>
            <w:shd w:val="clear" w:color="auto" w:fill="FFFFFF"/>
          </w:tcPr>
          <w:p w14:paraId="71906EE0" w14:textId="77777777" w:rsidR="00134FD8" w:rsidRDefault="00134FD8">
            <w:r>
              <w:rPr>
                <w:sz w:val="13"/>
              </w:rPr>
              <w:t>2.983784942169444</w:t>
            </w:r>
          </w:p>
        </w:tc>
        <w:tc>
          <w:tcPr>
            <w:tcW w:w="1395" w:type="dxa"/>
            <w:shd w:val="clear" w:color="auto" w:fill="FFFFFF"/>
          </w:tcPr>
          <w:p w14:paraId="4CFA8C39" w14:textId="77777777" w:rsidR="00134FD8" w:rsidRDefault="00134FD8">
            <w:r>
              <w:rPr>
                <w:sz w:val="13"/>
              </w:rPr>
              <w:t>10.19439173280655</w:t>
            </w:r>
          </w:p>
        </w:tc>
        <w:tc>
          <w:tcPr>
            <w:tcW w:w="1683" w:type="dxa"/>
            <w:shd w:val="clear" w:color="auto" w:fill="FFFFFF"/>
          </w:tcPr>
          <w:p w14:paraId="42E2427F" w14:textId="77777777" w:rsidR="00134FD8" w:rsidRDefault="00134FD8">
            <w:r>
              <w:rPr>
                <w:sz w:val="13"/>
              </w:rPr>
              <w:t>2.675169439999722</w:t>
            </w:r>
          </w:p>
        </w:tc>
        <w:tc>
          <w:tcPr>
            <w:tcW w:w="1683" w:type="dxa"/>
            <w:shd w:val="clear" w:color="auto" w:fill="FFFFFF"/>
          </w:tcPr>
          <w:p w14:paraId="7D1DC92A" w14:textId="77777777" w:rsidR="00134FD8" w:rsidRDefault="00134FD8">
            <w:r>
              <w:rPr>
                <w:sz w:val="13"/>
              </w:rPr>
              <w:t>0.1307159082482073</w:t>
            </w:r>
          </w:p>
        </w:tc>
        <w:tc>
          <w:tcPr>
            <w:tcW w:w="1539" w:type="dxa"/>
            <w:shd w:val="clear" w:color="auto" w:fill="FFFFFF"/>
          </w:tcPr>
          <w:p w14:paraId="7ABB57F3" w14:textId="77777777" w:rsidR="00134FD8" w:rsidRDefault="00134FD8">
            <w:r>
              <w:rPr>
                <w:sz w:val="13"/>
              </w:rPr>
              <w:t>0.3864644243860042</w:t>
            </w:r>
          </w:p>
        </w:tc>
        <w:tc>
          <w:tcPr>
            <w:tcW w:w="1245" w:type="dxa"/>
            <w:shd w:val="clear" w:color="auto" w:fill="FFFFFF"/>
          </w:tcPr>
          <w:p w14:paraId="66DC148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40C9BF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12C7626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6174BA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46BD587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68F8E76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480B8F86" w14:textId="77777777" w:rsidTr="003836A2">
        <w:tc>
          <w:tcPr>
            <w:tcW w:w="2501" w:type="dxa"/>
            <w:shd w:val="clear" w:color="auto" w:fill="F2F2F2"/>
          </w:tcPr>
          <w:p w14:paraId="41E870DA" w14:textId="77777777" w:rsidR="00134FD8" w:rsidRDefault="00134FD8">
            <w:r>
              <w:rPr>
                <w:sz w:val="13"/>
              </w:rPr>
              <w:t>c1451b1a9a1acebd0ec2f5aca8f5cfcb</w:t>
            </w:r>
          </w:p>
        </w:tc>
        <w:tc>
          <w:tcPr>
            <w:tcW w:w="1928" w:type="dxa"/>
            <w:shd w:val="clear" w:color="auto" w:fill="F2F2F2"/>
          </w:tcPr>
          <w:p w14:paraId="0D3E21DB" w14:textId="77777777" w:rsidR="00134FD8" w:rsidRDefault="00134FD8">
            <w:r>
              <w:rPr>
                <w:sz w:val="13"/>
              </w:rPr>
              <w:t>-3.442346853814726</w:t>
            </w:r>
          </w:p>
        </w:tc>
        <w:tc>
          <w:tcPr>
            <w:tcW w:w="1395" w:type="dxa"/>
            <w:shd w:val="clear" w:color="auto" w:fill="F2F2F2"/>
          </w:tcPr>
          <w:p w14:paraId="23A58D0D" w14:textId="77777777" w:rsidR="00134FD8" w:rsidRDefault="00134FD8">
            <w:r>
              <w:rPr>
                <w:sz w:val="13"/>
              </w:rPr>
              <w:t>12.30682278271889</w:t>
            </w:r>
          </w:p>
        </w:tc>
        <w:tc>
          <w:tcPr>
            <w:tcW w:w="1683" w:type="dxa"/>
            <w:shd w:val="clear" w:color="auto" w:fill="F2F2F2"/>
          </w:tcPr>
          <w:p w14:paraId="2120F1EF" w14:textId="77777777" w:rsidR="00134FD8" w:rsidRDefault="00134FD8">
            <w:r>
              <w:rPr>
                <w:sz w:val="13"/>
              </w:rPr>
              <w:t>2.570655996498324</w:t>
            </w:r>
          </w:p>
        </w:tc>
        <w:tc>
          <w:tcPr>
            <w:tcW w:w="1683" w:type="dxa"/>
            <w:shd w:val="clear" w:color="auto" w:fill="F2F2F2"/>
          </w:tcPr>
          <w:p w14:paraId="07EE18DF" w14:textId="77777777" w:rsidR="00134FD8" w:rsidRDefault="00134FD8">
            <w:r>
              <w:rPr>
                <w:sz w:val="13"/>
              </w:rPr>
              <w:t>0.1459072938932022</w:t>
            </w:r>
          </w:p>
        </w:tc>
        <w:tc>
          <w:tcPr>
            <w:tcW w:w="1539" w:type="dxa"/>
            <w:shd w:val="clear" w:color="auto" w:fill="F2F2F2"/>
          </w:tcPr>
          <w:p w14:paraId="543CDB95" w14:textId="77777777" w:rsidR="00134FD8" w:rsidRDefault="00134FD8">
            <w:r>
              <w:rPr>
                <w:sz w:val="13"/>
              </w:rPr>
              <w:t>0.4221998291377765</w:t>
            </w:r>
          </w:p>
        </w:tc>
        <w:tc>
          <w:tcPr>
            <w:tcW w:w="1245" w:type="dxa"/>
            <w:shd w:val="clear" w:color="auto" w:fill="F2F2F2"/>
          </w:tcPr>
          <w:p w14:paraId="26EA5E9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83B61D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6924EAD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852185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07D94F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3CC8476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Clostridium_sp</w:t>
            </w:r>
            <w:proofErr w:type="spellEnd"/>
            <w:r w:rsidRPr="00134FD8">
              <w:rPr>
                <w:i/>
                <w:iCs/>
                <w:sz w:val="13"/>
              </w:rPr>
              <w:t>.</w:t>
            </w:r>
          </w:p>
        </w:tc>
      </w:tr>
      <w:tr w:rsidR="00134FD8" w14:paraId="28E84DA5" w14:textId="77777777" w:rsidTr="003836A2">
        <w:tc>
          <w:tcPr>
            <w:tcW w:w="2501" w:type="dxa"/>
            <w:shd w:val="clear" w:color="auto" w:fill="FFFFFF"/>
          </w:tcPr>
          <w:p w14:paraId="7E8DE3FD" w14:textId="77777777" w:rsidR="00134FD8" w:rsidRDefault="00134FD8">
            <w:r>
              <w:rPr>
                <w:sz w:val="13"/>
              </w:rPr>
              <w:t>327c66c50de441f5d6a1ae609fd2cece</w:t>
            </w:r>
          </w:p>
        </w:tc>
        <w:tc>
          <w:tcPr>
            <w:tcW w:w="1928" w:type="dxa"/>
            <w:shd w:val="clear" w:color="auto" w:fill="FFFFFF"/>
          </w:tcPr>
          <w:p w14:paraId="247058B9" w14:textId="77777777" w:rsidR="00134FD8" w:rsidRDefault="00134FD8">
            <w:r>
              <w:rPr>
                <w:sz w:val="13"/>
              </w:rPr>
              <w:t>-2.863964823305308</w:t>
            </w:r>
          </w:p>
        </w:tc>
        <w:tc>
          <w:tcPr>
            <w:tcW w:w="1395" w:type="dxa"/>
            <w:shd w:val="clear" w:color="auto" w:fill="FFFFFF"/>
          </w:tcPr>
          <w:p w14:paraId="050875C5" w14:textId="77777777" w:rsidR="00134FD8" w:rsidRDefault="00134FD8">
            <w:r>
              <w:rPr>
                <w:sz w:val="13"/>
              </w:rPr>
              <w:t>11.86626729544461</w:t>
            </w:r>
          </w:p>
        </w:tc>
        <w:tc>
          <w:tcPr>
            <w:tcW w:w="1683" w:type="dxa"/>
            <w:shd w:val="clear" w:color="auto" w:fill="FFFFFF"/>
          </w:tcPr>
          <w:p w14:paraId="309AC1C3" w14:textId="77777777" w:rsidR="00134FD8" w:rsidRDefault="00134FD8">
            <w:r>
              <w:rPr>
                <w:sz w:val="13"/>
              </w:rPr>
              <w:t>2.13899115597825</w:t>
            </w:r>
          </w:p>
        </w:tc>
        <w:tc>
          <w:tcPr>
            <w:tcW w:w="1683" w:type="dxa"/>
            <w:shd w:val="clear" w:color="auto" w:fill="FFFFFF"/>
          </w:tcPr>
          <w:p w14:paraId="3C081C59" w14:textId="77777777" w:rsidR="00134FD8" w:rsidRDefault="00134FD8">
            <w:r>
              <w:rPr>
                <w:sz w:val="13"/>
              </w:rPr>
              <w:t>0.1799217050249608</w:t>
            </w:r>
          </w:p>
        </w:tc>
        <w:tc>
          <w:tcPr>
            <w:tcW w:w="1539" w:type="dxa"/>
            <w:shd w:val="clear" w:color="auto" w:fill="FFFFFF"/>
          </w:tcPr>
          <w:p w14:paraId="1E345940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FFFFF"/>
          </w:tcPr>
          <w:p w14:paraId="091745B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5CD9308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1328733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1D9686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C86828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2F49F90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uncultured_Bacteroidales</w:t>
            </w:r>
            <w:proofErr w:type="spellEnd"/>
          </w:p>
        </w:tc>
      </w:tr>
      <w:tr w:rsidR="00134FD8" w14:paraId="3BEDAF72" w14:textId="77777777" w:rsidTr="003836A2">
        <w:tc>
          <w:tcPr>
            <w:tcW w:w="2501" w:type="dxa"/>
            <w:shd w:val="clear" w:color="auto" w:fill="F2F2F2"/>
          </w:tcPr>
          <w:p w14:paraId="72F7867C" w14:textId="77777777" w:rsidR="00134FD8" w:rsidRDefault="00134FD8">
            <w:r>
              <w:rPr>
                <w:sz w:val="13"/>
              </w:rPr>
              <w:t>b6eb05e7cbc9b5a3c6454af600a6ab3f</w:t>
            </w:r>
          </w:p>
        </w:tc>
        <w:tc>
          <w:tcPr>
            <w:tcW w:w="1928" w:type="dxa"/>
            <w:shd w:val="clear" w:color="auto" w:fill="F2F2F2"/>
          </w:tcPr>
          <w:p w14:paraId="1CEF3132" w14:textId="77777777" w:rsidR="00134FD8" w:rsidRDefault="00134FD8">
            <w:r>
              <w:rPr>
                <w:sz w:val="13"/>
              </w:rPr>
              <w:t>-3.066277715647322</w:t>
            </w:r>
          </w:p>
        </w:tc>
        <w:tc>
          <w:tcPr>
            <w:tcW w:w="1395" w:type="dxa"/>
            <w:shd w:val="clear" w:color="auto" w:fill="F2F2F2"/>
          </w:tcPr>
          <w:p w14:paraId="1F3EFF3E" w14:textId="77777777" w:rsidR="00134FD8" w:rsidRDefault="00134FD8">
            <w:r>
              <w:rPr>
                <w:sz w:val="13"/>
              </w:rPr>
              <w:t>11.67583556268436</w:t>
            </w:r>
          </w:p>
        </w:tc>
        <w:tc>
          <w:tcPr>
            <w:tcW w:w="1683" w:type="dxa"/>
            <w:shd w:val="clear" w:color="auto" w:fill="F2F2F2"/>
          </w:tcPr>
          <w:p w14:paraId="4ED2AA37" w14:textId="77777777" w:rsidR="00134FD8" w:rsidRDefault="00134FD8">
            <w:r>
              <w:rPr>
                <w:sz w:val="13"/>
              </w:rPr>
              <w:t>2.115654497061298</w:t>
            </w:r>
          </w:p>
        </w:tc>
        <w:tc>
          <w:tcPr>
            <w:tcW w:w="1683" w:type="dxa"/>
            <w:shd w:val="clear" w:color="auto" w:fill="F2F2F2"/>
          </w:tcPr>
          <w:p w14:paraId="02D8DEC5" w14:textId="77777777" w:rsidR="00134FD8" w:rsidRDefault="00134FD8">
            <w:r>
              <w:rPr>
                <w:sz w:val="13"/>
              </w:rPr>
              <w:t>0.180848280934909</w:t>
            </w:r>
          </w:p>
        </w:tc>
        <w:tc>
          <w:tcPr>
            <w:tcW w:w="1539" w:type="dxa"/>
            <w:shd w:val="clear" w:color="auto" w:fill="F2F2F2"/>
          </w:tcPr>
          <w:p w14:paraId="54E6D66D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2F2F2"/>
          </w:tcPr>
          <w:p w14:paraId="0858511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3F2B9FC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079E10A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5F2A63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8DEB4D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72CC6C6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73FFAC1C" w14:textId="77777777" w:rsidTr="003836A2">
        <w:tc>
          <w:tcPr>
            <w:tcW w:w="2501" w:type="dxa"/>
            <w:shd w:val="clear" w:color="auto" w:fill="FFFFFF"/>
          </w:tcPr>
          <w:p w14:paraId="28708973" w14:textId="77777777" w:rsidR="00134FD8" w:rsidRDefault="00134FD8">
            <w:r>
              <w:rPr>
                <w:sz w:val="13"/>
              </w:rPr>
              <w:t>ec0d916fcd6e22130801cd8f22d3fc19</w:t>
            </w:r>
          </w:p>
        </w:tc>
        <w:tc>
          <w:tcPr>
            <w:tcW w:w="1928" w:type="dxa"/>
            <w:shd w:val="clear" w:color="auto" w:fill="FFFFFF"/>
          </w:tcPr>
          <w:p w14:paraId="0055BCE0" w14:textId="77777777" w:rsidR="00134FD8" w:rsidRDefault="00134FD8">
            <w:r>
              <w:rPr>
                <w:sz w:val="13"/>
              </w:rPr>
              <w:t>-2.015371299514395</w:t>
            </w:r>
          </w:p>
        </w:tc>
        <w:tc>
          <w:tcPr>
            <w:tcW w:w="1395" w:type="dxa"/>
            <w:shd w:val="clear" w:color="auto" w:fill="FFFFFF"/>
          </w:tcPr>
          <w:p w14:paraId="743B8469" w14:textId="77777777" w:rsidR="00134FD8" w:rsidRDefault="00134FD8">
            <w:r>
              <w:rPr>
                <w:sz w:val="13"/>
              </w:rPr>
              <w:t>10.26804492128639</w:t>
            </w:r>
          </w:p>
        </w:tc>
        <w:tc>
          <w:tcPr>
            <w:tcW w:w="1683" w:type="dxa"/>
            <w:shd w:val="clear" w:color="auto" w:fill="FFFFFF"/>
          </w:tcPr>
          <w:p w14:paraId="2A53A257" w14:textId="77777777" w:rsidR="00134FD8" w:rsidRDefault="00134FD8">
            <w:r>
              <w:rPr>
                <w:sz w:val="13"/>
              </w:rPr>
              <w:t>1.987984408476619</w:t>
            </w:r>
          </w:p>
        </w:tc>
        <w:tc>
          <w:tcPr>
            <w:tcW w:w="1683" w:type="dxa"/>
            <w:shd w:val="clear" w:color="auto" w:fill="FFFFFF"/>
          </w:tcPr>
          <w:p w14:paraId="65879E92" w14:textId="77777777" w:rsidR="00134FD8" w:rsidRDefault="00134FD8">
            <w:r>
              <w:rPr>
                <w:sz w:val="13"/>
              </w:rPr>
              <w:t>0.1887923902203515</w:t>
            </w:r>
          </w:p>
        </w:tc>
        <w:tc>
          <w:tcPr>
            <w:tcW w:w="1539" w:type="dxa"/>
            <w:shd w:val="clear" w:color="auto" w:fill="FFFFFF"/>
          </w:tcPr>
          <w:p w14:paraId="1EDB455F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FFFFF"/>
          </w:tcPr>
          <w:p w14:paraId="0BF9EB4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0DC43AB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3C0E621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ED5E8B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UCG-010</w:t>
            </w:r>
          </w:p>
        </w:tc>
        <w:tc>
          <w:tcPr>
            <w:tcW w:w="2411" w:type="dxa"/>
            <w:shd w:val="clear" w:color="auto" w:fill="FFFFFF"/>
          </w:tcPr>
          <w:p w14:paraId="3F4E997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UCG-010</w:t>
            </w:r>
          </w:p>
        </w:tc>
        <w:tc>
          <w:tcPr>
            <w:tcW w:w="1936" w:type="dxa"/>
            <w:shd w:val="clear" w:color="auto" w:fill="FFFFFF"/>
          </w:tcPr>
          <w:p w14:paraId="4561446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597B4E70" w14:textId="77777777" w:rsidTr="003836A2">
        <w:tc>
          <w:tcPr>
            <w:tcW w:w="2501" w:type="dxa"/>
            <w:shd w:val="clear" w:color="auto" w:fill="F2F2F2"/>
          </w:tcPr>
          <w:p w14:paraId="327AA862" w14:textId="77777777" w:rsidR="00134FD8" w:rsidRDefault="00134FD8">
            <w:r>
              <w:rPr>
                <w:sz w:val="13"/>
              </w:rPr>
              <w:t>2a7a5cb9153f70133cb37251e8374117</w:t>
            </w:r>
          </w:p>
        </w:tc>
        <w:tc>
          <w:tcPr>
            <w:tcW w:w="1928" w:type="dxa"/>
            <w:shd w:val="clear" w:color="auto" w:fill="F2F2F2"/>
          </w:tcPr>
          <w:p w14:paraId="269A74F8" w14:textId="77777777" w:rsidR="00134FD8" w:rsidRDefault="00134FD8">
            <w:r>
              <w:rPr>
                <w:sz w:val="13"/>
              </w:rPr>
              <w:t>-3.652039370975471</w:t>
            </w:r>
          </w:p>
        </w:tc>
        <w:tc>
          <w:tcPr>
            <w:tcW w:w="1395" w:type="dxa"/>
            <w:shd w:val="clear" w:color="auto" w:fill="F2F2F2"/>
          </w:tcPr>
          <w:p w14:paraId="0E861EDF" w14:textId="77777777" w:rsidR="00134FD8" w:rsidRDefault="00134FD8">
            <w:r>
              <w:rPr>
                <w:sz w:val="13"/>
              </w:rPr>
              <w:t>11.97977531891469</w:t>
            </w:r>
          </w:p>
        </w:tc>
        <w:tc>
          <w:tcPr>
            <w:tcW w:w="1683" w:type="dxa"/>
            <w:shd w:val="clear" w:color="auto" w:fill="F2F2F2"/>
          </w:tcPr>
          <w:p w14:paraId="4A5AFD25" w14:textId="77777777" w:rsidR="00134FD8" w:rsidRDefault="00134FD8">
            <w:r>
              <w:rPr>
                <w:sz w:val="13"/>
              </w:rPr>
              <w:t>2.021116074210278</w:t>
            </w:r>
          </w:p>
        </w:tc>
        <w:tc>
          <w:tcPr>
            <w:tcW w:w="1683" w:type="dxa"/>
            <w:shd w:val="clear" w:color="auto" w:fill="F2F2F2"/>
          </w:tcPr>
          <w:p w14:paraId="1FAE4DC2" w14:textId="77777777" w:rsidR="00134FD8" w:rsidRDefault="00134FD8">
            <w:r>
              <w:rPr>
                <w:sz w:val="13"/>
              </w:rPr>
              <w:t>0.189644072147469</w:t>
            </w:r>
          </w:p>
        </w:tc>
        <w:tc>
          <w:tcPr>
            <w:tcW w:w="1539" w:type="dxa"/>
            <w:shd w:val="clear" w:color="auto" w:fill="F2F2F2"/>
          </w:tcPr>
          <w:p w14:paraId="7CE9D2BB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2F2F2"/>
          </w:tcPr>
          <w:p w14:paraId="6FFED1B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DC10BA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11E84D4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17E84C5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45C5995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2F2F2"/>
          </w:tcPr>
          <w:p w14:paraId="48999D5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36A7064C" w14:textId="77777777" w:rsidTr="003836A2">
        <w:tc>
          <w:tcPr>
            <w:tcW w:w="2501" w:type="dxa"/>
            <w:shd w:val="clear" w:color="auto" w:fill="FFFFFF"/>
          </w:tcPr>
          <w:p w14:paraId="6A7D172C" w14:textId="77777777" w:rsidR="00134FD8" w:rsidRDefault="00134FD8">
            <w:r>
              <w:rPr>
                <w:sz w:val="13"/>
              </w:rPr>
              <w:t>14c12b4ae33949900766741454fcc84f</w:t>
            </w:r>
          </w:p>
        </w:tc>
        <w:tc>
          <w:tcPr>
            <w:tcW w:w="1928" w:type="dxa"/>
            <w:shd w:val="clear" w:color="auto" w:fill="FFFFFF"/>
          </w:tcPr>
          <w:p w14:paraId="5BEECFD2" w14:textId="77777777" w:rsidR="00134FD8" w:rsidRDefault="00134FD8">
            <w:r>
              <w:rPr>
                <w:sz w:val="13"/>
              </w:rPr>
              <w:t>-3.204787520980444</w:t>
            </w:r>
          </w:p>
        </w:tc>
        <w:tc>
          <w:tcPr>
            <w:tcW w:w="1395" w:type="dxa"/>
            <w:shd w:val="clear" w:color="auto" w:fill="FFFFFF"/>
          </w:tcPr>
          <w:p w14:paraId="73A78726" w14:textId="77777777" w:rsidR="00134FD8" w:rsidRDefault="00134FD8">
            <w:r>
              <w:rPr>
                <w:sz w:val="13"/>
              </w:rPr>
              <w:t>13.16103900203492</w:t>
            </w:r>
          </w:p>
        </w:tc>
        <w:tc>
          <w:tcPr>
            <w:tcW w:w="1683" w:type="dxa"/>
            <w:shd w:val="clear" w:color="auto" w:fill="FFFFFF"/>
          </w:tcPr>
          <w:p w14:paraId="7CF8B12A" w14:textId="77777777" w:rsidR="00134FD8" w:rsidRDefault="00134FD8">
            <w:r>
              <w:rPr>
                <w:sz w:val="13"/>
              </w:rPr>
              <w:t>2.061672781150031</w:t>
            </w:r>
          </w:p>
        </w:tc>
        <w:tc>
          <w:tcPr>
            <w:tcW w:w="1683" w:type="dxa"/>
            <w:shd w:val="clear" w:color="auto" w:fill="FFFFFF"/>
          </w:tcPr>
          <w:p w14:paraId="6BB19BE8" w14:textId="77777777" w:rsidR="00134FD8" w:rsidRDefault="00134FD8">
            <w:r>
              <w:rPr>
                <w:sz w:val="13"/>
              </w:rPr>
              <w:t>0.1903812092513165</w:t>
            </w:r>
          </w:p>
        </w:tc>
        <w:tc>
          <w:tcPr>
            <w:tcW w:w="1539" w:type="dxa"/>
            <w:shd w:val="clear" w:color="auto" w:fill="FFFFFF"/>
          </w:tcPr>
          <w:p w14:paraId="17B6F2AB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FFFFF"/>
          </w:tcPr>
          <w:p w14:paraId="670318F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CE2AE1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1F3DEF8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61A6D4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EDFEE5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4FC7C23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0F3F8DCD" w14:textId="77777777" w:rsidTr="003836A2">
        <w:tc>
          <w:tcPr>
            <w:tcW w:w="2501" w:type="dxa"/>
            <w:shd w:val="clear" w:color="auto" w:fill="F2F2F2"/>
          </w:tcPr>
          <w:p w14:paraId="40A950A0" w14:textId="77777777" w:rsidR="00134FD8" w:rsidRDefault="00134FD8">
            <w:r>
              <w:rPr>
                <w:sz w:val="13"/>
              </w:rPr>
              <w:t>462b8f1780130500d37b2256e177b1e4</w:t>
            </w:r>
          </w:p>
        </w:tc>
        <w:tc>
          <w:tcPr>
            <w:tcW w:w="1928" w:type="dxa"/>
            <w:shd w:val="clear" w:color="auto" w:fill="F2F2F2"/>
          </w:tcPr>
          <w:p w14:paraId="3A86DAC0" w14:textId="77777777" w:rsidR="00134FD8" w:rsidRDefault="00134FD8">
            <w:r>
              <w:rPr>
                <w:sz w:val="13"/>
              </w:rPr>
              <w:t>-2.264536404168029</w:t>
            </w:r>
          </w:p>
        </w:tc>
        <w:tc>
          <w:tcPr>
            <w:tcW w:w="1395" w:type="dxa"/>
            <w:shd w:val="clear" w:color="auto" w:fill="F2F2F2"/>
          </w:tcPr>
          <w:p w14:paraId="6282BC4F" w14:textId="77777777" w:rsidR="00134FD8" w:rsidRDefault="00134FD8">
            <w:r>
              <w:rPr>
                <w:sz w:val="13"/>
              </w:rPr>
              <w:t>12.14985123619293</w:t>
            </w:r>
          </w:p>
        </w:tc>
        <w:tc>
          <w:tcPr>
            <w:tcW w:w="1683" w:type="dxa"/>
            <w:shd w:val="clear" w:color="auto" w:fill="F2F2F2"/>
          </w:tcPr>
          <w:p w14:paraId="4C7F0441" w14:textId="77777777" w:rsidR="00134FD8" w:rsidRDefault="00134FD8">
            <w:r>
              <w:rPr>
                <w:sz w:val="13"/>
              </w:rPr>
              <w:t>1.963387370672523</w:t>
            </w:r>
          </w:p>
        </w:tc>
        <w:tc>
          <w:tcPr>
            <w:tcW w:w="1683" w:type="dxa"/>
            <w:shd w:val="clear" w:color="auto" w:fill="F2F2F2"/>
          </w:tcPr>
          <w:p w14:paraId="3FD31E7C" w14:textId="77777777" w:rsidR="00134FD8" w:rsidRDefault="00134FD8">
            <w:r>
              <w:rPr>
                <w:sz w:val="13"/>
              </w:rPr>
              <w:t>0.1988429873979332</w:t>
            </w:r>
          </w:p>
        </w:tc>
        <w:tc>
          <w:tcPr>
            <w:tcW w:w="1539" w:type="dxa"/>
            <w:shd w:val="clear" w:color="auto" w:fill="F2F2F2"/>
          </w:tcPr>
          <w:p w14:paraId="214551F7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2F2F2"/>
          </w:tcPr>
          <w:p w14:paraId="1C92A85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4152044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027AE16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F24E19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4EF1CC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64309EC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6770C3EC" w14:textId="77777777" w:rsidTr="003836A2">
        <w:tc>
          <w:tcPr>
            <w:tcW w:w="2501" w:type="dxa"/>
            <w:shd w:val="clear" w:color="auto" w:fill="FFFFFF"/>
          </w:tcPr>
          <w:p w14:paraId="142FAFAB" w14:textId="77777777" w:rsidR="00134FD8" w:rsidRDefault="00134FD8">
            <w:r>
              <w:rPr>
                <w:sz w:val="13"/>
              </w:rPr>
              <w:t>2a2e168d6641265213b1c8b805323a91</w:t>
            </w:r>
          </w:p>
        </w:tc>
        <w:tc>
          <w:tcPr>
            <w:tcW w:w="1928" w:type="dxa"/>
            <w:shd w:val="clear" w:color="auto" w:fill="FFFFFF"/>
          </w:tcPr>
          <w:p w14:paraId="0472DD76" w14:textId="77777777" w:rsidR="00134FD8" w:rsidRDefault="00134FD8">
            <w:r>
              <w:rPr>
                <w:sz w:val="13"/>
              </w:rPr>
              <w:t>-3.65628816185235</w:t>
            </w:r>
          </w:p>
        </w:tc>
        <w:tc>
          <w:tcPr>
            <w:tcW w:w="1395" w:type="dxa"/>
            <w:shd w:val="clear" w:color="auto" w:fill="FFFFFF"/>
          </w:tcPr>
          <w:p w14:paraId="45A69D08" w14:textId="77777777" w:rsidR="00134FD8" w:rsidRDefault="00134FD8">
            <w:r>
              <w:rPr>
                <w:sz w:val="13"/>
              </w:rPr>
              <w:t>12.17403692527099</w:t>
            </w:r>
          </w:p>
        </w:tc>
        <w:tc>
          <w:tcPr>
            <w:tcW w:w="1683" w:type="dxa"/>
            <w:shd w:val="clear" w:color="auto" w:fill="FFFFFF"/>
          </w:tcPr>
          <w:p w14:paraId="23E31958" w14:textId="77777777" w:rsidR="00134FD8" w:rsidRDefault="00134FD8">
            <w:r>
              <w:rPr>
                <w:sz w:val="13"/>
              </w:rPr>
              <w:t>1.937141564765057</w:t>
            </w:r>
          </w:p>
        </w:tc>
        <w:tc>
          <w:tcPr>
            <w:tcW w:w="1683" w:type="dxa"/>
            <w:shd w:val="clear" w:color="auto" w:fill="FFFFFF"/>
          </w:tcPr>
          <w:p w14:paraId="5A500BDA" w14:textId="77777777" w:rsidR="00134FD8" w:rsidRDefault="00134FD8">
            <w:r>
              <w:rPr>
                <w:sz w:val="13"/>
              </w:rPr>
              <w:t>0.198923128193786</w:t>
            </w:r>
          </w:p>
        </w:tc>
        <w:tc>
          <w:tcPr>
            <w:tcW w:w="1539" w:type="dxa"/>
            <w:shd w:val="clear" w:color="auto" w:fill="FFFFFF"/>
          </w:tcPr>
          <w:p w14:paraId="4BE37D97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FFFFF"/>
          </w:tcPr>
          <w:p w14:paraId="08014A5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48DE66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42CD3F2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6FDBD4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F53000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Ruminococcus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0E35892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57E96FE7" w14:textId="77777777" w:rsidTr="003836A2">
        <w:tc>
          <w:tcPr>
            <w:tcW w:w="2501" w:type="dxa"/>
            <w:shd w:val="clear" w:color="auto" w:fill="F2F2F2"/>
          </w:tcPr>
          <w:p w14:paraId="6C191829" w14:textId="77777777" w:rsidR="00134FD8" w:rsidRDefault="00134FD8">
            <w:r>
              <w:rPr>
                <w:sz w:val="13"/>
              </w:rPr>
              <w:t>cbca97cb2493cfe0845766d9f7f4b703</w:t>
            </w:r>
          </w:p>
        </w:tc>
        <w:tc>
          <w:tcPr>
            <w:tcW w:w="1928" w:type="dxa"/>
            <w:shd w:val="clear" w:color="auto" w:fill="F2F2F2"/>
          </w:tcPr>
          <w:p w14:paraId="19C0DE86" w14:textId="77777777" w:rsidR="00134FD8" w:rsidRDefault="00134FD8">
            <w:r>
              <w:rPr>
                <w:sz w:val="13"/>
              </w:rPr>
              <w:t>-2.970747724447067</w:t>
            </w:r>
          </w:p>
        </w:tc>
        <w:tc>
          <w:tcPr>
            <w:tcW w:w="1395" w:type="dxa"/>
            <w:shd w:val="clear" w:color="auto" w:fill="F2F2F2"/>
          </w:tcPr>
          <w:p w14:paraId="17257773" w14:textId="77777777" w:rsidR="00134FD8" w:rsidRDefault="00134FD8">
            <w:r>
              <w:rPr>
                <w:sz w:val="13"/>
              </w:rPr>
              <w:t>12.38255265402969</w:t>
            </w:r>
          </w:p>
        </w:tc>
        <w:tc>
          <w:tcPr>
            <w:tcW w:w="1683" w:type="dxa"/>
            <w:shd w:val="clear" w:color="auto" w:fill="F2F2F2"/>
          </w:tcPr>
          <w:p w14:paraId="1364362B" w14:textId="77777777" w:rsidR="00134FD8" w:rsidRDefault="00134FD8">
            <w:r>
              <w:rPr>
                <w:sz w:val="13"/>
              </w:rPr>
              <w:t>1.929377054991074</w:t>
            </w:r>
          </w:p>
        </w:tc>
        <w:tc>
          <w:tcPr>
            <w:tcW w:w="1683" w:type="dxa"/>
            <w:shd w:val="clear" w:color="auto" w:fill="F2F2F2"/>
          </w:tcPr>
          <w:p w14:paraId="067EDCBA" w14:textId="77777777" w:rsidR="00134FD8" w:rsidRDefault="00134FD8">
            <w:r>
              <w:rPr>
                <w:sz w:val="13"/>
              </w:rPr>
              <w:t>0.201919032576448</w:t>
            </w:r>
          </w:p>
        </w:tc>
        <w:tc>
          <w:tcPr>
            <w:tcW w:w="1539" w:type="dxa"/>
            <w:shd w:val="clear" w:color="auto" w:fill="F2F2F2"/>
          </w:tcPr>
          <w:p w14:paraId="4BE67B86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2F2F2"/>
          </w:tcPr>
          <w:p w14:paraId="60A0B86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10D05D4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2498512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26E1A8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4FBE92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5F2C8E0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484A04F5" w14:textId="77777777" w:rsidTr="003836A2">
        <w:tc>
          <w:tcPr>
            <w:tcW w:w="2501" w:type="dxa"/>
            <w:shd w:val="clear" w:color="auto" w:fill="FFFFFF"/>
          </w:tcPr>
          <w:p w14:paraId="3176D480" w14:textId="77777777" w:rsidR="00134FD8" w:rsidRDefault="00134FD8">
            <w:r>
              <w:rPr>
                <w:sz w:val="13"/>
              </w:rPr>
              <w:t>dba42fd5fa555c066ec22372dd68225c</w:t>
            </w:r>
          </w:p>
        </w:tc>
        <w:tc>
          <w:tcPr>
            <w:tcW w:w="1928" w:type="dxa"/>
            <w:shd w:val="clear" w:color="auto" w:fill="FFFFFF"/>
          </w:tcPr>
          <w:p w14:paraId="36C2F556" w14:textId="77777777" w:rsidR="00134FD8" w:rsidRDefault="00134FD8">
            <w:r>
              <w:rPr>
                <w:sz w:val="13"/>
              </w:rPr>
              <w:t>3.490035282117514</w:t>
            </w:r>
          </w:p>
        </w:tc>
        <w:tc>
          <w:tcPr>
            <w:tcW w:w="1395" w:type="dxa"/>
            <w:shd w:val="clear" w:color="auto" w:fill="FFFFFF"/>
          </w:tcPr>
          <w:p w14:paraId="704ABEFA" w14:textId="77777777" w:rsidR="00134FD8" w:rsidRDefault="00134FD8">
            <w:r>
              <w:rPr>
                <w:sz w:val="13"/>
              </w:rPr>
              <w:t>12.50966460595545</w:t>
            </w:r>
          </w:p>
        </w:tc>
        <w:tc>
          <w:tcPr>
            <w:tcW w:w="1683" w:type="dxa"/>
            <w:shd w:val="clear" w:color="auto" w:fill="FFFFFF"/>
          </w:tcPr>
          <w:p w14:paraId="7E8D7BBF" w14:textId="77777777" w:rsidR="00134FD8" w:rsidRDefault="00134FD8">
            <w:r>
              <w:rPr>
                <w:sz w:val="13"/>
              </w:rPr>
              <w:t>1.917208462719971</w:t>
            </w:r>
          </w:p>
        </w:tc>
        <w:tc>
          <w:tcPr>
            <w:tcW w:w="1683" w:type="dxa"/>
            <w:shd w:val="clear" w:color="auto" w:fill="FFFFFF"/>
          </w:tcPr>
          <w:p w14:paraId="14D14334" w14:textId="77777777" w:rsidR="00134FD8" w:rsidRDefault="00134FD8">
            <w:r>
              <w:rPr>
                <w:sz w:val="13"/>
              </w:rPr>
              <w:t>0.2019264483779356</w:t>
            </w:r>
          </w:p>
        </w:tc>
        <w:tc>
          <w:tcPr>
            <w:tcW w:w="1539" w:type="dxa"/>
            <w:shd w:val="clear" w:color="auto" w:fill="FFFFFF"/>
          </w:tcPr>
          <w:p w14:paraId="3B0BDC43" w14:textId="77777777" w:rsidR="00134FD8" w:rsidRDefault="00134FD8">
            <w:r>
              <w:rPr>
                <w:sz w:val="13"/>
              </w:rPr>
              <w:t>0.4903928032035579</w:t>
            </w:r>
          </w:p>
        </w:tc>
        <w:tc>
          <w:tcPr>
            <w:tcW w:w="1245" w:type="dxa"/>
            <w:shd w:val="clear" w:color="auto" w:fill="FFFFFF"/>
          </w:tcPr>
          <w:p w14:paraId="1715879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000A91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2463B86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0A5906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AA24CA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0F62D50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3FD1381B" w14:textId="77777777" w:rsidTr="003836A2">
        <w:tc>
          <w:tcPr>
            <w:tcW w:w="2501" w:type="dxa"/>
            <w:shd w:val="clear" w:color="auto" w:fill="F2F2F2"/>
          </w:tcPr>
          <w:p w14:paraId="5AACFD20" w14:textId="77777777" w:rsidR="00134FD8" w:rsidRDefault="00134FD8">
            <w:r>
              <w:rPr>
                <w:sz w:val="13"/>
              </w:rPr>
              <w:t>1cf171fe716a7453acf57493f41b1f7a</w:t>
            </w:r>
          </w:p>
        </w:tc>
        <w:tc>
          <w:tcPr>
            <w:tcW w:w="1928" w:type="dxa"/>
            <w:shd w:val="clear" w:color="auto" w:fill="F2F2F2"/>
          </w:tcPr>
          <w:p w14:paraId="39779176" w14:textId="77777777" w:rsidR="00134FD8" w:rsidRDefault="00134FD8">
            <w:r>
              <w:rPr>
                <w:sz w:val="13"/>
              </w:rPr>
              <w:t>-3.435447094119823</w:t>
            </w:r>
          </w:p>
        </w:tc>
        <w:tc>
          <w:tcPr>
            <w:tcW w:w="1395" w:type="dxa"/>
            <w:shd w:val="clear" w:color="auto" w:fill="F2F2F2"/>
          </w:tcPr>
          <w:p w14:paraId="3B1437BB" w14:textId="77777777" w:rsidR="00134FD8" w:rsidRDefault="00134FD8">
            <w:r>
              <w:rPr>
                <w:sz w:val="13"/>
              </w:rPr>
              <w:t>11.79517629491322</w:t>
            </w:r>
          </w:p>
        </w:tc>
        <w:tc>
          <w:tcPr>
            <w:tcW w:w="1683" w:type="dxa"/>
            <w:shd w:val="clear" w:color="auto" w:fill="F2F2F2"/>
          </w:tcPr>
          <w:p w14:paraId="11AACEF0" w14:textId="77777777" w:rsidR="00134FD8" w:rsidRDefault="00134FD8">
            <w:r>
              <w:rPr>
                <w:sz w:val="13"/>
              </w:rPr>
              <w:t>1.810033664894762</w:t>
            </w:r>
          </w:p>
        </w:tc>
        <w:tc>
          <w:tcPr>
            <w:tcW w:w="1683" w:type="dxa"/>
            <w:shd w:val="clear" w:color="auto" w:fill="F2F2F2"/>
          </w:tcPr>
          <w:p w14:paraId="60D18409" w14:textId="77777777" w:rsidR="00134FD8" w:rsidRDefault="00134FD8">
            <w:r>
              <w:rPr>
                <w:sz w:val="13"/>
              </w:rPr>
              <w:t>0.2120450654903067</w:t>
            </w:r>
          </w:p>
        </w:tc>
        <w:tc>
          <w:tcPr>
            <w:tcW w:w="1539" w:type="dxa"/>
            <w:shd w:val="clear" w:color="auto" w:fill="F2F2F2"/>
          </w:tcPr>
          <w:p w14:paraId="60C3259C" w14:textId="77777777" w:rsidR="00134FD8" w:rsidRDefault="00134FD8">
            <w:r>
              <w:rPr>
                <w:sz w:val="13"/>
              </w:rPr>
              <w:t>0.5059320860821354</w:t>
            </w:r>
          </w:p>
        </w:tc>
        <w:tc>
          <w:tcPr>
            <w:tcW w:w="1245" w:type="dxa"/>
            <w:shd w:val="clear" w:color="auto" w:fill="F2F2F2"/>
          </w:tcPr>
          <w:p w14:paraId="7F51A80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AA89B1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3152AD2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BCA7FD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29876C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2F2F2"/>
          </w:tcPr>
          <w:p w14:paraId="1E10EE2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Lactobacillus_reuteri</w:t>
            </w:r>
            <w:proofErr w:type="spellEnd"/>
          </w:p>
        </w:tc>
      </w:tr>
      <w:tr w:rsidR="00134FD8" w14:paraId="036897F8" w14:textId="77777777" w:rsidTr="003836A2">
        <w:tc>
          <w:tcPr>
            <w:tcW w:w="2501" w:type="dxa"/>
            <w:shd w:val="clear" w:color="auto" w:fill="FFFFFF"/>
          </w:tcPr>
          <w:p w14:paraId="58623435" w14:textId="77777777" w:rsidR="00134FD8" w:rsidRDefault="00134FD8">
            <w:r>
              <w:rPr>
                <w:sz w:val="13"/>
              </w:rPr>
              <w:t>ffc36e27c82042664a16bcd4d380b286</w:t>
            </w:r>
          </w:p>
        </w:tc>
        <w:tc>
          <w:tcPr>
            <w:tcW w:w="1928" w:type="dxa"/>
            <w:shd w:val="clear" w:color="auto" w:fill="FFFFFF"/>
          </w:tcPr>
          <w:p w14:paraId="4A79AB45" w14:textId="77777777" w:rsidR="00134FD8" w:rsidRDefault="00134FD8">
            <w:r>
              <w:rPr>
                <w:sz w:val="13"/>
              </w:rPr>
              <w:t>2.669427798975951</w:t>
            </w:r>
          </w:p>
        </w:tc>
        <w:tc>
          <w:tcPr>
            <w:tcW w:w="1395" w:type="dxa"/>
            <w:shd w:val="clear" w:color="auto" w:fill="FFFFFF"/>
          </w:tcPr>
          <w:p w14:paraId="38AC63FD" w14:textId="77777777" w:rsidR="00134FD8" w:rsidRDefault="00134FD8">
            <w:r>
              <w:rPr>
                <w:sz w:val="13"/>
              </w:rPr>
              <w:t>11.95977449640271</w:t>
            </w:r>
          </w:p>
        </w:tc>
        <w:tc>
          <w:tcPr>
            <w:tcW w:w="1683" w:type="dxa"/>
            <w:shd w:val="clear" w:color="auto" w:fill="FFFFFF"/>
          </w:tcPr>
          <w:p w14:paraId="4884A64B" w14:textId="77777777" w:rsidR="00134FD8" w:rsidRDefault="00134FD8">
            <w:r>
              <w:rPr>
                <w:sz w:val="13"/>
              </w:rPr>
              <w:t>1.716760492443363</w:t>
            </w:r>
          </w:p>
        </w:tc>
        <w:tc>
          <w:tcPr>
            <w:tcW w:w="1683" w:type="dxa"/>
            <w:shd w:val="clear" w:color="auto" w:fill="FFFFFF"/>
          </w:tcPr>
          <w:p w14:paraId="23EC6CBB" w14:textId="77777777" w:rsidR="00134FD8" w:rsidRDefault="00134FD8">
            <w:r>
              <w:rPr>
                <w:sz w:val="13"/>
              </w:rPr>
              <w:t>0.2248654105312653</w:t>
            </w:r>
          </w:p>
        </w:tc>
        <w:tc>
          <w:tcPr>
            <w:tcW w:w="1539" w:type="dxa"/>
            <w:shd w:val="clear" w:color="auto" w:fill="FFFFFF"/>
          </w:tcPr>
          <w:p w14:paraId="40140179" w14:textId="77777777" w:rsidR="00134FD8" w:rsidRDefault="00134FD8">
            <w:r>
              <w:rPr>
                <w:sz w:val="13"/>
              </w:rPr>
              <w:t>0.5272706177974495</w:t>
            </w:r>
          </w:p>
        </w:tc>
        <w:tc>
          <w:tcPr>
            <w:tcW w:w="1245" w:type="dxa"/>
            <w:shd w:val="clear" w:color="auto" w:fill="FFFFFF"/>
          </w:tcPr>
          <w:p w14:paraId="624E59B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Proteobacteria</w:t>
            </w:r>
          </w:p>
        </w:tc>
        <w:tc>
          <w:tcPr>
            <w:tcW w:w="1448" w:type="dxa"/>
            <w:shd w:val="clear" w:color="auto" w:fill="FFFFFF"/>
          </w:tcPr>
          <w:p w14:paraId="72D47F4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Gammaproteobacteria</w:t>
            </w:r>
          </w:p>
        </w:tc>
        <w:tc>
          <w:tcPr>
            <w:tcW w:w="1756" w:type="dxa"/>
            <w:shd w:val="clear" w:color="auto" w:fill="FFFFFF"/>
          </w:tcPr>
          <w:p w14:paraId="5D245AD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Enterobacterales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6BD572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Enterobacteriaceae</w:t>
            </w:r>
          </w:p>
        </w:tc>
        <w:tc>
          <w:tcPr>
            <w:tcW w:w="2411" w:type="dxa"/>
            <w:shd w:val="clear" w:color="auto" w:fill="FFFFFF"/>
          </w:tcPr>
          <w:p w14:paraId="38C5285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Escherichia-Shigella</w:t>
            </w:r>
          </w:p>
        </w:tc>
        <w:tc>
          <w:tcPr>
            <w:tcW w:w="1936" w:type="dxa"/>
            <w:shd w:val="clear" w:color="auto" w:fill="FFFFFF"/>
          </w:tcPr>
          <w:p w14:paraId="7EAA76A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7EB496E6" w14:textId="77777777" w:rsidTr="003836A2">
        <w:tc>
          <w:tcPr>
            <w:tcW w:w="2501" w:type="dxa"/>
            <w:shd w:val="clear" w:color="auto" w:fill="F2F2F2"/>
          </w:tcPr>
          <w:p w14:paraId="5E9ACA7A" w14:textId="77777777" w:rsidR="00134FD8" w:rsidRDefault="00134FD8">
            <w:r>
              <w:rPr>
                <w:sz w:val="13"/>
              </w:rPr>
              <w:t>4c33498ba27423f4bb357c07cf109c85</w:t>
            </w:r>
          </w:p>
        </w:tc>
        <w:tc>
          <w:tcPr>
            <w:tcW w:w="1928" w:type="dxa"/>
            <w:shd w:val="clear" w:color="auto" w:fill="F2F2F2"/>
          </w:tcPr>
          <w:p w14:paraId="73568BCD" w14:textId="77777777" w:rsidR="00134FD8" w:rsidRDefault="00134FD8">
            <w:r>
              <w:rPr>
                <w:sz w:val="13"/>
              </w:rPr>
              <w:t>-3.162157558201932</w:t>
            </w:r>
          </w:p>
        </w:tc>
        <w:tc>
          <w:tcPr>
            <w:tcW w:w="1395" w:type="dxa"/>
            <w:shd w:val="clear" w:color="auto" w:fill="F2F2F2"/>
          </w:tcPr>
          <w:p w14:paraId="5A3E1D60" w14:textId="77777777" w:rsidR="00134FD8" w:rsidRDefault="00134FD8">
            <w:r>
              <w:rPr>
                <w:sz w:val="13"/>
              </w:rPr>
              <w:t>11.75473468306735</w:t>
            </w:r>
          </w:p>
        </w:tc>
        <w:tc>
          <w:tcPr>
            <w:tcW w:w="1683" w:type="dxa"/>
            <w:shd w:val="clear" w:color="auto" w:fill="F2F2F2"/>
          </w:tcPr>
          <w:p w14:paraId="1BF9C6EA" w14:textId="77777777" w:rsidR="00134FD8" w:rsidRDefault="00134FD8">
            <w:r>
              <w:rPr>
                <w:sz w:val="13"/>
              </w:rPr>
              <w:t>1.571787769322878</w:t>
            </w:r>
          </w:p>
        </w:tc>
        <w:tc>
          <w:tcPr>
            <w:tcW w:w="1683" w:type="dxa"/>
            <w:shd w:val="clear" w:color="auto" w:fill="F2F2F2"/>
          </w:tcPr>
          <w:p w14:paraId="5850CD15" w14:textId="77777777" w:rsidR="00134FD8" w:rsidRDefault="00134FD8">
            <w:r>
              <w:rPr>
                <w:sz w:val="13"/>
              </w:rPr>
              <w:t>0.2426082396697376</w:t>
            </w:r>
          </w:p>
        </w:tc>
        <w:tc>
          <w:tcPr>
            <w:tcW w:w="1539" w:type="dxa"/>
            <w:shd w:val="clear" w:color="auto" w:fill="F2F2F2"/>
          </w:tcPr>
          <w:p w14:paraId="2ED882CF" w14:textId="77777777" w:rsidR="00134FD8" w:rsidRDefault="00134FD8">
            <w:r>
              <w:rPr>
                <w:sz w:val="13"/>
              </w:rPr>
              <w:t>0.5592325524590561</w:t>
            </w:r>
          </w:p>
        </w:tc>
        <w:tc>
          <w:tcPr>
            <w:tcW w:w="1245" w:type="dxa"/>
            <w:shd w:val="clear" w:color="auto" w:fill="F2F2F2"/>
          </w:tcPr>
          <w:p w14:paraId="1A38D00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09091E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153B099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4EBAD3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05FE14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[Eubacterium]_</w:t>
            </w:r>
            <w:proofErr w:type="spellStart"/>
            <w:r w:rsidRPr="00134FD8">
              <w:rPr>
                <w:i/>
                <w:iCs/>
                <w:sz w:val="13"/>
              </w:rPr>
              <w:t>ruminantium_group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69524EA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78E96BFB" w14:textId="77777777" w:rsidTr="003836A2">
        <w:tc>
          <w:tcPr>
            <w:tcW w:w="2501" w:type="dxa"/>
            <w:shd w:val="clear" w:color="auto" w:fill="FFFFFF"/>
          </w:tcPr>
          <w:p w14:paraId="710DFA7A" w14:textId="77777777" w:rsidR="00134FD8" w:rsidRDefault="00134FD8">
            <w:r>
              <w:rPr>
                <w:sz w:val="13"/>
              </w:rPr>
              <w:t>25e847d3fdcd57ed7f37169842b66d54</w:t>
            </w:r>
          </w:p>
        </w:tc>
        <w:tc>
          <w:tcPr>
            <w:tcW w:w="1928" w:type="dxa"/>
            <w:shd w:val="clear" w:color="auto" w:fill="FFFFFF"/>
          </w:tcPr>
          <w:p w14:paraId="404EFD27" w14:textId="77777777" w:rsidR="00134FD8" w:rsidRDefault="00134FD8">
            <w:r>
              <w:rPr>
                <w:sz w:val="13"/>
              </w:rPr>
              <w:t>2.811689017017532</w:t>
            </w:r>
          </w:p>
        </w:tc>
        <w:tc>
          <w:tcPr>
            <w:tcW w:w="1395" w:type="dxa"/>
            <w:shd w:val="clear" w:color="auto" w:fill="FFFFFF"/>
          </w:tcPr>
          <w:p w14:paraId="31528B20" w14:textId="77777777" w:rsidR="00134FD8" w:rsidRDefault="00134FD8">
            <w:r>
              <w:rPr>
                <w:sz w:val="13"/>
              </w:rPr>
              <w:t>11.05550298573716</w:t>
            </w:r>
          </w:p>
        </w:tc>
        <w:tc>
          <w:tcPr>
            <w:tcW w:w="1683" w:type="dxa"/>
            <w:shd w:val="clear" w:color="auto" w:fill="FFFFFF"/>
          </w:tcPr>
          <w:p w14:paraId="46B008D1" w14:textId="77777777" w:rsidR="00134FD8" w:rsidRDefault="00134FD8">
            <w:r>
              <w:rPr>
                <w:sz w:val="13"/>
              </w:rPr>
              <w:t>1.464490027961423</w:t>
            </w:r>
          </w:p>
        </w:tc>
        <w:tc>
          <w:tcPr>
            <w:tcW w:w="1683" w:type="dxa"/>
            <w:shd w:val="clear" w:color="auto" w:fill="FFFFFF"/>
          </w:tcPr>
          <w:p w14:paraId="6A4F0A9F" w14:textId="77777777" w:rsidR="00134FD8" w:rsidRDefault="00134FD8">
            <w:r>
              <w:rPr>
                <w:sz w:val="13"/>
              </w:rPr>
              <w:t>0.2556120524555144</w:t>
            </w:r>
          </w:p>
        </w:tc>
        <w:tc>
          <w:tcPr>
            <w:tcW w:w="1539" w:type="dxa"/>
            <w:shd w:val="clear" w:color="auto" w:fill="FFFFFF"/>
          </w:tcPr>
          <w:p w14:paraId="755767A6" w14:textId="77777777" w:rsidR="00134FD8" w:rsidRDefault="00134FD8">
            <w:r>
              <w:rPr>
                <w:sz w:val="13"/>
              </w:rPr>
              <w:t>0.567623014962392</w:t>
            </w:r>
          </w:p>
        </w:tc>
        <w:tc>
          <w:tcPr>
            <w:tcW w:w="1245" w:type="dxa"/>
            <w:shd w:val="clear" w:color="auto" w:fill="FFFFFF"/>
          </w:tcPr>
          <w:p w14:paraId="195785C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4DB38A9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BD7B8C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1DD7F3B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00AEB73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FFFFF"/>
          </w:tcPr>
          <w:p w14:paraId="49B8524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525F469B" w14:textId="77777777" w:rsidTr="003836A2">
        <w:tc>
          <w:tcPr>
            <w:tcW w:w="2501" w:type="dxa"/>
            <w:shd w:val="clear" w:color="auto" w:fill="F2F2F2"/>
          </w:tcPr>
          <w:p w14:paraId="2DE06F33" w14:textId="77777777" w:rsidR="00134FD8" w:rsidRDefault="00134FD8">
            <w:r>
              <w:rPr>
                <w:sz w:val="13"/>
              </w:rPr>
              <w:t>688d5fcf10a1f7dd0c87817ed34841c8</w:t>
            </w:r>
          </w:p>
        </w:tc>
        <w:tc>
          <w:tcPr>
            <w:tcW w:w="1928" w:type="dxa"/>
            <w:shd w:val="clear" w:color="auto" w:fill="F2F2F2"/>
          </w:tcPr>
          <w:p w14:paraId="1616CA7A" w14:textId="77777777" w:rsidR="00134FD8" w:rsidRDefault="00134FD8">
            <w:r>
              <w:rPr>
                <w:sz w:val="13"/>
              </w:rPr>
              <w:t>-2.770684471054984</w:t>
            </w:r>
          </w:p>
        </w:tc>
        <w:tc>
          <w:tcPr>
            <w:tcW w:w="1395" w:type="dxa"/>
            <w:shd w:val="clear" w:color="auto" w:fill="F2F2F2"/>
          </w:tcPr>
          <w:p w14:paraId="036260B9" w14:textId="77777777" w:rsidR="00134FD8" w:rsidRDefault="00134FD8">
            <w:r>
              <w:rPr>
                <w:sz w:val="13"/>
              </w:rPr>
              <w:t>12.49012949089946</w:t>
            </w:r>
          </w:p>
        </w:tc>
        <w:tc>
          <w:tcPr>
            <w:tcW w:w="1683" w:type="dxa"/>
            <w:shd w:val="clear" w:color="auto" w:fill="F2F2F2"/>
          </w:tcPr>
          <w:p w14:paraId="702547BC" w14:textId="77777777" w:rsidR="00134FD8" w:rsidRDefault="00134FD8">
            <w:r>
              <w:rPr>
                <w:sz w:val="13"/>
              </w:rPr>
              <w:t>1.485591406298607</w:t>
            </w:r>
          </w:p>
        </w:tc>
        <w:tc>
          <w:tcPr>
            <w:tcW w:w="1683" w:type="dxa"/>
            <w:shd w:val="clear" w:color="auto" w:fill="F2F2F2"/>
          </w:tcPr>
          <w:p w14:paraId="613DEFC8" w14:textId="77777777" w:rsidR="00134FD8" w:rsidRDefault="00134FD8">
            <w:r>
              <w:rPr>
                <w:sz w:val="13"/>
              </w:rPr>
              <w:t>0.2579108808189451</w:t>
            </w:r>
          </w:p>
        </w:tc>
        <w:tc>
          <w:tcPr>
            <w:tcW w:w="1539" w:type="dxa"/>
            <w:shd w:val="clear" w:color="auto" w:fill="F2F2F2"/>
          </w:tcPr>
          <w:p w14:paraId="2024A87F" w14:textId="77777777" w:rsidR="00134FD8" w:rsidRDefault="00134FD8">
            <w:r>
              <w:rPr>
                <w:sz w:val="13"/>
              </w:rPr>
              <w:t>0.567623014962392</w:t>
            </w:r>
          </w:p>
        </w:tc>
        <w:tc>
          <w:tcPr>
            <w:tcW w:w="1245" w:type="dxa"/>
            <w:shd w:val="clear" w:color="auto" w:fill="F2F2F2"/>
          </w:tcPr>
          <w:p w14:paraId="508ACC3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7C9373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7D572B2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Peptococcales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41EE3E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Peptococcaceae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01A47C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0B40408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55B9D7EF" w14:textId="77777777" w:rsidTr="003836A2">
        <w:tc>
          <w:tcPr>
            <w:tcW w:w="2501" w:type="dxa"/>
            <w:shd w:val="clear" w:color="auto" w:fill="FFFFFF"/>
          </w:tcPr>
          <w:p w14:paraId="2C247D47" w14:textId="77777777" w:rsidR="00134FD8" w:rsidRDefault="00134FD8">
            <w:r>
              <w:rPr>
                <w:sz w:val="13"/>
              </w:rPr>
              <w:t>b8b3631368e631885bf8668ef6f72f17</w:t>
            </w:r>
          </w:p>
        </w:tc>
        <w:tc>
          <w:tcPr>
            <w:tcW w:w="1928" w:type="dxa"/>
            <w:shd w:val="clear" w:color="auto" w:fill="FFFFFF"/>
          </w:tcPr>
          <w:p w14:paraId="0EE6E5E3" w14:textId="77777777" w:rsidR="00134FD8" w:rsidRDefault="00134FD8">
            <w:r>
              <w:rPr>
                <w:sz w:val="13"/>
              </w:rPr>
              <w:t>0.7059098480606403</w:t>
            </w:r>
          </w:p>
        </w:tc>
        <w:tc>
          <w:tcPr>
            <w:tcW w:w="1395" w:type="dxa"/>
            <w:shd w:val="clear" w:color="auto" w:fill="FFFFFF"/>
          </w:tcPr>
          <w:p w14:paraId="4B0DE7D1" w14:textId="77777777" w:rsidR="00134FD8" w:rsidRDefault="00134FD8">
            <w:r>
              <w:rPr>
                <w:sz w:val="13"/>
              </w:rPr>
              <w:t>14.52128991793411</w:t>
            </w:r>
          </w:p>
        </w:tc>
        <w:tc>
          <w:tcPr>
            <w:tcW w:w="1683" w:type="dxa"/>
            <w:shd w:val="clear" w:color="auto" w:fill="FFFFFF"/>
          </w:tcPr>
          <w:p w14:paraId="6F831929" w14:textId="77777777" w:rsidR="00134FD8" w:rsidRDefault="00134FD8">
            <w:r>
              <w:rPr>
                <w:sz w:val="13"/>
              </w:rPr>
              <w:t>1.501321060375453</w:t>
            </w:r>
          </w:p>
        </w:tc>
        <w:tc>
          <w:tcPr>
            <w:tcW w:w="1683" w:type="dxa"/>
            <w:shd w:val="clear" w:color="auto" w:fill="FFFFFF"/>
          </w:tcPr>
          <w:p w14:paraId="13692ABD" w14:textId="77777777" w:rsidR="00134FD8" w:rsidRDefault="00134FD8">
            <w:r>
              <w:rPr>
                <w:sz w:val="13"/>
              </w:rPr>
              <w:t>0.2587693156446199</w:t>
            </w:r>
          </w:p>
        </w:tc>
        <w:tc>
          <w:tcPr>
            <w:tcW w:w="1539" w:type="dxa"/>
            <w:shd w:val="clear" w:color="auto" w:fill="FFFFFF"/>
          </w:tcPr>
          <w:p w14:paraId="44995D6A" w14:textId="77777777" w:rsidR="00134FD8" w:rsidRDefault="00134FD8">
            <w:r>
              <w:rPr>
                <w:sz w:val="13"/>
              </w:rPr>
              <w:t>0.567623014962392</w:t>
            </w:r>
          </w:p>
        </w:tc>
        <w:tc>
          <w:tcPr>
            <w:tcW w:w="1245" w:type="dxa"/>
            <w:shd w:val="clear" w:color="auto" w:fill="FFFFFF"/>
          </w:tcPr>
          <w:p w14:paraId="33AA804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2F08F5D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05CD351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C79AAD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29BAF8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39A9BB7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3D67C64" w14:textId="77777777" w:rsidTr="003836A2">
        <w:tc>
          <w:tcPr>
            <w:tcW w:w="2501" w:type="dxa"/>
            <w:shd w:val="clear" w:color="auto" w:fill="F2F2F2"/>
          </w:tcPr>
          <w:p w14:paraId="559DDF96" w14:textId="77777777" w:rsidR="00134FD8" w:rsidRDefault="00134FD8">
            <w:r>
              <w:rPr>
                <w:sz w:val="13"/>
              </w:rPr>
              <w:t>a9fb538144130319af767a4873d2c873</w:t>
            </w:r>
          </w:p>
        </w:tc>
        <w:tc>
          <w:tcPr>
            <w:tcW w:w="1928" w:type="dxa"/>
            <w:shd w:val="clear" w:color="auto" w:fill="F2F2F2"/>
          </w:tcPr>
          <w:p w14:paraId="24976FAF" w14:textId="77777777" w:rsidR="00134FD8" w:rsidRDefault="00134FD8">
            <w:r>
              <w:rPr>
                <w:sz w:val="13"/>
              </w:rPr>
              <w:t>-3.195212402317317</w:t>
            </w:r>
          </w:p>
        </w:tc>
        <w:tc>
          <w:tcPr>
            <w:tcW w:w="1395" w:type="dxa"/>
            <w:shd w:val="clear" w:color="auto" w:fill="F2F2F2"/>
          </w:tcPr>
          <w:p w14:paraId="60A45F85" w14:textId="77777777" w:rsidR="00134FD8" w:rsidRDefault="00134FD8">
            <w:r>
              <w:rPr>
                <w:sz w:val="13"/>
              </w:rPr>
              <w:t>13.40271731594291</w:t>
            </w:r>
          </w:p>
        </w:tc>
        <w:tc>
          <w:tcPr>
            <w:tcW w:w="1683" w:type="dxa"/>
            <w:shd w:val="clear" w:color="auto" w:fill="F2F2F2"/>
          </w:tcPr>
          <w:p w14:paraId="1CF14E15" w14:textId="77777777" w:rsidR="00134FD8" w:rsidRDefault="00134FD8">
            <w:r>
              <w:rPr>
                <w:sz w:val="13"/>
              </w:rPr>
              <w:t>1.394289311405876</w:t>
            </w:r>
          </w:p>
        </w:tc>
        <w:tc>
          <w:tcPr>
            <w:tcW w:w="1683" w:type="dxa"/>
            <w:shd w:val="clear" w:color="auto" w:fill="F2F2F2"/>
          </w:tcPr>
          <w:p w14:paraId="704D2A28" w14:textId="77777777" w:rsidR="00134FD8" w:rsidRDefault="00134FD8">
            <w:r>
              <w:rPr>
                <w:sz w:val="13"/>
              </w:rPr>
              <w:t>0.2733968645967797</w:t>
            </w:r>
          </w:p>
        </w:tc>
        <w:tc>
          <w:tcPr>
            <w:tcW w:w="1539" w:type="dxa"/>
            <w:shd w:val="clear" w:color="auto" w:fill="F2F2F2"/>
          </w:tcPr>
          <w:p w14:paraId="5B573904" w14:textId="77777777" w:rsidR="00134FD8" w:rsidRDefault="00134FD8">
            <w:r>
              <w:rPr>
                <w:sz w:val="13"/>
              </w:rPr>
              <w:t>0.590190056907334</w:t>
            </w:r>
          </w:p>
        </w:tc>
        <w:tc>
          <w:tcPr>
            <w:tcW w:w="1245" w:type="dxa"/>
            <w:shd w:val="clear" w:color="auto" w:fill="F2F2F2"/>
          </w:tcPr>
          <w:p w14:paraId="121091B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0B41A6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3865252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B5007B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843CAB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0BC3EDC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7D37CCF4" w14:textId="77777777" w:rsidTr="003836A2">
        <w:tc>
          <w:tcPr>
            <w:tcW w:w="2501" w:type="dxa"/>
            <w:shd w:val="clear" w:color="auto" w:fill="FFFFFF"/>
          </w:tcPr>
          <w:p w14:paraId="466ECAB7" w14:textId="77777777" w:rsidR="00134FD8" w:rsidRDefault="00134FD8">
            <w:r>
              <w:rPr>
                <w:sz w:val="13"/>
              </w:rPr>
              <w:t>4e5af7886038ba2b47abf8de12d6230f</w:t>
            </w:r>
          </w:p>
        </w:tc>
        <w:tc>
          <w:tcPr>
            <w:tcW w:w="1928" w:type="dxa"/>
            <w:shd w:val="clear" w:color="auto" w:fill="FFFFFF"/>
          </w:tcPr>
          <w:p w14:paraId="2363A5C6" w14:textId="77777777" w:rsidR="00134FD8" w:rsidRDefault="00134FD8">
            <w:r>
              <w:rPr>
                <w:sz w:val="13"/>
              </w:rPr>
              <w:t>2.171429004606173</w:t>
            </w:r>
          </w:p>
        </w:tc>
        <w:tc>
          <w:tcPr>
            <w:tcW w:w="1395" w:type="dxa"/>
            <w:shd w:val="clear" w:color="auto" w:fill="FFFFFF"/>
          </w:tcPr>
          <w:p w14:paraId="40DB67DC" w14:textId="77777777" w:rsidR="00134FD8" w:rsidRDefault="00134FD8">
            <w:r>
              <w:rPr>
                <w:sz w:val="13"/>
              </w:rPr>
              <w:t>10.98807843143767</w:t>
            </w:r>
          </w:p>
        </w:tc>
        <w:tc>
          <w:tcPr>
            <w:tcW w:w="1683" w:type="dxa"/>
            <w:shd w:val="clear" w:color="auto" w:fill="FFFFFF"/>
          </w:tcPr>
          <w:p w14:paraId="3C2C2EFA" w14:textId="77777777" w:rsidR="00134FD8" w:rsidRDefault="00134FD8">
            <w:r>
              <w:rPr>
                <w:sz w:val="13"/>
              </w:rPr>
              <w:t>1.290592094098318</w:t>
            </w:r>
          </w:p>
        </w:tc>
        <w:tc>
          <w:tcPr>
            <w:tcW w:w="1683" w:type="dxa"/>
            <w:shd w:val="clear" w:color="auto" w:fill="FFFFFF"/>
          </w:tcPr>
          <w:p w14:paraId="0612EE50" w14:textId="77777777" w:rsidR="00134FD8" w:rsidRDefault="00134FD8">
            <w:r>
              <w:rPr>
                <w:sz w:val="13"/>
              </w:rPr>
              <w:t>0.284976327111765</w:t>
            </w:r>
          </w:p>
        </w:tc>
        <w:tc>
          <w:tcPr>
            <w:tcW w:w="1539" w:type="dxa"/>
            <w:shd w:val="clear" w:color="auto" w:fill="FFFFFF"/>
          </w:tcPr>
          <w:p w14:paraId="1F4D1D19" w14:textId="77777777" w:rsidR="00134FD8" w:rsidRDefault="00134FD8">
            <w:r>
              <w:rPr>
                <w:sz w:val="13"/>
              </w:rPr>
              <w:t>0.6055746951125006</w:t>
            </w:r>
          </w:p>
        </w:tc>
        <w:tc>
          <w:tcPr>
            <w:tcW w:w="1245" w:type="dxa"/>
            <w:shd w:val="clear" w:color="auto" w:fill="FFFFFF"/>
          </w:tcPr>
          <w:p w14:paraId="0B29930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4F952D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FFFFF"/>
          </w:tcPr>
          <w:p w14:paraId="7BEB2AB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Erysipelotrichales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7D3767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Erysipelatoclostridiaceae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673A88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Erysipelatoclostridium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2E1587A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7D3249B1" w14:textId="77777777" w:rsidTr="003836A2">
        <w:tc>
          <w:tcPr>
            <w:tcW w:w="2501" w:type="dxa"/>
            <w:shd w:val="clear" w:color="auto" w:fill="F2F2F2"/>
          </w:tcPr>
          <w:p w14:paraId="60BEA606" w14:textId="77777777" w:rsidR="00134FD8" w:rsidRDefault="00134FD8">
            <w:r>
              <w:rPr>
                <w:sz w:val="13"/>
              </w:rPr>
              <w:t>6c31248aab400bbb31133caffa277913</w:t>
            </w:r>
          </w:p>
        </w:tc>
        <w:tc>
          <w:tcPr>
            <w:tcW w:w="1928" w:type="dxa"/>
            <w:shd w:val="clear" w:color="auto" w:fill="F2F2F2"/>
          </w:tcPr>
          <w:p w14:paraId="0CF417EA" w14:textId="77777777" w:rsidR="00134FD8" w:rsidRDefault="00134FD8">
            <w:r>
              <w:rPr>
                <w:sz w:val="13"/>
              </w:rPr>
              <w:t>-2.117348055815942</w:t>
            </w:r>
          </w:p>
        </w:tc>
        <w:tc>
          <w:tcPr>
            <w:tcW w:w="1395" w:type="dxa"/>
            <w:shd w:val="clear" w:color="auto" w:fill="F2F2F2"/>
          </w:tcPr>
          <w:p w14:paraId="0B46166C" w14:textId="77777777" w:rsidR="00134FD8" w:rsidRDefault="00134FD8">
            <w:r>
              <w:rPr>
                <w:sz w:val="13"/>
              </w:rPr>
              <w:t>11.52794410669786</w:t>
            </w:r>
          </w:p>
        </w:tc>
        <w:tc>
          <w:tcPr>
            <w:tcW w:w="1683" w:type="dxa"/>
            <w:shd w:val="clear" w:color="auto" w:fill="F2F2F2"/>
          </w:tcPr>
          <w:p w14:paraId="1AD6D95F" w14:textId="77777777" w:rsidR="00134FD8" w:rsidRDefault="00134FD8">
            <w:r>
              <w:rPr>
                <w:sz w:val="13"/>
              </w:rPr>
              <w:t>1.206794472754159</w:t>
            </w:r>
          </w:p>
        </w:tc>
        <w:tc>
          <w:tcPr>
            <w:tcW w:w="1683" w:type="dxa"/>
            <w:shd w:val="clear" w:color="auto" w:fill="F2F2F2"/>
          </w:tcPr>
          <w:p w14:paraId="3F5DC477" w14:textId="77777777" w:rsidR="00134FD8" w:rsidRDefault="00134FD8">
            <w:r>
              <w:rPr>
                <w:sz w:val="13"/>
              </w:rPr>
              <w:t>0.3025505531819058</w:t>
            </w:r>
          </w:p>
        </w:tc>
        <w:tc>
          <w:tcPr>
            <w:tcW w:w="1539" w:type="dxa"/>
            <w:shd w:val="clear" w:color="auto" w:fill="F2F2F2"/>
          </w:tcPr>
          <w:p w14:paraId="0B46D07E" w14:textId="77777777" w:rsidR="00134FD8" w:rsidRDefault="00134FD8">
            <w:r>
              <w:rPr>
                <w:sz w:val="13"/>
              </w:rPr>
              <w:t>0.6330288497344492</w:t>
            </w:r>
          </w:p>
        </w:tc>
        <w:tc>
          <w:tcPr>
            <w:tcW w:w="1245" w:type="dxa"/>
            <w:shd w:val="clear" w:color="auto" w:fill="F2F2F2"/>
          </w:tcPr>
          <w:p w14:paraId="76588B1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DDE08A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09FF4AE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1E893E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27DAEB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Colidextribacter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5AA3D6F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75294169" w14:textId="77777777" w:rsidTr="003836A2">
        <w:tc>
          <w:tcPr>
            <w:tcW w:w="2501" w:type="dxa"/>
            <w:shd w:val="clear" w:color="auto" w:fill="FFFFFF"/>
          </w:tcPr>
          <w:p w14:paraId="0D421446" w14:textId="77777777" w:rsidR="00134FD8" w:rsidRDefault="00134FD8">
            <w:r>
              <w:rPr>
                <w:sz w:val="13"/>
              </w:rPr>
              <w:t>b70dffc5967c93c276f64127256e85c5</w:t>
            </w:r>
          </w:p>
        </w:tc>
        <w:tc>
          <w:tcPr>
            <w:tcW w:w="1928" w:type="dxa"/>
            <w:shd w:val="clear" w:color="auto" w:fill="FFFFFF"/>
          </w:tcPr>
          <w:p w14:paraId="3B107668" w14:textId="77777777" w:rsidR="00134FD8" w:rsidRDefault="00134FD8">
            <w:r>
              <w:rPr>
                <w:sz w:val="13"/>
              </w:rPr>
              <w:t>-2.150265883852357</w:t>
            </w:r>
          </w:p>
        </w:tc>
        <w:tc>
          <w:tcPr>
            <w:tcW w:w="1395" w:type="dxa"/>
            <w:shd w:val="clear" w:color="auto" w:fill="FFFFFF"/>
          </w:tcPr>
          <w:p w14:paraId="019B375F" w14:textId="77777777" w:rsidR="00134FD8" w:rsidRDefault="00134FD8">
            <w:r>
              <w:rPr>
                <w:sz w:val="13"/>
              </w:rPr>
              <w:t>13.12429631451775</w:t>
            </w:r>
          </w:p>
        </w:tc>
        <w:tc>
          <w:tcPr>
            <w:tcW w:w="1683" w:type="dxa"/>
            <w:shd w:val="clear" w:color="auto" w:fill="FFFFFF"/>
          </w:tcPr>
          <w:p w14:paraId="3AA7E4D8" w14:textId="77777777" w:rsidR="00134FD8" w:rsidRDefault="00134FD8">
            <w:r>
              <w:rPr>
                <w:sz w:val="13"/>
              </w:rPr>
              <w:t>0.9610785452696821</w:t>
            </w:r>
          </w:p>
        </w:tc>
        <w:tc>
          <w:tcPr>
            <w:tcW w:w="1683" w:type="dxa"/>
            <w:shd w:val="clear" w:color="auto" w:fill="FFFFFF"/>
          </w:tcPr>
          <w:p w14:paraId="56030830" w14:textId="77777777" w:rsidR="00134FD8" w:rsidRDefault="00134FD8">
            <w:r>
              <w:rPr>
                <w:sz w:val="13"/>
              </w:rPr>
              <w:t>0.3576554300818012</w:t>
            </w:r>
          </w:p>
        </w:tc>
        <w:tc>
          <w:tcPr>
            <w:tcW w:w="1539" w:type="dxa"/>
            <w:shd w:val="clear" w:color="auto" w:fill="FFFFFF"/>
          </w:tcPr>
          <w:p w14:paraId="4D5DF6F3" w14:textId="77777777" w:rsidR="00134FD8" w:rsidRDefault="00134FD8">
            <w:r>
              <w:rPr>
                <w:sz w:val="13"/>
              </w:rPr>
              <w:t>0.7274798019513792</w:t>
            </w:r>
          </w:p>
        </w:tc>
        <w:tc>
          <w:tcPr>
            <w:tcW w:w="1245" w:type="dxa"/>
            <w:shd w:val="clear" w:color="auto" w:fill="FFFFFF"/>
          </w:tcPr>
          <w:p w14:paraId="71A73F4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3832CDE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1012B5D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8D6000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4CBABA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148474A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5DA5C13D" w14:textId="77777777" w:rsidTr="003836A2">
        <w:tc>
          <w:tcPr>
            <w:tcW w:w="2501" w:type="dxa"/>
            <w:shd w:val="clear" w:color="auto" w:fill="F2F2F2"/>
          </w:tcPr>
          <w:p w14:paraId="4ABF4F15" w14:textId="77777777" w:rsidR="00134FD8" w:rsidRDefault="00134FD8">
            <w:r>
              <w:rPr>
                <w:sz w:val="13"/>
              </w:rPr>
              <w:t>a8eb3e86e896febff5f3e223f84ba94b</w:t>
            </w:r>
          </w:p>
        </w:tc>
        <w:tc>
          <w:tcPr>
            <w:tcW w:w="1928" w:type="dxa"/>
            <w:shd w:val="clear" w:color="auto" w:fill="F2F2F2"/>
          </w:tcPr>
          <w:p w14:paraId="2849AEE0" w14:textId="77777777" w:rsidR="00134FD8" w:rsidRDefault="00134FD8">
            <w:r>
              <w:rPr>
                <w:sz w:val="13"/>
              </w:rPr>
              <w:t>1.614565143255086</w:t>
            </w:r>
          </w:p>
        </w:tc>
        <w:tc>
          <w:tcPr>
            <w:tcW w:w="1395" w:type="dxa"/>
            <w:shd w:val="clear" w:color="auto" w:fill="F2F2F2"/>
          </w:tcPr>
          <w:p w14:paraId="2DC67D7A" w14:textId="77777777" w:rsidR="00134FD8" w:rsidRDefault="00134FD8">
            <w:r>
              <w:rPr>
                <w:sz w:val="13"/>
              </w:rPr>
              <w:t>9.872883802398325</w:t>
            </w:r>
          </w:p>
        </w:tc>
        <w:tc>
          <w:tcPr>
            <w:tcW w:w="1683" w:type="dxa"/>
            <w:shd w:val="clear" w:color="auto" w:fill="F2F2F2"/>
          </w:tcPr>
          <w:p w14:paraId="32C86A58" w14:textId="77777777" w:rsidR="00134FD8" w:rsidRDefault="00134FD8">
            <w:r>
              <w:rPr>
                <w:sz w:val="13"/>
              </w:rPr>
              <w:t>0.9051291016270139</w:t>
            </w:r>
          </w:p>
        </w:tc>
        <w:tc>
          <w:tcPr>
            <w:tcW w:w="1683" w:type="dxa"/>
            <w:shd w:val="clear" w:color="auto" w:fill="F2F2F2"/>
          </w:tcPr>
          <w:p w14:paraId="4DA46E36" w14:textId="77777777" w:rsidR="00134FD8" w:rsidRDefault="00134FD8">
            <w:r>
              <w:rPr>
                <w:sz w:val="13"/>
              </w:rPr>
              <w:t>0.3626889093074576</w:t>
            </w:r>
          </w:p>
        </w:tc>
        <w:tc>
          <w:tcPr>
            <w:tcW w:w="1539" w:type="dxa"/>
            <w:shd w:val="clear" w:color="auto" w:fill="F2F2F2"/>
          </w:tcPr>
          <w:p w14:paraId="3824E8F5" w14:textId="77777777" w:rsidR="00134FD8" w:rsidRDefault="00134FD8">
            <w:r>
              <w:rPr>
                <w:sz w:val="13"/>
              </w:rPr>
              <w:t>0.7274798019513792</w:t>
            </w:r>
          </w:p>
        </w:tc>
        <w:tc>
          <w:tcPr>
            <w:tcW w:w="1245" w:type="dxa"/>
            <w:shd w:val="clear" w:color="auto" w:fill="F2F2F2"/>
          </w:tcPr>
          <w:p w14:paraId="407AEE8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471E6D0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75490B7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E49CC5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Tannerellaceae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031060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33C17EB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B397178" w14:textId="77777777" w:rsidTr="003836A2">
        <w:tc>
          <w:tcPr>
            <w:tcW w:w="2501" w:type="dxa"/>
            <w:shd w:val="clear" w:color="auto" w:fill="FFFFFF"/>
          </w:tcPr>
          <w:p w14:paraId="3AF32950" w14:textId="77777777" w:rsidR="00134FD8" w:rsidRDefault="00134FD8">
            <w:r>
              <w:rPr>
                <w:sz w:val="13"/>
              </w:rPr>
              <w:t>8383a9394d839568543ff7a5decb1956</w:t>
            </w:r>
          </w:p>
        </w:tc>
        <w:tc>
          <w:tcPr>
            <w:tcW w:w="1928" w:type="dxa"/>
            <w:shd w:val="clear" w:color="auto" w:fill="FFFFFF"/>
          </w:tcPr>
          <w:p w14:paraId="1D84A7F9" w14:textId="77777777" w:rsidR="00134FD8" w:rsidRDefault="00134FD8">
            <w:r>
              <w:rPr>
                <w:sz w:val="13"/>
              </w:rPr>
              <w:t>1.56525538341668</w:t>
            </w:r>
          </w:p>
        </w:tc>
        <w:tc>
          <w:tcPr>
            <w:tcW w:w="1395" w:type="dxa"/>
            <w:shd w:val="clear" w:color="auto" w:fill="FFFFFF"/>
          </w:tcPr>
          <w:p w14:paraId="052CC0FF" w14:textId="77777777" w:rsidR="00134FD8" w:rsidRDefault="00134FD8">
            <w:r>
              <w:rPr>
                <w:sz w:val="13"/>
              </w:rPr>
              <w:t>13.01902781495895</w:t>
            </w:r>
          </w:p>
        </w:tc>
        <w:tc>
          <w:tcPr>
            <w:tcW w:w="1683" w:type="dxa"/>
            <w:shd w:val="clear" w:color="auto" w:fill="FFFFFF"/>
          </w:tcPr>
          <w:p w14:paraId="20F49955" w14:textId="77777777" w:rsidR="00134FD8" w:rsidRDefault="00134FD8">
            <w:r>
              <w:rPr>
                <w:sz w:val="13"/>
              </w:rPr>
              <w:t>0.9316538056829551</w:t>
            </w:r>
          </w:p>
        </w:tc>
        <w:tc>
          <w:tcPr>
            <w:tcW w:w="1683" w:type="dxa"/>
            <w:shd w:val="clear" w:color="auto" w:fill="FFFFFF"/>
          </w:tcPr>
          <w:p w14:paraId="62AB092D" w14:textId="77777777" w:rsidR="00134FD8" w:rsidRDefault="00134FD8">
            <w:r>
              <w:rPr>
                <w:sz w:val="13"/>
              </w:rPr>
              <w:t>0.3647598575329943</w:t>
            </w:r>
          </w:p>
        </w:tc>
        <w:tc>
          <w:tcPr>
            <w:tcW w:w="1539" w:type="dxa"/>
            <w:shd w:val="clear" w:color="auto" w:fill="FFFFFF"/>
          </w:tcPr>
          <w:p w14:paraId="568BDF22" w14:textId="77777777" w:rsidR="00134FD8" w:rsidRDefault="00134FD8">
            <w:r>
              <w:rPr>
                <w:sz w:val="13"/>
              </w:rPr>
              <w:t>0.7274798019513792</w:t>
            </w:r>
          </w:p>
        </w:tc>
        <w:tc>
          <w:tcPr>
            <w:tcW w:w="1245" w:type="dxa"/>
            <w:shd w:val="clear" w:color="auto" w:fill="FFFFFF"/>
          </w:tcPr>
          <w:p w14:paraId="35E868B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00632D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8D8127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449C60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D3E25F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0442B25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263D01CD" w14:textId="77777777" w:rsidTr="003836A2">
        <w:tc>
          <w:tcPr>
            <w:tcW w:w="2501" w:type="dxa"/>
            <w:shd w:val="clear" w:color="auto" w:fill="F2F2F2"/>
          </w:tcPr>
          <w:p w14:paraId="05C2BDF2" w14:textId="77777777" w:rsidR="00134FD8" w:rsidRDefault="00134FD8">
            <w:r>
              <w:rPr>
                <w:sz w:val="13"/>
              </w:rPr>
              <w:t>51e46f7579ab8b3808d68c4d911afa75</w:t>
            </w:r>
          </w:p>
        </w:tc>
        <w:tc>
          <w:tcPr>
            <w:tcW w:w="1928" w:type="dxa"/>
            <w:shd w:val="clear" w:color="auto" w:fill="F2F2F2"/>
          </w:tcPr>
          <w:p w14:paraId="1AFDACFB" w14:textId="77777777" w:rsidR="00134FD8" w:rsidRDefault="00134FD8">
            <w:r>
              <w:rPr>
                <w:sz w:val="13"/>
              </w:rPr>
              <w:t>-2.069513016430796</w:t>
            </w:r>
          </w:p>
        </w:tc>
        <w:tc>
          <w:tcPr>
            <w:tcW w:w="1395" w:type="dxa"/>
            <w:shd w:val="clear" w:color="auto" w:fill="F2F2F2"/>
          </w:tcPr>
          <w:p w14:paraId="10E1D847" w14:textId="77777777" w:rsidR="00134FD8" w:rsidRDefault="00134FD8">
            <w:r>
              <w:rPr>
                <w:sz w:val="13"/>
              </w:rPr>
              <w:t>13.42142758146852</w:t>
            </w:r>
          </w:p>
        </w:tc>
        <w:tc>
          <w:tcPr>
            <w:tcW w:w="1683" w:type="dxa"/>
            <w:shd w:val="clear" w:color="auto" w:fill="F2F2F2"/>
          </w:tcPr>
          <w:p w14:paraId="4332CD05" w14:textId="77777777" w:rsidR="00134FD8" w:rsidRDefault="00134FD8">
            <w:r>
              <w:rPr>
                <w:sz w:val="13"/>
              </w:rPr>
              <w:t>0.8873455983688306</w:t>
            </w:r>
          </w:p>
        </w:tc>
        <w:tc>
          <w:tcPr>
            <w:tcW w:w="1683" w:type="dxa"/>
            <w:shd w:val="clear" w:color="auto" w:fill="F2F2F2"/>
          </w:tcPr>
          <w:p w14:paraId="0EF01F9F" w14:textId="77777777" w:rsidR="00134FD8" w:rsidRDefault="00134FD8">
            <w:r>
              <w:rPr>
                <w:sz w:val="13"/>
              </w:rPr>
              <w:t>0.3762065573355104</w:t>
            </w:r>
          </w:p>
        </w:tc>
        <w:tc>
          <w:tcPr>
            <w:tcW w:w="1539" w:type="dxa"/>
            <w:shd w:val="clear" w:color="auto" w:fill="F2F2F2"/>
          </w:tcPr>
          <w:p w14:paraId="2CF9D255" w14:textId="77777777" w:rsidR="00134FD8" w:rsidRDefault="00134FD8">
            <w:r>
              <w:rPr>
                <w:sz w:val="13"/>
              </w:rPr>
              <w:t>0.7274798019513792</w:t>
            </w:r>
          </w:p>
        </w:tc>
        <w:tc>
          <w:tcPr>
            <w:tcW w:w="1245" w:type="dxa"/>
            <w:shd w:val="clear" w:color="auto" w:fill="F2F2F2"/>
          </w:tcPr>
          <w:p w14:paraId="2A7B0BF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4D86ACB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429BD15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EBB355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EFB68E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2DF38B2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59926660" w14:textId="77777777" w:rsidTr="003836A2">
        <w:tc>
          <w:tcPr>
            <w:tcW w:w="2501" w:type="dxa"/>
            <w:shd w:val="clear" w:color="auto" w:fill="FFFFFF"/>
          </w:tcPr>
          <w:p w14:paraId="0D7ACAC0" w14:textId="77777777" w:rsidR="00134FD8" w:rsidRDefault="00134FD8">
            <w:r>
              <w:rPr>
                <w:sz w:val="13"/>
              </w:rPr>
              <w:t>353aa922704cb2240e2658a281511f52</w:t>
            </w:r>
          </w:p>
        </w:tc>
        <w:tc>
          <w:tcPr>
            <w:tcW w:w="1928" w:type="dxa"/>
            <w:shd w:val="clear" w:color="auto" w:fill="FFFFFF"/>
          </w:tcPr>
          <w:p w14:paraId="3AC0E0D9" w14:textId="77777777" w:rsidR="00134FD8" w:rsidRDefault="00134FD8">
            <w:r>
              <w:rPr>
                <w:sz w:val="13"/>
              </w:rPr>
              <w:t>-2.052211201953576</w:t>
            </w:r>
          </w:p>
        </w:tc>
        <w:tc>
          <w:tcPr>
            <w:tcW w:w="1395" w:type="dxa"/>
            <w:shd w:val="clear" w:color="auto" w:fill="FFFFFF"/>
          </w:tcPr>
          <w:p w14:paraId="147EA80C" w14:textId="77777777" w:rsidR="00134FD8" w:rsidRDefault="00134FD8">
            <w:r>
              <w:rPr>
                <w:sz w:val="13"/>
              </w:rPr>
              <w:t>11.75045681360338</w:t>
            </w:r>
          </w:p>
        </w:tc>
        <w:tc>
          <w:tcPr>
            <w:tcW w:w="1683" w:type="dxa"/>
            <w:shd w:val="clear" w:color="auto" w:fill="FFFFFF"/>
          </w:tcPr>
          <w:p w14:paraId="5A018536" w14:textId="77777777" w:rsidR="00134FD8" w:rsidRDefault="00134FD8">
            <w:r>
              <w:rPr>
                <w:sz w:val="13"/>
              </w:rPr>
              <w:t>0.8630642730116439</w:t>
            </w:r>
          </w:p>
        </w:tc>
        <w:tc>
          <w:tcPr>
            <w:tcW w:w="1683" w:type="dxa"/>
            <w:shd w:val="clear" w:color="auto" w:fill="FFFFFF"/>
          </w:tcPr>
          <w:p w14:paraId="076052F2" w14:textId="77777777" w:rsidR="00134FD8" w:rsidRDefault="00134FD8">
            <w:r>
              <w:rPr>
                <w:sz w:val="13"/>
              </w:rPr>
              <w:t>0.3794610352372111</w:t>
            </w:r>
          </w:p>
        </w:tc>
        <w:tc>
          <w:tcPr>
            <w:tcW w:w="1539" w:type="dxa"/>
            <w:shd w:val="clear" w:color="auto" w:fill="FFFFFF"/>
          </w:tcPr>
          <w:p w14:paraId="155AB7BA" w14:textId="77777777" w:rsidR="00134FD8" w:rsidRDefault="00134FD8">
            <w:r>
              <w:rPr>
                <w:sz w:val="13"/>
              </w:rPr>
              <w:t>0.7274798019513792</w:t>
            </w:r>
          </w:p>
        </w:tc>
        <w:tc>
          <w:tcPr>
            <w:tcW w:w="1245" w:type="dxa"/>
            <w:shd w:val="clear" w:color="auto" w:fill="FFFFFF"/>
          </w:tcPr>
          <w:p w14:paraId="46FDDC7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1400B86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7AAEE6B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2D6B7A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Rikenellaceae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250572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Alistipes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7F2CA36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0D16438" w14:textId="77777777" w:rsidTr="003836A2">
        <w:tc>
          <w:tcPr>
            <w:tcW w:w="2501" w:type="dxa"/>
            <w:shd w:val="clear" w:color="auto" w:fill="F2F2F2"/>
          </w:tcPr>
          <w:p w14:paraId="606E458B" w14:textId="77777777" w:rsidR="00134FD8" w:rsidRDefault="00134FD8">
            <w:r>
              <w:rPr>
                <w:sz w:val="13"/>
              </w:rPr>
              <w:t>42690539aa399c812b99bc18ad34b6b7</w:t>
            </w:r>
          </w:p>
        </w:tc>
        <w:tc>
          <w:tcPr>
            <w:tcW w:w="1928" w:type="dxa"/>
            <w:shd w:val="clear" w:color="auto" w:fill="F2F2F2"/>
          </w:tcPr>
          <w:p w14:paraId="016EC914" w14:textId="77777777" w:rsidR="00134FD8" w:rsidRDefault="00134FD8">
            <w:r>
              <w:rPr>
                <w:sz w:val="13"/>
              </w:rPr>
              <w:t>0.5291694046913594</w:t>
            </w:r>
          </w:p>
        </w:tc>
        <w:tc>
          <w:tcPr>
            <w:tcW w:w="1395" w:type="dxa"/>
            <w:shd w:val="clear" w:color="auto" w:fill="F2F2F2"/>
          </w:tcPr>
          <w:p w14:paraId="1224C71B" w14:textId="77777777" w:rsidR="00134FD8" w:rsidRDefault="00134FD8">
            <w:r>
              <w:rPr>
                <w:sz w:val="13"/>
              </w:rPr>
              <w:t>14.36916950124119</w:t>
            </w:r>
          </w:p>
        </w:tc>
        <w:tc>
          <w:tcPr>
            <w:tcW w:w="1683" w:type="dxa"/>
            <w:shd w:val="clear" w:color="auto" w:fill="F2F2F2"/>
          </w:tcPr>
          <w:p w14:paraId="27F70B30" w14:textId="77777777" w:rsidR="00134FD8" w:rsidRDefault="00134FD8">
            <w:r>
              <w:rPr>
                <w:sz w:val="13"/>
              </w:rPr>
              <w:t>0.8689606411714416</w:t>
            </w:r>
          </w:p>
        </w:tc>
        <w:tc>
          <w:tcPr>
            <w:tcW w:w="1683" w:type="dxa"/>
            <w:shd w:val="clear" w:color="auto" w:fill="F2F2F2"/>
          </w:tcPr>
          <w:p w14:paraId="4B74EE24" w14:textId="77777777" w:rsidR="00134FD8" w:rsidRDefault="00134FD8">
            <w:r>
              <w:rPr>
                <w:sz w:val="13"/>
              </w:rPr>
              <w:t>0.3811310646535028</w:t>
            </w:r>
          </w:p>
        </w:tc>
        <w:tc>
          <w:tcPr>
            <w:tcW w:w="1539" w:type="dxa"/>
            <w:shd w:val="clear" w:color="auto" w:fill="F2F2F2"/>
          </w:tcPr>
          <w:p w14:paraId="5FE0B806" w14:textId="77777777" w:rsidR="00134FD8" w:rsidRDefault="00134FD8">
            <w:r>
              <w:rPr>
                <w:sz w:val="13"/>
              </w:rPr>
              <w:t>0.7274798019513792</w:t>
            </w:r>
          </w:p>
        </w:tc>
        <w:tc>
          <w:tcPr>
            <w:tcW w:w="1245" w:type="dxa"/>
            <w:shd w:val="clear" w:color="auto" w:fill="F2F2F2"/>
          </w:tcPr>
          <w:p w14:paraId="7594B2C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649B918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3F2BA17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7DE4AD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5EAEB0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5048721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15AF74E" w14:textId="77777777" w:rsidTr="003836A2">
        <w:tc>
          <w:tcPr>
            <w:tcW w:w="2501" w:type="dxa"/>
            <w:shd w:val="clear" w:color="auto" w:fill="FFFFFF"/>
          </w:tcPr>
          <w:p w14:paraId="4BFE757C" w14:textId="77777777" w:rsidR="00134FD8" w:rsidRDefault="00134FD8">
            <w:r>
              <w:rPr>
                <w:sz w:val="13"/>
              </w:rPr>
              <w:t>160efa2a41c4cec475f79506e42374ca</w:t>
            </w:r>
          </w:p>
        </w:tc>
        <w:tc>
          <w:tcPr>
            <w:tcW w:w="1928" w:type="dxa"/>
            <w:shd w:val="clear" w:color="auto" w:fill="FFFFFF"/>
          </w:tcPr>
          <w:p w14:paraId="7BEDF846" w14:textId="77777777" w:rsidR="00134FD8" w:rsidRDefault="00134FD8">
            <w:r>
              <w:rPr>
                <w:sz w:val="13"/>
              </w:rPr>
              <w:t>-1.954190655435627</w:t>
            </w:r>
          </w:p>
        </w:tc>
        <w:tc>
          <w:tcPr>
            <w:tcW w:w="1395" w:type="dxa"/>
            <w:shd w:val="clear" w:color="auto" w:fill="FFFFFF"/>
          </w:tcPr>
          <w:p w14:paraId="735A9AA6" w14:textId="77777777" w:rsidR="00134FD8" w:rsidRDefault="00134FD8">
            <w:r>
              <w:rPr>
                <w:sz w:val="13"/>
              </w:rPr>
              <w:t>12.54203110522199</w:t>
            </w:r>
          </w:p>
        </w:tc>
        <w:tc>
          <w:tcPr>
            <w:tcW w:w="1683" w:type="dxa"/>
            <w:shd w:val="clear" w:color="auto" w:fill="FFFFFF"/>
          </w:tcPr>
          <w:p w14:paraId="75EBD101" w14:textId="77777777" w:rsidR="00134FD8" w:rsidRDefault="00134FD8">
            <w:r>
              <w:rPr>
                <w:sz w:val="13"/>
              </w:rPr>
              <w:t>0.8480715340035062</w:t>
            </w:r>
          </w:p>
        </w:tc>
        <w:tc>
          <w:tcPr>
            <w:tcW w:w="1683" w:type="dxa"/>
            <w:shd w:val="clear" w:color="auto" w:fill="FFFFFF"/>
          </w:tcPr>
          <w:p w14:paraId="72BE198F" w14:textId="77777777" w:rsidR="00134FD8" w:rsidRDefault="00134FD8">
            <w:r>
              <w:rPr>
                <w:sz w:val="13"/>
              </w:rPr>
              <w:t>0.3851363657389655</w:t>
            </w:r>
          </w:p>
        </w:tc>
        <w:tc>
          <w:tcPr>
            <w:tcW w:w="1539" w:type="dxa"/>
            <w:shd w:val="clear" w:color="auto" w:fill="FFFFFF"/>
          </w:tcPr>
          <w:p w14:paraId="01E76915" w14:textId="77777777" w:rsidR="00134FD8" w:rsidRDefault="00134FD8">
            <w:r>
              <w:rPr>
                <w:sz w:val="13"/>
              </w:rPr>
              <w:t>0.7274798019513792</w:t>
            </w:r>
          </w:p>
        </w:tc>
        <w:tc>
          <w:tcPr>
            <w:tcW w:w="1245" w:type="dxa"/>
            <w:shd w:val="clear" w:color="auto" w:fill="FFFFFF"/>
          </w:tcPr>
          <w:p w14:paraId="75D23F6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1DD7BDB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789516A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A91E47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9F6C29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2A94AD8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64958DB7" w14:textId="77777777" w:rsidTr="003836A2">
        <w:tc>
          <w:tcPr>
            <w:tcW w:w="2501" w:type="dxa"/>
            <w:shd w:val="clear" w:color="auto" w:fill="F2F2F2"/>
          </w:tcPr>
          <w:p w14:paraId="69CE2554" w14:textId="77777777" w:rsidR="00134FD8" w:rsidRDefault="00134FD8">
            <w:r>
              <w:rPr>
                <w:sz w:val="13"/>
              </w:rPr>
              <w:t>1030b18e104520945c7fdf8b52ddd0d9</w:t>
            </w:r>
          </w:p>
        </w:tc>
        <w:tc>
          <w:tcPr>
            <w:tcW w:w="1928" w:type="dxa"/>
            <w:shd w:val="clear" w:color="auto" w:fill="F2F2F2"/>
          </w:tcPr>
          <w:p w14:paraId="247AF7FC" w14:textId="77777777" w:rsidR="00134FD8" w:rsidRDefault="00134FD8">
            <w:r>
              <w:rPr>
                <w:sz w:val="13"/>
              </w:rPr>
              <w:t>-2.195221677280922</w:t>
            </w:r>
          </w:p>
        </w:tc>
        <w:tc>
          <w:tcPr>
            <w:tcW w:w="1395" w:type="dxa"/>
            <w:shd w:val="clear" w:color="auto" w:fill="F2F2F2"/>
          </w:tcPr>
          <w:p w14:paraId="1C884AAD" w14:textId="77777777" w:rsidR="00134FD8" w:rsidRDefault="00134FD8">
            <w:r>
              <w:rPr>
                <w:sz w:val="13"/>
              </w:rPr>
              <w:t>11.43414513176658</w:t>
            </w:r>
          </w:p>
        </w:tc>
        <w:tc>
          <w:tcPr>
            <w:tcW w:w="1683" w:type="dxa"/>
            <w:shd w:val="clear" w:color="auto" w:fill="F2F2F2"/>
          </w:tcPr>
          <w:p w14:paraId="33A5974E" w14:textId="77777777" w:rsidR="00134FD8" w:rsidRDefault="00134FD8">
            <w:r>
              <w:rPr>
                <w:sz w:val="13"/>
              </w:rPr>
              <w:t>0.8115641890548889</w:t>
            </w:r>
          </w:p>
        </w:tc>
        <w:tc>
          <w:tcPr>
            <w:tcW w:w="1683" w:type="dxa"/>
            <w:shd w:val="clear" w:color="auto" w:fill="F2F2F2"/>
          </w:tcPr>
          <w:p w14:paraId="72AA579C" w14:textId="77777777" w:rsidR="00134FD8" w:rsidRDefault="00134FD8">
            <w:r>
              <w:rPr>
                <w:sz w:val="13"/>
              </w:rPr>
              <w:t>0.3924573464041209</w:t>
            </w:r>
          </w:p>
        </w:tc>
        <w:tc>
          <w:tcPr>
            <w:tcW w:w="1539" w:type="dxa"/>
            <w:shd w:val="clear" w:color="auto" w:fill="F2F2F2"/>
          </w:tcPr>
          <w:p w14:paraId="0BEFF86E" w14:textId="77777777" w:rsidR="00134FD8" w:rsidRDefault="00134FD8">
            <w:r>
              <w:rPr>
                <w:sz w:val="13"/>
              </w:rPr>
              <w:t>0.7311534124789101</w:t>
            </w:r>
          </w:p>
        </w:tc>
        <w:tc>
          <w:tcPr>
            <w:tcW w:w="1245" w:type="dxa"/>
            <w:shd w:val="clear" w:color="auto" w:fill="F2F2F2"/>
          </w:tcPr>
          <w:p w14:paraId="5DB188A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7ED4278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2BFDADC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E01753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8FA1CA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0E2A784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D19F319" w14:textId="77777777" w:rsidTr="003836A2">
        <w:tc>
          <w:tcPr>
            <w:tcW w:w="2501" w:type="dxa"/>
            <w:shd w:val="clear" w:color="auto" w:fill="FFFFFF"/>
          </w:tcPr>
          <w:p w14:paraId="586A9772" w14:textId="77777777" w:rsidR="00134FD8" w:rsidRDefault="00134FD8">
            <w:r>
              <w:rPr>
                <w:sz w:val="13"/>
              </w:rPr>
              <w:t>143d26e50f457d01671a14213d117218</w:t>
            </w:r>
          </w:p>
        </w:tc>
        <w:tc>
          <w:tcPr>
            <w:tcW w:w="1928" w:type="dxa"/>
            <w:shd w:val="clear" w:color="auto" w:fill="FFFFFF"/>
          </w:tcPr>
          <w:p w14:paraId="0C40D4D2" w14:textId="77777777" w:rsidR="00134FD8" w:rsidRDefault="00134FD8">
            <w:r>
              <w:rPr>
                <w:sz w:val="13"/>
              </w:rPr>
              <w:t>1.78289280536263</w:t>
            </w:r>
          </w:p>
        </w:tc>
        <w:tc>
          <w:tcPr>
            <w:tcW w:w="1395" w:type="dxa"/>
            <w:shd w:val="clear" w:color="auto" w:fill="FFFFFF"/>
          </w:tcPr>
          <w:p w14:paraId="2E313F0D" w14:textId="77777777" w:rsidR="00134FD8" w:rsidRDefault="00134FD8">
            <w:r>
              <w:rPr>
                <w:sz w:val="13"/>
              </w:rPr>
              <w:t>9.481674988380279</w:t>
            </w:r>
          </w:p>
        </w:tc>
        <w:tc>
          <w:tcPr>
            <w:tcW w:w="1683" w:type="dxa"/>
            <w:shd w:val="clear" w:color="auto" w:fill="FFFFFF"/>
          </w:tcPr>
          <w:p w14:paraId="324CA97E" w14:textId="77777777" w:rsidR="00134FD8" w:rsidRDefault="00134FD8">
            <w:r>
              <w:rPr>
                <w:sz w:val="13"/>
              </w:rPr>
              <w:t>0.7335272411720472</w:t>
            </w:r>
          </w:p>
        </w:tc>
        <w:tc>
          <w:tcPr>
            <w:tcW w:w="1683" w:type="dxa"/>
            <w:shd w:val="clear" w:color="auto" w:fill="FFFFFF"/>
          </w:tcPr>
          <w:p w14:paraId="420F2376" w14:textId="77777777" w:rsidR="00134FD8" w:rsidRDefault="00134FD8">
            <w:r>
              <w:rPr>
                <w:sz w:val="13"/>
              </w:rPr>
              <w:t>0.4093622663502799</w:t>
            </w:r>
          </w:p>
        </w:tc>
        <w:tc>
          <w:tcPr>
            <w:tcW w:w="1539" w:type="dxa"/>
            <w:shd w:val="clear" w:color="auto" w:fill="FFFFFF"/>
          </w:tcPr>
          <w:p w14:paraId="59D033CB" w14:textId="77777777" w:rsidR="00134FD8" w:rsidRDefault="00134FD8">
            <w:r>
              <w:rPr>
                <w:sz w:val="13"/>
              </w:rPr>
              <w:t>0.7452158982688668</w:t>
            </w:r>
          </w:p>
        </w:tc>
        <w:tc>
          <w:tcPr>
            <w:tcW w:w="1245" w:type="dxa"/>
            <w:shd w:val="clear" w:color="auto" w:fill="FFFFFF"/>
          </w:tcPr>
          <w:p w14:paraId="2CAE6E6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ACD11E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683460C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C724D7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811F85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3471DB7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702397DB" w14:textId="77777777" w:rsidTr="003836A2">
        <w:tc>
          <w:tcPr>
            <w:tcW w:w="2501" w:type="dxa"/>
            <w:shd w:val="clear" w:color="auto" w:fill="F2F2F2"/>
          </w:tcPr>
          <w:p w14:paraId="278FE611" w14:textId="77777777" w:rsidR="00134FD8" w:rsidRDefault="00134FD8">
            <w:r>
              <w:rPr>
                <w:sz w:val="13"/>
              </w:rPr>
              <w:t>321eb718bc08a25da457f5e29a2651f1</w:t>
            </w:r>
          </w:p>
        </w:tc>
        <w:tc>
          <w:tcPr>
            <w:tcW w:w="1928" w:type="dxa"/>
            <w:shd w:val="clear" w:color="auto" w:fill="F2F2F2"/>
          </w:tcPr>
          <w:p w14:paraId="5679E7CD" w14:textId="77777777" w:rsidR="00134FD8" w:rsidRDefault="00134FD8">
            <w:r>
              <w:rPr>
                <w:sz w:val="13"/>
              </w:rPr>
              <w:t>-0.8998497751537056</w:t>
            </w:r>
          </w:p>
        </w:tc>
        <w:tc>
          <w:tcPr>
            <w:tcW w:w="1395" w:type="dxa"/>
            <w:shd w:val="clear" w:color="auto" w:fill="F2F2F2"/>
          </w:tcPr>
          <w:p w14:paraId="1DBE8435" w14:textId="77777777" w:rsidR="00134FD8" w:rsidRDefault="00134FD8">
            <w:r>
              <w:rPr>
                <w:sz w:val="13"/>
              </w:rPr>
              <w:t>12.51922606236263</w:t>
            </w:r>
          </w:p>
        </w:tc>
        <w:tc>
          <w:tcPr>
            <w:tcW w:w="1683" w:type="dxa"/>
            <w:shd w:val="clear" w:color="auto" w:fill="F2F2F2"/>
          </w:tcPr>
          <w:p w14:paraId="30E2ABD6" w14:textId="77777777" w:rsidR="00134FD8" w:rsidRDefault="00134FD8">
            <w:r>
              <w:rPr>
                <w:sz w:val="13"/>
              </w:rPr>
              <w:t>0.7542049541912849</w:t>
            </w:r>
          </w:p>
        </w:tc>
        <w:tc>
          <w:tcPr>
            <w:tcW w:w="1683" w:type="dxa"/>
            <w:shd w:val="clear" w:color="auto" w:fill="F2F2F2"/>
          </w:tcPr>
          <w:p w14:paraId="02E70EA2" w14:textId="77777777" w:rsidR="00134FD8" w:rsidRDefault="00134FD8">
            <w:r>
              <w:rPr>
                <w:sz w:val="13"/>
              </w:rPr>
              <w:t>0.4109646497806251</w:t>
            </w:r>
          </w:p>
        </w:tc>
        <w:tc>
          <w:tcPr>
            <w:tcW w:w="1539" w:type="dxa"/>
            <w:shd w:val="clear" w:color="auto" w:fill="F2F2F2"/>
          </w:tcPr>
          <w:p w14:paraId="752900D0" w14:textId="77777777" w:rsidR="00134FD8" w:rsidRDefault="00134FD8">
            <w:r>
              <w:rPr>
                <w:sz w:val="13"/>
              </w:rPr>
              <w:t>0.7452158982688668</w:t>
            </w:r>
          </w:p>
        </w:tc>
        <w:tc>
          <w:tcPr>
            <w:tcW w:w="1245" w:type="dxa"/>
            <w:shd w:val="clear" w:color="auto" w:fill="F2F2F2"/>
          </w:tcPr>
          <w:p w14:paraId="4BDCDA7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72B5CB9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434F465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349D77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2DBA6A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4F94436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uncultured_Bacteroidales</w:t>
            </w:r>
            <w:proofErr w:type="spellEnd"/>
          </w:p>
        </w:tc>
      </w:tr>
      <w:tr w:rsidR="00134FD8" w14:paraId="1E5D857A" w14:textId="77777777" w:rsidTr="003836A2">
        <w:tc>
          <w:tcPr>
            <w:tcW w:w="2501" w:type="dxa"/>
            <w:shd w:val="clear" w:color="auto" w:fill="FFFFFF"/>
          </w:tcPr>
          <w:p w14:paraId="2085A113" w14:textId="77777777" w:rsidR="00134FD8" w:rsidRDefault="00134FD8">
            <w:r>
              <w:rPr>
                <w:sz w:val="13"/>
              </w:rPr>
              <w:t>34af8802b4003bab284252b56e65f6ac</w:t>
            </w:r>
          </w:p>
        </w:tc>
        <w:tc>
          <w:tcPr>
            <w:tcW w:w="1928" w:type="dxa"/>
            <w:shd w:val="clear" w:color="auto" w:fill="FFFFFF"/>
          </w:tcPr>
          <w:p w14:paraId="41811AC3" w14:textId="77777777" w:rsidR="00134FD8" w:rsidRDefault="00134FD8">
            <w:r>
              <w:rPr>
                <w:sz w:val="13"/>
              </w:rPr>
              <w:t>-0.9547340089223055</w:t>
            </w:r>
          </w:p>
        </w:tc>
        <w:tc>
          <w:tcPr>
            <w:tcW w:w="1395" w:type="dxa"/>
            <w:shd w:val="clear" w:color="auto" w:fill="FFFFFF"/>
          </w:tcPr>
          <w:p w14:paraId="10EC81E9" w14:textId="77777777" w:rsidR="00134FD8" w:rsidRDefault="00134FD8">
            <w:r>
              <w:rPr>
                <w:sz w:val="13"/>
              </w:rPr>
              <w:t>14.58907644828707</w:t>
            </w:r>
          </w:p>
        </w:tc>
        <w:tc>
          <w:tcPr>
            <w:tcW w:w="1683" w:type="dxa"/>
            <w:shd w:val="clear" w:color="auto" w:fill="FFFFFF"/>
          </w:tcPr>
          <w:p w14:paraId="5C407DAB" w14:textId="77777777" w:rsidR="00134FD8" w:rsidRDefault="00134FD8">
            <w:r>
              <w:rPr>
                <w:sz w:val="13"/>
              </w:rPr>
              <w:t>0.741678454430518</w:t>
            </w:r>
          </w:p>
        </w:tc>
        <w:tc>
          <w:tcPr>
            <w:tcW w:w="1683" w:type="dxa"/>
            <w:shd w:val="clear" w:color="auto" w:fill="FFFFFF"/>
          </w:tcPr>
          <w:p w14:paraId="3121E18A" w14:textId="77777777" w:rsidR="00134FD8" w:rsidRDefault="00134FD8">
            <w:r>
              <w:rPr>
                <w:sz w:val="13"/>
              </w:rPr>
              <w:t>0.4178829946639412</w:t>
            </w:r>
          </w:p>
        </w:tc>
        <w:tc>
          <w:tcPr>
            <w:tcW w:w="1539" w:type="dxa"/>
            <w:shd w:val="clear" w:color="auto" w:fill="FFFFFF"/>
          </w:tcPr>
          <w:p w14:paraId="7BD62B7E" w14:textId="77777777" w:rsidR="00134FD8" w:rsidRDefault="00134FD8">
            <w:r>
              <w:rPr>
                <w:sz w:val="13"/>
              </w:rPr>
              <w:t>0.7455449435560069</w:t>
            </w:r>
          </w:p>
        </w:tc>
        <w:tc>
          <w:tcPr>
            <w:tcW w:w="1245" w:type="dxa"/>
            <w:shd w:val="clear" w:color="auto" w:fill="FFFFFF"/>
          </w:tcPr>
          <w:p w14:paraId="1F3EE6B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4B25574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7291974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6666FB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2D98EC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5F4788C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74519875" w14:textId="77777777" w:rsidTr="003836A2">
        <w:tc>
          <w:tcPr>
            <w:tcW w:w="2501" w:type="dxa"/>
            <w:shd w:val="clear" w:color="auto" w:fill="F2F2F2"/>
          </w:tcPr>
          <w:p w14:paraId="04D64F7F" w14:textId="77777777" w:rsidR="00134FD8" w:rsidRDefault="00134FD8">
            <w:r>
              <w:rPr>
                <w:sz w:val="13"/>
              </w:rPr>
              <w:t>81eb81acfe3c3b0fe1b0359689c88151</w:t>
            </w:r>
          </w:p>
        </w:tc>
        <w:tc>
          <w:tcPr>
            <w:tcW w:w="1928" w:type="dxa"/>
            <w:shd w:val="clear" w:color="auto" w:fill="F2F2F2"/>
          </w:tcPr>
          <w:p w14:paraId="2CB47B21" w14:textId="77777777" w:rsidR="00134FD8" w:rsidRDefault="00134FD8">
            <w:r>
              <w:rPr>
                <w:sz w:val="13"/>
              </w:rPr>
              <w:t>-1.980368358571816</w:t>
            </w:r>
          </w:p>
        </w:tc>
        <w:tc>
          <w:tcPr>
            <w:tcW w:w="1395" w:type="dxa"/>
            <w:shd w:val="clear" w:color="auto" w:fill="F2F2F2"/>
          </w:tcPr>
          <w:p w14:paraId="22E4591D" w14:textId="77777777" w:rsidR="00134FD8" w:rsidRDefault="00134FD8">
            <w:r>
              <w:rPr>
                <w:sz w:val="13"/>
              </w:rPr>
              <w:t>10.49646794031986</w:t>
            </w:r>
          </w:p>
        </w:tc>
        <w:tc>
          <w:tcPr>
            <w:tcW w:w="1683" w:type="dxa"/>
            <w:shd w:val="clear" w:color="auto" w:fill="F2F2F2"/>
          </w:tcPr>
          <w:p w14:paraId="2D3B62E3" w14:textId="77777777" w:rsidR="00134FD8" w:rsidRDefault="00134FD8">
            <w:r>
              <w:rPr>
                <w:sz w:val="13"/>
              </w:rPr>
              <w:t>0.7037726893980459</w:t>
            </w:r>
          </w:p>
        </w:tc>
        <w:tc>
          <w:tcPr>
            <w:tcW w:w="1683" w:type="dxa"/>
            <w:shd w:val="clear" w:color="auto" w:fill="F2F2F2"/>
          </w:tcPr>
          <w:p w14:paraId="5A4D5E87" w14:textId="77777777" w:rsidR="00134FD8" w:rsidRDefault="00134FD8">
            <w:r>
              <w:rPr>
                <w:sz w:val="13"/>
              </w:rPr>
              <w:t>0.4221100048074451</w:t>
            </w:r>
          </w:p>
        </w:tc>
        <w:tc>
          <w:tcPr>
            <w:tcW w:w="1539" w:type="dxa"/>
            <w:shd w:val="clear" w:color="auto" w:fill="F2F2F2"/>
          </w:tcPr>
          <w:p w14:paraId="6530467E" w14:textId="77777777" w:rsidR="00134FD8" w:rsidRDefault="00134FD8">
            <w:r>
              <w:rPr>
                <w:sz w:val="13"/>
              </w:rPr>
              <w:t>0.7455449435560069</w:t>
            </w:r>
          </w:p>
        </w:tc>
        <w:tc>
          <w:tcPr>
            <w:tcW w:w="1245" w:type="dxa"/>
            <w:shd w:val="clear" w:color="auto" w:fill="F2F2F2"/>
          </w:tcPr>
          <w:p w14:paraId="016BBF6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D99817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2507B56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3C6FE3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413FC6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3DC6F13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22D64B5" w14:textId="77777777" w:rsidTr="003836A2">
        <w:tc>
          <w:tcPr>
            <w:tcW w:w="2501" w:type="dxa"/>
            <w:shd w:val="clear" w:color="auto" w:fill="FFFFFF"/>
          </w:tcPr>
          <w:p w14:paraId="7952A847" w14:textId="77777777" w:rsidR="00134FD8" w:rsidRDefault="00134FD8">
            <w:r>
              <w:rPr>
                <w:sz w:val="13"/>
              </w:rPr>
              <w:t>fd3f0ad2379a32c7bf86a3133e5b1879</w:t>
            </w:r>
          </w:p>
        </w:tc>
        <w:tc>
          <w:tcPr>
            <w:tcW w:w="1928" w:type="dxa"/>
            <w:shd w:val="clear" w:color="auto" w:fill="FFFFFF"/>
          </w:tcPr>
          <w:p w14:paraId="730E9BA8" w14:textId="77777777" w:rsidR="00134FD8" w:rsidRDefault="00134FD8">
            <w:r>
              <w:rPr>
                <w:sz w:val="13"/>
              </w:rPr>
              <w:t>-1.911671034447523</w:t>
            </w:r>
          </w:p>
        </w:tc>
        <w:tc>
          <w:tcPr>
            <w:tcW w:w="1395" w:type="dxa"/>
            <w:shd w:val="clear" w:color="auto" w:fill="FFFFFF"/>
          </w:tcPr>
          <w:p w14:paraId="12768394" w14:textId="77777777" w:rsidR="00134FD8" w:rsidRDefault="00134FD8">
            <w:r>
              <w:rPr>
                <w:sz w:val="13"/>
              </w:rPr>
              <w:t>10.81439091531253</w:t>
            </w:r>
          </w:p>
        </w:tc>
        <w:tc>
          <w:tcPr>
            <w:tcW w:w="1683" w:type="dxa"/>
            <w:shd w:val="clear" w:color="auto" w:fill="FFFFFF"/>
          </w:tcPr>
          <w:p w14:paraId="67A28EDE" w14:textId="77777777" w:rsidR="00134FD8" w:rsidRDefault="00134FD8">
            <w:r>
              <w:rPr>
                <w:sz w:val="13"/>
              </w:rPr>
              <w:t>0.6458995170750801</w:t>
            </w:r>
          </w:p>
        </w:tc>
        <w:tc>
          <w:tcPr>
            <w:tcW w:w="1683" w:type="dxa"/>
            <w:shd w:val="clear" w:color="auto" w:fill="FFFFFF"/>
          </w:tcPr>
          <w:p w14:paraId="624FCD23" w14:textId="77777777" w:rsidR="00134FD8" w:rsidRDefault="00134FD8">
            <w:r>
              <w:rPr>
                <w:sz w:val="13"/>
              </w:rPr>
              <w:t>0.442206971838744</w:t>
            </w:r>
          </w:p>
        </w:tc>
        <w:tc>
          <w:tcPr>
            <w:tcW w:w="1539" w:type="dxa"/>
            <w:shd w:val="clear" w:color="auto" w:fill="FFFFFF"/>
          </w:tcPr>
          <w:p w14:paraId="2A7DA689" w14:textId="77777777" w:rsidR="00134FD8" w:rsidRDefault="00134FD8">
            <w:r>
              <w:rPr>
                <w:sz w:val="13"/>
              </w:rPr>
              <w:t>0.7482464029824658</w:t>
            </w:r>
          </w:p>
        </w:tc>
        <w:tc>
          <w:tcPr>
            <w:tcW w:w="1245" w:type="dxa"/>
            <w:shd w:val="clear" w:color="auto" w:fill="FFFFFF"/>
          </w:tcPr>
          <w:p w14:paraId="62D77CC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FD9BC2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5F13D4F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6DD2B5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DD4AA3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Oscillibacter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22937C6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3CDD6230" w14:textId="77777777" w:rsidTr="003836A2">
        <w:tc>
          <w:tcPr>
            <w:tcW w:w="2501" w:type="dxa"/>
            <w:shd w:val="clear" w:color="auto" w:fill="F2F2F2"/>
          </w:tcPr>
          <w:p w14:paraId="727D37DC" w14:textId="77777777" w:rsidR="00134FD8" w:rsidRDefault="00134FD8">
            <w:r>
              <w:rPr>
                <w:sz w:val="13"/>
              </w:rPr>
              <w:t>81b3925347c6126f2dfaa1c52749e211</w:t>
            </w:r>
          </w:p>
        </w:tc>
        <w:tc>
          <w:tcPr>
            <w:tcW w:w="1928" w:type="dxa"/>
            <w:shd w:val="clear" w:color="auto" w:fill="F2F2F2"/>
          </w:tcPr>
          <w:p w14:paraId="48D4F765" w14:textId="77777777" w:rsidR="00134FD8" w:rsidRDefault="00134FD8">
            <w:r>
              <w:rPr>
                <w:sz w:val="13"/>
              </w:rPr>
              <w:t>-0.8273910317839165</w:t>
            </w:r>
          </w:p>
        </w:tc>
        <w:tc>
          <w:tcPr>
            <w:tcW w:w="1395" w:type="dxa"/>
            <w:shd w:val="clear" w:color="auto" w:fill="F2F2F2"/>
          </w:tcPr>
          <w:p w14:paraId="2D23BCED" w14:textId="77777777" w:rsidR="00134FD8" w:rsidRDefault="00134FD8">
            <w:r>
              <w:rPr>
                <w:sz w:val="13"/>
              </w:rPr>
              <w:t>14.57392012982907</w:t>
            </w:r>
          </w:p>
        </w:tc>
        <w:tc>
          <w:tcPr>
            <w:tcW w:w="1683" w:type="dxa"/>
            <w:shd w:val="clear" w:color="auto" w:fill="F2F2F2"/>
          </w:tcPr>
          <w:p w14:paraId="4F13A4C4" w14:textId="77777777" w:rsidR="00134FD8" w:rsidRDefault="00134FD8">
            <w:r>
              <w:rPr>
                <w:sz w:val="13"/>
              </w:rPr>
              <w:t>0.6430502774517202</w:t>
            </w:r>
          </w:p>
        </w:tc>
        <w:tc>
          <w:tcPr>
            <w:tcW w:w="1683" w:type="dxa"/>
            <w:shd w:val="clear" w:color="auto" w:fill="F2F2F2"/>
          </w:tcPr>
          <w:p w14:paraId="3FA4D6C8" w14:textId="77777777" w:rsidR="00134FD8" w:rsidRDefault="00134FD8">
            <w:r>
              <w:rPr>
                <w:sz w:val="13"/>
              </w:rPr>
              <w:t>0.4491985489590987</w:t>
            </w:r>
          </w:p>
        </w:tc>
        <w:tc>
          <w:tcPr>
            <w:tcW w:w="1539" w:type="dxa"/>
            <w:shd w:val="clear" w:color="auto" w:fill="F2F2F2"/>
          </w:tcPr>
          <w:p w14:paraId="31D09FDB" w14:textId="77777777" w:rsidR="00134FD8" w:rsidRDefault="00134FD8">
            <w:r>
              <w:rPr>
                <w:sz w:val="13"/>
              </w:rPr>
              <w:t>0.7482464029824658</w:t>
            </w:r>
          </w:p>
        </w:tc>
        <w:tc>
          <w:tcPr>
            <w:tcW w:w="1245" w:type="dxa"/>
            <w:shd w:val="clear" w:color="auto" w:fill="F2F2F2"/>
          </w:tcPr>
          <w:p w14:paraId="05678F2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0EC7FA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3BE9D60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Clostridiales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4C4926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Clostridiaceae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431345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Clostridium_sensu_stricto_1</w:t>
            </w:r>
          </w:p>
        </w:tc>
        <w:tc>
          <w:tcPr>
            <w:tcW w:w="1936" w:type="dxa"/>
            <w:shd w:val="clear" w:color="auto" w:fill="F2F2F2"/>
          </w:tcPr>
          <w:p w14:paraId="7EB0B20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55B9D53" w14:textId="77777777" w:rsidTr="003836A2">
        <w:tc>
          <w:tcPr>
            <w:tcW w:w="2501" w:type="dxa"/>
            <w:shd w:val="clear" w:color="auto" w:fill="FFFFFF"/>
          </w:tcPr>
          <w:p w14:paraId="140C90C0" w14:textId="77777777" w:rsidR="00134FD8" w:rsidRDefault="00134FD8">
            <w:r>
              <w:rPr>
                <w:sz w:val="13"/>
              </w:rPr>
              <w:t>631831eee09fe9fd9281110f4342c6ea</w:t>
            </w:r>
          </w:p>
        </w:tc>
        <w:tc>
          <w:tcPr>
            <w:tcW w:w="1928" w:type="dxa"/>
            <w:shd w:val="clear" w:color="auto" w:fill="FFFFFF"/>
          </w:tcPr>
          <w:p w14:paraId="4119C9E6" w14:textId="77777777" w:rsidR="00134FD8" w:rsidRDefault="00134FD8">
            <w:r>
              <w:rPr>
                <w:sz w:val="13"/>
              </w:rPr>
              <w:t>-0.5583231469234325</w:t>
            </w:r>
          </w:p>
        </w:tc>
        <w:tc>
          <w:tcPr>
            <w:tcW w:w="1395" w:type="dxa"/>
            <w:shd w:val="clear" w:color="auto" w:fill="FFFFFF"/>
          </w:tcPr>
          <w:p w14:paraId="15636695" w14:textId="77777777" w:rsidR="00134FD8" w:rsidRDefault="00134FD8">
            <w:r>
              <w:rPr>
                <w:sz w:val="13"/>
              </w:rPr>
              <w:t>12.84589537191176</w:t>
            </w:r>
          </w:p>
        </w:tc>
        <w:tc>
          <w:tcPr>
            <w:tcW w:w="1683" w:type="dxa"/>
            <w:shd w:val="clear" w:color="auto" w:fill="FFFFFF"/>
          </w:tcPr>
          <w:p w14:paraId="2163166E" w14:textId="77777777" w:rsidR="00134FD8" w:rsidRDefault="00134FD8">
            <w:r>
              <w:rPr>
                <w:sz w:val="13"/>
              </w:rPr>
              <w:t>0.6346271434022799</w:t>
            </w:r>
          </w:p>
        </w:tc>
        <w:tc>
          <w:tcPr>
            <w:tcW w:w="1683" w:type="dxa"/>
            <w:shd w:val="clear" w:color="auto" w:fill="FFFFFF"/>
          </w:tcPr>
          <w:p w14:paraId="71604B8E" w14:textId="77777777" w:rsidR="00134FD8" w:rsidRDefault="00134FD8">
            <w:r>
              <w:rPr>
                <w:sz w:val="13"/>
              </w:rPr>
              <w:t>0.4495798646544684</w:t>
            </w:r>
          </w:p>
        </w:tc>
        <w:tc>
          <w:tcPr>
            <w:tcW w:w="1539" w:type="dxa"/>
            <w:shd w:val="clear" w:color="auto" w:fill="FFFFFF"/>
          </w:tcPr>
          <w:p w14:paraId="163F7F60" w14:textId="77777777" w:rsidR="00134FD8" w:rsidRDefault="00134FD8">
            <w:r>
              <w:rPr>
                <w:sz w:val="13"/>
              </w:rPr>
              <w:t>0.7482464029824658</w:t>
            </w:r>
          </w:p>
        </w:tc>
        <w:tc>
          <w:tcPr>
            <w:tcW w:w="1245" w:type="dxa"/>
            <w:shd w:val="clear" w:color="auto" w:fill="FFFFFF"/>
          </w:tcPr>
          <w:p w14:paraId="11B3904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30B3A97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7779561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4E8364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B7702C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7FB1927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2DB504E" w14:textId="77777777" w:rsidTr="003836A2">
        <w:tc>
          <w:tcPr>
            <w:tcW w:w="2501" w:type="dxa"/>
            <w:shd w:val="clear" w:color="auto" w:fill="F2F2F2"/>
          </w:tcPr>
          <w:p w14:paraId="76AF26EE" w14:textId="77777777" w:rsidR="00134FD8" w:rsidRDefault="00134FD8">
            <w:r>
              <w:rPr>
                <w:sz w:val="13"/>
              </w:rPr>
              <w:t>a0395e56ef63583d215ba6ac0b7eafc8</w:t>
            </w:r>
          </w:p>
        </w:tc>
        <w:tc>
          <w:tcPr>
            <w:tcW w:w="1928" w:type="dxa"/>
            <w:shd w:val="clear" w:color="auto" w:fill="F2F2F2"/>
          </w:tcPr>
          <w:p w14:paraId="387577FD" w14:textId="77777777" w:rsidR="00134FD8" w:rsidRDefault="00134FD8">
            <w:r>
              <w:rPr>
                <w:sz w:val="13"/>
              </w:rPr>
              <w:t>-2.0894811823439</w:t>
            </w:r>
          </w:p>
        </w:tc>
        <w:tc>
          <w:tcPr>
            <w:tcW w:w="1395" w:type="dxa"/>
            <w:shd w:val="clear" w:color="auto" w:fill="F2F2F2"/>
          </w:tcPr>
          <w:p w14:paraId="0D8904BF" w14:textId="77777777" w:rsidR="00134FD8" w:rsidRDefault="00134FD8">
            <w:r>
              <w:rPr>
                <w:sz w:val="13"/>
              </w:rPr>
              <w:t>13.28427298233604</w:t>
            </w:r>
          </w:p>
        </w:tc>
        <w:tc>
          <w:tcPr>
            <w:tcW w:w="1683" w:type="dxa"/>
            <w:shd w:val="clear" w:color="auto" w:fill="F2F2F2"/>
          </w:tcPr>
          <w:p w14:paraId="5C87D313" w14:textId="77777777" w:rsidR="00134FD8" w:rsidRDefault="00134FD8">
            <w:r>
              <w:rPr>
                <w:sz w:val="13"/>
              </w:rPr>
              <w:t>0.6289256193522101</w:t>
            </w:r>
          </w:p>
        </w:tc>
        <w:tc>
          <w:tcPr>
            <w:tcW w:w="1683" w:type="dxa"/>
            <w:shd w:val="clear" w:color="auto" w:fill="F2F2F2"/>
          </w:tcPr>
          <w:p w14:paraId="61B968E0" w14:textId="77777777" w:rsidR="00134FD8" w:rsidRDefault="00134FD8">
            <w:r>
              <w:rPr>
                <w:sz w:val="13"/>
              </w:rPr>
              <w:t>0.4524828230020115</w:t>
            </w:r>
          </w:p>
        </w:tc>
        <w:tc>
          <w:tcPr>
            <w:tcW w:w="1539" w:type="dxa"/>
            <w:shd w:val="clear" w:color="auto" w:fill="F2F2F2"/>
          </w:tcPr>
          <w:p w14:paraId="20F94593" w14:textId="77777777" w:rsidR="00134FD8" w:rsidRDefault="00134FD8">
            <w:r>
              <w:rPr>
                <w:sz w:val="13"/>
              </w:rPr>
              <w:t>0.7482464029824658</w:t>
            </w:r>
          </w:p>
        </w:tc>
        <w:tc>
          <w:tcPr>
            <w:tcW w:w="1245" w:type="dxa"/>
            <w:shd w:val="clear" w:color="auto" w:fill="F2F2F2"/>
          </w:tcPr>
          <w:p w14:paraId="06B9B54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D6BF55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51B05D0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5ECCAF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8349E7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35AFD83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019598BB" w14:textId="77777777" w:rsidTr="003836A2">
        <w:tc>
          <w:tcPr>
            <w:tcW w:w="2501" w:type="dxa"/>
            <w:shd w:val="clear" w:color="auto" w:fill="FFFFFF"/>
          </w:tcPr>
          <w:p w14:paraId="22A4A0C5" w14:textId="77777777" w:rsidR="00134FD8" w:rsidRDefault="00134FD8">
            <w:r>
              <w:rPr>
                <w:sz w:val="13"/>
              </w:rPr>
              <w:t>b9b10828ba7f31fb7ff57afdcdcb097a</w:t>
            </w:r>
          </w:p>
        </w:tc>
        <w:tc>
          <w:tcPr>
            <w:tcW w:w="1928" w:type="dxa"/>
            <w:shd w:val="clear" w:color="auto" w:fill="FFFFFF"/>
          </w:tcPr>
          <w:p w14:paraId="20B876A4" w14:textId="77777777" w:rsidR="00134FD8" w:rsidRDefault="00134FD8">
            <w:r>
              <w:rPr>
                <w:sz w:val="13"/>
              </w:rPr>
              <w:t>-1.786975148083416</w:t>
            </w:r>
          </w:p>
        </w:tc>
        <w:tc>
          <w:tcPr>
            <w:tcW w:w="1395" w:type="dxa"/>
            <w:shd w:val="clear" w:color="auto" w:fill="FFFFFF"/>
          </w:tcPr>
          <w:p w14:paraId="5FAC3995" w14:textId="77777777" w:rsidR="00134FD8" w:rsidRDefault="00134FD8">
            <w:r>
              <w:rPr>
                <w:sz w:val="13"/>
              </w:rPr>
              <w:t>10.15821310005204</w:t>
            </w:r>
          </w:p>
        </w:tc>
        <w:tc>
          <w:tcPr>
            <w:tcW w:w="1683" w:type="dxa"/>
            <w:shd w:val="clear" w:color="auto" w:fill="FFFFFF"/>
          </w:tcPr>
          <w:p w14:paraId="6D29F852" w14:textId="77777777" w:rsidR="00134FD8" w:rsidRDefault="00134FD8">
            <w:r>
              <w:rPr>
                <w:sz w:val="13"/>
              </w:rPr>
              <w:t>0.5955148700264111</w:t>
            </w:r>
          </w:p>
        </w:tc>
        <w:tc>
          <w:tcPr>
            <w:tcW w:w="1683" w:type="dxa"/>
            <w:shd w:val="clear" w:color="auto" w:fill="FFFFFF"/>
          </w:tcPr>
          <w:p w14:paraId="7E2850E7" w14:textId="77777777" w:rsidR="00134FD8" w:rsidRDefault="00134FD8">
            <w:r>
              <w:rPr>
                <w:sz w:val="13"/>
              </w:rPr>
              <w:t>0.4582255496612562</w:t>
            </w:r>
          </w:p>
        </w:tc>
        <w:tc>
          <w:tcPr>
            <w:tcW w:w="1539" w:type="dxa"/>
            <w:shd w:val="clear" w:color="auto" w:fill="FFFFFF"/>
          </w:tcPr>
          <w:p w14:paraId="6BB4BC81" w14:textId="77777777" w:rsidR="00134FD8" w:rsidRDefault="00134FD8">
            <w:r>
              <w:rPr>
                <w:sz w:val="13"/>
              </w:rPr>
              <w:t>0.7482464029824658</w:t>
            </w:r>
          </w:p>
        </w:tc>
        <w:tc>
          <w:tcPr>
            <w:tcW w:w="1245" w:type="dxa"/>
            <w:shd w:val="clear" w:color="auto" w:fill="FFFFFF"/>
          </w:tcPr>
          <w:p w14:paraId="0431712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7CF4AE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66792FF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231416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46A6511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7581252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7C7EA5CF" w14:textId="77777777" w:rsidTr="003836A2">
        <w:tc>
          <w:tcPr>
            <w:tcW w:w="2501" w:type="dxa"/>
            <w:shd w:val="clear" w:color="auto" w:fill="F2F2F2"/>
          </w:tcPr>
          <w:p w14:paraId="6310F108" w14:textId="77777777" w:rsidR="00134FD8" w:rsidRDefault="00134FD8">
            <w:r>
              <w:rPr>
                <w:sz w:val="13"/>
              </w:rPr>
              <w:t>41f1b2366df5050204151ece4bbcb3b3</w:t>
            </w:r>
          </w:p>
        </w:tc>
        <w:tc>
          <w:tcPr>
            <w:tcW w:w="1928" w:type="dxa"/>
            <w:shd w:val="clear" w:color="auto" w:fill="F2F2F2"/>
          </w:tcPr>
          <w:p w14:paraId="1BFBBB77" w14:textId="77777777" w:rsidR="00134FD8" w:rsidRDefault="00134FD8">
            <w:r>
              <w:rPr>
                <w:sz w:val="13"/>
              </w:rPr>
              <w:t>-1.711879087643622</w:t>
            </w:r>
          </w:p>
        </w:tc>
        <w:tc>
          <w:tcPr>
            <w:tcW w:w="1395" w:type="dxa"/>
            <w:shd w:val="clear" w:color="auto" w:fill="F2F2F2"/>
          </w:tcPr>
          <w:p w14:paraId="23539754" w14:textId="77777777" w:rsidR="00134FD8" w:rsidRDefault="00134FD8">
            <w:r>
              <w:rPr>
                <w:sz w:val="13"/>
              </w:rPr>
              <w:t>9.566785216595488</w:t>
            </w:r>
          </w:p>
        </w:tc>
        <w:tc>
          <w:tcPr>
            <w:tcW w:w="1683" w:type="dxa"/>
            <w:shd w:val="clear" w:color="auto" w:fill="F2F2F2"/>
          </w:tcPr>
          <w:p w14:paraId="58E135D9" w14:textId="77777777" w:rsidR="00134FD8" w:rsidRDefault="00134FD8">
            <w:r>
              <w:rPr>
                <w:sz w:val="13"/>
              </w:rPr>
              <w:t>0.5813420840471183</w:t>
            </w:r>
          </w:p>
        </w:tc>
        <w:tc>
          <w:tcPr>
            <w:tcW w:w="1683" w:type="dxa"/>
            <w:shd w:val="clear" w:color="auto" w:fill="F2F2F2"/>
          </w:tcPr>
          <w:p w14:paraId="52DBB8D9" w14:textId="77777777" w:rsidR="00134FD8" w:rsidRDefault="00134FD8">
            <w:r>
              <w:rPr>
                <w:sz w:val="13"/>
              </w:rPr>
              <w:t>0.4617141160829448</w:t>
            </w:r>
          </w:p>
        </w:tc>
        <w:tc>
          <w:tcPr>
            <w:tcW w:w="1539" w:type="dxa"/>
            <w:shd w:val="clear" w:color="auto" w:fill="F2F2F2"/>
          </w:tcPr>
          <w:p w14:paraId="524F2FB4" w14:textId="77777777" w:rsidR="00134FD8" w:rsidRDefault="00134FD8">
            <w:r>
              <w:rPr>
                <w:sz w:val="13"/>
              </w:rPr>
              <w:t>0.7482464029824658</w:t>
            </w:r>
          </w:p>
        </w:tc>
        <w:tc>
          <w:tcPr>
            <w:tcW w:w="1245" w:type="dxa"/>
            <w:shd w:val="clear" w:color="auto" w:fill="F2F2F2"/>
          </w:tcPr>
          <w:p w14:paraId="0822FE1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17A8A1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1510E7C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49993F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Defluviitaleaceae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2CD50A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Defluviitaleaceae_UCG-011</w:t>
            </w:r>
          </w:p>
        </w:tc>
        <w:tc>
          <w:tcPr>
            <w:tcW w:w="1936" w:type="dxa"/>
            <w:shd w:val="clear" w:color="auto" w:fill="F2F2F2"/>
          </w:tcPr>
          <w:p w14:paraId="299CEBA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51171604" w14:textId="77777777" w:rsidTr="003836A2">
        <w:tc>
          <w:tcPr>
            <w:tcW w:w="2501" w:type="dxa"/>
            <w:shd w:val="clear" w:color="auto" w:fill="FFFFFF"/>
          </w:tcPr>
          <w:p w14:paraId="21ABF3B5" w14:textId="77777777" w:rsidR="00134FD8" w:rsidRDefault="00134FD8">
            <w:r>
              <w:rPr>
                <w:sz w:val="13"/>
              </w:rPr>
              <w:t>c9d862665050f543bf49e721ec5d0d2d</w:t>
            </w:r>
          </w:p>
        </w:tc>
        <w:tc>
          <w:tcPr>
            <w:tcW w:w="1928" w:type="dxa"/>
            <w:shd w:val="clear" w:color="auto" w:fill="FFFFFF"/>
          </w:tcPr>
          <w:p w14:paraId="5CB123D2" w14:textId="77777777" w:rsidR="00134FD8" w:rsidRDefault="00134FD8">
            <w:r>
              <w:rPr>
                <w:sz w:val="13"/>
              </w:rPr>
              <w:t>-1.788427718606811</w:t>
            </w:r>
          </w:p>
        </w:tc>
        <w:tc>
          <w:tcPr>
            <w:tcW w:w="1395" w:type="dxa"/>
            <w:shd w:val="clear" w:color="auto" w:fill="FFFFFF"/>
          </w:tcPr>
          <w:p w14:paraId="12B80A8E" w14:textId="77777777" w:rsidR="00134FD8" w:rsidRDefault="00134FD8">
            <w:r>
              <w:rPr>
                <w:sz w:val="13"/>
              </w:rPr>
              <w:t>11.5259321372828</w:t>
            </w:r>
          </w:p>
        </w:tc>
        <w:tc>
          <w:tcPr>
            <w:tcW w:w="1683" w:type="dxa"/>
            <w:shd w:val="clear" w:color="auto" w:fill="FFFFFF"/>
          </w:tcPr>
          <w:p w14:paraId="3979A634" w14:textId="77777777" w:rsidR="00134FD8" w:rsidRDefault="00134FD8">
            <w:r>
              <w:rPr>
                <w:sz w:val="13"/>
              </w:rPr>
              <w:t>0.5945297471129668</w:t>
            </w:r>
          </w:p>
        </w:tc>
        <w:tc>
          <w:tcPr>
            <w:tcW w:w="1683" w:type="dxa"/>
            <w:shd w:val="clear" w:color="auto" w:fill="FFFFFF"/>
          </w:tcPr>
          <w:p w14:paraId="0AE9F0B6" w14:textId="77777777" w:rsidR="00134FD8" w:rsidRDefault="00134FD8">
            <w:r>
              <w:rPr>
                <w:sz w:val="13"/>
              </w:rPr>
              <w:t>0.4621521900774054</w:t>
            </w:r>
          </w:p>
        </w:tc>
        <w:tc>
          <w:tcPr>
            <w:tcW w:w="1539" w:type="dxa"/>
            <w:shd w:val="clear" w:color="auto" w:fill="FFFFFF"/>
          </w:tcPr>
          <w:p w14:paraId="4BC42519" w14:textId="77777777" w:rsidR="00134FD8" w:rsidRDefault="00134FD8">
            <w:r>
              <w:rPr>
                <w:sz w:val="13"/>
              </w:rPr>
              <w:t>0.7482464029824658</w:t>
            </w:r>
          </w:p>
        </w:tc>
        <w:tc>
          <w:tcPr>
            <w:tcW w:w="1245" w:type="dxa"/>
            <w:shd w:val="clear" w:color="auto" w:fill="FFFFFF"/>
          </w:tcPr>
          <w:p w14:paraId="4D759BC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3E5FF6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1983F1A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Clostridiales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5DA685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Clostridiaceae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6E18ED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Clostridium_sensu_stricto_1</w:t>
            </w:r>
          </w:p>
        </w:tc>
        <w:tc>
          <w:tcPr>
            <w:tcW w:w="1936" w:type="dxa"/>
            <w:shd w:val="clear" w:color="auto" w:fill="FFFFFF"/>
          </w:tcPr>
          <w:p w14:paraId="2630F79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06716807" w14:textId="77777777" w:rsidTr="003836A2">
        <w:tc>
          <w:tcPr>
            <w:tcW w:w="2501" w:type="dxa"/>
            <w:shd w:val="clear" w:color="auto" w:fill="F2F2F2"/>
          </w:tcPr>
          <w:p w14:paraId="7DB466CC" w14:textId="77777777" w:rsidR="00134FD8" w:rsidRDefault="00134FD8">
            <w:r>
              <w:rPr>
                <w:sz w:val="13"/>
              </w:rPr>
              <w:t>892a20bbdc3ce599dc0c5d9f0866c352</w:t>
            </w:r>
          </w:p>
        </w:tc>
        <w:tc>
          <w:tcPr>
            <w:tcW w:w="1928" w:type="dxa"/>
            <w:shd w:val="clear" w:color="auto" w:fill="F2F2F2"/>
          </w:tcPr>
          <w:p w14:paraId="0CD8AE07" w14:textId="77777777" w:rsidR="00134FD8" w:rsidRDefault="00134FD8">
            <w:r>
              <w:rPr>
                <w:sz w:val="13"/>
              </w:rPr>
              <w:t>1.480393357874934</w:t>
            </w:r>
          </w:p>
        </w:tc>
        <w:tc>
          <w:tcPr>
            <w:tcW w:w="1395" w:type="dxa"/>
            <w:shd w:val="clear" w:color="auto" w:fill="F2F2F2"/>
          </w:tcPr>
          <w:p w14:paraId="6F98F737" w14:textId="77777777" w:rsidR="00134FD8" w:rsidRDefault="00134FD8">
            <w:r>
              <w:rPr>
                <w:sz w:val="13"/>
              </w:rPr>
              <w:t>11.55370996303471</w:t>
            </w:r>
          </w:p>
        </w:tc>
        <w:tc>
          <w:tcPr>
            <w:tcW w:w="1683" w:type="dxa"/>
            <w:shd w:val="clear" w:color="auto" w:fill="F2F2F2"/>
          </w:tcPr>
          <w:p w14:paraId="5A50ED6B" w14:textId="77777777" w:rsidR="00134FD8" w:rsidRDefault="00134FD8">
            <w:r>
              <w:rPr>
                <w:sz w:val="13"/>
              </w:rPr>
              <w:t>0.5286706962733327</w:t>
            </w:r>
          </w:p>
        </w:tc>
        <w:tc>
          <w:tcPr>
            <w:tcW w:w="1683" w:type="dxa"/>
            <w:shd w:val="clear" w:color="auto" w:fill="F2F2F2"/>
          </w:tcPr>
          <w:p w14:paraId="6DB10633" w14:textId="77777777" w:rsidR="00134FD8" w:rsidRDefault="00134FD8">
            <w:r>
              <w:rPr>
                <w:sz w:val="13"/>
              </w:rPr>
              <w:t>0.4873210639968941</w:t>
            </w:r>
          </w:p>
        </w:tc>
        <w:tc>
          <w:tcPr>
            <w:tcW w:w="1539" w:type="dxa"/>
            <w:shd w:val="clear" w:color="auto" w:fill="F2F2F2"/>
          </w:tcPr>
          <w:p w14:paraId="3B47B4AF" w14:textId="77777777" w:rsidR="00134FD8" w:rsidRDefault="00134FD8">
            <w:r>
              <w:rPr>
                <w:sz w:val="13"/>
              </w:rPr>
              <w:t>0.7716418449018956</w:t>
            </w:r>
          </w:p>
        </w:tc>
        <w:tc>
          <w:tcPr>
            <w:tcW w:w="1245" w:type="dxa"/>
            <w:shd w:val="clear" w:color="auto" w:fill="F2F2F2"/>
          </w:tcPr>
          <w:p w14:paraId="0C0BF24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415AA3B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4D47DBC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8C8416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Enterococcaceae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581146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Enterococcus</w:t>
            </w:r>
          </w:p>
        </w:tc>
        <w:tc>
          <w:tcPr>
            <w:tcW w:w="1936" w:type="dxa"/>
            <w:shd w:val="clear" w:color="auto" w:fill="F2F2F2"/>
          </w:tcPr>
          <w:p w14:paraId="13F7CDE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2FF4B42" w14:textId="77777777" w:rsidTr="003836A2">
        <w:tc>
          <w:tcPr>
            <w:tcW w:w="2501" w:type="dxa"/>
            <w:shd w:val="clear" w:color="auto" w:fill="FFFFFF"/>
          </w:tcPr>
          <w:p w14:paraId="47B08B2A" w14:textId="77777777" w:rsidR="00134FD8" w:rsidRDefault="00134FD8">
            <w:r>
              <w:rPr>
                <w:sz w:val="13"/>
              </w:rPr>
              <w:t>95995ce96bbaee5aff60531906b9b966</w:t>
            </w:r>
          </w:p>
        </w:tc>
        <w:tc>
          <w:tcPr>
            <w:tcW w:w="1928" w:type="dxa"/>
            <w:shd w:val="clear" w:color="auto" w:fill="FFFFFF"/>
          </w:tcPr>
          <w:p w14:paraId="5AD7B40E" w14:textId="77777777" w:rsidR="00134FD8" w:rsidRDefault="00134FD8">
            <w:r>
              <w:rPr>
                <w:sz w:val="13"/>
              </w:rPr>
              <w:t>-0.418165913725124</w:t>
            </w:r>
          </w:p>
        </w:tc>
        <w:tc>
          <w:tcPr>
            <w:tcW w:w="1395" w:type="dxa"/>
            <w:shd w:val="clear" w:color="auto" w:fill="FFFFFF"/>
          </w:tcPr>
          <w:p w14:paraId="20236936" w14:textId="77777777" w:rsidR="00134FD8" w:rsidRDefault="00134FD8">
            <w:r>
              <w:rPr>
                <w:sz w:val="13"/>
              </w:rPr>
              <w:t>14.17428735816292</w:t>
            </w:r>
          </w:p>
        </w:tc>
        <w:tc>
          <w:tcPr>
            <w:tcW w:w="1683" w:type="dxa"/>
            <w:shd w:val="clear" w:color="auto" w:fill="FFFFFF"/>
          </w:tcPr>
          <w:p w14:paraId="0987F438" w14:textId="77777777" w:rsidR="00134FD8" w:rsidRDefault="00134FD8">
            <w:r>
              <w:rPr>
                <w:sz w:val="13"/>
              </w:rPr>
              <w:t>0.5333630373524597</w:t>
            </w:r>
          </w:p>
        </w:tc>
        <w:tc>
          <w:tcPr>
            <w:tcW w:w="1683" w:type="dxa"/>
            <w:shd w:val="clear" w:color="auto" w:fill="FFFFFF"/>
          </w:tcPr>
          <w:p w14:paraId="3FB0B347" w14:textId="77777777" w:rsidR="00134FD8" w:rsidRDefault="00134FD8">
            <w:r>
              <w:rPr>
                <w:sz w:val="13"/>
              </w:rPr>
              <w:t>0.4879499901585517</w:t>
            </w:r>
          </w:p>
        </w:tc>
        <w:tc>
          <w:tcPr>
            <w:tcW w:w="1539" w:type="dxa"/>
            <w:shd w:val="clear" w:color="auto" w:fill="FFFFFF"/>
          </w:tcPr>
          <w:p w14:paraId="78DA87B3" w14:textId="77777777" w:rsidR="00134FD8" w:rsidRDefault="00134FD8">
            <w:r>
              <w:rPr>
                <w:sz w:val="13"/>
              </w:rPr>
              <w:t>0.7716418449018956</w:t>
            </w:r>
          </w:p>
        </w:tc>
        <w:tc>
          <w:tcPr>
            <w:tcW w:w="1245" w:type="dxa"/>
            <w:shd w:val="clear" w:color="auto" w:fill="FFFFFF"/>
          </w:tcPr>
          <w:p w14:paraId="55773FA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5AD21B0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49638CD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B1F283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455789F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4A54D8D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24E8B750" w14:textId="77777777" w:rsidTr="003836A2">
        <w:tc>
          <w:tcPr>
            <w:tcW w:w="2501" w:type="dxa"/>
            <w:shd w:val="clear" w:color="auto" w:fill="F2F2F2"/>
          </w:tcPr>
          <w:p w14:paraId="66F6DD0B" w14:textId="77777777" w:rsidR="00134FD8" w:rsidRDefault="00134FD8">
            <w:r>
              <w:rPr>
                <w:sz w:val="13"/>
              </w:rPr>
              <w:t>112adc0ffa68eed2345db733879b40e0</w:t>
            </w:r>
          </w:p>
        </w:tc>
        <w:tc>
          <w:tcPr>
            <w:tcW w:w="1928" w:type="dxa"/>
            <w:shd w:val="clear" w:color="auto" w:fill="F2F2F2"/>
          </w:tcPr>
          <w:p w14:paraId="278AE66F" w14:textId="77777777" w:rsidR="00134FD8" w:rsidRDefault="00134FD8">
            <w:r>
              <w:rPr>
                <w:sz w:val="13"/>
              </w:rPr>
              <w:t>-1.641667963168779</w:t>
            </w:r>
          </w:p>
        </w:tc>
        <w:tc>
          <w:tcPr>
            <w:tcW w:w="1395" w:type="dxa"/>
            <w:shd w:val="clear" w:color="auto" w:fill="F2F2F2"/>
          </w:tcPr>
          <w:p w14:paraId="16B6F855" w14:textId="77777777" w:rsidR="00134FD8" w:rsidRDefault="00134FD8">
            <w:r>
              <w:rPr>
                <w:sz w:val="13"/>
              </w:rPr>
              <w:t>10.63955350179124</w:t>
            </w:r>
          </w:p>
        </w:tc>
        <w:tc>
          <w:tcPr>
            <w:tcW w:w="1683" w:type="dxa"/>
            <w:shd w:val="clear" w:color="auto" w:fill="F2F2F2"/>
          </w:tcPr>
          <w:p w14:paraId="04619DB7" w14:textId="77777777" w:rsidR="00134FD8" w:rsidRDefault="00134FD8">
            <w:r>
              <w:rPr>
                <w:sz w:val="13"/>
              </w:rPr>
              <w:t>0.4728150607269426</w:t>
            </w:r>
          </w:p>
        </w:tc>
        <w:tc>
          <w:tcPr>
            <w:tcW w:w="1683" w:type="dxa"/>
            <w:shd w:val="clear" w:color="auto" w:fill="F2F2F2"/>
          </w:tcPr>
          <w:p w14:paraId="2FEC17E0" w14:textId="77777777" w:rsidR="00134FD8" w:rsidRDefault="00134FD8">
            <w:r>
              <w:rPr>
                <w:sz w:val="13"/>
              </w:rPr>
              <w:t>0.508769273730656</w:t>
            </w:r>
          </w:p>
        </w:tc>
        <w:tc>
          <w:tcPr>
            <w:tcW w:w="1539" w:type="dxa"/>
            <w:shd w:val="clear" w:color="auto" w:fill="F2F2F2"/>
          </w:tcPr>
          <w:p w14:paraId="0F5CAE2A" w14:textId="77777777" w:rsidR="00134FD8" w:rsidRDefault="00134FD8">
            <w:r>
              <w:rPr>
                <w:sz w:val="13"/>
              </w:rPr>
              <w:t>0.7818478251504272</w:t>
            </w:r>
          </w:p>
        </w:tc>
        <w:tc>
          <w:tcPr>
            <w:tcW w:w="1245" w:type="dxa"/>
            <w:shd w:val="clear" w:color="auto" w:fill="F2F2F2"/>
          </w:tcPr>
          <w:p w14:paraId="13C1022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E7C819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3984352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FF7F51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682E1C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661C686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Clostridium_sp</w:t>
            </w:r>
            <w:proofErr w:type="spellEnd"/>
            <w:r w:rsidRPr="00134FD8">
              <w:rPr>
                <w:i/>
                <w:iCs/>
                <w:sz w:val="13"/>
              </w:rPr>
              <w:t>.</w:t>
            </w:r>
          </w:p>
        </w:tc>
      </w:tr>
      <w:tr w:rsidR="00134FD8" w14:paraId="55433412" w14:textId="77777777" w:rsidTr="003836A2">
        <w:tc>
          <w:tcPr>
            <w:tcW w:w="2501" w:type="dxa"/>
            <w:shd w:val="clear" w:color="auto" w:fill="FFFFFF"/>
          </w:tcPr>
          <w:p w14:paraId="0ECD47A4" w14:textId="77777777" w:rsidR="00134FD8" w:rsidRDefault="00134FD8">
            <w:r>
              <w:rPr>
                <w:sz w:val="13"/>
              </w:rPr>
              <w:t>9d1bb3ae33acc2ffa6001dc8b1fb51c9</w:t>
            </w:r>
          </w:p>
        </w:tc>
        <w:tc>
          <w:tcPr>
            <w:tcW w:w="1928" w:type="dxa"/>
            <w:shd w:val="clear" w:color="auto" w:fill="FFFFFF"/>
          </w:tcPr>
          <w:p w14:paraId="74420E4E" w14:textId="77777777" w:rsidR="00134FD8" w:rsidRDefault="00134FD8">
            <w:r>
              <w:rPr>
                <w:sz w:val="13"/>
              </w:rPr>
              <w:t>-1.331523584080234</w:t>
            </w:r>
          </w:p>
        </w:tc>
        <w:tc>
          <w:tcPr>
            <w:tcW w:w="1395" w:type="dxa"/>
            <w:shd w:val="clear" w:color="auto" w:fill="FFFFFF"/>
          </w:tcPr>
          <w:p w14:paraId="252BBB3A" w14:textId="77777777" w:rsidR="00134FD8" w:rsidRDefault="00134FD8">
            <w:r>
              <w:rPr>
                <w:sz w:val="13"/>
              </w:rPr>
              <w:t>13.25607345894158</w:t>
            </w:r>
          </w:p>
        </w:tc>
        <w:tc>
          <w:tcPr>
            <w:tcW w:w="1683" w:type="dxa"/>
            <w:shd w:val="clear" w:color="auto" w:fill="FFFFFF"/>
          </w:tcPr>
          <w:p w14:paraId="19BA6156" w14:textId="77777777" w:rsidR="00134FD8" w:rsidRDefault="00134FD8">
            <w:r>
              <w:rPr>
                <w:sz w:val="13"/>
              </w:rPr>
              <w:t>0.4821397619155317</w:t>
            </w:r>
          </w:p>
        </w:tc>
        <w:tc>
          <w:tcPr>
            <w:tcW w:w="1683" w:type="dxa"/>
            <w:shd w:val="clear" w:color="auto" w:fill="FFFFFF"/>
          </w:tcPr>
          <w:p w14:paraId="1E34DBBD" w14:textId="77777777" w:rsidR="00134FD8" w:rsidRDefault="00134FD8">
            <w:r>
              <w:rPr>
                <w:sz w:val="13"/>
              </w:rPr>
              <w:t>0.5089674386569101</w:t>
            </w:r>
          </w:p>
        </w:tc>
        <w:tc>
          <w:tcPr>
            <w:tcW w:w="1539" w:type="dxa"/>
            <w:shd w:val="clear" w:color="auto" w:fill="FFFFFF"/>
          </w:tcPr>
          <w:p w14:paraId="6CDE9DAD" w14:textId="77777777" w:rsidR="00134FD8" w:rsidRDefault="00134FD8">
            <w:r>
              <w:rPr>
                <w:sz w:val="13"/>
              </w:rPr>
              <w:t>0.7818478251504272</w:t>
            </w:r>
          </w:p>
        </w:tc>
        <w:tc>
          <w:tcPr>
            <w:tcW w:w="1245" w:type="dxa"/>
            <w:shd w:val="clear" w:color="auto" w:fill="FFFFFF"/>
          </w:tcPr>
          <w:p w14:paraId="342AA3E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62DE346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018D0D5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B4585B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5289A4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11B3430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uncultured_Bacteroidales</w:t>
            </w:r>
            <w:proofErr w:type="spellEnd"/>
          </w:p>
        </w:tc>
      </w:tr>
      <w:tr w:rsidR="00134FD8" w14:paraId="1EBD3438" w14:textId="77777777" w:rsidTr="003836A2">
        <w:tc>
          <w:tcPr>
            <w:tcW w:w="2501" w:type="dxa"/>
            <w:shd w:val="clear" w:color="auto" w:fill="F2F2F2"/>
          </w:tcPr>
          <w:p w14:paraId="0E317B9F" w14:textId="77777777" w:rsidR="00134FD8" w:rsidRDefault="00134FD8">
            <w:r>
              <w:rPr>
                <w:sz w:val="13"/>
              </w:rPr>
              <w:t>5c33db7c460ec1200192e97fda0dbb2e</w:t>
            </w:r>
          </w:p>
        </w:tc>
        <w:tc>
          <w:tcPr>
            <w:tcW w:w="1928" w:type="dxa"/>
            <w:shd w:val="clear" w:color="auto" w:fill="F2F2F2"/>
          </w:tcPr>
          <w:p w14:paraId="1B603784" w14:textId="77777777" w:rsidR="00134FD8" w:rsidRDefault="00134FD8">
            <w:r>
              <w:rPr>
                <w:sz w:val="13"/>
              </w:rPr>
              <w:t>0.557315125430055</w:t>
            </w:r>
          </w:p>
        </w:tc>
        <w:tc>
          <w:tcPr>
            <w:tcW w:w="1395" w:type="dxa"/>
            <w:shd w:val="clear" w:color="auto" w:fill="F2F2F2"/>
          </w:tcPr>
          <w:p w14:paraId="553E71A2" w14:textId="77777777" w:rsidR="00134FD8" w:rsidRDefault="00134FD8">
            <w:r>
              <w:rPr>
                <w:sz w:val="13"/>
              </w:rPr>
              <w:t>10.83679765970127</w:t>
            </w:r>
          </w:p>
        </w:tc>
        <w:tc>
          <w:tcPr>
            <w:tcW w:w="1683" w:type="dxa"/>
            <w:shd w:val="clear" w:color="auto" w:fill="F2F2F2"/>
          </w:tcPr>
          <w:p w14:paraId="579A33E9" w14:textId="77777777" w:rsidR="00134FD8" w:rsidRDefault="00134FD8">
            <w:r>
              <w:rPr>
                <w:sz w:val="13"/>
              </w:rPr>
              <w:t>0.4670342217148358</w:t>
            </w:r>
          </w:p>
        </w:tc>
        <w:tc>
          <w:tcPr>
            <w:tcW w:w="1683" w:type="dxa"/>
            <w:shd w:val="clear" w:color="auto" w:fill="F2F2F2"/>
          </w:tcPr>
          <w:p w14:paraId="51C6463D" w14:textId="77777777" w:rsidR="00134FD8" w:rsidRDefault="00134FD8">
            <w:r>
              <w:rPr>
                <w:sz w:val="13"/>
              </w:rPr>
              <w:t>0.5116504149881472</w:t>
            </w:r>
          </w:p>
        </w:tc>
        <w:tc>
          <w:tcPr>
            <w:tcW w:w="1539" w:type="dxa"/>
            <w:shd w:val="clear" w:color="auto" w:fill="F2F2F2"/>
          </w:tcPr>
          <w:p w14:paraId="3E816EC6" w14:textId="77777777" w:rsidR="00134FD8" w:rsidRDefault="00134FD8">
            <w:r>
              <w:rPr>
                <w:sz w:val="13"/>
              </w:rPr>
              <w:t>0.7818478251504272</w:t>
            </w:r>
          </w:p>
        </w:tc>
        <w:tc>
          <w:tcPr>
            <w:tcW w:w="1245" w:type="dxa"/>
            <w:shd w:val="clear" w:color="auto" w:fill="F2F2F2"/>
          </w:tcPr>
          <w:p w14:paraId="7A5BA6D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91BEF1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2FB09B6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5477C6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27CC3D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NK4A214_group</w:t>
            </w:r>
          </w:p>
        </w:tc>
        <w:tc>
          <w:tcPr>
            <w:tcW w:w="1936" w:type="dxa"/>
            <w:shd w:val="clear" w:color="auto" w:fill="F2F2F2"/>
          </w:tcPr>
          <w:p w14:paraId="477257C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2C79D79F" w14:textId="77777777" w:rsidTr="003836A2">
        <w:tc>
          <w:tcPr>
            <w:tcW w:w="2501" w:type="dxa"/>
            <w:shd w:val="clear" w:color="auto" w:fill="FFFFFF"/>
          </w:tcPr>
          <w:p w14:paraId="5B891D03" w14:textId="77777777" w:rsidR="00134FD8" w:rsidRDefault="00134FD8">
            <w:r>
              <w:rPr>
                <w:sz w:val="13"/>
              </w:rPr>
              <w:t>1cc147fe2fa6654f24896c78ee5fd39b</w:t>
            </w:r>
          </w:p>
        </w:tc>
        <w:tc>
          <w:tcPr>
            <w:tcW w:w="1928" w:type="dxa"/>
            <w:shd w:val="clear" w:color="auto" w:fill="FFFFFF"/>
          </w:tcPr>
          <w:p w14:paraId="362ADFAC" w14:textId="77777777" w:rsidR="00134FD8" w:rsidRDefault="00134FD8">
            <w:r>
              <w:rPr>
                <w:sz w:val="13"/>
              </w:rPr>
              <w:t>-1.616261661652163</w:t>
            </w:r>
          </w:p>
        </w:tc>
        <w:tc>
          <w:tcPr>
            <w:tcW w:w="1395" w:type="dxa"/>
            <w:shd w:val="clear" w:color="auto" w:fill="FFFFFF"/>
          </w:tcPr>
          <w:p w14:paraId="25D38C53" w14:textId="77777777" w:rsidR="00134FD8" w:rsidRDefault="00134FD8">
            <w:r>
              <w:rPr>
                <w:sz w:val="13"/>
              </w:rPr>
              <w:t>12.07918460751048</w:t>
            </w:r>
          </w:p>
        </w:tc>
        <w:tc>
          <w:tcPr>
            <w:tcW w:w="1683" w:type="dxa"/>
            <w:shd w:val="clear" w:color="auto" w:fill="FFFFFF"/>
          </w:tcPr>
          <w:p w14:paraId="3FBB0087" w14:textId="77777777" w:rsidR="00134FD8" w:rsidRDefault="00134FD8">
            <w:r>
              <w:rPr>
                <w:sz w:val="13"/>
              </w:rPr>
              <w:t>0.4505361976859026</w:t>
            </w:r>
          </w:p>
        </w:tc>
        <w:tc>
          <w:tcPr>
            <w:tcW w:w="1683" w:type="dxa"/>
            <w:shd w:val="clear" w:color="auto" w:fill="FFFFFF"/>
          </w:tcPr>
          <w:p w14:paraId="0410139D" w14:textId="77777777" w:rsidR="00134FD8" w:rsidRDefault="00134FD8">
            <w:r>
              <w:rPr>
                <w:sz w:val="13"/>
              </w:rPr>
              <w:t>0.5213494254962442</w:t>
            </w:r>
          </w:p>
        </w:tc>
        <w:tc>
          <w:tcPr>
            <w:tcW w:w="1539" w:type="dxa"/>
            <w:shd w:val="clear" w:color="auto" w:fill="FFFFFF"/>
          </w:tcPr>
          <w:p w14:paraId="77CD15F8" w14:textId="77777777" w:rsidR="00134FD8" w:rsidRDefault="00134FD8">
            <w:r>
              <w:rPr>
                <w:sz w:val="13"/>
              </w:rPr>
              <w:t>0.7825157449067646</w:t>
            </w:r>
          </w:p>
        </w:tc>
        <w:tc>
          <w:tcPr>
            <w:tcW w:w="1245" w:type="dxa"/>
            <w:shd w:val="clear" w:color="auto" w:fill="FFFFFF"/>
          </w:tcPr>
          <w:p w14:paraId="1102E09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366DFBE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3466D0D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765EFB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4CA9264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102D53F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5AE1093F" w14:textId="77777777" w:rsidTr="003836A2">
        <w:tc>
          <w:tcPr>
            <w:tcW w:w="2501" w:type="dxa"/>
            <w:shd w:val="clear" w:color="auto" w:fill="F2F2F2"/>
          </w:tcPr>
          <w:p w14:paraId="5951C96C" w14:textId="77777777" w:rsidR="00134FD8" w:rsidRDefault="00134FD8">
            <w:r>
              <w:rPr>
                <w:sz w:val="13"/>
              </w:rPr>
              <w:t>370f8e2c42065b39909e04ccbaec4a68</w:t>
            </w:r>
          </w:p>
        </w:tc>
        <w:tc>
          <w:tcPr>
            <w:tcW w:w="1928" w:type="dxa"/>
            <w:shd w:val="clear" w:color="auto" w:fill="F2F2F2"/>
          </w:tcPr>
          <w:p w14:paraId="31A92C32" w14:textId="77777777" w:rsidR="00134FD8" w:rsidRDefault="00134FD8">
            <w:r>
              <w:rPr>
                <w:sz w:val="13"/>
              </w:rPr>
              <w:t>-1.399009769481205</w:t>
            </w:r>
          </w:p>
        </w:tc>
        <w:tc>
          <w:tcPr>
            <w:tcW w:w="1395" w:type="dxa"/>
            <w:shd w:val="clear" w:color="auto" w:fill="F2F2F2"/>
          </w:tcPr>
          <w:p w14:paraId="42114C96" w14:textId="77777777" w:rsidR="00134FD8" w:rsidRDefault="00134FD8">
            <w:r>
              <w:rPr>
                <w:sz w:val="13"/>
              </w:rPr>
              <w:t>11.00450103188135</w:t>
            </w:r>
          </w:p>
        </w:tc>
        <w:tc>
          <w:tcPr>
            <w:tcW w:w="1683" w:type="dxa"/>
            <w:shd w:val="clear" w:color="auto" w:fill="F2F2F2"/>
          </w:tcPr>
          <w:p w14:paraId="2CB3E8D7" w14:textId="77777777" w:rsidR="00134FD8" w:rsidRDefault="00134FD8">
            <w:r>
              <w:rPr>
                <w:sz w:val="13"/>
              </w:rPr>
              <w:t>0.4335758814504738</w:t>
            </w:r>
          </w:p>
        </w:tc>
        <w:tc>
          <w:tcPr>
            <w:tcW w:w="1683" w:type="dxa"/>
            <w:shd w:val="clear" w:color="auto" w:fill="F2F2F2"/>
          </w:tcPr>
          <w:p w14:paraId="0CF84B7D" w14:textId="77777777" w:rsidR="00134FD8" w:rsidRDefault="00134FD8">
            <w:r>
              <w:rPr>
                <w:sz w:val="13"/>
              </w:rPr>
              <w:t>0.5274194073306256</w:t>
            </w:r>
          </w:p>
        </w:tc>
        <w:tc>
          <w:tcPr>
            <w:tcW w:w="1539" w:type="dxa"/>
            <w:shd w:val="clear" w:color="auto" w:fill="F2F2F2"/>
          </w:tcPr>
          <w:p w14:paraId="2C74A38C" w14:textId="77777777" w:rsidR="00134FD8" w:rsidRDefault="00134FD8">
            <w:r>
              <w:rPr>
                <w:sz w:val="13"/>
              </w:rPr>
              <w:t>0.7825157449067646</w:t>
            </w:r>
          </w:p>
        </w:tc>
        <w:tc>
          <w:tcPr>
            <w:tcW w:w="1245" w:type="dxa"/>
            <w:shd w:val="clear" w:color="auto" w:fill="F2F2F2"/>
          </w:tcPr>
          <w:p w14:paraId="1B39963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B43BD0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40B8811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13D931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23FDE1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573846A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uncultured_Clostridiales</w:t>
            </w:r>
            <w:proofErr w:type="spellEnd"/>
          </w:p>
        </w:tc>
      </w:tr>
      <w:tr w:rsidR="00134FD8" w14:paraId="70B1575A" w14:textId="77777777" w:rsidTr="003836A2">
        <w:tc>
          <w:tcPr>
            <w:tcW w:w="2501" w:type="dxa"/>
            <w:shd w:val="clear" w:color="auto" w:fill="FFFFFF"/>
          </w:tcPr>
          <w:p w14:paraId="062C9473" w14:textId="77777777" w:rsidR="00134FD8" w:rsidRDefault="00134FD8">
            <w:r>
              <w:rPr>
                <w:sz w:val="13"/>
              </w:rPr>
              <w:t>850fc8381d6fc19a74e163682a3c65f4</w:t>
            </w:r>
          </w:p>
        </w:tc>
        <w:tc>
          <w:tcPr>
            <w:tcW w:w="1928" w:type="dxa"/>
            <w:shd w:val="clear" w:color="auto" w:fill="FFFFFF"/>
          </w:tcPr>
          <w:p w14:paraId="7747BC17" w14:textId="77777777" w:rsidR="00134FD8" w:rsidRDefault="00134FD8">
            <w:r>
              <w:rPr>
                <w:sz w:val="13"/>
              </w:rPr>
              <w:t>-1.375050645923481</w:t>
            </w:r>
          </w:p>
        </w:tc>
        <w:tc>
          <w:tcPr>
            <w:tcW w:w="1395" w:type="dxa"/>
            <w:shd w:val="clear" w:color="auto" w:fill="FFFFFF"/>
          </w:tcPr>
          <w:p w14:paraId="1607C707" w14:textId="77777777" w:rsidR="00134FD8" w:rsidRDefault="00134FD8">
            <w:r>
              <w:rPr>
                <w:sz w:val="13"/>
              </w:rPr>
              <w:t>10.40624952396425</w:t>
            </w:r>
          </w:p>
        </w:tc>
        <w:tc>
          <w:tcPr>
            <w:tcW w:w="1683" w:type="dxa"/>
            <w:shd w:val="clear" w:color="auto" w:fill="FFFFFF"/>
          </w:tcPr>
          <w:p w14:paraId="436B1702" w14:textId="77777777" w:rsidR="00134FD8" w:rsidRDefault="00134FD8">
            <w:r>
              <w:rPr>
                <w:sz w:val="13"/>
              </w:rPr>
              <w:t>0.4092158227543807</w:t>
            </w:r>
          </w:p>
        </w:tc>
        <w:tc>
          <w:tcPr>
            <w:tcW w:w="1683" w:type="dxa"/>
            <w:shd w:val="clear" w:color="auto" w:fill="FFFFFF"/>
          </w:tcPr>
          <w:p w14:paraId="7E5E7BCB" w14:textId="77777777" w:rsidR="00134FD8" w:rsidRDefault="00134FD8">
            <w:r>
              <w:rPr>
                <w:sz w:val="13"/>
              </w:rPr>
              <w:t>0.5377924982674811</w:t>
            </w:r>
          </w:p>
        </w:tc>
        <w:tc>
          <w:tcPr>
            <w:tcW w:w="1539" w:type="dxa"/>
            <w:shd w:val="clear" w:color="auto" w:fill="FFFFFF"/>
          </w:tcPr>
          <w:p w14:paraId="09C0134F" w14:textId="77777777" w:rsidR="00134FD8" w:rsidRDefault="00134FD8">
            <w:r>
              <w:rPr>
                <w:sz w:val="13"/>
              </w:rPr>
              <w:t>0.7825157449067646</w:t>
            </w:r>
          </w:p>
        </w:tc>
        <w:tc>
          <w:tcPr>
            <w:tcW w:w="1245" w:type="dxa"/>
            <w:shd w:val="clear" w:color="auto" w:fill="FFFFFF"/>
          </w:tcPr>
          <w:p w14:paraId="3BD0CBB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4230F8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601894A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A0B8AE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7DBCD2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66593A5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818D3A5" w14:textId="77777777" w:rsidTr="003836A2">
        <w:tc>
          <w:tcPr>
            <w:tcW w:w="2501" w:type="dxa"/>
            <w:shd w:val="clear" w:color="auto" w:fill="F2F2F2"/>
          </w:tcPr>
          <w:p w14:paraId="5E71041D" w14:textId="77777777" w:rsidR="00134FD8" w:rsidRDefault="00134FD8">
            <w:r>
              <w:rPr>
                <w:sz w:val="13"/>
              </w:rPr>
              <w:lastRenderedPageBreak/>
              <w:t>9ce915d9cc17d47a97d433f6560b7d5e</w:t>
            </w:r>
          </w:p>
        </w:tc>
        <w:tc>
          <w:tcPr>
            <w:tcW w:w="1928" w:type="dxa"/>
            <w:shd w:val="clear" w:color="auto" w:fill="F2F2F2"/>
          </w:tcPr>
          <w:p w14:paraId="30B7C672" w14:textId="77777777" w:rsidR="00134FD8" w:rsidRDefault="00134FD8">
            <w:r>
              <w:rPr>
                <w:sz w:val="13"/>
              </w:rPr>
              <w:t>-0.4684994092136591</w:t>
            </w:r>
          </w:p>
        </w:tc>
        <w:tc>
          <w:tcPr>
            <w:tcW w:w="1395" w:type="dxa"/>
            <w:shd w:val="clear" w:color="auto" w:fill="F2F2F2"/>
          </w:tcPr>
          <w:p w14:paraId="1544CB33" w14:textId="77777777" w:rsidR="00134FD8" w:rsidRDefault="00134FD8">
            <w:r>
              <w:rPr>
                <w:sz w:val="13"/>
              </w:rPr>
              <w:t>13.23796582648953</w:t>
            </w:r>
          </w:p>
        </w:tc>
        <w:tc>
          <w:tcPr>
            <w:tcW w:w="1683" w:type="dxa"/>
            <w:shd w:val="clear" w:color="auto" w:fill="F2F2F2"/>
          </w:tcPr>
          <w:p w14:paraId="0B341775" w14:textId="77777777" w:rsidR="00134FD8" w:rsidRDefault="00134FD8">
            <w:r>
              <w:rPr>
                <w:sz w:val="13"/>
              </w:rPr>
              <w:t>0.4133942801123902</w:t>
            </w:r>
          </w:p>
        </w:tc>
        <w:tc>
          <w:tcPr>
            <w:tcW w:w="1683" w:type="dxa"/>
            <w:shd w:val="clear" w:color="auto" w:fill="F2F2F2"/>
          </w:tcPr>
          <w:p w14:paraId="68749242" w14:textId="77777777" w:rsidR="00134FD8" w:rsidRDefault="00134FD8">
            <w:r>
              <w:rPr>
                <w:sz w:val="13"/>
              </w:rPr>
              <w:t>0.5392882246282118</w:t>
            </w:r>
          </w:p>
        </w:tc>
        <w:tc>
          <w:tcPr>
            <w:tcW w:w="1539" w:type="dxa"/>
            <w:shd w:val="clear" w:color="auto" w:fill="F2F2F2"/>
          </w:tcPr>
          <w:p w14:paraId="5B1BD500" w14:textId="77777777" w:rsidR="00134FD8" w:rsidRDefault="00134FD8">
            <w:r>
              <w:rPr>
                <w:sz w:val="13"/>
              </w:rPr>
              <w:t>0.7825157449067646</w:t>
            </w:r>
          </w:p>
        </w:tc>
        <w:tc>
          <w:tcPr>
            <w:tcW w:w="1245" w:type="dxa"/>
            <w:shd w:val="clear" w:color="auto" w:fill="F2F2F2"/>
          </w:tcPr>
          <w:p w14:paraId="5B8189B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Actinobacteriota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138D8E5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Coriobacteriia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389B984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Coriobacteriales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42D6D0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Eggerthellaceae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DBC76D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Enterorhabdus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6227F30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61560CE2" w14:textId="77777777" w:rsidTr="003836A2">
        <w:tc>
          <w:tcPr>
            <w:tcW w:w="2501" w:type="dxa"/>
            <w:shd w:val="clear" w:color="auto" w:fill="FFFFFF"/>
          </w:tcPr>
          <w:p w14:paraId="0B7C0F67" w14:textId="77777777" w:rsidR="00134FD8" w:rsidRDefault="00134FD8">
            <w:r>
              <w:rPr>
                <w:sz w:val="13"/>
              </w:rPr>
              <w:t>ee251d8d741f0766fc4007f8f3817c38</w:t>
            </w:r>
          </w:p>
        </w:tc>
        <w:tc>
          <w:tcPr>
            <w:tcW w:w="1928" w:type="dxa"/>
            <w:shd w:val="clear" w:color="auto" w:fill="FFFFFF"/>
          </w:tcPr>
          <w:p w14:paraId="31678735" w14:textId="77777777" w:rsidR="00134FD8" w:rsidRDefault="00134FD8">
            <w:r>
              <w:rPr>
                <w:sz w:val="13"/>
              </w:rPr>
              <w:t>-1.240857516958551</w:t>
            </w:r>
          </w:p>
        </w:tc>
        <w:tc>
          <w:tcPr>
            <w:tcW w:w="1395" w:type="dxa"/>
            <w:shd w:val="clear" w:color="auto" w:fill="FFFFFF"/>
          </w:tcPr>
          <w:p w14:paraId="6BBADD35" w14:textId="77777777" w:rsidR="00134FD8" w:rsidRDefault="00134FD8">
            <w:r>
              <w:rPr>
                <w:sz w:val="13"/>
              </w:rPr>
              <w:t>13.92245226293995</w:t>
            </w:r>
          </w:p>
        </w:tc>
        <w:tc>
          <w:tcPr>
            <w:tcW w:w="1683" w:type="dxa"/>
            <w:shd w:val="clear" w:color="auto" w:fill="FFFFFF"/>
          </w:tcPr>
          <w:p w14:paraId="7AC53C1A" w14:textId="77777777" w:rsidR="00134FD8" w:rsidRDefault="00134FD8">
            <w:r>
              <w:rPr>
                <w:sz w:val="13"/>
              </w:rPr>
              <w:t>0.410670933147377</w:t>
            </w:r>
          </w:p>
        </w:tc>
        <w:tc>
          <w:tcPr>
            <w:tcW w:w="1683" w:type="dxa"/>
            <w:shd w:val="clear" w:color="auto" w:fill="FFFFFF"/>
          </w:tcPr>
          <w:p w14:paraId="7B9FA967" w14:textId="77777777" w:rsidR="00134FD8" w:rsidRDefault="00134FD8">
            <w:r>
              <w:rPr>
                <w:sz w:val="13"/>
              </w:rPr>
              <w:t>0.5417826940496495</w:t>
            </w:r>
          </w:p>
        </w:tc>
        <w:tc>
          <w:tcPr>
            <w:tcW w:w="1539" w:type="dxa"/>
            <w:shd w:val="clear" w:color="auto" w:fill="FFFFFF"/>
          </w:tcPr>
          <w:p w14:paraId="3732CD47" w14:textId="77777777" w:rsidR="00134FD8" w:rsidRDefault="00134FD8">
            <w:r>
              <w:rPr>
                <w:sz w:val="13"/>
              </w:rPr>
              <w:t>0.7825157449067646</w:t>
            </w:r>
          </w:p>
        </w:tc>
        <w:tc>
          <w:tcPr>
            <w:tcW w:w="1245" w:type="dxa"/>
            <w:shd w:val="clear" w:color="auto" w:fill="FFFFFF"/>
          </w:tcPr>
          <w:p w14:paraId="3A66374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7E6450B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6979BB8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E1CCAE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1A06F4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72DA111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C894A03" w14:textId="77777777" w:rsidTr="003836A2">
        <w:tc>
          <w:tcPr>
            <w:tcW w:w="2501" w:type="dxa"/>
            <w:shd w:val="clear" w:color="auto" w:fill="F2F2F2"/>
          </w:tcPr>
          <w:p w14:paraId="3D392613" w14:textId="77777777" w:rsidR="00134FD8" w:rsidRDefault="00134FD8">
            <w:r>
              <w:rPr>
                <w:sz w:val="13"/>
              </w:rPr>
              <w:t>fefb57d04624848dfd13aa263d6f5ae8</w:t>
            </w:r>
          </w:p>
        </w:tc>
        <w:tc>
          <w:tcPr>
            <w:tcW w:w="1928" w:type="dxa"/>
            <w:shd w:val="clear" w:color="auto" w:fill="F2F2F2"/>
          </w:tcPr>
          <w:p w14:paraId="547676ED" w14:textId="77777777" w:rsidR="00134FD8" w:rsidRDefault="00134FD8">
            <w:r>
              <w:rPr>
                <w:sz w:val="13"/>
              </w:rPr>
              <w:t>0.4079477286294552</w:t>
            </w:r>
          </w:p>
        </w:tc>
        <w:tc>
          <w:tcPr>
            <w:tcW w:w="1395" w:type="dxa"/>
            <w:shd w:val="clear" w:color="auto" w:fill="F2F2F2"/>
          </w:tcPr>
          <w:p w14:paraId="5FBD3BA3" w14:textId="77777777" w:rsidR="00134FD8" w:rsidRDefault="00134FD8">
            <w:r>
              <w:rPr>
                <w:sz w:val="13"/>
              </w:rPr>
              <w:t>12.74183240948301</w:t>
            </w:r>
          </w:p>
        </w:tc>
        <w:tc>
          <w:tcPr>
            <w:tcW w:w="1683" w:type="dxa"/>
            <w:shd w:val="clear" w:color="auto" w:fill="F2F2F2"/>
          </w:tcPr>
          <w:p w14:paraId="79A5B860" w14:textId="77777777" w:rsidR="00134FD8" w:rsidRDefault="00134FD8">
            <w:r>
              <w:rPr>
                <w:sz w:val="13"/>
              </w:rPr>
              <w:t>0.3974245369826181</w:t>
            </w:r>
          </w:p>
        </w:tc>
        <w:tc>
          <w:tcPr>
            <w:tcW w:w="1683" w:type="dxa"/>
            <w:shd w:val="clear" w:color="auto" w:fill="F2F2F2"/>
          </w:tcPr>
          <w:p w14:paraId="659F24BF" w14:textId="77777777" w:rsidR="00134FD8" w:rsidRDefault="00134FD8">
            <w:r>
              <w:rPr>
                <w:sz w:val="13"/>
              </w:rPr>
              <w:t>0.5466102629863429</w:t>
            </w:r>
          </w:p>
        </w:tc>
        <w:tc>
          <w:tcPr>
            <w:tcW w:w="1539" w:type="dxa"/>
            <w:shd w:val="clear" w:color="auto" w:fill="F2F2F2"/>
          </w:tcPr>
          <w:p w14:paraId="2551A68E" w14:textId="77777777" w:rsidR="00134FD8" w:rsidRDefault="00134FD8">
            <w:r>
              <w:rPr>
                <w:sz w:val="13"/>
              </w:rPr>
              <w:t>0.7825157449067646</w:t>
            </w:r>
          </w:p>
        </w:tc>
        <w:tc>
          <w:tcPr>
            <w:tcW w:w="1245" w:type="dxa"/>
            <w:shd w:val="clear" w:color="auto" w:fill="F2F2F2"/>
          </w:tcPr>
          <w:p w14:paraId="715E107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40AA324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5C574BE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C0861D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89D7AE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1C80999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uncultured_Bacteroidales</w:t>
            </w:r>
            <w:proofErr w:type="spellEnd"/>
          </w:p>
        </w:tc>
      </w:tr>
      <w:tr w:rsidR="00134FD8" w14:paraId="06B4E566" w14:textId="77777777" w:rsidTr="003836A2">
        <w:tc>
          <w:tcPr>
            <w:tcW w:w="2501" w:type="dxa"/>
            <w:shd w:val="clear" w:color="auto" w:fill="FFFFFF"/>
          </w:tcPr>
          <w:p w14:paraId="59E921D1" w14:textId="77777777" w:rsidR="00134FD8" w:rsidRDefault="00134FD8">
            <w:r>
              <w:rPr>
                <w:sz w:val="13"/>
              </w:rPr>
              <w:t>e9b2dd709e597470d2d8ded16c2bad44</w:t>
            </w:r>
          </w:p>
        </w:tc>
        <w:tc>
          <w:tcPr>
            <w:tcW w:w="1928" w:type="dxa"/>
            <w:shd w:val="clear" w:color="auto" w:fill="FFFFFF"/>
          </w:tcPr>
          <w:p w14:paraId="5FC328C3" w14:textId="77777777" w:rsidR="00134FD8" w:rsidRDefault="00134FD8">
            <w:r>
              <w:rPr>
                <w:sz w:val="13"/>
              </w:rPr>
              <w:t>0.5619677508263093</w:t>
            </w:r>
          </w:p>
        </w:tc>
        <w:tc>
          <w:tcPr>
            <w:tcW w:w="1395" w:type="dxa"/>
            <w:shd w:val="clear" w:color="auto" w:fill="FFFFFF"/>
          </w:tcPr>
          <w:p w14:paraId="5CFFB8E0" w14:textId="77777777" w:rsidR="00134FD8" w:rsidRDefault="00134FD8">
            <w:r>
              <w:rPr>
                <w:sz w:val="13"/>
              </w:rPr>
              <w:t>11.59187910380428</w:t>
            </w:r>
          </w:p>
        </w:tc>
        <w:tc>
          <w:tcPr>
            <w:tcW w:w="1683" w:type="dxa"/>
            <w:shd w:val="clear" w:color="auto" w:fill="FFFFFF"/>
          </w:tcPr>
          <w:p w14:paraId="596442C3" w14:textId="77777777" w:rsidR="00134FD8" w:rsidRDefault="00134FD8">
            <w:r>
              <w:rPr>
                <w:sz w:val="13"/>
              </w:rPr>
              <w:t>0.3356844565403948</w:t>
            </w:r>
          </w:p>
        </w:tc>
        <w:tc>
          <w:tcPr>
            <w:tcW w:w="1683" w:type="dxa"/>
            <w:shd w:val="clear" w:color="auto" w:fill="FFFFFF"/>
          </w:tcPr>
          <w:p w14:paraId="7662276D" w14:textId="77777777" w:rsidR="00134FD8" w:rsidRDefault="00134FD8">
            <w:r>
              <w:rPr>
                <w:sz w:val="13"/>
              </w:rPr>
              <w:t>0.577670644769428</w:t>
            </w:r>
          </w:p>
        </w:tc>
        <w:tc>
          <w:tcPr>
            <w:tcW w:w="1539" w:type="dxa"/>
            <w:shd w:val="clear" w:color="auto" w:fill="FFFFFF"/>
          </w:tcPr>
          <w:p w14:paraId="2E8F72B7" w14:textId="77777777" w:rsidR="00134FD8" w:rsidRDefault="00134FD8">
            <w:r>
              <w:rPr>
                <w:sz w:val="13"/>
              </w:rPr>
              <w:t>0.8183667467566896</w:t>
            </w:r>
          </w:p>
        </w:tc>
        <w:tc>
          <w:tcPr>
            <w:tcW w:w="1245" w:type="dxa"/>
            <w:shd w:val="clear" w:color="auto" w:fill="FFFFFF"/>
          </w:tcPr>
          <w:p w14:paraId="74D8234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2CD6B6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3D9D17F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4EAD539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A6DBC0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FFFFF"/>
          </w:tcPr>
          <w:p w14:paraId="0ED3140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0A4E0EBE" w14:textId="77777777" w:rsidTr="003836A2">
        <w:tc>
          <w:tcPr>
            <w:tcW w:w="2501" w:type="dxa"/>
            <w:shd w:val="clear" w:color="auto" w:fill="F2F2F2"/>
          </w:tcPr>
          <w:p w14:paraId="64D12656" w14:textId="77777777" w:rsidR="00134FD8" w:rsidRDefault="00134FD8">
            <w:r>
              <w:rPr>
                <w:sz w:val="13"/>
              </w:rPr>
              <w:t>374fced2de6dd515a1a3b1bc551e96de</w:t>
            </w:r>
          </w:p>
        </w:tc>
        <w:tc>
          <w:tcPr>
            <w:tcW w:w="1928" w:type="dxa"/>
            <w:shd w:val="clear" w:color="auto" w:fill="F2F2F2"/>
          </w:tcPr>
          <w:p w14:paraId="46B8987E" w14:textId="77777777" w:rsidR="00134FD8" w:rsidRDefault="00134FD8">
            <w:r>
              <w:rPr>
                <w:sz w:val="13"/>
              </w:rPr>
              <w:t>-1.281624247422593</w:t>
            </w:r>
          </w:p>
        </w:tc>
        <w:tc>
          <w:tcPr>
            <w:tcW w:w="1395" w:type="dxa"/>
            <w:shd w:val="clear" w:color="auto" w:fill="F2F2F2"/>
          </w:tcPr>
          <w:p w14:paraId="32BEFF27" w14:textId="77777777" w:rsidR="00134FD8" w:rsidRDefault="00134FD8">
            <w:r>
              <w:rPr>
                <w:sz w:val="13"/>
              </w:rPr>
              <w:t>10.82119980984744</w:t>
            </w:r>
          </w:p>
        </w:tc>
        <w:tc>
          <w:tcPr>
            <w:tcW w:w="1683" w:type="dxa"/>
            <w:shd w:val="clear" w:color="auto" w:fill="F2F2F2"/>
          </w:tcPr>
          <w:p w14:paraId="644F4BCA" w14:textId="77777777" w:rsidR="00134FD8" w:rsidRDefault="00134FD8">
            <w:r>
              <w:rPr>
                <w:sz w:val="13"/>
              </w:rPr>
              <w:t>0.2942542418445184</w:t>
            </w:r>
          </w:p>
        </w:tc>
        <w:tc>
          <w:tcPr>
            <w:tcW w:w="1683" w:type="dxa"/>
            <w:shd w:val="clear" w:color="auto" w:fill="F2F2F2"/>
          </w:tcPr>
          <w:p w14:paraId="511B6F4E" w14:textId="77777777" w:rsidR="00134FD8" w:rsidRDefault="00134FD8">
            <w:r>
              <w:rPr>
                <w:sz w:val="13"/>
              </w:rPr>
              <w:t>0.6009903623825679</w:t>
            </w:r>
          </w:p>
        </w:tc>
        <w:tc>
          <w:tcPr>
            <w:tcW w:w="1539" w:type="dxa"/>
            <w:shd w:val="clear" w:color="auto" w:fill="F2F2F2"/>
          </w:tcPr>
          <w:p w14:paraId="2489E4E5" w14:textId="77777777" w:rsidR="00134FD8" w:rsidRDefault="00134FD8">
            <w:r>
              <w:rPr>
                <w:sz w:val="13"/>
              </w:rPr>
              <w:t>0.8351635213277703</w:t>
            </w:r>
          </w:p>
        </w:tc>
        <w:tc>
          <w:tcPr>
            <w:tcW w:w="1245" w:type="dxa"/>
            <w:shd w:val="clear" w:color="auto" w:fill="F2F2F2"/>
          </w:tcPr>
          <w:p w14:paraId="124508F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D74FA5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0BB5A27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5225AF2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0ABE414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2F2F2"/>
          </w:tcPr>
          <w:p w14:paraId="3FDB9BF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50FE4432" w14:textId="77777777" w:rsidTr="003836A2">
        <w:tc>
          <w:tcPr>
            <w:tcW w:w="2501" w:type="dxa"/>
            <w:shd w:val="clear" w:color="auto" w:fill="FFFFFF"/>
          </w:tcPr>
          <w:p w14:paraId="6F9849D7" w14:textId="77777777" w:rsidR="00134FD8" w:rsidRDefault="00134FD8">
            <w:r>
              <w:rPr>
                <w:sz w:val="13"/>
              </w:rPr>
              <w:t>8afea7fc1139fedfee84295d17729826</w:t>
            </w:r>
          </w:p>
        </w:tc>
        <w:tc>
          <w:tcPr>
            <w:tcW w:w="1928" w:type="dxa"/>
            <w:shd w:val="clear" w:color="auto" w:fill="FFFFFF"/>
          </w:tcPr>
          <w:p w14:paraId="4055AD80" w14:textId="77777777" w:rsidR="00134FD8" w:rsidRDefault="00134FD8">
            <w:r>
              <w:rPr>
                <w:sz w:val="13"/>
              </w:rPr>
              <w:t>-1.313060863143988</w:t>
            </w:r>
          </w:p>
        </w:tc>
        <w:tc>
          <w:tcPr>
            <w:tcW w:w="1395" w:type="dxa"/>
            <w:shd w:val="clear" w:color="auto" w:fill="FFFFFF"/>
          </w:tcPr>
          <w:p w14:paraId="31EDCCA9" w14:textId="77777777" w:rsidR="00134FD8" w:rsidRDefault="00134FD8">
            <w:r>
              <w:rPr>
                <w:sz w:val="13"/>
              </w:rPr>
              <w:t>13.03055060037608</w:t>
            </w:r>
          </w:p>
        </w:tc>
        <w:tc>
          <w:tcPr>
            <w:tcW w:w="1683" w:type="dxa"/>
            <w:shd w:val="clear" w:color="auto" w:fill="FFFFFF"/>
          </w:tcPr>
          <w:p w14:paraId="0AD13BFA" w14:textId="77777777" w:rsidR="00134FD8" w:rsidRDefault="00134FD8">
            <w:r>
              <w:rPr>
                <w:sz w:val="13"/>
              </w:rPr>
              <w:t>0.2934418826427913</w:t>
            </w:r>
          </w:p>
        </w:tc>
        <w:tc>
          <w:tcPr>
            <w:tcW w:w="1683" w:type="dxa"/>
            <w:shd w:val="clear" w:color="auto" w:fill="FFFFFF"/>
          </w:tcPr>
          <w:p w14:paraId="17F68B5D" w14:textId="77777777" w:rsidR="00134FD8" w:rsidRDefault="00134FD8">
            <w:r>
              <w:rPr>
                <w:sz w:val="13"/>
              </w:rPr>
              <w:t>0.6040182255275266</w:t>
            </w:r>
          </w:p>
        </w:tc>
        <w:tc>
          <w:tcPr>
            <w:tcW w:w="1539" w:type="dxa"/>
            <w:shd w:val="clear" w:color="auto" w:fill="FFFFFF"/>
          </w:tcPr>
          <w:p w14:paraId="684D2255" w14:textId="77777777" w:rsidR="00134FD8" w:rsidRDefault="00134FD8">
            <w:r>
              <w:rPr>
                <w:sz w:val="13"/>
              </w:rPr>
              <w:t>0.8351635213277703</w:t>
            </w:r>
          </w:p>
        </w:tc>
        <w:tc>
          <w:tcPr>
            <w:tcW w:w="1245" w:type="dxa"/>
            <w:shd w:val="clear" w:color="auto" w:fill="FFFFFF"/>
          </w:tcPr>
          <w:p w14:paraId="79F3545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448" w:type="dxa"/>
            <w:shd w:val="clear" w:color="auto" w:fill="FFFFFF"/>
          </w:tcPr>
          <w:p w14:paraId="06F88F4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756" w:type="dxa"/>
            <w:shd w:val="clear" w:color="auto" w:fill="FFFFFF"/>
          </w:tcPr>
          <w:p w14:paraId="089CD39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2411" w:type="dxa"/>
            <w:shd w:val="clear" w:color="auto" w:fill="FFFFFF"/>
          </w:tcPr>
          <w:p w14:paraId="036DD79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2411" w:type="dxa"/>
            <w:shd w:val="clear" w:color="auto" w:fill="FFFFFF"/>
          </w:tcPr>
          <w:p w14:paraId="27F49B3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6DF455C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3683C378" w14:textId="77777777" w:rsidTr="003836A2">
        <w:tc>
          <w:tcPr>
            <w:tcW w:w="2501" w:type="dxa"/>
            <w:shd w:val="clear" w:color="auto" w:fill="F2F2F2"/>
          </w:tcPr>
          <w:p w14:paraId="458B03C3" w14:textId="77777777" w:rsidR="00134FD8" w:rsidRDefault="00134FD8">
            <w:r>
              <w:rPr>
                <w:sz w:val="13"/>
              </w:rPr>
              <w:t>e806f856af4a419660a78a95c35b3464</w:t>
            </w:r>
          </w:p>
        </w:tc>
        <w:tc>
          <w:tcPr>
            <w:tcW w:w="1928" w:type="dxa"/>
            <w:shd w:val="clear" w:color="auto" w:fill="F2F2F2"/>
          </w:tcPr>
          <w:p w14:paraId="011C2244" w14:textId="77777777" w:rsidR="00134FD8" w:rsidRDefault="00134FD8">
            <w:r>
              <w:rPr>
                <w:sz w:val="13"/>
              </w:rPr>
              <w:t>-1.112259224655892</w:t>
            </w:r>
          </w:p>
        </w:tc>
        <w:tc>
          <w:tcPr>
            <w:tcW w:w="1395" w:type="dxa"/>
            <w:shd w:val="clear" w:color="auto" w:fill="F2F2F2"/>
          </w:tcPr>
          <w:p w14:paraId="2F5B36B0" w14:textId="77777777" w:rsidR="00134FD8" w:rsidRDefault="00134FD8">
            <w:r>
              <w:rPr>
                <w:sz w:val="13"/>
              </w:rPr>
              <w:t>12.25978342692354</w:t>
            </w:r>
          </w:p>
        </w:tc>
        <w:tc>
          <w:tcPr>
            <w:tcW w:w="1683" w:type="dxa"/>
            <w:shd w:val="clear" w:color="auto" w:fill="F2F2F2"/>
          </w:tcPr>
          <w:p w14:paraId="594DC951" w14:textId="77777777" w:rsidR="00134FD8" w:rsidRDefault="00134FD8">
            <w:r>
              <w:rPr>
                <w:sz w:val="13"/>
              </w:rPr>
              <w:t>0.2822729736102643</w:t>
            </w:r>
          </w:p>
        </w:tc>
        <w:tc>
          <w:tcPr>
            <w:tcW w:w="1683" w:type="dxa"/>
            <w:shd w:val="clear" w:color="auto" w:fill="F2F2F2"/>
          </w:tcPr>
          <w:p w14:paraId="1831036E" w14:textId="77777777" w:rsidR="00134FD8" w:rsidRDefault="00134FD8">
            <w:r>
              <w:rPr>
                <w:sz w:val="13"/>
              </w:rPr>
              <w:t>0.6102485011800619</w:t>
            </w:r>
          </w:p>
        </w:tc>
        <w:tc>
          <w:tcPr>
            <w:tcW w:w="1539" w:type="dxa"/>
            <w:shd w:val="clear" w:color="auto" w:fill="F2F2F2"/>
          </w:tcPr>
          <w:p w14:paraId="2B5D4A69" w14:textId="77777777" w:rsidR="00134FD8" w:rsidRDefault="00134FD8">
            <w:r>
              <w:rPr>
                <w:sz w:val="13"/>
              </w:rPr>
              <w:t>0.8351635213277703</w:t>
            </w:r>
          </w:p>
        </w:tc>
        <w:tc>
          <w:tcPr>
            <w:tcW w:w="1245" w:type="dxa"/>
            <w:shd w:val="clear" w:color="auto" w:fill="F2F2F2"/>
          </w:tcPr>
          <w:p w14:paraId="5135770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0B23B68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741E76B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FBC44B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4A5B17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Muribaculum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6395316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F30A1C0" w14:textId="77777777" w:rsidTr="003836A2">
        <w:tc>
          <w:tcPr>
            <w:tcW w:w="2501" w:type="dxa"/>
            <w:shd w:val="clear" w:color="auto" w:fill="FFFFFF"/>
          </w:tcPr>
          <w:p w14:paraId="77EEAA55" w14:textId="77777777" w:rsidR="00134FD8" w:rsidRDefault="00134FD8">
            <w:r>
              <w:rPr>
                <w:sz w:val="13"/>
              </w:rPr>
              <w:t>6e408cc3ba68e93a8d2a36d67381d445</w:t>
            </w:r>
          </w:p>
        </w:tc>
        <w:tc>
          <w:tcPr>
            <w:tcW w:w="1928" w:type="dxa"/>
            <w:shd w:val="clear" w:color="auto" w:fill="FFFFFF"/>
          </w:tcPr>
          <w:p w14:paraId="1A09739F" w14:textId="77777777" w:rsidR="00134FD8" w:rsidRDefault="00134FD8">
            <w:r>
              <w:rPr>
                <w:sz w:val="13"/>
              </w:rPr>
              <w:t>-1.144464079959814</w:t>
            </w:r>
          </w:p>
        </w:tc>
        <w:tc>
          <w:tcPr>
            <w:tcW w:w="1395" w:type="dxa"/>
            <w:shd w:val="clear" w:color="auto" w:fill="FFFFFF"/>
          </w:tcPr>
          <w:p w14:paraId="77A54E3C" w14:textId="77777777" w:rsidR="00134FD8" w:rsidRDefault="00134FD8">
            <w:r>
              <w:rPr>
                <w:sz w:val="13"/>
              </w:rPr>
              <w:t>12.98534117565447</w:t>
            </w:r>
          </w:p>
        </w:tc>
        <w:tc>
          <w:tcPr>
            <w:tcW w:w="1683" w:type="dxa"/>
            <w:shd w:val="clear" w:color="auto" w:fill="FFFFFF"/>
          </w:tcPr>
          <w:p w14:paraId="1BB74BD6" w14:textId="77777777" w:rsidR="00134FD8" w:rsidRDefault="00134FD8">
            <w:r>
              <w:rPr>
                <w:sz w:val="13"/>
              </w:rPr>
              <w:t>0.2770888366609165</w:t>
            </w:r>
          </w:p>
        </w:tc>
        <w:tc>
          <w:tcPr>
            <w:tcW w:w="1683" w:type="dxa"/>
            <w:shd w:val="clear" w:color="auto" w:fill="FFFFFF"/>
          </w:tcPr>
          <w:p w14:paraId="61E503EB" w14:textId="77777777" w:rsidR="00134FD8" w:rsidRDefault="00134FD8">
            <w:r>
              <w:rPr>
                <w:sz w:val="13"/>
              </w:rPr>
              <w:t>0.6140908245057134</w:t>
            </w:r>
          </w:p>
        </w:tc>
        <w:tc>
          <w:tcPr>
            <w:tcW w:w="1539" w:type="dxa"/>
            <w:shd w:val="clear" w:color="auto" w:fill="FFFFFF"/>
          </w:tcPr>
          <w:p w14:paraId="29D42A89" w14:textId="77777777" w:rsidR="00134FD8" w:rsidRDefault="00134FD8">
            <w:r>
              <w:rPr>
                <w:sz w:val="13"/>
              </w:rPr>
              <w:t>0.8351635213277703</w:t>
            </w:r>
          </w:p>
        </w:tc>
        <w:tc>
          <w:tcPr>
            <w:tcW w:w="1245" w:type="dxa"/>
            <w:shd w:val="clear" w:color="auto" w:fill="FFFFFF"/>
          </w:tcPr>
          <w:p w14:paraId="37E8CFE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797BEAF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21F0F13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362F13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5CDDA0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7532E83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uncultured_Bacteroidales</w:t>
            </w:r>
            <w:proofErr w:type="spellEnd"/>
          </w:p>
        </w:tc>
      </w:tr>
      <w:tr w:rsidR="00134FD8" w14:paraId="2AFEA5E7" w14:textId="77777777" w:rsidTr="003836A2">
        <w:tc>
          <w:tcPr>
            <w:tcW w:w="2501" w:type="dxa"/>
            <w:shd w:val="clear" w:color="auto" w:fill="F2F2F2"/>
          </w:tcPr>
          <w:p w14:paraId="27BA1865" w14:textId="77777777" w:rsidR="00134FD8" w:rsidRDefault="00134FD8">
            <w:r>
              <w:rPr>
                <w:sz w:val="13"/>
              </w:rPr>
              <w:t>151e42d762610156c1ecec31f8acfa87</w:t>
            </w:r>
          </w:p>
        </w:tc>
        <w:tc>
          <w:tcPr>
            <w:tcW w:w="1928" w:type="dxa"/>
            <w:shd w:val="clear" w:color="auto" w:fill="F2F2F2"/>
          </w:tcPr>
          <w:p w14:paraId="2946A5C5" w14:textId="77777777" w:rsidR="00134FD8" w:rsidRDefault="00134FD8">
            <w:r>
              <w:rPr>
                <w:sz w:val="13"/>
              </w:rPr>
              <w:t>-1.04218581612927</w:t>
            </w:r>
          </w:p>
        </w:tc>
        <w:tc>
          <w:tcPr>
            <w:tcW w:w="1395" w:type="dxa"/>
            <w:shd w:val="clear" w:color="auto" w:fill="F2F2F2"/>
          </w:tcPr>
          <w:p w14:paraId="1652508F" w14:textId="77777777" w:rsidR="00134FD8" w:rsidRDefault="00134FD8">
            <w:r>
              <w:rPr>
                <w:sz w:val="13"/>
              </w:rPr>
              <w:t>9.929404936455493</w:t>
            </w:r>
          </w:p>
        </w:tc>
        <w:tc>
          <w:tcPr>
            <w:tcW w:w="1683" w:type="dxa"/>
            <w:shd w:val="clear" w:color="auto" w:fill="F2F2F2"/>
          </w:tcPr>
          <w:p w14:paraId="6EE93731" w14:textId="77777777" w:rsidR="00134FD8" w:rsidRDefault="00134FD8">
            <w:r>
              <w:rPr>
                <w:sz w:val="13"/>
              </w:rPr>
              <w:t>0.2559331564935424</w:t>
            </w:r>
          </w:p>
        </w:tc>
        <w:tc>
          <w:tcPr>
            <w:tcW w:w="1683" w:type="dxa"/>
            <w:shd w:val="clear" w:color="auto" w:fill="F2F2F2"/>
          </w:tcPr>
          <w:p w14:paraId="03F74A51" w14:textId="77777777" w:rsidR="00134FD8" w:rsidRDefault="00134FD8">
            <w:r>
              <w:rPr>
                <w:sz w:val="13"/>
              </w:rPr>
              <w:t>0.6239172600388214</w:t>
            </w:r>
          </w:p>
        </w:tc>
        <w:tc>
          <w:tcPr>
            <w:tcW w:w="1539" w:type="dxa"/>
            <w:shd w:val="clear" w:color="auto" w:fill="F2F2F2"/>
          </w:tcPr>
          <w:p w14:paraId="40EAAE1D" w14:textId="77777777" w:rsidR="00134FD8" w:rsidRDefault="00134FD8">
            <w:r>
              <w:rPr>
                <w:sz w:val="13"/>
              </w:rPr>
              <w:t>0.840126211537423</w:t>
            </w:r>
          </w:p>
        </w:tc>
        <w:tc>
          <w:tcPr>
            <w:tcW w:w="1245" w:type="dxa"/>
            <w:shd w:val="clear" w:color="auto" w:fill="F2F2F2"/>
          </w:tcPr>
          <w:p w14:paraId="085FB4F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5AAF32E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0E410F2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0EF245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UCG-010</w:t>
            </w:r>
          </w:p>
        </w:tc>
        <w:tc>
          <w:tcPr>
            <w:tcW w:w="2411" w:type="dxa"/>
            <w:shd w:val="clear" w:color="auto" w:fill="F2F2F2"/>
          </w:tcPr>
          <w:p w14:paraId="2151B09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UCG-010</w:t>
            </w:r>
          </w:p>
        </w:tc>
        <w:tc>
          <w:tcPr>
            <w:tcW w:w="1936" w:type="dxa"/>
            <w:shd w:val="clear" w:color="auto" w:fill="F2F2F2"/>
          </w:tcPr>
          <w:p w14:paraId="55EF5C8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uncultured_organism</w:t>
            </w:r>
            <w:proofErr w:type="spellEnd"/>
          </w:p>
        </w:tc>
      </w:tr>
      <w:tr w:rsidR="00134FD8" w14:paraId="519DA12A" w14:textId="77777777" w:rsidTr="003836A2">
        <w:tc>
          <w:tcPr>
            <w:tcW w:w="2501" w:type="dxa"/>
            <w:shd w:val="clear" w:color="auto" w:fill="FFFFFF"/>
          </w:tcPr>
          <w:p w14:paraId="062F5B6C" w14:textId="77777777" w:rsidR="00134FD8" w:rsidRDefault="00134FD8">
            <w:r>
              <w:rPr>
                <w:sz w:val="13"/>
              </w:rPr>
              <w:t>fb07aa62419f07119874d68515a83da1</w:t>
            </w:r>
          </w:p>
        </w:tc>
        <w:tc>
          <w:tcPr>
            <w:tcW w:w="1928" w:type="dxa"/>
            <w:shd w:val="clear" w:color="auto" w:fill="FFFFFF"/>
          </w:tcPr>
          <w:p w14:paraId="61D3032B" w14:textId="77777777" w:rsidR="00134FD8" w:rsidRDefault="00134FD8">
            <w:r>
              <w:rPr>
                <w:sz w:val="13"/>
              </w:rPr>
              <w:t>-0.9471267481019294</w:t>
            </w:r>
          </w:p>
        </w:tc>
        <w:tc>
          <w:tcPr>
            <w:tcW w:w="1395" w:type="dxa"/>
            <w:shd w:val="clear" w:color="auto" w:fill="FFFFFF"/>
          </w:tcPr>
          <w:p w14:paraId="772D66A7" w14:textId="77777777" w:rsidR="00134FD8" w:rsidRDefault="00134FD8">
            <w:r>
              <w:rPr>
                <w:sz w:val="13"/>
              </w:rPr>
              <w:t>11.39837169059293</w:t>
            </w:r>
          </w:p>
        </w:tc>
        <w:tc>
          <w:tcPr>
            <w:tcW w:w="1683" w:type="dxa"/>
            <w:shd w:val="clear" w:color="auto" w:fill="FFFFFF"/>
          </w:tcPr>
          <w:p w14:paraId="23C8134D" w14:textId="77777777" w:rsidR="00134FD8" w:rsidRDefault="00134FD8">
            <w:r>
              <w:rPr>
                <w:sz w:val="13"/>
              </w:rPr>
              <w:t>0.220180645453013</w:t>
            </w:r>
          </w:p>
        </w:tc>
        <w:tc>
          <w:tcPr>
            <w:tcW w:w="1683" w:type="dxa"/>
            <w:shd w:val="clear" w:color="auto" w:fill="FFFFFF"/>
          </w:tcPr>
          <w:p w14:paraId="4D99238C" w14:textId="77777777" w:rsidR="00134FD8" w:rsidRDefault="00134FD8">
            <w:r>
              <w:rPr>
                <w:sz w:val="13"/>
              </w:rPr>
              <w:t>0.651155400715532</w:t>
            </w:r>
          </w:p>
        </w:tc>
        <w:tc>
          <w:tcPr>
            <w:tcW w:w="1539" w:type="dxa"/>
            <w:shd w:val="clear" w:color="auto" w:fill="FFFFFF"/>
          </w:tcPr>
          <w:p w14:paraId="06F5A301" w14:textId="77777777" w:rsidR="00134FD8" w:rsidRDefault="00134FD8">
            <w:r>
              <w:rPr>
                <w:sz w:val="13"/>
              </w:rPr>
              <w:t>0.8682072009540427</w:t>
            </w:r>
          </w:p>
        </w:tc>
        <w:tc>
          <w:tcPr>
            <w:tcW w:w="1245" w:type="dxa"/>
            <w:shd w:val="clear" w:color="auto" w:fill="FFFFFF"/>
          </w:tcPr>
          <w:p w14:paraId="45DA076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85B3D2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3F46049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FFFFF"/>
          </w:tcPr>
          <w:p w14:paraId="7C2B059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FFFFF"/>
          </w:tcPr>
          <w:p w14:paraId="19838CC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FFFFF"/>
          </w:tcPr>
          <w:p w14:paraId="66BBF32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726F0596" w14:textId="77777777" w:rsidTr="003836A2">
        <w:tc>
          <w:tcPr>
            <w:tcW w:w="2501" w:type="dxa"/>
            <w:shd w:val="clear" w:color="auto" w:fill="F2F2F2"/>
          </w:tcPr>
          <w:p w14:paraId="273CA6E5" w14:textId="77777777" w:rsidR="00134FD8" w:rsidRDefault="00134FD8">
            <w:r>
              <w:rPr>
                <w:sz w:val="13"/>
              </w:rPr>
              <w:t>d33d84f90d2924040cf2eb66c7abe2fc</w:t>
            </w:r>
          </w:p>
        </w:tc>
        <w:tc>
          <w:tcPr>
            <w:tcW w:w="1928" w:type="dxa"/>
            <w:shd w:val="clear" w:color="auto" w:fill="F2F2F2"/>
          </w:tcPr>
          <w:p w14:paraId="5CDB627A" w14:textId="77777777" w:rsidR="00134FD8" w:rsidRDefault="00134FD8">
            <w:r>
              <w:rPr>
                <w:sz w:val="13"/>
              </w:rPr>
              <w:t>-0.2094217852673672</w:t>
            </w:r>
          </w:p>
        </w:tc>
        <w:tc>
          <w:tcPr>
            <w:tcW w:w="1395" w:type="dxa"/>
            <w:shd w:val="clear" w:color="auto" w:fill="F2F2F2"/>
          </w:tcPr>
          <w:p w14:paraId="675DC081" w14:textId="77777777" w:rsidR="00134FD8" w:rsidRDefault="00134FD8">
            <w:r>
              <w:rPr>
                <w:sz w:val="13"/>
              </w:rPr>
              <w:t>15.33870593782538</w:t>
            </w:r>
          </w:p>
        </w:tc>
        <w:tc>
          <w:tcPr>
            <w:tcW w:w="1683" w:type="dxa"/>
            <w:shd w:val="clear" w:color="auto" w:fill="F2F2F2"/>
          </w:tcPr>
          <w:p w14:paraId="12AEFB12" w14:textId="77777777" w:rsidR="00134FD8" w:rsidRDefault="00134FD8">
            <w:r>
              <w:rPr>
                <w:sz w:val="13"/>
              </w:rPr>
              <w:t>0.2098332460979845</w:t>
            </w:r>
          </w:p>
        </w:tc>
        <w:tc>
          <w:tcPr>
            <w:tcW w:w="1683" w:type="dxa"/>
            <w:shd w:val="clear" w:color="auto" w:fill="F2F2F2"/>
          </w:tcPr>
          <w:p w14:paraId="5DE28BB9" w14:textId="77777777" w:rsidR="00134FD8" w:rsidRDefault="00134FD8">
            <w:r>
              <w:rPr>
                <w:sz w:val="13"/>
              </w:rPr>
              <w:t>0.6605696860562255</w:t>
            </w:r>
          </w:p>
        </w:tc>
        <w:tc>
          <w:tcPr>
            <w:tcW w:w="1539" w:type="dxa"/>
            <w:shd w:val="clear" w:color="auto" w:fill="F2F2F2"/>
          </w:tcPr>
          <w:p w14:paraId="57171C29" w14:textId="77777777" w:rsidR="00134FD8" w:rsidRDefault="00134FD8">
            <w:r>
              <w:rPr>
                <w:sz w:val="13"/>
              </w:rPr>
              <w:t>0.8722085175111327</w:t>
            </w:r>
          </w:p>
        </w:tc>
        <w:tc>
          <w:tcPr>
            <w:tcW w:w="1245" w:type="dxa"/>
            <w:shd w:val="clear" w:color="auto" w:fill="F2F2F2"/>
          </w:tcPr>
          <w:p w14:paraId="195A6B8A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CDC413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68BE714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D0DC27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3EAE04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2F2F2"/>
          </w:tcPr>
          <w:p w14:paraId="24AA8D0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7C2B4901" w14:textId="77777777" w:rsidTr="003836A2">
        <w:tc>
          <w:tcPr>
            <w:tcW w:w="2501" w:type="dxa"/>
            <w:shd w:val="clear" w:color="auto" w:fill="FFFFFF"/>
          </w:tcPr>
          <w:p w14:paraId="283634EB" w14:textId="77777777" w:rsidR="00134FD8" w:rsidRDefault="00134FD8">
            <w:r>
              <w:rPr>
                <w:sz w:val="13"/>
              </w:rPr>
              <w:t>00ad08110a467e67121fa8ad416a6f88</w:t>
            </w:r>
          </w:p>
        </w:tc>
        <w:tc>
          <w:tcPr>
            <w:tcW w:w="1928" w:type="dxa"/>
            <w:shd w:val="clear" w:color="auto" w:fill="FFFFFF"/>
          </w:tcPr>
          <w:p w14:paraId="4298E4BA" w14:textId="77777777" w:rsidR="00134FD8" w:rsidRDefault="00134FD8">
            <w:r>
              <w:rPr>
                <w:sz w:val="13"/>
              </w:rPr>
              <w:t>-1.059147339131407</w:t>
            </w:r>
          </w:p>
        </w:tc>
        <w:tc>
          <w:tcPr>
            <w:tcW w:w="1395" w:type="dxa"/>
            <w:shd w:val="clear" w:color="auto" w:fill="FFFFFF"/>
          </w:tcPr>
          <w:p w14:paraId="7E8B86BD" w14:textId="77777777" w:rsidR="00134FD8" w:rsidRDefault="00134FD8">
            <w:r>
              <w:rPr>
                <w:sz w:val="13"/>
              </w:rPr>
              <w:t>12.01385913415643</w:t>
            </w:r>
          </w:p>
        </w:tc>
        <w:tc>
          <w:tcPr>
            <w:tcW w:w="1683" w:type="dxa"/>
            <w:shd w:val="clear" w:color="auto" w:fill="FFFFFF"/>
          </w:tcPr>
          <w:p w14:paraId="49BCF253" w14:textId="77777777" w:rsidR="00134FD8" w:rsidRDefault="00134FD8">
            <w:r>
              <w:rPr>
                <w:sz w:val="13"/>
              </w:rPr>
              <w:t>0.1847050309113422</w:t>
            </w:r>
          </w:p>
        </w:tc>
        <w:tc>
          <w:tcPr>
            <w:tcW w:w="1683" w:type="dxa"/>
            <w:shd w:val="clear" w:color="auto" w:fill="FFFFFF"/>
          </w:tcPr>
          <w:p w14:paraId="70A9491E" w14:textId="77777777" w:rsidR="00134FD8" w:rsidRDefault="00134FD8">
            <w:r>
              <w:rPr>
                <w:sz w:val="13"/>
              </w:rPr>
              <w:t>0.6789943213334965</w:t>
            </w:r>
          </w:p>
        </w:tc>
        <w:tc>
          <w:tcPr>
            <w:tcW w:w="1539" w:type="dxa"/>
            <w:shd w:val="clear" w:color="auto" w:fill="FFFFFF"/>
          </w:tcPr>
          <w:p w14:paraId="2967047A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FFFFF"/>
          </w:tcPr>
          <w:p w14:paraId="1E8408B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4A50314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017F128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2F5FB6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1B9EFF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4537A46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0825323C" w14:textId="77777777" w:rsidTr="003836A2">
        <w:tc>
          <w:tcPr>
            <w:tcW w:w="2501" w:type="dxa"/>
            <w:shd w:val="clear" w:color="auto" w:fill="F2F2F2"/>
          </w:tcPr>
          <w:p w14:paraId="239C9C22" w14:textId="77777777" w:rsidR="00134FD8" w:rsidRDefault="00134FD8">
            <w:r>
              <w:rPr>
                <w:sz w:val="13"/>
              </w:rPr>
              <w:t>4b0ae96ba7d2990898244875daeb029c</w:t>
            </w:r>
          </w:p>
        </w:tc>
        <w:tc>
          <w:tcPr>
            <w:tcW w:w="1928" w:type="dxa"/>
            <w:shd w:val="clear" w:color="auto" w:fill="F2F2F2"/>
          </w:tcPr>
          <w:p w14:paraId="4A1E8610" w14:textId="77777777" w:rsidR="00134FD8" w:rsidRDefault="00134FD8">
            <w:r>
              <w:rPr>
                <w:sz w:val="13"/>
              </w:rPr>
              <w:t>0.5459782805148276</w:t>
            </w:r>
          </w:p>
        </w:tc>
        <w:tc>
          <w:tcPr>
            <w:tcW w:w="1395" w:type="dxa"/>
            <w:shd w:val="clear" w:color="auto" w:fill="F2F2F2"/>
          </w:tcPr>
          <w:p w14:paraId="1009F91E" w14:textId="77777777" w:rsidR="00134FD8" w:rsidRDefault="00134FD8">
            <w:r>
              <w:rPr>
                <w:sz w:val="13"/>
              </w:rPr>
              <w:t>10.62447689902534</w:t>
            </w:r>
          </w:p>
        </w:tc>
        <w:tc>
          <w:tcPr>
            <w:tcW w:w="1683" w:type="dxa"/>
            <w:shd w:val="clear" w:color="auto" w:fill="F2F2F2"/>
          </w:tcPr>
          <w:p w14:paraId="69A6BD8D" w14:textId="77777777" w:rsidR="00134FD8" w:rsidRDefault="00134FD8">
            <w:r>
              <w:rPr>
                <w:sz w:val="13"/>
              </w:rPr>
              <w:t>0.1627606725197918</w:t>
            </w:r>
          </w:p>
        </w:tc>
        <w:tc>
          <w:tcPr>
            <w:tcW w:w="1683" w:type="dxa"/>
            <w:shd w:val="clear" w:color="auto" w:fill="F2F2F2"/>
          </w:tcPr>
          <w:p w14:paraId="3CC2B944" w14:textId="77777777" w:rsidR="00134FD8" w:rsidRDefault="00134FD8">
            <w:r>
              <w:rPr>
                <w:sz w:val="13"/>
              </w:rPr>
              <w:t>0.6960236871244887</w:t>
            </w:r>
          </w:p>
        </w:tc>
        <w:tc>
          <w:tcPr>
            <w:tcW w:w="1539" w:type="dxa"/>
            <w:shd w:val="clear" w:color="auto" w:fill="F2F2F2"/>
          </w:tcPr>
          <w:p w14:paraId="154A46E3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2F2F2"/>
          </w:tcPr>
          <w:p w14:paraId="34B3994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90CC52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29F58E5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Peptococcales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C62798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Peptococcaceae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8DCBBF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47237B4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08624854" w14:textId="77777777" w:rsidTr="003836A2">
        <w:tc>
          <w:tcPr>
            <w:tcW w:w="2501" w:type="dxa"/>
            <w:shd w:val="clear" w:color="auto" w:fill="FFFFFF"/>
          </w:tcPr>
          <w:p w14:paraId="1604E4F1" w14:textId="77777777" w:rsidR="00134FD8" w:rsidRDefault="00134FD8">
            <w:r>
              <w:rPr>
                <w:sz w:val="13"/>
              </w:rPr>
              <w:t>b9c505d9bbb726cccc3ae36b43f89d7e</w:t>
            </w:r>
          </w:p>
        </w:tc>
        <w:tc>
          <w:tcPr>
            <w:tcW w:w="1928" w:type="dxa"/>
            <w:shd w:val="clear" w:color="auto" w:fill="FFFFFF"/>
          </w:tcPr>
          <w:p w14:paraId="54CFAD6B" w14:textId="77777777" w:rsidR="00134FD8" w:rsidRDefault="00134FD8">
            <w:r>
              <w:rPr>
                <w:sz w:val="13"/>
              </w:rPr>
              <w:t>-0.7479090141330178</w:t>
            </w:r>
          </w:p>
        </w:tc>
        <w:tc>
          <w:tcPr>
            <w:tcW w:w="1395" w:type="dxa"/>
            <w:shd w:val="clear" w:color="auto" w:fill="FFFFFF"/>
          </w:tcPr>
          <w:p w14:paraId="3E3CC0BB" w14:textId="77777777" w:rsidR="00134FD8" w:rsidRDefault="00134FD8">
            <w:r>
              <w:rPr>
                <w:sz w:val="13"/>
              </w:rPr>
              <w:t>9.625878459649256</w:t>
            </w:r>
          </w:p>
        </w:tc>
        <w:tc>
          <w:tcPr>
            <w:tcW w:w="1683" w:type="dxa"/>
            <w:shd w:val="clear" w:color="auto" w:fill="FFFFFF"/>
          </w:tcPr>
          <w:p w14:paraId="3BBA9E20" w14:textId="77777777" w:rsidR="00134FD8" w:rsidRDefault="00134FD8">
            <w:r>
              <w:rPr>
                <w:sz w:val="13"/>
              </w:rPr>
              <w:t>0.15695702798621</w:t>
            </w:r>
          </w:p>
        </w:tc>
        <w:tc>
          <w:tcPr>
            <w:tcW w:w="1683" w:type="dxa"/>
            <w:shd w:val="clear" w:color="auto" w:fill="FFFFFF"/>
          </w:tcPr>
          <w:p w14:paraId="01510373" w14:textId="77777777" w:rsidR="00134FD8" w:rsidRDefault="00134FD8">
            <w:r>
              <w:rPr>
                <w:sz w:val="13"/>
              </w:rPr>
              <w:t>0.6998049715092083</w:t>
            </w:r>
          </w:p>
        </w:tc>
        <w:tc>
          <w:tcPr>
            <w:tcW w:w="1539" w:type="dxa"/>
            <w:shd w:val="clear" w:color="auto" w:fill="FFFFFF"/>
          </w:tcPr>
          <w:p w14:paraId="1BFE13BE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FFFFF"/>
          </w:tcPr>
          <w:p w14:paraId="53E6F2B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DFAC3A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82FCD3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5CE03C4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21762BE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FFFFF"/>
          </w:tcPr>
          <w:p w14:paraId="4D7F96F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A7522DA" w14:textId="77777777" w:rsidTr="003836A2">
        <w:tc>
          <w:tcPr>
            <w:tcW w:w="2501" w:type="dxa"/>
            <w:shd w:val="clear" w:color="auto" w:fill="F2F2F2"/>
          </w:tcPr>
          <w:p w14:paraId="3D7D616F" w14:textId="77777777" w:rsidR="00134FD8" w:rsidRDefault="00134FD8">
            <w:r>
              <w:rPr>
                <w:sz w:val="13"/>
              </w:rPr>
              <w:t>7cf7493ff1ba2ef97ab569d325ff8fa6</w:t>
            </w:r>
          </w:p>
        </w:tc>
        <w:tc>
          <w:tcPr>
            <w:tcW w:w="1928" w:type="dxa"/>
            <w:shd w:val="clear" w:color="auto" w:fill="F2F2F2"/>
          </w:tcPr>
          <w:p w14:paraId="0E0FAB88" w14:textId="77777777" w:rsidR="00134FD8" w:rsidRDefault="00134FD8">
            <w:r>
              <w:rPr>
                <w:sz w:val="13"/>
              </w:rPr>
              <w:t>-0.2645668221249311</w:t>
            </w:r>
          </w:p>
        </w:tc>
        <w:tc>
          <w:tcPr>
            <w:tcW w:w="1395" w:type="dxa"/>
            <w:shd w:val="clear" w:color="auto" w:fill="F2F2F2"/>
          </w:tcPr>
          <w:p w14:paraId="0A342978" w14:textId="77777777" w:rsidR="00134FD8" w:rsidRDefault="00134FD8">
            <w:r>
              <w:rPr>
                <w:sz w:val="13"/>
              </w:rPr>
              <w:t>12.77627785927011</w:t>
            </w:r>
          </w:p>
        </w:tc>
        <w:tc>
          <w:tcPr>
            <w:tcW w:w="1683" w:type="dxa"/>
            <w:shd w:val="clear" w:color="auto" w:fill="F2F2F2"/>
          </w:tcPr>
          <w:p w14:paraId="0E27A8C1" w14:textId="77777777" w:rsidR="00134FD8" w:rsidRDefault="00134FD8">
            <w:r>
              <w:rPr>
                <w:sz w:val="13"/>
              </w:rPr>
              <w:t>0.1574722555563876</w:t>
            </w:r>
          </w:p>
        </w:tc>
        <w:tc>
          <w:tcPr>
            <w:tcW w:w="1683" w:type="dxa"/>
            <w:shd w:val="clear" w:color="auto" w:fill="F2F2F2"/>
          </w:tcPr>
          <w:p w14:paraId="2281A485" w14:textId="77777777" w:rsidR="00134FD8" w:rsidRDefault="00134FD8">
            <w:r>
              <w:rPr>
                <w:sz w:val="13"/>
              </w:rPr>
              <w:t>0.7022653587474175</w:t>
            </w:r>
          </w:p>
        </w:tc>
        <w:tc>
          <w:tcPr>
            <w:tcW w:w="1539" w:type="dxa"/>
            <w:shd w:val="clear" w:color="auto" w:fill="F2F2F2"/>
          </w:tcPr>
          <w:p w14:paraId="629142D4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2F2F2"/>
          </w:tcPr>
          <w:p w14:paraId="7BDFA13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4D3963E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2DBB289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010996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7DA8E0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3687EC4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3EA141BA" w14:textId="77777777" w:rsidTr="003836A2">
        <w:tc>
          <w:tcPr>
            <w:tcW w:w="2501" w:type="dxa"/>
            <w:shd w:val="clear" w:color="auto" w:fill="FFFFFF"/>
          </w:tcPr>
          <w:p w14:paraId="1AC6D11A" w14:textId="77777777" w:rsidR="00134FD8" w:rsidRDefault="00134FD8">
            <w:r>
              <w:rPr>
                <w:sz w:val="13"/>
              </w:rPr>
              <w:t>bceb952a3a31ac0e79f33b48a8948766</w:t>
            </w:r>
          </w:p>
        </w:tc>
        <w:tc>
          <w:tcPr>
            <w:tcW w:w="1928" w:type="dxa"/>
            <w:shd w:val="clear" w:color="auto" w:fill="FFFFFF"/>
          </w:tcPr>
          <w:p w14:paraId="585085FF" w14:textId="77777777" w:rsidR="00134FD8" w:rsidRDefault="00134FD8">
            <w:r>
              <w:rPr>
                <w:sz w:val="13"/>
              </w:rPr>
              <w:t>-0.328320862711807</w:t>
            </w:r>
          </w:p>
        </w:tc>
        <w:tc>
          <w:tcPr>
            <w:tcW w:w="1395" w:type="dxa"/>
            <w:shd w:val="clear" w:color="auto" w:fill="FFFFFF"/>
          </w:tcPr>
          <w:p w14:paraId="24316047" w14:textId="77777777" w:rsidR="00134FD8" w:rsidRDefault="00134FD8">
            <w:r>
              <w:rPr>
                <w:sz w:val="13"/>
              </w:rPr>
              <w:t>10.49826227419149</w:t>
            </w:r>
          </w:p>
        </w:tc>
        <w:tc>
          <w:tcPr>
            <w:tcW w:w="1683" w:type="dxa"/>
            <w:shd w:val="clear" w:color="auto" w:fill="FFFFFF"/>
          </w:tcPr>
          <w:p w14:paraId="15475910" w14:textId="77777777" w:rsidR="00134FD8" w:rsidRDefault="00134FD8">
            <w:r>
              <w:rPr>
                <w:sz w:val="13"/>
              </w:rPr>
              <w:t>0.1551253305417136</w:t>
            </w:r>
          </w:p>
        </w:tc>
        <w:tc>
          <w:tcPr>
            <w:tcW w:w="1683" w:type="dxa"/>
            <w:shd w:val="clear" w:color="auto" w:fill="FFFFFF"/>
          </w:tcPr>
          <w:p w14:paraId="6D308969" w14:textId="77777777" w:rsidR="00134FD8" w:rsidRDefault="00134FD8">
            <w:r>
              <w:rPr>
                <w:sz w:val="13"/>
              </w:rPr>
              <w:t>0.7025774913536208</w:t>
            </w:r>
          </w:p>
        </w:tc>
        <w:tc>
          <w:tcPr>
            <w:tcW w:w="1539" w:type="dxa"/>
            <w:shd w:val="clear" w:color="auto" w:fill="FFFFFF"/>
          </w:tcPr>
          <w:p w14:paraId="7A146FBC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FFFFF"/>
          </w:tcPr>
          <w:p w14:paraId="57309C8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EF18AA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13604D6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Christensenellales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0865FA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Christensenellaceae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6E0F7CF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Christensenellaceae_R-7_group</w:t>
            </w:r>
          </w:p>
        </w:tc>
        <w:tc>
          <w:tcPr>
            <w:tcW w:w="1936" w:type="dxa"/>
            <w:shd w:val="clear" w:color="auto" w:fill="FFFFFF"/>
          </w:tcPr>
          <w:p w14:paraId="633971F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F2C942B" w14:textId="77777777" w:rsidTr="003836A2">
        <w:tc>
          <w:tcPr>
            <w:tcW w:w="2501" w:type="dxa"/>
            <w:shd w:val="clear" w:color="auto" w:fill="F2F2F2"/>
          </w:tcPr>
          <w:p w14:paraId="4B635C2E" w14:textId="77777777" w:rsidR="00134FD8" w:rsidRDefault="00134FD8">
            <w:r>
              <w:rPr>
                <w:sz w:val="13"/>
              </w:rPr>
              <w:t>5fb94f804715b4d90f191c413efef44e</w:t>
            </w:r>
          </w:p>
        </w:tc>
        <w:tc>
          <w:tcPr>
            <w:tcW w:w="1928" w:type="dxa"/>
            <w:shd w:val="clear" w:color="auto" w:fill="F2F2F2"/>
          </w:tcPr>
          <w:p w14:paraId="3DD421DC" w14:textId="77777777" w:rsidR="00134FD8" w:rsidRDefault="00134FD8">
            <w:r>
              <w:rPr>
                <w:sz w:val="13"/>
              </w:rPr>
              <w:t>0.3961611735425221</w:t>
            </w:r>
          </w:p>
        </w:tc>
        <w:tc>
          <w:tcPr>
            <w:tcW w:w="1395" w:type="dxa"/>
            <w:shd w:val="clear" w:color="auto" w:fill="F2F2F2"/>
          </w:tcPr>
          <w:p w14:paraId="0E23C3E6" w14:textId="77777777" w:rsidR="00134FD8" w:rsidRDefault="00134FD8">
            <w:r>
              <w:rPr>
                <w:sz w:val="13"/>
              </w:rPr>
              <w:t>14.38913124699399</w:t>
            </w:r>
          </w:p>
        </w:tc>
        <w:tc>
          <w:tcPr>
            <w:tcW w:w="1683" w:type="dxa"/>
            <w:shd w:val="clear" w:color="auto" w:fill="F2F2F2"/>
          </w:tcPr>
          <w:p w14:paraId="0D1F1344" w14:textId="77777777" w:rsidR="00134FD8" w:rsidRDefault="00134FD8">
            <w:r>
              <w:rPr>
                <w:sz w:val="13"/>
              </w:rPr>
              <w:t>0.152161898870839</w:t>
            </w:r>
          </w:p>
        </w:tc>
        <w:tc>
          <w:tcPr>
            <w:tcW w:w="1683" w:type="dxa"/>
            <w:shd w:val="clear" w:color="auto" w:fill="F2F2F2"/>
          </w:tcPr>
          <w:p w14:paraId="7C32E0D4" w14:textId="77777777" w:rsidR="00134FD8" w:rsidRDefault="00134FD8">
            <w:r>
              <w:rPr>
                <w:sz w:val="13"/>
              </w:rPr>
              <w:t>0.7081357243937579</w:t>
            </w:r>
          </w:p>
        </w:tc>
        <w:tc>
          <w:tcPr>
            <w:tcW w:w="1539" w:type="dxa"/>
            <w:shd w:val="clear" w:color="auto" w:fill="F2F2F2"/>
          </w:tcPr>
          <w:p w14:paraId="46E83002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2F2F2"/>
          </w:tcPr>
          <w:p w14:paraId="49FA8DF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C253CC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2B99AEC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Erysipelotrichales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1D203B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Erysipelotrichaceae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30E683D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Faecalibaculum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165D881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6EB2D1D9" w14:textId="77777777" w:rsidTr="003836A2">
        <w:tc>
          <w:tcPr>
            <w:tcW w:w="2501" w:type="dxa"/>
            <w:shd w:val="clear" w:color="auto" w:fill="FFFFFF"/>
          </w:tcPr>
          <w:p w14:paraId="0C3CF324" w14:textId="77777777" w:rsidR="00134FD8" w:rsidRDefault="00134FD8">
            <w:r>
              <w:rPr>
                <w:sz w:val="13"/>
              </w:rPr>
              <w:t>6d26cf14a267d2be14f2c5c6524e3f84</w:t>
            </w:r>
          </w:p>
        </w:tc>
        <w:tc>
          <w:tcPr>
            <w:tcW w:w="1928" w:type="dxa"/>
            <w:shd w:val="clear" w:color="auto" w:fill="FFFFFF"/>
          </w:tcPr>
          <w:p w14:paraId="1948646D" w14:textId="77777777" w:rsidR="00134FD8" w:rsidRDefault="00134FD8">
            <w:r>
              <w:rPr>
                <w:sz w:val="13"/>
              </w:rPr>
              <w:t>0.5214826460787063</w:t>
            </w:r>
          </w:p>
        </w:tc>
        <w:tc>
          <w:tcPr>
            <w:tcW w:w="1395" w:type="dxa"/>
            <w:shd w:val="clear" w:color="auto" w:fill="FFFFFF"/>
          </w:tcPr>
          <w:p w14:paraId="094173DB" w14:textId="77777777" w:rsidR="00134FD8" w:rsidRDefault="00134FD8">
            <w:r>
              <w:rPr>
                <w:sz w:val="13"/>
              </w:rPr>
              <w:t>10.97078228476823</w:t>
            </w:r>
          </w:p>
        </w:tc>
        <w:tc>
          <w:tcPr>
            <w:tcW w:w="1683" w:type="dxa"/>
            <w:shd w:val="clear" w:color="auto" w:fill="FFFFFF"/>
          </w:tcPr>
          <w:p w14:paraId="2F064C43" w14:textId="77777777" w:rsidR="00134FD8" w:rsidRDefault="00134FD8">
            <w:r>
              <w:rPr>
                <w:sz w:val="13"/>
              </w:rPr>
              <w:t>0.1438515146446117</w:t>
            </w:r>
          </w:p>
        </w:tc>
        <w:tc>
          <w:tcPr>
            <w:tcW w:w="1683" w:type="dxa"/>
            <w:shd w:val="clear" w:color="auto" w:fill="FFFFFF"/>
          </w:tcPr>
          <w:p w14:paraId="1FA8668E" w14:textId="77777777" w:rsidR="00134FD8" w:rsidRDefault="00134FD8">
            <w:r>
              <w:rPr>
                <w:sz w:val="13"/>
              </w:rPr>
              <w:t>0.7137271624119832</w:t>
            </w:r>
          </w:p>
        </w:tc>
        <w:tc>
          <w:tcPr>
            <w:tcW w:w="1539" w:type="dxa"/>
            <w:shd w:val="clear" w:color="auto" w:fill="FFFFFF"/>
          </w:tcPr>
          <w:p w14:paraId="1A73229D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FFFFF"/>
          </w:tcPr>
          <w:p w14:paraId="7E92872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657BE0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F2305A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D9D17C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EA6495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Colidextribacter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1C5982C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04B49418" w14:textId="77777777" w:rsidTr="003836A2">
        <w:tc>
          <w:tcPr>
            <w:tcW w:w="2501" w:type="dxa"/>
            <w:shd w:val="clear" w:color="auto" w:fill="F2F2F2"/>
          </w:tcPr>
          <w:p w14:paraId="5D296824" w14:textId="77777777" w:rsidR="00134FD8" w:rsidRDefault="00134FD8">
            <w:r>
              <w:rPr>
                <w:sz w:val="13"/>
              </w:rPr>
              <w:t>1de19b0d7a171cdd32b4dff524e87db2</w:t>
            </w:r>
          </w:p>
        </w:tc>
        <w:tc>
          <w:tcPr>
            <w:tcW w:w="1928" w:type="dxa"/>
            <w:shd w:val="clear" w:color="auto" w:fill="F2F2F2"/>
          </w:tcPr>
          <w:p w14:paraId="188D2617" w14:textId="77777777" w:rsidR="00134FD8" w:rsidRDefault="00134FD8">
            <w:r>
              <w:rPr>
                <w:sz w:val="13"/>
              </w:rPr>
              <w:t>0.5032484260121026</w:t>
            </w:r>
          </w:p>
        </w:tc>
        <w:tc>
          <w:tcPr>
            <w:tcW w:w="1395" w:type="dxa"/>
            <w:shd w:val="clear" w:color="auto" w:fill="F2F2F2"/>
          </w:tcPr>
          <w:p w14:paraId="79FB013D" w14:textId="77777777" w:rsidR="00134FD8" w:rsidRDefault="00134FD8">
            <w:r>
              <w:rPr>
                <w:sz w:val="13"/>
              </w:rPr>
              <w:t>15.85736744653352</w:t>
            </w:r>
          </w:p>
        </w:tc>
        <w:tc>
          <w:tcPr>
            <w:tcW w:w="1683" w:type="dxa"/>
            <w:shd w:val="clear" w:color="auto" w:fill="F2F2F2"/>
          </w:tcPr>
          <w:p w14:paraId="2D6B8CE7" w14:textId="77777777" w:rsidR="00134FD8" w:rsidRDefault="00134FD8">
            <w:r>
              <w:rPr>
                <w:sz w:val="13"/>
              </w:rPr>
              <w:t>0.1263398783226814</w:t>
            </w:r>
          </w:p>
        </w:tc>
        <w:tc>
          <w:tcPr>
            <w:tcW w:w="1683" w:type="dxa"/>
            <w:shd w:val="clear" w:color="auto" w:fill="F2F2F2"/>
          </w:tcPr>
          <w:p w14:paraId="12094A9E" w14:textId="77777777" w:rsidR="00134FD8" w:rsidRDefault="00134FD8">
            <w:r>
              <w:rPr>
                <w:sz w:val="13"/>
              </w:rPr>
              <w:t>0.7331211898417735</w:t>
            </w:r>
          </w:p>
        </w:tc>
        <w:tc>
          <w:tcPr>
            <w:tcW w:w="1539" w:type="dxa"/>
            <w:shd w:val="clear" w:color="auto" w:fill="F2F2F2"/>
          </w:tcPr>
          <w:p w14:paraId="09805AEE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2F2F2"/>
          </w:tcPr>
          <w:p w14:paraId="085335A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Actinobacteriota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7B3E1B0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Actinobacteria</w:t>
            </w:r>
          </w:p>
        </w:tc>
        <w:tc>
          <w:tcPr>
            <w:tcW w:w="1756" w:type="dxa"/>
            <w:shd w:val="clear" w:color="auto" w:fill="F2F2F2"/>
          </w:tcPr>
          <w:p w14:paraId="18A1150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Bifidobacteriales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6B0435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Bifidobacteriaceae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31481B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Bifidobacterium</w:t>
            </w:r>
          </w:p>
        </w:tc>
        <w:tc>
          <w:tcPr>
            <w:tcW w:w="1936" w:type="dxa"/>
            <w:shd w:val="clear" w:color="auto" w:fill="F2F2F2"/>
          </w:tcPr>
          <w:p w14:paraId="24C09E4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Bifidobacterium_pseudolongum</w:t>
            </w:r>
            <w:proofErr w:type="spellEnd"/>
          </w:p>
        </w:tc>
      </w:tr>
      <w:tr w:rsidR="00134FD8" w14:paraId="43161A4B" w14:textId="77777777" w:rsidTr="003836A2">
        <w:tc>
          <w:tcPr>
            <w:tcW w:w="2501" w:type="dxa"/>
            <w:shd w:val="clear" w:color="auto" w:fill="FFFFFF"/>
          </w:tcPr>
          <w:p w14:paraId="1EA2034F" w14:textId="77777777" w:rsidR="00134FD8" w:rsidRDefault="00134FD8">
            <w:r>
              <w:rPr>
                <w:sz w:val="13"/>
              </w:rPr>
              <w:t>f439164ced72e355a94aec4eb12f837f</w:t>
            </w:r>
          </w:p>
        </w:tc>
        <w:tc>
          <w:tcPr>
            <w:tcW w:w="1928" w:type="dxa"/>
            <w:shd w:val="clear" w:color="auto" w:fill="FFFFFF"/>
          </w:tcPr>
          <w:p w14:paraId="4865B614" w14:textId="77777777" w:rsidR="00134FD8" w:rsidRDefault="00134FD8">
            <w:r>
              <w:rPr>
                <w:sz w:val="13"/>
              </w:rPr>
              <w:t>0.7614828584318147</w:t>
            </w:r>
          </w:p>
        </w:tc>
        <w:tc>
          <w:tcPr>
            <w:tcW w:w="1395" w:type="dxa"/>
            <w:shd w:val="clear" w:color="auto" w:fill="FFFFFF"/>
          </w:tcPr>
          <w:p w14:paraId="010708F1" w14:textId="77777777" w:rsidR="00134FD8" w:rsidRDefault="00134FD8">
            <w:r>
              <w:rPr>
                <w:sz w:val="13"/>
              </w:rPr>
              <w:t>10.58916201035605</w:t>
            </w:r>
          </w:p>
        </w:tc>
        <w:tc>
          <w:tcPr>
            <w:tcW w:w="1683" w:type="dxa"/>
            <w:shd w:val="clear" w:color="auto" w:fill="FFFFFF"/>
          </w:tcPr>
          <w:p w14:paraId="05EEB9B4" w14:textId="77777777" w:rsidR="00134FD8" w:rsidRDefault="00134FD8">
            <w:r>
              <w:rPr>
                <w:sz w:val="13"/>
              </w:rPr>
              <w:t>0.1215274362676362</w:t>
            </w:r>
          </w:p>
        </w:tc>
        <w:tc>
          <w:tcPr>
            <w:tcW w:w="1683" w:type="dxa"/>
            <w:shd w:val="clear" w:color="auto" w:fill="FFFFFF"/>
          </w:tcPr>
          <w:p w14:paraId="3256F20E" w14:textId="77777777" w:rsidR="00134FD8" w:rsidRDefault="00134FD8">
            <w:r>
              <w:rPr>
                <w:sz w:val="13"/>
              </w:rPr>
              <w:t>0.7354258178873613</w:t>
            </w:r>
          </w:p>
        </w:tc>
        <w:tc>
          <w:tcPr>
            <w:tcW w:w="1539" w:type="dxa"/>
            <w:shd w:val="clear" w:color="auto" w:fill="FFFFFF"/>
          </w:tcPr>
          <w:p w14:paraId="4C90C2E2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FFFFF"/>
          </w:tcPr>
          <w:p w14:paraId="25064E6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7DFA4CD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066286E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CDE521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4801089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Lachnoclostridium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6AB34B7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3B954154" w14:textId="77777777" w:rsidTr="003836A2">
        <w:tc>
          <w:tcPr>
            <w:tcW w:w="2501" w:type="dxa"/>
            <w:shd w:val="clear" w:color="auto" w:fill="F2F2F2"/>
          </w:tcPr>
          <w:p w14:paraId="41FB9380" w14:textId="77777777" w:rsidR="00134FD8" w:rsidRDefault="00134FD8">
            <w:r>
              <w:rPr>
                <w:sz w:val="13"/>
              </w:rPr>
              <w:t>46c4bb9712e0a90290c4cbcf56d860a3</w:t>
            </w:r>
          </w:p>
        </w:tc>
        <w:tc>
          <w:tcPr>
            <w:tcW w:w="1928" w:type="dxa"/>
            <w:shd w:val="clear" w:color="auto" w:fill="F2F2F2"/>
          </w:tcPr>
          <w:p w14:paraId="6B5670AF" w14:textId="77777777" w:rsidR="00134FD8" w:rsidRDefault="00134FD8">
            <w:r>
              <w:rPr>
                <w:sz w:val="13"/>
              </w:rPr>
              <w:t>0.6675028947205525</w:t>
            </w:r>
          </w:p>
        </w:tc>
        <w:tc>
          <w:tcPr>
            <w:tcW w:w="1395" w:type="dxa"/>
            <w:shd w:val="clear" w:color="auto" w:fill="F2F2F2"/>
          </w:tcPr>
          <w:p w14:paraId="6E2DEBF2" w14:textId="77777777" w:rsidR="00134FD8" w:rsidRDefault="00134FD8">
            <w:r>
              <w:rPr>
                <w:sz w:val="13"/>
              </w:rPr>
              <w:t>9.255556719245005</w:t>
            </w:r>
          </w:p>
        </w:tc>
        <w:tc>
          <w:tcPr>
            <w:tcW w:w="1683" w:type="dxa"/>
            <w:shd w:val="clear" w:color="auto" w:fill="F2F2F2"/>
          </w:tcPr>
          <w:p w14:paraId="72C1A536" w14:textId="77777777" w:rsidR="00134FD8" w:rsidRDefault="00134FD8">
            <w:r>
              <w:rPr>
                <w:sz w:val="13"/>
              </w:rPr>
              <w:t>0.1124309232593361</w:t>
            </w:r>
          </w:p>
        </w:tc>
        <w:tc>
          <w:tcPr>
            <w:tcW w:w="1683" w:type="dxa"/>
            <w:shd w:val="clear" w:color="auto" w:fill="F2F2F2"/>
          </w:tcPr>
          <w:p w14:paraId="09EC0407" w14:textId="77777777" w:rsidR="00134FD8" w:rsidRDefault="00134FD8">
            <w:r>
              <w:rPr>
                <w:sz w:val="13"/>
              </w:rPr>
              <w:t>0.7433498389582132</w:t>
            </w:r>
          </w:p>
        </w:tc>
        <w:tc>
          <w:tcPr>
            <w:tcW w:w="1539" w:type="dxa"/>
            <w:shd w:val="clear" w:color="auto" w:fill="F2F2F2"/>
          </w:tcPr>
          <w:p w14:paraId="3E633A50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2F2F2"/>
          </w:tcPr>
          <w:p w14:paraId="26F5D49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FEA78C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212954A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9A127A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67B89E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Incertae_Sedis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0C6691B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uncultured_Clostridiales</w:t>
            </w:r>
            <w:proofErr w:type="spellEnd"/>
          </w:p>
        </w:tc>
      </w:tr>
      <w:tr w:rsidR="00134FD8" w14:paraId="5E9A87DC" w14:textId="77777777" w:rsidTr="003836A2">
        <w:tc>
          <w:tcPr>
            <w:tcW w:w="2501" w:type="dxa"/>
            <w:shd w:val="clear" w:color="auto" w:fill="FFFFFF"/>
          </w:tcPr>
          <w:p w14:paraId="67F7FB85" w14:textId="77777777" w:rsidR="00134FD8" w:rsidRDefault="00134FD8">
            <w:r>
              <w:rPr>
                <w:sz w:val="13"/>
              </w:rPr>
              <w:t>38ed7202efb87e3468f28422c76f6a86</w:t>
            </w:r>
          </w:p>
        </w:tc>
        <w:tc>
          <w:tcPr>
            <w:tcW w:w="1928" w:type="dxa"/>
            <w:shd w:val="clear" w:color="auto" w:fill="FFFFFF"/>
          </w:tcPr>
          <w:p w14:paraId="2F790C83" w14:textId="77777777" w:rsidR="00134FD8" w:rsidRDefault="00134FD8">
            <w:r>
              <w:rPr>
                <w:sz w:val="13"/>
              </w:rPr>
              <w:t>-0.4439298842840211</w:t>
            </w:r>
          </w:p>
        </w:tc>
        <w:tc>
          <w:tcPr>
            <w:tcW w:w="1395" w:type="dxa"/>
            <w:shd w:val="clear" w:color="auto" w:fill="FFFFFF"/>
          </w:tcPr>
          <w:p w14:paraId="51E1C658" w14:textId="77777777" w:rsidR="00134FD8" w:rsidRDefault="00134FD8">
            <w:r>
              <w:rPr>
                <w:sz w:val="13"/>
              </w:rPr>
              <w:t>13.18903811499736</w:t>
            </w:r>
          </w:p>
        </w:tc>
        <w:tc>
          <w:tcPr>
            <w:tcW w:w="1683" w:type="dxa"/>
            <w:shd w:val="clear" w:color="auto" w:fill="FFFFFF"/>
          </w:tcPr>
          <w:p w14:paraId="5D83061E" w14:textId="77777777" w:rsidR="00134FD8" w:rsidRDefault="00134FD8">
            <w:r>
              <w:rPr>
                <w:sz w:val="13"/>
              </w:rPr>
              <w:t>0.1154152723457811</w:t>
            </w:r>
          </w:p>
        </w:tc>
        <w:tc>
          <w:tcPr>
            <w:tcW w:w="1683" w:type="dxa"/>
            <w:shd w:val="clear" w:color="auto" w:fill="FFFFFF"/>
          </w:tcPr>
          <w:p w14:paraId="068E992C" w14:textId="77777777" w:rsidR="00134FD8" w:rsidRDefault="00134FD8">
            <w:r>
              <w:rPr>
                <w:sz w:val="13"/>
              </w:rPr>
              <w:t>0.7436823329807505</w:t>
            </w:r>
          </w:p>
        </w:tc>
        <w:tc>
          <w:tcPr>
            <w:tcW w:w="1539" w:type="dxa"/>
            <w:shd w:val="clear" w:color="auto" w:fill="FFFFFF"/>
          </w:tcPr>
          <w:p w14:paraId="2796F285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FFFFF"/>
          </w:tcPr>
          <w:p w14:paraId="6555972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1F954EC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3DFBC8F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F5966B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3C5B8F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7356CBB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2F15787C" w14:textId="77777777" w:rsidTr="003836A2">
        <w:tc>
          <w:tcPr>
            <w:tcW w:w="2501" w:type="dxa"/>
            <w:shd w:val="clear" w:color="auto" w:fill="F2F2F2"/>
          </w:tcPr>
          <w:p w14:paraId="695AF689" w14:textId="77777777" w:rsidR="00134FD8" w:rsidRDefault="00134FD8">
            <w:r>
              <w:rPr>
                <w:sz w:val="13"/>
              </w:rPr>
              <w:t>c625a1db96ab91c4bc591c0964ad2e53</w:t>
            </w:r>
          </w:p>
        </w:tc>
        <w:tc>
          <w:tcPr>
            <w:tcW w:w="1928" w:type="dxa"/>
            <w:shd w:val="clear" w:color="auto" w:fill="F2F2F2"/>
          </w:tcPr>
          <w:p w14:paraId="61B0CA06" w14:textId="77777777" w:rsidR="00134FD8" w:rsidRDefault="00134FD8">
            <w:r>
              <w:rPr>
                <w:sz w:val="13"/>
              </w:rPr>
              <w:t>0.2848572599172966</w:t>
            </w:r>
          </w:p>
        </w:tc>
        <w:tc>
          <w:tcPr>
            <w:tcW w:w="1395" w:type="dxa"/>
            <w:shd w:val="clear" w:color="auto" w:fill="F2F2F2"/>
          </w:tcPr>
          <w:p w14:paraId="5643235E" w14:textId="77777777" w:rsidR="00134FD8" w:rsidRDefault="00134FD8">
            <w:r>
              <w:rPr>
                <w:sz w:val="13"/>
              </w:rPr>
              <w:t>11.82270335556673</w:t>
            </w:r>
          </w:p>
        </w:tc>
        <w:tc>
          <w:tcPr>
            <w:tcW w:w="1683" w:type="dxa"/>
            <w:shd w:val="clear" w:color="auto" w:fill="F2F2F2"/>
          </w:tcPr>
          <w:p w14:paraId="68B0A929" w14:textId="77777777" w:rsidR="00134FD8" w:rsidRDefault="00134FD8">
            <w:r>
              <w:rPr>
                <w:sz w:val="13"/>
              </w:rPr>
              <w:t>0.1122870707283288</w:t>
            </w:r>
          </w:p>
        </w:tc>
        <w:tc>
          <w:tcPr>
            <w:tcW w:w="1683" w:type="dxa"/>
            <w:shd w:val="clear" w:color="auto" w:fill="F2F2F2"/>
          </w:tcPr>
          <w:p w14:paraId="5C5665D5" w14:textId="77777777" w:rsidR="00134FD8" w:rsidRDefault="00134FD8">
            <w:r>
              <w:rPr>
                <w:sz w:val="13"/>
              </w:rPr>
              <w:t>0.7460121032997518</w:t>
            </w:r>
          </w:p>
        </w:tc>
        <w:tc>
          <w:tcPr>
            <w:tcW w:w="1539" w:type="dxa"/>
            <w:shd w:val="clear" w:color="auto" w:fill="F2F2F2"/>
          </w:tcPr>
          <w:p w14:paraId="798D7158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2F2F2"/>
          </w:tcPr>
          <w:p w14:paraId="0214D40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Deferribacterota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7416CD6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Deferribacteres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29D2155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Deferribacterales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B88F12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Deferribacteraceae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F97995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Mucispirillum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05E27F5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3FCC5060" w14:textId="77777777" w:rsidTr="003836A2">
        <w:tc>
          <w:tcPr>
            <w:tcW w:w="2501" w:type="dxa"/>
            <w:shd w:val="clear" w:color="auto" w:fill="FFFFFF"/>
          </w:tcPr>
          <w:p w14:paraId="65BBE7B7" w14:textId="77777777" w:rsidR="00134FD8" w:rsidRDefault="00134FD8">
            <w:r>
              <w:rPr>
                <w:sz w:val="13"/>
              </w:rPr>
              <w:t>ab44862dfbb39d25dd3f5f93a63244c7</w:t>
            </w:r>
          </w:p>
        </w:tc>
        <w:tc>
          <w:tcPr>
            <w:tcW w:w="1928" w:type="dxa"/>
            <w:shd w:val="clear" w:color="auto" w:fill="FFFFFF"/>
          </w:tcPr>
          <w:p w14:paraId="74B539EF" w14:textId="77777777" w:rsidR="00134FD8" w:rsidRDefault="00134FD8">
            <w:r>
              <w:rPr>
                <w:sz w:val="13"/>
              </w:rPr>
              <w:t>-0.5300441768859591</w:t>
            </w:r>
          </w:p>
        </w:tc>
        <w:tc>
          <w:tcPr>
            <w:tcW w:w="1395" w:type="dxa"/>
            <w:shd w:val="clear" w:color="auto" w:fill="FFFFFF"/>
          </w:tcPr>
          <w:p w14:paraId="677C7996" w14:textId="77777777" w:rsidR="00134FD8" w:rsidRDefault="00134FD8">
            <w:r>
              <w:rPr>
                <w:sz w:val="13"/>
              </w:rPr>
              <w:t>12.81976836274409</w:t>
            </w:r>
          </w:p>
        </w:tc>
        <w:tc>
          <w:tcPr>
            <w:tcW w:w="1683" w:type="dxa"/>
            <w:shd w:val="clear" w:color="auto" w:fill="FFFFFF"/>
          </w:tcPr>
          <w:p w14:paraId="2D5161C2" w14:textId="77777777" w:rsidR="00134FD8" w:rsidRDefault="00134FD8">
            <w:r>
              <w:rPr>
                <w:sz w:val="13"/>
              </w:rPr>
              <w:t>0.1119863164693278</w:t>
            </w:r>
          </w:p>
        </w:tc>
        <w:tc>
          <w:tcPr>
            <w:tcW w:w="1683" w:type="dxa"/>
            <w:shd w:val="clear" w:color="auto" w:fill="FFFFFF"/>
          </w:tcPr>
          <w:p w14:paraId="26202964" w14:textId="77777777" w:rsidR="00134FD8" w:rsidRDefault="00134FD8">
            <w:r>
              <w:rPr>
                <w:sz w:val="13"/>
              </w:rPr>
              <w:t>0.7471983849882247</w:t>
            </w:r>
          </w:p>
        </w:tc>
        <w:tc>
          <w:tcPr>
            <w:tcW w:w="1539" w:type="dxa"/>
            <w:shd w:val="clear" w:color="auto" w:fill="FFFFFF"/>
          </w:tcPr>
          <w:p w14:paraId="3AE0B9F8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FFFFF"/>
          </w:tcPr>
          <w:p w14:paraId="1224A26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2276783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35EDF3E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4B2A15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Rikenellaceae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3E33CF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Alistipes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4FA6FE2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72391AB8" w14:textId="77777777" w:rsidTr="003836A2">
        <w:tc>
          <w:tcPr>
            <w:tcW w:w="2501" w:type="dxa"/>
            <w:shd w:val="clear" w:color="auto" w:fill="F2F2F2"/>
          </w:tcPr>
          <w:p w14:paraId="1C344C7E" w14:textId="77777777" w:rsidR="00134FD8" w:rsidRDefault="00134FD8">
            <w:r>
              <w:rPr>
                <w:sz w:val="13"/>
              </w:rPr>
              <w:t>9b3495085364f87a3bbadad3fe0fe52a</w:t>
            </w:r>
          </w:p>
        </w:tc>
        <w:tc>
          <w:tcPr>
            <w:tcW w:w="1928" w:type="dxa"/>
            <w:shd w:val="clear" w:color="auto" w:fill="F2F2F2"/>
          </w:tcPr>
          <w:p w14:paraId="1D673A8B" w14:textId="77777777" w:rsidR="00134FD8" w:rsidRDefault="00134FD8">
            <w:r>
              <w:rPr>
                <w:sz w:val="13"/>
              </w:rPr>
              <w:t>0.4831753881444278</w:t>
            </w:r>
          </w:p>
        </w:tc>
        <w:tc>
          <w:tcPr>
            <w:tcW w:w="1395" w:type="dxa"/>
            <w:shd w:val="clear" w:color="auto" w:fill="F2F2F2"/>
          </w:tcPr>
          <w:p w14:paraId="1C3DA5E3" w14:textId="77777777" w:rsidR="00134FD8" w:rsidRDefault="00134FD8">
            <w:r>
              <w:rPr>
                <w:sz w:val="13"/>
              </w:rPr>
              <w:t>10.73572410727713</w:t>
            </w:r>
          </w:p>
        </w:tc>
        <w:tc>
          <w:tcPr>
            <w:tcW w:w="1683" w:type="dxa"/>
            <w:shd w:val="clear" w:color="auto" w:fill="F2F2F2"/>
          </w:tcPr>
          <w:p w14:paraId="0411C292" w14:textId="77777777" w:rsidR="00134FD8" w:rsidRDefault="00134FD8">
            <w:r>
              <w:rPr>
                <w:sz w:val="13"/>
              </w:rPr>
              <w:t>0.1058657396541764</w:t>
            </w:r>
          </w:p>
        </w:tc>
        <w:tc>
          <w:tcPr>
            <w:tcW w:w="1683" w:type="dxa"/>
            <w:shd w:val="clear" w:color="auto" w:fill="F2F2F2"/>
          </w:tcPr>
          <w:p w14:paraId="38620AFE" w14:textId="77777777" w:rsidR="00134FD8" w:rsidRDefault="00134FD8">
            <w:r>
              <w:rPr>
                <w:sz w:val="13"/>
              </w:rPr>
              <w:t>0.7525510420463486</w:t>
            </w:r>
          </w:p>
        </w:tc>
        <w:tc>
          <w:tcPr>
            <w:tcW w:w="1539" w:type="dxa"/>
            <w:shd w:val="clear" w:color="auto" w:fill="F2F2F2"/>
          </w:tcPr>
          <w:p w14:paraId="244C95B5" w14:textId="77777777" w:rsidR="00134FD8" w:rsidRDefault="00134FD8">
            <w:r>
              <w:rPr>
                <w:sz w:val="13"/>
              </w:rPr>
              <w:t>0.8747601856265249</w:t>
            </w:r>
          </w:p>
        </w:tc>
        <w:tc>
          <w:tcPr>
            <w:tcW w:w="1245" w:type="dxa"/>
            <w:shd w:val="clear" w:color="auto" w:fill="F2F2F2"/>
          </w:tcPr>
          <w:p w14:paraId="1737EAA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5731BA1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29BE0C9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AF66BE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UCG-010</w:t>
            </w:r>
          </w:p>
        </w:tc>
        <w:tc>
          <w:tcPr>
            <w:tcW w:w="2411" w:type="dxa"/>
            <w:shd w:val="clear" w:color="auto" w:fill="F2F2F2"/>
          </w:tcPr>
          <w:p w14:paraId="5A955AD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UCG-010</w:t>
            </w:r>
          </w:p>
        </w:tc>
        <w:tc>
          <w:tcPr>
            <w:tcW w:w="1936" w:type="dxa"/>
            <w:shd w:val="clear" w:color="auto" w:fill="F2F2F2"/>
          </w:tcPr>
          <w:p w14:paraId="2ECB150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unidentified</w:t>
            </w:r>
          </w:p>
        </w:tc>
      </w:tr>
      <w:tr w:rsidR="00134FD8" w14:paraId="14D786C6" w14:textId="77777777" w:rsidTr="003836A2">
        <w:tc>
          <w:tcPr>
            <w:tcW w:w="2501" w:type="dxa"/>
            <w:shd w:val="clear" w:color="auto" w:fill="FFFFFF"/>
          </w:tcPr>
          <w:p w14:paraId="13C2EA86" w14:textId="77777777" w:rsidR="00134FD8" w:rsidRDefault="00134FD8">
            <w:r>
              <w:rPr>
                <w:sz w:val="13"/>
              </w:rPr>
              <w:t>6c7fe380b1b5efb18d4446875e73cf59</w:t>
            </w:r>
          </w:p>
        </w:tc>
        <w:tc>
          <w:tcPr>
            <w:tcW w:w="1928" w:type="dxa"/>
            <w:shd w:val="clear" w:color="auto" w:fill="FFFFFF"/>
          </w:tcPr>
          <w:p w14:paraId="37ABDCE3" w14:textId="77777777" w:rsidR="00134FD8" w:rsidRDefault="00134FD8">
            <w:r>
              <w:rPr>
                <w:sz w:val="13"/>
              </w:rPr>
              <w:t>-0.6016829627597803</w:t>
            </w:r>
          </w:p>
        </w:tc>
        <w:tc>
          <w:tcPr>
            <w:tcW w:w="1395" w:type="dxa"/>
            <w:shd w:val="clear" w:color="auto" w:fill="FFFFFF"/>
          </w:tcPr>
          <w:p w14:paraId="5745D1DF" w14:textId="77777777" w:rsidR="00134FD8" w:rsidRDefault="00134FD8">
            <w:r>
              <w:rPr>
                <w:sz w:val="13"/>
              </w:rPr>
              <w:t>11.32330408469173</w:t>
            </w:r>
          </w:p>
        </w:tc>
        <w:tc>
          <w:tcPr>
            <w:tcW w:w="1683" w:type="dxa"/>
            <w:shd w:val="clear" w:color="auto" w:fill="FFFFFF"/>
          </w:tcPr>
          <w:p w14:paraId="2C9136F3" w14:textId="77777777" w:rsidR="00134FD8" w:rsidRDefault="00134FD8">
            <w:r>
              <w:rPr>
                <w:sz w:val="13"/>
              </w:rPr>
              <w:t>0.09846387754199022</w:t>
            </w:r>
          </w:p>
        </w:tc>
        <w:tc>
          <w:tcPr>
            <w:tcW w:w="1683" w:type="dxa"/>
            <w:shd w:val="clear" w:color="auto" w:fill="FFFFFF"/>
          </w:tcPr>
          <w:p w14:paraId="59F5C112" w14:textId="77777777" w:rsidR="00134FD8" w:rsidRDefault="00134FD8">
            <w:r>
              <w:rPr>
                <w:sz w:val="13"/>
              </w:rPr>
              <w:t>0.7615263261257816</w:t>
            </w:r>
          </w:p>
        </w:tc>
        <w:tc>
          <w:tcPr>
            <w:tcW w:w="1539" w:type="dxa"/>
            <w:shd w:val="clear" w:color="auto" w:fill="FFFFFF"/>
          </w:tcPr>
          <w:p w14:paraId="43FCC39A" w14:textId="77777777" w:rsidR="00134FD8" w:rsidRDefault="00134FD8">
            <w:r>
              <w:rPr>
                <w:sz w:val="13"/>
              </w:rPr>
              <w:t>0.8776913589246297</w:t>
            </w:r>
          </w:p>
        </w:tc>
        <w:tc>
          <w:tcPr>
            <w:tcW w:w="1245" w:type="dxa"/>
            <w:shd w:val="clear" w:color="auto" w:fill="FFFFFF"/>
          </w:tcPr>
          <w:p w14:paraId="48E5ECC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7B8F97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4E47110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765791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AE218C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3EDD6C7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5522465C" w14:textId="77777777" w:rsidTr="003836A2">
        <w:tc>
          <w:tcPr>
            <w:tcW w:w="2501" w:type="dxa"/>
            <w:shd w:val="clear" w:color="auto" w:fill="F2F2F2"/>
          </w:tcPr>
          <w:p w14:paraId="2B5A1E6A" w14:textId="77777777" w:rsidR="00134FD8" w:rsidRDefault="00134FD8">
            <w:r>
              <w:rPr>
                <w:sz w:val="13"/>
              </w:rPr>
              <w:t>547f80f193a2881abc9f7026b92ad352</w:t>
            </w:r>
          </w:p>
        </w:tc>
        <w:tc>
          <w:tcPr>
            <w:tcW w:w="1928" w:type="dxa"/>
            <w:shd w:val="clear" w:color="auto" w:fill="F2F2F2"/>
          </w:tcPr>
          <w:p w14:paraId="3B4DA319" w14:textId="77777777" w:rsidR="00134FD8" w:rsidRDefault="00134FD8">
            <w:r>
              <w:rPr>
                <w:sz w:val="13"/>
              </w:rPr>
              <w:t>0.554414408715137</w:t>
            </w:r>
          </w:p>
        </w:tc>
        <w:tc>
          <w:tcPr>
            <w:tcW w:w="1395" w:type="dxa"/>
            <w:shd w:val="clear" w:color="auto" w:fill="F2F2F2"/>
          </w:tcPr>
          <w:p w14:paraId="2C76C0B6" w14:textId="77777777" w:rsidR="00134FD8" w:rsidRDefault="00134FD8">
            <w:r>
              <w:rPr>
                <w:sz w:val="13"/>
              </w:rPr>
              <w:t>12.12394422743351</w:t>
            </w:r>
          </w:p>
        </w:tc>
        <w:tc>
          <w:tcPr>
            <w:tcW w:w="1683" w:type="dxa"/>
            <w:shd w:val="clear" w:color="auto" w:fill="F2F2F2"/>
          </w:tcPr>
          <w:p w14:paraId="62CBDCA8" w14:textId="77777777" w:rsidR="00134FD8" w:rsidRDefault="00134FD8">
            <w:r>
              <w:rPr>
                <w:sz w:val="13"/>
              </w:rPr>
              <w:t>0.08227241986754025</w:t>
            </w:r>
          </w:p>
        </w:tc>
        <w:tc>
          <w:tcPr>
            <w:tcW w:w="1683" w:type="dxa"/>
            <w:shd w:val="clear" w:color="auto" w:fill="F2F2F2"/>
          </w:tcPr>
          <w:p w14:paraId="41DD115E" w14:textId="77777777" w:rsidR="00134FD8" w:rsidRDefault="00134FD8">
            <w:r>
              <w:rPr>
                <w:sz w:val="13"/>
              </w:rPr>
              <w:t>0.7818029234944538</w:t>
            </w:r>
          </w:p>
        </w:tc>
        <w:tc>
          <w:tcPr>
            <w:tcW w:w="1539" w:type="dxa"/>
            <w:shd w:val="clear" w:color="auto" w:fill="F2F2F2"/>
          </w:tcPr>
          <w:p w14:paraId="58F0120C" w14:textId="77777777" w:rsidR="00134FD8" w:rsidRDefault="00134FD8">
            <w:r>
              <w:rPr>
                <w:sz w:val="13"/>
              </w:rPr>
              <w:t>0.8907571704032732</w:t>
            </w:r>
          </w:p>
        </w:tc>
        <w:tc>
          <w:tcPr>
            <w:tcW w:w="1245" w:type="dxa"/>
            <w:shd w:val="clear" w:color="auto" w:fill="F2F2F2"/>
          </w:tcPr>
          <w:p w14:paraId="1D5CB47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0884B6F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Bacilli</w:t>
            </w:r>
          </w:p>
        </w:tc>
        <w:tc>
          <w:tcPr>
            <w:tcW w:w="1756" w:type="dxa"/>
            <w:shd w:val="clear" w:color="auto" w:fill="F2F2F2"/>
          </w:tcPr>
          <w:p w14:paraId="666AF06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F946EE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Lactobacillaceae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C6ED66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Lactobacillus</w:t>
            </w:r>
          </w:p>
        </w:tc>
        <w:tc>
          <w:tcPr>
            <w:tcW w:w="1936" w:type="dxa"/>
            <w:shd w:val="clear" w:color="auto" w:fill="F2F2F2"/>
          </w:tcPr>
          <w:p w14:paraId="7324026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2B869F81" w14:textId="77777777" w:rsidTr="003836A2">
        <w:tc>
          <w:tcPr>
            <w:tcW w:w="2501" w:type="dxa"/>
            <w:shd w:val="clear" w:color="auto" w:fill="FFFFFF"/>
          </w:tcPr>
          <w:p w14:paraId="1EF224E5" w14:textId="77777777" w:rsidR="00134FD8" w:rsidRDefault="00134FD8">
            <w:r>
              <w:rPr>
                <w:sz w:val="13"/>
              </w:rPr>
              <w:t>3111f9924447489571a8ab8981721b20</w:t>
            </w:r>
          </w:p>
        </w:tc>
        <w:tc>
          <w:tcPr>
            <w:tcW w:w="1928" w:type="dxa"/>
            <w:shd w:val="clear" w:color="auto" w:fill="FFFFFF"/>
          </w:tcPr>
          <w:p w14:paraId="4A7E2721" w14:textId="77777777" w:rsidR="00134FD8" w:rsidRDefault="00134FD8">
            <w:r>
              <w:rPr>
                <w:sz w:val="13"/>
              </w:rPr>
              <w:t>0.6583104359936085</w:t>
            </w:r>
          </w:p>
        </w:tc>
        <w:tc>
          <w:tcPr>
            <w:tcW w:w="1395" w:type="dxa"/>
            <w:shd w:val="clear" w:color="auto" w:fill="FFFFFF"/>
          </w:tcPr>
          <w:p w14:paraId="64AFF0D5" w14:textId="77777777" w:rsidR="00134FD8" w:rsidRDefault="00134FD8">
            <w:r>
              <w:rPr>
                <w:sz w:val="13"/>
              </w:rPr>
              <w:t>11.30151985541705</w:t>
            </w:r>
          </w:p>
        </w:tc>
        <w:tc>
          <w:tcPr>
            <w:tcW w:w="1683" w:type="dxa"/>
            <w:shd w:val="clear" w:color="auto" w:fill="FFFFFF"/>
          </w:tcPr>
          <w:p w14:paraId="4CB6FF08" w14:textId="77777777" w:rsidR="00134FD8" w:rsidRDefault="00134FD8">
            <w:r>
              <w:rPr>
                <w:sz w:val="13"/>
              </w:rPr>
              <w:t>0.0767614671150862</w:t>
            </w:r>
          </w:p>
        </w:tc>
        <w:tc>
          <w:tcPr>
            <w:tcW w:w="1683" w:type="dxa"/>
            <w:shd w:val="clear" w:color="auto" w:fill="FFFFFF"/>
          </w:tcPr>
          <w:p w14:paraId="2362C613" w14:textId="77777777" w:rsidR="00134FD8" w:rsidRDefault="00134FD8">
            <w:r>
              <w:rPr>
                <w:sz w:val="13"/>
              </w:rPr>
              <w:t>0.7885531345920301</w:t>
            </w:r>
          </w:p>
        </w:tc>
        <w:tc>
          <w:tcPr>
            <w:tcW w:w="1539" w:type="dxa"/>
            <w:shd w:val="clear" w:color="auto" w:fill="FFFFFF"/>
          </w:tcPr>
          <w:p w14:paraId="1F559D86" w14:textId="77777777" w:rsidR="00134FD8" w:rsidRDefault="00134FD8">
            <w:r>
              <w:rPr>
                <w:sz w:val="13"/>
              </w:rPr>
              <w:t>0.8907571704032732</w:t>
            </w:r>
          </w:p>
        </w:tc>
        <w:tc>
          <w:tcPr>
            <w:tcW w:w="1245" w:type="dxa"/>
            <w:shd w:val="clear" w:color="auto" w:fill="FFFFFF"/>
          </w:tcPr>
          <w:p w14:paraId="45AA3EC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2F36569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52A4CEF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7A40FE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Ruminococcaceae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C03D42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[Eubacterium]_</w:t>
            </w:r>
            <w:proofErr w:type="spellStart"/>
            <w:r w:rsidRPr="00134FD8">
              <w:rPr>
                <w:i/>
                <w:iCs/>
                <w:sz w:val="13"/>
              </w:rPr>
              <w:t>siraeum_group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09EEF34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5C628C9" w14:textId="77777777" w:rsidTr="003836A2">
        <w:tc>
          <w:tcPr>
            <w:tcW w:w="2501" w:type="dxa"/>
            <w:shd w:val="clear" w:color="auto" w:fill="F2F2F2"/>
          </w:tcPr>
          <w:p w14:paraId="66A1E02B" w14:textId="77777777" w:rsidR="00134FD8" w:rsidRDefault="00134FD8">
            <w:r>
              <w:rPr>
                <w:sz w:val="13"/>
              </w:rPr>
              <w:t>29fff7a449f7954c426e5e3bd84713b1</w:t>
            </w:r>
          </w:p>
        </w:tc>
        <w:tc>
          <w:tcPr>
            <w:tcW w:w="1928" w:type="dxa"/>
            <w:shd w:val="clear" w:color="auto" w:fill="F2F2F2"/>
          </w:tcPr>
          <w:p w14:paraId="6B21B653" w14:textId="77777777" w:rsidR="00134FD8" w:rsidRDefault="00134FD8">
            <w:r>
              <w:rPr>
                <w:sz w:val="13"/>
              </w:rPr>
              <w:t>-0.6486187203933347</w:t>
            </w:r>
          </w:p>
        </w:tc>
        <w:tc>
          <w:tcPr>
            <w:tcW w:w="1395" w:type="dxa"/>
            <w:shd w:val="clear" w:color="auto" w:fill="F2F2F2"/>
          </w:tcPr>
          <w:p w14:paraId="075C6CCA" w14:textId="77777777" w:rsidR="00134FD8" w:rsidRDefault="00134FD8">
            <w:r>
              <w:rPr>
                <w:sz w:val="13"/>
              </w:rPr>
              <w:t>11.41309632889073</w:t>
            </w:r>
          </w:p>
        </w:tc>
        <w:tc>
          <w:tcPr>
            <w:tcW w:w="1683" w:type="dxa"/>
            <w:shd w:val="clear" w:color="auto" w:fill="F2F2F2"/>
          </w:tcPr>
          <w:p w14:paraId="7FC644BD" w14:textId="77777777" w:rsidR="00134FD8" w:rsidRDefault="00134FD8">
            <w:r>
              <w:rPr>
                <w:sz w:val="13"/>
              </w:rPr>
              <w:t>0.07390267634009545</w:t>
            </w:r>
          </w:p>
        </w:tc>
        <w:tc>
          <w:tcPr>
            <w:tcW w:w="1683" w:type="dxa"/>
            <w:shd w:val="clear" w:color="auto" w:fill="F2F2F2"/>
          </w:tcPr>
          <w:p w14:paraId="7448122C" w14:textId="77777777" w:rsidR="00134FD8" w:rsidRDefault="00134FD8">
            <w:r>
              <w:rPr>
                <w:sz w:val="13"/>
              </w:rPr>
              <w:t>0.7925118942558533</w:t>
            </w:r>
          </w:p>
        </w:tc>
        <w:tc>
          <w:tcPr>
            <w:tcW w:w="1539" w:type="dxa"/>
            <w:shd w:val="clear" w:color="auto" w:fill="F2F2F2"/>
          </w:tcPr>
          <w:p w14:paraId="0BEE2A95" w14:textId="77777777" w:rsidR="00134FD8" w:rsidRDefault="00134FD8">
            <w:r>
              <w:rPr>
                <w:sz w:val="13"/>
              </w:rPr>
              <w:t>0.8907571704032732</w:t>
            </w:r>
          </w:p>
        </w:tc>
        <w:tc>
          <w:tcPr>
            <w:tcW w:w="1245" w:type="dxa"/>
            <w:shd w:val="clear" w:color="auto" w:fill="F2F2F2"/>
          </w:tcPr>
          <w:p w14:paraId="33AC083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9C2E72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752A116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9EAF85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645B33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uncultured</w:t>
            </w:r>
          </w:p>
        </w:tc>
        <w:tc>
          <w:tcPr>
            <w:tcW w:w="1936" w:type="dxa"/>
            <w:shd w:val="clear" w:color="auto" w:fill="F2F2F2"/>
          </w:tcPr>
          <w:p w14:paraId="6AF912C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3D8FAE2C" w14:textId="77777777" w:rsidTr="003836A2">
        <w:tc>
          <w:tcPr>
            <w:tcW w:w="2501" w:type="dxa"/>
            <w:shd w:val="clear" w:color="auto" w:fill="FFFFFF"/>
          </w:tcPr>
          <w:p w14:paraId="6E176DF9" w14:textId="77777777" w:rsidR="00134FD8" w:rsidRDefault="00134FD8">
            <w:r>
              <w:rPr>
                <w:sz w:val="13"/>
              </w:rPr>
              <w:t>0b438323a296b5f2ce2c8bbe3949ee8d</w:t>
            </w:r>
          </w:p>
        </w:tc>
        <w:tc>
          <w:tcPr>
            <w:tcW w:w="1928" w:type="dxa"/>
            <w:shd w:val="clear" w:color="auto" w:fill="FFFFFF"/>
          </w:tcPr>
          <w:p w14:paraId="13E2EA30" w14:textId="77777777" w:rsidR="00134FD8" w:rsidRDefault="00134FD8">
            <w:r>
              <w:rPr>
                <w:sz w:val="13"/>
              </w:rPr>
              <w:t>0.1679106393543249</w:t>
            </w:r>
          </w:p>
        </w:tc>
        <w:tc>
          <w:tcPr>
            <w:tcW w:w="1395" w:type="dxa"/>
            <w:shd w:val="clear" w:color="auto" w:fill="FFFFFF"/>
          </w:tcPr>
          <w:p w14:paraId="033EE951" w14:textId="77777777" w:rsidR="00134FD8" w:rsidRDefault="00134FD8">
            <w:r>
              <w:rPr>
                <w:sz w:val="13"/>
              </w:rPr>
              <w:t>14.55377047076296</w:t>
            </w:r>
          </w:p>
        </w:tc>
        <w:tc>
          <w:tcPr>
            <w:tcW w:w="1683" w:type="dxa"/>
            <w:shd w:val="clear" w:color="auto" w:fill="FFFFFF"/>
          </w:tcPr>
          <w:p w14:paraId="1F896C8B" w14:textId="77777777" w:rsidR="00134FD8" w:rsidRDefault="00134FD8">
            <w:r>
              <w:rPr>
                <w:sz w:val="13"/>
              </w:rPr>
              <w:t>0.0669121825039511</w:t>
            </w:r>
          </w:p>
        </w:tc>
        <w:tc>
          <w:tcPr>
            <w:tcW w:w="1683" w:type="dxa"/>
            <w:shd w:val="clear" w:color="auto" w:fill="FFFFFF"/>
          </w:tcPr>
          <w:p w14:paraId="7615D91A" w14:textId="77777777" w:rsidR="00134FD8" w:rsidRDefault="00134FD8">
            <w:r>
              <w:rPr>
                <w:sz w:val="13"/>
              </w:rPr>
              <w:t>0.8030953252873477</w:t>
            </w:r>
          </w:p>
        </w:tc>
        <w:tc>
          <w:tcPr>
            <w:tcW w:w="1539" w:type="dxa"/>
            <w:shd w:val="clear" w:color="auto" w:fill="FFFFFF"/>
          </w:tcPr>
          <w:p w14:paraId="3F36ABAA" w14:textId="77777777" w:rsidR="00134FD8" w:rsidRDefault="00134FD8">
            <w:r>
              <w:rPr>
                <w:sz w:val="13"/>
              </w:rPr>
              <w:t>0.8952538052383547</w:t>
            </w:r>
          </w:p>
        </w:tc>
        <w:tc>
          <w:tcPr>
            <w:tcW w:w="1245" w:type="dxa"/>
            <w:shd w:val="clear" w:color="auto" w:fill="FFFFFF"/>
          </w:tcPr>
          <w:p w14:paraId="3873CCF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4D8A522E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4E7F88A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DA93AC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040467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Bacteroides</w:t>
            </w:r>
          </w:p>
        </w:tc>
        <w:tc>
          <w:tcPr>
            <w:tcW w:w="1936" w:type="dxa"/>
            <w:shd w:val="clear" w:color="auto" w:fill="FFFFFF"/>
          </w:tcPr>
          <w:p w14:paraId="2CDC5E8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Bacteroides_acidifaciens</w:t>
            </w:r>
            <w:proofErr w:type="spellEnd"/>
          </w:p>
        </w:tc>
      </w:tr>
      <w:tr w:rsidR="00134FD8" w14:paraId="417E4FAC" w14:textId="77777777" w:rsidTr="003836A2">
        <w:tc>
          <w:tcPr>
            <w:tcW w:w="2501" w:type="dxa"/>
            <w:shd w:val="clear" w:color="auto" w:fill="F2F2F2"/>
          </w:tcPr>
          <w:p w14:paraId="4C1990E5" w14:textId="77777777" w:rsidR="00134FD8" w:rsidRDefault="00134FD8">
            <w:r>
              <w:rPr>
                <w:sz w:val="13"/>
              </w:rPr>
              <w:t>f448b68d3f43ee04b9c47209ae186801</w:t>
            </w:r>
          </w:p>
        </w:tc>
        <w:tc>
          <w:tcPr>
            <w:tcW w:w="1928" w:type="dxa"/>
            <w:shd w:val="clear" w:color="auto" w:fill="F2F2F2"/>
          </w:tcPr>
          <w:p w14:paraId="0BD882E7" w14:textId="77777777" w:rsidR="00134FD8" w:rsidRDefault="00134FD8">
            <w:r>
              <w:rPr>
                <w:sz w:val="13"/>
              </w:rPr>
              <w:t>-0.1291724287624615</w:t>
            </w:r>
          </w:p>
        </w:tc>
        <w:tc>
          <w:tcPr>
            <w:tcW w:w="1395" w:type="dxa"/>
            <w:shd w:val="clear" w:color="auto" w:fill="F2F2F2"/>
          </w:tcPr>
          <w:p w14:paraId="0C228601" w14:textId="77777777" w:rsidR="00134FD8" w:rsidRDefault="00134FD8">
            <w:r>
              <w:rPr>
                <w:sz w:val="13"/>
              </w:rPr>
              <w:t>10.14103333117279</w:t>
            </w:r>
          </w:p>
        </w:tc>
        <w:tc>
          <w:tcPr>
            <w:tcW w:w="1683" w:type="dxa"/>
            <w:shd w:val="clear" w:color="auto" w:fill="F2F2F2"/>
          </w:tcPr>
          <w:p w14:paraId="237B7CAD" w14:textId="77777777" w:rsidR="00134FD8" w:rsidRDefault="00134FD8">
            <w:r>
              <w:rPr>
                <w:sz w:val="13"/>
              </w:rPr>
              <w:t>0.02513218975987323</w:t>
            </w:r>
          </w:p>
        </w:tc>
        <w:tc>
          <w:tcPr>
            <w:tcW w:w="1683" w:type="dxa"/>
            <w:shd w:val="clear" w:color="auto" w:fill="F2F2F2"/>
          </w:tcPr>
          <w:p w14:paraId="536AC80C" w14:textId="77777777" w:rsidR="00134FD8" w:rsidRDefault="00134FD8">
            <w:r>
              <w:rPr>
                <w:sz w:val="13"/>
              </w:rPr>
              <w:t>0.8772586509265584</w:t>
            </w:r>
          </w:p>
        </w:tc>
        <w:tc>
          <w:tcPr>
            <w:tcW w:w="1539" w:type="dxa"/>
            <w:shd w:val="clear" w:color="auto" w:fill="F2F2F2"/>
          </w:tcPr>
          <w:p w14:paraId="42894DF9" w14:textId="77777777" w:rsidR="00134FD8" w:rsidRDefault="00134FD8">
            <w:r>
              <w:rPr>
                <w:sz w:val="13"/>
              </w:rPr>
              <w:t>0.9699770449269264</w:t>
            </w:r>
          </w:p>
        </w:tc>
        <w:tc>
          <w:tcPr>
            <w:tcW w:w="1245" w:type="dxa"/>
            <w:shd w:val="clear" w:color="auto" w:fill="F2F2F2"/>
          </w:tcPr>
          <w:p w14:paraId="7E985C3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3617A9F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44E1254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Oscillospirales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C60E56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Butyricicoccaceae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C4C44A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UCG-009</w:t>
            </w:r>
          </w:p>
        </w:tc>
        <w:tc>
          <w:tcPr>
            <w:tcW w:w="1936" w:type="dxa"/>
            <w:shd w:val="clear" w:color="auto" w:fill="F2F2F2"/>
          </w:tcPr>
          <w:p w14:paraId="14F29E0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[Clostridium]_</w:t>
            </w:r>
            <w:proofErr w:type="spellStart"/>
            <w:r w:rsidRPr="00134FD8">
              <w:rPr>
                <w:i/>
                <w:iCs/>
                <w:sz w:val="13"/>
              </w:rPr>
              <w:t>leptum</w:t>
            </w:r>
            <w:proofErr w:type="spellEnd"/>
          </w:p>
        </w:tc>
      </w:tr>
      <w:tr w:rsidR="00134FD8" w14:paraId="5A5279EE" w14:textId="77777777" w:rsidTr="003836A2">
        <w:tc>
          <w:tcPr>
            <w:tcW w:w="2501" w:type="dxa"/>
            <w:shd w:val="clear" w:color="auto" w:fill="FFFFFF"/>
          </w:tcPr>
          <w:p w14:paraId="25C3532D" w14:textId="77777777" w:rsidR="00134FD8" w:rsidRDefault="00134FD8">
            <w:r>
              <w:rPr>
                <w:sz w:val="13"/>
              </w:rPr>
              <w:t>990bd75e50896e6dbfacf76de42c43e2</w:t>
            </w:r>
          </w:p>
        </w:tc>
        <w:tc>
          <w:tcPr>
            <w:tcW w:w="1928" w:type="dxa"/>
            <w:shd w:val="clear" w:color="auto" w:fill="FFFFFF"/>
          </w:tcPr>
          <w:p w14:paraId="515AA915" w14:textId="77777777" w:rsidR="00134FD8" w:rsidRDefault="00134FD8">
            <w:r>
              <w:rPr>
                <w:sz w:val="13"/>
              </w:rPr>
              <w:t>-0.3306272591952647</w:t>
            </w:r>
          </w:p>
        </w:tc>
        <w:tc>
          <w:tcPr>
            <w:tcW w:w="1395" w:type="dxa"/>
            <w:shd w:val="clear" w:color="auto" w:fill="FFFFFF"/>
          </w:tcPr>
          <w:p w14:paraId="1E156C43" w14:textId="77777777" w:rsidR="00134FD8" w:rsidRDefault="00134FD8">
            <w:r>
              <w:rPr>
                <w:sz w:val="13"/>
              </w:rPr>
              <w:t>10.09568913277274</w:t>
            </w:r>
          </w:p>
        </w:tc>
        <w:tc>
          <w:tcPr>
            <w:tcW w:w="1683" w:type="dxa"/>
            <w:shd w:val="clear" w:color="auto" w:fill="FFFFFF"/>
          </w:tcPr>
          <w:p w14:paraId="36E713D1" w14:textId="77777777" w:rsidR="00134FD8" w:rsidRDefault="00134FD8">
            <w:r>
              <w:rPr>
                <w:sz w:val="13"/>
              </w:rPr>
              <w:t>0.0220968915867498</w:t>
            </w:r>
          </w:p>
        </w:tc>
        <w:tc>
          <w:tcPr>
            <w:tcW w:w="1683" w:type="dxa"/>
            <w:shd w:val="clear" w:color="auto" w:fill="FFFFFF"/>
          </w:tcPr>
          <w:p w14:paraId="59F00BB8" w14:textId="77777777" w:rsidR="00134FD8" w:rsidRDefault="00134FD8">
            <w:r>
              <w:rPr>
                <w:sz w:val="13"/>
              </w:rPr>
              <w:t>0.8849056911419729</w:t>
            </w:r>
          </w:p>
        </w:tc>
        <w:tc>
          <w:tcPr>
            <w:tcW w:w="1539" w:type="dxa"/>
            <w:shd w:val="clear" w:color="auto" w:fill="FFFFFF"/>
          </w:tcPr>
          <w:p w14:paraId="68FE8708" w14:textId="77777777" w:rsidR="00134FD8" w:rsidRDefault="00134FD8">
            <w:r>
              <w:rPr>
                <w:sz w:val="13"/>
              </w:rPr>
              <w:t>0.9705417257686154</w:t>
            </w:r>
          </w:p>
        </w:tc>
        <w:tc>
          <w:tcPr>
            <w:tcW w:w="1245" w:type="dxa"/>
            <w:shd w:val="clear" w:color="auto" w:fill="FFFFFF"/>
          </w:tcPr>
          <w:p w14:paraId="180D465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5051680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5E10B34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41B98ED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2411" w:type="dxa"/>
            <w:shd w:val="clear" w:color="auto" w:fill="FFFFFF"/>
          </w:tcPr>
          <w:p w14:paraId="06AAB4B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Clostridia_vadinBB60_group</w:t>
            </w:r>
          </w:p>
        </w:tc>
        <w:tc>
          <w:tcPr>
            <w:tcW w:w="1936" w:type="dxa"/>
            <w:shd w:val="clear" w:color="auto" w:fill="FFFFFF"/>
          </w:tcPr>
          <w:p w14:paraId="5DE390B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75B56A21" w14:textId="77777777" w:rsidTr="003836A2">
        <w:tc>
          <w:tcPr>
            <w:tcW w:w="2501" w:type="dxa"/>
            <w:shd w:val="clear" w:color="auto" w:fill="F2F2F2"/>
          </w:tcPr>
          <w:p w14:paraId="291C8165" w14:textId="77777777" w:rsidR="00134FD8" w:rsidRDefault="00134FD8">
            <w:r>
              <w:rPr>
                <w:sz w:val="13"/>
              </w:rPr>
              <w:t>18884cbc0f457899b5467702b80f29b2</w:t>
            </w:r>
          </w:p>
        </w:tc>
        <w:tc>
          <w:tcPr>
            <w:tcW w:w="1928" w:type="dxa"/>
            <w:shd w:val="clear" w:color="auto" w:fill="F2F2F2"/>
          </w:tcPr>
          <w:p w14:paraId="459CC2AD" w14:textId="77777777" w:rsidR="00134FD8" w:rsidRDefault="00134FD8">
            <w:r>
              <w:rPr>
                <w:sz w:val="13"/>
              </w:rPr>
              <w:t>-0.2896152047773398</w:t>
            </w:r>
          </w:p>
        </w:tc>
        <w:tc>
          <w:tcPr>
            <w:tcW w:w="1395" w:type="dxa"/>
            <w:shd w:val="clear" w:color="auto" w:fill="F2F2F2"/>
          </w:tcPr>
          <w:p w14:paraId="29E54F86" w14:textId="77777777" w:rsidR="00134FD8" w:rsidRDefault="00134FD8">
            <w:r>
              <w:rPr>
                <w:sz w:val="13"/>
              </w:rPr>
              <w:t>10.30902483889666</w:t>
            </w:r>
          </w:p>
        </w:tc>
        <w:tc>
          <w:tcPr>
            <w:tcW w:w="1683" w:type="dxa"/>
            <w:shd w:val="clear" w:color="auto" w:fill="F2F2F2"/>
          </w:tcPr>
          <w:p w14:paraId="5D289800" w14:textId="77777777" w:rsidR="00134FD8" w:rsidRDefault="00134FD8">
            <w:r>
              <w:rPr>
                <w:sz w:val="13"/>
              </w:rPr>
              <w:t>0.01667397561169493</w:t>
            </w:r>
          </w:p>
        </w:tc>
        <w:tc>
          <w:tcPr>
            <w:tcW w:w="1683" w:type="dxa"/>
            <w:shd w:val="clear" w:color="auto" w:fill="F2F2F2"/>
          </w:tcPr>
          <w:p w14:paraId="795C2D69" w14:textId="77777777" w:rsidR="00134FD8" w:rsidRDefault="00134FD8">
            <w:r>
              <w:rPr>
                <w:sz w:val="13"/>
              </w:rPr>
              <w:t>0.9000195821310307</w:t>
            </w:r>
          </w:p>
        </w:tc>
        <w:tc>
          <w:tcPr>
            <w:tcW w:w="1539" w:type="dxa"/>
            <w:shd w:val="clear" w:color="auto" w:fill="F2F2F2"/>
          </w:tcPr>
          <w:p w14:paraId="6047072F" w14:textId="77777777" w:rsidR="00134FD8" w:rsidRDefault="00134FD8">
            <w:r>
              <w:rPr>
                <w:sz w:val="13"/>
              </w:rPr>
              <w:t>0.9727908917844807</w:t>
            </w:r>
          </w:p>
        </w:tc>
        <w:tc>
          <w:tcPr>
            <w:tcW w:w="1245" w:type="dxa"/>
            <w:shd w:val="clear" w:color="auto" w:fill="F2F2F2"/>
          </w:tcPr>
          <w:p w14:paraId="28D7972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71CECBC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256D2B0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68185DD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2411" w:type="dxa"/>
            <w:shd w:val="clear" w:color="auto" w:fill="F2F2F2"/>
          </w:tcPr>
          <w:p w14:paraId="09D4169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Clostridia_UCG-014</w:t>
            </w:r>
          </w:p>
        </w:tc>
        <w:tc>
          <w:tcPr>
            <w:tcW w:w="1936" w:type="dxa"/>
            <w:shd w:val="clear" w:color="auto" w:fill="F2F2F2"/>
          </w:tcPr>
          <w:p w14:paraId="28723A8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347CFA1" w14:textId="77777777" w:rsidTr="003836A2">
        <w:tc>
          <w:tcPr>
            <w:tcW w:w="2501" w:type="dxa"/>
            <w:shd w:val="clear" w:color="auto" w:fill="FFFFFF"/>
          </w:tcPr>
          <w:p w14:paraId="4BB55D43" w14:textId="77777777" w:rsidR="00134FD8" w:rsidRDefault="00134FD8">
            <w:r>
              <w:rPr>
                <w:sz w:val="13"/>
              </w:rPr>
              <w:t>dfa833b266bd2993b86feab3617b34c3</w:t>
            </w:r>
          </w:p>
        </w:tc>
        <w:tc>
          <w:tcPr>
            <w:tcW w:w="1928" w:type="dxa"/>
            <w:shd w:val="clear" w:color="auto" w:fill="FFFFFF"/>
          </w:tcPr>
          <w:p w14:paraId="07C7B520" w14:textId="77777777" w:rsidR="00134FD8" w:rsidRDefault="00134FD8">
            <w:r>
              <w:rPr>
                <w:sz w:val="13"/>
              </w:rPr>
              <w:t>-0.1603000161557744</w:t>
            </w:r>
          </w:p>
        </w:tc>
        <w:tc>
          <w:tcPr>
            <w:tcW w:w="1395" w:type="dxa"/>
            <w:shd w:val="clear" w:color="auto" w:fill="FFFFFF"/>
          </w:tcPr>
          <w:p w14:paraId="137C41AD" w14:textId="77777777" w:rsidR="00134FD8" w:rsidRDefault="00134FD8">
            <w:r>
              <w:rPr>
                <w:sz w:val="13"/>
              </w:rPr>
              <w:t>14.49077259718128</w:t>
            </w:r>
          </w:p>
        </w:tc>
        <w:tc>
          <w:tcPr>
            <w:tcW w:w="1683" w:type="dxa"/>
            <w:shd w:val="clear" w:color="auto" w:fill="FFFFFF"/>
          </w:tcPr>
          <w:p w14:paraId="20F05467" w14:textId="77777777" w:rsidR="00134FD8" w:rsidRDefault="00134FD8">
            <w:r>
              <w:rPr>
                <w:sz w:val="13"/>
              </w:rPr>
              <w:t>0.01572609812626704</w:t>
            </w:r>
          </w:p>
        </w:tc>
        <w:tc>
          <w:tcPr>
            <w:tcW w:w="1683" w:type="dxa"/>
            <w:shd w:val="clear" w:color="auto" w:fill="FFFFFF"/>
          </w:tcPr>
          <w:p w14:paraId="3EE2C2FE" w14:textId="77777777" w:rsidR="00134FD8" w:rsidRDefault="00134FD8">
            <w:r>
              <w:rPr>
                <w:sz w:val="13"/>
              </w:rPr>
              <w:t>0.9037600961380314</w:t>
            </w:r>
          </w:p>
        </w:tc>
        <w:tc>
          <w:tcPr>
            <w:tcW w:w="1539" w:type="dxa"/>
            <w:shd w:val="clear" w:color="auto" w:fill="FFFFFF"/>
          </w:tcPr>
          <w:p w14:paraId="1C5F605E" w14:textId="77777777" w:rsidR="00134FD8" w:rsidRDefault="00134FD8">
            <w:r>
              <w:rPr>
                <w:sz w:val="13"/>
              </w:rPr>
              <w:t>0.9727908917844807</w:t>
            </w:r>
          </w:p>
        </w:tc>
        <w:tc>
          <w:tcPr>
            <w:tcW w:w="1245" w:type="dxa"/>
            <w:shd w:val="clear" w:color="auto" w:fill="FFFFFF"/>
          </w:tcPr>
          <w:p w14:paraId="4285E21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Verrucomicrobiota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25402E0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Verrucomicrobiae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2A32A4E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Verrucomicrobiales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73EDDE8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Akkermansiaceae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77ED75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Akkermansia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281890B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65E75A4F" w14:textId="77777777" w:rsidTr="003836A2">
        <w:tc>
          <w:tcPr>
            <w:tcW w:w="2501" w:type="dxa"/>
            <w:shd w:val="clear" w:color="auto" w:fill="F2F2F2"/>
          </w:tcPr>
          <w:p w14:paraId="44F5180C" w14:textId="77777777" w:rsidR="00134FD8" w:rsidRDefault="00134FD8">
            <w:r>
              <w:rPr>
                <w:sz w:val="13"/>
              </w:rPr>
              <w:t>79a9d2c3929074a416360f2c49d9e818</w:t>
            </w:r>
          </w:p>
        </w:tc>
        <w:tc>
          <w:tcPr>
            <w:tcW w:w="1928" w:type="dxa"/>
            <w:shd w:val="clear" w:color="auto" w:fill="F2F2F2"/>
          </w:tcPr>
          <w:p w14:paraId="09A865EB" w14:textId="77777777" w:rsidR="00134FD8" w:rsidRDefault="00134FD8">
            <w:r>
              <w:rPr>
                <w:sz w:val="13"/>
              </w:rPr>
              <w:t>-0.2859558642482686</w:t>
            </w:r>
          </w:p>
        </w:tc>
        <w:tc>
          <w:tcPr>
            <w:tcW w:w="1395" w:type="dxa"/>
            <w:shd w:val="clear" w:color="auto" w:fill="F2F2F2"/>
          </w:tcPr>
          <w:p w14:paraId="1C5AAEE2" w14:textId="77777777" w:rsidR="00134FD8" w:rsidRDefault="00134FD8">
            <w:r>
              <w:rPr>
                <w:sz w:val="13"/>
              </w:rPr>
              <w:t>12.92194009181301</w:t>
            </w:r>
          </w:p>
        </w:tc>
        <w:tc>
          <w:tcPr>
            <w:tcW w:w="1683" w:type="dxa"/>
            <w:shd w:val="clear" w:color="auto" w:fill="F2F2F2"/>
          </w:tcPr>
          <w:p w14:paraId="5DF3C4A7" w14:textId="77777777" w:rsidR="00134FD8" w:rsidRDefault="00134FD8">
            <w:r>
              <w:rPr>
                <w:sz w:val="13"/>
              </w:rPr>
              <w:t>0.01234029937308807</w:t>
            </w:r>
          </w:p>
        </w:tc>
        <w:tc>
          <w:tcPr>
            <w:tcW w:w="1683" w:type="dxa"/>
            <w:shd w:val="clear" w:color="auto" w:fill="F2F2F2"/>
          </w:tcPr>
          <w:p w14:paraId="6BCC2F7B" w14:textId="77777777" w:rsidR="00134FD8" w:rsidRDefault="00134FD8">
            <w:r>
              <w:rPr>
                <w:sz w:val="13"/>
              </w:rPr>
              <w:t>0.9145231394479583</w:t>
            </w:r>
          </w:p>
        </w:tc>
        <w:tc>
          <w:tcPr>
            <w:tcW w:w="1539" w:type="dxa"/>
            <w:shd w:val="clear" w:color="auto" w:fill="F2F2F2"/>
          </w:tcPr>
          <w:p w14:paraId="13466258" w14:textId="77777777" w:rsidR="00134FD8" w:rsidRDefault="00134FD8">
            <w:r>
              <w:rPr>
                <w:sz w:val="13"/>
              </w:rPr>
              <w:t>0.9727908917844807</w:t>
            </w:r>
          </w:p>
        </w:tc>
        <w:tc>
          <w:tcPr>
            <w:tcW w:w="1245" w:type="dxa"/>
            <w:shd w:val="clear" w:color="auto" w:fill="F2F2F2"/>
          </w:tcPr>
          <w:p w14:paraId="03ABBAE1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6E2D0B7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511D201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5648F4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5DD9AC33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02B001B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23572345" w14:textId="77777777" w:rsidTr="003836A2">
        <w:tc>
          <w:tcPr>
            <w:tcW w:w="2501" w:type="dxa"/>
            <w:shd w:val="clear" w:color="auto" w:fill="FFFFFF"/>
          </w:tcPr>
          <w:p w14:paraId="778071E5" w14:textId="77777777" w:rsidR="00134FD8" w:rsidRDefault="00134FD8">
            <w:r>
              <w:rPr>
                <w:sz w:val="13"/>
              </w:rPr>
              <w:t>2893aeb225744a49866e347886550112</w:t>
            </w:r>
          </w:p>
        </w:tc>
        <w:tc>
          <w:tcPr>
            <w:tcW w:w="1928" w:type="dxa"/>
            <w:shd w:val="clear" w:color="auto" w:fill="FFFFFF"/>
          </w:tcPr>
          <w:p w14:paraId="159E5F4C" w14:textId="77777777" w:rsidR="00134FD8" w:rsidRDefault="00134FD8">
            <w:r>
              <w:rPr>
                <w:sz w:val="13"/>
              </w:rPr>
              <w:t>-0.1193149640173116</w:t>
            </w:r>
          </w:p>
        </w:tc>
        <w:tc>
          <w:tcPr>
            <w:tcW w:w="1395" w:type="dxa"/>
            <w:shd w:val="clear" w:color="auto" w:fill="FFFFFF"/>
          </w:tcPr>
          <w:p w14:paraId="77BA98E2" w14:textId="77777777" w:rsidR="00134FD8" w:rsidRDefault="00134FD8">
            <w:r>
              <w:rPr>
                <w:sz w:val="13"/>
              </w:rPr>
              <w:t>13.792480748693</w:t>
            </w:r>
          </w:p>
        </w:tc>
        <w:tc>
          <w:tcPr>
            <w:tcW w:w="1683" w:type="dxa"/>
            <w:shd w:val="clear" w:color="auto" w:fill="FFFFFF"/>
          </w:tcPr>
          <w:p w14:paraId="4C8811BC" w14:textId="77777777" w:rsidR="00134FD8" w:rsidRDefault="00134FD8">
            <w:r>
              <w:rPr>
                <w:sz w:val="13"/>
              </w:rPr>
              <w:t>0.01206891283969289</w:t>
            </w:r>
          </w:p>
        </w:tc>
        <w:tc>
          <w:tcPr>
            <w:tcW w:w="1683" w:type="dxa"/>
            <w:shd w:val="clear" w:color="auto" w:fill="FFFFFF"/>
          </w:tcPr>
          <w:p w14:paraId="1B1D280D" w14:textId="77777777" w:rsidR="00134FD8" w:rsidRDefault="00134FD8">
            <w:r>
              <w:rPr>
                <w:sz w:val="13"/>
              </w:rPr>
              <w:t>0.9155678981500995</w:t>
            </w:r>
          </w:p>
        </w:tc>
        <w:tc>
          <w:tcPr>
            <w:tcW w:w="1539" w:type="dxa"/>
            <w:shd w:val="clear" w:color="auto" w:fill="FFFFFF"/>
          </w:tcPr>
          <w:p w14:paraId="48962A87" w14:textId="77777777" w:rsidR="00134FD8" w:rsidRDefault="00134FD8">
            <w:r>
              <w:rPr>
                <w:sz w:val="13"/>
              </w:rPr>
              <w:t>0.9727908917844807</w:t>
            </w:r>
          </w:p>
        </w:tc>
        <w:tc>
          <w:tcPr>
            <w:tcW w:w="1245" w:type="dxa"/>
            <w:shd w:val="clear" w:color="auto" w:fill="FFFFFF"/>
          </w:tcPr>
          <w:p w14:paraId="0F6D354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6BA1A0A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329D524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8695FF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D92F36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Muribaculaceae</w:t>
            </w:r>
            <w:proofErr w:type="spellEnd"/>
          </w:p>
        </w:tc>
        <w:tc>
          <w:tcPr>
            <w:tcW w:w="1936" w:type="dxa"/>
            <w:shd w:val="clear" w:color="auto" w:fill="FFFFFF"/>
          </w:tcPr>
          <w:p w14:paraId="69906F23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2E13D0D0" w14:textId="77777777" w:rsidTr="003836A2">
        <w:tc>
          <w:tcPr>
            <w:tcW w:w="2501" w:type="dxa"/>
            <w:shd w:val="clear" w:color="auto" w:fill="F2F2F2"/>
          </w:tcPr>
          <w:p w14:paraId="60F0C9A2" w14:textId="77777777" w:rsidR="00134FD8" w:rsidRDefault="00134FD8">
            <w:r>
              <w:rPr>
                <w:sz w:val="13"/>
              </w:rPr>
              <w:t>b1220e6a4353702e7f56d3c900ad65e4</w:t>
            </w:r>
          </w:p>
        </w:tc>
        <w:tc>
          <w:tcPr>
            <w:tcW w:w="1928" w:type="dxa"/>
            <w:shd w:val="clear" w:color="auto" w:fill="F2F2F2"/>
          </w:tcPr>
          <w:p w14:paraId="10743534" w14:textId="77777777" w:rsidR="00134FD8" w:rsidRDefault="00134FD8">
            <w:r>
              <w:rPr>
                <w:sz w:val="13"/>
              </w:rPr>
              <w:t>-0.156903712792117</w:t>
            </w:r>
          </w:p>
        </w:tc>
        <w:tc>
          <w:tcPr>
            <w:tcW w:w="1395" w:type="dxa"/>
            <w:shd w:val="clear" w:color="auto" w:fill="F2F2F2"/>
          </w:tcPr>
          <w:p w14:paraId="5529CE34" w14:textId="77777777" w:rsidR="00134FD8" w:rsidRDefault="00134FD8">
            <w:r>
              <w:rPr>
                <w:sz w:val="13"/>
              </w:rPr>
              <w:t>10.90909428425073</w:t>
            </w:r>
          </w:p>
        </w:tc>
        <w:tc>
          <w:tcPr>
            <w:tcW w:w="1683" w:type="dxa"/>
            <w:shd w:val="clear" w:color="auto" w:fill="F2F2F2"/>
          </w:tcPr>
          <w:p w14:paraId="3FD87137" w14:textId="77777777" w:rsidR="00134FD8" w:rsidRDefault="00134FD8">
            <w:r>
              <w:rPr>
                <w:sz w:val="13"/>
              </w:rPr>
              <w:t>0.004525790745472454</w:t>
            </w:r>
          </w:p>
        </w:tc>
        <w:tc>
          <w:tcPr>
            <w:tcW w:w="1683" w:type="dxa"/>
            <w:shd w:val="clear" w:color="auto" w:fill="F2F2F2"/>
          </w:tcPr>
          <w:p w14:paraId="6D7C1A07" w14:textId="77777777" w:rsidR="00134FD8" w:rsidRDefault="00134FD8">
            <w:r>
              <w:rPr>
                <w:sz w:val="13"/>
              </w:rPr>
              <w:t>0.9479166044042591</w:t>
            </w:r>
          </w:p>
        </w:tc>
        <w:tc>
          <w:tcPr>
            <w:tcW w:w="1539" w:type="dxa"/>
            <w:shd w:val="clear" w:color="auto" w:fill="F2F2F2"/>
          </w:tcPr>
          <w:p w14:paraId="4CFF7095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245" w:type="dxa"/>
            <w:shd w:val="clear" w:color="auto" w:fill="F2F2F2"/>
          </w:tcPr>
          <w:p w14:paraId="4C8CA63F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448" w:type="dxa"/>
            <w:shd w:val="clear" w:color="auto" w:fill="F2F2F2"/>
          </w:tcPr>
          <w:p w14:paraId="4AD28AF0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756" w:type="dxa"/>
            <w:shd w:val="clear" w:color="auto" w:fill="F2F2F2"/>
          </w:tcPr>
          <w:p w14:paraId="0A29010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2411" w:type="dxa"/>
            <w:shd w:val="clear" w:color="auto" w:fill="F2F2F2"/>
          </w:tcPr>
          <w:p w14:paraId="6219AD07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2411" w:type="dxa"/>
            <w:shd w:val="clear" w:color="auto" w:fill="F2F2F2"/>
          </w:tcPr>
          <w:p w14:paraId="0E0FE1E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2F2F2"/>
          </w:tcPr>
          <w:p w14:paraId="125B08A8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5270F59A" w14:textId="77777777" w:rsidTr="003836A2">
        <w:tc>
          <w:tcPr>
            <w:tcW w:w="2501" w:type="dxa"/>
            <w:shd w:val="clear" w:color="auto" w:fill="FFFFFF"/>
          </w:tcPr>
          <w:p w14:paraId="493E969A" w14:textId="77777777" w:rsidR="00134FD8" w:rsidRDefault="00134FD8">
            <w:r>
              <w:rPr>
                <w:sz w:val="13"/>
              </w:rPr>
              <w:t>939ebd9bd7a6eae4062b93537a84c65d</w:t>
            </w:r>
          </w:p>
        </w:tc>
        <w:tc>
          <w:tcPr>
            <w:tcW w:w="1928" w:type="dxa"/>
            <w:shd w:val="clear" w:color="auto" w:fill="FFFFFF"/>
          </w:tcPr>
          <w:p w14:paraId="01246006" w14:textId="77777777" w:rsidR="00134FD8" w:rsidRDefault="00134FD8">
            <w:r>
              <w:rPr>
                <w:sz w:val="13"/>
              </w:rPr>
              <w:t>-0.1290143369949331</w:t>
            </w:r>
          </w:p>
        </w:tc>
        <w:tc>
          <w:tcPr>
            <w:tcW w:w="1395" w:type="dxa"/>
            <w:shd w:val="clear" w:color="auto" w:fill="FFFFFF"/>
          </w:tcPr>
          <w:p w14:paraId="6B8483FE" w14:textId="77777777" w:rsidR="00134FD8" w:rsidRDefault="00134FD8">
            <w:r>
              <w:rPr>
                <w:sz w:val="13"/>
              </w:rPr>
              <w:t>11.09316420908073</w:t>
            </w:r>
          </w:p>
        </w:tc>
        <w:tc>
          <w:tcPr>
            <w:tcW w:w="1683" w:type="dxa"/>
            <w:shd w:val="clear" w:color="auto" w:fill="FFFFFF"/>
          </w:tcPr>
          <w:p w14:paraId="55C8A1DB" w14:textId="77777777" w:rsidR="00134FD8" w:rsidRDefault="00134FD8">
            <w:r>
              <w:rPr>
                <w:sz w:val="13"/>
              </w:rPr>
              <w:t>0.003042232481496162</w:t>
            </w:r>
          </w:p>
        </w:tc>
        <w:tc>
          <w:tcPr>
            <w:tcW w:w="1683" w:type="dxa"/>
            <w:shd w:val="clear" w:color="auto" w:fill="FFFFFF"/>
          </w:tcPr>
          <w:p w14:paraId="0CF63A3C" w14:textId="77777777" w:rsidR="00134FD8" w:rsidRDefault="00134FD8">
            <w:r>
              <w:rPr>
                <w:sz w:val="13"/>
              </w:rPr>
              <w:t>0.9573093880270129</w:t>
            </w:r>
          </w:p>
        </w:tc>
        <w:tc>
          <w:tcPr>
            <w:tcW w:w="1539" w:type="dxa"/>
            <w:shd w:val="clear" w:color="auto" w:fill="FFFFFF"/>
          </w:tcPr>
          <w:p w14:paraId="5D24C3F2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245" w:type="dxa"/>
            <w:shd w:val="clear" w:color="auto" w:fill="FFFFFF"/>
          </w:tcPr>
          <w:p w14:paraId="0B9045D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38D48DCB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4D50772B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22F87EF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22BBB7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  <w:tc>
          <w:tcPr>
            <w:tcW w:w="1936" w:type="dxa"/>
            <w:shd w:val="clear" w:color="auto" w:fill="FFFFFF"/>
          </w:tcPr>
          <w:p w14:paraId="52C3E07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Unassigned</w:t>
            </w:r>
          </w:p>
        </w:tc>
      </w:tr>
      <w:tr w:rsidR="00134FD8" w14:paraId="10E143C4" w14:textId="77777777" w:rsidTr="003836A2">
        <w:tc>
          <w:tcPr>
            <w:tcW w:w="2501" w:type="dxa"/>
            <w:shd w:val="clear" w:color="auto" w:fill="F2F2F2"/>
          </w:tcPr>
          <w:p w14:paraId="528AFA53" w14:textId="77777777" w:rsidR="00134FD8" w:rsidRDefault="00134FD8">
            <w:r>
              <w:rPr>
                <w:sz w:val="13"/>
              </w:rPr>
              <w:t>35302d6c610931e096879d185885be60</w:t>
            </w:r>
          </w:p>
        </w:tc>
        <w:tc>
          <w:tcPr>
            <w:tcW w:w="1928" w:type="dxa"/>
            <w:shd w:val="clear" w:color="auto" w:fill="F2F2F2"/>
          </w:tcPr>
          <w:p w14:paraId="38B212C7" w14:textId="77777777" w:rsidR="00134FD8" w:rsidRDefault="00134FD8">
            <w:r>
              <w:rPr>
                <w:sz w:val="13"/>
              </w:rPr>
              <w:t>0.08326431300378727</w:t>
            </w:r>
          </w:p>
        </w:tc>
        <w:tc>
          <w:tcPr>
            <w:tcW w:w="1395" w:type="dxa"/>
            <w:shd w:val="clear" w:color="auto" w:fill="F2F2F2"/>
          </w:tcPr>
          <w:p w14:paraId="228720DB" w14:textId="77777777" w:rsidR="00134FD8" w:rsidRDefault="00134FD8">
            <w:r>
              <w:rPr>
                <w:sz w:val="13"/>
              </w:rPr>
              <w:t>10.84189933294592</w:t>
            </w:r>
          </w:p>
        </w:tc>
        <w:tc>
          <w:tcPr>
            <w:tcW w:w="1683" w:type="dxa"/>
            <w:shd w:val="clear" w:color="auto" w:fill="F2F2F2"/>
          </w:tcPr>
          <w:p w14:paraId="35042CC1" w14:textId="77777777" w:rsidR="00134FD8" w:rsidRDefault="00134FD8">
            <w:r>
              <w:rPr>
                <w:sz w:val="13"/>
              </w:rPr>
              <w:t>0.001974904151236198</w:t>
            </w:r>
          </w:p>
        </w:tc>
        <w:tc>
          <w:tcPr>
            <w:tcW w:w="1683" w:type="dxa"/>
            <w:shd w:val="clear" w:color="auto" w:fill="F2F2F2"/>
          </w:tcPr>
          <w:p w14:paraId="7C35AE9E" w14:textId="77777777" w:rsidR="00134FD8" w:rsidRDefault="00134FD8">
            <w:r>
              <w:rPr>
                <w:sz w:val="13"/>
              </w:rPr>
              <w:t>0.9655690300035539</w:t>
            </w:r>
          </w:p>
        </w:tc>
        <w:tc>
          <w:tcPr>
            <w:tcW w:w="1539" w:type="dxa"/>
            <w:shd w:val="clear" w:color="auto" w:fill="F2F2F2"/>
          </w:tcPr>
          <w:p w14:paraId="3278E0AE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245" w:type="dxa"/>
            <w:shd w:val="clear" w:color="auto" w:fill="F2F2F2"/>
          </w:tcPr>
          <w:p w14:paraId="3BF3D10D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13A7C5B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2658460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2383913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09671C4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Acetatifactor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53B4070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1005D3E7" w14:textId="77777777" w:rsidTr="003836A2">
        <w:tc>
          <w:tcPr>
            <w:tcW w:w="2501" w:type="dxa"/>
            <w:shd w:val="clear" w:color="auto" w:fill="FFFFFF"/>
          </w:tcPr>
          <w:p w14:paraId="2CF1633D" w14:textId="77777777" w:rsidR="00134FD8" w:rsidRDefault="00134FD8">
            <w:r>
              <w:rPr>
                <w:sz w:val="13"/>
              </w:rPr>
              <w:t>ad1030461de806e9e5bfdbee764e6231</w:t>
            </w:r>
          </w:p>
        </w:tc>
        <w:tc>
          <w:tcPr>
            <w:tcW w:w="1928" w:type="dxa"/>
            <w:shd w:val="clear" w:color="auto" w:fill="FFFFFF"/>
          </w:tcPr>
          <w:p w14:paraId="4378D501" w14:textId="77777777" w:rsidR="00134FD8" w:rsidRDefault="00134FD8">
            <w:r>
              <w:rPr>
                <w:sz w:val="13"/>
              </w:rPr>
              <w:t>-0.08041185073169695</w:t>
            </w:r>
          </w:p>
        </w:tc>
        <w:tc>
          <w:tcPr>
            <w:tcW w:w="1395" w:type="dxa"/>
            <w:shd w:val="clear" w:color="auto" w:fill="FFFFFF"/>
          </w:tcPr>
          <w:p w14:paraId="0D9069E6" w14:textId="77777777" w:rsidR="00134FD8" w:rsidRDefault="00134FD8">
            <w:r>
              <w:rPr>
                <w:sz w:val="13"/>
              </w:rPr>
              <w:t>13.0772284094737</w:t>
            </w:r>
          </w:p>
        </w:tc>
        <w:tc>
          <w:tcPr>
            <w:tcW w:w="1683" w:type="dxa"/>
            <w:shd w:val="clear" w:color="auto" w:fill="FFFFFF"/>
          </w:tcPr>
          <w:p w14:paraId="783B4A8F" w14:textId="77777777" w:rsidR="00134FD8" w:rsidRDefault="00134FD8">
            <w:r>
              <w:rPr>
                <w:sz w:val="13"/>
              </w:rPr>
              <w:t>0.001480512611409624</w:t>
            </w:r>
          </w:p>
        </w:tc>
        <w:tc>
          <w:tcPr>
            <w:tcW w:w="1683" w:type="dxa"/>
            <w:shd w:val="clear" w:color="auto" w:fill="FFFFFF"/>
          </w:tcPr>
          <w:p w14:paraId="15A83E06" w14:textId="77777777" w:rsidR="00134FD8" w:rsidRDefault="00134FD8">
            <w:r>
              <w:rPr>
                <w:sz w:val="13"/>
              </w:rPr>
              <w:t>0.9703398572706874</w:t>
            </w:r>
          </w:p>
        </w:tc>
        <w:tc>
          <w:tcPr>
            <w:tcW w:w="1539" w:type="dxa"/>
            <w:shd w:val="clear" w:color="auto" w:fill="FFFFFF"/>
          </w:tcPr>
          <w:p w14:paraId="72601935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245" w:type="dxa"/>
            <w:shd w:val="clear" w:color="auto" w:fill="FFFFFF"/>
          </w:tcPr>
          <w:p w14:paraId="755CDD2E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FFFFF"/>
          </w:tcPr>
          <w:p w14:paraId="069E2886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FFFFF"/>
          </w:tcPr>
          <w:p w14:paraId="7C85451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1FB77358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5BD0CC9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FFFFF"/>
          </w:tcPr>
          <w:p w14:paraId="74466E1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7C04AE9F" w14:textId="77777777" w:rsidTr="003836A2">
        <w:tc>
          <w:tcPr>
            <w:tcW w:w="2501" w:type="dxa"/>
            <w:shd w:val="clear" w:color="auto" w:fill="F2F2F2"/>
          </w:tcPr>
          <w:p w14:paraId="4A9F0FC5" w14:textId="77777777" w:rsidR="00134FD8" w:rsidRDefault="00134FD8">
            <w:r>
              <w:rPr>
                <w:sz w:val="13"/>
              </w:rPr>
              <w:t>60c1bf712e700eaa7cabfab1b49f4991</w:t>
            </w:r>
          </w:p>
        </w:tc>
        <w:tc>
          <w:tcPr>
            <w:tcW w:w="1928" w:type="dxa"/>
            <w:shd w:val="clear" w:color="auto" w:fill="F2F2F2"/>
          </w:tcPr>
          <w:p w14:paraId="532CE403" w14:textId="77777777" w:rsidR="00134FD8" w:rsidRDefault="00134FD8">
            <w:r>
              <w:rPr>
                <w:sz w:val="13"/>
              </w:rPr>
              <w:t>0.04189799443809555</w:t>
            </w:r>
          </w:p>
        </w:tc>
        <w:tc>
          <w:tcPr>
            <w:tcW w:w="1395" w:type="dxa"/>
            <w:shd w:val="clear" w:color="auto" w:fill="F2F2F2"/>
          </w:tcPr>
          <w:p w14:paraId="7C34330F" w14:textId="77777777" w:rsidR="00134FD8" w:rsidRDefault="00134FD8">
            <w:r>
              <w:rPr>
                <w:sz w:val="13"/>
              </w:rPr>
              <w:t>12.68265256126679</w:t>
            </w:r>
          </w:p>
        </w:tc>
        <w:tc>
          <w:tcPr>
            <w:tcW w:w="1683" w:type="dxa"/>
            <w:shd w:val="clear" w:color="auto" w:fill="F2F2F2"/>
          </w:tcPr>
          <w:p w14:paraId="7997BCD5" w14:textId="77777777" w:rsidR="00134FD8" w:rsidRDefault="00134FD8">
            <w:r>
              <w:rPr>
                <w:sz w:val="13"/>
              </w:rPr>
              <w:t>0.0007046727418497361</w:t>
            </w:r>
          </w:p>
        </w:tc>
        <w:tc>
          <w:tcPr>
            <w:tcW w:w="1683" w:type="dxa"/>
            <w:shd w:val="clear" w:color="auto" w:fill="F2F2F2"/>
          </w:tcPr>
          <w:p w14:paraId="4D343748" w14:textId="77777777" w:rsidR="00134FD8" w:rsidRDefault="00134FD8">
            <w:r>
              <w:rPr>
                <w:sz w:val="13"/>
              </w:rPr>
              <w:t>0.9795209885819544</w:t>
            </w:r>
          </w:p>
        </w:tc>
        <w:tc>
          <w:tcPr>
            <w:tcW w:w="1539" w:type="dxa"/>
            <w:shd w:val="clear" w:color="auto" w:fill="F2F2F2"/>
          </w:tcPr>
          <w:p w14:paraId="6739A164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245" w:type="dxa"/>
            <w:shd w:val="clear" w:color="auto" w:fill="F2F2F2"/>
          </w:tcPr>
          <w:p w14:paraId="5082E29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2F2F2"/>
          </w:tcPr>
          <w:p w14:paraId="483B951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2F2F2"/>
          </w:tcPr>
          <w:p w14:paraId="30D2A1B1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1B91C81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Rikenellaceae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42B5C417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Alistipes</w:t>
            </w:r>
            <w:proofErr w:type="spellEnd"/>
          </w:p>
        </w:tc>
        <w:tc>
          <w:tcPr>
            <w:tcW w:w="1936" w:type="dxa"/>
            <w:shd w:val="clear" w:color="auto" w:fill="F2F2F2"/>
          </w:tcPr>
          <w:p w14:paraId="523086DD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6D6E8C36" w14:textId="77777777" w:rsidTr="003836A2">
        <w:tc>
          <w:tcPr>
            <w:tcW w:w="2501" w:type="dxa"/>
            <w:shd w:val="clear" w:color="auto" w:fill="FFFFFF"/>
          </w:tcPr>
          <w:p w14:paraId="5AABF55C" w14:textId="77777777" w:rsidR="00134FD8" w:rsidRDefault="00134FD8">
            <w:r>
              <w:rPr>
                <w:sz w:val="13"/>
              </w:rPr>
              <w:t>0c7d74a2f6c3b5fedafe62a8192bbf5d</w:t>
            </w:r>
          </w:p>
        </w:tc>
        <w:tc>
          <w:tcPr>
            <w:tcW w:w="1928" w:type="dxa"/>
            <w:shd w:val="clear" w:color="auto" w:fill="FFFFFF"/>
          </w:tcPr>
          <w:p w14:paraId="11F09DF8" w14:textId="77777777" w:rsidR="00134FD8" w:rsidRDefault="00134FD8">
            <w:r>
              <w:rPr>
                <w:sz w:val="13"/>
              </w:rPr>
              <w:t>-0.004834979561167705</w:t>
            </w:r>
          </w:p>
        </w:tc>
        <w:tc>
          <w:tcPr>
            <w:tcW w:w="1395" w:type="dxa"/>
            <w:shd w:val="clear" w:color="auto" w:fill="FFFFFF"/>
          </w:tcPr>
          <w:p w14:paraId="56E8FAE0" w14:textId="77777777" w:rsidR="00134FD8" w:rsidRDefault="00134FD8">
            <w:r>
              <w:rPr>
                <w:sz w:val="13"/>
              </w:rPr>
              <w:t>13.88669037224593</w:t>
            </w:r>
          </w:p>
        </w:tc>
        <w:tc>
          <w:tcPr>
            <w:tcW w:w="1683" w:type="dxa"/>
            <w:shd w:val="clear" w:color="auto" w:fill="FFFFFF"/>
          </w:tcPr>
          <w:p w14:paraId="42ED3DAA" w14:textId="77777777" w:rsidR="00134FD8" w:rsidRDefault="00134FD8">
            <w:r>
              <w:rPr>
                <w:sz w:val="13"/>
              </w:rPr>
              <w:t>6.491570337957481e-05</w:t>
            </w:r>
          </w:p>
        </w:tc>
        <w:tc>
          <w:tcPr>
            <w:tcW w:w="1683" w:type="dxa"/>
            <w:shd w:val="clear" w:color="auto" w:fill="FFFFFF"/>
          </w:tcPr>
          <w:p w14:paraId="226377E1" w14:textId="77777777" w:rsidR="00134FD8" w:rsidRDefault="00134FD8">
            <w:r>
              <w:rPr>
                <w:sz w:val="13"/>
              </w:rPr>
              <w:t>0.9937852597281458</w:t>
            </w:r>
          </w:p>
        </w:tc>
        <w:tc>
          <w:tcPr>
            <w:tcW w:w="1539" w:type="dxa"/>
            <w:shd w:val="clear" w:color="auto" w:fill="FFFFFF"/>
          </w:tcPr>
          <w:p w14:paraId="5CFAB366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245" w:type="dxa"/>
            <w:shd w:val="clear" w:color="auto" w:fill="FFFFFF"/>
          </w:tcPr>
          <w:p w14:paraId="49C975D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50B9965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7ACA338A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A28397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34310EF4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Bacteroides</w:t>
            </w:r>
          </w:p>
        </w:tc>
        <w:tc>
          <w:tcPr>
            <w:tcW w:w="1936" w:type="dxa"/>
            <w:shd w:val="clear" w:color="auto" w:fill="FFFFFF"/>
          </w:tcPr>
          <w:p w14:paraId="59176B20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Bacteroides_acidifaciens</w:t>
            </w:r>
            <w:proofErr w:type="spellEnd"/>
          </w:p>
        </w:tc>
      </w:tr>
      <w:tr w:rsidR="00134FD8" w14:paraId="3DACAFD9" w14:textId="77777777" w:rsidTr="003836A2">
        <w:tc>
          <w:tcPr>
            <w:tcW w:w="2501" w:type="dxa"/>
            <w:shd w:val="clear" w:color="auto" w:fill="F2F2F2"/>
          </w:tcPr>
          <w:p w14:paraId="4505EBF4" w14:textId="77777777" w:rsidR="00134FD8" w:rsidRDefault="00134FD8">
            <w:r>
              <w:rPr>
                <w:sz w:val="13"/>
              </w:rPr>
              <w:t>70044d96da987c72b3f653ef6ab56e1b</w:t>
            </w:r>
          </w:p>
        </w:tc>
        <w:tc>
          <w:tcPr>
            <w:tcW w:w="1928" w:type="dxa"/>
            <w:shd w:val="clear" w:color="auto" w:fill="F2F2F2"/>
          </w:tcPr>
          <w:p w14:paraId="0F39BEB1" w14:textId="77777777" w:rsidR="00134FD8" w:rsidRDefault="00134FD8">
            <w:r>
              <w:rPr>
                <w:sz w:val="13"/>
              </w:rPr>
              <w:t>-0.008616216865655753</w:t>
            </w:r>
          </w:p>
        </w:tc>
        <w:tc>
          <w:tcPr>
            <w:tcW w:w="1395" w:type="dxa"/>
            <w:shd w:val="clear" w:color="auto" w:fill="F2F2F2"/>
          </w:tcPr>
          <w:p w14:paraId="355557FB" w14:textId="77777777" w:rsidR="00134FD8" w:rsidRDefault="00134FD8">
            <w:r>
              <w:rPr>
                <w:sz w:val="13"/>
              </w:rPr>
              <w:t>11.15095752462346</w:t>
            </w:r>
          </w:p>
        </w:tc>
        <w:tc>
          <w:tcPr>
            <w:tcW w:w="1683" w:type="dxa"/>
            <w:shd w:val="clear" w:color="auto" w:fill="F2F2F2"/>
          </w:tcPr>
          <w:p w14:paraId="261CFD32" w14:textId="77777777" w:rsidR="00134FD8" w:rsidRDefault="00134FD8">
            <w:r>
              <w:rPr>
                <w:sz w:val="13"/>
              </w:rPr>
              <w:t>1.477783854121414e-05</w:t>
            </w:r>
          </w:p>
        </w:tc>
        <w:tc>
          <w:tcPr>
            <w:tcW w:w="1683" w:type="dxa"/>
            <w:shd w:val="clear" w:color="auto" w:fill="F2F2F2"/>
          </w:tcPr>
          <w:p w14:paraId="412A25CE" w14:textId="77777777" w:rsidR="00134FD8" w:rsidRDefault="00134FD8">
            <w:r>
              <w:rPr>
                <w:sz w:val="13"/>
              </w:rPr>
              <w:t>0.9970234607070984</w:t>
            </w:r>
          </w:p>
        </w:tc>
        <w:tc>
          <w:tcPr>
            <w:tcW w:w="1539" w:type="dxa"/>
            <w:shd w:val="clear" w:color="auto" w:fill="F2F2F2"/>
          </w:tcPr>
          <w:p w14:paraId="08F923FC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245" w:type="dxa"/>
            <w:shd w:val="clear" w:color="auto" w:fill="F2F2F2"/>
          </w:tcPr>
          <w:p w14:paraId="11668F05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Firmicutes</w:t>
            </w:r>
          </w:p>
        </w:tc>
        <w:tc>
          <w:tcPr>
            <w:tcW w:w="1448" w:type="dxa"/>
            <w:shd w:val="clear" w:color="auto" w:fill="F2F2F2"/>
          </w:tcPr>
          <w:p w14:paraId="26896492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Clostridia</w:t>
            </w:r>
          </w:p>
        </w:tc>
        <w:tc>
          <w:tcPr>
            <w:tcW w:w="1756" w:type="dxa"/>
            <w:shd w:val="clear" w:color="auto" w:fill="F2F2F2"/>
          </w:tcPr>
          <w:p w14:paraId="7FE3FFE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Lachnospirales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68DCB946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Lachnospiraceae</w:t>
            </w:r>
            <w:proofErr w:type="spellEnd"/>
          </w:p>
        </w:tc>
        <w:tc>
          <w:tcPr>
            <w:tcW w:w="2411" w:type="dxa"/>
            <w:shd w:val="clear" w:color="auto" w:fill="F2F2F2"/>
          </w:tcPr>
          <w:p w14:paraId="76BC9E8C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Lachnospiraceae_NK4A136_group</w:t>
            </w:r>
          </w:p>
        </w:tc>
        <w:tc>
          <w:tcPr>
            <w:tcW w:w="1936" w:type="dxa"/>
            <w:shd w:val="clear" w:color="auto" w:fill="F2F2F2"/>
          </w:tcPr>
          <w:p w14:paraId="3D1B652F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uncultured_bacterium</w:t>
            </w:r>
            <w:proofErr w:type="spellEnd"/>
          </w:p>
        </w:tc>
      </w:tr>
      <w:tr w:rsidR="00134FD8" w14:paraId="677B6E95" w14:textId="77777777" w:rsidTr="003836A2">
        <w:tc>
          <w:tcPr>
            <w:tcW w:w="2501" w:type="dxa"/>
            <w:shd w:val="clear" w:color="auto" w:fill="FFFFFF"/>
          </w:tcPr>
          <w:p w14:paraId="24E2E28A" w14:textId="77777777" w:rsidR="00134FD8" w:rsidRDefault="00134FD8">
            <w:r>
              <w:rPr>
                <w:sz w:val="13"/>
              </w:rPr>
              <w:t>f6ef86bf4d494a892a6c94de09188c33</w:t>
            </w:r>
          </w:p>
        </w:tc>
        <w:tc>
          <w:tcPr>
            <w:tcW w:w="1928" w:type="dxa"/>
            <w:shd w:val="clear" w:color="auto" w:fill="FFFFFF"/>
          </w:tcPr>
          <w:p w14:paraId="2F197F48" w14:textId="77777777" w:rsidR="00134FD8" w:rsidRDefault="00134FD8">
            <w:r>
              <w:rPr>
                <w:sz w:val="13"/>
              </w:rPr>
              <w:t>0.00122104167871968</w:t>
            </w:r>
          </w:p>
        </w:tc>
        <w:tc>
          <w:tcPr>
            <w:tcW w:w="1395" w:type="dxa"/>
            <w:shd w:val="clear" w:color="auto" w:fill="FFFFFF"/>
          </w:tcPr>
          <w:p w14:paraId="0034BB03" w14:textId="77777777" w:rsidR="00134FD8" w:rsidRDefault="00134FD8">
            <w:r>
              <w:rPr>
                <w:sz w:val="13"/>
              </w:rPr>
              <w:t>13.52011256957934</w:t>
            </w:r>
          </w:p>
        </w:tc>
        <w:tc>
          <w:tcPr>
            <w:tcW w:w="1683" w:type="dxa"/>
            <w:shd w:val="clear" w:color="auto" w:fill="FFFFFF"/>
          </w:tcPr>
          <w:p w14:paraId="01F70B01" w14:textId="77777777" w:rsidR="00134FD8" w:rsidRDefault="00134FD8">
            <w:r>
              <w:rPr>
                <w:sz w:val="13"/>
              </w:rPr>
              <w:t>3.800017901755261e-06</w:t>
            </w:r>
          </w:p>
        </w:tc>
        <w:tc>
          <w:tcPr>
            <w:tcW w:w="1683" w:type="dxa"/>
            <w:shd w:val="clear" w:color="auto" w:fill="FFFFFF"/>
          </w:tcPr>
          <w:p w14:paraId="7D6DDF95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539" w:type="dxa"/>
            <w:shd w:val="clear" w:color="auto" w:fill="FFFFFF"/>
          </w:tcPr>
          <w:p w14:paraId="7B274482" w14:textId="77777777" w:rsidR="00134FD8" w:rsidRDefault="00134FD8">
            <w:r>
              <w:rPr>
                <w:sz w:val="13"/>
              </w:rPr>
              <w:t>0.9984957407073625</w:t>
            </w:r>
          </w:p>
        </w:tc>
        <w:tc>
          <w:tcPr>
            <w:tcW w:w="1245" w:type="dxa"/>
            <w:shd w:val="clear" w:color="auto" w:fill="FFFFFF"/>
          </w:tcPr>
          <w:p w14:paraId="34599384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Bacteroidota</w:t>
            </w:r>
            <w:proofErr w:type="spellEnd"/>
          </w:p>
        </w:tc>
        <w:tc>
          <w:tcPr>
            <w:tcW w:w="1448" w:type="dxa"/>
            <w:shd w:val="clear" w:color="auto" w:fill="FFFFFF"/>
          </w:tcPr>
          <w:p w14:paraId="6B7D10F5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Bacteroidia</w:t>
            </w:r>
            <w:proofErr w:type="spellEnd"/>
          </w:p>
        </w:tc>
        <w:tc>
          <w:tcPr>
            <w:tcW w:w="1756" w:type="dxa"/>
            <w:shd w:val="clear" w:color="auto" w:fill="FFFFFF"/>
          </w:tcPr>
          <w:p w14:paraId="38007752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Bacteroidales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04EE696C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Bacteroidaceae</w:t>
            </w:r>
            <w:proofErr w:type="spellEnd"/>
          </w:p>
        </w:tc>
        <w:tc>
          <w:tcPr>
            <w:tcW w:w="2411" w:type="dxa"/>
            <w:shd w:val="clear" w:color="auto" w:fill="FFFFFF"/>
          </w:tcPr>
          <w:p w14:paraId="494F0589" w14:textId="77777777" w:rsidR="00134FD8" w:rsidRPr="00134FD8" w:rsidRDefault="00134FD8">
            <w:pPr>
              <w:rPr>
                <w:i/>
                <w:iCs/>
              </w:rPr>
            </w:pPr>
            <w:r w:rsidRPr="00134FD8">
              <w:rPr>
                <w:i/>
                <w:iCs/>
                <w:sz w:val="13"/>
              </w:rPr>
              <w:t>Bacteroides</w:t>
            </w:r>
          </w:p>
        </w:tc>
        <w:tc>
          <w:tcPr>
            <w:tcW w:w="1936" w:type="dxa"/>
            <w:shd w:val="clear" w:color="auto" w:fill="FFFFFF"/>
          </w:tcPr>
          <w:p w14:paraId="77944689" w14:textId="77777777" w:rsidR="00134FD8" w:rsidRPr="00134FD8" w:rsidRDefault="00134FD8">
            <w:pPr>
              <w:rPr>
                <w:i/>
                <w:iCs/>
              </w:rPr>
            </w:pPr>
            <w:proofErr w:type="spellStart"/>
            <w:r w:rsidRPr="00134FD8">
              <w:rPr>
                <w:i/>
                <w:iCs/>
                <w:sz w:val="13"/>
              </w:rPr>
              <w:t>Bacteroides_acidifaciens</w:t>
            </w:r>
            <w:proofErr w:type="spellEnd"/>
          </w:p>
        </w:tc>
      </w:tr>
    </w:tbl>
    <w:p w14:paraId="054E2C37" w14:textId="77777777" w:rsidR="004C78D4" w:rsidRDefault="004C78D4"/>
    <w:sectPr w:rsidR="004C78D4" w:rsidSect="00034616">
      <w:pgSz w:w="23818" w:h="16834"/>
      <w:pgMar w:top="576" w:right="432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2757057">
    <w:abstractNumId w:val="8"/>
  </w:num>
  <w:num w:numId="2" w16cid:durableId="1123382737">
    <w:abstractNumId w:val="6"/>
  </w:num>
  <w:num w:numId="3" w16cid:durableId="364990487">
    <w:abstractNumId w:val="5"/>
  </w:num>
  <w:num w:numId="4" w16cid:durableId="129789299">
    <w:abstractNumId w:val="4"/>
  </w:num>
  <w:num w:numId="5" w16cid:durableId="956260163">
    <w:abstractNumId w:val="7"/>
  </w:num>
  <w:num w:numId="6" w16cid:durableId="1447312545">
    <w:abstractNumId w:val="3"/>
  </w:num>
  <w:num w:numId="7" w16cid:durableId="626937777">
    <w:abstractNumId w:val="2"/>
  </w:num>
  <w:num w:numId="8" w16cid:durableId="2105415963">
    <w:abstractNumId w:val="1"/>
  </w:num>
  <w:num w:numId="9" w16cid:durableId="982125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4FD8"/>
    <w:rsid w:val="0015074B"/>
    <w:rsid w:val="0029639D"/>
    <w:rsid w:val="00326F90"/>
    <w:rsid w:val="003836A2"/>
    <w:rsid w:val="004C78D4"/>
    <w:rsid w:val="00574ECD"/>
    <w:rsid w:val="006041F2"/>
    <w:rsid w:val="00717519"/>
    <w:rsid w:val="00960873"/>
    <w:rsid w:val="00A901B9"/>
    <w:rsid w:val="00AA1D8D"/>
    <w:rsid w:val="00B47730"/>
    <w:rsid w:val="00CB0664"/>
    <w:rsid w:val="00E77399"/>
    <w:rsid w:val="00EA150D"/>
    <w:rsid w:val="00F043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B4FEC1"/>
  <w14:defaultImageDpi w14:val="300"/>
  <w15:docId w15:val="{6D9097CD-6A33-43E4-9FAA-CD2C0B26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4443</Words>
  <Characters>25329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dina bellizzi</cp:lastModifiedBy>
  <cp:revision>6</cp:revision>
  <dcterms:created xsi:type="dcterms:W3CDTF">2013-12-23T23:15:00Z</dcterms:created>
  <dcterms:modified xsi:type="dcterms:W3CDTF">2026-05-15T07:46:00Z</dcterms:modified>
  <cp:category/>
</cp:coreProperties>
</file>