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12E2" w14:textId="01747986" w:rsidR="008E0DFE" w:rsidRPr="0077642F" w:rsidRDefault="0077642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77642F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S</w:t>
      </w:r>
      <w:r w:rsidR="006B101F">
        <w:rPr>
          <w:rFonts w:ascii="Times New Roman" w:hAnsi="Times New Roman" w:cs="Times New Roman"/>
          <w:b/>
          <w:bCs/>
          <w:sz w:val="24"/>
          <w:szCs w:val="24"/>
          <w:lang w:val="en-GB"/>
        </w:rPr>
        <w:t>5</w:t>
      </w:r>
      <w:r w:rsidRPr="0077642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Pr="0077642F">
        <w:rPr>
          <w:rFonts w:ascii="Times New Roman" w:hAnsi="Times New Roman" w:cs="Times New Roman"/>
          <w:sz w:val="24"/>
          <w:szCs w:val="24"/>
          <w:lang w:val="en-GB"/>
        </w:rPr>
        <w:t xml:space="preserve">Bacterial ASVs significantly enriched (positive log2FC values) or depleted (negative log2FC values) 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SF-fed mice with pasteurised </w:t>
      </w:r>
      <w:r w:rsidRPr="0077642F">
        <w:rPr>
          <w:rFonts w:ascii="Times New Roman" w:hAnsi="Times New Roman" w:cs="Times New Roman"/>
          <w:i/>
          <w:iCs/>
          <w:sz w:val="24"/>
          <w:szCs w:val="24"/>
          <w:lang w:val="en-GB"/>
        </w:rPr>
        <w:t>Akkermanisa muniphila</w:t>
      </w:r>
      <w:r w:rsidRPr="0077642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supplementation</w:t>
      </w:r>
      <w:r w:rsidRPr="0077642F">
        <w:rPr>
          <w:rFonts w:ascii="Times New Roman" w:hAnsi="Times New Roman" w:cs="Times New Roman"/>
          <w:sz w:val="24"/>
          <w:szCs w:val="24"/>
          <w:lang w:val="en-GB"/>
        </w:rPr>
        <w:t xml:space="preserve"> compared with </w:t>
      </w:r>
      <w:r>
        <w:rPr>
          <w:rFonts w:ascii="Times New Roman" w:hAnsi="Times New Roman" w:cs="Times New Roman"/>
          <w:sz w:val="24"/>
          <w:szCs w:val="24"/>
          <w:lang w:val="en-GB"/>
        </w:rPr>
        <w:t>SD-fed mice</w:t>
      </w:r>
      <w:r w:rsidRPr="0077642F">
        <w:rPr>
          <w:rFonts w:ascii="Times New Roman" w:hAnsi="Times New Roman" w:cs="Times New Roman"/>
          <w:sz w:val="24"/>
          <w:szCs w:val="24"/>
          <w:lang w:val="en-GB"/>
        </w:rPr>
        <w:t xml:space="preserve"> used as control</w:t>
      </w:r>
      <w:r w:rsidR="00D518C3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77642F">
        <w:rPr>
          <w:rFonts w:ascii="Times New Roman" w:hAnsi="Times New Roman" w:cs="Times New Roman"/>
          <w:sz w:val="24"/>
          <w:szCs w:val="24"/>
          <w:lang w:val="en-GB"/>
        </w:rPr>
        <w:t>. LogCPM: log counts per million; FDR: False Discovery Rate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01"/>
        <w:gridCol w:w="1814"/>
        <w:gridCol w:w="1395"/>
        <w:gridCol w:w="1683"/>
        <w:gridCol w:w="1683"/>
        <w:gridCol w:w="1611"/>
        <w:gridCol w:w="1245"/>
        <w:gridCol w:w="1448"/>
        <w:gridCol w:w="2324"/>
        <w:gridCol w:w="2411"/>
        <w:gridCol w:w="2411"/>
        <w:gridCol w:w="1936"/>
      </w:tblGrid>
      <w:tr w:rsidR="0077642F" w14:paraId="36608032" w14:textId="77777777" w:rsidTr="00A815C0">
        <w:tc>
          <w:tcPr>
            <w:tcW w:w="2501" w:type="dxa"/>
            <w:shd w:val="clear" w:color="auto" w:fill="1F3864"/>
          </w:tcPr>
          <w:p w14:paraId="0390616A" w14:textId="77777777" w:rsidR="0077642F" w:rsidRDefault="0077642F">
            <w:pPr>
              <w:jc w:val="center"/>
            </w:pPr>
            <w:r>
              <w:rPr>
                <w:b/>
                <w:color w:val="FFFFFF"/>
                <w:sz w:val="14"/>
              </w:rPr>
              <w:t>FeatureID</w:t>
            </w:r>
          </w:p>
        </w:tc>
        <w:tc>
          <w:tcPr>
            <w:tcW w:w="1814" w:type="dxa"/>
            <w:shd w:val="clear" w:color="auto" w:fill="1F3864"/>
          </w:tcPr>
          <w:p w14:paraId="54F5D5E8" w14:textId="77777777" w:rsidR="0077642F" w:rsidRDefault="0077642F">
            <w:pPr>
              <w:jc w:val="center"/>
            </w:pPr>
            <w:r>
              <w:rPr>
                <w:b/>
                <w:color w:val="FFFFFF"/>
                <w:sz w:val="14"/>
              </w:rPr>
              <w:t>logFC</w:t>
            </w:r>
          </w:p>
        </w:tc>
        <w:tc>
          <w:tcPr>
            <w:tcW w:w="1395" w:type="dxa"/>
            <w:shd w:val="clear" w:color="auto" w:fill="1F3864"/>
          </w:tcPr>
          <w:p w14:paraId="761BFA2C" w14:textId="77777777" w:rsidR="0077642F" w:rsidRDefault="0077642F">
            <w:pPr>
              <w:jc w:val="center"/>
            </w:pPr>
            <w:r>
              <w:rPr>
                <w:b/>
                <w:color w:val="FFFFFF"/>
                <w:sz w:val="14"/>
              </w:rPr>
              <w:t>logCPM</w:t>
            </w:r>
          </w:p>
        </w:tc>
        <w:tc>
          <w:tcPr>
            <w:tcW w:w="1683" w:type="dxa"/>
            <w:shd w:val="clear" w:color="auto" w:fill="1F3864"/>
          </w:tcPr>
          <w:p w14:paraId="2A596279" w14:textId="77777777" w:rsidR="0077642F" w:rsidRDefault="0077642F">
            <w:pPr>
              <w:jc w:val="center"/>
            </w:pPr>
            <w:r>
              <w:rPr>
                <w:b/>
                <w:color w:val="FFFFFF"/>
                <w:sz w:val="14"/>
              </w:rPr>
              <w:t>F</w:t>
            </w:r>
          </w:p>
        </w:tc>
        <w:tc>
          <w:tcPr>
            <w:tcW w:w="1683" w:type="dxa"/>
            <w:shd w:val="clear" w:color="auto" w:fill="1F3864"/>
          </w:tcPr>
          <w:p w14:paraId="4223726E" w14:textId="77777777" w:rsidR="0077642F" w:rsidRDefault="0077642F">
            <w:pPr>
              <w:jc w:val="center"/>
            </w:pPr>
            <w:r>
              <w:rPr>
                <w:b/>
                <w:color w:val="FFFFFF"/>
                <w:sz w:val="14"/>
              </w:rPr>
              <w:t>PValue</w:t>
            </w:r>
          </w:p>
        </w:tc>
        <w:tc>
          <w:tcPr>
            <w:tcW w:w="1611" w:type="dxa"/>
            <w:shd w:val="clear" w:color="auto" w:fill="1F3864"/>
          </w:tcPr>
          <w:p w14:paraId="64E9C1D2" w14:textId="77777777" w:rsidR="0077642F" w:rsidRDefault="0077642F">
            <w:pPr>
              <w:jc w:val="center"/>
            </w:pPr>
            <w:r>
              <w:rPr>
                <w:b/>
                <w:color w:val="FFFFFF"/>
                <w:sz w:val="14"/>
              </w:rPr>
              <w:t>FDR</w:t>
            </w:r>
          </w:p>
        </w:tc>
        <w:tc>
          <w:tcPr>
            <w:tcW w:w="1245" w:type="dxa"/>
            <w:shd w:val="clear" w:color="auto" w:fill="1F3864"/>
          </w:tcPr>
          <w:p w14:paraId="6056A8E1" w14:textId="77777777" w:rsidR="0077642F" w:rsidRPr="0077642F" w:rsidRDefault="0077642F">
            <w:pPr>
              <w:jc w:val="center"/>
            </w:pPr>
            <w:r w:rsidRPr="0077642F">
              <w:rPr>
                <w:b/>
                <w:color w:val="FFFFFF"/>
                <w:sz w:val="14"/>
              </w:rPr>
              <w:t>Phylum</w:t>
            </w:r>
          </w:p>
        </w:tc>
        <w:tc>
          <w:tcPr>
            <w:tcW w:w="1448" w:type="dxa"/>
            <w:shd w:val="clear" w:color="auto" w:fill="1F3864"/>
          </w:tcPr>
          <w:p w14:paraId="77999813" w14:textId="77777777" w:rsidR="0077642F" w:rsidRPr="0077642F" w:rsidRDefault="0077642F">
            <w:pPr>
              <w:jc w:val="center"/>
            </w:pPr>
            <w:r w:rsidRPr="0077642F">
              <w:rPr>
                <w:b/>
                <w:color w:val="FFFFFF"/>
                <w:sz w:val="14"/>
              </w:rPr>
              <w:t>Class</w:t>
            </w:r>
          </w:p>
        </w:tc>
        <w:tc>
          <w:tcPr>
            <w:tcW w:w="2324" w:type="dxa"/>
            <w:shd w:val="clear" w:color="auto" w:fill="1F3864"/>
          </w:tcPr>
          <w:p w14:paraId="5A6C1706" w14:textId="77777777" w:rsidR="0077642F" w:rsidRPr="0077642F" w:rsidRDefault="0077642F">
            <w:pPr>
              <w:jc w:val="center"/>
            </w:pPr>
            <w:r w:rsidRPr="0077642F">
              <w:rPr>
                <w:b/>
                <w:color w:val="FFFFFF"/>
                <w:sz w:val="14"/>
              </w:rPr>
              <w:t>Order</w:t>
            </w:r>
          </w:p>
        </w:tc>
        <w:tc>
          <w:tcPr>
            <w:tcW w:w="2411" w:type="dxa"/>
            <w:shd w:val="clear" w:color="auto" w:fill="1F3864"/>
          </w:tcPr>
          <w:p w14:paraId="7FBC2069" w14:textId="77777777" w:rsidR="0077642F" w:rsidRPr="0077642F" w:rsidRDefault="0077642F">
            <w:pPr>
              <w:jc w:val="center"/>
            </w:pPr>
            <w:r w:rsidRPr="0077642F">
              <w:rPr>
                <w:b/>
                <w:color w:val="FFFFFF"/>
                <w:sz w:val="14"/>
              </w:rPr>
              <w:t>Family</w:t>
            </w:r>
          </w:p>
        </w:tc>
        <w:tc>
          <w:tcPr>
            <w:tcW w:w="2411" w:type="dxa"/>
            <w:shd w:val="clear" w:color="auto" w:fill="1F3864"/>
          </w:tcPr>
          <w:p w14:paraId="6F34572D" w14:textId="77777777" w:rsidR="0077642F" w:rsidRPr="0077642F" w:rsidRDefault="0077642F">
            <w:pPr>
              <w:jc w:val="center"/>
            </w:pPr>
            <w:r w:rsidRPr="0077642F">
              <w:rPr>
                <w:b/>
                <w:color w:val="FFFFFF"/>
                <w:sz w:val="14"/>
              </w:rPr>
              <w:t>Genus</w:t>
            </w:r>
          </w:p>
        </w:tc>
        <w:tc>
          <w:tcPr>
            <w:tcW w:w="1936" w:type="dxa"/>
            <w:shd w:val="clear" w:color="auto" w:fill="1F3864"/>
          </w:tcPr>
          <w:p w14:paraId="46013D14" w14:textId="77777777" w:rsidR="0077642F" w:rsidRPr="0077642F" w:rsidRDefault="0077642F">
            <w:pPr>
              <w:jc w:val="center"/>
            </w:pPr>
            <w:r w:rsidRPr="0077642F">
              <w:rPr>
                <w:b/>
                <w:color w:val="FFFFFF"/>
                <w:sz w:val="14"/>
              </w:rPr>
              <w:t>Species</w:t>
            </w:r>
          </w:p>
        </w:tc>
      </w:tr>
      <w:tr w:rsidR="0077642F" w14:paraId="638B8DF1" w14:textId="77777777" w:rsidTr="00A815C0">
        <w:tc>
          <w:tcPr>
            <w:tcW w:w="2501" w:type="dxa"/>
            <w:shd w:val="clear" w:color="auto" w:fill="F2F2F2"/>
          </w:tcPr>
          <w:p w14:paraId="2F22C5CC" w14:textId="77777777" w:rsidR="0077642F" w:rsidRDefault="0077642F">
            <w:r>
              <w:rPr>
                <w:sz w:val="13"/>
              </w:rPr>
              <w:t>d6f6819315230e8d29170aa908269c34</w:t>
            </w:r>
          </w:p>
        </w:tc>
        <w:tc>
          <w:tcPr>
            <w:tcW w:w="1814" w:type="dxa"/>
            <w:shd w:val="clear" w:color="auto" w:fill="F2F2F2"/>
          </w:tcPr>
          <w:p w14:paraId="640AEF76" w14:textId="77777777" w:rsidR="0077642F" w:rsidRDefault="0077642F">
            <w:r>
              <w:rPr>
                <w:sz w:val="13"/>
              </w:rPr>
              <w:t>10.25997164666898</w:t>
            </w:r>
          </w:p>
        </w:tc>
        <w:tc>
          <w:tcPr>
            <w:tcW w:w="1395" w:type="dxa"/>
            <w:shd w:val="clear" w:color="auto" w:fill="F2F2F2"/>
          </w:tcPr>
          <w:p w14:paraId="12915F3B" w14:textId="77777777" w:rsidR="0077642F" w:rsidRDefault="0077642F">
            <w:r>
              <w:rPr>
                <w:sz w:val="13"/>
              </w:rPr>
              <w:t>13.58791836269049</w:t>
            </w:r>
          </w:p>
        </w:tc>
        <w:tc>
          <w:tcPr>
            <w:tcW w:w="1683" w:type="dxa"/>
            <w:shd w:val="clear" w:color="auto" w:fill="F2F2F2"/>
          </w:tcPr>
          <w:p w14:paraId="6DFF1A58" w14:textId="77777777" w:rsidR="0077642F" w:rsidRDefault="0077642F">
            <w:r>
              <w:rPr>
                <w:sz w:val="13"/>
              </w:rPr>
              <w:t>101.3578992521747</w:t>
            </w:r>
          </w:p>
        </w:tc>
        <w:tc>
          <w:tcPr>
            <w:tcW w:w="1683" w:type="dxa"/>
            <w:shd w:val="clear" w:color="auto" w:fill="F2F2F2"/>
          </w:tcPr>
          <w:p w14:paraId="6EA29FD9" w14:textId="77777777" w:rsidR="0077642F" w:rsidRDefault="0077642F">
            <w:r>
              <w:rPr>
                <w:sz w:val="13"/>
              </w:rPr>
              <w:t>6.418762849553457e-05</w:t>
            </w:r>
          </w:p>
        </w:tc>
        <w:tc>
          <w:tcPr>
            <w:tcW w:w="1611" w:type="dxa"/>
            <w:shd w:val="clear" w:color="auto" w:fill="F2F2F2"/>
          </w:tcPr>
          <w:p w14:paraId="6FDB27AA" w14:textId="77777777" w:rsidR="0077642F" w:rsidRDefault="0077642F">
            <w:r>
              <w:rPr>
                <w:sz w:val="13"/>
              </w:rPr>
              <w:t>0.00606550264022912</w:t>
            </w:r>
          </w:p>
        </w:tc>
        <w:tc>
          <w:tcPr>
            <w:tcW w:w="1245" w:type="dxa"/>
            <w:shd w:val="clear" w:color="auto" w:fill="F2F2F2"/>
          </w:tcPr>
          <w:p w14:paraId="6215F01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EA99DF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C1D07B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10BE816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7777188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2EF57B5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0153DEC1" w14:textId="77777777" w:rsidTr="00A815C0">
        <w:tc>
          <w:tcPr>
            <w:tcW w:w="2501" w:type="dxa"/>
            <w:shd w:val="clear" w:color="auto" w:fill="FFFFFF"/>
          </w:tcPr>
          <w:p w14:paraId="7BD1546D" w14:textId="77777777" w:rsidR="0077642F" w:rsidRDefault="0077642F">
            <w:r>
              <w:rPr>
                <w:sz w:val="13"/>
              </w:rPr>
              <w:t>1741291fad0df0985032a4bf29394deb</w:t>
            </w:r>
          </w:p>
        </w:tc>
        <w:tc>
          <w:tcPr>
            <w:tcW w:w="1814" w:type="dxa"/>
            <w:shd w:val="clear" w:color="auto" w:fill="FFFFFF"/>
          </w:tcPr>
          <w:p w14:paraId="28A0DFCC" w14:textId="77777777" w:rsidR="0077642F" w:rsidRDefault="0077642F">
            <w:r>
              <w:rPr>
                <w:sz w:val="13"/>
              </w:rPr>
              <w:t>-10.3986967566068</w:t>
            </w:r>
          </w:p>
        </w:tc>
        <w:tc>
          <w:tcPr>
            <w:tcW w:w="1395" w:type="dxa"/>
            <w:shd w:val="clear" w:color="auto" w:fill="FFFFFF"/>
          </w:tcPr>
          <w:p w14:paraId="3EB654E0" w14:textId="77777777" w:rsidR="0077642F" w:rsidRDefault="0077642F">
            <w:r>
              <w:rPr>
                <w:sz w:val="13"/>
              </w:rPr>
              <w:t>13.72185385823305</w:t>
            </w:r>
          </w:p>
        </w:tc>
        <w:tc>
          <w:tcPr>
            <w:tcW w:w="1683" w:type="dxa"/>
            <w:shd w:val="clear" w:color="auto" w:fill="FFFFFF"/>
          </w:tcPr>
          <w:p w14:paraId="73E2DEF4" w14:textId="77777777" w:rsidR="0077642F" w:rsidRDefault="0077642F">
            <w:r>
              <w:rPr>
                <w:sz w:val="13"/>
              </w:rPr>
              <w:t>95.9177310867004</w:t>
            </w:r>
          </w:p>
        </w:tc>
        <w:tc>
          <w:tcPr>
            <w:tcW w:w="1683" w:type="dxa"/>
            <w:shd w:val="clear" w:color="auto" w:fill="FFFFFF"/>
          </w:tcPr>
          <w:p w14:paraId="61901EB7" w14:textId="77777777" w:rsidR="0077642F" w:rsidRDefault="0077642F">
            <w:r>
              <w:rPr>
                <w:sz w:val="13"/>
              </w:rPr>
              <w:t>7.488274864480395e-05</w:t>
            </w:r>
          </w:p>
        </w:tc>
        <w:tc>
          <w:tcPr>
            <w:tcW w:w="1611" w:type="dxa"/>
            <w:shd w:val="clear" w:color="auto" w:fill="FFFFFF"/>
          </w:tcPr>
          <w:p w14:paraId="70F737DB" w14:textId="77777777" w:rsidR="0077642F" w:rsidRDefault="0077642F">
            <w:r>
              <w:rPr>
                <w:sz w:val="13"/>
              </w:rPr>
              <w:t>0.00606550264022912</w:t>
            </w:r>
          </w:p>
        </w:tc>
        <w:tc>
          <w:tcPr>
            <w:tcW w:w="1245" w:type="dxa"/>
            <w:shd w:val="clear" w:color="auto" w:fill="FFFFFF"/>
          </w:tcPr>
          <w:p w14:paraId="0528966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011F686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2CF60A7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75FC748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710E9F8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590B608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37B022CC" w14:textId="77777777" w:rsidTr="00A815C0">
        <w:tc>
          <w:tcPr>
            <w:tcW w:w="2501" w:type="dxa"/>
            <w:shd w:val="clear" w:color="auto" w:fill="F2F2F2"/>
          </w:tcPr>
          <w:p w14:paraId="09954D89" w14:textId="77777777" w:rsidR="0077642F" w:rsidRDefault="0077642F">
            <w:r>
              <w:rPr>
                <w:sz w:val="13"/>
              </w:rPr>
              <w:t>e94a9da4bdf2d1d6fd8b6216ea53a5ab</w:t>
            </w:r>
          </w:p>
        </w:tc>
        <w:tc>
          <w:tcPr>
            <w:tcW w:w="1814" w:type="dxa"/>
            <w:shd w:val="clear" w:color="auto" w:fill="F2F2F2"/>
          </w:tcPr>
          <w:p w14:paraId="3FCC35D2" w14:textId="77777777" w:rsidR="0077642F" w:rsidRDefault="0077642F">
            <w:r>
              <w:rPr>
                <w:sz w:val="13"/>
              </w:rPr>
              <w:t>-10.45023603252478</w:t>
            </w:r>
          </w:p>
        </w:tc>
        <w:tc>
          <w:tcPr>
            <w:tcW w:w="1395" w:type="dxa"/>
            <w:shd w:val="clear" w:color="auto" w:fill="F2F2F2"/>
          </w:tcPr>
          <w:p w14:paraId="18398F59" w14:textId="77777777" w:rsidR="0077642F" w:rsidRDefault="0077642F">
            <w:r>
              <w:rPr>
                <w:sz w:val="13"/>
              </w:rPr>
              <w:t>13.77230142120082</w:t>
            </w:r>
          </w:p>
        </w:tc>
        <w:tc>
          <w:tcPr>
            <w:tcW w:w="1683" w:type="dxa"/>
            <w:shd w:val="clear" w:color="auto" w:fill="F2F2F2"/>
          </w:tcPr>
          <w:p w14:paraId="733D013A" w14:textId="77777777" w:rsidR="0077642F" w:rsidRDefault="0077642F">
            <w:r>
              <w:rPr>
                <w:sz w:val="13"/>
              </w:rPr>
              <w:t>72.38528702755761</w:t>
            </w:r>
          </w:p>
        </w:tc>
        <w:tc>
          <w:tcPr>
            <w:tcW w:w="1683" w:type="dxa"/>
            <w:shd w:val="clear" w:color="auto" w:fill="F2F2F2"/>
          </w:tcPr>
          <w:p w14:paraId="0664FB3F" w14:textId="77777777" w:rsidR="0077642F" w:rsidRDefault="0077642F">
            <w:r>
              <w:rPr>
                <w:sz w:val="13"/>
              </w:rPr>
              <w:t>0.0001630432085176791</w:t>
            </w:r>
          </w:p>
        </w:tc>
        <w:tc>
          <w:tcPr>
            <w:tcW w:w="1611" w:type="dxa"/>
            <w:shd w:val="clear" w:color="auto" w:fill="F2F2F2"/>
          </w:tcPr>
          <w:p w14:paraId="6B074606" w14:textId="77777777" w:rsidR="0077642F" w:rsidRDefault="0077642F">
            <w:r>
              <w:rPr>
                <w:sz w:val="13"/>
              </w:rPr>
              <w:t>0.008646699672219621</w:t>
            </w:r>
          </w:p>
        </w:tc>
        <w:tc>
          <w:tcPr>
            <w:tcW w:w="1245" w:type="dxa"/>
            <w:shd w:val="clear" w:color="auto" w:fill="F2F2F2"/>
          </w:tcPr>
          <w:p w14:paraId="1D8E095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D09C05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Bacilli</w:t>
            </w:r>
          </w:p>
        </w:tc>
        <w:tc>
          <w:tcPr>
            <w:tcW w:w="2324" w:type="dxa"/>
            <w:shd w:val="clear" w:color="auto" w:fill="F2F2F2"/>
          </w:tcPr>
          <w:p w14:paraId="2A2408F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Lactobacillales</w:t>
            </w:r>
          </w:p>
        </w:tc>
        <w:tc>
          <w:tcPr>
            <w:tcW w:w="2411" w:type="dxa"/>
            <w:shd w:val="clear" w:color="auto" w:fill="F2F2F2"/>
          </w:tcPr>
          <w:p w14:paraId="4377E8D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Lactobacillaceae</w:t>
            </w:r>
          </w:p>
        </w:tc>
        <w:tc>
          <w:tcPr>
            <w:tcW w:w="2411" w:type="dxa"/>
            <w:shd w:val="clear" w:color="auto" w:fill="F2F2F2"/>
          </w:tcPr>
          <w:p w14:paraId="6A2C00B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Lactobacillus</w:t>
            </w:r>
          </w:p>
        </w:tc>
        <w:tc>
          <w:tcPr>
            <w:tcW w:w="1936" w:type="dxa"/>
            <w:shd w:val="clear" w:color="auto" w:fill="F2F2F2"/>
          </w:tcPr>
          <w:p w14:paraId="3523E49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662982EA" w14:textId="77777777" w:rsidTr="00A815C0">
        <w:tc>
          <w:tcPr>
            <w:tcW w:w="2501" w:type="dxa"/>
            <w:shd w:val="clear" w:color="auto" w:fill="FFFFFF"/>
          </w:tcPr>
          <w:p w14:paraId="7B33AC78" w14:textId="77777777" w:rsidR="0077642F" w:rsidRDefault="0077642F">
            <w:r>
              <w:rPr>
                <w:sz w:val="13"/>
              </w:rPr>
              <w:t>1de19b0d7a171cdd32b4dff524e87db2</w:t>
            </w:r>
          </w:p>
        </w:tc>
        <w:tc>
          <w:tcPr>
            <w:tcW w:w="1814" w:type="dxa"/>
            <w:shd w:val="clear" w:color="auto" w:fill="FFFFFF"/>
          </w:tcPr>
          <w:p w14:paraId="086C78EC" w14:textId="77777777" w:rsidR="0077642F" w:rsidRDefault="0077642F">
            <w:r>
              <w:rPr>
                <w:sz w:val="13"/>
              </w:rPr>
              <w:t>-3.269868857667948</w:t>
            </w:r>
          </w:p>
        </w:tc>
        <w:tc>
          <w:tcPr>
            <w:tcW w:w="1395" w:type="dxa"/>
            <w:shd w:val="clear" w:color="auto" w:fill="FFFFFF"/>
          </w:tcPr>
          <w:p w14:paraId="4467BCFE" w14:textId="77777777" w:rsidR="0077642F" w:rsidRDefault="0077642F">
            <w:r>
              <w:rPr>
                <w:sz w:val="13"/>
              </w:rPr>
              <w:t>14.62092361132976</w:t>
            </w:r>
          </w:p>
        </w:tc>
        <w:tc>
          <w:tcPr>
            <w:tcW w:w="1683" w:type="dxa"/>
            <w:shd w:val="clear" w:color="auto" w:fill="FFFFFF"/>
          </w:tcPr>
          <w:p w14:paraId="5ACA2C25" w14:textId="77777777" w:rsidR="0077642F" w:rsidRDefault="0077642F">
            <w:r>
              <w:rPr>
                <w:sz w:val="13"/>
              </w:rPr>
              <w:t>39.24208987422213</w:t>
            </w:r>
          </w:p>
        </w:tc>
        <w:tc>
          <w:tcPr>
            <w:tcW w:w="1683" w:type="dxa"/>
            <w:shd w:val="clear" w:color="auto" w:fill="FFFFFF"/>
          </w:tcPr>
          <w:p w14:paraId="190C7969" w14:textId="77777777" w:rsidR="0077642F" w:rsidRDefault="0077642F">
            <w:r>
              <w:rPr>
                <w:sz w:val="13"/>
              </w:rPr>
              <w:t>0.0002459060909777641</w:t>
            </w:r>
          </w:p>
        </w:tc>
        <w:tc>
          <w:tcPr>
            <w:tcW w:w="1611" w:type="dxa"/>
            <w:shd w:val="clear" w:color="auto" w:fill="FFFFFF"/>
          </w:tcPr>
          <w:p w14:paraId="0E9A6F30" w14:textId="77777777" w:rsidR="0077642F" w:rsidRDefault="0077642F">
            <w:r>
              <w:rPr>
                <w:sz w:val="13"/>
              </w:rPr>
              <w:t>0.008646699672219621</w:t>
            </w:r>
          </w:p>
        </w:tc>
        <w:tc>
          <w:tcPr>
            <w:tcW w:w="1245" w:type="dxa"/>
            <w:shd w:val="clear" w:color="auto" w:fill="FFFFFF"/>
          </w:tcPr>
          <w:p w14:paraId="33C0434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Actinobacteriota</w:t>
            </w:r>
          </w:p>
        </w:tc>
        <w:tc>
          <w:tcPr>
            <w:tcW w:w="1448" w:type="dxa"/>
            <w:shd w:val="clear" w:color="auto" w:fill="FFFFFF"/>
          </w:tcPr>
          <w:p w14:paraId="71E2974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Actinobacteria</w:t>
            </w:r>
          </w:p>
        </w:tc>
        <w:tc>
          <w:tcPr>
            <w:tcW w:w="2324" w:type="dxa"/>
            <w:shd w:val="clear" w:color="auto" w:fill="FFFFFF"/>
          </w:tcPr>
          <w:p w14:paraId="1CD30C8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Bifidobacteriales</w:t>
            </w:r>
          </w:p>
        </w:tc>
        <w:tc>
          <w:tcPr>
            <w:tcW w:w="2411" w:type="dxa"/>
            <w:shd w:val="clear" w:color="auto" w:fill="FFFFFF"/>
          </w:tcPr>
          <w:p w14:paraId="6794BA0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Bifidobacteriaceae</w:t>
            </w:r>
          </w:p>
        </w:tc>
        <w:tc>
          <w:tcPr>
            <w:tcW w:w="2411" w:type="dxa"/>
            <w:shd w:val="clear" w:color="auto" w:fill="FFFFFF"/>
          </w:tcPr>
          <w:p w14:paraId="4FB0E18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Bifidobacterium</w:t>
            </w:r>
          </w:p>
        </w:tc>
        <w:tc>
          <w:tcPr>
            <w:tcW w:w="1936" w:type="dxa"/>
            <w:shd w:val="clear" w:color="auto" w:fill="FFFFFF"/>
          </w:tcPr>
          <w:p w14:paraId="4FC9BD9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Bifidobacterium_pseudolongum</w:t>
            </w:r>
          </w:p>
        </w:tc>
      </w:tr>
      <w:tr w:rsidR="0077642F" w14:paraId="69911E3E" w14:textId="77777777" w:rsidTr="00A815C0">
        <w:tc>
          <w:tcPr>
            <w:tcW w:w="2501" w:type="dxa"/>
            <w:shd w:val="clear" w:color="auto" w:fill="F2F2F2"/>
          </w:tcPr>
          <w:p w14:paraId="61904537" w14:textId="77777777" w:rsidR="0077642F" w:rsidRDefault="0077642F">
            <w:r>
              <w:rPr>
                <w:sz w:val="13"/>
              </w:rPr>
              <w:t>b6c1a8ba78f65c4a4e96627ccc53ac86</w:t>
            </w:r>
          </w:p>
        </w:tc>
        <w:tc>
          <w:tcPr>
            <w:tcW w:w="1814" w:type="dxa"/>
            <w:shd w:val="clear" w:color="auto" w:fill="F2F2F2"/>
          </w:tcPr>
          <w:p w14:paraId="76BC32A2" w14:textId="77777777" w:rsidR="0077642F" w:rsidRDefault="0077642F">
            <w:r>
              <w:rPr>
                <w:sz w:val="13"/>
              </w:rPr>
              <w:t>-11.57844586137491</w:t>
            </w:r>
          </w:p>
        </w:tc>
        <w:tc>
          <w:tcPr>
            <w:tcW w:w="1395" w:type="dxa"/>
            <w:shd w:val="clear" w:color="auto" w:fill="F2F2F2"/>
          </w:tcPr>
          <w:p w14:paraId="2CEF6105" w14:textId="77777777" w:rsidR="0077642F" w:rsidRDefault="0077642F">
            <w:r>
              <w:rPr>
                <w:sz w:val="13"/>
              </w:rPr>
              <w:t>14.88379581189949</w:t>
            </w:r>
          </w:p>
        </w:tc>
        <w:tc>
          <w:tcPr>
            <w:tcW w:w="1683" w:type="dxa"/>
            <w:shd w:val="clear" w:color="auto" w:fill="F2F2F2"/>
          </w:tcPr>
          <w:p w14:paraId="7669D381" w14:textId="77777777" w:rsidR="0077642F" w:rsidRDefault="0077642F">
            <w:r>
              <w:rPr>
                <w:sz w:val="13"/>
              </w:rPr>
              <w:t>60.31498206334594</w:t>
            </w:r>
          </w:p>
        </w:tc>
        <w:tc>
          <w:tcPr>
            <w:tcW w:w="1683" w:type="dxa"/>
            <w:shd w:val="clear" w:color="auto" w:fill="F2F2F2"/>
          </w:tcPr>
          <w:p w14:paraId="54E40222" w14:textId="77777777" w:rsidR="0077642F" w:rsidRDefault="0077642F">
            <w:r>
              <w:rPr>
                <w:sz w:val="13"/>
              </w:rPr>
              <w:t>0.0002684679874458303</w:t>
            </w:r>
          </w:p>
        </w:tc>
        <w:tc>
          <w:tcPr>
            <w:tcW w:w="1611" w:type="dxa"/>
            <w:shd w:val="clear" w:color="auto" w:fill="F2F2F2"/>
          </w:tcPr>
          <w:p w14:paraId="4A32BF5F" w14:textId="77777777" w:rsidR="0077642F" w:rsidRDefault="0077642F">
            <w:r>
              <w:rPr>
                <w:sz w:val="13"/>
              </w:rPr>
              <w:t>0.008646699672219621</w:t>
            </w:r>
          </w:p>
        </w:tc>
        <w:tc>
          <w:tcPr>
            <w:tcW w:w="1245" w:type="dxa"/>
            <w:shd w:val="clear" w:color="auto" w:fill="F2F2F2"/>
          </w:tcPr>
          <w:p w14:paraId="34B6D05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464147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Bacilli</w:t>
            </w:r>
          </w:p>
        </w:tc>
        <w:tc>
          <w:tcPr>
            <w:tcW w:w="2324" w:type="dxa"/>
            <w:shd w:val="clear" w:color="auto" w:fill="F2F2F2"/>
          </w:tcPr>
          <w:p w14:paraId="6E71F82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Lactobacillales</w:t>
            </w:r>
          </w:p>
        </w:tc>
        <w:tc>
          <w:tcPr>
            <w:tcW w:w="2411" w:type="dxa"/>
            <w:shd w:val="clear" w:color="auto" w:fill="F2F2F2"/>
          </w:tcPr>
          <w:p w14:paraId="254A426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Lactobacillaceae</w:t>
            </w:r>
          </w:p>
        </w:tc>
        <w:tc>
          <w:tcPr>
            <w:tcW w:w="2411" w:type="dxa"/>
            <w:shd w:val="clear" w:color="auto" w:fill="F2F2F2"/>
          </w:tcPr>
          <w:p w14:paraId="2CE2D0B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Lactobacillus</w:t>
            </w:r>
          </w:p>
        </w:tc>
        <w:tc>
          <w:tcPr>
            <w:tcW w:w="1936" w:type="dxa"/>
            <w:shd w:val="clear" w:color="auto" w:fill="F2F2F2"/>
          </w:tcPr>
          <w:p w14:paraId="146E187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Lactobacillus_johnsonii</w:t>
            </w:r>
          </w:p>
        </w:tc>
      </w:tr>
      <w:tr w:rsidR="0077642F" w14:paraId="3097733D" w14:textId="77777777" w:rsidTr="00A815C0">
        <w:tc>
          <w:tcPr>
            <w:tcW w:w="2501" w:type="dxa"/>
            <w:shd w:val="clear" w:color="auto" w:fill="FFFFFF"/>
          </w:tcPr>
          <w:p w14:paraId="7F422076" w14:textId="77777777" w:rsidR="0077642F" w:rsidRDefault="0077642F">
            <w:r>
              <w:rPr>
                <w:sz w:val="13"/>
              </w:rPr>
              <w:t>13dc4a339d045155045a007dd6f805a3</w:t>
            </w:r>
          </w:p>
        </w:tc>
        <w:tc>
          <w:tcPr>
            <w:tcW w:w="1814" w:type="dxa"/>
            <w:shd w:val="clear" w:color="auto" w:fill="FFFFFF"/>
          </w:tcPr>
          <w:p w14:paraId="26E45D4F" w14:textId="77777777" w:rsidR="0077642F" w:rsidRDefault="0077642F">
            <w:r>
              <w:rPr>
                <w:sz w:val="13"/>
              </w:rPr>
              <w:t>-7.850582330406254</w:t>
            </w:r>
          </w:p>
        </w:tc>
        <w:tc>
          <w:tcPr>
            <w:tcW w:w="1395" w:type="dxa"/>
            <w:shd w:val="clear" w:color="auto" w:fill="FFFFFF"/>
          </w:tcPr>
          <w:p w14:paraId="21DC5EB7" w14:textId="77777777" w:rsidR="0077642F" w:rsidRDefault="0077642F">
            <w:r>
              <w:rPr>
                <w:sz w:val="13"/>
              </w:rPr>
              <w:t>15.29976457482036</w:t>
            </w:r>
          </w:p>
        </w:tc>
        <w:tc>
          <w:tcPr>
            <w:tcW w:w="1683" w:type="dxa"/>
            <w:shd w:val="clear" w:color="auto" w:fill="FFFFFF"/>
          </w:tcPr>
          <w:p w14:paraId="1E2A631B" w14:textId="77777777" w:rsidR="0077642F" w:rsidRDefault="0077642F">
            <w:r>
              <w:rPr>
                <w:sz w:val="13"/>
              </w:rPr>
              <w:t>28.31713161064408</w:t>
            </w:r>
          </w:p>
        </w:tc>
        <w:tc>
          <w:tcPr>
            <w:tcW w:w="1683" w:type="dxa"/>
            <w:shd w:val="clear" w:color="auto" w:fill="FFFFFF"/>
          </w:tcPr>
          <w:p w14:paraId="5B28C75E" w14:textId="77777777" w:rsidR="0077642F" w:rsidRDefault="0077642F">
            <w:r>
              <w:rPr>
                <w:sz w:val="13"/>
              </w:rPr>
              <w:t>0.0003456865203191142</w:t>
            </w:r>
          </w:p>
        </w:tc>
        <w:tc>
          <w:tcPr>
            <w:tcW w:w="1611" w:type="dxa"/>
            <w:shd w:val="clear" w:color="auto" w:fill="FFFFFF"/>
          </w:tcPr>
          <w:p w14:paraId="467542B4" w14:textId="77777777" w:rsidR="0077642F" w:rsidRDefault="0077642F">
            <w:r>
              <w:rPr>
                <w:sz w:val="13"/>
              </w:rPr>
              <w:t>0.008646699672219621</w:t>
            </w:r>
          </w:p>
        </w:tc>
        <w:tc>
          <w:tcPr>
            <w:tcW w:w="1245" w:type="dxa"/>
            <w:shd w:val="clear" w:color="auto" w:fill="FFFFFF"/>
          </w:tcPr>
          <w:p w14:paraId="0684414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1AC84F6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119BE94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2550489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13FDAAD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0590AA3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1CC5002F" w14:textId="77777777" w:rsidTr="00A815C0">
        <w:tc>
          <w:tcPr>
            <w:tcW w:w="2501" w:type="dxa"/>
            <w:shd w:val="clear" w:color="auto" w:fill="F2F2F2"/>
          </w:tcPr>
          <w:p w14:paraId="3D2CC899" w14:textId="77777777" w:rsidR="0077642F" w:rsidRDefault="0077642F">
            <w:r>
              <w:rPr>
                <w:sz w:val="13"/>
              </w:rPr>
              <w:t>89a8afa620696ecc73886b7868240e38</w:t>
            </w:r>
          </w:p>
        </w:tc>
        <w:tc>
          <w:tcPr>
            <w:tcW w:w="1814" w:type="dxa"/>
            <w:shd w:val="clear" w:color="auto" w:fill="F2F2F2"/>
          </w:tcPr>
          <w:p w14:paraId="7A185C76" w14:textId="77777777" w:rsidR="0077642F" w:rsidRDefault="0077642F">
            <w:r>
              <w:rPr>
                <w:sz w:val="13"/>
              </w:rPr>
              <w:t>9.04617099141954</w:t>
            </w:r>
          </w:p>
        </w:tc>
        <w:tc>
          <w:tcPr>
            <w:tcW w:w="1395" w:type="dxa"/>
            <w:shd w:val="clear" w:color="auto" w:fill="F2F2F2"/>
          </w:tcPr>
          <w:p w14:paraId="13A014A1" w14:textId="77777777" w:rsidR="0077642F" w:rsidRDefault="0077642F">
            <w:r>
              <w:rPr>
                <w:sz w:val="13"/>
              </w:rPr>
              <w:t>12.42138482310234</w:t>
            </w:r>
          </w:p>
        </w:tc>
        <w:tc>
          <w:tcPr>
            <w:tcW w:w="1683" w:type="dxa"/>
            <w:shd w:val="clear" w:color="auto" w:fill="F2F2F2"/>
          </w:tcPr>
          <w:p w14:paraId="7F441E68" w14:textId="77777777" w:rsidR="0077642F" w:rsidRDefault="0077642F">
            <w:r>
              <w:rPr>
                <w:sz w:val="13"/>
              </w:rPr>
              <w:t>53.09203441425042</w:t>
            </w:r>
          </w:p>
        </w:tc>
        <w:tc>
          <w:tcPr>
            <w:tcW w:w="1683" w:type="dxa"/>
            <w:shd w:val="clear" w:color="auto" w:fill="F2F2F2"/>
          </w:tcPr>
          <w:p w14:paraId="734F6547" w14:textId="77777777" w:rsidR="0077642F" w:rsidRDefault="0077642F">
            <w:r>
              <w:rPr>
                <w:sz w:val="13"/>
              </w:rPr>
              <w:t>0.0003736228253428232</w:t>
            </w:r>
          </w:p>
        </w:tc>
        <w:tc>
          <w:tcPr>
            <w:tcW w:w="1611" w:type="dxa"/>
            <w:shd w:val="clear" w:color="auto" w:fill="F2F2F2"/>
          </w:tcPr>
          <w:p w14:paraId="47ED4B68" w14:textId="77777777" w:rsidR="0077642F" w:rsidRDefault="0077642F">
            <w:r>
              <w:rPr>
                <w:sz w:val="13"/>
              </w:rPr>
              <w:t>0.008646699672219621</w:t>
            </w:r>
          </w:p>
        </w:tc>
        <w:tc>
          <w:tcPr>
            <w:tcW w:w="1245" w:type="dxa"/>
            <w:shd w:val="clear" w:color="auto" w:fill="F2F2F2"/>
          </w:tcPr>
          <w:p w14:paraId="48FB79F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2826CA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108FAC9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2F2F2"/>
          </w:tcPr>
          <w:p w14:paraId="72DD205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Ruminococcaceae</w:t>
            </w:r>
          </w:p>
        </w:tc>
        <w:tc>
          <w:tcPr>
            <w:tcW w:w="2411" w:type="dxa"/>
            <w:shd w:val="clear" w:color="auto" w:fill="F2F2F2"/>
          </w:tcPr>
          <w:p w14:paraId="282F146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Ruminococcus</w:t>
            </w:r>
          </w:p>
        </w:tc>
        <w:tc>
          <w:tcPr>
            <w:tcW w:w="1936" w:type="dxa"/>
            <w:shd w:val="clear" w:color="auto" w:fill="F2F2F2"/>
          </w:tcPr>
          <w:p w14:paraId="312FA3F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1941061B" w14:textId="77777777" w:rsidTr="00A815C0">
        <w:tc>
          <w:tcPr>
            <w:tcW w:w="2501" w:type="dxa"/>
            <w:shd w:val="clear" w:color="auto" w:fill="FFFFFF"/>
          </w:tcPr>
          <w:p w14:paraId="4CA4C43E" w14:textId="77777777" w:rsidR="0077642F" w:rsidRDefault="0077642F">
            <w:r>
              <w:rPr>
                <w:sz w:val="13"/>
              </w:rPr>
              <w:t>5cbf0b2efd8f80a169ab74ad33079e39</w:t>
            </w:r>
          </w:p>
        </w:tc>
        <w:tc>
          <w:tcPr>
            <w:tcW w:w="1814" w:type="dxa"/>
            <w:shd w:val="clear" w:color="auto" w:fill="FFFFFF"/>
          </w:tcPr>
          <w:p w14:paraId="68096F10" w14:textId="77777777" w:rsidR="0077642F" w:rsidRDefault="0077642F">
            <w:r>
              <w:rPr>
                <w:sz w:val="13"/>
              </w:rPr>
              <w:t>-8.66171480718867</w:t>
            </w:r>
          </w:p>
        </w:tc>
        <w:tc>
          <w:tcPr>
            <w:tcW w:w="1395" w:type="dxa"/>
            <w:shd w:val="clear" w:color="auto" w:fill="FFFFFF"/>
          </w:tcPr>
          <w:p w14:paraId="4CF6B245" w14:textId="77777777" w:rsidR="0077642F" w:rsidRDefault="0077642F">
            <w:r>
              <w:rPr>
                <w:sz w:val="13"/>
              </w:rPr>
              <w:t>12.05706408766992</w:t>
            </w:r>
          </w:p>
        </w:tc>
        <w:tc>
          <w:tcPr>
            <w:tcW w:w="1683" w:type="dxa"/>
            <w:shd w:val="clear" w:color="auto" w:fill="FFFFFF"/>
          </w:tcPr>
          <w:p w14:paraId="2F21EBC4" w14:textId="77777777" w:rsidR="0077642F" w:rsidRDefault="0077642F">
            <w:r>
              <w:rPr>
                <w:sz w:val="13"/>
              </w:rPr>
              <w:t>47.92761777054891</w:t>
            </w:r>
          </w:p>
        </w:tc>
        <w:tc>
          <w:tcPr>
            <w:tcW w:w="1683" w:type="dxa"/>
            <w:shd w:val="clear" w:color="auto" w:fill="FFFFFF"/>
          </w:tcPr>
          <w:p w14:paraId="435E8ADB" w14:textId="77777777" w:rsidR="0077642F" w:rsidRDefault="0077642F">
            <w:r>
              <w:rPr>
                <w:sz w:val="13"/>
              </w:rPr>
              <w:t>0.0004862534366368648</w:t>
            </w:r>
          </w:p>
        </w:tc>
        <w:tc>
          <w:tcPr>
            <w:tcW w:w="1611" w:type="dxa"/>
            <w:shd w:val="clear" w:color="auto" w:fill="FFFFFF"/>
          </w:tcPr>
          <w:p w14:paraId="1D01C66F" w14:textId="77777777" w:rsidR="0077642F" w:rsidRDefault="0077642F">
            <w:r>
              <w:rPr>
                <w:sz w:val="13"/>
              </w:rPr>
              <w:t>0.008830590551501458</w:t>
            </w:r>
          </w:p>
        </w:tc>
        <w:tc>
          <w:tcPr>
            <w:tcW w:w="1245" w:type="dxa"/>
            <w:shd w:val="clear" w:color="auto" w:fill="FFFFFF"/>
          </w:tcPr>
          <w:p w14:paraId="1E68A82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006CBB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0FC2CBA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3F0BB62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3F5728D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Roseburia</w:t>
            </w:r>
          </w:p>
        </w:tc>
        <w:tc>
          <w:tcPr>
            <w:tcW w:w="1936" w:type="dxa"/>
            <w:shd w:val="clear" w:color="auto" w:fill="FFFFFF"/>
          </w:tcPr>
          <w:p w14:paraId="0DC6AEE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53672C02" w14:textId="77777777" w:rsidTr="00A815C0">
        <w:tc>
          <w:tcPr>
            <w:tcW w:w="2501" w:type="dxa"/>
            <w:shd w:val="clear" w:color="auto" w:fill="F2F2F2"/>
          </w:tcPr>
          <w:p w14:paraId="6E93EA96" w14:textId="77777777" w:rsidR="0077642F" w:rsidRDefault="0077642F">
            <w:r>
              <w:rPr>
                <w:sz w:val="13"/>
              </w:rPr>
              <w:t>c1451b1a9a1acebd0ec2f5aca8f5cfcb</w:t>
            </w:r>
          </w:p>
        </w:tc>
        <w:tc>
          <w:tcPr>
            <w:tcW w:w="1814" w:type="dxa"/>
            <w:shd w:val="clear" w:color="auto" w:fill="F2F2F2"/>
          </w:tcPr>
          <w:p w14:paraId="3B9B5FD9" w14:textId="77777777" w:rsidR="0077642F" w:rsidRDefault="0077642F">
            <w:r>
              <w:rPr>
                <w:sz w:val="13"/>
              </w:rPr>
              <w:t>-8.753640812725882</w:t>
            </w:r>
          </w:p>
        </w:tc>
        <w:tc>
          <w:tcPr>
            <w:tcW w:w="1395" w:type="dxa"/>
            <w:shd w:val="clear" w:color="auto" w:fill="F2F2F2"/>
          </w:tcPr>
          <w:p w14:paraId="52B8DC47" w14:textId="77777777" w:rsidR="0077642F" w:rsidRDefault="0077642F">
            <w:r>
              <w:rPr>
                <w:sz w:val="13"/>
              </w:rPr>
              <w:t>12.14279029162687</w:t>
            </w:r>
          </w:p>
        </w:tc>
        <w:tc>
          <w:tcPr>
            <w:tcW w:w="1683" w:type="dxa"/>
            <w:shd w:val="clear" w:color="auto" w:fill="F2F2F2"/>
          </w:tcPr>
          <w:p w14:paraId="18E75E78" w14:textId="77777777" w:rsidR="0077642F" w:rsidRDefault="0077642F">
            <w:r>
              <w:rPr>
                <w:sz w:val="13"/>
              </w:rPr>
              <w:t>47.80848810162367</w:t>
            </w:r>
          </w:p>
        </w:tc>
        <w:tc>
          <w:tcPr>
            <w:tcW w:w="1683" w:type="dxa"/>
            <w:shd w:val="clear" w:color="auto" w:fill="F2F2F2"/>
          </w:tcPr>
          <w:p w14:paraId="7F1FF0CA" w14:textId="77777777" w:rsidR="0077642F" w:rsidRDefault="0077642F">
            <w:r>
              <w:rPr>
                <w:sz w:val="13"/>
              </w:rPr>
              <w:t>0.0004905883639723033</w:t>
            </w:r>
          </w:p>
        </w:tc>
        <w:tc>
          <w:tcPr>
            <w:tcW w:w="1611" w:type="dxa"/>
            <w:shd w:val="clear" w:color="auto" w:fill="F2F2F2"/>
          </w:tcPr>
          <w:p w14:paraId="0765755D" w14:textId="77777777" w:rsidR="0077642F" w:rsidRDefault="0077642F">
            <w:r>
              <w:rPr>
                <w:sz w:val="13"/>
              </w:rPr>
              <w:t>0.008830590551501458</w:t>
            </w:r>
          </w:p>
        </w:tc>
        <w:tc>
          <w:tcPr>
            <w:tcW w:w="1245" w:type="dxa"/>
            <w:shd w:val="clear" w:color="auto" w:fill="F2F2F2"/>
          </w:tcPr>
          <w:p w14:paraId="6A645FF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27C2C6E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7656220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2F2F2"/>
          </w:tcPr>
          <w:p w14:paraId="6165302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2F2F2"/>
          </w:tcPr>
          <w:p w14:paraId="01F5238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345FF5D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Clostridium_sp.</w:t>
            </w:r>
          </w:p>
        </w:tc>
      </w:tr>
      <w:tr w:rsidR="0077642F" w14:paraId="00A92767" w14:textId="77777777" w:rsidTr="00A815C0">
        <w:tc>
          <w:tcPr>
            <w:tcW w:w="2501" w:type="dxa"/>
            <w:shd w:val="clear" w:color="auto" w:fill="FFFFFF"/>
          </w:tcPr>
          <w:p w14:paraId="38101F6B" w14:textId="77777777" w:rsidR="0077642F" w:rsidRDefault="0077642F">
            <w:r>
              <w:rPr>
                <w:sz w:val="13"/>
              </w:rPr>
              <w:t>7f3b00b7f152b270166593dd48bb7b67</w:t>
            </w:r>
          </w:p>
        </w:tc>
        <w:tc>
          <w:tcPr>
            <w:tcW w:w="1814" w:type="dxa"/>
            <w:shd w:val="clear" w:color="auto" w:fill="FFFFFF"/>
          </w:tcPr>
          <w:p w14:paraId="5D922BC7" w14:textId="77777777" w:rsidR="0077642F" w:rsidRDefault="0077642F">
            <w:r>
              <w:rPr>
                <w:sz w:val="13"/>
              </w:rPr>
              <w:t>8.427804117396304</w:t>
            </w:r>
          </w:p>
        </w:tc>
        <w:tc>
          <w:tcPr>
            <w:tcW w:w="1395" w:type="dxa"/>
            <w:shd w:val="clear" w:color="auto" w:fill="FFFFFF"/>
          </w:tcPr>
          <w:p w14:paraId="4BA65E50" w14:textId="77777777" w:rsidR="0077642F" w:rsidRDefault="0077642F">
            <w:r>
              <w:rPr>
                <w:sz w:val="13"/>
              </w:rPr>
              <w:t>11.84602211380918</w:t>
            </w:r>
          </w:p>
        </w:tc>
        <w:tc>
          <w:tcPr>
            <w:tcW w:w="1683" w:type="dxa"/>
            <w:shd w:val="clear" w:color="auto" w:fill="FFFFFF"/>
          </w:tcPr>
          <w:p w14:paraId="487D07EA" w14:textId="77777777" w:rsidR="0077642F" w:rsidRDefault="0077642F">
            <w:r>
              <w:rPr>
                <w:sz w:val="13"/>
              </w:rPr>
              <w:t>39.78882916758297</w:t>
            </w:r>
          </w:p>
        </w:tc>
        <w:tc>
          <w:tcPr>
            <w:tcW w:w="1683" w:type="dxa"/>
            <w:shd w:val="clear" w:color="auto" w:fill="FFFFFF"/>
          </w:tcPr>
          <w:p w14:paraId="7FA58893" w14:textId="77777777" w:rsidR="0077642F" w:rsidRDefault="0077642F">
            <w:r>
              <w:rPr>
                <w:sz w:val="13"/>
              </w:rPr>
              <w:t>0.0007924600899786947</w:t>
            </w:r>
          </w:p>
        </w:tc>
        <w:tc>
          <w:tcPr>
            <w:tcW w:w="1611" w:type="dxa"/>
            <w:shd w:val="clear" w:color="auto" w:fill="FFFFFF"/>
          </w:tcPr>
          <w:p w14:paraId="0C75772D" w14:textId="77777777" w:rsidR="0077642F" w:rsidRDefault="0077642F">
            <w:r>
              <w:rPr>
                <w:sz w:val="13"/>
              </w:rPr>
              <w:t>0.01283785345765485</w:t>
            </w:r>
          </w:p>
        </w:tc>
        <w:tc>
          <w:tcPr>
            <w:tcW w:w="1245" w:type="dxa"/>
            <w:shd w:val="clear" w:color="auto" w:fill="FFFFFF"/>
          </w:tcPr>
          <w:p w14:paraId="1EDB638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6186261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7270C18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6ABC810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5CAFAE0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[Eubacterium]_xylanophilum_group</w:t>
            </w:r>
          </w:p>
        </w:tc>
        <w:tc>
          <w:tcPr>
            <w:tcW w:w="1936" w:type="dxa"/>
            <w:shd w:val="clear" w:color="auto" w:fill="FFFFFF"/>
          </w:tcPr>
          <w:p w14:paraId="5AB5433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1D6B71BE" w14:textId="77777777" w:rsidTr="00A815C0">
        <w:tc>
          <w:tcPr>
            <w:tcW w:w="2501" w:type="dxa"/>
            <w:shd w:val="clear" w:color="auto" w:fill="F2F2F2"/>
          </w:tcPr>
          <w:p w14:paraId="74595DB3" w14:textId="77777777" w:rsidR="0077642F" w:rsidRDefault="0077642F">
            <w:r>
              <w:rPr>
                <w:sz w:val="13"/>
              </w:rPr>
              <w:t>b0f94b077b806639975c96b3ef366973</w:t>
            </w:r>
          </w:p>
        </w:tc>
        <w:tc>
          <w:tcPr>
            <w:tcW w:w="1814" w:type="dxa"/>
            <w:shd w:val="clear" w:color="auto" w:fill="F2F2F2"/>
          </w:tcPr>
          <w:p w14:paraId="236CA094" w14:textId="77777777" w:rsidR="0077642F" w:rsidRDefault="0077642F">
            <w:r>
              <w:rPr>
                <w:sz w:val="13"/>
              </w:rPr>
              <w:t>-8.446297662530249</w:t>
            </w:r>
          </w:p>
        </w:tc>
        <w:tc>
          <w:tcPr>
            <w:tcW w:w="1395" w:type="dxa"/>
            <w:shd w:val="clear" w:color="auto" w:fill="F2F2F2"/>
          </w:tcPr>
          <w:p w14:paraId="19591939" w14:textId="77777777" w:rsidR="0077642F" w:rsidRDefault="0077642F">
            <w:r>
              <w:rPr>
                <w:sz w:val="13"/>
              </w:rPr>
              <w:t>11.85809649536944</w:t>
            </w:r>
          </w:p>
        </w:tc>
        <w:tc>
          <w:tcPr>
            <w:tcW w:w="1683" w:type="dxa"/>
            <w:shd w:val="clear" w:color="auto" w:fill="F2F2F2"/>
          </w:tcPr>
          <w:p w14:paraId="0A294FD1" w14:textId="77777777" w:rsidR="0077642F" w:rsidRDefault="0077642F">
            <w:r>
              <w:rPr>
                <w:sz w:val="13"/>
              </w:rPr>
              <w:t>34.46544386962174</w:t>
            </w:r>
          </w:p>
        </w:tc>
        <w:tc>
          <w:tcPr>
            <w:tcW w:w="1683" w:type="dxa"/>
            <w:shd w:val="clear" w:color="auto" w:fill="F2F2F2"/>
          </w:tcPr>
          <w:p w14:paraId="6DE7A990" w14:textId="77777777" w:rsidR="0077642F" w:rsidRDefault="0077642F">
            <w:r>
              <w:rPr>
                <w:sz w:val="13"/>
              </w:rPr>
              <w:t>0.001147016428589425</w:t>
            </w:r>
          </w:p>
        </w:tc>
        <w:tc>
          <w:tcPr>
            <w:tcW w:w="1611" w:type="dxa"/>
            <w:shd w:val="clear" w:color="auto" w:fill="F2F2F2"/>
          </w:tcPr>
          <w:p w14:paraId="6B60F2B2" w14:textId="77777777" w:rsidR="0077642F" w:rsidRDefault="0077642F">
            <w:r>
              <w:rPr>
                <w:sz w:val="13"/>
              </w:rPr>
              <w:t>0.0168924237664988</w:t>
            </w:r>
          </w:p>
        </w:tc>
        <w:tc>
          <w:tcPr>
            <w:tcW w:w="1245" w:type="dxa"/>
            <w:shd w:val="clear" w:color="auto" w:fill="F2F2F2"/>
          </w:tcPr>
          <w:p w14:paraId="47A3458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5DAF989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347E063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61C2382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72F078B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[Eubacterium]_xylanophilum_group</w:t>
            </w:r>
          </w:p>
        </w:tc>
        <w:tc>
          <w:tcPr>
            <w:tcW w:w="1936" w:type="dxa"/>
            <w:shd w:val="clear" w:color="auto" w:fill="F2F2F2"/>
          </w:tcPr>
          <w:p w14:paraId="0E541B2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4525CAAA" w14:textId="77777777" w:rsidTr="00A815C0">
        <w:tc>
          <w:tcPr>
            <w:tcW w:w="2501" w:type="dxa"/>
            <w:shd w:val="clear" w:color="auto" w:fill="FFFFFF"/>
          </w:tcPr>
          <w:p w14:paraId="3DF73D79" w14:textId="77777777" w:rsidR="0077642F" w:rsidRDefault="0077642F">
            <w:r>
              <w:rPr>
                <w:sz w:val="13"/>
              </w:rPr>
              <w:t>9431b037d1c3a262d11dd435506d80db</w:t>
            </w:r>
          </w:p>
        </w:tc>
        <w:tc>
          <w:tcPr>
            <w:tcW w:w="1814" w:type="dxa"/>
            <w:shd w:val="clear" w:color="auto" w:fill="FFFFFF"/>
          </w:tcPr>
          <w:p w14:paraId="50FE0E51" w14:textId="77777777" w:rsidR="0077642F" w:rsidRDefault="0077642F">
            <w:r>
              <w:rPr>
                <w:sz w:val="13"/>
              </w:rPr>
              <w:t>-7.780322764454586</w:t>
            </w:r>
          </w:p>
        </w:tc>
        <w:tc>
          <w:tcPr>
            <w:tcW w:w="1395" w:type="dxa"/>
            <w:shd w:val="clear" w:color="auto" w:fill="FFFFFF"/>
          </w:tcPr>
          <w:p w14:paraId="3D781E94" w14:textId="77777777" w:rsidR="0077642F" w:rsidRDefault="0077642F">
            <w:r>
              <w:rPr>
                <w:sz w:val="13"/>
              </w:rPr>
              <w:t>11.25808930751923</w:t>
            </w:r>
          </w:p>
        </w:tc>
        <w:tc>
          <w:tcPr>
            <w:tcW w:w="1683" w:type="dxa"/>
            <w:shd w:val="clear" w:color="auto" w:fill="FFFFFF"/>
          </w:tcPr>
          <w:p w14:paraId="4439F5D9" w14:textId="77777777" w:rsidR="0077642F" w:rsidRDefault="0077642F">
            <w:r>
              <w:rPr>
                <w:sz w:val="13"/>
              </w:rPr>
              <w:t>30.64340205034465</w:t>
            </w:r>
          </w:p>
        </w:tc>
        <w:tc>
          <w:tcPr>
            <w:tcW w:w="1683" w:type="dxa"/>
            <w:shd w:val="clear" w:color="auto" w:fill="FFFFFF"/>
          </w:tcPr>
          <w:p w14:paraId="7E9956C0" w14:textId="77777777" w:rsidR="0077642F" w:rsidRDefault="0077642F">
            <w:r>
              <w:rPr>
                <w:sz w:val="13"/>
              </w:rPr>
              <w:t>0.001512151971393193</w:t>
            </w:r>
          </w:p>
        </w:tc>
        <w:tc>
          <w:tcPr>
            <w:tcW w:w="1611" w:type="dxa"/>
            <w:shd w:val="clear" w:color="auto" w:fill="FFFFFF"/>
          </w:tcPr>
          <w:p w14:paraId="5BA20A8B" w14:textId="77777777" w:rsidR="0077642F" w:rsidRDefault="0077642F">
            <w:r>
              <w:rPr>
                <w:sz w:val="13"/>
              </w:rPr>
              <w:t>0.01751769683681951</w:t>
            </w:r>
          </w:p>
        </w:tc>
        <w:tc>
          <w:tcPr>
            <w:tcW w:w="1245" w:type="dxa"/>
            <w:shd w:val="clear" w:color="auto" w:fill="FFFFFF"/>
          </w:tcPr>
          <w:p w14:paraId="043811B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60BEB3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Bacilli</w:t>
            </w:r>
          </w:p>
        </w:tc>
        <w:tc>
          <w:tcPr>
            <w:tcW w:w="2324" w:type="dxa"/>
            <w:shd w:val="clear" w:color="auto" w:fill="FFFFFF"/>
          </w:tcPr>
          <w:p w14:paraId="424CCD5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Lactobacillales</w:t>
            </w:r>
          </w:p>
        </w:tc>
        <w:tc>
          <w:tcPr>
            <w:tcW w:w="2411" w:type="dxa"/>
            <w:shd w:val="clear" w:color="auto" w:fill="FFFFFF"/>
          </w:tcPr>
          <w:p w14:paraId="176D78F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Lactobacillaceae</w:t>
            </w:r>
          </w:p>
        </w:tc>
        <w:tc>
          <w:tcPr>
            <w:tcW w:w="2411" w:type="dxa"/>
            <w:shd w:val="clear" w:color="auto" w:fill="FFFFFF"/>
          </w:tcPr>
          <w:p w14:paraId="5DC65BB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Lactobacillus</w:t>
            </w:r>
          </w:p>
        </w:tc>
        <w:tc>
          <w:tcPr>
            <w:tcW w:w="1936" w:type="dxa"/>
            <w:shd w:val="clear" w:color="auto" w:fill="FFFFFF"/>
          </w:tcPr>
          <w:p w14:paraId="1DB9805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749FFA43" w14:textId="77777777" w:rsidTr="00A815C0">
        <w:tc>
          <w:tcPr>
            <w:tcW w:w="2501" w:type="dxa"/>
            <w:shd w:val="clear" w:color="auto" w:fill="F2F2F2"/>
          </w:tcPr>
          <w:p w14:paraId="55DCBA51" w14:textId="77777777" w:rsidR="0077642F" w:rsidRDefault="0077642F">
            <w:r>
              <w:rPr>
                <w:sz w:val="13"/>
              </w:rPr>
              <w:t>a3aea2eefdb2882f03e08556a089f85c</w:t>
            </w:r>
          </w:p>
        </w:tc>
        <w:tc>
          <w:tcPr>
            <w:tcW w:w="1814" w:type="dxa"/>
            <w:shd w:val="clear" w:color="auto" w:fill="F2F2F2"/>
          </w:tcPr>
          <w:p w14:paraId="0FE4981C" w14:textId="77777777" w:rsidR="0077642F" w:rsidRDefault="0077642F">
            <w:r>
              <w:rPr>
                <w:sz w:val="13"/>
              </w:rPr>
              <w:t>8.150734312019253</w:t>
            </w:r>
          </w:p>
        </w:tc>
        <w:tc>
          <w:tcPr>
            <w:tcW w:w="1395" w:type="dxa"/>
            <w:shd w:val="clear" w:color="auto" w:fill="F2F2F2"/>
          </w:tcPr>
          <w:p w14:paraId="4FAC261D" w14:textId="77777777" w:rsidR="0077642F" w:rsidRDefault="0077642F">
            <w:r>
              <w:rPr>
                <w:sz w:val="13"/>
              </w:rPr>
              <w:t>11.5948177457292</w:t>
            </w:r>
          </w:p>
        </w:tc>
        <w:tc>
          <w:tcPr>
            <w:tcW w:w="1683" w:type="dxa"/>
            <w:shd w:val="clear" w:color="auto" w:fill="F2F2F2"/>
          </w:tcPr>
          <w:p w14:paraId="1A3F0C5E" w14:textId="77777777" w:rsidR="0077642F" w:rsidRDefault="0077642F">
            <w:r>
              <w:rPr>
                <w:sz w:val="13"/>
              </w:rPr>
              <w:t>30.48676682725518</w:t>
            </w:r>
          </w:p>
        </w:tc>
        <w:tc>
          <w:tcPr>
            <w:tcW w:w="1683" w:type="dxa"/>
            <w:shd w:val="clear" w:color="auto" w:fill="F2F2F2"/>
          </w:tcPr>
          <w:p w14:paraId="7FCA1FDA" w14:textId="77777777" w:rsidR="0077642F" w:rsidRDefault="0077642F">
            <w:r>
              <w:rPr>
                <w:sz w:val="13"/>
              </w:rPr>
              <w:t>0.001561313625524864</w:t>
            </w:r>
          </w:p>
        </w:tc>
        <w:tc>
          <w:tcPr>
            <w:tcW w:w="1611" w:type="dxa"/>
            <w:shd w:val="clear" w:color="auto" w:fill="F2F2F2"/>
          </w:tcPr>
          <w:p w14:paraId="0834E6C2" w14:textId="77777777" w:rsidR="0077642F" w:rsidRDefault="0077642F">
            <w:r>
              <w:rPr>
                <w:sz w:val="13"/>
              </w:rPr>
              <w:t>0.01751769683681951</w:t>
            </w:r>
          </w:p>
        </w:tc>
        <w:tc>
          <w:tcPr>
            <w:tcW w:w="1245" w:type="dxa"/>
            <w:shd w:val="clear" w:color="auto" w:fill="F2F2F2"/>
          </w:tcPr>
          <w:p w14:paraId="4773B7F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D6608C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0E6C7A8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72A5C05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5BD0E35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1936" w:type="dxa"/>
            <w:shd w:val="clear" w:color="auto" w:fill="F2F2F2"/>
          </w:tcPr>
          <w:p w14:paraId="77AF0FC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38CE1B3C" w14:textId="77777777" w:rsidTr="00A815C0">
        <w:tc>
          <w:tcPr>
            <w:tcW w:w="2501" w:type="dxa"/>
            <w:shd w:val="clear" w:color="auto" w:fill="FFFFFF"/>
          </w:tcPr>
          <w:p w14:paraId="3850C085" w14:textId="77777777" w:rsidR="0077642F" w:rsidRDefault="0077642F">
            <w:r>
              <w:rPr>
                <w:sz w:val="13"/>
              </w:rPr>
              <w:t>b029c3969abc11b1fc37e198e5cd264e</w:t>
            </w:r>
          </w:p>
        </w:tc>
        <w:tc>
          <w:tcPr>
            <w:tcW w:w="1814" w:type="dxa"/>
            <w:shd w:val="clear" w:color="auto" w:fill="FFFFFF"/>
          </w:tcPr>
          <w:p w14:paraId="0CF6829D" w14:textId="77777777" w:rsidR="0077642F" w:rsidRDefault="0077642F">
            <w:r>
              <w:rPr>
                <w:sz w:val="13"/>
              </w:rPr>
              <w:t>7.829265871607411</w:t>
            </w:r>
          </w:p>
        </w:tc>
        <w:tc>
          <w:tcPr>
            <w:tcW w:w="1395" w:type="dxa"/>
            <w:shd w:val="clear" w:color="auto" w:fill="FFFFFF"/>
          </w:tcPr>
          <w:p w14:paraId="67FD81C5" w14:textId="77777777" w:rsidR="0077642F" w:rsidRDefault="0077642F">
            <w:r>
              <w:rPr>
                <w:sz w:val="13"/>
              </w:rPr>
              <w:t>11.3083412969832</w:t>
            </w:r>
          </w:p>
        </w:tc>
        <w:tc>
          <w:tcPr>
            <w:tcW w:w="1683" w:type="dxa"/>
            <w:shd w:val="clear" w:color="auto" w:fill="FFFFFF"/>
          </w:tcPr>
          <w:p w14:paraId="03686060" w14:textId="77777777" w:rsidR="0077642F" w:rsidRDefault="0077642F">
            <w:r>
              <w:rPr>
                <w:sz w:val="13"/>
              </w:rPr>
              <w:t>30.24856957000152</w:t>
            </w:r>
          </w:p>
        </w:tc>
        <w:tc>
          <w:tcPr>
            <w:tcW w:w="1683" w:type="dxa"/>
            <w:shd w:val="clear" w:color="auto" w:fill="FFFFFF"/>
          </w:tcPr>
          <w:p w14:paraId="5645F560" w14:textId="77777777" w:rsidR="0077642F" w:rsidRDefault="0077642F">
            <w:r>
              <w:rPr>
                <w:sz w:val="13"/>
              </w:rPr>
              <w:t>0.001574986033256546</w:t>
            </w:r>
          </w:p>
        </w:tc>
        <w:tc>
          <w:tcPr>
            <w:tcW w:w="1611" w:type="dxa"/>
            <w:shd w:val="clear" w:color="auto" w:fill="FFFFFF"/>
          </w:tcPr>
          <w:p w14:paraId="54E34E0C" w14:textId="77777777" w:rsidR="0077642F" w:rsidRDefault="0077642F">
            <w:r>
              <w:rPr>
                <w:sz w:val="13"/>
              </w:rPr>
              <w:t>0.01751769683681951</w:t>
            </w:r>
          </w:p>
        </w:tc>
        <w:tc>
          <w:tcPr>
            <w:tcW w:w="1245" w:type="dxa"/>
            <w:shd w:val="clear" w:color="auto" w:fill="FFFFFF"/>
          </w:tcPr>
          <w:p w14:paraId="474F48B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47A5B46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3B05B88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6585750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Ruminococcaceae</w:t>
            </w:r>
          </w:p>
        </w:tc>
        <w:tc>
          <w:tcPr>
            <w:tcW w:w="2411" w:type="dxa"/>
            <w:shd w:val="clear" w:color="auto" w:fill="FFFFFF"/>
          </w:tcPr>
          <w:p w14:paraId="4BE760C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Ruminococcus</w:t>
            </w:r>
          </w:p>
        </w:tc>
        <w:tc>
          <w:tcPr>
            <w:tcW w:w="1936" w:type="dxa"/>
            <w:shd w:val="clear" w:color="auto" w:fill="FFFFFF"/>
          </w:tcPr>
          <w:p w14:paraId="0678F7A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0A7AAB61" w14:textId="77777777" w:rsidTr="00A815C0">
        <w:tc>
          <w:tcPr>
            <w:tcW w:w="2501" w:type="dxa"/>
            <w:shd w:val="clear" w:color="auto" w:fill="F2F2F2"/>
          </w:tcPr>
          <w:p w14:paraId="55F7A2F7" w14:textId="77777777" w:rsidR="0077642F" w:rsidRDefault="0077642F">
            <w:r>
              <w:rPr>
                <w:sz w:val="13"/>
              </w:rPr>
              <w:t>7af3bd38f0f164d41ea3c8afa361ef51</w:t>
            </w:r>
          </w:p>
        </w:tc>
        <w:tc>
          <w:tcPr>
            <w:tcW w:w="1814" w:type="dxa"/>
            <w:shd w:val="clear" w:color="auto" w:fill="F2F2F2"/>
          </w:tcPr>
          <w:p w14:paraId="1833B33A" w14:textId="77777777" w:rsidR="0077642F" w:rsidRDefault="0077642F">
            <w:r>
              <w:rPr>
                <w:sz w:val="13"/>
              </w:rPr>
              <w:t>-7.944534947453728</w:t>
            </w:r>
          </w:p>
        </w:tc>
        <w:tc>
          <w:tcPr>
            <w:tcW w:w="1395" w:type="dxa"/>
            <w:shd w:val="clear" w:color="auto" w:fill="F2F2F2"/>
          </w:tcPr>
          <w:p w14:paraId="126F7537" w14:textId="77777777" w:rsidR="0077642F" w:rsidRDefault="0077642F">
            <w:r>
              <w:rPr>
                <w:sz w:val="13"/>
              </w:rPr>
              <w:t>11.40356142745101</w:t>
            </w:r>
          </w:p>
        </w:tc>
        <w:tc>
          <w:tcPr>
            <w:tcW w:w="1683" w:type="dxa"/>
            <w:shd w:val="clear" w:color="auto" w:fill="F2F2F2"/>
          </w:tcPr>
          <w:p w14:paraId="58F07AD9" w14:textId="77777777" w:rsidR="0077642F" w:rsidRDefault="0077642F">
            <w:r>
              <w:rPr>
                <w:sz w:val="13"/>
              </w:rPr>
              <w:t>29.77324203899964</w:t>
            </w:r>
          </w:p>
        </w:tc>
        <w:tc>
          <w:tcPr>
            <w:tcW w:w="1683" w:type="dxa"/>
            <w:shd w:val="clear" w:color="auto" w:fill="F2F2F2"/>
          </w:tcPr>
          <w:p w14:paraId="1CA5B5B2" w14:textId="77777777" w:rsidR="0077642F" w:rsidRDefault="0077642F">
            <w:r>
              <w:rPr>
                <w:sz w:val="13"/>
              </w:rPr>
              <w:t>0.001638933058191415</w:t>
            </w:r>
          </w:p>
        </w:tc>
        <w:tc>
          <w:tcPr>
            <w:tcW w:w="1611" w:type="dxa"/>
            <w:shd w:val="clear" w:color="auto" w:fill="F2F2F2"/>
          </w:tcPr>
          <w:p w14:paraId="1C381F7E" w14:textId="77777777" w:rsidR="0077642F" w:rsidRDefault="0077642F">
            <w:r>
              <w:rPr>
                <w:sz w:val="13"/>
              </w:rPr>
              <w:t>0.01751769683681951</w:t>
            </w:r>
          </w:p>
        </w:tc>
        <w:tc>
          <w:tcPr>
            <w:tcW w:w="1245" w:type="dxa"/>
            <w:shd w:val="clear" w:color="auto" w:fill="F2F2F2"/>
          </w:tcPr>
          <w:p w14:paraId="622D0C8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5471CD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42A56F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2F2F2"/>
          </w:tcPr>
          <w:p w14:paraId="2757537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Ruminococcaceae</w:t>
            </w:r>
          </w:p>
        </w:tc>
        <w:tc>
          <w:tcPr>
            <w:tcW w:w="2411" w:type="dxa"/>
            <w:shd w:val="clear" w:color="auto" w:fill="F2F2F2"/>
          </w:tcPr>
          <w:p w14:paraId="5C29E13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Ruminococcus</w:t>
            </w:r>
          </w:p>
        </w:tc>
        <w:tc>
          <w:tcPr>
            <w:tcW w:w="1936" w:type="dxa"/>
            <w:shd w:val="clear" w:color="auto" w:fill="F2F2F2"/>
          </w:tcPr>
          <w:p w14:paraId="4DB28EF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638E5158" w14:textId="77777777" w:rsidTr="00A815C0">
        <w:tc>
          <w:tcPr>
            <w:tcW w:w="2501" w:type="dxa"/>
            <w:shd w:val="clear" w:color="auto" w:fill="FFFFFF"/>
          </w:tcPr>
          <w:p w14:paraId="1F0D4CBB" w14:textId="77777777" w:rsidR="0077642F" w:rsidRDefault="0077642F">
            <w:r>
              <w:rPr>
                <w:sz w:val="13"/>
              </w:rPr>
              <w:t>6c31248aab400bbb31133caffa277913</w:t>
            </w:r>
          </w:p>
        </w:tc>
        <w:tc>
          <w:tcPr>
            <w:tcW w:w="1814" w:type="dxa"/>
            <w:shd w:val="clear" w:color="auto" w:fill="FFFFFF"/>
          </w:tcPr>
          <w:p w14:paraId="5C456704" w14:textId="77777777" w:rsidR="0077642F" w:rsidRDefault="0077642F">
            <w:r>
              <w:rPr>
                <w:sz w:val="13"/>
              </w:rPr>
              <w:t>-7.737691745850271</w:t>
            </w:r>
          </w:p>
        </w:tc>
        <w:tc>
          <w:tcPr>
            <w:tcW w:w="1395" w:type="dxa"/>
            <w:shd w:val="clear" w:color="auto" w:fill="FFFFFF"/>
          </w:tcPr>
          <w:p w14:paraId="6D8DF06C" w14:textId="77777777" w:rsidR="0077642F" w:rsidRDefault="0077642F">
            <w:r>
              <w:rPr>
                <w:sz w:val="13"/>
              </w:rPr>
              <w:t>11.22067840300248</w:t>
            </w:r>
          </w:p>
        </w:tc>
        <w:tc>
          <w:tcPr>
            <w:tcW w:w="1683" w:type="dxa"/>
            <w:shd w:val="clear" w:color="auto" w:fill="FFFFFF"/>
          </w:tcPr>
          <w:p w14:paraId="794D559E" w14:textId="77777777" w:rsidR="0077642F" w:rsidRDefault="0077642F">
            <w:r>
              <w:rPr>
                <w:sz w:val="13"/>
              </w:rPr>
              <w:t>29.03626778467082</w:t>
            </w:r>
          </w:p>
        </w:tc>
        <w:tc>
          <w:tcPr>
            <w:tcW w:w="1683" w:type="dxa"/>
            <w:shd w:val="clear" w:color="auto" w:fill="FFFFFF"/>
          </w:tcPr>
          <w:p w14:paraId="26DA8E4E" w14:textId="77777777" w:rsidR="0077642F" w:rsidRDefault="0077642F">
            <w:r>
              <w:rPr>
                <w:sz w:val="13"/>
              </w:rPr>
              <w:t>0.001730142897463655</w:t>
            </w:r>
          </w:p>
        </w:tc>
        <w:tc>
          <w:tcPr>
            <w:tcW w:w="1611" w:type="dxa"/>
            <w:shd w:val="clear" w:color="auto" w:fill="FFFFFF"/>
          </w:tcPr>
          <w:p w14:paraId="2991FC36" w14:textId="77777777" w:rsidR="0077642F" w:rsidRDefault="0077642F">
            <w:r>
              <w:rPr>
                <w:sz w:val="13"/>
              </w:rPr>
              <w:t>0.01751769683681951</w:t>
            </w:r>
          </w:p>
        </w:tc>
        <w:tc>
          <w:tcPr>
            <w:tcW w:w="1245" w:type="dxa"/>
            <w:shd w:val="clear" w:color="auto" w:fill="FFFFFF"/>
          </w:tcPr>
          <w:p w14:paraId="79DD7DA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412BA32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421EDD5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351D579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FFFFF"/>
          </w:tcPr>
          <w:p w14:paraId="41B5728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Colidextribacter</w:t>
            </w:r>
          </w:p>
        </w:tc>
        <w:tc>
          <w:tcPr>
            <w:tcW w:w="1936" w:type="dxa"/>
            <w:shd w:val="clear" w:color="auto" w:fill="FFFFFF"/>
          </w:tcPr>
          <w:p w14:paraId="68F6790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71D6E103" w14:textId="77777777" w:rsidTr="00A815C0">
        <w:tc>
          <w:tcPr>
            <w:tcW w:w="2501" w:type="dxa"/>
            <w:shd w:val="clear" w:color="auto" w:fill="F2F2F2"/>
          </w:tcPr>
          <w:p w14:paraId="65D38890" w14:textId="77777777" w:rsidR="0077642F" w:rsidRDefault="0077642F">
            <w:r>
              <w:rPr>
                <w:sz w:val="13"/>
              </w:rPr>
              <w:t>81b3925347c6126f2dfaa1c52749e211</w:t>
            </w:r>
          </w:p>
        </w:tc>
        <w:tc>
          <w:tcPr>
            <w:tcW w:w="1814" w:type="dxa"/>
            <w:shd w:val="clear" w:color="auto" w:fill="F2F2F2"/>
          </w:tcPr>
          <w:p w14:paraId="7F2AF638" w14:textId="77777777" w:rsidR="0077642F" w:rsidRDefault="0077642F">
            <w:r>
              <w:rPr>
                <w:sz w:val="13"/>
              </w:rPr>
              <w:t>-6.636807283777153</w:t>
            </w:r>
          </w:p>
        </w:tc>
        <w:tc>
          <w:tcPr>
            <w:tcW w:w="1395" w:type="dxa"/>
            <w:shd w:val="clear" w:color="auto" w:fill="F2F2F2"/>
          </w:tcPr>
          <w:p w14:paraId="2E34B07D" w14:textId="77777777" w:rsidR="0077642F" w:rsidRDefault="0077642F">
            <w:r>
              <w:rPr>
                <w:sz w:val="13"/>
              </w:rPr>
              <w:t>13.94076908681171</w:t>
            </w:r>
          </w:p>
        </w:tc>
        <w:tc>
          <w:tcPr>
            <w:tcW w:w="1683" w:type="dxa"/>
            <w:shd w:val="clear" w:color="auto" w:fill="F2F2F2"/>
          </w:tcPr>
          <w:p w14:paraId="366385D9" w14:textId="77777777" w:rsidR="0077642F" w:rsidRDefault="0077642F">
            <w:r>
              <w:rPr>
                <w:sz w:val="13"/>
              </w:rPr>
              <w:t>17.09639735484904</w:t>
            </w:r>
          </w:p>
        </w:tc>
        <w:tc>
          <w:tcPr>
            <w:tcW w:w="1683" w:type="dxa"/>
            <w:shd w:val="clear" w:color="auto" w:fill="F2F2F2"/>
          </w:tcPr>
          <w:p w14:paraId="2312B8E4" w14:textId="77777777" w:rsidR="0077642F" w:rsidRDefault="0077642F">
            <w:r>
              <w:rPr>
                <w:sz w:val="13"/>
              </w:rPr>
              <w:t>0.001954621269337998</w:t>
            </w:r>
          </w:p>
        </w:tc>
        <w:tc>
          <w:tcPr>
            <w:tcW w:w="1611" w:type="dxa"/>
            <w:shd w:val="clear" w:color="auto" w:fill="F2F2F2"/>
          </w:tcPr>
          <w:p w14:paraId="204BBB40" w14:textId="77777777" w:rsidR="0077642F" w:rsidRDefault="0077642F">
            <w:r>
              <w:rPr>
                <w:sz w:val="13"/>
              </w:rPr>
              <w:t>0.01862639091957386</w:t>
            </w:r>
          </w:p>
        </w:tc>
        <w:tc>
          <w:tcPr>
            <w:tcW w:w="1245" w:type="dxa"/>
            <w:shd w:val="clear" w:color="auto" w:fill="F2F2F2"/>
          </w:tcPr>
          <w:p w14:paraId="0F3792E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20B688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6AB50CB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Clostridiales</w:t>
            </w:r>
          </w:p>
        </w:tc>
        <w:tc>
          <w:tcPr>
            <w:tcW w:w="2411" w:type="dxa"/>
            <w:shd w:val="clear" w:color="auto" w:fill="F2F2F2"/>
          </w:tcPr>
          <w:p w14:paraId="3EB6430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Clostridiaceae</w:t>
            </w:r>
          </w:p>
        </w:tc>
        <w:tc>
          <w:tcPr>
            <w:tcW w:w="2411" w:type="dxa"/>
            <w:shd w:val="clear" w:color="auto" w:fill="F2F2F2"/>
          </w:tcPr>
          <w:p w14:paraId="7136C00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Clostridium_sensu_stricto_1</w:t>
            </w:r>
          </w:p>
        </w:tc>
        <w:tc>
          <w:tcPr>
            <w:tcW w:w="1936" w:type="dxa"/>
            <w:shd w:val="clear" w:color="auto" w:fill="F2F2F2"/>
          </w:tcPr>
          <w:p w14:paraId="5C72C8B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52AA1517" w14:textId="77777777" w:rsidTr="00A815C0">
        <w:tc>
          <w:tcPr>
            <w:tcW w:w="2501" w:type="dxa"/>
            <w:shd w:val="clear" w:color="auto" w:fill="FFFFFF"/>
          </w:tcPr>
          <w:p w14:paraId="5B832DF8" w14:textId="77777777" w:rsidR="0077642F" w:rsidRDefault="0077642F">
            <w:r>
              <w:rPr>
                <w:sz w:val="13"/>
              </w:rPr>
              <w:t>eef048943d509470b599b5344589e8d8</w:t>
            </w:r>
          </w:p>
        </w:tc>
        <w:tc>
          <w:tcPr>
            <w:tcW w:w="1814" w:type="dxa"/>
            <w:shd w:val="clear" w:color="auto" w:fill="FFFFFF"/>
          </w:tcPr>
          <w:p w14:paraId="528762ED" w14:textId="77777777" w:rsidR="0077642F" w:rsidRDefault="0077642F">
            <w:r>
              <w:rPr>
                <w:sz w:val="13"/>
              </w:rPr>
              <w:t>7.546750957832629</w:t>
            </w:r>
          </w:p>
        </w:tc>
        <w:tc>
          <w:tcPr>
            <w:tcW w:w="1395" w:type="dxa"/>
            <w:shd w:val="clear" w:color="auto" w:fill="FFFFFF"/>
          </w:tcPr>
          <w:p w14:paraId="2EEB0427" w14:textId="77777777" w:rsidR="0077642F" w:rsidRDefault="0077642F">
            <w:r>
              <w:rPr>
                <w:sz w:val="13"/>
              </w:rPr>
              <w:t>11.06300627998061</w:t>
            </w:r>
          </w:p>
        </w:tc>
        <w:tc>
          <w:tcPr>
            <w:tcW w:w="1683" w:type="dxa"/>
            <w:shd w:val="clear" w:color="auto" w:fill="FFFFFF"/>
          </w:tcPr>
          <w:p w14:paraId="090B0EC8" w14:textId="77777777" w:rsidR="0077642F" w:rsidRDefault="0077642F">
            <w:r>
              <w:rPr>
                <w:sz w:val="13"/>
              </w:rPr>
              <w:t>25.95222134882697</w:t>
            </w:r>
          </w:p>
        </w:tc>
        <w:tc>
          <w:tcPr>
            <w:tcW w:w="1683" w:type="dxa"/>
            <w:shd w:val="clear" w:color="auto" w:fill="FFFFFF"/>
          </w:tcPr>
          <w:p w14:paraId="0842D47E" w14:textId="77777777" w:rsidR="0077642F" w:rsidRDefault="0077642F">
            <w:r>
              <w:rPr>
                <w:sz w:val="13"/>
              </w:rPr>
              <w:t>0.002285815513872547</w:t>
            </w:r>
          </w:p>
        </w:tc>
        <w:tc>
          <w:tcPr>
            <w:tcW w:w="1611" w:type="dxa"/>
            <w:shd w:val="clear" w:color="auto" w:fill="FFFFFF"/>
          </w:tcPr>
          <w:p w14:paraId="06DEA458" w14:textId="77777777" w:rsidR="0077642F" w:rsidRDefault="0077642F">
            <w:r>
              <w:rPr>
                <w:sz w:val="13"/>
              </w:rPr>
              <w:t>0.02057233962485292</w:t>
            </w:r>
          </w:p>
        </w:tc>
        <w:tc>
          <w:tcPr>
            <w:tcW w:w="1245" w:type="dxa"/>
            <w:shd w:val="clear" w:color="auto" w:fill="FFFFFF"/>
          </w:tcPr>
          <w:p w14:paraId="693457F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181E97D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68B4AE8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7699836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7A53165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1936" w:type="dxa"/>
            <w:shd w:val="clear" w:color="auto" w:fill="FFFFFF"/>
          </w:tcPr>
          <w:p w14:paraId="608D785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6B32D549" w14:textId="77777777" w:rsidTr="00A815C0">
        <w:tc>
          <w:tcPr>
            <w:tcW w:w="2501" w:type="dxa"/>
            <w:shd w:val="clear" w:color="auto" w:fill="F2F2F2"/>
          </w:tcPr>
          <w:p w14:paraId="61F7E420" w14:textId="77777777" w:rsidR="0077642F" w:rsidRDefault="0077642F">
            <w:r>
              <w:rPr>
                <w:sz w:val="13"/>
              </w:rPr>
              <w:t>ccb80719aaf6b52bd8256aecd9c2b56c</w:t>
            </w:r>
          </w:p>
        </w:tc>
        <w:tc>
          <w:tcPr>
            <w:tcW w:w="1814" w:type="dxa"/>
            <w:shd w:val="clear" w:color="auto" w:fill="F2F2F2"/>
          </w:tcPr>
          <w:p w14:paraId="7DF7987B" w14:textId="77777777" w:rsidR="0077642F" w:rsidRDefault="0077642F">
            <w:r>
              <w:rPr>
                <w:sz w:val="13"/>
              </w:rPr>
              <w:t>-7.793487747578468</w:t>
            </w:r>
          </w:p>
        </w:tc>
        <w:tc>
          <w:tcPr>
            <w:tcW w:w="1395" w:type="dxa"/>
            <w:shd w:val="clear" w:color="auto" w:fill="F2F2F2"/>
          </w:tcPr>
          <w:p w14:paraId="1EA1A65D" w14:textId="77777777" w:rsidR="0077642F" w:rsidRDefault="0077642F">
            <w:r>
              <w:rPr>
                <w:sz w:val="13"/>
              </w:rPr>
              <w:t>16.13275583896367</w:t>
            </w:r>
          </w:p>
        </w:tc>
        <w:tc>
          <w:tcPr>
            <w:tcW w:w="1683" w:type="dxa"/>
            <w:shd w:val="clear" w:color="auto" w:fill="F2F2F2"/>
          </w:tcPr>
          <w:p w14:paraId="3A78050B" w14:textId="77777777" w:rsidR="0077642F" w:rsidRDefault="0077642F">
            <w:r>
              <w:rPr>
                <w:sz w:val="13"/>
              </w:rPr>
              <w:t>17.46098520721045</w:t>
            </w:r>
          </w:p>
        </w:tc>
        <w:tc>
          <w:tcPr>
            <w:tcW w:w="1683" w:type="dxa"/>
            <w:shd w:val="clear" w:color="auto" w:fill="F2F2F2"/>
          </w:tcPr>
          <w:p w14:paraId="296646DF" w14:textId="77777777" w:rsidR="0077642F" w:rsidRDefault="0077642F">
            <w:r>
              <w:rPr>
                <w:sz w:val="13"/>
              </w:rPr>
              <w:t>0.002437542835542299</w:t>
            </w:r>
          </w:p>
        </w:tc>
        <w:tc>
          <w:tcPr>
            <w:tcW w:w="1611" w:type="dxa"/>
            <w:shd w:val="clear" w:color="auto" w:fill="F2F2F2"/>
          </w:tcPr>
          <w:p w14:paraId="53B9A49D" w14:textId="77777777" w:rsidR="0077642F" w:rsidRDefault="0077642F">
            <w:r>
              <w:rPr>
                <w:sz w:val="13"/>
              </w:rPr>
              <w:t>0.02078325996620276</w:t>
            </w:r>
          </w:p>
        </w:tc>
        <w:tc>
          <w:tcPr>
            <w:tcW w:w="1245" w:type="dxa"/>
            <w:shd w:val="clear" w:color="auto" w:fill="F2F2F2"/>
          </w:tcPr>
          <w:p w14:paraId="061054D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B92835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Bacilli</w:t>
            </w:r>
          </w:p>
        </w:tc>
        <w:tc>
          <w:tcPr>
            <w:tcW w:w="2324" w:type="dxa"/>
            <w:shd w:val="clear" w:color="auto" w:fill="F2F2F2"/>
          </w:tcPr>
          <w:p w14:paraId="7EC5309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Erysipelotrichales</w:t>
            </w:r>
          </w:p>
        </w:tc>
        <w:tc>
          <w:tcPr>
            <w:tcW w:w="2411" w:type="dxa"/>
            <w:shd w:val="clear" w:color="auto" w:fill="F2F2F2"/>
          </w:tcPr>
          <w:p w14:paraId="6DE4F89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Erysipelotrichaceae</w:t>
            </w:r>
          </w:p>
        </w:tc>
        <w:tc>
          <w:tcPr>
            <w:tcW w:w="2411" w:type="dxa"/>
            <w:shd w:val="clear" w:color="auto" w:fill="F2F2F2"/>
          </w:tcPr>
          <w:p w14:paraId="0422023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Turicibacter</w:t>
            </w:r>
          </w:p>
        </w:tc>
        <w:tc>
          <w:tcPr>
            <w:tcW w:w="1936" w:type="dxa"/>
            <w:shd w:val="clear" w:color="auto" w:fill="F2F2F2"/>
          </w:tcPr>
          <w:p w14:paraId="27BAC7F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5F9A1527" w14:textId="77777777" w:rsidTr="00A815C0">
        <w:tc>
          <w:tcPr>
            <w:tcW w:w="2501" w:type="dxa"/>
            <w:shd w:val="clear" w:color="auto" w:fill="FFFFFF"/>
          </w:tcPr>
          <w:p w14:paraId="182D37F3" w14:textId="77777777" w:rsidR="0077642F" w:rsidRDefault="0077642F">
            <w:r>
              <w:rPr>
                <w:sz w:val="13"/>
              </w:rPr>
              <w:t>096e294cfb186443128bcf550654cc19</w:t>
            </w:r>
          </w:p>
        </w:tc>
        <w:tc>
          <w:tcPr>
            <w:tcW w:w="1814" w:type="dxa"/>
            <w:shd w:val="clear" w:color="auto" w:fill="FFFFFF"/>
          </w:tcPr>
          <w:p w14:paraId="19C82472" w14:textId="77777777" w:rsidR="0077642F" w:rsidRDefault="0077642F">
            <w:r>
              <w:rPr>
                <w:sz w:val="13"/>
              </w:rPr>
              <w:t>-7.144841830593231</w:t>
            </w:r>
          </w:p>
        </w:tc>
        <w:tc>
          <w:tcPr>
            <w:tcW w:w="1395" w:type="dxa"/>
            <w:shd w:val="clear" w:color="auto" w:fill="FFFFFF"/>
          </w:tcPr>
          <w:p w14:paraId="2E2AE19D" w14:textId="77777777" w:rsidR="0077642F" w:rsidRDefault="0077642F">
            <w:r>
              <w:rPr>
                <w:sz w:val="13"/>
              </w:rPr>
              <w:t>10.71720732928165</w:t>
            </w:r>
          </w:p>
        </w:tc>
        <w:tc>
          <w:tcPr>
            <w:tcW w:w="1683" w:type="dxa"/>
            <w:shd w:val="clear" w:color="auto" w:fill="FFFFFF"/>
          </w:tcPr>
          <w:p w14:paraId="3E1E005A" w14:textId="77777777" w:rsidR="0077642F" w:rsidRDefault="0077642F">
            <w:r>
              <w:rPr>
                <w:sz w:val="13"/>
              </w:rPr>
              <w:t>22.03446288584593</w:t>
            </w:r>
          </w:p>
        </w:tc>
        <w:tc>
          <w:tcPr>
            <w:tcW w:w="1683" w:type="dxa"/>
            <w:shd w:val="clear" w:color="auto" w:fill="FFFFFF"/>
          </w:tcPr>
          <w:p w14:paraId="20005F01" w14:textId="77777777" w:rsidR="0077642F" w:rsidRDefault="0077642F">
            <w:r>
              <w:rPr>
                <w:sz w:val="13"/>
              </w:rPr>
              <w:t>0.003315804159436221</w:t>
            </w:r>
          </w:p>
        </w:tc>
        <w:tc>
          <w:tcPr>
            <w:tcW w:w="1611" w:type="dxa"/>
            <w:shd w:val="clear" w:color="auto" w:fill="FFFFFF"/>
          </w:tcPr>
          <w:p w14:paraId="494968D4" w14:textId="77777777" w:rsidR="0077642F" w:rsidRDefault="0077642F">
            <w:r>
              <w:rPr>
                <w:sz w:val="13"/>
              </w:rPr>
              <w:t>0.02477295807714455</w:t>
            </w:r>
          </w:p>
        </w:tc>
        <w:tc>
          <w:tcPr>
            <w:tcW w:w="1245" w:type="dxa"/>
            <w:shd w:val="clear" w:color="auto" w:fill="FFFFFF"/>
          </w:tcPr>
          <w:p w14:paraId="6D645B3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E0B243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4C7A364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Monoglobales</w:t>
            </w:r>
          </w:p>
        </w:tc>
        <w:tc>
          <w:tcPr>
            <w:tcW w:w="2411" w:type="dxa"/>
            <w:shd w:val="clear" w:color="auto" w:fill="FFFFFF"/>
          </w:tcPr>
          <w:p w14:paraId="07809D1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Monoglobaceae</w:t>
            </w:r>
          </w:p>
        </w:tc>
        <w:tc>
          <w:tcPr>
            <w:tcW w:w="2411" w:type="dxa"/>
            <w:shd w:val="clear" w:color="auto" w:fill="FFFFFF"/>
          </w:tcPr>
          <w:p w14:paraId="6C16E1F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Monoglobus</w:t>
            </w:r>
          </w:p>
        </w:tc>
        <w:tc>
          <w:tcPr>
            <w:tcW w:w="1936" w:type="dxa"/>
            <w:shd w:val="clear" w:color="auto" w:fill="FFFFFF"/>
          </w:tcPr>
          <w:p w14:paraId="44E737B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0B795D27" w14:textId="77777777" w:rsidTr="00A815C0">
        <w:tc>
          <w:tcPr>
            <w:tcW w:w="2501" w:type="dxa"/>
            <w:shd w:val="clear" w:color="auto" w:fill="F2F2F2"/>
          </w:tcPr>
          <w:p w14:paraId="352A5601" w14:textId="77777777" w:rsidR="0077642F" w:rsidRDefault="0077642F">
            <w:r>
              <w:rPr>
                <w:sz w:val="13"/>
              </w:rPr>
              <w:t>78e755f22b31aebfc49ec971c9e25f82</w:t>
            </w:r>
          </w:p>
        </w:tc>
        <w:tc>
          <w:tcPr>
            <w:tcW w:w="1814" w:type="dxa"/>
            <w:shd w:val="clear" w:color="auto" w:fill="F2F2F2"/>
          </w:tcPr>
          <w:p w14:paraId="3432403A" w14:textId="77777777" w:rsidR="0077642F" w:rsidRDefault="0077642F">
            <w:r>
              <w:rPr>
                <w:sz w:val="13"/>
              </w:rPr>
              <w:t>7.382621152219364</w:t>
            </w:r>
          </w:p>
        </w:tc>
        <w:tc>
          <w:tcPr>
            <w:tcW w:w="1395" w:type="dxa"/>
            <w:shd w:val="clear" w:color="auto" w:fill="F2F2F2"/>
          </w:tcPr>
          <w:p w14:paraId="06D6BF13" w14:textId="77777777" w:rsidR="0077642F" w:rsidRDefault="0077642F">
            <w:r>
              <w:rPr>
                <w:sz w:val="13"/>
              </w:rPr>
              <w:t>10.92311826599402</w:t>
            </w:r>
          </w:p>
        </w:tc>
        <w:tc>
          <w:tcPr>
            <w:tcW w:w="1683" w:type="dxa"/>
            <w:shd w:val="clear" w:color="auto" w:fill="F2F2F2"/>
          </w:tcPr>
          <w:p w14:paraId="776CF2BF" w14:textId="77777777" w:rsidR="0077642F" w:rsidRDefault="0077642F">
            <w:r>
              <w:rPr>
                <w:sz w:val="13"/>
              </w:rPr>
              <w:t>22.21356366237409</w:t>
            </w:r>
          </w:p>
        </w:tc>
        <w:tc>
          <w:tcPr>
            <w:tcW w:w="1683" w:type="dxa"/>
            <w:shd w:val="clear" w:color="auto" w:fill="F2F2F2"/>
          </w:tcPr>
          <w:p w14:paraId="29A98818" w14:textId="77777777" w:rsidR="0077642F" w:rsidRDefault="0077642F">
            <w:r>
              <w:rPr>
                <w:sz w:val="13"/>
              </w:rPr>
              <w:t>0.003323719233519315</w:t>
            </w:r>
          </w:p>
        </w:tc>
        <w:tc>
          <w:tcPr>
            <w:tcW w:w="1611" w:type="dxa"/>
            <w:shd w:val="clear" w:color="auto" w:fill="F2F2F2"/>
          </w:tcPr>
          <w:p w14:paraId="67D6BA30" w14:textId="77777777" w:rsidR="0077642F" w:rsidRDefault="0077642F">
            <w:r>
              <w:rPr>
                <w:sz w:val="13"/>
              </w:rPr>
              <w:t>0.02477295807714455</w:t>
            </w:r>
          </w:p>
        </w:tc>
        <w:tc>
          <w:tcPr>
            <w:tcW w:w="1245" w:type="dxa"/>
            <w:shd w:val="clear" w:color="auto" w:fill="F2F2F2"/>
          </w:tcPr>
          <w:p w14:paraId="41C0096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F34E0C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2AA0D70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776667E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2EAC2D5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GCA-900066575</w:t>
            </w:r>
          </w:p>
        </w:tc>
        <w:tc>
          <w:tcPr>
            <w:tcW w:w="1936" w:type="dxa"/>
            <w:shd w:val="clear" w:color="auto" w:fill="F2F2F2"/>
          </w:tcPr>
          <w:p w14:paraId="1E54D76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2D00A366" w14:textId="77777777" w:rsidTr="00A815C0">
        <w:tc>
          <w:tcPr>
            <w:tcW w:w="2501" w:type="dxa"/>
            <w:shd w:val="clear" w:color="auto" w:fill="FFFFFF"/>
          </w:tcPr>
          <w:p w14:paraId="49F74CDA" w14:textId="77777777" w:rsidR="0077642F" w:rsidRDefault="0077642F">
            <w:r>
              <w:rPr>
                <w:sz w:val="13"/>
              </w:rPr>
              <w:t>6fbe422f34de2cfe7a07207f70c73670</w:t>
            </w:r>
          </w:p>
        </w:tc>
        <w:tc>
          <w:tcPr>
            <w:tcW w:w="1814" w:type="dxa"/>
            <w:shd w:val="clear" w:color="auto" w:fill="FFFFFF"/>
          </w:tcPr>
          <w:p w14:paraId="2F4C1D11" w14:textId="77777777" w:rsidR="0077642F" w:rsidRDefault="0077642F">
            <w:r>
              <w:rPr>
                <w:sz w:val="13"/>
              </w:rPr>
              <w:t>7.421573512108836</w:t>
            </w:r>
          </w:p>
        </w:tc>
        <w:tc>
          <w:tcPr>
            <w:tcW w:w="1395" w:type="dxa"/>
            <w:shd w:val="clear" w:color="auto" w:fill="FFFFFF"/>
          </w:tcPr>
          <w:p w14:paraId="1603CECC" w14:textId="77777777" w:rsidR="0077642F" w:rsidRDefault="0077642F">
            <w:r>
              <w:rPr>
                <w:sz w:val="13"/>
              </w:rPr>
              <w:t>10.95535214863287</w:t>
            </w:r>
          </w:p>
        </w:tc>
        <w:tc>
          <w:tcPr>
            <w:tcW w:w="1683" w:type="dxa"/>
            <w:shd w:val="clear" w:color="auto" w:fill="FFFFFF"/>
          </w:tcPr>
          <w:p w14:paraId="2B2135BD" w14:textId="77777777" w:rsidR="0077642F" w:rsidRDefault="0077642F">
            <w:r>
              <w:rPr>
                <w:sz w:val="13"/>
              </w:rPr>
              <w:t>22.0164327778245</w:t>
            </w:r>
          </w:p>
        </w:tc>
        <w:tc>
          <w:tcPr>
            <w:tcW w:w="1683" w:type="dxa"/>
            <w:shd w:val="clear" w:color="auto" w:fill="FFFFFF"/>
          </w:tcPr>
          <w:p w14:paraId="34174E08" w14:textId="77777777" w:rsidR="0077642F" w:rsidRDefault="0077642F">
            <w:r>
              <w:rPr>
                <w:sz w:val="13"/>
              </w:rPr>
              <w:t>0.00340299591129618</w:t>
            </w:r>
          </w:p>
        </w:tc>
        <w:tc>
          <w:tcPr>
            <w:tcW w:w="1611" w:type="dxa"/>
            <w:shd w:val="clear" w:color="auto" w:fill="FFFFFF"/>
          </w:tcPr>
          <w:p w14:paraId="7D194F7C" w14:textId="77777777" w:rsidR="0077642F" w:rsidRDefault="0077642F">
            <w:r>
              <w:rPr>
                <w:sz w:val="13"/>
              </w:rPr>
              <w:t>0.02477295807714455</w:t>
            </w:r>
          </w:p>
        </w:tc>
        <w:tc>
          <w:tcPr>
            <w:tcW w:w="1245" w:type="dxa"/>
            <w:shd w:val="clear" w:color="auto" w:fill="FFFFFF"/>
          </w:tcPr>
          <w:p w14:paraId="7F7ACA0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24A4BD1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5EF6F9B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43D5C91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7B8FCC9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56A7E1B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1A987846" w14:textId="77777777" w:rsidTr="00A815C0">
        <w:tc>
          <w:tcPr>
            <w:tcW w:w="2501" w:type="dxa"/>
            <w:shd w:val="clear" w:color="auto" w:fill="F2F2F2"/>
          </w:tcPr>
          <w:p w14:paraId="0C894B83" w14:textId="77777777" w:rsidR="0077642F" w:rsidRDefault="0077642F">
            <w:r>
              <w:rPr>
                <w:sz w:val="13"/>
              </w:rPr>
              <w:t>c6f17c0eb76c8fe546c82cc32c22b2c5</w:t>
            </w:r>
          </w:p>
        </w:tc>
        <w:tc>
          <w:tcPr>
            <w:tcW w:w="1814" w:type="dxa"/>
            <w:shd w:val="clear" w:color="auto" w:fill="F2F2F2"/>
          </w:tcPr>
          <w:p w14:paraId="0A2290B3" w14:textId="77777777" w:rsidR="0077642F" w:rsidRDefault="0077642F">
            <w:r>
              <w:rPr>
                <w:sz w:val="13"/>
              </w:rPr>
              <w:t>7.528748245829187</w:t>
            </w:r>
          </w:p>
        </w:tc>
        <w:tc>
          <w:tcPr>
            <w:tcW w:w="1395" w:type="dxa"/>
            <w:shd w:val="clear" w:color="auto" w:fill="F2F2F2"/>
          </w:tcPr>
          <w:p w14:paraId="6B15C7AA" w14:textId="77777777" w:rsidR="0077642F" w:rsidRDefault="0077642F">
            <w:r>
              <w:rPr>
                <w:sz w:val="13"/>
              </w:rPr>
              <w:t>11.04655160178632</w:t>
            </w:r>
          </w:p>
        </w:tc>
        <w:tc>
          <w:tcPr>
            <w:tcW w:w="1683" w:type="dxa"/>
            <w:shd w:val="clear" w:color="auto" w:fill="F2F2F2"/>
          </w:tcPr>
          <w:p w14:paraId="3D99BE24" w14:textId="77777777" w:rsidR="0077642F" w:rsidRDefault="0077642F">
            <w:r>
              <w:rPr>
                <w:sz w:val="13"/>
              </w:rPr>
              <w:t>21.76265273051966</w:t>
            </w:r>
          </w:p>
        </w:tc>
        <w:tc>
          <w:tcPr>
            <w:tcW w:w="1683" w:type="dxa"/>
            <w:shd w:val="clear" w:color="auto" w:fill="F2F2F2"/>
          </w:tcPr>
          <w:p w14:paraId="4E204ECF" w14:textId="77777777" w:rsidR="0077642F" w:rsidRDefault="0077642F">
            <w:r>
              <w:rPr>
                <w:sz w:val="13"/>
              </w:rPr>
              <w:t>0.003517148368977313</w:t>
            </w:r>
          </w:p>
        </w:tc>
        <w:tc>
          <w:tcPr>
            <w:tcW w:w="1611" w:type="dxa"/>
            <w:shd w:val="clear" w:color="auto" w:fill="F2F2F2"/>
          </w:tcPr>
          <w:p w14:paraId="487C2BF9" w14:textId="77777777" w:rsidR="0077642F" w:rsidRDefault="0077642F">
            <w:r>
              <w:rPr>
                <w:sz w:val="13"/>
              </w:rPr>
              <w:t>0.02477295807714455</w:t>
            </w:r>
          </w:p>
        </w:tc>
        <w:tc>
          <w:tcPr>
            <w:tcW w:w="1245" w:type="dxa"/>
            <w:shd w:val="clear" w:color="auto" w:fill="F2F2F2"/>
          </w:tcPr>
          <w:p w14:paraId="17B086F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A362C4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3B4CD63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2F2F2"/>
          </w:tcPr>
          <w:p w14:paraId="0DC2C79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2F2F2"/>
          </w:tcPr>
          <w:p w14:paraId="046F838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4515E18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1E10E6CE" w14:textId="77777777" w:rsidTr="00A815C0">
        <w:tc>
          <w:tcPr>
            <w:tcW w:w="2501" w:type="dxa"/>
            <w:shd w:val="clear" w:color="auto" w:fill="FFFFFF"/>
          </w:tcPr>
          <w:p w14:paraId="664ACC46" w14:textId="77777777" w:rsidR="0077642F" w:rsidRDefault="0077642F">
            <w:r>
              <w:rPr>
                <w:sz w:val="13"/>
              </w:rPr>
              <w:t>02b6a4e76404aa80af20252ab6d8edf5</w:t>
            </w:r>
          </w:p>
        </w:tc>
        <w:tc>
          <w:tcPr>
            <w:tcW w:w="1814" w:type="dxa"/>
            <w:shd w:val="clear" w:color="auto" w:fill="FFFFFF"/>
          </w:tcPr>
          <w:p w14:paraId="5E8B9822" w14:textId="77777777" w:rsidR="0077642F" w:rsidRDefault="0077642F">
            <w:r>
              <w:rPr>
                <w:sz w:val="13"/>
              </w:rPr>
              <w:t>-7.121265237553424</w:t>
            </w:r>
          </w:p>
        </w:tc>
        <w:tc>
          <w:tcPr>
            <w:tcW w:w="1395" w:type="dxa"/>
            <w:shd w:val="clear" w:color="auto" w:fill="FFFFFF"/>
          </w:tcPr>
          <w:p w14:paraId="2C58301D" w14:textId="77777777" w:rsidR="0077642F" w:rsidRDefault="0077642F">
            <w:r>
              <w:rPr>
                <w:sz w:val="13"/>
              </w:rPr>
              <w:t>10.69745355723121</w:t>
            </w:r>
          </w:p>
        </w:tc>
        <w:tc>
          <w:tcPr>
            <w:tcW w:w="1683" w:type="dxa"/>
            <w:shd w:val="clear" w:color="auto" w:fill="FFFFFF"/>
          </w:tcPr>
          <w:p w14:paraId="4E3A8141" w14:textId="77777777" w:rsidR="0077642F" w:rsidRDefault="0077642F">
            <w:r>
              <w:rPr>
                <w:sz w:val="13"/>
              </w:rPr>
              <w:t>20.23729870557936</w:t>
            </w:r>
          </w:p>
        </w:tc>
        <w:tc>
          <w:tcPr>
            <w:tcW w:w="1683" w:type="dxa"/>
            <w:shd w:val="clear" w:color="auto" w:fill="FFFFFF"/>
          </w:tcPr>
          <w:p w14:paraId="357D87B6" w14:textId="77777777" w:rsidR="0077642F" w:rsidRDefault="0077642F">
            <w:r>
              <w:rPr>
                <w:sz w:val="13"/>
              </w:rPr>
              <w:t>0.004068089886850391</w:t>
            </w:r>
          </w:p>
        </w:tc>
        <w:tc>
          <w:tcPr>
            <w:tcW w:w="1611" w:type="dxa"/>
            <w:shd w:val="clear" w:color="auto" w:fill="FFFFFF"/>
          </w:tcPr>
          <w:p w14:paraId="2BCC1694" w14:textId="77777777" w:rsidR="0077642F" w:rsidRDefault="0077642F">
            <w:r>
              <w:rPr>
                <w:sz w:val="13"/>
              </w:rPr>
              <w:t>0.02585633231561632</w:t>
            </w:r>
          </w:p>
        </w:tc>
        <w:tc>
          <w:tcPr>
            <w:tcW w:w="1245" w:type="dxa"/>
            <w:shd w:val="clear" w:color="auto" w:fill="FFFFFF"/>
          </w:tcPr>
          <w:p w14:paraId="1FD3A5F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1593433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4D871F5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53CA8F4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1CE7202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FFFFF"/>
          </w:tcPr>
          <w:p w14:paraId="69C9936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4EC4EE05" w14:textId="77777777" w:rsidTr="00A815C0">
        <w:tc>
          <w:tcPr>
            <w:tcW w:w="2501" w:type="dxa"/>
            <w:shd w:val="clear" w:color="auto" w:fill="F2F2F2"/>
          </w:tcPr>
          <w:p w14:paraId="09734135" w14:textId="77777777" w:rsidR="0077642F" w:rsidRDefault="0077642F">
            <w:r>
              <w:rPr>
                <w:sz w:val="13"/>
              </w:rPr>
              <w:t>a1b9e5d43c41bda4c28c78707442d324</w:t>
            </w:r>
          </w:p>
        </w:tc>
        <w:tc>
          <w:tcPr>
            <w:tcW w:w="1814" w:type="dxa"/>
            <w:shd w:val="clear" w:color="auto" w:fill="F2F2F2"/>
          </w:tcPr>
          <w:p w14:paraId="259955F6" w14:textId="77777777" w:rsidR="0077642F" w:rsidRDefault="0077642F">
            <w:r>
              <w:rPr>
                <w:sz w:val="13"/>
              </w:rPr>
              <w:t>6.948829814623736</w:t>
            </w:r>
          </w:p>
        </w:tc>
        <w:tc>
          <w:tcPr>
            <w:tcW w:w="1395" w:type="dxa"/>
            <w:shd w:val="clear" w:color="auto" w:fill="F2F2F2"/>
          </w:tcPr>
          <w:p w14:paraId="068391B1" w14:textId="77777777" w:rsidR="0077642F" w:rsidRDefault="0077642F">
            <w:r>
              <w:rPr>
                <w:sz w:val="13"/>
              </w:rPr>
              <w:t>10.5677978479421</w:t>
            </w:r>
          </w:p>
        </w:tc>
        <w:tc>
          <w:tcPr>
            <w:tcW w:w="1683" w:type="dxa"/>
            <w:shd w:val="clear" w:color="auto" w:fill="F2F2F2"/>
          </w:tcPr>
          <w:p w14:paraId="0078E62E" w14:textId="77777777" w:rsidR="0077642F" w:rsidRDefault="0077642F">
            <w:r>
              <w:rPr>
                <w:sz w:val="13"/>
              </w:rPr>
              <w:t>19.20771869916648</w:t>
            </w:r>
          </w:p>
        </w:tc>
        <w:tc>
          <w:tcPr>
            <w:tcW w:w="1683" w:type="dxa"/>
            <w:shd w:val="clear" w:color="auto" w:fill="F2F2F2"/>
          </w:tcPr>
          <w:p w14:paraId="39233300" w14:textId="77777777" w:rsidR="0077642F" w:rsidRDefault="0077642F">
            <w:r>
              <w:rPr>
                <w:sz w:val="13"/>
              </w:rPr>
              <w:t>0.004595047646615264</w:t>
            </w:r>
          </w:p>
        </w:tc>
        <w:tc>
          <w:tcPr>
            <w:tcW w:w="1611" w:type="dxa"/>
            <w:shd w:val="clear" w:color="auto" w:fill="F2F2F2"/>
          </w:tcPr>
          <w:p w14:paraId="16685B00" w14:textId="77777777" w:rsidR="0077642F" w:rsidRDefault="0077642F">
            <w:r>
              <w:rPr>
                <w:sz w:val="13"/>
              </w:rPr>
              <w:t>0.02585633231561632</w:t>
            </w:r>
          </w:p>
        </w:tc>
        <w:tc>
          <w:tcPr>
            <w:tcW w:w="1245" w:type="dxa"/>
            <w:shd w:val="clear" w:color="auto" w:fill="F2F2F2"/>
          </w:tcPr>
          <w:p w14:paraId="58F3D96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1DE8F14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0C7C2F7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1335D4C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13319DE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Anaerostipes</w:t>
            </w:r>
          </w:p>
        </w:tc>
        <w:tc>
          <w:tcPr>
            <w:tcW w:w="1936" w:type="dxa"/>
            <w:shd w:val="clear" w:color="auto" w:fill="F2F2F2"/>
          </w:tcPr>
          <w:p w14:paraId="71829FA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4647EE5F" w14:textId="77777777" w:rsidTr="00A815C0">
        <w:tc>
          <w:tcPr>
            <w:tcW w:w="2501" w:type="dxa"/>
            <w:shd w:val="clear" w:color="auto" w:fill="FFFFFF"/>
          </w:tcPr>
          <w:p w14:paraId="73EC1665" w14:textId="77777777" w:rsidR="0077642F" w:rsidRDefault="0077642F">
            <w:r>
              <w:rPr>
                <w:sz w:val="13"/>
              </w:rPr>
              <w:t>7966f669971b26c2d74342a85e4c3880</w:t>
            </w:r>
          </w:p>
        </w:tc>
        <w:tc>
          <w:tcPr>
            <w:tcW w:w="1814" w:type="dxa"/>
            <w:shd w:val="clear" w:color="auto" w:fill="FFFFFF"/>
          </w:tcPr>
          <w:p w14:paraId="43242610" w14:textId="77777777" w:rsidR="0077642F" w:rsidRDefault="0077642F">
            <w:r>
              <w:rPr>
                <w:sz w:val="13"/>
              </w:rPr>
              <w:t>8.379066740361207</w:t>
            </w:r>
          </w:p>
        </w:tc>
        <w:tc>
          <w:tcPr>
            <w:tcW w:w="1395" w:type="dxa"/>
            <w:shd w:val="clear" w:color="auto" w:fill="FFFFFF"/>
          </w:tcPr>
          <w:p w14:paraId="5CD519F0" w14:textId="77777777" w:rsidR="0077642F" w:rsidRDefault="0077642F">
            <w:r>
              <w:rPr>
                <w:sz w:val="13"/>
              </w:rPr>
              <w:t>11.8000260893788</w:t>
            </w:r>
          </w:p>
        </w:tc>
        <w:tc>
          <w:tcPr>
            <w:tcW w:w="1683" w:type="dxa"/>
            <w:shd w:val="clear" w:color="auto" w:fill="FFFFFF"/>
          </w:tcPr>
          <w:p w14:paraId="7650FC21" w14:textId="77777777" w:rsidR="0077642F" w:rsidRDefault="0077642F">
            <w:r>
              <w:rPr>
                <w:sz w:val="13"/>
              </w:rPr>
              <w:t>19.6353947948843</w:t>
            </w:r>
          </w:p>
        </w:tc>
        <w:tc>
          <w:tcPr>
            <w:tcW w:w="1683" w:type="dxa"/>
            <w:shd w:val="clear" w:color="auto" w:fill="FFFFFF"/>
          </w:tcPr>
          <w:p w14:paraId="1BE56611" w14:textId="77777777" w:rsidR="0077642F" w:rsidRDefault="0077642F">
            <w:r>
              <w:rPr>
                <w:sz w:val="13"/>
              </w:rPr>
              <w:t>0.004603082768818535</w:t>
            </w:r>
          </w:p>
        </w:tc>
        <w:tc>
          <w:tcPr>
            <w:tcW w:w="1611" w:type="dxa"/>
            <w:shd w:val="clear" w:color="auto" w:fill="FFFFFF"/>
          </w:tcPr>
          <w:p w14:paraId="4A895931" w14:textId="77777777" w:rsidR="0077642F" w:rsidRDefault="0077642F">
            <w:r>
              <w:rPr>
                <w:sz w:val="13"/>
              </w:rPr>
              <w:t>0.02585633231561632</w:t>
            </w:r>
          </w:p>
        </w:tc>
        <w:tc>
          <w:tcPr>
            <w:tcW w:w="1245" w:type="dxa"/>
            <w:shd w:val="clear" w:color="auto" w:fill="FFFFFF"/>
          </w:tcPr>
          <w:p w14:paraId="42EB832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6013771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65CC73D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6F85BC3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7891E55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FFFFF"/>
          </w:tcPr>
          <w:p w14:paraId="10181B5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6C553F94" w14:textId="77777777" w:rsidTr="00A815C0">
        <w:tc>
          <w:tcPr>
            <w:tcW w:w="2501" w:type="dxa"/>
            <w:shd w:val="clear" w:color="auto" w:fill="F2F2F2"/>
          </w:tcPr>
          <w:p w14:paraId="509093EB" w14:textId="77777777" w:rsidR="0077642F" w:rsidRDefault="0077642F">
            <w:r>
              <w:rPr>
                <w:sz w:val="13"/>
              </w:rPr>
              <w:t>2bd2f1b380bc3255d4532f30690431bf</w:t>
            </w:r>
          </w:p>
        </w:tc>
        <w:tc>
          <w:tcPr>
            <w:tcW w:w="1814" w:type="dxa"/>
            <w:shd w:val="clear" w:color="auto" w:fill="F2F2F2"/>
          </w:tcPr>
          <w:p w14:paraId="55877D4E" w14:textId="77777777" w:rsidR="0077642F" w:rsidRDefault="0077642F">
            <w:r>
              <w:rPr>
                <w:sz w:val="13"/>
              </w:rPr>
              <w:t>-6.998500882669677</w:t>
            </w:r>
          </w:p>
        </w:tc>
        <w:tc>
          <w:tcPr>
            <w:tcW w:w="1395" w:type="dxa"/>
            <w:shd w:val="clear" w:color="auto" w:fill="F2F2F2"/>
          </w:tcPr>
          <w:p w14:paraId="49DEF87F" w14:textId="77777777" w:rsidR="0077642F" w:rsidRDefault="0077642F">
            <w:r>
              <w:rPr>
                <w:sz w:val="13"/>
              </w:rPr>
              <w:t>10.59896659159038</w:t>
            </w:r>
          </w:p>
        </w:tc>
        <w:tc>
          <w:tcPr>
            <w:tcW w:w="1683" w:type="dxa"/>
            <w:shd w:val="clear" w:color="auto" w:fill="F2F2F2"/>
          </w:tcPr>
          <w:p w14:paraId="09EFEDD7" w14:textId="77777777" w:rsidR="0077642F" w:rsidRDefault="0077642F">
            <w:r>
              <w:rPr>
                <w:sz w:val="13"/>
              </w:rPr>
              <w:t>19.09818284307061</w:t>
            </w:r>
          </w:p>
        </w:tc>
        <w:tc>
          <w:tcPr>
            <w:tcW w:w="1683" w:type="dxa"/>
            <w:shd w:val="clear" w:color="auto" w:fill="F2F2F2"/>
          </w:tcPr>
          <w:p w14:paraId="54841271" w14:textId="77777777" w:rsidR="0077642F" w:rsidRDefault="0077642F">
            <w:r>
              <w:rPr>
                <w:sz w:val="13"/>
              </w:rPr>
              <w:t>0.004632579812220318</w:t>
            </w:r>
          </w:p>
        </w:tc>
        <w:tc>
          <w:tcPr>
            <w:tcW w:w="1611" w:type="dxa"/>
            <w:shd w:val="clear" w:color="auto" w:fill="F2F2F2"/>
          </w:tcPr>
          <w:p w14:paraId="69C461E0" w14:textId="77777777" w:rsidR="0077642F" w:rsidRDefault="0077642F">
            <w:r>
              <w:rPr>
                <w:sz w:val="13"/>
              </w:rPr>
              <w:t>0.02585633231561632</w:t>
            </w:r>
          </w:p>
        </w:tc>
        <w:tc>
          <w:tcPr>
            <w:tcW w:w="1245" w:type="dxa"/>
            <w:shd w:val="clear" w:color="auto" w:fill="F2F2F2"/>
          </w:tcPr>
          <w:p w14:paraId="454AB00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5D4FA29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531DF8A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3FD8675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6C027F6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GCA-900066575</w:t>
            </w:r>
          </w:p>
        </w:tc>
        <w:tc>
          <w:tcPr>
            <w:tcW w:w="1936" w:type="dxa"/>
            <w:shd w:val="clear" w:color="auto" w:fill="F2F2F2"/>
          </w:tcPr>
          <w:p w14:paraId="36DE6EB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31F064E1" w14:textId="77777777" w:rsidTr="00A815C0">
        <w:tc>
          <w:tcPr>
            <w:tcW w:w="2501" w:type="dxa"/>
            <w:shd w:val="clear" w:color="auto" w:fill="FFFFFF"/>
          </w:tcPr>
          <w:p w14:paraId="1D7501C3" w14:textId="77777777" w:rsidR="0077642F" w:rsidRDefault="0077642F">
            <w:r>
              <w:rPr>
                <w:sz w:val="13"/>
              </w:rPr>
              <w:t>dc7d3afe612555373113dec68a7a580e</w:t>
            </w:r>
          </w:p>
        </w:tc>
        <w:tc>
          <w:tcPr>
            <w:tcW w:w="1814" w:type="dxa"/>
            <w:shd w:val="clear" w:color="auto" w:fill="FFFFFF"/>
          </w:tcPr>
          <w:p w14:paraId="2CD14605" w14:textId="77777777" w:rsidR="0077642F" w:rsidRDefault="0077642F">
            <w:r>
              <w:rPr>
                <w:sz w:val="13"/>
              </w:rPr>
              <w:t>-7.101019761831759</w:t>
            </w:r>
          </w:p>
        </w:tc>
        <w:tc>
          <w:tcPr>
            <w:tcW w:w="1395" w:type="dxa"/>
            <w:shd w:val="clear" w:color="auto" w:fill="FFFFFF"/>
          </w:tcPr>
          <w:p w14:paraId="7377FFC9" w14:textId="77777777" w:rsidR="0077642F" w:rsidRDefault="0077642F">
            <w:r>
              <w:rPr>
                <w:sz w:val="13"/>
              </w:rPr>
              <w:t>10.6822020152198</w:t>
            </w:r>
          </w:p>
        </w:tc>
        <w:tc>
          <w:tcPr>
            <w:tcW w:w="1683" w:type="dxa"/>
            <w:shd w:val="clear" w:color="auto" w:fill="FFFFFF"/>
          </w:tcPr>
          <w:p w14:paraId="5D9CB748" w14:textId="77777777" w:rsidR="0077642F" w:rsidRDefault="0077642F">
            <w:r>
              <w:rPr>
                <w:sz w:val="13"/>
              </w:rPr>
              <w:t>19.13725743284486</w:t>
            </w:r>
          </w:p>
        </w:tc>
        <w:tc>
          <w:tcPr>
            <w:tcW w:w="1683" w:type="dxa"/>
            <w:shd w:val="clear" w:color="auto" w:fill="FFFFFF"/>
          </w:tcPr>
          <w:p w14:paraId="60302955" w14:textId="77777777" w:rsidR="0077642F" w:rsidRDefault="0077642F">
            <w:r>
              <w:rPr>
                <w:sz w:val="13"/>
              </w:rPr>
              <w:t>0.004643249792715641</w:t>
            </w:r>
          </w:p>
        </w:tc>
        <w:tc>
          <w:tcPr>
            <w:tcW w:w="1611" w:type="dxa"/>
            <w:shd w:val="clear" w:color="auto" w:fill="FFFFFF"/>
          </w:tcPr>
          <w:p w14:paraId="32AE9C76" w14:textId="77777777" w:rsidR="0077642F" w:rsidRDefault="0077642F">
            <w:r>
              <w:rPr>
                <w:sz w:val="13"/>
              </w:rPr>
              <w:t>0.02585633231561632</w:t>
            </w:r>
          </w:p>
        </w:tc>
        <w:tc>
          <w:tcPr>
            <w:tcW w:w="1245" w:type="dxa"/>
            <w:shd w:val="clear" w:color="auto" w:fill="FFFFFF"/>
          </w:tcPr>
          <w:p w14:paraId="16A54A9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Actinobacteriota</w:t>
            </w:r>
          </w:p>
        </w:tc>
        <w:tc>
          <w:tcPr>
            <w:tcW w:w="1448" w:type="dxa"/>
            <w:shd w:val="clear" w:color="auto" w:fill="FFFFFF"/>
          </w:tcPr>
          <w:p w14:paraId="5E2A4EF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Coriobacteriia</w:t>
            </w:r>
          </w:p>
        </w:tc>
        <w:tc>
          <w:tcPr>
            <w:tcW w:w="2324" w:type="dxa"/>
            <w:shd w:val="clear" w:color="auto" w:fill="FFFFFF"/>
          </w:tcPr>
          <w:p w14:paraId="1823BBE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Coriobacteriales</w:t>
            </w:r>
          </w:p>
        </w:tc>
        <w:tc>
          <w:tcPr>
            <w:tcW w:w="2411" w:type="dxa"/>
            <w:shd w:val="clear" w:color="auto" w:fill="FFFFFF"/>
          </w:tcPr>
          <w:p w14:paraId="2DECA83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Eggerthellaceae</w:t>
            </w:r>
          </w:p>
        </w:tc>
        <w:tc>
          <w:tcPr>
            <w:tcW w:w="2411" w:type="dxa"/>
            <w:shd w:val="clear" w:color="auto" w:fill="FFFFFF"/>
          </w:tcPr>
          <w:p w14:paraId="6AFF411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Enterorhabdus</w:t>
            </w:r>
          </w:p>
        </w:tc>
        <w:tc>
          <w:tcPr>
            <w:tcW w:w="1936" w:type="dxa"/>
            <w:shd w:val="clear" w:color="auto" w:fill="FFFFFF"/>
          </w:tcPr>
          <w:p w14:paraId="5D71F9A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7A6A056B" w14:textId="77777777" w:rsidTr="00A815C0">
        <w:tc>
          <w:tcPr>
            <w:tcW w:w="2501" w:type="dxa"/>
            <w:shd w:val="clear" w:color="auto" w:fill="F2F2F2"/>
          </w:tcPr>
          <w:p w14:paraId="6E5AC821" w14:textId="77777777" w:rsidR="0077642F" w:rsidRDefault="0077642F">
            <w:r>
              <w:rPr>
                <w:sz w:val="13"/>
              </w:rPr>
              <w:t>713be73748483aef292180e9d0cc0210</w:t>
            </w:r>
          </w:p>
        </w:tc>
        <w:tc>
          <w:tcPr>
            <w:tcW w:w="1814" w:type="dxa"/>
            <w:shd w:val="clear" w:color="auto" w:fill="F2F2F2"/>
          </w:tcPr>
          <w:p w14:paraId="2BBC8344" w14:textId="77777777" w:rsidR="0077642F" w:rsidRDefault="0077642F">
            <w:r>
              <w:rPr>
                <w:sz w:val="13"/>
              </w:rPr>
              <w:t>7.115511795710641</w:t>
            </w:r>
          </w:p>
        </w:tc>
        <w:tc>
          <w:tcPr>
            <w:tcW w:w="1395" w:type="dxa"/>
            <w:shd w:val="clear" w:color="auto" w:fill="F2F2F2"/>
          </w:tcPr>
          <w:p w14:paraId="7A04831E" w14:textId="77777777" w:rsidR="0077642F" w:rsidRDefault="0077642F">
            <w:r>
              <w:rPr>
                <w:sz w:val="13"/>
              </w:rPr>
              <w:t>10.70419939004795</w:t>
            </w:r>
          </w:p>
        </w:tc>
        <w:tc>
          <w:tcPr>
            <w:tcW w:w="1683" w:type="dxa"/>
            <w:shd w:val="clear" w:color="auto" w:fill="F2F2F2"/>
          </w:tcPr>
          <w:p w14:paraId="1A2717AD" w14:textId="77777777" w:rsidR="0077642F" w:rsidRDefault="0077642F">
            <w:r>
              <w:rPr>
                <w:sz w:val="13"/>
              </w:rPr>
              <w:t>19.13389527006054</w:t>
            </w:r>
          </w:p>
        </w:tc>
        <w:tc>
          <w:tcPr>
            <w:tcW w:w="1683" w:type="dxa"/>
            <w:shd w:val="clear" w:color="auto" w:fill="F2F2F2"/>
          </w:tcPr>
          <w:p w14:paraId="68C41266" w14:textId="77777777" w:rsidR="0077642F" w:rsidRDefault="0077642F">
            <w:r>
              <w:rPr>
                <w:sz w:val="13"/>
              </w:rPr>
              <w:t>0.004686408290127239</w:t>
            </w:r>
          </w:p>
        </w:tc>
        <w:tc>
          <w:tcPr>
            <w:tcW w:w="1611" w:type="dxa"/>
            <w:shd w:val="clear" w:color="auto" w:fill="F2F2F2"/>
          </w:tcPr>
          <w:p w14:paraId="4502C8FE" w14:textId="77777777" w:rsidR="0077642F" w:rsidRDefault="0077642F">
            <w:r>
              <w:rPr>
                <w:sz w:val="13"/>
              </w:rPr>
              <w:t>0.02585633231561632</w:t>
            </w:r>
          </w:p>
        </w:tc>
        <w:tc>
          <w:tcPr>
            <w:tcW w:w="1245" w:type="dxa"/>
            <w:shd w:val="clear" w:color="auto" w:fill="F2F2F2"/>
          </w:tcPr>
          <w:p w14:paraId="7F937AA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57D6001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7CF141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6E4312C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1E34DE6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6D45A5A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1276398C" w14:textId="77777777" w:rsidTr="00A815C0">
        <w:tc>
          <w:tcPr>
            <w:tcW w:w="2501" w:type="dxa"/>
            <w:shd w:val="clear" w:color="auto" w:fill="FFFFFF"/>
          </w:tcPr>
          <w:p w14:paraId="505EE1B7" w14:textId="77777777" w:rsidR="0077642F" w:rsidRDefault="0077642F">
            <w:r>
              <w:rPr>
                <w:sz w:val="13"/>
              </w:rPr>
              <w:t>07efe1dcf1b2ba7f941f4c2632ae6957</w:t>
            </w:r>
          </w:p>
        </w:tc>
        <w:tc>
          <w:tcPr>
            <w:tcW w:w="1814" w:type="dxa"/>
            <w:shd w:val="clear" w:color="auto" w:fill="FFFFFF"/>
          </w:tcPr>
          <w:p w14:paraId="63060F75" w14:textId="77777777" w:rsidR="0077642F" w:rsidRDefault="0077642F">
            <w:r>
              <w:rPr>
                <w:sz w:val="13"/>
              </w:rPr>
              <w:t>7.042230888602103</w:t>
            </w:r>
          </w:p>
        </w:tc>
        <w:tc>
          <w:tcPr>
            <w:tcW w:w="1395" w:type="dxa"/>
            <w:shd w:val="clear" w:color="auto" w:fill="FFFFFF"/>
          </w:tcPr>
          <w:p w14:paraId="7A8BDD82" w14:textId="77777777" w:rsidR="0077642F" w:rsidRDefault="0077642F">
            <w:r>
              <w:rPr>
                <w:sz w:val="13"/>
              </w:rPr>
              <w:t>10.64456329242854</w:t>
            </w:r>
          </w:p>
        </w:tc>
        <w:tc>
          <w:tcPr>
            <w:tcW w:w="1683" w:type="dxa"/>
            <w:shd w:val="clear" w:color="auto" w:fill="FFFFFF"/>
          </w:tcPr>
          <w:p w14:paraId="62BDB48B" w14:textId="77777777" w:rsidR="0077642F" w:rsidRDefault="0077642F">
            <w:r>
              <w:rPr>
                <w:sz w:val="13"/>
              </w:rPr>
              <w:t>18.92587231102496</w:t>
            </w:r>
          </w:p>
        </w:tc>
        <w:tc>
          <w:tcPr>
            <w:tcW w:w="1683" w:type="dxa"/>
            <w:shd w:val="clear" w:color="auto" w:fill="FFFFFF"/>
          </w:tcPr>
          <w:p w14:paraId="22C41D20" w14:textId="77777777" w:rsidR="0077642F" w:rsidRDefault="0077642F">
            <w:r>
              <w:rPr>
                <w:sz w:val="13"/>
              </w:rPr>
              <w:t>0.004788209688077096</w:t>
            </w:r>
          </w:p>
        </w:tc>
        <w:tc>
          <w:tcPr>
            <w:tcW w:w="1611" w:type="dxa"/>
            <w:shd w:val="clear" w:color="auto" w:fill="FFFFFF"/>
          </w:tcPr>
          <w:p w14:paraId="589E2C4A" w14:textId="77777777" w:rsidR="0077642F" w:rsidRDefault="0077642F">
            <w:r>
              <w:rPr>
                <w:sz w:val="13"/>
              </w:rPr>
              <w:t>0.02585633231561632</w:t>
            </w:r>
          </w:p>
        </w:tc>
        <w:tc>
          <w:tcPr>
            <w:tcW w:w="1245" w:type="dxa"/>
            <w:shd w:val="clear" w:color="auto" w:fill="FFFFFF"/>
          </w:tcPr>
          <w:p w14:paraId="3223E47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2601060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1051B92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2A38C8E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FFFFF"/>
          </w:tcPr>
          <w:p w14:paraId="5F7F7D6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Colidextribacter</w:t>
            </w:r>
          </w:p>
        </w:tc>
        <w:tc>
          <w:tcPr>
            <w:tcW w:w="1936" w:type="dxa"/>
            <w:shd w:val="clear" w:color="auto" w:fill="FFFFFF"/>
          </w:tcPr>
          <w:p w14:paraId="38FA1F6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3BDE0FCE" w14:textId="77777777" w:rsidTr="00A815C0">
        <w:tc>
          <w:tcPr>
            <w:tcW w:w="2501" w:type="dxa"/>
            <w:shd w:val="clear" w:color="auto" w:fill="F2F2F2"/>
          </w:tcPr>
          <w:p w14:paraId="5C8A5938" w14:textId="77777777" w:rsidR="0077642F" w:rsidRDefault="0077642F">
            <w:r>
              <w:rPr>
                <w:sz w:val="13"/>
              </w:rPr>
              <w:t>01526cee3fdf7ad501533f8e79cee802</w:t>
            </w:r>
          </w:p>
        </w:tc>
        <w:tc>
          <w:tcPr>
            <w:tcW w:w="1814" w:type="dxa"/>
            <w:shd w:val="clear" w:color="auto" w:fill="F2F2F2"/>
          </w:tcPr>
          <w:p w14:paraId="428D9D60" w14:textId="77777777" w:rsidR="0077642F" w:rsidRDefault="0077642F">
            <w:r>
              <w:rPr>
                <w:sz w:val="13"/>
              </w:rPr>
              <w:t>7.380108533411748</w:t>
            </w:r>
          </w:p>
        </w:tc>
        <w:tc>
          <w:tcPr>
            <w:tcW w:w="1395" w:type="dxa"/>
            <w:shd w:val="clear" w:color="auto" w:fill="F2F2F2"/>
          </w:tcPr>
          <w:p w14:paraId="4DDB3228" w14:textId="77777777" w:rsidR="0077642F" w:rsidRDefault="0077642F">
            <w:r>
              <w:rPr>
                <w:sz w:val="13"/>
              </w:rPr>
              <w:t>10.9226066797902</w:t>
            </w:r>
          </w:p>
        </w:tc>
        <w:tc>
          <w:tcPr>
            <w:tcW w:w="1683" w:type="dxa"/>
            <w:shd w:val="clear" w:color="auto" w:fill="F2F2F2"/>
          </w:tcPr>
          <w:p w14:paraId="6D2010E7" w14:textId="77777777" w:rsidR="0077642F" w:rsidRDefault="0077642F">
            <w:r>
              <w:rPr>
                <w:sz w:val="13"/>
              </w:rPr>
              <w:t>18.539960480587</w:t>
            </w:r>
          </w:p>
        </w:tc>
        <w:tc>
          <w:tcPr>
            <w:tcW w:w="1683" w:type="dxa"/>
            <w:shd w:val="clear" w:color="auto" w:fill="F2F2F2"/>
          </w:tcPr>
          <w:p w14:paraId="02356F19" w14:textId="77777777" w:rsidR="0077642F" w:rsidRDefault="0077642F">
            <w:r>
              <w:rPr>
                <w:sz w:val="13"/>
              </w:rPr>
              <w:t>0.005117060418788174</w:t>
            </w:r>
          </w:p>
        </w:tc>
        <w:tc>
          <w:tcPr>
            <w:tcW w:w="1611" w:type="dxa"/>
            <w:shd w:val="clear" w:color="auto" w:fill="F2F2F2"/>
          </w:tcPr>
          <w:p w14:paraId="56F3CB40" w14:textId="77777777" w:rsidR="0077642F" w:rsidRDefault="0077642F">
            <w:r>
              <w:rPr>
                <w:sz w:val="13"/>
              </w:rPr>
              <w:t>0.02591629265101367</w:t>
            </w:r>
          </w:p>
        </w:tc>
        <w:tc>
          <w:tcPr>
            <w:tcW w:w="1245" w:type="dxa"/>
            <w:shd w:val="clear" w:color="auto" w:fill="F2F2F2"/>
          </w:tcPr>
          <w:p w14:paraId="01ADC3D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023F171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9660DE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6B31008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51EE1F8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373C217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1D094132" w14:textId="77777777" w:rsidTr="00A815C0">
        <w:tc>
          <w:tcPr>
            <w:tcW w:w="2501" w:type="dxa"/>
            <w:shd w:val="clear" w:color="auto" w:fill="FFFFFF"/>
          </w:tcPr>
          <w:p w14:paraId="51113651" w14:textId="77777777" w:rsidR="0077642F" w:rsidRDefault="0077642F">
            <w:r>
              <w:rPr>
                <w:sz w:val="13"/>
              </w:rPr>
              <w:t>5fb94f804715b4d90f191c413efef44e</w:t>
            </w:r>
          </w:p>
        </w:tc>
        <w:tc>
          <w:tcPr>
            <w:tcW w:w="1814" w:type="dxa"/>
            <w:shd w:val="clear" w:color="auto" w:fill="FFFFFF"/>
          </w:tcPr>
          <w:p w14:paraId="1C5D969F" w14:textId="77777777" w:rsidR="0077642F" w:rsidRDefault="0077642F">
            <w:r>
              <w:rPr>
                <w:sz w:val="13"/>
              </w:rPr>
              <w:t>-4.217721993258314</w:t>
            </w:r>
          </w:p>
        </w:tc>
        <w:tc>
          <w:tcPr>
            <w:tcW w:w="1395" w:type="dxa"/>
            <w:shd w:val="clear" w:color="auto" w:fill="FFFFFF"/>
          </w:tcPr>
          <w:p w14:paraId="4D681965" w14:textId="77777777" w:rsidR="0077642F" w:rsidRDefault="0077642F">
            <w:r>
              <w:rPr>
                <w:sz w:val="13"/>
              </w:rPr>
              <w:t>13.20899038264464</w:t>
            </w:r>
          </w:p>
        </w:tc>
        <w:tc>
          <w:tcPr>
            <w:tcW w:w="1683" w:type="dxa"/>
            <w:shd w:val="clear" w:color="auto" w:fill="FFFFFF"/>
          </w:tcPr>
          <w:p w14:paraId="2DA3040B" w14:textId="77777777" w:rsidR="0077642F" w:rsidRDefault="0077642F">
            <w:r>
              <w:rPr>
                <w:sz w:val="13"/>
              </w:rPr>
              <w:t>13.9480346107993</w:t>
            </w:r>
          </w:p>
        </w:tc>
        <w:tc>
          <w:tcPr>
            <w:tcW w:w="1683" w:type="dxa"/>
            <w:shd w:val="clear" w:color="auto" w:fill="FFFFFF"/>
          </w:tcPr>
          <w:p w14:paraId="61DEF75B" w14:textId="77777777" w:rsidR="0077642F" w:rsidRDefault="0077642F">
            <w:r>
              <w:rPr>
                <w:sz w:val="13"/>
              </w:rPr>
              <w:t>0.005119267684150849</w:t>
            </w:r>
          </w:p>
        </w:tc>
        <w:tc>
          <w:tcPr>
            <w:tcW w:w="1611" w:type="dxa"/>
            <w:shd w:val="clear" w:color="auto" w:fill="FFFFFF"/>
          </w:tcPr>
          <w:p w14:paraId="41C44456" w14:textId="77777777" w:rsidR="0077642F" w:rsidRDefault="0077642F">
            <w:r>
              <w:rPr>
                <w:sz w:val="13"/>
              </w:rPr>
              <w:t>0.02591629265101367</w:t>
            </w:r>
          </w:p>
        </w:tc>
        <w:tc>
          <w:tcPr>
            <w:tcW w:w="1245" w:type="dxa"/>
            <w:shd w:val="clear" w:color="auto" w:fill="FFFFFF"/>
          </w:tcPr>
          <w:p w14:paraId="0A6BE85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68BC04C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Bacilli</w:t>
            </w:r>
          </w:p>
        </w:tc>
        <w:tc>
          <w:tcPr>
            <w:tcW w:w="2324" w:type="dxa"/>
            <w:shd w:val="clear" w:color="auto" w:fill="FFFFFF"/>
          </w:tcPr>
          <w:p w14:paraId="100F22B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Erysipelotrichales</w:t>
            </w:r>
          </w:p>
        </w:tc>
        <w:tc>
          <w:tcPr>
            <w:tcW w:w="2411" w:type="dxa"/>
            <w:shd w:val="clear" w:color="auto" w:fill="FFFFFF"/>
          </w:tcPr>
          <w:p w14:paraId="2FB3FF6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Erysipelotrichaceae</w:t>
            </w:r>
          </w:p>
        </w:tc>
        <w:tc>
          <w:tcPr>
            <w:tcW w:w="2411" w:type="dxa"/>
            <w:shd w:val="clear" w:color="auto" w:fill="FFFFFF"/>
          </w:tcPr>
          <w:p w14:paraId="2759F75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Faecalibaculum</w:t>
            </w:r>
          </w:p>
        </w:tc>
        <w:tc>
          <w:tcPr>
            <w:tcW w:w="1936" w:type="dxa"/>
            <w:shd w:val="clear" w:color="auto" w:fill="FFFFFF"/>
          </w:tcPr>
          <w:p w14:paraId="4172DE8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705049EF" w14:textId="77777777" w:rsidTr="00A815C0">
        <w:tc>
          <w:tcPr>
            <w:tcW w:w="2501" w:type="dxa"/>
            <w:shd w:val="clear" w:color="auto" w:fill="F2F2F2"/>
          </w:tcPr>
          <w:p w14:paraId="0716D443" w14:textId="77777777" w:rsidR="0077642F" w:rsidRDefault="0077642F">
            <w:r>
              <w:rPr>
                <w:sz w:val="13"/>
              </w:rPr>
              <w:t>353aa922704cb2240e2658a281511f52</w:t>
            </w:r>
          </w:p>
        </w:tc>
        <w:tc>
          <w:tcPr>
            <w:tcW w:w="1814" w:type="dxa"/>
            <w:shd w:val="clear" w:color="auto" w:fill="F2F2F2"/>
          </w:tcPr>
          <w:p w14:paraId="11D9D18E" w14:textId="77777777" w:rsidR="0077642F" w:rsidRDefault="0077642F">
            <w:r>
              <w:rPr>
                <w:sz w:val="13"/>
              </w:rPr>
              <w:t>-7.934708835288694</w:t>
            </w:r>
          </w:p>
        </w:tc>
        <w:tc>
          <w:tcPr>
            <w:tcW w:w="1395" w:type="dxa"/>
            <w:shd w:val="clear" w:color="auto" w:fill="F2F2F2"/>
          </w:tcPr>
          <w:p w14:paraId="6C48E570" w14:textId="77777777" w:rsidR="0077642F" w:rsidRDefault="0077642F">
            <w:r>
              <w:rPr>
                <w:sz w:val="13"/>
              </w:rPr>
              <w:t>11.39386338470922</w:t>
            </w:r>
          </w:p>
        </w:tc>
        <w:tc>
          <w:tcPr>
            <w:tcW w:w="1683" w:type="dxa"/>
            <w:shd w:val="clear" w:color="auto" w:fill="F2F2F2"/>
          </w:tcPr>
          <w:p w14:paraId="4396E403" w14:textId="77777777" w:rsidR="0077642F" w:rsidRDefault="0077642F">
            <w:r>
              <w:rPr>
                <w:sz w:val="13"/>
              </w:rPr>
              <w:t>17.72338303131172</w:t>
            </w:r>
          </w:p>
        </w:tc>
        <w:tc>
          <w:tcPr>
            <w:tcW w:w="1683" w:type="dxa"/>
            <w:shd w:val="clear" w:color="auto" w:fill="F2F2F2"/>
          </w:tcPr>
          <w:p w14:paraId="0EB61757" w14:textId="77777777" w:rsidR="0077642F" w:rsidRDefault="0077642F">
            <w:r>
              <w:rPr>
                <w:sz w:val="13"/>
              </w:rPr>
              <w:t>0.005771001454641837</w:t>
            </w:r>
          </w:p>
        </w:tc>
        <w:tc>
          <w:tcPr>
            <w:tcW w:w="1611" w:type="dxa"/>
            <w:shd w:val="clear" w:color="auto" w:fill="F2F2F2"/>
          </w:tcPr>
          <w:p w14:paraId="7AAA2CAF" w14:textId="77777777" w:rsidR="0077642F" w:rsidRDefault="0077642F">
            <w:r>
              <w:rPr>
                <w:sz w:val="13"/>
              </w:rPr>
              <w:t>0.02833037077733265</w:t>
            </w:r>
          </w:p>
        </w:tc>
        <w:tc>
          <w:tcPr>
            <w:tcW w:w="1245" w:type="dxa"/>
            <w:shd w:val="clear" w:color="auto" w:fill="F2F2F2"/>
          </w:tcPr>
          <w:p w14:paraId="0F77B65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7E9C23B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47130F1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413645D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Rikenellaceae</w:t>
            </w:r>
          </w:p>
        </w:tc>
        <w:tc>
          <w:tcPr>
            <w:tcW w:w="2411" w:type="dxa"/>
            <w:shd w:val="clear" w:color="auto" w:fill="F2F2F2"/>
          </w:tcPr>
          <w:p w14:paraId="5A21045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Alistipes</w:t>
            </w:r>
          </w:p>
        </w:tc>
        <w:tc>
          <w:tcPr>
            <w:tcW w:w="1936" w:type="dxa"/>
            <w:shd w:val="clear" w:color="auto" w:fill="F2F2F2"/>
          </w:tcPr>
          <w:p w14:paraId="3FB07E4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68F5F6CB" w14:textId="77777777" w:rsidTr="00A815C0">
        <w:tc>
          <w:tcPr>
            <w:tcW w:w="2501" w:type="dxa"/>
            <w:shd w:val="clear" w:color="auto" w:fill="FFFFFF"/>
          </w:tcPr>
          <w:p w14:paraId="533139C7" w14:textId="77777777" w:rsidR="0077642F" w:rsidRDefault="0077642F">
            <w:r>
              <w:rPr>
                <w:sz w:val="13"/>
              </w:rPr>
              <w:t>2893aeb225744a49866e347886550112</w:t>
            </w:r>
          </w:p>
        </w:tc>
        <w:tc>
          <w:tcPr>
            <w:tcW w:w="1814" w:type="dxa"/>
            <w:shd w:val="clear" w:color="auto" w:fill="FFFFFF"/>
          </w:tcPr>
          <w:p w14:paraId="22826D1F" w14:textId="77777777" w:rsidR="0077642F" w:rsidRDefault="0077642F">
            <w:r>
              <w:rPr>
                <w:sz w:val="13"/>
              </w:rPr>
              <w:t>1.738921663245261</w:t>
            </w:r>
          </w:p>
        </w:tc>
        <w:tc>
          <w:tcPr>
            <w:tcW w:w="1395" w:type="dxa"/>
            <w:shd w:val="clear" w:color="auto" w:fill="FFFFFF"/>
          </w:tcPr>
          <w:p w14:paraId="00A11256" w14:textId="77777777" w:rsidR="0077642F" w:rsidRDefault="0077642F">
            <w:r>
              <w:rPr>
                <w:sz w:val="13"/>
              </w:rPr>
              <w:t>14.91086621429124</w:t>
            </w:r>
          </w:p>
        </w:tc>
        <w:tc>
          <w:tcPr>
            <w:tcW w:w="1683" w:type="dxa"/>
            <w:shd w:val="clear" w:color="auto" w:fill="FFFFFF"/>
          </w:tcPr>
          <w:p w14:paraId="3E491913" w14:textId="77777777" w:rsidR="0077642F" w:rsidRDefault="0077642F">
            <w:r>
              <w:rPr>
                <w:sz w:val="13"/>
              </w:rPr>
              <w:t>13.44632915984323</w:t>
            </w:r>
          </w:p>
        </w:tc>
        <w:tc>
          <w:tcPr>
            <w:tcW w:w="1683" w:type="dxa"/>
            <w:shd w:val="clear" w:color="auto" w:fill="FFFFFF"/>
          </w:tcPr>
          <w:p w14:paraId="1553D1B6" w14:textId="77777777" w:rsidR="0077642F" w:rsidRDefault="0077642F">
            <w:r>
              <w:rPr>
                <w:sz w:val="13"/>
              </w:rPr>
              <w:t>0.006451832103187644</w:t>
            </w:r>
          </w:p>
        </w:tc>
        <w:tc>
          <w:tcPr>
            <w:tcW w:w="1611" w:type="dxa"/>
            <w:shd w:val="clear" w:color="auto" w:fill="FFFFFF"/>
          </w:tcPr>
          <w:p w14:paraId="4BA0EFF5" w14:textId="77777777" w:rsidR="0077642F" w:rsidRDefault="0077642F">
            <w:r>
              <w:rPr>
                <w:sz w:val="13"/>
              </w:rPr>
              <w:t>0.03074108237401172</w:t>
            </w:r>
          </w:p>
        </w:tc>
        <w:tc>
          <w:tcPr>
            <w:tcW w:w="1245" w:type="dxa"/>
            <w:shd w:val="clear" w:color="auto" w:fill="FFFFFF"/>
          </w:tcPr>
          <w:p w14:paraId="5D31868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5003A61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3706A1A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14748ED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569780C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0D351E0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67713558" w14:textId="77777777" w:rsidTr="00A815C0">
        <w:tc>
          <w:tcPr>
            <w:tcW w:w="2501" w:type="dxa"/>
            <w:shd w:val="clear" w:color="auto" w:fill="F2F2F2"/>
          </w:tcPr>
          <w:p w14:paraId="3F09AF93" w14:textId="77777777" w:rsidR="0077642F" w:rsidRDefault="0077642F">
            <w:r>
              <w:rPr>
                <w:sz w:val="13"/>
              </w:rPr>
              <w:t>b6f5a4399f6bd346ea7f591db5595a02</w:t>
            </w:r>
          </w:p>
        </w:tc>
        <w:tc>
          <w:tcPr>
            <w:tcW w:w="1814" w:type="dxa"/>
            <w:shd w:val="clear" w:color="auto" w:fill="F2F2F2"/>
          </w:tcPr>
          <w:p w14:paraId="71A16E78" w14:textId="77777777" w:rsidR="0077642F" w:rsidRDefault="0077642F">
            <w:r>
              <w:rPr>
                <w:sz w:val="13"/>
              </w:rPr>
              <w:t>6.905661199542467</w:t>
            </w:r>
          </w:p>
        </w:tc>
        <w:tc>
          <w:tcPr>
            <w:tcW w:w="1395" w:type="dxa"/>
            <w:shd w:val="clear" w:color="auto" w:fill="F2F2F2"/>
          </w:tcPr>
          <w:p w14:paraId="5917EA27" w14:textId="77777777" w:rsidR="0077642F" w:rsidRDefault="0077642F">
            <w:r>
              <w:rPr>
                <w:sz w:val="13"/>
              </w:rPr>
              <w:t>10.53386013492702</w:t>
            </w:r>
          </w:p>
        </w:tc>
        <w:tc>
          <w:tcPr>
            <w:tcW w:w="1683" w:type="dxa"/>
            <w:shd w:val="clear" w:color="auto" w:fill="F2F2F2"/>
          </w:tcPr>
          <w:p w14:paraId="057EBE0D" w14:textId="77777777" w:rsidR="0077642F" w:rsidRDefault="0077642F">
            <w:r>
              <w:rPr>
                <w:sz w:val="13"/>
              </w:rPr>
              <w:t>16.25178130767463</w:t>
            </w:r>
          </w:p>
        </w:tc>
        <w:tc>
          <w:tcPr>
            <w:tcW w:w="1683" w:type="dxa"/>
            <w:shd w:val="clear" w:color="auto" w:fill="F2F2F2"/>
          </w:tcPr>
          <w:p w14:paraId="6A4DB111" w14:textId="77777777" w:rsidR="0077642F" w:rsidRDefault="0077642F">
            <w:r>
              <w:rPr>
                <w:sz w:val="13"/>
              </w:rPr>
              <w:t>0.00677466069154939</w:t>
            </w:r>
          </w:p>
        </w:tc>
        <w:tc>
          <w:tcPr>
            <w:tcW w:w="1611" w:type="dxa"/>
            <w:shd w:val="clear" w:color="auto" w:fill="F2F2F2"/>
          </w:tcPr>
          <w:p w14:paraId="418EC9CB" w14:textId="77777777" w:rsidR="0077642F" w:rsidRDefault="0077642F">
            <w:r>
              <w:rPr>
                <w:sz w:val="13"/>
              </w:rPr>
              <w:t>0.03135700091517146</w:t>
            </w:r>
          </w:p>
        </w:tc>
        <w:tc>
          <w:tcPr>
            <w:tcW w:w="1245" w:type="dxa"/>
            <w:shd w:val="clear" w:color="auto" w:fill="F2F2F2"/>
          </w:tcPr>
          <w:p w14:paraId="40A2CDC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40BD185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315AD12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0416134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5DEDF29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2F2F2"/>
          </w:tcPr>
          <w:p w14:paraId="0C80715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57C0167F" w14:textId="77777777" w:rsidTr="00A815C0">
        <w:tc>
          <w:tcPr>
            <w:tcW w:w="2501" w:type="dxa"/>
            <w:shd w:val="clear" w:color="auto" w:fill="FFFFFF"/>
          </w:tcPr>
          <w:p w14:paraId="7D184F60" w14:textId="77777777" w:rsidR="0077642F" w:rsidRDefault="0077642F">
            <w:r>
              <w:rPr>
                <w:sz w:val="13"/>
              </w:rPr>
              <w:t>bf049c9a4193cfd12d1742544a6f764c</w:t>
            </w:r>
          </w:p>
        </w:tc>
        <w:tc>
          <w:tcPr>
            <w:tcW w:w="1814" w:type="dxa"/>
            <w:shd w:val="clear" w:color="auto" w:fill="FFFFFF"/>
          </w:tcPr>
          <w:p w14:paraId="28AA10FC" w14:textId="77777777" w:rsidR="0077642F" w:rsidRDefault="0077642F">
            <w:r>
              <w:rPr>
                <w:sz w:val="13"/>
              </w:rPr>
              <w:t>6.620064389156597</w:t>
            </w:r>
          </w:p>
        </w:tc>
        <w:tc>
          <w:tcPr>
            <w:tcW w:w="1395" w:type="dxa"/>
            <w:shd w:val="clear" w:color="auto" w:fill="FFFFFF"/>
          </w:tcPr>
          <w:p w14:paraId="1F5A57CF" w14:textId="77777777" w:rsidR="0077642F" w:rsidRDefault="0077642F">
            <w:r>
              <w:rPr>
                <w:sz w:val="13"/>
              </w:rPr>
              <w:t>10.31403518287929</w:t>
            </w:r>
          </w:p>
        </w:tc>
        <w:tc>
          <w:tcPr>
            <w:tcW w:w="1683" w:type="dxa"/>
            <w:shd w:val="clear" w:color="auto" w:fill="FFFFFF"/>
          </w:tcPr>
          <w:p w14:paraId="67E765E1" w14:textId="77777777" w:rsidR="0077642F" w:rsidRDefault="0077642F">
            <w:r>
              <w:rPr>
                <w:sz w:val="13"/>
              </w:rPr>
              <w:t>15.32019732019883</w:t>
            </w:r>
          </w:p>
        </w:tc>
        <w:tc>
          <w:tcPr>
            <w:tcW w:w="1683" w:type="dxa"/>
            <w:shd w:val="clear" w:color="auto" w:fill="FFFFFF"/>
          </w:tcPr>
          <w:p w14:paraId="333C6618" w14:textId="77777777" w:rsidR="0077642F" w:rsidRDefault="0077642F">
            <w:r>
              <w:rPr>
                <w:sz w:val="13"/>
              </w:rPr>
              <w:t>0.007604498421328459</w:t>
            </w:r>
          </w:p>
        </w:tc>
        <w:tc>
          <w:tcPr>
            <w:tcW w:w="1611" w:type="dxa"/>
            <w:shd w:val="clear" w:color="auto" w:fill="FFFFFF"/>
          </w:tcPr>
          <w:p w14:paraId="2F257C23" w14:textId="77777777" w:rsidR="0077642F" w:rsidRDefault="0077642F">
            <w:r>
              <w:rPr>
                <w:sz w:val="13"/>
              </w:rPr>
              <w:t>0.03339844722777492</w:t>
            </w:r>
          </w:p>
        </w:tc>
        <w:tc>
          <w:tcPr>
            <w:tcW w:w="1245" w:type="dxa"/>
            <w:shd w:val="clear" w:color="auto" w:fill="FFFFFF"/>
          </w:tcPr>
          <w:p w14:paraId="55A6A89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59EFA6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6EFA29A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0E1D91E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1F737D2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[Eubacterium]_ventriosum_group</w:t>
            </w:r>
          </w:p>
        </w:tc>
        <w:tc>
          <w:tcPr>
            <w:tcW w:w="1936" w:type="dxa"/>
            <w:shd w:val="clear" w:color="auto" w:fill="FFFFFF"/>
          </w:tcPr>
          <w:p w14:paraId="2C95DF8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3F650A8D" w14:textId="77777777" w:rsidTr="00A815C0">
        <w:tc>
          <w:tcPr>
            <w:tcW w:w="2501" w:type="dxa"/>
            <w:shd w:val="clear" w:color="auto" w:fill="F2F2F2"/>
          </w:tcPr>
          <w:p w14:paraId="7F2BDA47" w14:textId="77777777" w:rsidR="0077642F" w:rsidRDefault="0077642F">
            <w:r>
              <w:rPr>
                <w:sz w:val="13"/>
              </w:rPr>
              <w:t>96f1df5356b17e2d4b6eefc878357fcb</w:t>
            </w:r>
          </w:p>
        </w:tc>
        <w:tc>
          <w:tcPr>
            <w:tcW w:w="1814" w:type="dxa"/>
            <w:shd w:val="clear" w:color="auto" w:fill="F2F2F2"/>
          </w:tcPr>
          <w:p w14:paraId="5061D552" w14:textId="77777777" w:rsidR="0077642F" w:rsidRDefault="0077642F">
            <w:r>
              <w:rPr>
                <w:sz w:val="13"/>
              </w:rPr>
              <w:t>6.674379427373359</w:t>
            </w:r>
          </w:p>
        </w:tc>
        <w:tc>
          <w:tcPr>
            <w:tcW w:w="1395" w:type="dxa"/>
            <w:shd w:val="clear" w:color="auto" w:fill="F2F2F2"/>
          </w:tcPr>
          <w:p w14:paraId="54418A9F" w14:textId="77777777" w:rsidR="0077642F" w:rsidRDefault="0077642F">
            <w:r>
              <w:rPr>
                <w:sz w:val="13"/>
              </w:rPr>
              <w:t>10.35627612208495</w:t>
            </w:r>
          </w:p>
        </w:tc>
        <w:tc>
          <w:tcPr>
            <w:tcW w:w="1683" w:type="dxa"/>
            <w:shd w:val="clear" w:color="auto" w:fill="F2F2F2"/>
          </w:tcPr>
          <w:p w14:paraId="716FDBD0" w14:textId="77777777" w:rsidR="0077642F" w:rsidRDefault="0077642F">
            <w:r>
              <w:rPr>
                <w:sz w:val="13"/>
              </w:rPr>
              <w:t>15.32636154452047</w:t>
            </w:r>
          </w:p>
        </w:tc>
        <w:tc>
          <w:tcPr>
            <w:tcW w:w="1683" w:type="dxa"/>
            <w:shd w:val="clear" w:color="auto" w:fill="F2F2F2"/>
          </w:tcPr>
          <w:p w14:paraId="6B50A389" w14:textId="77777777" w:rsidR="0077642F" w:rsidRDefault="0077642F">
            <w:r>
              <w:rPr>
                <w:sz w:val="13"/>
              </w:rPr>
              <w:t>0.007628040416220198</w:t>
            </w:r>
          </w:p>
        </w:tc>
        <w:tc>
          <w:tcPr>
            <w:tcW w:w="1611" w:type="dxa"/>
            <w:shd w:val="clear" w:color="auto" w:fill="F2F2F2"/>
          </w:tcPr>
          <w:p w14:paraId="0F9EAB0B" w14:textId="77777777" w:rsidR="0077642F" w:rsidRDefault="0077642F">
            <w:r>
              <w:rPr>
                <w:sz w:val="13"/>
              </w:rPr>
              <w:t>0.03339844722777492</w:t>
            </w:r>
          </w:p>
        </w:tc>
        <w:tc>
          <w:tcPr>
            <w:tcW w:w="1245" w:type="dxa"/>
            <w:shd w:val="clear" w:color="auto" w:fill="F2F2F2"/>
          </w:tcPr>
          <w:p w14:paraId="10162C5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DAF926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1390EF0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Clostridiales</w:t>
            </w:r>
          </w:p>
        </w:tc>
        <w:tc>
          <w:tcPr>
            <w:tcW w:w="2411" w:type="dxa"/>
            <w:shd w:val="clear" w:color="auto" w:fill="F2F2F2"/>
          </w:tcPr>
          <w:p w14:paraId="3A2EEFC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Clostridiaceae</w:t>
            </w:r>
          </w:p>
        </w:tc>
        <w:tc>
          <w:tcPr>
            <w:tcW w:w="2411" w:type="dxa"/>
            <w:shd w:val="clear" w:color="auto" w:fill="F2F2F2"/>
          </w:tcPr>
          <w:p w14:paraId="35B1986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Candidatus_Arthromitus</w:t>
            </w:r>
          </w:p>
        </w:tc>
        <w:tc>
          <w:tcPr>
            <w:tcW w:w="1936" w:type="dxa"/>
            <w:shd w:val="clear" w:color="auto" w:fill="F2F2F2"/>
          </w:tcPr>
          <w:p w14:paraId="792FC17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1B8CCE1B" w14:textId="77777777" w:rsidTr="00A815C0">
        <w:tc>
          <w:tcPr>
            <w:tcW w:w="2501" w:type="dxa"/>
            <w:shd w:val="clear" w:color="auto" w:fill="FFFFFF"/>
          </w:tcPr>
          <w:p w14:paraId="225286BC" w14:textId="77777777" w:rsidR="0077642F" w:rsidRDefault="0077642F">
            <w:r>
              <w:rPr>
                <w:sz w:val="13"/>
              </w:rPr>
              <w:t>1e088f9138870333c0385bb506f3f8b0</w:t>
            </w:r>
          </w:p>
        </w:tc>
        <w:tc>
          <w:tcPr>
            <w:tcW w:w="1814" w:type="dxa"/>
            <w:shd w:val="clear" w:color="auto" w:fill="FFFFFF"/>
          </w:tcPr>
          <w:p w14:paraId="5307A706" w14:textId="77777777" w:rsidR="0077642F" w:rsidRDefault="0077642F">
            <w:r>
              <w:rPr>
                <w:sz w:val="13"/>
              </w:rPr>
              <w:t>6.503389567619124</w:t>
            </w:r>
          </w:p>
        </w:tc>
        <w:tc>
          <w:tcPr>
            <w:tcW w:w="1395" w:type="dxa"/>
            <w:shd w:val="clear" w:color="auto" w:fill="FFFFFF"/>
          </w:tcPr>
          <w:p w14:paraId="679F6B04" w14:textId="77777777" w:rsidR="0077642F" w:rsidRDefault="0077642F">
            <w:r>
              <w:rPr>
                <w:sz w:val="13"/>
              </w:rPr>
              <w:t>10.22527746482296</w:t>
            </w:r>
          </w:p>
        </w:tc>
        <w:tc>
          <w:tcPr>
            <w:tcW w:w="1683" w:type="dxa"/>
            <w:shd w:val="clear" w:color="auto" w:fill="FFFFFF"/>
          </w:tcPr>
          <w:p w14:paraId="69D9707C" w14:textId="77777777" w:rsidR="0077642F" w:rsidRDefault="0077642F">
            <w:r>
              <w:rPr>
                <w:sz w:val="13"/>
              </w:rPr>
              <w:t>14.60869503458395</w:t>
            </w:r>
          </w:p>
        </w:tc>
        <w:tc>
          <w:tcPr>
            <w:tcW w:w="1683" w:type="dxa"/>
            <w:shd w:val="clear" w:color="auto" w:fill="FFFFFF"/>
          </w:tcPr>
          <w:p w14:paraId="55BD44CC" w14:textId="77777777" w:rsidR="0077642F" w:rsidRDefault="0077642F">
            <w:r>
              <w:rPr>
                <w:sz w:val="13"/>
              </w:rPr>
              <w:t>0.008395869970905103</w:t>
            </w:r>
          </w:p>
        </w:tc>
        <w:tc>
          <w:tcPr>
            <w:tcW w:w="1611" w:type="dxa"/>
            <w:shd w:val="clear" w:color="auto" w:fill="FFFFFF"/>
          </w:tcPr>
          <w:p w14:paraId="59053AB2" w14:textId="77777777" w:rsidR="0077642F" w:rsidRDefault="0077642F">
            <w:r>
              <w:rPr>
                <w:sz w:val="13"/>
              </w:rPr>
              <w:t>0.03472529009933488</w:t>
            </w:r>
          </w:p>
        </w:tc>
        <w:tc>
          <w:tcPr>
            <w:tcW w:w="1245" w:type="dxa"/>
            <w:shd w:val="clear" w:color="auto" w:fill="FFFFFF"/>
          </w:tcPr>
          <w:p w14:paraId="60EFB4A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66F18BB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5B8A7FD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FFFFF"/>
          </w:tcPr>
          <w:p w14:paraId="6B564A9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FFFFF"/>
          </w:tcPr>
          <w:p w14:paraId="68778E1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1936" w:type="dxa"/>
            <w:shd w:val="clear" w:color="auto" w:fill="FFFFFF"/>
          </w:tcPr>
          <w:p w14:paraId="4D93EF0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2D73A6B6" w14:textId="77777777" w:rsidTr="00A815C0">
        <w:tc>
          <w:tcPr>
            <w:tcW w:w="2501" w:type="dxa"/>
            <w:shd w:val="clear" w:color="auto" w:fill="F2F2F2"/>
          </w:tcPr>
          <w:p w14:paraId="03CB9F7B" w14:textId="77777777" w:rsidR="0077642F" w:rsidRDefault="0077642F">
            <w:r>
              <w:rPr>
                <w:sz w:val="13"/>
              </w:rPr>
              <w:t>f05a2d15281cb52ac4926577086ed85b</w:t>
            </w:r>
          </w:p>
        </w:tc>
        <w:tc>
          <w:tcPr>
            <w:tcW w:w="1814" w:type="dxa"/>
            <w:shd w:val="clear" w:color="auto" w:fill="F2F2F2"/>
          </w:tcPr>
          <w:p w14:paraId="35B1D19B" w14:textId="77777777" w:rsidR="0077642F" w:rsidRDefault="0077642F">
            <w:r>
              <w:rPr>
                <w:sz w:val="13"/>
              </w:rPr>
              <w:t>6.550112919389179</w:t>
            </w:r>
          </w:p>
        </w:tc>
        <w:tc>
          <w:tcPr>
            <w:tcW w:w="1395" w:type="dxa"/>
            <w:shd w:val="clear" w:color="auto" w:fill="F2F2F2"/>
          </w:tcPr>
          <w:p w14:paraId="01C2E953" w14:textId="77777777" w:rsidR="0077642F" w:rsidRDefault="0077642F">
            <w:r>
              <w:rPr>
                <w:sz w:val="13"/>
              </w:rPr>
              <w:t>10.26138486355923</w:t>
            </w:r>
          </w:p>
        </w:tc>
        <w:tc>
          <w:tcPr>
            <w:tcW w:w="1683" w:type="dxa"/>
            <w:shd w:val="clear" w:color="auto" w:fill="F2F2F2"/>
          </w:tcPr>
          <w:p w14:paraId="2D7DC99B" w14:textId="77777777" w:rsidR="0077642F" w:rsidRDefault="0077642F">
            <w:r>
              <w:rPr>
                <w:sz w:val="13"/>
              </w:rPr>
              <w:t>14.51923073953452</w:t>
            </w:r>
          </w:p>
        </w:tc>
        <w:tc>
          <w:tcPr>
            <w:tcW w:w="1683" w:type="dxa"/>
            <w:shd w:val="clear" w:color="auto" w:fill="F2F2F2"/>
          </w:tcPr>
          <w:p w14:paraId="4DABF87B" w14:textId="77777777" w:rsidR="0077642F" w:rsidRDefault="0077642F">
            <w:r>
              <w:rPr>
                <w:sz w:val="13"/>
              </w:rPr>
              <w:t>0.008544352000365399</w:t>
            </w:r>
          </w:p>
        </w:tc>
        <w:tc>
          <w:tcPr>
            <w:tcW w:w="1611" w:type="dxa"/>
            <w:shd w:val="clear" w:color="auto" w:fill="F2F2F2"/>
          </w:tcPr>
          <w:p w14:paraId="596867DD" w14:textId="77777777" w:rsidR="0077642F" w:rsidRDefault="0077642F">
            <w:r>
              <w:rPr>
                <w:sz w:val="13"/>
              </w:rPr>
              <w:t>0.03472529009933488</w:t>
            </w:r>
          </w:p>
        </w:tc>
        <w:tc>
          <w:tcPr>
            <w:tcW w:w="1245" w:type="dxa"/>
            <w:shd w:val="clear" w:color="auto" w:fill="F2F2F2"/>
          </w:tcPr>
          <w:p w14:paraId="70F9CD5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A48821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0AB3786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221F15A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1D8DB84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2F2F2"/>
          </w:tcPr>
          <w:p w14:paraId="60E2454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1F09F533" w14:textId="77777777" w:rsidTr="00A815C0">
        <w:tc>
          <w:tcPr>
            <w:tcW w:w="2501" w:type="dxa"/>
            <w:shd w:val="clear" w:color="auto" w:fill="FFFFFF"/>
          </w:tcPr>
          <w:p w14:paraId="48CF53BB" w14:textId="77777777" w:rsidR="0077642F" w:rsidRDefault="0077642F">
            <w:r>
              <w:rPr>
                <w:sz w:val="13"/>
              </w:rPr>
              <w:t>3c118102f97c7b184f46f5a5328dafb1</w:t>
            </w:r>
          </w:p>
        </w:tc>
        <w:tc>
          <w:tcPr>
            <w:tcW w:w="1814" w:type="dxa"/>
            <w:shd w:val="clear" w:color="auto" w:fill="FFFFFF"/>
          </w:tcPr>
          <w:p w14:paraId="54CC0EF0" w14:textId="77777777" w:rsidR="0077642F" w:rsidRDefault="0077642F">
            <w:r>
              <w:rPr>
                <w:sz w:val="13"/>
              </w:rPr>
              <w:t>6.69287902603755</w:t>
            </w:r>
          </w:p>
        </w:tc>
        <w:tc>
          <w:tcPr>
            <w:tcW w:w="1395" w:type="dxa"/>
            <w:shd w:val="clear" w:color="auto" w:fill="FFFFFF"/>
          </w:tcPr>
          <w:p w14:paraId="3365FD82" w14:textId="77777777" w:rsidR="0077642F" w:rsidRDefault="0077642F">
            <w:r>
              <w:rPr>
                <w:sz w:val="13"/>
              </w:rPr>
              <w:t>10.36452546615692</w:t>
            </w:r>
          </w:p>
        </w:tc>
        <w:tc>
          <w:tcPr>
            <w:tcW w:w="1683" w:type="dxa"/>
            <w:shd w:val="clear" w:color="auto" w:fill="FFFFFF"/>
          </w:tcPr>
          <w:p w14:paraId="6ABB226A" w14:textId="77777777" w:rsidR="0077642F" w:rsidRDefault="0077642F">
            <w:r>
              <w:rPr>
                <w:sz w:val="13"/>
              </w:rPr>
              <w:t>14.56344461238814</w:t>
            </w:r>
          </w:p>
        </w:tc>
        <w:tc>
          <w:tcPr>
            <w:tcW w:w="1683" w:type="dxa"/>
            <w:shd w:val="clear" w:color="auto" w:fill="FFFFFF"/>
          </w:tcPr>
          <w:p w14:paraId="28243392" w14:textId="77777777" w:rsidR="0077642F" w:rsidRDefault="0077642F">
            <w:r>
              <w:rPr>
                <w:sz w:val="13"/>
              </w:rPr>
              <w:t>0.008574145703539477</w:t>
            </w:r>
          </w:p>
        </w:tc>
        <w:tc>
          <w:tcPr>
            <w:tcW w:w="1611" w:type="dxa"/>
            <w:shd w:val="clear" w:color="auto" w:fill="FFFFFF"/>
          </w:tcPr>
          <w:p w14:paraId="0FDB3392" w14:textId="77777777" w:rsidR="0077642F" w:rsidRDefault="0077642F">
            <w:r>
              <w:rPr>
                <w:sz w:val="13"/>
              </w:rPr>
              <w:t>0.03472529009933488</w:t>
            </w:r>
          </w:p>
        </w:tc>
        <w:tc>
          <w:tcPr>
            <w:tcW w:w="1245" w:type="dxa"/>
            <w:shd w:val="clear" w:color="auto" w:fill="FFFFFF"/>
          </w:tcPr>
          <w:p w14:paraId="6DF4626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5370764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1C75EEF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735E230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7D73539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FFFFF"/>
          </w:tcPr>
          <w:p w14:paraId="4C5B4FD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Clostridiales_bacterium</w:t>
            </w:r>
          </w:p>
        </w:tc>
      </w:tr>
      <w:tr w:rsidR="0077642F" w14:paraId="68574D14" w14:textId="77777777" w:rsidTr="00A815C0">
        <w:tc>
          <w:tcPr>
            <w:tcW w:w="2501" w:type="dxa"/>
            <w:shd w:val="clear" w:color="auto" w:fill="F2F2F2"/>
          </w:tcPr>
          <w:p w14:paraId="5C1064C4" w14:textId="77777777" w:rsidR="0077642F" w:rsidRDefault="0077642F">
            <w:r>
              <w:rPr>
                <w:sz w:val="13"/>
              </w:rPr>
              <w:t>44bd1efc8d03b8e1153d643564b15e9c</w:t>
            </w:r>
          </w:p>
        </w:tc>
        <w:tc>
          <w:tcPr>
            <w:tcW w:w="1814" w:type="dxa"/>
            <w:shd w:val="clear" w:color="auto" w:fill="F2F2F2"/>
          </w:tcPr>
          <w:p w14:paraId="7BF698BA" w14:textId="77777777" w:rsidR="0077642F" w:rsidRDefault="0077642F">
            <w:r>
              <w:rPr>
                <w:sz w:val="13"/>
              </w:rPr>
              <w:t>6.448362428337242</w:t>
            </w:r>
          </w:p>
        </w:tc>
        <w:tc>
          <w:tcPr>
            <w:tcW w:w="1395" w:type="dxa"/>
            <w:shd w:val="clear" w:color="auto" w:fill="F2F2F2"/>
          </w:tcPr>
          <w:p w14:paraId="3E4E1C7E" w14:textId="77777777" w:rsidR="0077642F" w:rsidRDefault="0077642F">
            <w:r>
              <w:rPr>
                <w:sz w:val="13"/>
              </w:rPr>
              <w:t>10.18643953819528</w:t>
            </w:r>
          </w:p>
        </w:tc>
        <w:tc>
          <w:tcPr>
            <w:tcW w:w="1683" w:type="dxa"/>
            <w:shd w:val="clear" w:color="auto" w:fill="F2F2F2"/>
          </w:tcPr>
          <w:p w14:paraId="55A7F09A" w14:textId="77777777" w:rsidR="0077642F" w:rsidRDefault="0077642F">
            <w:r>
              <w:rPr>
                <w:sz w:val="13"/>
              </w:rPr>
              <w:t>14.12643040392239</w:t>
            </w:r>
          </w:p>
        </w:tc>
        <w:tc>
          <w:tcPr>
            <w:tcW w:w="1683" w:type="dxa"/>
            <w:shd w:val="clear" w:color="auto" w:fill="F2F2F2"/>
          </w:tcPr>
          <w:p w14:paraId="26C63431" w14:textId="77777777" w:rsidR="0077642F" w:rsidRDefault="0077642F">
            <w:r>
              <w:rPr>
                <w:sz w:val="13"/>
              </w:rPr>
              <w:t>0.009015980502088424</w:t>
            </w:r>
          </w:p>
        </w:tc>
        <w:tc>
          <w:tcPr>
            <w:tcW w:w="1611" w:type="dxa"/>
            <w:shd w:val="clear" w:color="auto" w:fill="F2F2F2"/>
          </w:tcPr>
          <w:p w14:paraId="1CCCF307" w14:textId="77777777" w:rsidR="0077642F" w:rsidRDefault="0077642F">
            <w:r>
              <w:rPr>
                <w:sz w:val="13"/>
              </w:rPr>
              <w:t>0.03562411808142255</w:t>
            </w:r>
          </w:p>
        </w:tc>
        <w:tc>
          <w:tcPr>
            <w:tcW w:w="1245" w:type="dxa"/>
            <w:shd w:val="clear" w:color="auto" w:fill="F2F2F2"/>
          </w:tcPr>
          <w:p w14:paraId="321D852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18A0A3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17B628F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424F18F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6F7CEE1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26C754C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19EDB07A" w14:textId="77777777" w:rsidTr="00A815C0">
        <w:tc>
          <w:tcPr>
            <w:tcW w:w="2501" w:type="dxa"/>
            <w:shd w:val="clear" w:color="auto" w:fill="FFFFFF"/>
          </w:tcPr>
          <w:p w14:paraId="7834D58C" w14:textId="77777777" w:rsidR="0077642F" w:rsidRDefault="0077642F">
            <w:r>
              <w:rPr>
                <w:sz w:val="13"/>
              </w:rPr>
              <w:t>5949c6522a819350f1ed1c56817faac3</w:t>
            </w:r>
          </w:p>
        </w:tc>
        <w:tc>
          <w:tcPr>
            <w:tcW w:w="1814" w:type="dxa"/>
            <w:shd w:val="clear" w:color="auto" w:fill="FFFFFF"/>
          </w:tcPr>
          <w:p w14:paraId="1DF16189" w14:textId="77777777" w:rsidR="0077642F" w:rsidRDefault="0077642F">
            <w:r>
              <w:rPr>
                <w:sz w:val="13"/>
              </w:rPr>
              <w:t>6.338539503149128</w:t>
            </w:r>
          </w:p>
        </w:tc>
        <w:tc>
          <w:tcPr>
            <w:tcW w:w="1395" w:type="dxa"/>
            <w:shd w:val="clear" w:color="auto" w:fill="FFFFFF"/>
          </w:tcPr>
          <w:p w14:paraId="50377A0B" w14:textId="77777777" w:rsidR="0077642F" w:rsidRDefault="0077642F">
            <w:r>
              <w:rPr>
                <w:sz w:val="13"/>
              </w:rPr>
              <w:t>10.10517378330453</w:t>
            </w:r>
          </w:p>
        </w:tc>
        <w:tc>
          <w:tcPr>
            <w:tcW w:w="1683" w:type="dxa"/>
            <w:shd w:val="clear" w:color="auto" w:fill="FFFFFF"/>
          </w:tcPr>
          <w:p w14:paraId="7B51D774" w14:textId="77777777" w:rsidR="0077642F" w:rsidRDefault="0077642F">
            <w:r>
              <w:rPr>
                <w:sz w:val="13"/>
              </w:rPr>
              <w:t>13.44160932277829</w:t>
            </w:r>
          </w:p>
        </w:tc>
        <w:tc>
          <w:tcPr>
            <w:tcW w:w="1683" w:type="dxa"/>
            <w:shd w:val="clear" w:color="auto" w:fill="FFFFFF"/>
          </w:tcPr>
          <w:p w14:paraId="0DC366B8" w14:textId="77777777" w:rsidR="0077642F" w:rsidRDefault="0077642F">
            <w:r>
              <w:rPr>
                <w:sz w:val="13"/>
              </w:rPr>
              <w:t>0.009984332453033344</w:t>
            </w:r>
          </w:p>
        </w:tc>
        <w:tc>
          <w:tcPr>
            <w:tcW w:w="1611" w:type="dxa"/>
            <w:shd w:val="clear" w:color="auto" w:fill="FFFFFF"/>
          </w:tcPr>
          <w:p w14:paraId="1C4851C6" w14:textId="77777777" w:rsidR="0077642F" w:rsidRDefault="0077642F">
            <w:r>
              <w:rPr>
                <w:sz w:val="13"/>
              </w:rPr>
              <w:t>0.03851099660455718</w:t>
            </w:r>
          </w:p>
        </w:tc>
        <w:tc>
          <w:tcPr>
            <w:tcW w:w="1245" w:type="dxa"/>
            <w:shd w:val="clear" w:color="auto" w:fill="FFFFFF"/>
          </w:tcPr>
          <w:p w14:paraId="4EB33AF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4CEA4A4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5331891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2E655A1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013E5F0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FFFFF"/>
          </w:tcPr>
          <w:p w14:paraId="50CF6EB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49C9EAA0" w14:textId="77777777" w:rsidTr="00A815C0">
        <w:tc>
          <w:tcPr>
            <w:tcW w:w="2501" w:type="dxa"/>
            <w:shd w:val="clear" w:color="auto" w:fill="F2F2F2"/>
          </w:tcPr>
          <w:p w14:paraId="4E97F5B0" w14:textId="77777777" w:rsidR="0077642F" w:rsidRDefault="0077642F">
            <w:r>
              <w:rPr>
                <w:sz w:val="13"/>
              </w:rPr>
              <w:t>ec0d916fcd6e22130801cd8f22d3fc19</w:t>
            </w:r>
          </w:p>
        </w:tc>
        <w:tc>
          <w:tcPr>
            <w:tcW w:w="1814" w:type="dxa"/>
            <w:shd w:val="clear" w:color="auto" w:fill="F2F2F2"/>
          </w:tcPr>
          <w:p w14:paraId="36B931B6" w14:textId="77777777" w:rsidR="0077642F" w:rsidRDefault="0077642F">
            <w:r>
              <w:rPr>
                <w:sz w:val="13"/>
              </w:rPr>
              <w:t>-6.270212002832359</w:t>
            </w:r>
          </w:p>
        </w:tc>
        <w:tc>
          <w:tcPr>
            <w:tcW w:w="1395" w:type="dxa"/>
            <w:shd w:val="clear" w:color="auto" w:fill="F2F2F2"/>
          </w:tcPr>
          <w:p w14:paraId="79B4E59C" w14:textId="77777777" w:rsidR="0077642F" w:rsidRDefault="0077642F">
            <w:r>
              <w:rPr>
                <w:sz w:val="13"/>
              </w:rPr>
              <w:t>10.04510311153795</w:t>
            </w:r>
          </w:p>
        </w:tc>
        <w:tc>
          <w:tcPr>
            <w:tcW w:w="1683" w:type="dxa"/>
            <w:shd w:val="clear" w:color="auto" w:fill="F2F2F2"/>
          </w:tcPr>
          <w:p w14:paraId="2BD9915A" w14:textId="77777777" w:rsidR="0077642F" w:rsidRDefault="0077642F">
            <w:r>
              <w:rPr>
                <w:sz w:val="13"/>
              </w:rPr>
              <w:t>12.90605259762368</w:t>
            </w:r>
          </w:p>
        </w:tc>
        <w:tc>
          <w:tcPr>
            <w:tcW w:w="1683" w:type="dxa"/>
            <w:shd w:val="clear" w:color="auto" w:fill="F2F2F2"/>
          </w:tcPr>
          <w:p w14:paraId="54A9F0F4" w14:textId="77777777" w:rsidR="0077642F" w:rsidRDefault="0077642F">
            <w:r>
              <w:rPr>
                <w:sz w:val="13"/>
              </w:rPr>
              <w:t>0.01073464218380534</w:t>
            </w:r>
          </w:p>
        </w:tc>
        <w:tc>
          <w:tcPr>
            <w:tcW w:w="1611" w:type="dxa"/>
            <w:shd w:val="clear" w:color="auto" w:fill="F2F2F2"/>
          </w:tcPr>
          <w:p w14:paraId="168D9084" w14:textId="77777777" w:rsidR="0077642F" w:rsidRDefault="0077642F">
            <w:r>
              <w:rPr>
                <w:sz w:val="13"/>
              </w:rPr>
              <w:t>0.04044214032038292</w:t>
            </w:r>
          </w:p>
        </w:tc>
        <w:tc>
          <w:tcPr>
            <w:tcW w:w="1245" w:type="dxa"/>
            <w:shd w:val="clear" w:color="auto" w:fill="F2F2F2"/>
          </w:tcPr>
          <w:p w14:paraId="743FA2F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485CAD0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2667061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2F2F2"/>
          </w:tcPr>
          <w:p w14:paraId="59626A3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UCG-010</w:t>
            </w:r>
          </w:p>
        </w:tc>
        <w:tc>
          <w:tcPr>
            <w:tcW w:w="2411" w:type="dxa"/>
            <w:shd w:val="clear" w:color="auto" w:fill="F2F2F2"/>
          </w:tcPr>
          <w:p w14:paraId="2F90A39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UCG-010</w:t>
            </w:r>
          </w:p>
        </w:tc>
        <w:tc>
          <w:tcPr>
            <w:tcW w:w="1936" w:type="dxa"/>
            <w:shd w:val="clear" w:color="auto" w:fill="F2F2F2"/>
          </w:tcPr>
          <w:p w14:paraId="5AE147E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592AD7F7" w14:textId="77777777" w:rsidTr="00A815C0">
        <w:tc>
          <w:tcPr>
            <w:tcW w:w="2501" w:type="dxa"/>
            <w:shd w:val="clear" w:color="auto" w:fill="FFFFFF"/>
          </w:tcPr>
          <w:p w14:paraId="623AC5DA" w14:textId="77777777" w:rsidR="0077642F" w:rsidRDefault="0077642F">
            <w:r>
              <w:rPr>
                <w:sz w:val="13"/>
              </w:rPr>
              <w:t>0f3d5ab93a1bdff74c4c3fbe0ad3206b</w:t>
            </w:r>
          </w:p>
        </w:tc>
        <w:tc>
          <w:tcPr>
            <w:tcW w:w="1814" w:type="dxa"/>
            <w:shd w:val="clear" w:color="auto" w:fill="FFFFFF"/>
          </w:tcPr>
          <w:p w14:paraId="03C53236" w14:textId="77777777" w:rsidR="0077642F" w:rsidRDefault="0077642F">
            <w:r>
              <w:rPr>
                <w:sz w:val="13"/>
              </w:rPr>
              <w:t>-4.630333384486722</w:t>
            </w:r>
          </w:p>
        </w:tc>
        <w:tc>
          <w:tcPr>
            <w:tcW w:w="1395" w:type="dxa"/>
            <w:shd w:val="clear" w:color="auto" w:fill="FFFFFF"/>
          </w:tcPr>
          <w:p w14:paraId="3F23F851" w14:textId="77777777" w:rsidR="0077642F" w:rsidRDefault="0077642F">
            <w:r>
              <w:rPr>
                <w:sz w:val="13"/>
              </w:rPr>
              <w:t>12.34858024773324</w:t>
            </w:r>
          </w:p>
        </w:tc>
        <w:tc>
          <w:tcPr>
            <w:tcW w:w="1683" w:type="dxa"/>
            <w:shd w:val="clear" w:color="auto" w:fill="FFFFFF"/>
          </w:tcPr>
          <w:p w14:paraId="61FA05D4" w14:textId="77777777" w:rsidR="0077642F" w:rsidRDefault="0077642F">
            <w:r>
              <w:rPr>
                <w:sz w:val="13"/>
              </w:rPr>
              <w:t>9.49243427136385</w:t>
            </w:r>
          </w:p>
        </w:tc>
        <w:tc>
          <w:tcPr>
            <w:tcW w:w="1683" w:type="dxa"/>
            <w:shd w:val="clear" w:color="auto" w:fill="FFFFFF"/>
          </w:tcPr>
          <w:p w14:paraId="4FBE7E04" w14:textId="77777777" w:rsidR="0077642F" w:rsidRDefault="0077642F">
            <w:r>
              <w:rPr>
                <w:sz w:val="13"/>
              </w:rPr>
              <w:t>0.01195195145641622</w:t>
            </w:r>
          </w:p>
        </w:tc>
        <w:tc>
          <w:tcPr>
            <w:tcW w:w="1611" w:type="dxa"/>
            <w:shd w:val="clear" w:color="auto" w:fill="FFFFFF"/>
          </w:tcPr>
          <w:p w14:paraId="59F53DC9" w14:textId="77777777" w:rsidR="0077642F" w:rsidRDefault="0077642F">
            <w:r>
              <w:rPr>
                <w:sz w:val="13"/>
              </w:rPr>
              <w:t>0.04400491218044154</w:t>
            </w:r>
          </w:p>
        </w:tc>
        <w:tc>
          <w:tcPr>
            <w:tcW w:w="1245" w:type="dxa"/>
            <w:shd w:val="clear" w:color="auto" w:fill="FFFFFF"/>
          </w:tcPr>
          <w:p w14:paraId="1120B93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2F6DBE3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2027BC1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2F66C1D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142699D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Lachnospiraceae_UCG-006</w:t>
            </w:r>
          </w:p>
        </w:tc>
        <w:tc>
          <w:tcPr>
            <w:tcW w:w="1936" w:type="dxa"/>
            <w:shd w:val="clear" w:color="auto" w:fill="FFFFFF"/>
          </w:tcPr>
          <w:p w14:paraId="27E88CF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45ACC220" w14:textId="77777777" w:rsidTr="00A815C0">
        <w:tc>
          <w:tcPr>
            <w:tcW w:w="2501" w:type="dxa"/>
            <w:shd w:val="clear" w:color="auto" w:fill="F2F2F2"/>
          </w:tcPr>
          <w:p w14:paraId="5BAC0B3A" w14:textId="77777777" w:rsidR="0077642F" w:rsidRDefault="0077642F">
            <w:r>
              <w:rPr>
                <w:sz w:val="13"/>
              </w:rPr>
              <w:t>e8782b11e7e8a3127d3022fd6271d69e</w:t>
            </w:r>
          </w:p>
        </w:tc>
        <w:tc>
          <w:tcPr>
            <w:tcW w:w="1814" w:type="dxa"/>
            <w:shd w:val="clear" w:color="auto" w:fill="F2F2F2"/>
          </w:tcPr>
          <w:p w14:paraId="72378A82" w14:textId="77777777" w:rsidR="0077642F" w:rsidRDefault="0077642F">
            <w:r>
              <w:rPr>
                <w:sz w:val="13"/>
              </w:rPr>
              <w:t>6.101610378107186</w:t>
            </w:r>
          </w:p>
        </w:tc>
        <w:tc>
          <w:tcPr>
            <w:tcW w:w="1395" w:type="dxa"/>
            <w:shd w:val="clear" w:color="auto" w:fill="F2F2F2"/>
          </w:tcPr>
          <w:p w14:paraId="57C98048" w14:textId="77777777" w:rsidR="0077642F" w:rsidRDefault="0077642F">
            <w:r>
              <w:rPr>
                <w:sz w:val="13"/>
              </w:rPr>
              <w:t>9.93399190890183</w:t>
            </w:r>
          </w:p>
        </w:tc>
        <w:tc>
          <w:tcPr>
            <w:tcW w:w="1683" w:type="dxa"/>
            <w:shd w:val="clear" w:color="auto" w:fill="F2F2F2"/>
          </w:tcPr>
          <w:p w14:paraId="684B2917" w14:textId="77777777" w:rsidR="0077642F" w:rsidRDefault="0077642F">
            <w:r>
              <w:rPr>
                <w:sz w:val="13"/>
              </w:rPr>
              <w:t>11.77813624816666</w:t>
            </w:r>
          </w:p>
        </w:tc>
        <w:tc>
          <w:tcPr>
            <w:tcW w:w="1683" w:type="dxa"/>
            <w:shd w:val="clear" w:color="auto" w:fill="F2F2F2"/>
          </w:tcPr>
          <w:p w14:paraId="26743684" w14:textId="77777777" w:rsidR="0077642F" w:rsidRDefault="0077642F">
            <w:r>
              <w:rPr>
                <w:sz w:val="13"/>
              </w:rPr>
              <w:t>0.0130675848259063</w:t>
            </w:r>
          </w:p>
        </w:tc>
        <w:tc>
          <w:tcPr>
            <w:tcW w:w="1611" w:type="dxa"/>
            <w:shd w:val="clear" w:color="auto" w:fill="F2F2F2"/>
          </w:tcPr>
          <w:p w14:paraId="535C33A7" w14:textId="77777777" w:rsidR="0077642F" w:rsidRDefault="0077642F">
            <w:r>
              <w:rPr>
                <w:sz w:val="13"/>
              </w:rPr>
              <w:t>0.04704330537326268</w:t>
            </w:r>
          </w:p>
        </w:tc>
        <w:tc>
          <w:tcPr>
            <w:tcW w:w="1245" w:type="dxa"/>
            <w:shd w:val="clear" w:color="auto" w:fill="F2F2F2"/>
          </w:tcPr>
          <w:p w14:paraId="2B417FF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Actinobacteriota</w:t>
            </w:r>
          </w:p>
        </w:tc>
        <w:tc>
          <w:tcPr>
            <w:tcW w:w="1448" w:type="dxa"/>
            <w:shd w:val="clear" w:color="auto" w:fill="F2F2F2"/>
          </w:tcPr>
          <w:p w14:paraId="0AD751B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Actinobacteria</w:t>
            </w:r>
          </w:p>
        </w:tc>
        <w:tc>
          <w:tcPr>
            <w:tcW w:w="2324" w:type="dxa"/>
            <w:shd w:val="clear" w:color="auto" w:fill="F2F2F2"/>
          </w:tcPr>
          <w:p w14:paraId="0166C6A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Micrococcales</w:t>
            </w:r>
          </w:p>
        </w:tc>
        <w:tc>
          <w:tcPr>
            <w:tcW w:w="2411" w:type="dxa"/>
            <w:shd w:val="clear" w:color="auto" w:fill="F2F2F2"/>
          </w:tcPr>
          <w:p w14:paraId="5EDFC11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Microbacteriaceae</w:t>
            </w:r>
          </w:p>
        </w:tc>
        <w:tc>
          <w:tcPr>
            <w:tcW w:w="2411" w:type="dxa"/>
            <w:shd w:val="clear" w:color="auto" w:fill="F2F2F2"/>
          </w:tcPr>
          <w:p w14:paraId="48FF9A0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Microbacterium</w:t>
            </w:r>
          </w:p>
        </w:tc>
        <w:tc>
          <w:tcPr>
            <w:tcW w:w="1936" w:type="dxa"/>
            <w:shd w:val="clear" w:color="auto" w:fill="F2F2F2"/>
          </w:tcPr>
          <w:p w14:paraId="10C5ABF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1CFD0DC1" w14:textId="77777777" w:rsidTr="00A815C0">
        <w:tc>
          <w:tcPr>
            <w:tcW w:w="2501" w:type="dxa"/>
            <w:shd w:val="clear" w:color="auto" w:fill="FFFFFF"/>
          </w:tcPr>
          <w:p w14:paraId="0FA02EC1" w14:textId="77777777" w:rsidR="0077642F" w:rsidRDefault="0077642F">
            <w:r>
              <w:rPr>
                <w:sz w:val="13"/>
              </w:rPr>
              <w:t>08ed17794e8af08e5f0fb28b4e415a5a</w:t>
            </w:r>
          </w:p>
        </w:tc>
        <w:tc>
          <w:tcPr>
            <w:tcW w:w="1814" w:type="dxa"/>
            <w:shd w:val="clear" w:color="auto" w:fill="FFFFFF"/>
          </w:tcPr>
          <w:p w14:paraId="0F2E4F86" w14:textId="77777777" w:rsidR="0077642F" w:rsidRDefault="0077642F">
            <w:r>
              <w:rPr>
                <w:sz w:val="13"/>
              </w:rPr>
              <w:t>6.272587649505889</w:t>
            </w:r>
          </w:p>
        </w:tc>
        <w:tc>
          <w:tcPr>
            <w:tcW w:w="1395" w:type="dxa"/>
            <w:shd w:val="clear" w:color="auto" w:fill="FFFFFF"/>
          </w:tcPr>
          <w:p w14:paraId="7EAD7E00" w14:textId="77777777" w:rsidR="0077642F" w:rsidRDefault="0077642F">
            <w:r>
              <w:rPr>
                <w:sz w:val="13"/>
              </w:rPr>
              <w:t>10.06293025238684</w:t>
            </w:r>
          </w:p>
        </w:tc>
        <w:tc>
          <w:tcPr>
            <w:tcW w:w="1683" w:type="dxa"/>
            <w:shd w:val="clear" w:color="auto" w:fill="FFFFFF"/>
          </w:tcPr>
          <w:p w14:paraId="60C7BA49" w14:textId="77777777" w:rsidR="0077642F" w:rsidRDefault="0077642F">
            <w:r>
              <w:rPr>
                <w:sz w:val="13"/>
              </w:rPr>
              <w:t>11.25019991202054</w:t>
            </w:r>
          </w:p>
        </w:tc>
        <w:tc>
          <w:tcPr>
            <w:tcW w:w="1683" w:type="dxa"/>
            <w:shd w:val="clear" w:color="auto" w:fill="FFFFFF"/>
          </w:tcPr>
          <w:p w14:paraId="69427F20" w14:textId="77777777" w:rsidR="0077642F" w:rsidRDefault="0077642F">
            <w:r>
              <w:rPr>
                <w:sz w:val="13"/>
              </w:rPr>
              <w:t>0.01462292063517374</w:t>
            </w:r>
          </w:p>
        </w:tc>
        <w:tc>
          <w:tcPr>
            <w:tcW w:w="1611" w:type="dxa"/>
            <w:shd w:val="clear" w:color="auto" w:fill="FFFFFF"/>
          </w:tcPr>
          <w:p w14:paraId="3713CB16" w14:textId="77777777" w:rsidR="0077642F" w:rsidRDefault="0077642F">
            <w:r>
              <w:rPr>
                <w:sz w:val="13"/>
              </w:rPr>
              <w:t>0.05047476734303045</w:t>
            </w:r>
          </w:p>
        </w:tc>
        <w:tc>
          <w:tcPr>
            <w:tcW w:w="1245" w:type="dxa"/>
            <w:shd w:val="clear" w:color="auto" w:fill="FFFFFF"/>
          </w:tcPr>
          <w:p w14:paraId="26C6477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1FB1150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67804AC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3FC114E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6D4B914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Roseburia</w:t>
            </w:r>
          </w:p>
        </w:tc>
        <w:tc>
          <w:tcPr>
            <w:tcW w:w="1936" w:type="dxa"/>
            <w:shd w:val="clear" w:color="auto" w:fill="FFFFFF"/>
          </w:tcPr>
          <w:p w14:paraId="0710FC7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3F1D7598" w14:textId="77777777" w:rsidTr="00A815C0">
        <w:tc>
          <w:tcPr>
            <w:tcW w:w="2501" w:type="dxa"/>
            <w:shd w:val="clear" w:color="auto" w:fill="F2F2F2"/>
          </w:tcPr>
          <w:p w14:paraId="33055FDC" w14:textId="77777777" w:rsidR="0077642F" w:rsidRDefault="0077642F">
            <w:r>
              <w:rPr>
                <w:sz w:val="13"/>
              </w:rPr>
              <w:t>17a6531a5ea2f2f5b0275eaf27a92ad4</w:t>
            </w:r>
          </w:p>
        </w:tc>
        <w:tc>
          <w:tcPr>
            <w:tcW w:w="1814" w:type="dxa"/>
            <w:shd w:val="clear" w:color="auto" w:fill="F2F2F2"/>
          </w:tcPr>
          <w:p w14:paraId="703B3DFB" w14:textId="77777777" w:rsidR="0077642F" w:rsidRDefault="0077642F">
            <w:r>
              <w:rPr>
                <w:sz w:val="13"/>
              </w:rPr>
              <w:t>-4.17853609872595</w:t>
            </w:r>
          </w:p>
        </w:tc>
        <w:tc>
          <w:tcPr>
            <w:tcW w:w="1395" w:type="dxa"/>
            <w:shd w:val="clear" w:color="auto" w:fill="F2F2F2"/>
          </w:tcPr>
          <w:p w14:paraId="2BC5B5D4" w14:textId="77777777" w:rsidR="0077642F" w:rsidRDefault="0077642F">
            <w:r>
              <w:rPr>
                <w:sz w:val="13"/>
              </w:rPr>
              <w:t>11.80229710111555</w:t>
            </w:r>
          </w:p>
        </w:tc>
        <w:tc>
          <w:tcPr>
            <w:tcW w:w="1683" w:type="dxa"/>
            <w:shd w:val="clear" w:color="auto" w:fill="F2F2F2"/>
          </w:tcPr>
          <w:p w14:paraId="5ADD525E" w14:textId="77777777" w:rsidR="0077642F" w:rsidRDefault="0077642F">
            <w:r>
              <w:rPr>
                <w:sz w:val="13"/>
              </w:rPr>
              <w:t>8.635516576742788</w:t>
            </w:r>
          </w:p>
        </w:tc>
        <w:tc>
          <w:tcPr>
            <w:tcW w:w="1683" w:type="dxa"/>
            <w:shd w:val="clear" w:color="auto" w:fill="F2F2F2"/>
          </w:tcPr>
          <w:p w14:paraId="77ADBD82" w14:textId="77777777" w:rsidR="0077642F" w:rsidRDefault="0077642F">
            <w:r>
              <w:rPr>
                <w:sz w:val="13"/>
              </w:rPr>
              <w:t>0.01486500367460491</w:t>
            </w:r>
          </w:p>
        </w:tc>
        <w:tc>
          <w:tcPr>
            <w:tcW w:w="1611" w:type="dxa"/>
            <w:shd w:val="clear" w:color="auto" w:fill="F2F2F2"/>
          </w:tcPr>
          <w:p w14:paraId="5F4C0A81" w14:textId="77777777" w:rsidR="0077642F" w:rsidRDefault="0077642F">
            <w:r>
              <w:rPr>
                <w:sz w:val="13"/>
              </w:rPr>
              <w:t>0.05047476734303045</w:t>
            </w:r>
          </w:p>
        </w:tc>
        <w:tc>
          <w:tcPr>
            <w:tcW w:w="1245" w:type="dxa"/>
            <w:shd w:val="clear" w:color="auto" w:fill="F2F2F2"/>
          </w:tcPr>
          <w:p w14:paraId="286C1EF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56EBE57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32CFA00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623B58E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19CD80E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7BD6537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10D46744" w14:textId="77777777" w:rsidTr="00A815C0">
        <w:tc>
          <w:tcPr>
            <w:tcW w:w="2501" w:type="dxa"/>
            <w:shd w:val="clear" w:color="auto" w:fill="FFFFFF"/>
          </w:tcPr>
          <w:p w14:paraId="68351BC3" w14:textId="77777777" w:rsidR="0077642F" w:rsidRDefault="0077642F">
            <w:r>
              <w:rPr>
                <w:sz w:val="13"/>
              </w:rPr>
              <w:t>5c33db7c460ec1200192e97fda0dbb2e</w:t>
            </w:r>
          </w:p>
        </w:tc>
        <w:tc>
          <w:tcPr>
            <w:tcW w:w="1814" w:type="dxa"/>
            <w:shd w:val="clear" w:color="auto" w:fill="FFFFFF"/>
          </w:tcPr>
          <w:p w14:paraId="5876F5FC" w14:textId="77777777" w:rsidR="0077642F" w:rsidRDefault="0077642F">
            <w:r>
              <w:rPr>
                <w:sz w:val="13"/>
              </w:rPr>
              <w:t>-5.981046972136077</w:t>
            </w:r>
          </w:p>
        </w:tc>
        <w:tc>
          <w:tcPr>
            <w:tcW w:w="1395" w:type="dxa"/>
            <w:shd w:val="clear" w:color="auto" w:fill="FFFFFF"/>
          </w:tcPr>
          <w:p w14:paraId="66C79ED5" w14:textId="77777777" w:rsidR="0077642F" w:rsidRDefault="0077642F">
            <w:r>
              <w:rPr>
                <w:sz w:val="13"/>
              </w:rPr>
              <w:t>9.843244903873838</w:t>
            </w:r>
          </w:p>
        </w:tc>
        <w:tc>
          <w:tcPr>
            <w:tcW w:w="1683" w:type="dxa"/>
            <w:shd w:val="clear" w:color="auto" w:fill="FFFFFF"/>
          </w:tcPr>
          <w:p w14:paraId="13254CDD" w14:textId="77777777" w:rsidR="0077642F" w:rsidRDefault="0077642F">
            <w:r>
              <w:rPr>
                <w:sz w:val="13"/>
              </w:rPr>
              <w:t>10.93810930444257</w:t>
            </w:r>
          </w:p>
        </w:tc>
        <w:tc>
          <w:tcPr>
            <w:tcW w:w="1683" w:type="dxa"/>
            <w:shd w:val="clear" w:color="auto" w:fill="FFFFFF"/>
          </w:tcPr>
          <w:p w14:paraId="19027AF3" w14:textId="77777777" w:rsidR="0077642F" w:rsidRDefault="0077642F">
            <w:r>
              <w:rPr>
                <w:sz w:val="13"/>
              </w:rPr>
              <w:t>0.01495548662015717</w:t>
            </w:r>
          </w:p>
        </w:tc>
        <w:tc>
          <w:tcPr>
            <w:tcW w:w="1611" w:type="dxa"/>
            <w:shd w:val="clear" w:color="auto" w:fill="FFFFFF"/>
          </w:tcPr>
          <w:p w14:paraId="0F338CC1" w14:textId="77777777" w:rsidR="0077642F" w:rsidRDefault="0077642F">
            <w:r>
              <w:rPr>
                <w:sz w:val="13"/>
              </w:rPr>
              <w:t>0.05047476734303045</w:t>
            </w:r>
          </w:p>
        </w:tc>
        <w:tc>
          <w:tcPr>
            <w:tcW w:w="1245" w:type="dxa"/>
            <w:shd w:val="clear" w:color="auto" w:fill="FFFFFF"/>
          </w:tcPr>
          <w:p w14:paraId="1929DC1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5ED70D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310EC61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1ED14BA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FFFFF"/>
          </w:tcPr>
          <w:p w14:paraId="5E4EFD9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NK4A214_group</w:t>
            </w:r>
          </w:p>
        </w:tc>
        <w:tc>
          <w:tcPr>
            <w:tcW w:w="1936" w:type="dxa"/>
            <w:shd w:val="clear" w:color="auto" w:fill="FFFFFF"/>
          </w:tcPr>
          <w:p w14:paraId="1764244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06CD2647" w14:textId="77777777" w:rsidTr="00A815C0">
        <w:tc>
          <w:tcPr>
            <w:tcW w:w="2501" w:type="dxa"/>
            <w:shd w:val="clear" w:color="auto" w:fill="F2F2F2"/>
          </w:tcPr>
          <w:p w14:paraId="3F8A4B48" w14:textId="77777777" w:rsidR="0077642F" w:rsidRDefault="0077642F">
            <w:r>
              <w:rPr>
                <w:sz w:val="13"/>
              </w:rPr>
              <w:t>b6eb05e7cbc9b5a3c6454af600a6ab3f</w:t>
            </w:r>
          </w:p>
        </w:tc>
        <w:tc>
          <w:tcPr>
            <w:tcW w:w="1814" w:type="dxa"/>
            <w:shd w:val="clear" w:color="auto" w:fill="F2F2F2"/>
          </w:tcPr>
          <w:p w14:paraId="3776F01C" w14:textId="77777777" w:rsidR="0077642F" w:rsidRDefault="0077642F">
            <w:r>
              <w:rPr>
                <w:sz w:val="13"/>
              </w:rPr>
              <w:t>-2.185533584461605</w:t>
            </w:r>
          </w:p>
        </w:tc>
        <w:tc>
          <w:tcPr>
            <w:tcW w:w="1395" w:type="dxa"/>
            <w:shd w:val="clear" w:color="auto" w:fill="F2F2F2"/>
          </w:tcPr>
          <w:p w14:paraId="68E62BAD" w14:textId="77777777" w:rsidR="0077642F" w:rsidRDefault="0077642F">
            <w:r>
              <w:rPr>
                <w:sz w:val="13"/>
              </w:rPr>
              <w:t>11.75201269675696</w:t>
            </w:r>
          </w:p>
        </w:tc>
        <w:tc>
          <w:tcPr>
            <w:tcW w:w="1683" w:type="dxa"/>
            <w:shd w:val="clear" w:color="auto" w:fill="F2F2F2"/>
          </w:tcPr>
          <w:p w14:paraId="61266CF4" w14:textId="77777777" w:rsidR="0077642F" w:rsidRDefault="0077642F">
            <w:r>
              <w:rPr>
                <w:sz w:val="13"/>
              </w:rPr>
              <w:t>8.649654668849195</w:t>
            </w:r>
          </w:p>
        </w:tc>
        <w:tc>
          <w:tcPr>
            <w:tcW w:w="1683" w:type="dxa"/>
            <w:shd w:val="clear" w:color="auto" w:fill="F2F2F2"/>
          </w:tcPr>
          <w:p w14:paraId="1A2EB611" w14:textId="77777777" w:rsidR="0077642F" w:rsidRDefault="0077642F">
            <w:r>
              <w:rPr>
                <w:sz w:val="13"/>
              </w:rPr>
              <w:t>0.01759866826330747</w:t>
            </w:r>
          </w:p>
        </w:tc>
        <w:tc>
          <w:tcPr>
            <w:tcW w:w="1611" w:type="dxa"/>
            <w:shd w:val="clear" w:color="auto" w:fill="F2F2F2"/>
          </w:tcPr>
          <w:p w14:paraId="0D0B7376" w14:textId="77777777" w:rsidR="0077642F" w:rsidRDefault="0077642F">
            <w:r>
              <w:rPr>
                <w:sz w:val="13"/>
              </w:rPr>
              <w:t>0.05706681861472689</w:t>
            </w:r>
          </w:p>
        </w:tc>
        <w:tc>
          <w:tcPr>
            <w:tcW w:w="1245" w:type="dxa"/>
            <w:shd w:val="clear" w:color="auto" w:fill="F2F2F2"/>
          </w:tcPr>
          <w:p w14:paraId="7488BE2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3CF4B2D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127EC57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246B3A4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40A6B46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566345E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0D05BC54" w14:textId="77777777" w:rsidTr="00A815C0">
        <w:tc>
          <w:tcPr>
            <w:tcW w:w="2501" w:type="dxa"/>
            <w:shd w:val="clear" w:color="auto" w:fill="FFFFFF"/>
          </w:tcPr>
          <w:p w14:paraId="07422DBD" w14:textId="77777777" w:rsidR="0077642F" w:rsidRDefault="0077642F">
            <w:r>
              <w:rPr>
                <w:sz w:val="13"/>
              </w:rPr>
              <w:t>8afea7fc1139fedfee84295d17729826</w:t>
            </w:r>
          </w:p>
        </w:tc>
        <w:tc>
          <w:tcPr>
            <w:tcW w:w="1814" w:type="dxa"/>
            <w:shd w:val="clear" w:color="auto" w:fill="FFFFFF"/>
          </w:tcPr>
          <w:p w14:paraId="10E16B21" w14:textId="77777777" w:rsidR="0077642F" w:rsidRDefault="0077642F">
            <w:r>
              <w:rPr>
                <w:sz w:val="13"/>
              </w:rPr>
              <w:t>-6.253261966196896</w:t>
            </w:r>
          </w:p>
        </w:tc>
        <w:tc>
          <w:tcPr>
            <w:tcW w:w="1395" w:type="dxa"/>
            <w:shd w:val="clear" w:color="auto" w:fill="FFFFFF"/>
          </w:tcPr>
          <w:p w14:paraId="32D77EB2" w14:textId="77777777" w:rsidR="0077642F" w:rsidRDefault="0077642F">
            <w:r>
              <w:rPr>
                <w:sz w:val="13"/>
              </w:rPr>
              <w:t>12.36511753228404</w:t>
            </w:r>
          </w:p>
        </w:tc>
        <w:tc>
          <w:tcPr>
            <w:tcW w:w="1683" w:type="dxa"/>
            <w:shd w:val="clear" w:color="auto" w:fill="FFFFFF"/>
          </w:tcPr>
          <w:p w14:paraId="102444DD" w14:textId="77777777" w:rsidR="0077642F" w:rsidRDefault="0077642F">
            <w:r>
              <w:rPr>
                <w:sz w:val="13"/>
              </w:rPr>
              <w:t>7.75216506693778</w:t>
            </w:r>
          </w:p>
        </w:tc>
        <w:tc>
          <w:tcPr>
            <w:tcW w:w="1683" w:type="dxa"/>
            <w:shd w:val="clear" w:color="auto" w:fill="FFFFFF"/>
          </w:tcPr>
          <w:p w14:paraId="5A728FBA" w14:textId="77777777" w:rsidR="0077642F" w:rsidRDefault="0077642F">
            <w:r>
              <w:rPr>
                <w:sz w:val="13"/>
              </w:rPr>
              <w:t>0.01761321562182929</w:t>
            </w:r>
          </w:p>
        </w:tc>
        <w:tc>
          <w:tcPr>
            <w:tcW w:w="1611" w:type="dxa"/>
            <w:shd w:val="clear" w:color="auto" w:fill="FFFFFF"/>
          </w:tcPr>
          <w:p w14:paraId="7800AA4F" w14:textId="77777777" w:rsidR="0077642F" w:rsidRDefault="0077642F">
            <w:r>
              <w:rPr>
                <w:sz w:val="13"/>
              </w:rPr>
              <w:t>0.05706681861472689</w:t>
            </w:r>
          </w:p>
        </w:tc>
        <w:tc>
          <w:tcPr>
            <w:tcW w:w="1245" w:type="dxa"/>
            <w:shd w:val="clear" w:color="auto" w:fill="FFFFFF"/>
          </w:tcPr>
          <w:p w14:paraId="2D48DB8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448" w:type="dxa"/>
            <w:shd w:val="clear" w:color="auto" w:fill="FFFFFF"/>
          </w:tcPr>
          <w:p w14:paraId="5F1A9BB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2324" w:type="dxa"/>
            <w:shd w:val="clear" w:color="auto" w:fill="FFFFFF"/>
          </w:tcPr>
          <w:p w14:paraId="1AD494D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2411" w:type="dxa"/>
            <w:shd w:val="clear" w:color="auto" w:fill="FFFFFF"/>
          </w:tcPr>
          <w:p w14:paraId="685FFD3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2411" w:type="dxa"/>
            <w:shd w:val="clear" w:color="auto" w:fill="FFFFFF"/>
          </w:tcPr>
          <w:p w14:paraId="4582D8E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FFFFF"/>
          </w:tcPr>
          <w:p w14:paraId="47C854F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5D06BE2A" w14:textId="77777777" w:rsidTr="00A815C0">
        <w:tc>
          <w:tcPr>
            <w:tcW w:w="2501" w:type="dxa"/>
            <w:shd w:val="clear" w:color="auto" w:fill="F2F2F2"/>
          </w:tcPr>
          <w:p w14:paraId="3016ADAC" w14:textId="77777777" w:rsidR="0077642F" w:rsidRDefault="0077642F">
            <w:r>
              <w:rPr>
                <w:sz w:val="13"/>
              </w:rPr>
              <w:t>f6ab4281ac86631132d95041834e11c9</w:t>
            </w:r>
          </w:p>
        </w:tc>
        <w:tc>
          <w:tcPr>
            <w:tcW w:w="1814" w:type="dxa"/>
            <w:shd w:val="clear" w:color="auto" w:fill="F2F2F2"/>
          </w:tcPr>
          <w:p w14:paraId="71115A13" w14:textId="77777777" w:rsidR="0077642F" w:rsidRDefault="0077642F">
            <w:r>
              <w:rPr>
                <w:sz w:val="13"/>
              </w:rPr>
              <w:t>-3.996137837351723</w:t>
            </w:r>
          </w:p>
        </w:tc>
        <w:tc>
          <w:tcPr>
            <w:tcW w:w="1395" w:type="dxa"/>
            <w:shd w:val="clear" w:color="auto" w:fill="F2F2F2"/>
          </w:tcPr>
          <w:p w14:paraId="41B98CC1" w14:textId="77777777" w:rsidR="0077642F" w:rsidRDefault="0077642F">
            <w:r>
              <w:rPr>
                <w:sz w:val="13"/>
              </w:rPr>
              <w:t>11.6437485015555</w:t>
            </w:r>
          </w:p>
        </w:tc>
        <w:tc>
          <w:tcPr>
            <w:tcW w:w="1683" w:type="dxa"/>
            <w:shd w:val="clear" w:color="auto" w:fill="F2F2F2"/>
          </w:tcPr>
          <w:p w14:paraId="065999B7" w14:textId="77777777" w:rsidR="0077642F" w:rsidRDefault="0077642F">
            <w:r>
              <w:rPr>
                <w:sz w:val="13"/>
              </w:rPr>
              <w:t>7.835870338263597</w:t>
            </w:r>
          </w:p>
        </w:tc>
        <w:tc>
          <w:tcPr>
            <w:tcW w:w="1683" w:type="dxa"/>
            <w:shd w:val="clear" w:color="auto" w:fill="F2F2F2"/>
          </w:tcPr>
          <w:p w14:paraId="366AAD8A" w14:textId="77777777" w:rsidR="0077642F" w:rsidRDefault="0077642F">
            <w:r>
              <w:rPr>
                <w:sz w:val="13"/>
              </w:rPr>
              <w:t>0.01885152998365269</w:t>
            </w:r>
          </w:p>
        </w:tc>
        <w:tc>
          <w:tcPr>
            <w:tcW w:w="1611" w:type="dxa"/>
            <w:shd w:val="clear" w:color="auto" w:fill="F2F2F2"/>
          </w:tcPr>
          <w:p w14:paraId="3590597B" w14:textId="77777777" w:rsidR="0077642F" w:rsidRDefault="0077642F">
            <w:r>
              <w:rPr>
                <w:sz w:val="13"/>
              </w:rPr>
              <w:t>0.05879639982285904</w:t>
            </w:r>
          </w:p>
        </w:tc>
        <w:tc>
          <w:tcPr>
            <w:tcW w:w="1245" w:type="dxa"/>
            <w:shd w:val="clear" w:color="auto" w:fill="F2F2F2"/>
          </w:tcPr>
          <w:p w14:paraId="1F0E285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D2D544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F0667F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43CEDEC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7245115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5EB643E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30FAA833" w14:textId="77777777" w:rsidTr="00A815C0">
        <w:tc>
          <w:tcPr>
            <w:tcW w:w="2501" w:type="dxa"/>
            <w:shd w:val="clear" w:color="auto" w:fill="FFFFFF"/>
          </w:tcPr>
          <w:p w14:paraId="66BA349C" w14:textId="77777777" w:rsidR="0077642F" w:rsidRDefault="0077642F">
            <w:r>
              <w:rPr>
                <w:sz w:val="13"/>
              </w:rPr>
              <w:t>2a6d79050cde424487c0b0d27cf1c00a</w:t>
            </w:r>
          </w:p>
        </w:tc>
        <w:tc>
          <w:tcPr>
            <w:tcW w:w="1814" w:type="dxa"/>
            <w:shd w:val="clear" w:color="auto" w:fill="FFFFFF"/>
          </w:tcPr>
          <w:p w14:paraId="10813F55" w14:textId="77777777" w:rsidR="0077642F" w:rsidRDefault="0077642F">
            <w:r>
              <w:rPr>
                <w:sz w:val="13"/>
              </w:rPr>
              <w:t>4.008757129070479</w:t>
            </w:r>
          </w:p>
        </w:tc>
        <w:tc>
          <w:tcPr>
            <w:tcW w:w="1395" w:type="dxa"/>
            <w:shd w:val="clear" w:color="auto" w:fill="FFFFFF"/>
          </w:tcPr>
          <w:p w14:paraId="4967609E" w14:textId="77777777" w:rsidR="0077642F" w:rsidRDefault="0077642F">
            <w:r>
              <w:rPr>
                <w:sz w:val="13"/>
              </w:rPr>
              <w:t>11.65040078983765</w:t>
            </w:r>
          </w:p>
        </w:tc>
        <w:tc>
          <w:tcPr>
            <w:tcW w:w="1683" w:type="dxa"/>
            <w:shd w:val="clear" w:color="auto" w:fill="FFFFFF"/>
          </w:tcPr>
          <w:p w14:paraId="1DF264D8" w14:textId="77777777" w:rsidR="0077642F" w:rsidRDefault="0077642F">
            <w:r>
              <w:rPr>
                <w:sz w:val="13"/>
              </w:rPr>
              <w:t>7.767789533130317</w:t>
            </w:r>
          </w:p>
        </w:tc>
        <w:tc>
          <w:tcPr>
            <w:tcW w:w="1683" w:type="dxa"/>
            <w:shd w:val="clear" w:color="auto" w:fill="FFFFFF"/>
          </w:tcPr>
          <w:p w14:paraId="771364F8" w14:textId="77777777" w:rsidR="0077642F" w:rsidRDefault="0077642F">
            <w:r>
              <w:rPr>
                <w:sz w:val="13"/>
              </w:rPr>
              <w:t>0.01887291846165846</w:t>
            </w:r>
          </w:p>
        </w:tc>
        <w:tc>
          <w:tcPr>
            <w:tcW w:w="1611" w:type="dxa"/>
            <w:shd w:val="clear" w:color="auto" w:fill="FFFFFF"/>
          </w:tcPr>
          <w:p w14:paraId="3E156845" w14:textId="77777777" w:rsidR="0077642F" w:rsidRDefault="0077642F">
            <w:r>
              <w:rPr>
                <w:sz w:val="13"/>
              </w:rPr>
              <w:t>0.05879639982285904</w:t>
            </w:r>
          </w:p>
        </w:tc>
        <w:tc>
          <w:tcPr>
            <w:tcW w:w="1245" w:type="dxa"/>
            <w:shd w:val="clear" w:color="auto" w:fill="FFFFFF"/>
          </w:tcPr>
          <w:p w14:paraId="04CC169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248A615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6BC5F87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24D9B23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4E97B33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FFFFF"/>
          </w:tcPr>
          <w:p w14:paraId="2CC4064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495C0083" w14:textId="77777777" w:rsidTr="00A815C0">
        <w:tc>
          <w:tcPr>
            <w:tcW w:w="2501" w:type="dxa"/>
            <w:shd w:val="clear" w:color="auto" w:fill="F2F2F2"/>
          </w:tcPr>
          <w:p w14:paraId="1B1370B7" w14:textId="77777777" w:rsidR="0077642F" w:rsidRDefault="0077642F">
            <w:r>
              <w:rPr>
                <w:sz w:val="13"/>
              </w:rPr>
              <w:t>f4b946aa0c512befbc9abcc303de0c8c</w:t>
            </w:r>
          </w:p>
        </w:tc>
        <w:tc>
          <w:tcPr>
            <w:tcW w:w="1814" w:type="dxa"/>
            <w:shd w:val="clear" w:color="auto" w:fill="F2F2F2"/>
          </w:tcPr>
          <w:p w14:paraId="53D7DB32" w14:textId="77777777" w:rsidR="0077642F" w:rsidRDefault="0077642F">
            <w:r>
              <w:rPr>
                <w:sz w:val="13"/>
              </w:rPr>
              <w:t>3.926114982658902</w:t>
            </w:r>
          </w:p>
        </w:tc>
        <w:tc>
          <w:tcPr>
            <w:tcW w:w="1395" w:type="dxa"/>
            <w:shd w:val="clear" w:color="auto" w:fill="F2F2F2"/>
          </w:tcPr>
          <w:p w14:paraId="1B00E848" w14:textId="77777777" w:rsidR="0077642F" w:rsidRDefault="0077642F">
            <w:r>
              <w:rPr>
                <w:sz w:val="13"/>
              </w:rPr>
              <w:t>10.40582456575881</w:t>
            </w:r>
          </w:p>
        </w:tc>
        <w:tc>
          <w:tcPr>
            <w:tcW w:w="1683" w:type="dxa"/>
            <w:shd w:val="clear" w:color="auto" w:fill="F2F2F2"/>
          </w:tcPr>
          <w:p w14:paraId="0CDBC0D7" w14:textId="77777777" w:rsidR="0077642F" w:rsidRDefault="0077642F">
            <w:r>
              <w:rPr>
                <w:sz w:val="13"/>
              </w:rPr>
              <w:t>6.773975345062759</w:t>
            </w:r>
          </w:p>
        </w:tc>
        <w:tc>
          <w:tcPr>
            <w:tcW w:w="1683" w:type="dxa"/>
            <w:shd w:val="clear" w:color="auto" w:fill="F2F2F2"/>
          </w:tcPr>
          <w:p w14:paraId="6581B1CC" w14:textId="77777777" w:rsidR="0077642F" w:rsidRDefault="0077642F">
            <w:r>
              <w:rPr>
                <w:sz w:val="13"/>
              </w:rPr>
              <w:t>0.02398165150627529</w:t>
            </w:r>
          </w:p>
        </w:tc>
        <w:tc>
          <w:tcPr>
            <w:tcW w:w="1611" w:type="dxa"/>
            <w:shd w:val="clear" w:color="auto" w:fill="F2F2F2"/>
          </w:tcPr>
          <w:p w14:paraId="3B8EDA11" w14:textId="77777777" w:rsidR="0077642F" w:rsidRDefault="0077642F">
            <w:r>
              <w:rPr>
                <w:sz w:val="13"/>
              </w:rPr>
              <w:t>0.07330240649087919</w:t>
            </w:r>
          </w:p>
        </w:tc>
        <w:tc>
          <w:tcPr>
            <w:tcW w:w="1245" w:type="dxa"/>
            <w:shd w:val="clear" w:color="auto" w:fill="F2F2F2"/>
          </w:tcPr>
          <w:p w14:paraId="194EFE5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06802A0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7DD9CB0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2F2F2"/>
          </w:tcPr>
          <w:p w14:paraId="274F908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[Eubacterium]_coprostanoligenes_group</w:t>
            </w:r>
          </w:p>
        </w:tc>
        <w:tc>
          <w:tcPr>
            <w:tcW w:w="2411" w:type="dxa"/>
            <w:shd w:val="clear" w:color="auto" w:fill="F2F2F2"/>
          </w:tcPr>
          <w:p w14:paraId="32679C8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[Eubacterium]_coprostanoligenes_group</w:t>
            </w:r>
          </w:p>
        </w:tc>
        <w:tc>
          <w:tcPr>
            <w:tcW w:w="1936" w:type="dxa"/>
            <w:shd w:val="clear" w:color="auto" w:fill="F2F2F2"/>
          </w:tcPr>
          <w:p w14:paraId="4BEC9D9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gut_metagenome</w:t>
            </w:r>
          </w:p>
        </w:tc>
      </w:tr>
      <w:tr w:rsidR="0077642F" w14:paraId="433BFF9E" w14:textId="77777777" w:rsidTr="00A815C0">
        <w:tc>
          <w:tcPr>
            <w:tcW w:w="2501" w:type="dxa"/>
            <w:shd w:val="clear" w:color="auto" w:fill="FFFFFF"/>
          </w:tcPr>
          <w:p w14:paraId="698C7668" w14:textId="77777777" w:rsidR="0077642F" w:rsidRDefault="0077642F">
            <w:r>
              <w:rPr>
                <w:sz w:val="13"/>
              </w:rPr>
              <w:t>4babf2f17964b4cde17c9c383caa01db</w:t>
            </w:r>
          </w:p>
        </w:tc>
        <w:tc>
          <w:tcPr>
            <w:tcW w:w="1814" w:type="dxa"/>
            <w:shd w:val="clear" w:color="auto" w:fill="FFFFFF"/>
          </w:tcPr>
          <w:p w14:paraId="4CA7654C" w14:textId="77777777" w:rsidR="0077642F" w:rsidRDefault="0077642F">
            <w:r>
              <w:rPr>
                <w:sz w:val="13"/>
              </w:rPr>
              <w:t>-4.266047023932861</w:t>
            </w:r>
          </w:p>
        </w:tc>
        <w:tc>
          <w:tcPr>
            <w:tcW w:w="1395" w:type="dxa"/>
            <w:shd w:val="clear" w:color="auto" w:fill="FFFFFF"/>
          </w:tcPr>
          <w:p w14:paraId="4CE5F591" w14:textId="77777777" w:rsidR="0077642F" w:rsidRDefault="0077642F">
            <w:r>
              <w:rPr>
                <w:sz w:val="13"/>
              </w:rPr>
              <w:t>10.9941978545247</w:t>
            </w:r>
          </w:p>
        </w:tc>
        <w:tc>
          <w:tcPr>
            <w:tcW w:w="1683" w:type="dxa"/>
            <w:shd w:val="clear" w:color="auto" w:fill="FFFFFF"/>
          </w:tcPr>
          <w:p w14:paraId="2D0A972A" w14:textId="77777777" w:rsidR="0077642F" w:rsidRDefault="0077642F">
            <w:r>
              <w:rPr>
                <w:sz w:val="13"/>
              </w:rPr>
              <w:t>6.534028712338271</w:t>
            </w:r>
          </w:p>
        </w:tc>
        <w:tc>
          <w:tcPr>
            <w:tcW w:w="1683" w:type="dxa"/>
            <w:shd w:val="clear" w:color="auto" w:fill="FFFFFF"/>
          </w:tcPr>
          <w:p w14:paraId="0A55F7C9" w14:textId="77777777" w:rsidR="0077642F" w:rsidRDefault="0077642F">
            <w:r>
              <w:rPr>
                <w:sz w:val="13"/>
              </w:rPr>
              <w:t>0.02614090313034102</w:t>
            </w:r>
          </w:p>
        </w:tc>
        <w:tc>
          <w:tcPr>
            <w:tcW w:w="1611" w:type="dxa"/>
            <w:shd w:val="clear" w:color="auto" w:fill="FFFFFF"/>
          </w:tcPr>
          <w:p w14:paraId="1F0F7F1D" w14:textId="77777777" w:rsidR="0077642F" w:rsidRDefault="0077642F">
            <w:r>
              <w:rPr>
                <w:sz w:val="13"/>
              </w:rPr>
              <w:t>0.07842270939102305</w:t>
            </w:r>
          </w:p>
        </w:tc>
        <w:tc>
          <w:tcPr>
            <w:tcW w:w="1245" w:type="dxa"/>
            <w:shd w:val="clear" w:color="auto" w:fill="FFFFFF"/>
          </w:tcPr>
          <w:p w14:paraId="0C72FD9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277102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Bacilli</w:t>
            </w:r>
          </w:p>
        </w:tc>
        <w:tc>
          <w:tcPr>
            <w:tcW w:w="2324" w:type="dxa"/>
            <w:shd w:val="clear" w:color="auto" w:fill="FFFFFF"/>
          </w:tcPr>
          <w:p w14:paraId="1CB3658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Erysipelotrichales</w:t>
            </w:r>
          </w:p>
        </w:tc>
        <w:tc>
          <w:tcPr>
            <w:tcW w:w="2411" w:type="dxa"/>
            <w:shd w:val="clear" w:color="auto" w:fill="FFFFFF"/>
          </w:tcPr>
          <w:p w14:paraId="294B098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Erysipelotrichaceae</w:t>
            </w:r>
          </w:p>
        </w:tc>
        <w:tc>
          <w:tcPr>
            <w:tcW w:w="2411" w:type="dxa"/>
            <w:shd w:val="clear" w:color="auto" w:fill="FFFFFF"/>
          </w:tcPr>
          <w:p w14:paraId="3EB9EBF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Dubosiella</w:t>
            </w:r>
          </w:p>
        </w:tc>
        <w:tc>
          <w:tcPr>
            <w:tcW w:w="1936" w:type="dxa"/>
            <w:shd w:val="clear" w:color="auto" w:fill="FFFFFF"/>
          </w:tcPr>
          <w:p w14:paraId="7D9F489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Dubosiella_newyorkensis</w:t>
            </w:r>
          </w:p>
        </w:tc>
      </w:tr>
      <w:tr w:rsidR="0077642F" w14:paraId="6726972B" w14:textId="77777777" w:rsidTr="00A815C0">
        <w:tc>
          <w:tcPr>
            <w:tcW w:w="2501" w:type="dxa"/>
            <w:shd w:val="clear" w:color="auto" w:fill="F2F2F2"/>
          </w:tcPr>
          <w:p w14:paraId="6FCA30AE" w14:textId="77777777" w:rsidR="0077642F" w:rsidRDefault="0077642F">
            <w:r>
              <w:rPr>
                <w:sz w:val="13"/>
              </w:rPr>
              <w:t>2d23d5207120d2a9f97aa5863ef04387</w:t>
            </w:r>
          </w:p>
        </w:tc>
        <w:tc>
          <w:tcPr>
            <w:tcW w:w="1814" w:type="dxa"/>
            <w:shd w:val="clear" w:color="auto" w:fill="F2F2F2"/>
          </w:tcPr>
          <w:p w14:paraId="3ABA6CB6" w14:textId="77777777" w:rsidR="0077642F" w:rsidRDefault="0077642F">
            <w:r>
              <w:rPr>
                <w:sz w:val="13"/>
              </w:rPr>
              <w:t>3.640716232777753</w:t>
            </w:r>
          </w:p>
        </w:tc>
        <w:tc>
          <w:tcPr>
            <w:tcW w:w="1395" w:type="dxa"/>
            <w:shd w:val="clear" w:color="auto" w:fill="F2F2F2"/>
          </w:tcPr>
          <w:p w14:paraId="1CE9525E" w14:textId="77777777" w:rsidR="0077642F" w:rsidRDefault="0077642F">
            <w:r>
              <w:rPr>
                <w:sz w:val="13"/>
              </w:rPr>
              <w:t>10.18779422193825</w:t>
            </w:r>
          </w:p>
        </w:tc>
        <w:tc>
          <w:tcPr>
            <w:tcW w:w="1683" w:type="dxa"/>
            <w:shd w:val="clear" w:color="auto" w:fill="F2F2F2"/>
          </w:tcPr>
          <w:p w14:paraId="3E09A83B" w14:textId="77777777" w:rsidR="0077642F" w:rsidRDefault="0077642F">
            <w:r>
              <w:rPr>
                <w:sz w:val="13"/>
              </w:rPr>
              <w:t>6.293693444874743</w:t>
            </w:r>
          </w:p>
        </w:tc>
        <w:tc>
          <w:tcPr>
            <w:tcW w:w="1683" w:type="dxa"/>
            <w:shd w:val="clear" w:color="auto" w:fill="F2F2F2"/>
          </w:tcPr>
          <w:p w14:paraId="1387AF3C" w14:textId="77777777" w:rsidR="0077642F" w:rsidRDefault="0077642F">
            <w:r>
              <w:rPr>
                <w:sz w:val="13"/>
              </w:rPr>
              <w:t>0.02831281437824053</w:t>
            </w:r>
          </w:p>
        </w:tc>
        <w:tc>
          <w:tcPr>
            <w:tcW w:w="1611" w:type="dxa"/>
            <w:shd w:val="clear" w:color="auto" w:fill="F2F2F2"/>
          </w:tcPr>
          <w:p w14:paraId="575A556E" w14:textId="77777777" w:rsidR="0077642F" w:rsidRDefault="0077642F">
            <w:r>
              <w:rPr>
                <w:sz w:val="13"/>
              </w:rPr>
              <w:t>0.0833941078049994</w:t>
            </w:r>
          </w:p>
        </w:tc>
        <w:tc>
          <w:tcPr>
            <w:tcW w:w="1245" w:type="dxa"/>
            <w:shd w:val="clear" w:color="auto" w:fill="F2F2F2"/>
          </w:tcPr>
          <w:p w14:paraId="03528EC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113CFF6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Bacilli</w:t>
            </w:r>
          </w:p>
        </w:tc>
        <w:tc>
          <w:tcPr>
            <w:tcW w:w="2324" w:type="dxa"/>
            <w:shd w:val="clear" w:color="auto" w:fill="F2F2F2"/>
          </w:tcPr>
          <w:p w14:paraId="6C1EDD5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Erysipelotrichales</w:t>
            </w:r>
          </w:p>
        </w:tc>
        <w:tc>
          <w:tcPr>
            <w:tcW w:w="2411" w:type="dxa"/>
            <w:shd w:val="clear" w:color="auto" w:fill="F2F2F2"/>
          </w:tcPr>
          <w:p w14:paraId="771E826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Erysipelotrichaceae</w:t>
            </w:r>
          </w:p>
        </w:tc>
        <w:tc>
          <w:tcPr>
            <w:tcW w:w="2411" w:type="dxa"/>
            <w:shd w:val="clear" w:color="auto" w:fill="F2F2F2"/>
          </w:tcPr>
          <w:p w14:paraId="687CEEE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1BE5CCC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4555E31B" w14:textId="77777777" w:rsidTr="00A815C0">
        <w:tc>
          <w:tcPr>
            <w:tcW w:w="2501" w:type="dxa"/>
            <w:shd w:val="clear" w:color="auto" w:fill="FFFFFF"/>
          </w:tcPr>
          <w:p w14:paraId="4E824DB9" w14:textId="77777777" w:rsidR="0077642F" w:rsidRDefault="0077642F">
            <w:r>
              <w:rPr>
                <w:sz w:val="13"/>
              </w:rPr>
              <w:t>cbca97cb2493cfe0845766d9f7f4b703</w:t>
            </w:r>
          </w:p>
        </w:tc>
        <w:tc>
          <w:tcPr>
            <w:tcW w:w="1814" w:type="dxa"/>
            <w:shd w:val="clear" w:color="auto" w:fill="FFFFFF"/>
          </w:tcPr>
          <w:p w14:paraId="77EC8AC5" w14:textId="77777777" w:rsidR="0077642F" w:rsidRDefault="0077642F">
            <w:r>
              <w:rPr>
                <w:sz w:val="13"/>
              </w:rPr>
              <w:t>-2.851814996736378</w:t>
            </w:r>
          </w:p>
        </w:tc>
        <w:tc>
          <w:tcPr>
            <w:tcW w:w="1395" w:type="dxa"/>
            <w:shd w:val="clear" w:color="auto" w:fill="FFFFFF"/>
          </w:tcPr>
          <w:p w14:paraId="48949C3B" w14:textId="77777777" w:rsidR="0077642F" w:rsidRDefault="0077642F">
            <w:r>
              <w:rPr>
                <w:sz w:val="13"/>
              </w:rPr>
              <w:t>12.35927051723839</w:t>
            </w:r>
          </w:p>
        </w:tc>
        <w:tc>
          <w:tcPr>
            <w:tcW w:w="1683" w:type="dxa"/>
            <w:shd w:val="clear" w:color="auto" w:fill="FFFFFF"/>
          </w:tcPr>
          <w:p w14:paraId="083A563C" w14:textId="77777777" w:rsidR="0077642F" w:rsidRDefault="0077642F">
            <w:r>
              <w:rPr>
                <w:sz w:val="13"/>
              </w:rPr>
              <w:t>6.711439826614675</w:t>
            </w:r>
          </w:p>
        </w:tc>
        <w:tc>
          <w:tcPr>
            <w:tcW w:w="1683" w:type="dxa"/>
            <w:shd w:val="clear" w:color="auto" w:fill="FFFFFF"/>
          </w:tcPr>
          <w:p w14:paraId="410AE442" w14:textId="77777777" w:rsidR="0077642F" w:rsidRDefault="0077642F">
            <w:r>
              <w:rPr>
                <w:sz w:val="13"/>
              </w:rPr>
              <w:t>0.03089324599009132</w:t>
            </w:r>
          </w:p>
        </w:tc>
        <w:tc>
          <w:tcPr>
            <w:tcW w:w="1611" w:type="dxa"/>
            <w:shd w:val="clear" w:color="auto" w:fill="FFFFFF"/>
          </w:tcPr>
          <w:p w14:paraId="59E3951C" w14:textId="77777777" w:rsidR="0077642F" w:rsidRDefault="0077642F">
            <w:r>
              <w:rPr>
                <w:sz w:val="13"/>
              </w:rPr>
              <w:t>0.08936974732847847</w:t>
            </w:r>
          </w:p>
        </w:tc>
        <w:tc>
          <w:tcPr>
            <w:tcW w:w="1245" w:type="dxa"/>
            <w:shd w:val="clear" w:color="auto" w:fill="FFFFFF"/>
          </w:tcPr>
          <w:p w14:paraId="40328A2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6DEB259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710E758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52C0EF7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4EAEFC6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2A15A4E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6E059A91" w14:textId="77777777" w:rsidTr="00A815C0">
        <w:tc>
          <w:tcPr>
            <w:tcW w:w="2501" w:type="dxa"/>
            <w:shd w:val="clear" w:color="auto" w:fill="F2F2F2"/>
          </w:tcPr>
          <w:p w14:paraId="0AF65695" w14:textId="77777777" w:rsidR="0077642F" w:rsidRDefault="0077642F">
            <w:r>
              <w:rPr>
                <w:sz w:val="13"/>
              </w:rPr>
              <w:t>2bf06c9a8754351bc68c7fefd8b6151b</w:t>
            </w:r>
          </w:p>
        </w:tc>
        <w:tc>
          <w:tcPr>
            <w:tcW w:w="1814" w:type="dxa"/>
            <w:shd w:val="clear" w:color="auto" w:fill="F2F2F2"/>
          </w:tcPr>
          <w:p w14:paraId="27644874" w14:textId="77777777" w:rsidR="0077642F" w:rsidRDefault="0077642F">
            <w:r>
              <w:rPr>
                <w:sz w:val="13"/>
              </w:rPr>
              <w:t>3.55098943058856</w:t>
            </w:r>
          </w:p>
        </w:tc>
        <w:tc>
          <w:tcPr>
            <w:tcW w:w="1395" w:type="dxa"/>
            <w:shd w:val="clear" w:color="auto" w:fill="F2F2F2"/>
          </w:tcPr>
          <w:p w14:paraId="4D3C5811" w14:textId="77777777" w:rsidR="0077642F" w:rsidRDefault="0077642F">
            <w:r>
              <w:rPr>
                <w:sz w:val="13"/>
              </w:rPr>
              <w:t>13.28670889239972</w:t>
            </w:r>
          </w:p>
        </w:tc>
        <w:tc>
          <w:tcPr>
            <w:tcW w:w="1683" w:type="dxa"/>
            <w:shd w:val="clear" w:color="auto" w:fill="F2F2F2"/>
          </w:tcPr>
          <w:p w14:paraId="1F0B5A6C" w14:textId="77777777" w:rsidR="0077642F" w:rsidRDefault="0077642F">
            <w:r>
              <w:rPr>
                <w:sz w:val="13"/>
              </w:rPr>
              <w:t>5.651332983012621</w:t>
            </w:r>
          </w:p>
        </w:tc>
        <w:tc>
          <w:tcPr>
            <w:tcW w:w="1683" w:type="dxa"/>
            <w:shd w:val="clear" w:color="auto" w:fill="F2F2F2"/>
          </w:tcPr>
          <w:p w14:paraId="11989756" w14:textId="77777777" w:rsidR="0077642F" w:rsidRDefault="0077642F">
            <w:r>
              <w:rPr>
                <w:sz w:val="13"/>
              </w:rPr>
              <w:t>0.04371239603203081</w:t>
            </w:r>
          </w:p>
        </w:tc>
        <w:tc>
          <w:tcPr>
            <w:tcW w:w="1611" w:type="dxa"/>
            <w:shd w:val="clear" w:color="auto" w:fill="F2F2F2"/>
          </w:tcPr>
          <w:p w14:paraId="25F27744" w14:textId="77777777" w:rsidR="0077642F" w:rsidRDefault="0077642F">
            <w:r>
              <w:rPr>
                <w:sz w:val="13"/>
              </w:rPr>
              <w:t>0.124235230827877</w:t>
            </w:r>
          </w:p>
        </w:tc>
        <w:tc>
          <w:tcPr>
            <w:tcW w:w="1245" w:type="dxa"/>
            <w:shd w:val="clear" w:color="auto" w:fill="F2F2F2"/>
          </w:tcPr>
          <w:p w14:paraId="6FC74A4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4B78633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64826F5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7AF7732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020A026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550BE64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5C70DCF4" w14:textId="77777777" w:rsidTr="00A815C0">
        <w:tc>
          <w:tcPr>
            <w:tcW w:w="2501" w:type="dxa"/>
            <w:shd w:val="clear" w:color="auto" w:fill="FFFFFF"/>
          </w:tcPr>
          <w:p w14:paraId="68079A12" w14:textId="77777777" w:rsidR="0077642F" w:rsidRDefault="0077642F">
            <w:r>
              <w:rPr>
                <w:sz w:val="13"/>
              </w:rPr>
              <w:t>b21bbd9f9a9ee207b793d76c06672371</w:t>
            </w:r>
          </w:p>
        </w:tc>
        <w:tc>
          <w:tcPr>
            <w:tcW w:w="1814" w:type="dxa"/>
            <w:shd w:val="clear" w:color="auto" w:fill="FFFFFF"/>
          </w:tcPr>
          <w:p w14:paraId="06AE85E0" w14:textId="77777777" w:rsidR="0077642F" w:rsidRDefault="0077642F">
            <w:r>
              <w:rPr>
                <w:sz w:val="13"/>
              </w:rPr>
              <w:t>-1.304768680765578</w:t>
            </w:r>
          </w:p>
        </w:tc>
        <w:tc>
          <w:tcPr>
            <w:tcW w:w="1395" w:type="dxa"/>
            <w:shd w:val="clear" w:color="auto" w:fill="FFFFFF"/>
          </w:tcPr>
          <w:p w14:paraId="705293FA" w14:textId="77777777" w:rsidR="0077642F" w:rsidRDefault="0077642F">
            <w:r>
              <w:rPr>
                <w:sz w:val="13"/>
              </w:rPr>
              <w:t>14.45844637224641</w:t>
            </w:r>
          </w:p>
        </w:tc>
        <w:tc>
          <w:tcPr>
            <w:tcW w:w="1683" w:type="dxa"/>
            <w:shd w:val="clear" w:color="auto" w:fill="FFFFFF"/>
          </w:tcPr>
          <w:p w14:paraId="2B03C11A" w14:textId="77777777" w:rsidR="0077642F" w:rsidRDefault="0077642F">
            <w:r>
              <w:rPr>
                <w:sz w:val="13"/>
              </w:rPr>
              <w:t>4.547419907924718</w:t>
            </w:r>
          </w:p>
        </w:tc>
        <w:tc>
          <w:tcPr>
            <w:tcW w:w="1683" w:type="dxa"/>
            <w:shd w:val="clear" w:color="auto" w:fill="FFFFFF"/>
          </w:tcPr>
          <w:p w14:paraId="4A13CFD9" w14:textId="77777777" w:rsidR="0077642F" w:rsidRDefault="0077642F">
            <w:r>
              <w:rPr>
                <w:sz w:val="13"/>
              </w:rPr>
              <w:t>0.06588846201569318</w:t>
            </w:r>
          </w:p>
        </w:tc>
        <w:tc>
          <w:tcPr>
            <w:tcW w:w="1611" w:type="dxa"/>
            <w:shd w:val="clear" w:color="auto" w:fill="FFFFFF"/>
          </w:tcPr>
          <w:p w14:paraId="751983A8" w14:textId="77777777" w:rsidR="0077642F" w:rsidRDefault="0077642F">
            <w:r>
              <w:rPr>
                <w:sz w:val="13"/>
              </w:rPr>
              <w:t>0.1822116779599282</w:t>
            </w:r>
          </w:p>
        </w:tc>
        <w:tc>
          <w:tcPr>
            <w:tcW w:w="1245" w:type="dxa"/>
            <w:shd w:val="clear" w:color="auto" w:fill="FFFFFF"/>
          </w:tcPr>
          <w:p w14:paraId="25588F7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5183BDF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461C67E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4AC9FBD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41CECCB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3590FE2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25EBAA0D" w14:textId="77777777" w:rsidTr="00A815C0">
        <w:tc>
          <w:tcPr>
            <w:tcW w:w="2501" w:type="dxa"/>
            <w:shd w:val="clear" w:color="auto" w:fill="F2F2F2"/>
          </w:tcPr>
          <w:p w14:paraId="70D97127" w14:textId="77777777" w:rsidR="0077642F" w:rsidRDefault="0077642F">
            <w:r>
              <w:rPr>
                <w:sz w:val="13"/>
              </w:rPr>
              <w:t>0db24473d433e1b77656bd035344071a</w:t>
            </w:r>
          </w:p>
        </w:tc>
        <w:tc>
          <w:tcPr>
            <w:tcW w:w="1814" w:type="dxa"/>
            <w:shd w:val="clear" w:color="auto" w:fill="F2F2F2"/>
          </w:tcPr>
          <w:p w14:paraId="60D6D050" w14:textId="77777777" w:rsidR="0077642F" w:rsidRDefault="0077642F">
            <w:r>
              <w:rPr>
                <w:sz w:val="13"/>
              </w:rPr>
              <w:t>-2.735876057275521</w:t>
            </w:r>
          </w:p>
        </w:tc>
        <w:tc>
          <w:tcPr>
            <w:tcW w:w="1395" w:type="dxa"/>
            <w:shd w:val="clear" w:color="auto" w:fill="F2F2F2"/>
          </w:tcPr>
          <w:p w14:paraId="2C0283AD" w14:textId="77777777" w:rsidR="0077642F" w:rsidRDefault="0077642F">
            <w:r>
              <w:rPr>
                <w:sz w:val="13"/>
              </w:rPr>
              <w:t>11.9856247910519</w:t>
            </w:r>
          </w:p>
        </w:tc>
        <w:tc>
          <w:tcPr>
            <w:tcW w:w="1683" w:type="dxa"/>
            <w:shd w:val="clear" w:color="auto" w:fill="F2F2F2"/>
          </w:tcPr>
          <w:p w14:paraId="77824BED" w14:textId="77777777" w:rsidR="0077642F" w:rsidRDefault="0077642F">
            <w:r>
              <w:rPr>
                <w:sz w:val="13"/>
              </w:rPr>
              <w:t>4.426901985263499</w:t>
            </w:r>
          </w:p>
        </w:tc>
        <w:tc>
          <w:tcPr>
            <w:tcW w:w="1683" w:type="dxa"/>
            <w:shd w:val="clear" w:color="auto" w:fill="F2F2F2"/>
          </w:tcPr>
          <w:p w14:paraId="5CA7B942" w14:textId="77777777" w:rsidR="0077642F" w:rsidRDefault="0077642F">
            <w:r>
              <w:rPr>
                <w:sz w:val="13"/>
              </w:rPr>
              <w:t>0.06636104320762817</w:t>
            </w:r>
          </w:p>
        </w:tc>
        <w:tc>
          <w:tcPr>
            <w:tcW w:w="1611" w:type="dxa"/>
            <w:shd w:val="clear" w:color="auto" w:fill="F2F2F2"/>
          </w:tcPr>
          <w:p w14:paraId="297B040D" w14:textId="77777777" w:rsidR="0077642F" w:rsidRDefault="0077642F">
            <w:r>
              <w:rPr>
                <w:sz w:val="13"/>
              </w:rPr>
              <w:t>0.1822116779599282</w:t>
            </w:r>
          </w:p>
        </w:tc>
        <w:tc>
          <w:tcPr>
            <w:tcW w:w="1245" w:type="dxa"/>
            <w:shd w:val="clear" w:color="auto" w:fill="F2F2F2"/>
          </w:tcPr>
          <w:p w14:paraId="7ED3A2D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Actinobacteriota</w:t>
            </w:r>
          </w:p>
        </w:tc>
        <w:tc>
          <w:tcPr>
            <w:tcW w:w="1448" w:type="dxa"/>
            <w:shd w:val="clear" w:color="auto" w:fill="F2F2F2"/>
          </w:tcPr>
          <w:p w14:paraId="181A506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Coriobacteriia</w:t>
            </w:r>
          </w:p>
        </w:tc>
        <w:tc>
          <w:tcPr>
            <w:tcW w:w="2324" w:type="dxa"/>
            <w:shd w:val="clear" w:color="auto" w:fill="F2F2F2"/>
          </w:tcPr>
          <w:p w14:paraId="448B012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Coriobacteriales</w:t>
            </w:r>
          </w:p>
        </w:tc>
        <w:tc>
          <w:tcPr>
            <w:tcW w:w="2411" w:type="dxa"/>
            <w:shd w:val="clear" w:color="auto" w:fill="F2F2F2"/>
          </w:tcPr>
          <w:p w14:paraId="23B7A2B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Eggerthellaceae</w:t>
            </w:r>
          </w:p>
        </w:tc>
        <w:tc>
          <w:tcPr>
            <w:tcW w:w="2411" w:type="dxa"/>
            <w:shd w:val="clear" w:color="auto" w:fill="F2F2F2"/>
          </w:tcPr>
          <w:p w14:paraId="56EAEC4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Enterorhabdus</w:t>
            </w:r>
          </w:p>
        </w:tc>
        <w:tc>
          <w:tcPr>
            <w:tcW w:w="1936" w:type="dxa"/>
            <w:shd w:val="clear" w:color="auto" w:fill="F2F2F2"/>
          </w:tcPr>
          <w:p w14:paraId="0D771B7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6B341DAE" w14:textId="77777777" w:rsidTr="00A815C0">
        <w:tc>
          <w:tcPr>
            <w:tcW w:w="2501" w:type="dxa"/>
            <w:shd w:val="clear" w:color="auto" w:fill="FFFFFF"/>
          </w:tcPr>
          <w:p w14:paraId="5CE78053" w14:textId="77777777" w:rsidR="0077642F" w:rsidRDefault="0077642F">
            <w:r>
              <w:rPr>
                <w:sz w:val="13"/>
              </w:rPr>
              <w:t>14c12b4ae33949900766741454fcc84f</w:t>
            </w:r>
          </w:p>
        </w:tc>
        <w:tc>
          <w:tcPr>
            <w:tcW w:w="1814" w:type="dxa"/>
            <w:shd w:val="clear" w:color="auto" w:fill="FFFFFF"/>
          </w:tcPr>
          <w:p w14:paraId="3832D48F" w14:textId="77777777" w:rsidR="0077642F" w:rsidRDefault="0077642F">
            <w:r>
              <w:rPr>
                <w:sz w:val="13"/>
              </w:rPr>
              <w:t>-1.697850085760622</w:t>
            </w:r>
          </w:p>
        </w:tc>
        <w:tc>
          <w:tcPr>
            <w:tcW w:w="1395" w:type="dxa"/>
            <w:shd w:val="clear" w:color="auto" w:fill="FFFFFF"/>
          </w:tcPr>
          <w:p w14:paraId="111134B7" w14:textId="77777777" w:rsidR="0077642F" w:rsidRDefault="0077642F">
            <w:r>
              <w:rPr>
                <w:sz w:val="13"/>
              </w:rPr>
              <w:t>13.40930932433104</w:t>
            </w:r>
          </w:p>
        </w:tc>
        <w:tc>
          <w:tcPr>
            <w:tcW w:w="1683" w:type="dxa"/>
            <w:shd w:val="clear" w:color="auto" w:fill="FFFFFF"/>
          </w:tcPr>
          <w:p w14:paraId="5C1FFDE3" w14:textId="77777777" w:rsidR="0077642F" w:rsidRDefault="0077642F">
            <w:r>
              <w:rPr>
                <w:sz w:val="13"/>
              </w:rPr>
              <w:t>4.337836916607493</w:t>
            </w:r>
          </w:p>
        </w:tc>
        <w:tc>
          <w:tcPr>
            <w:tcW w:w="1683" w:type="dxa"/>
            <w:shd w:val="clear" w:color="auto" w:fill="FFFFFF"/>
          </w:tcPr>
          <w:p w14:paraId="525BCA26" w14:textId="77777777" w:rsidR="0077642F" w:rsidRDefault="0077642F">
            <w:r>
              <w:rPr>
                <w:sz w:val="13"/>
              </w:rPr>
              <w:t>0.07093952044193867</w:t>
            </w:r>
          </w:p>
        </w:tc>
        <w:tc>
          <w:tcPr>
            <w:tcW w:w="1611" w:type="dxa"/>
            <w:shd w:val="clear" w:color="auto" w:fill="FFFFFF"/>
          </w:tcPr>
          <w:p w14:paraId="26670818" w14:textId="77777777" w:rsidR="0077642F" w:rsidRDefault="0077642F">
            <w:r>
              <w:rPr>
                <w:sz w:val="13"/>
              </w:rPr>
              <w:t>0.1915367051932344</w:t>
            </w:r>
          </w:p>
        </w:tc>
        <w:tc>
          <w:tcPr>
            <w:tcW w:w="1245" w:type="dxa"/>
            <w:shd w:val="clear" w:color="auto" w:fill="FFFFFF"/>
          </w:tcPr>
          <w:p w14:paraId="104AF7D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27125F6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06E2AEA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415364B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374C43E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FFFFF"/>
          </w:tcPr>
          <w:p w14:paraId="03D508C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5828602B" w14:textId="77777777" w:rsidTr="00A815C0">
        <w:tc>
          <w:tcPr>
            <w:tcW w:w="2501" w:type="dxa"/>
            <w:shd w:val="clear" w:color="auto" w:fill="F2F2F2"/>
          </w:tcPr>
          <w:p w14:paraId="49637C32" w14:textId="77777777" w:rsidR="0077642F" w:rsidRDefault="0077642F">
            <w:r>
              <w:rPr>
                <w:sz w:val="13"/>
              </w:rPr>
              <w:t>892a20bbdc3ce599dc0c5d9f0866c352</w:t>
            </w:r>
          </w:p>
        </w:tc>
        <w:tc>
          <w:tcPr>
            <w:tcW w:w="1814" w:type="dxa"/>
            <w:shd w:val="clear" w:color="auto" w:fill="F2F2F2"/>
          </w:tcPr>
          <w:p w14:paraId="08A057DE" w14:textId="77777777" w:rsidR="0077642F" w:rsidRDefault="0077642F">
            <w:r>
              <w:rPr>
                <w:sz w:val="13"/>
              </w:rPr>
              <w:t>3.160128937497764</w:t>
            </w:r>
          </w:p>
        </w:tc>
        <w:tc>
          <w:tcPr>
            <w:tcW w:w="1395" w:type="dxa"/>
            <w:shd w:val="clear" w:color="auto" w:fill="F2F2F2"/>
          </w:tcPr>
          <w:p w14:paraId="0A57A0FD" w14:textId="77777777" w:rsidR="0077642F" w:rsidRDefault="0077642F">
            <w:r>
              <w:rPr>
                <w:sz w:val="13"/>
              </w:rPr>
              <w:t>12.6602548741147</w:t>
            </w:r>
          </w:p>
        </w:tc>
        <w:tc>
          <w:tcPr>
            <w:tcW w:w="1683" w:type="dxa"/>
            <w:shd w:val="clear" w:color="auto" w:fill="F2F2F2"/>
          </w:tcPr>
          <w:p w14:paraId="5EC7CC5F" w14:textId="77777777" w:rsidR="0077642F" w:rsidRDefault="0077642F">
            <w:r>
              <w:rPr>
                <w:sz w:val="13"/>
              </w:rPr>
              <w:t>4.173782474218645</w:t>
            </w:r>
          </w:p>
        </w:tc>
        <w:tc>
          <w:tcPr>
            <w:tcW w:w="1683" w:type="dxa"/>
            <w:shd w:val="clear" w:color="auto" w:fill="F2F2F2"/>
          </w:tcPr>
          <w:p w14:paraId="31F836C6" w14:textId="77777777" w:rsidR="0077642F" w:rsidRDefault="0077642F">
            <w:r>
              <w:rPr>
                <w:sz w:val="13"/>
              </w:rPr>
              <w:t>0.07362455427428098</w:t>
            </w:r>
          </w:p>
        </w:tc>
        <w:tc>
          <w:tcPr>
            <w:tcW w:w="1611" w:type="dxa"/>
            <w:shd w:val="clear" w:color="auto" w:fill="F2F2F2"/>
          </w:tcPr>
          <w:p w14:paraId="1A5A10BD" w14:textId="77777777" w:rsidR="0077642F" w:rsidRDefault="0077642F">
            <w:r>
              <w:rPr>
                <w:sz w:val="13"/>
              </w:rPr>
              <w:t>0.1923528415284349</w:t>
            </w:r>
          </w:p>
        </w:tc>
        <w:tc>
          <w:tcPr>
            <w:tcW w:w="1245" w:type="dxa"/>
            <w:shd w:val="clear" w:color="auto" w:fill="F2F2F2"/>
          </w:tcPr>
          <w:p w14:paraId="3221035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78942F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Bacilli</w:t>
            </w:r>
          </w:p>
        </w:tc>
        <w:tc>
          <w:tcPr>
            <w:tcW w:w="2324" w:type="dxa"/>
            <w:shd w:val="clear" w:color="auto" w:fill="F2F2F2"/>
          </w:tcPr>
          <w:p w14:paraId="27DA15C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Lactobacillales</w:t>
            </w:r>
          </w:p>
        </w:tc>
        <w:tc>
          <w:tcPr>
            <w:tcW w:w="2411" w:type="dxa"/>
            <w:shd w:val="clear" w:color="auto" w:fill="F2F2F2"/>
          </w:tcPr>
          <w:p w14:paraId="74835C2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Enterococcaceae</w:t>
            </w:r>
          </w:p>
        </w:tc>
        <w:tc>
          <w:tcPr>
            <w:tcW w:w="2411" w:type="dxa"/>
            <w:shd w:val="clear" w:color="auto" w:fill="F2F2F2"/>
          </w:tcPr>
          <w:p w14:paraId="6E72EF4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Enterococcus</w:t>
            </w:r>
          </w:p>
        </w:tc>
        <w:tc>
          <w:tcPr>
            <w:tcW w:w="1936" w:type="dxa"/>
            <w:shd w:val="clear" w:color="auto" w:fill="F2F2F2"/>
          </w:tcPr>
          <w:p w14:paraId="4A51552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43ABBBF0" w14:textId="77777777" w:rsidTr="00A815C0">
        <w:tc>
          <w:tcPr>
            <w:tcW w:w="2501" w:type="dxa"/>
            <w:shd w:val="clear" w:color="auto" w:fill="FFFFFF"/>
          </w:tcPr>
          <w:p w14:paraId="1FFE46D0" w14:textId="77777777" w:rsidR="0077642F" w:rsidRDefault="0077642F">
            <w:r>
              <w:rPr>
                <w:sz w:val="13"/>
              </w:rPr>
              <w:t>3111f9924447489571a8ab8981721b20</w:t>
            </w:r>
          </w:p>
        </w:tc>
        <w:tc>
          <w:tcPr>
            <w:tcW w:w="1814" w:type="dxa"/>
            <w:shd w:val="clear" w:color="auto" w:fill="FFFFFF"/>
          </w:tcPr>
          <w:p w14:paraId="78EF5055" w14:textId="77777777" w:rsidR="0077642F" w:rsidRDefault="0077642F">
            <w:r>
              <w:rPr>
                <w:sz w:val="13"/>
              </w:rPr>
              <w:t>2.325346144002215</w:t>
            </w:r>
          </w:p>
        </w:tc>
        <w:tc>
          <w:tcPr>
            <w:tcW w:w="1395" w:type="dxa"/>
            <w:shd w:val="clear" w:color="auto" w:fill="FFFFFF"/>
          </w:tcPr>
          <w:p w14:paraId="0FE9C49E" w14:textId="77777777" w:rsidR="0077642F" w:rsidRDefault="0077642F">
            <w:r>
              <w:rPr>
                <w:sz w:val="13"/>
              </w:rPr>
              <w:t>12.45082990000567</w:t>
            </w:r>
          </w:p>
        </w:tc>
        <w:tc>
          <w:tcPr>
            <w:tcW w:w="1683" w:type="dxa"/>
            <w:shd w:val="clear" w:color="auto" w:fill="FFFFFF"/>
          </w:tcPr>
          <w:p w14:paraId="16289F11" w14:textId="77777777" w:rsidR="0077642F" w:rsidRDefault="0077642F">
            <w:r>
              <w:rPr>
                <w:sz w:val="13"/>
              </w:rPr>
              <w:t>4.171297143393655</w:t>
            </w:r>
          </w:p>
        </w:tc>
        <w:tc>
          <w:tcPr>
            <w:tcW w:w="1683" w:type="dxa"/>
            <w:shd w:val="clear" w:color="auto" w:fill="FFFFFF"/>
          </w:tcPr>
          <w:p w14:paraId="2F6B1576" w14:textId="77777777" w:rsidR="0077642F" w:rsidRDefault="0077642F">
            <w:r>
              <w:rPr>
                <w:sz w:val="13"/>
              </w:rPr>
              <w:t>0.07440287422806449</w:t>
            </w:r>
          </w:p>
        </w:tc>
        <w:tc>
          <w:tcPr>
            <w:tcW w:w="1611" w:type="dxa"/>
            <w:shd w:val="clear" w:color="auto" w:fill="FFFFFF"/>
          </w:tcPr>
          <w:p w14:paraId="3A2311E1" w14:textId="77777777" w:rsidR="0077642F" w:rsidRDefault="0077642F">
            <w:r>
              <w:rPr>
                <w:sz w:val="13"/>
              </w:rPr>
              <w:t>0.1923528415284349</w:t>
            </w:r>
          </w:p>
        </w:tc>
        <w:tc>
          <w:tcPr>
            <w:tcW w:w="1245" w:type="dxa"/>
            <w:shd w:val="clear" w:color="auto" w:fill="FFFFFF"/>
          </w:tcPr>
          <w:p w14:paraId="1CCE63C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4D5D3B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0A28870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4FCFCB3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Ruminococcaceae</w:t>
            </w:r>
          </w:p>
        </w:tc>
        <w:tc>
          <w:tcPr>
            <w:tcW w:w="2411" w:type="dxa"/>
            <w:shd w:val="clear" w:color="auto" w:fill="FFFFFF"/>
          </w:tcPr>
          <w:p w14:paraId="71B3CA0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[Eubacterium]_siraeum_group</w:t>
            </w:r>
          </w:p>
        </w:tc>
        <w:tc>
          <w:tcPr>
            <w:tcW w:w="1936" w:type="dxa"/>
            <w:shd w:val="clear" w:color="auto" w:fill="FFFFFF"/>
          </w:tcPr>
          <w:p w14:paraId="19597E1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42D4ABEE" w14:textId="77777777" w:rsidTr="00A815C0">
        <w:tc>
          <w:tcPr>
            <w:tcW w:w="2501" w:type="dxa"/>
            <w:shd w:val="clear" w:color="auto" w:fill="F2F2F2"/>
          </w:tcPr>
          <w:p w14:paraId="2E55AC9F" w14:textId="77777777" w:rsidR="0077642F" w:rsidRDefault="0077642F">
            <w:r>
              <w:rPr>
                <w:sz w:val="13"/>
              </w:rPr>
              <w:t>dcd1ed4e7a5785653cfca1c50cc62cf2</w:t>
            </w:r>
          </w:p>
        </w:tc>
        <w:tc>
          <w:tcPr>
            <w:tcW w:w="1814" w:type="dxa"/>
            <w:shd w:val="clear" w:color="auto" w:fill="F2F2F2"/>
          </w:tcPr>
          <w:p w14:paraId="27CC1FB6" w14:textId="77777777" w:rsidR="0077642F" w:rsidRDefault="0077642F">
            <w:r>
              <w:rPr>
                <w:sz w:val="13"/>
              </w:rPr>
              <w:t>2.378473154897538</w:t>
            </w:r>
          </w:p>
        </w:tc>
        <w:tc>
          <w:tcPr>
            <w:tcW w:w="1395" w:type="dxa"/>
            <w:shd w:val="clear" w:color="auto" w:fill="F2F2F2"/>
          </w:tcPr>
          <w:p w14:paraId="5CE95BB0" w14:textId="77777777" w:rsidR="0077642F" w:rsidRDefault="0077642F">
            <w:r>
              <w:rPr>
                <w:sz w:val="13"/>
              </w:rPr>
              <w:t>10.22404708396705</w:t>
            </w:r>
          </w:p>
        </w:tc>
        <w:tc>
          <w:tcPr>
            <w:tcW w:w="1683" w:type="dxa"/>
            <w:shd w:val="clear" w:color="auto" w:fill="F2F2F2"/>
          </w:tcPr>
          <w:p w14:paraId="7F6F4F38" w14:textId="77777777" w:rsidR="0077642F" w:rsidRDefault="0077642F">
            <w:r>
              <w:rPr>
                <w:sz w:val="13"/>
              </w:rPr>
              <w:t>3.883487229735045</w:t>
            </w:r>
          </w:p>
        </w:tc>
        <w:tc>
          <w:tcPr>
            <w:tcW w:w="1683" w:type="dxa"/>
            <w:shd w:val="clear" w:color="auto" w:fill="F2F2F2"/>
          </w:tcPr>
          <w:p w14:paraId="6C3F00D7" w14:textId="77777777" w:rsidR="0077642F" w:rsidRDefault="0077642F">
            <w:r>
              <w:rPr>
                <w:sz w:val="13"/>
              </w:rPr>
              <w:t>0.07480388281661357</w:t>
            </w:r>
          </w:p>
        </w:tc>
        <w:tc>
          <w:tcPr>
            <w:tcW w:w="1611" w:type="dxa"/>
            <w:shd w:val="clear" w:color="auto" w:fill="F2F2F2"/>
          </w:tcPr>
          <w:p w14:paraId="48102EB7" w14:textId="77777777" w:rsidR="0077642F" w:rsidRDefault="0077642F">
            <w:r>
              <w:rPr>
                <w:sz w:val="13"/>
              </w:rPr>
              <w:t>0.1923528415284349</w:t>
            </w:r>
          </w:p>
        </w:tc>
        <w:tc>
          <w:tcPr>
            <w:tcW w:w="1245" w:type="dxa"/>
            <w:shd w:val="clear" w:color="auto" w:fill="F2F2F2"/>
          </w:tcPr>
          <w:p w14:paraId="4EE203C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4FB75D1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87AB12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25EB7D7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5639E71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2F2F2"/>
          </w:tcPr>
          <w:p w14:paraId="066376E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0C878051" w14:textId="77777777" w:rsidTr="00A815C0">
        <w:tc>
          <w:tcPr>
            <w:tcW w:w="2501" w:type="dxa"/>
            <w:shd w:val="clear" w:color="auto" w:fill="FFFFFF"/>
          </w:tcPr>
          <w:p w14:paraId="73D49429" w14:textId="77777777" w:rsidR="0077642F" w:rsidRDefault="0077642F">
            <w:r>
              <w:rPr>
                <w:sz w:val="13"/>
              </w:rPr>
              <w:t>d202f3307c961e13204522d055c7ce59</w:t>
            </w:r>
          </w:p>
        </w:tc>
        <w:tc>
          <w:tcPr>
            <w:tcW w:w="1814" w:type="dxa"/>
            <w:shd w:val="clear" w:color="auto" w:fill="FFFFFF"/>
          </w:tcPr>
          <w:p w14:paraId="3D44ECC5" w14:textId="77777777" w:rsidR="0077642F" w:rsidRDefault="0077642F">
            <w:r>
              <w:rPr>
                <w:sz w:val="13"/>
              </w:rPr>
              <w:t>3.433918413067891</w:t>
            </w:r>
          </w:p>
        </w:tc>
        <w:tc>
          <w:tcPr>
            <w:tcW w:w="1395" w:type="dxa"/>
            <w:shd w:val="clear" w:color="auto" w:fill="FFFFFF"/>
          </w:tcPr>
          <w:p w14:paraId="183C0F6B" w14:textId="77777777" w:rsidR="0077642F" w:rsidRDefault="0077642F">
            <w:r>
              <w:rPr>
                <w:sz w:val="13"/>
              </w:rPr>
              <w:t>11.17138842372576</w:t>
            </w:r>
          </w:p>
        </w:tc>
        <w:tc>
          <w:tcPr>
            <w:tcW w:w="1683" w:type="dxa"/>
            <w:shd w:val="clear" w:color="auto" w:fill="FFFFFF"/>
          </w:tcPr>
          <w:p w14:paraId="53284B25" w14:textId="77777777" w:rsidR="0077642F" w:rsidRDefault="0077642F">
            <w:r>
              <w:rPr>
                <w:sz w:val="13"/>
              </w:rPr>
              <w:t>3.845120465783103</w:t>
            </w:r>
          </w:p>
        </w:tc>
        <w:tc>
          <w:tcPr>
            <w:tcW w:w="1683" w:type="dxa"/>
            <w:shd w:val="clear" w:color="auto" w:fill="FFFFFF"/>
          </w:tcPr>
          <w:p w14:paraId="4BD7AB06" w14:textId="77777777" w:rsidR="0077642F" w:rsidRDefault="0077642F">
            <w:r>
              <w:rPr>
                <w:sz w:val="13"/>
              </w:rPr>
              <w:t>0.07762448734092219</w:t>
            </w:r>
          </w:p>
        </w:tc>
        <w:tc>
          <w:tcPr>
            <w:tcW w:w="1611" w:type="dxa"/>
            <w:shd w:val="clear" w:color="auto" w:fill="FFFFFF"/>
          </w:tcPr>
          <w:p w14:paraId="2BC8E431" w14:textId="77777777" w:rsidR="0077642F" w:rsidRDefault="0077642F">
            <w:r>
              <w:rPr>
                <w:sz w:val="13"/>
              </w:rPr>
              <w:t>0.1964869835817093</w:t>
            </w:r>
          </w:p>
        </w:tc>
        <w:tc>
          <w:tcPr>
            <w:tcW w:w="1245" w:type="dxa"/>
            <w:shd w:val="clear" w:color="auto" w:fill="FFFFFF"/>
          </w:tcPr>
          <w:p w14:paraId="39E7E34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10061CB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5587713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4810212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2DD5AA6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78F69F8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48F195D4" w14:textId="77777777" w:rsidTr="00A815C0">
        <w:tc>
          <w:tcPr>
            <w:tcW w:w="2501" w:type="dxa"/>
            <w:shd w:val="clear" w:color="auto" w:fill="F2F2F2"/>
          </w:tcPr>
          <w:p w14:paraId="4552491D" w14:textId="77777777" w:rsidR="0077642F" w:rsidRDefault="0077642F">
            <w:r>
              <w:rPr>
                <w:sz w:val="13"/>
              </w:rPr>
              <w:t>38ed7202efb87e3468f28422c76f6a86</w:t>
            </w:r>
          </w:p>
        </w:tc>
        <w:tc>
          <w:tcPr>
            <w:tcW w:w="1814" w:type="dxa"/>
            <w:shd w:val="clear" w:color="auto" w:fill="F2F2F2"/>
          </w:tcPr>
          <w:p w14:paraId="00CBC564" w14:textId="77777777" w:rsidR="0077642F" w:rsidRDefault="0077642F">
            <w:r>
              <w:rPr>
                <w:sz w:val="13"/>
              </w:rPr>
              <w:t>1.699538738566593</w:t>
            </w:r>
          </w:p>
        </w:tc>
        <w:tc>
          <w:tcPr>
            <w:tcW w:w="1395" w:type="dxa"/>
            <w:shd w:val="clear" w:color="auto" w:fill="F2F2F2"/>
          </w:tcPr>
          <w:p w14:paraId="2460375D" w14:textId="77777777" w:rsidR="0077642F" w:rsidRDefault="0077642F">
            <w:r>
              <w:rPr>
                <w:sz w:val="13"/>
              </w:rPr>
              <w:t>14.26844827504158</w:t>
            </w:r>
          </w:p>
        </w:tc>
        <w:tc>
          <w:tcPr>
            <w:tcW w:w="1683" w:type="dxa"/>
            <w:shd w:val="clear" w:color="auto" w:fill="F2F2F2"/>
          </w:tcPr>
          <w:p w14:paraId="1A38C0CE" w14:textId="77777777" w:rsidR="0077642F" w:rsidRDefault="0077642F">
            <w:r>
              <w:rPr>
                <w:sz w:val="13"/>
              </w:rPr>
              <w:t>3.997156978188836</w:t>
            </w:r>
          </w:p>
        </w:tc>
        <w:tc>
          <w:tcPr>
            <w:tcW w:w="1683" w:type="dxa"/>
            <w:shd w:val="clear" w:color="auto" w:fill="F2F2F2"/>
          </w:tcPr>
          <w:p w14:paraId="0E4971E6" w14:textId="77777777" w:rsidR="0077642F" w:rsidRDefault="0077642F">
            <w:r>
              <w:rPr>
                <w:sz w:val="13"/>
              </w:rPr>
              <w:t>0.08091565397221624</w:t>
            </w:r>
          </w:p>
        </w:tc>
        <w:tc>
          <w:tcPr>
            <w:tcW w:w="1611" w:type="dxa"/>
            <w:shd w:val="clear" w:color="auto" w:fill="F2F2F2"/>
          </w:tcPr>
          <w:p w14:paraId="32A3323A" w14:textId="77777777" w:rsidR="0077642F" w:rsidRDefault="0077642F">
            <w:r>
              <w:rPr>
                <w:sz w:val="13"/>
              </w:rPr>
              <w:t>0.201666706823062</w:t>
            </w:r>
          </w:p>
        </w:tc>
        <w:tc>
          <w:tcPr>
            <w:tcW w:w="1245" w:type="dxa"/>
            <w:shd w:val="clear" w:color="auto" w:fill="F2F2F2"/>
          </w:tcPr>
          <w:p w14:paraId="2C0064A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26214C0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666DA23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16F43E3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3303ACF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2F0EF8D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48A6F794" w14:textId="77777777" w:rsidTr="00A815C0">
        <w:tc>
          <w:tcPr>
            <w:tcW w:w="2501" w:type="dxa"/>
            <w:shd w:val="clear" w:color="auto" w:fill="FFFFFF"/>
          </w:tcPr>
          <w:p w14:paraId="770DD342" w14:textId="77777777" w:rsidR="0077642F" w:rsidRDefault="0077642F">
            <w:r>
              <w:rPr>
                <w:sz w:val="13"/>
              </w:rPr>
              <w:t>82a2f11546435d8be83bccf699f3ccf0</w:t>
            </w:r>
          </w:p>
        </w:tc>
        <w:tc>
          <w:tcPr>
            <w:tcW w:w="1814" w:type="dxa"/>
            <w:shd w:val="clear" w:color="auto" w:fill="FFFFFF"/>
          </w:tcPr>
          <w:p w14:paraId="686E84BC" w14:textId="77777777" w:rsidR="0077642F" w:rsidRDefault="0077642F">
            <w:r>
              <w:rPr>
                <w:sz w:val="13"/>
              </w:rPr>
              <w:t>2.752770499130409</w:t>
            </w:r>
          </w:p>
        </w:tc>
        <w:tc>
          <w:tcPr>
            <w:tcW w:w="1395" w:type="dxa"/>
            <w:shd w:val="clear" w:color="auto" w:fill="FFFFFF"/>
          </w:tcPr>
          <w:p w14:paraId="72E70094" w14:textId="77777777" w:rsidR="0077642F" w:rsidRDefault="0077642F">
            <w:r>
              <w:rPr>
                <w:sz w:val="13"/>
              </w:rPr>
              <w:t>10.47798857162419</w:t>
            </w:r>
          </w:p>
        </w:tc>
        <w:tc>
          <w:tcPr>
            <w:tcW w:w="1683" w:type="dxa"/>
            <w:shd w:val="clear" w:color="auto" w:fill="FFFFFF"/>
          </w:tcPr>
          <w:p w14:paraId="230E1744" w14:textId="77777777" w:rsidR="0077642F" w:rsidRDefault="0077642F">
            <w:r>
              <w:rPr>
                <w:sz w:val="13"/>
              </w:rPr>
              <w:t>3.373299297601464</w:t>
            </w:r>
          </w:p>
        </w:tc>
        <w:tc>
          <w:tcPr>
            <w:tcW w:w="1683" w:type="dxa"/>
            <w:shd w:val="clear" w:color="auto" w:fill="FFFFFF"/>
          </w:tcPr>
          <w:p w14:paraId="6E9F5BF3" w14:textId="77777777" w:rsidR="0077642F" w:rsidRDefault="0077642F">
            <w:r>
              <w:rPr>
                <w:sz w:val="13"/>
              </w:rPr>
              <w:t>0.0940674759240427</w:t>
            </w:r>
          </w:p>
        </w:tc>
        <w:tc>
          <w:tcPr>
            <w:tcW w:w="1611" w:type="dxa"/>
            <w:shd w:val="clear" w:color="auto" w:fill="FFFFFF"/>
          </w:tcPr>
          <w:p w14:paraId="729767B8" w14:textId="77777777" w:rsidR="0077642F" w:rsidRDefault="0077642F">
            <w:r>
              <w:rPr>
                <w:sz w:val="13"/>
              </w:rPr>
              <w:t>0.2297417540999576</w:t>
            </w:r>
          </w:p>
        </w:tc>
        <w:tc>
          <w:tcPr>
            <w:tcW w:w="1245" w:type="dxa"/>
            <w:shd w:val="clear" w:color="auto" w:fill="FFFFFF"/>
          </w:tcPr>
          <w:p w14:paraId="160D752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Actinobacteriota</w:t>
            </w:r>
          </w:p>
        </w:tc>
        <w:tc>
          <w:tcPr>
            <w:tcW w:w="1448" w:type="dxa"/>
            <w:shd w:val="clear" w:color="auto" w:fill="FFFFFF"/>
          </w:tcPr>
          <w:p w14:paraId="1D55269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Coriobacteriia</w:t>
            </w:r>
          </w:p>
        </w:tc>
        <w:tc>
          <w:tcPr>
            <w:tcW w:w="2324" w:type="dxa"/>
            <w:shd w:val="clear" w:color="auto" w:fill="FFFFFF"/>
          </w:tcPr>
          <w:p w14:paraId="66B6A0F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Coriobacteriales</w:t>
            </w:r>
          </w:p>
        </w:tc>
        <w:tc>
          <w:tcPr>
            <w:tcW w:w="2411" w:type="dxa"/>
            <w:shd w:val="clear" w:color="auto" w:fill="FFFFFF"/>
          </w:tcPr>
          <w:p w14:paraId="0749CDF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Eggerthellaceae</w:t>
            </w:r>
          </w:p>
        </w:tc>
        <w:tc>
          <w:tcPr>
            <w:tcW w:w="2411" w:type="dxa"/>
            <w:shd w:val="clear" w:color="auto" w:fill="FFFFFF"/>
          </w:tcPr>
          <w:p w14:paraId="35704DD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Enterorhabdus</w:t>
            </w:r>
          </w:p>
        </w:tc>
        <w:tc>
          <w:tcPr>
            <w:tcW w:w="1936" w:type="dxa"/>
            <w:shd w:val="clear" w:color="auto" w:fill="FFFFFF"/>
          </w:tcPr>
          <w:p w14:paraId="3066C5F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43E83FFE" w14:textId="77777777" w:rsidTr="00A815C0">
        <w:tc>
          <w:tcPr>
            <w:tcW w:w="2501" w:type="dxa"/>
            <w:shd w:val="clear" w:color="auto" w:fill="F2F2F2"/>
          </w:tcPr>
          <w:p w14:paraId="4874C96C" w14:textId="77777777" w:rsidR="0077642F" w:rsidRDefault="0077642F">
            <w:r>
              <w:rPr>
                <w:sz w:val="13"/>
              </w:rPr>
              <w:t>11f677d62a3ec0969a65966eb7050c7f</w:t>
            </w:r>
          </w:p>
        </w:tc>
        <w:tc>
          <w:tcPr>
            <w:tcW w:w="1814" w:type="dxa"/>
            <w:shd w:val="clear" w:color="auto" w:fill="F2F2F2"/>
          </w:tcPr>
          <w:p w14:paraId="43601A36" w14:textId="77777777" w:rsidR="0077642F" w:rsidRDefault="0077642F">
            <w:r>
              <w:rPr>
                <w:sz w:val="13"/>
              </w:rPr>
              <w:t>2.795969078607103</w:t>
            </w:r>
          </w:p>
        </w:tc>
        <w:tc>
          <w:tcPr>
            <w:tcW w:w="1395" w:type="dxa"/>
            <w:shd w:val="clear" w:color="auto" w:fill="F2F2F2"/>
          </w:tcPr>
          <w:p w14:paraId="58DA6B9F" w14:textId="77777777" w:rsidR="0077642F" w:rsidRDefault="0077642F">
            <w:r>
              <w:rPr>
                <w:sz w:val="13"/>
              </w:rPr>
              <w:t>12.72161659969278</w:t>
            </w:r>
          </w:p>
        </w:tc>
        <w:tc>
          <w:tcPr>
            <w:tcW w:w="1683" w:type="dxa"/>
            <w:shd w:val="clear" w:color="auto" w:fill="F2F2F2"/>
          </w:tcPr>
          <w:p w14:paraId="4E5FA314" w14:textId="77777777" w:rsidR="0077642F" w:rsidRDefault="0077642F">
            <w:r>
              <w:rPr>
                <w:sz w:val="13"/>
              </w:rPr>
              <w:t>3.553004695520266</w:t>
            </w:r>
          </w:p>
        </w:tc>
        <w:tc>
          <w:tcPr>
            <w:tcW w:w="1683" w:type="dxa"/>
            <w:shd w:val="clear" w:color="auto" w:fill="F2F2F2"/>
          </w:tcPr>
          <w:p w14:paraId="46001AD2" w14:textId="77777777" w:rsidR="0077642F" w:rsidRDefault="0077642F">
            <w:r>
              <w:rPr>
                <w:sz w:val="13"/>
              </w:rPr>
              <w:t>0.09501665138701952</w:t>
            </w:r>
          </w:p>
        </w:tc>
        <w:tc>
          <w:tcPr>
            <w:tcW w:w="1611" w:type="dxa"/>
            <w:shd w:val="clear" w:color="auto" w:fill="F2F2F2"/>
          </w:tcPr>
          <w:p w14:paraId="0D11BAFE" w14:textId="77777777" w:rsidR="0077642F" w:rsidRDefault="0077642F">
            <w:r>
              <w:rPr>
                <w:sz w:val="13"/>
              </w:rPr>
              <w:t>0.2297417540999576</w:t>
            </w:r>
          </w:p>
        </w:tc>
        <w:tc>
          <w:tcPr>
            <w:tcW w:w="1245" w:type="dxa"/>
            <w:shd w:val="clear" w:color="auto" w:fill="F2F2F2"/>
          </w:tcPr>
          <w:p w14:paraId="22A4712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19949F9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75BAF17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1FCF4AD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6E77BCE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2F2F2"/>
          </w:tcPr>
          <w:p w14:paraId="0296C1B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36BCB8F7" w14:textId="77777777" w:rsidTr="00A815C0">
        <w:tc>
          <w:tcPr>
            <w:tcW w:w="2501" w:type="dxa"/>
            <w:shd w:val="clear" w:color="auto" w:fill="FFFFFF"/>
          </w:tcPr>
          <w:p w14:paraId="3FEBCF49" w14:textId="77777777" w:rsidR="0077642F" w:rsidRDefault="0077642F">
            <w:r>
              <w:rPr>
                <w:sz w:val="13"/>
              </w:rPr>
              <w:t>34af8802b4003bab284252b56e65f6ac</w:t>
            </w:r>
          </w:p>
        </w:tc>
        <w:tc>
          <w:tcPr>
            <w:tcW w:w="1814" w:type="dxa"/>
            <w:shd w:val="clear" w:color="auto" w:fill="FFFFFF"/>
          </w:tcPr>
          <w:p w14:paraId="547BFF75" w14:textId="77777777" w:rsidR="0077642F" w:rsidRDefault="0077642F">
            <w:r>
              <w:rPr>
                <w:sz w:val="13"/>
              </w:rPr>
              <w:t>0.9942096719738797</w:t>
            </w:r>
          </w:p>
        </w:tc>
        <w:tc>
          <w:tcPr>
            <w:tcW w:w="1395" w:type="dxa"/>
            <w:shd w:val="clear" w:color="auto" w:fill="FFFFFF"/>
          </w:tcPr>
          <w:p w14:paraId="34040079" w14:textId="77777777" w:rsidR="0077642F" w:rsidRDefault="0077642F">
            <w:r>
              <w:rPr>
                <w:sz w:val="13"/>
              </w:rPr>
              <w:t>15.56631742678555</w:t>
            </w:r>
          </w:p>
        </w:tc>
        <w:tc>
          <w:tcPr>
            <w:tcW w:w="1683" w:type="dxa"/>
            <w:shd w:val="clear" w:color="auto" w:fill="FFFFFF"/>
          </w:tcPr>
          <w:p w14:paraId="1892FB0D" w14:textId="77777777" w:rsidR="0077642F" w:rsidRDefault="0077642F">
            <w:r>
              <w:rPr>
                <w:sz w:val="13"/>
              </w:rPr>
              <w:t>3.443771154406013</w:t>
            </w:r>
          </w:p>
        </w:tc>
        <w:tc>
          <w:tcPr>
            <w:tcW w:w="1683" w:type="dxa"/>
            <w:shd w:val="clear" w:color="auto" w:fill="FFFFFF"/>
          </w:tcPr>
          <w:p w14:paraId="59B5D413" w14:textId="77777777" w:rsidR="0077642F" w:rsidRDefault="0077642F">
            <w:r>
              <w:rPr>
                <w:sz w:val="13"/>
              </w:rPr>
              <w:t>0.1010201682995134</w:t>
            </w:r>
          </w:p>
        </w:tc>
        <w:tc>
          <w:tcPr>
            <w:tcW w:w="1611" w:type="dxa"/>
            <w:shd w:val="clear" w:color="auto" w:fill="FFFFFF"/>
          </w:tcPr>
          <w:p w14:paraId="2F95B924" w14:textId="77777777" w:rsidR="0077642F" w:rsidRDefault="0077642F">
            <w:r>
              <w:rPr>
                <w:sz w:val="13"/>
              </w:rPr>
              <w:t>0.2406656950664877</w:t>
            </w:r>
          </w:p>
        </w:tc>
        <w:tc>
          <w:tcPr>
            <w:tcW w:w="1245" w:type="dxa"/>
            <w:shd w:val="clear" w:color="auto" w:fill="FFFFFF"/>
          </w:tcPr>
          <w:p w14:paraId="10DA8A8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2B0243C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10EFDDA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5D1607E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313A45B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23926A8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2BAC91A9" w14:textId="77777777" w:rsidTr="00A815C0">
        <w:tc>
          <w:tcPr>
            <w:tcW w:w="2501" w:type="dxa"/>
            <w:shd w:val="clear" w:color="auto" w:fill="F2F2F2"/>
          </w:tcPr>
          <w:p w14:paraId="0110A0F8" w14:textId="77777777" w:rsidR="0077642F" w:rsidRDefault="0077642F">
            <w:r>
              <w:rPr>
                <w:sz w:val="13"/>
              </w:rPr>
              <w:t>70044d96da987c72b3f653ef6ab56e1b</w:t>
            </w:r>
          </w:p>
        </w:tc>
        <w:tc>
          <w:tcPr>
            <w:tcW w:w="1814" w:type="dxa"/>
            <w:shd w:val="clear" w:color="auto" w:fill="F2F2F2"/>
          </w:tcPr>
          <w:p w14:paraId="75FC02BD" w14:textId="77777777" w:rsidR="0077642F" w:rsidRDefault="0077642F">
            <w:r>
              <w:rPr>
                <w:sz w:val="13"/>
              </w:rPr>
              <w:t>1.978309562484369</w:t>
            </w:r>
          </w:p>
        </w:tc>
        <w:tc>
          <w:tcPr>
            <w:tcW w:w="1395" w:type="dxa"/>
            <w:shd w:val="clear" w:color="auto" w:fill="F2F2F2"/>
          </w:tcPr>
          <w:p w14:paraId="6001F2C9" w14:textId="77777777" w:rsidR="0077642F" w:rsidRDefault="0077642F">
            <w:r>
              <w:rPr>
                <w:sz w:val="13"/>
              </w:rPr>
              <w:t>12.34845908409724</w:t>
            </w:r>
          </w:p>
        </w:tc>
        <w:tc>
          <w:tcPr>
            <w:tcW w:w="1683" w:type="dxa"/>
            <w:shd w:val="clear" w:color="auto" w:fill="F2F2F2"/>
          </w:tcPr>
          <w:p w14:paraId="45CC0494" w14:textId="77777777" w:rsidR="0077642F" w:rsidRDefault="0077642F">
            <w:r>
              <w:rPr>
                <w:sz w:val="13"/>
              </w:rPr>
              <w:t>3.084406343381797</w:t>
            </w:r>
          </w:p>
        </w:tc>
        <w:tc>
          <w:tcPr>
            <w:tcW w:w="1683" w:type="dxa"/>
            <w:shd w:val="clear" w:color="auto" w:fill="F2F2F2"/>
          </w:tcPr>
          <w:p w14:paraId="3ED86966" w14:textId="77777777" w:rsidR="0077642F" w:rsidRDefault="0077642F">
            <w:r>
              <w:rPr>
                <w:sz w:val="13"/>
              </w:rPr>
              <w:t>0.1162447402992875</w:t>
            </w:r>
          </w:p>
        </w:tc>
        <w:tc>
          <w:tcPr>
            <w:tcW w:w="1611" w:type="dxa"/>
            <w:shd w:val="clear" w:color="auto" w:fill="F2F2F2"/>
          </w:tcPr>
          <w:p w14:paraId="0F503A69" w14:textId="77777777" w:rsidR="0077642F" w:rsidRDefault="0077642F">
            <w:r>
              <w:rPr>
                <w:sz w:val="13"/>
              </w:rPr>
              <w:t>0.2729224337461533</w:t>
            </w:r>
          </w:p>
        </w:tc>
        <w:tc>
          <w:tcPr>
            <w:tcW w:w="1245" w:type="dxa"/>
            <w:shd w:val="clear" w:color="auto" w:fill="F2F2F2"/>
          </w:tcPr>
          <w:p w14:paraId="34499C5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0700269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2BD4B53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1A39A4D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307601C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3A30280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5CE5DDB3" w14:textId="77777777" w:rsidTr="00A815C0">
        <w:tc>
          <w:tcPr>
            <w:tcW w:w="2501" w:type="dxa"/>
            <w:shd w:val="clear" w:color="auto" w:fill="FFFFFF"/>
          </w:tcPr>
          <w:p w14:paraId="165CB958" w14:textId="77777777" w:rsidR="0077642F" w:rsidRDefault="0077642F">
            <w:r>
              <w:rPr>
                <w:sz w:val="13"/>
              </w:rPr>
              <w:t>90217152c79eadb8b64e20b4937a1692</w:t>
            </w:r>
          </w:p>
        </w:tc>
        <w:tc>
          <w:tcPr>
            <w:tcW w:w="1814" w:type="dxa"/>
            <w:shd w:val="clear" w:color="auto" w:fill="FFFFFF"/>
          </w:tcPr>
          <w:p w14:paraId="7E3F1A3D" w14:textId="77777777" w:rsidR="0077642F" w:rsidRDefault="0077642F">
            <w:r>
              <w:rPr>
                <w:sz w:val="13"/>
              </w:rPr>
              <w:t>2.584752757424098</w:t>
            </w:r>
          </w:p>
        </w:tc>
        <w:tc>
          <w:tcPr>
            <w:tcW w:w="1395" w:type="dxa"/>
            <w:shd w:val="clear" w:color="auto" w:fill="FFFFFF"/>
          </w:tcPr>
          <w:p w14:paraId="55DE9BFB" w14:textId="77777777" w:rsidR="0077642F" w:rsidRDefault="0077642F">
            <w:r>
              <w:rPr>
                <w:sz w:val="13"/>
              </w:rPr>
              <w:t>11.13343967311589</w:t>
            </w:r>
          </w:p>
        </w:tc>
        <w:tc>
          <w:tcPr>
            <w:tcW w:w="1683" w:type="dxa"/>
            <w:shd w:val="clear" w:color="auto" w:fill="FFFFFF"/>
          </w:tcPr>
          <w:p w14:paraId="5812D5E8" w14:textId="77777777" w:rsidR="0077642F" w:rsidRDefault="0077642F">
            <w:r>
              <w:rPr>
                <w:sz w:val="13"/>
              </w:rPr>
              <w:t>2.941784038910235</w:t>
            </w:r>
          </w:p>
        </w:tc>
        <w:tc>
          <w:tcPr>
            <w:tcW w:w="1683" w:type="dxa"/>
            <w:shd w:val="clear" w:color="auto" w:fill="FFFFFF"/>
          </w:tcPr>
          <w:p w14:paraId="65A50A6F" w14:textId="77777777" w:rsidR="0077642F" w:rsidRDefault="0077642F">
            <w:r>
              <w:rPr>
                <w:sz w:val="13"/>
              </w:rPr>
              <w:t>0.119283009998427</w:t>
            </w:r>
          </w:p>
        </w:tc>
        <w:tc>
          <w:tcPr>
            <w:tcW w:w="1611" w:type="dxa"/>
            <w:shd w:val="clear" w:color="auto" w:fill="FFFFFF"/>
          </w:tcPr>
          <w:p w14:paraId="078E2669" w14:textId="77777777" w:rsidR="0077642F" w:rsidRDefault="0077642F">
            <w:r>
              <w:rPr>
                <w:sz w:val="13"/>
              </w:rPr>
              <w:t>0.2760549659963598</w:t>
            </w:r>
          </w:p>
        </w:tc>
        <w:tc>
          <w:tcPr>
            <w:tcW w:w="1245" w:type="dxa"/>
            <w:shd w:val="clear" w:color="auto" w:fill="FFFFFF"/>
          </w:tcPr>
          <w:p w14:paraId="6646BDD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42ED18C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1CDD3F7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6ED7E37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[Eubacterium]_coprostanoligenes_group</w:t>
            </w:r>
          </w:p>
        </w:tc>
        <w:tc>
          <w:tcPr>
            <w:tcW w:w="2411" w:type="dxa"/>
            <w:shd w:val="clear" w:color="auto" w:fill="FFFFFF"/>
          </w:tcPr>
          <w:p w14:paraId="6B3EFB8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[Eubacterium]_coprostanoligenes_group</w:t>
            </w:r>
          </w:p>
        </w:tc>
        <w:tc>
          <w:tcPr>
            <w:tcW w:w="1936" w:type="dxa"/>
            <w:shd w:val="clear" w:color="auto" w:fill="FFFFFF"/>
          </w:tcPr>
          <w:p w14:paraId="6A44C1C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08C5D269" w14:textId="77777777" w:rsidTr="00A815C0">
        <w:tc>
          <w:tcPr>
            <w:tcW w:w="2501" w:type="dxa"/>
            <w:shd w:val="clear" w:color="auto" w:fill="F2F2F2"/>
          </w:tcPr>
          <w:p w14:paraId="7977140F" w14:textId="77777777" w:rsidR="0077642F" w:rsidRDefault="0077642F">
            <w:r>
              <w:rPr>
                <w:sz w:val="13"/>
              </w:rPr>
              <w:t>1099950f329f9b0cc24b900fcc0a0d89</w:t>
            </w:r>
          </w:p>
        </w:tc>
        <w:tc>
          <w:tcPr>
            <w:tcW w:w="1814" w:type="dxa"/>
            <w:shd w:val="clear" w:color="auto" w:fill="F2F2F2"/>
          </w:tcPr>
          <w:p w14:paraId="68498333" w14:textId="77777777" w:rsidR="0077642F" w:rsidRDefault="0077642F">
            <w:r>
              <w:rPr>
                <w:sz w:val="13"/>
              </w:rPr>
              <w:t>-2.88514293427726</w:t>
            </w:r>
          </w:p>
        </w:tc>
        <w:tc>
          <w:tcPr>
            <w:tcW w:w="1395" w:type="dxa"/>
            <w:shd w:val="clear" w:color="auto" w:fill="F2F2F2"/>
          </w:tcPr>
          <w:p w14:paraId="673B3030" w14:textId="77777777" w:rsidR="0077642F" w:rsidRDefault="0077642F">
            <w:r>
              <w:rPr>
                <w:sz w:val="13"/>
              </w:rPr>
              <w:t>10.28373621388459</w:t>
            </w:r>
          </w:p>
        </w:tc>
        <w:tc>
          <w:tcPr>
            <w:tcW w:w="1683" w:type="dxa"/>
            <w:shd w:val="clear" w:color="auto" w:fill="F2F2F2"/>
          </w:tcPr>
          <w:p w14:paraId="64B49A85" w14:textId="77777777" w:rsidR="0077642F" w:rsidRDefault="0077642F">
            <w:r>
              <w:rPr>
                <w:sz w:val="13"/>
              </w:rPr>
              <w:t>2.703854498434945</w:t>
            </w:r>
          </w:p>
        </w:tc>
        <w:tc>
          <w:tcPr>
            <w:tcW w:w="1683" w:type="dxa"/>
            <w:shd w:val="clear" w:color="auto" w:fill="F2F2F2"/>
          </w:tcPr>
          <w:p w14:paraId="7F98CE88" w14:textId="77777777" w:rsidR="0077642F" w:rsidRDefault="0077642F">
            <w:r>
              <w:rPr>
                <w:sz w:val="13"/>
              </w:rPr>
              <w:t>0.1280610241937835</w:t>
            </w:r>
          </w:p>
        </w:tc>
        <w:tc>
          <w:tcPr>
            <w:tcW w:w="1611" w:type="dxa"/>
            <w:shd w:val="clear" w:color="auto" w:fill="F2F2F2"/>
          </w:tcPr>
          <w:p w14:paraId="24383F07" w14:textId="77777777" w:rsidR="0077642F" w:rsidRDefault="0077642F">
            <w:r>
              <w:rPr>
                <w:sz w:val="13"/>
              </w:rPr>
              <w:t>0.2910869599456798</w:t>
            </w:r>
          </w:p>
        </w:tc>
        <w:tc>
          <w:tcPr>
            <w:tcW w:w="1245" w:type="dxa"/>
            <w:shd w:val="clear" w:color="auto" w:fill="F2F2F2"/>
          </w:tcPr>
          <w:p w14:paraId="75AB154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F5C098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8E5631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23166EC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2EA4757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2F2F2"/>
          </w:tcPr>
          <w:p w14:paraId="763B911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610DDDF1" w14:textId="77777777" w:rsidTr="00A815C0">
        <w:tc>
          <w:tcPr>
            <w:tcW w:w="2501" w:type="dxa"/>
            <w:shd w:val="clear" w:color="auto" w:fill="FFFFFF"/>
          </w:tcPr>
          <w:p w14:paraId="2825AC23" w14:textId="77777777" w:rsidR="0077642F" w:rsidRDefault="0077642F">
            <w:r>
              <w:rPr>
                <w:sz w:val="13"/>
              </w:rPr>
              <w:t>1dcd69ae1c723546e7f87854061452f6</w:t>
            </w:r>
          </w:p>
        </w:tc>
        <w:tc>
          <w:tcPr>
            <w:tcW w:w="1814" w:type="dxa"/>
            <w:shd w:val="clear" w:color="auto" w:fill="FFFFFF"/>
          </w:tcPr>
          <w:p w14:paraId="484971B6" w14:textId="77777777" w:rsidR="0077642F" w:rsidRDefault="0077642F">
            <w:r>
              <w:rPr>
                <w:sz w:val="13"/>
              </w:rPr>
              <w:t>2.533799211493482</w:t>
            </w:r>
          </w:p>
        </w:tc>
        <w:tc>
          <w:tcPr>
            <w:tcW w:w="1395" w:type="dxa"/>
            <w:shd w:val="clear" w:color="auto" w:fill="FFFFFF"/>
          </w:tcPr>
          <w:p w14:paraId="449C3965" w14:textId="77777777" w:rsidR="0077642F" w:rsidRDefault="0077642F">
            <w:r>
              <w:rPr>
                <w:sz w:val="13"/>
              </w:rPr>
              <w:t>11.46981021523384</w:t>
            </w:r>
          </w:p>
        </w:tc>
        <w:tc>
          <w:tcPr>
            <w:tcW w:w="1683" w:type="dxa"/>
            <w:shd w:val="clear" w:color="auto" w:fill="FFFFFF"/>
          </w:tcPr>
          <w:p w14:paraId="3852AF35" w14:textId="77777777" w:rsidR="0077642F" w:rsidRDefault="0077642F">
            <w:r>
              <w:rPr>
                <w:sz w:val="13"/>
              </w:rPr>
              <w:t>2.792425752219686</w:t>
            </w:r>
          </w:p>
        </w:tc>
        <w:tc>
          <w:tcPr>
            <w:tcW w:w="1683" w:type="dxa"/>
            <w:shd w:val="clear" w:color="auto" w:fill="FFFFFF"/>
          </w:tcPr>
          <w:p w14:paraId="57186416" w14:textId="77777777" w:rsidR="0077642F" w:rsidRDefault="0077642F">
            <w:r>
              <w:rPr>
                <w:sz w:val="13"/>
              </w:rPr>
              <w:t>0.1293719821980799</w:t>
            </w:r>
          </w:p>
        </w:tc>
        <w:tc>
          <w:tcPr>
            <w:tcW w:w="1611" w:type="dxa"/>
            <w:shd w:val="clear" w:color="auto" w:fill="FFFFFF"/>
          </w:tcPr>
          <w:p w14:paraId="5DC4860B" w14:textId="77777777" w:rsidR="0077642F" w:rsidRDefault="0077642F">
            <w:r>
              <w:rPr>
                <w:sz w:val="13"/>
              </w:rPr>
              <w:t>0.2910869599456798</w:t>
            </w:r>
          </w:p>
        </w:tc>
        <w:tc>
          <w:tcPr>
            <w:tcW w:w="1245" w:type="dxa"/>
            <w:shd w:val="clear" w:color="auto" w:fill="FFFFFF"/>
          </w:tcPr>
          <w:p w14:paraId="48CAE24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2A5815D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104999B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729BC4F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5CDF573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FFFFF"/>
          </w:tcPr>
          <w:p w14:paraId="7F22015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1A1BE7EE" w14:textId="77777777" w:rsidTr="00A815C0">
        <w:tc>
          <w:tcPr>
            <w:tcW w:w="2501" w:type="dxa"/>
            <w:shd w:val="clear" w:color="auto" w:fill="F2F2F2"/>
          </w:tcPr>
          <w:p w14:paraId="6C0848C8" w14:textId="77777777" w:rsidR="0077642F" w:rsidRDefault="0077642F">
            <w:r>
              <w:rPr>
                <w:sz w:val="13"/>
              </w:rPr>
              <w:t>fb07aa62419f07119874d68515a83da1</w:t>
            </w:r>
          </w:p>
        </w:tc>
        <w:tc>
          <w:tcPr>
            <w:tcW w:w="1814" w:type="dxa"/>
            <w:shd w:val="clear" w:color="auto" w:fill="F2F2F2"/>
          </w:tcPr>
          <w:p w14:paraId="14DCFF85" w14:textId="77777777" w:rsidR="0077642F" w:rsidRDefault="0077642F">
            <w:r>
              <w:rPr>
                <w:sz w:val="13"/>
              </w:rPr>
              <w:t>1.141062480764637</w:t>
            </w:r>
          </w:p>
        </w:tc>
        <w:tc>
          <w:tcPr>
            <w:tcW w:w="1395" w:type="dxa"/>
            <w:shd w:val="clear" w:color="auto" w:fill="F2F2F2"/>
          </w:tcPr>
          <w:p w14:paraId="7D43434A" w14:textId="77777777" w:rsidR="0077642F" w:rsidRDefault="0077642F">
            <w:r>
              <w:rPr>
                <w:sz w:val="13"/>
              </w:rPr>
              <w:t>12.33006703158933</w:t>
            </w:r>
          </w:p>
        </w:tc>
        <w:tc>
          <w:tcPr>
            <w:tcW w:w="1683" w:type="dxa"/>
            <w:shd w:val="clear" w:color="auto" w:fill="F2F2F2"/>
          </w:tcPr>
          <w:p w14:paraId="18797402" w14:textId="77777777" w:rsidR="0077642F" w:rsidRDefault="0077642F">
            <w:r>
              <w:rPr>
                <w:sz w:val="13"/>
              </w:rPr>
              <w:t>2.742733493287712</w:t>
            </w:r>
          </w:p>
        </w:tc>
        <w:tc>
          <w:tcPr>
            <w:tcW w:w="1683" w:type="dxa"/>
            <w:shd w:val="clear" w:color="auto" w:fill="F2F2F2"/>
          </w:tcPr>
          <w:p w14:paraId="0664299A" w14:textId="77777777" w:rsidR="0077642F" w:rsidRDefault="0077642F">
            <w:r>
              <w:rPr>
                <w:sz w:val="13"/>
              </w:rPr>
              <w:t>0.1359156546847836</w:t>
            </w:r>
          </w:p>
        </w:tc>
        <w:tc>
          <w:tcPr>
            <w:tcW w:w="1611" w:type="dxa"/>
            <w:shd w:val="clear" w:color="auto" w:fill="F2F2F2"/>
          </w:tcPr>
          <w:p w14:paraId="4B9CA740" w14:textId="77777777" w:rsidR="0077642F" w:rsidRDefault="0077642F">
            <w:r>
              <w:rPr>
                <w:sz w:val="13"/>
              </w:rPr>
              <w:t>0.2997090165956362</w:t>
            </w:r>
          </w:p>
        </w:tc>
        <w:tc>
          <w:tcPr>
            <w:tcW w:w="1245" w:type="dxa"/>
            <w:shd w:val="clear" w:color="auto" w:fill="F2F2F2"/>
          </w:tcPr>
          <w:p w14:paraId="66BD1F3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00635BB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7EC27A6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05DEDC7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51BBE29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1936" w:type="dxa"/>
            <w:shd w:val="clear" w:color="auto" w:fill="F2F2F2"/>
          </w:tcPr>
          <w:p w14:paraId="2FF0D19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1E955A7D" w14:textId="77777777" w:rsidTr="00A815C0">
        <w:tc>
          <w:tcPr>
            <w:tcW w:w="2501" w:type="dxa"/>
            <w:shd w:val="clear" w:color="auto" w:fill="FFFFFF"/>
          </w:tcPr>
          <w:p w14:paraId="3B9D4903" w14:textId="77777777" w:rsidR="0077642F" w:rsidRDefault="0077642F">
            <w:r>
              <w:rPr>
                <w:sz w:val="13"/>
              </w:rPr>
              <w:t>18884cbc0f457899b5467702b80f29b2</w:t>
            </w:r>
          </w:p>
        </w:tc>
        <w:tc>
          <w:tcPr>
            <w:tcW w:w="1814" w:type="dxa"/>
            <w:shd w:val="clear" w:color="auto" w:fill="FFFFFF"/>
          </w:tcPr>
          <w:p w14:paraId="1C06D0BC" w14:textId="77777777" w:rsidR="0077642F" w:rsidRDefault="0077642F">
            <w:r>
              <w:rPr>
                <w:sz w:val="13"/>
              </w:rPr>
              <w:t>1.87758137213741</w:t>
            </w:r>
          </w:p>
        </w:tc>
        <w:tc>
          <w:tcPr>
            <w:tcW w:w="1395" w:type="dxa"/>
            <w:shd w:val="clear" w:color="auto" w:fill="FFFFFF"/>
          </w:tcPr>
          <w:p w14:paraId="4C826B34" w14:textId="77777777" w:rsidR="0077642F" w:rsidRDefault="0077642F">
            <w:r>
              <w:rPr>
                <w:sz w:val="13"/>
              </w:rPr>
              <w:t>11.47667845663572</w:t>
            </w:r>
          </w:p>
        </w:tc>
        <w:tc>
          <w:tcPr>
            <w:tcW w:w="1683" w:type="dxa"/>
            <w:shd w:val="clear" w:color="auto" w:fill="FFFFFF"/>
          </w:tcPr>
          <w:p w14:paraId="4257787E" w14:textId="77777777" w:rsidR="0077642F" w:rsidRDefault="0077642F">
            <w:r>
              <w:rPr>
                <w:sz w:val="13"/>
              </w:rPr>
              <w:t>2.693405236154866</w:t>
            </w:r>
          </w:p>
        </w:tc>
        <w:tc>
          <w:tcPr>
            <w:tcW w:w="1683" w:type="dxa"/>
            <w:shd w:val="clear" w:color="auto" w:fill="FFFFFF"/>
          </w:tcPr>
          <w:p w14:paraId="30B64201" w14:textId="77777777" w:rsidR="0077642F" w:rsidRDefault="0077642F">
            <w:r>
              <w:rPr>
                <w:sz w:val="13"/>
              </w:rPr>
              <w:t>0.1369041186918338</w:t>
            </w:r>
          </w:p>
        </w:tc>
        <w:tc>
          <w:tcPr>
            <w:tcW w:w="1611" w:type="dxa"/>
            <w:shd w:val="clear" w:color="auto" w:fill="FFFFFF"/>
          </w:tcPr>
          <w:p w14:paraId="5B0EFE19" w14:textId="77777777" w:rsidR="0077642F" w:rsidRDefault="0077642F">
            <w:r>
              <w:rPr>
                <w:sz w:val="13"/>
              </w:rPr>
              <w:t>0.2997090165956362</w:t>
            </w:r>
          </w:p>
        </w:tc>
        <w:tc>
          <w:tcPr>
            <w:tcW w:w="1245" w:type="dxa"/>
            <w:shd w:val="clear" w:color="auto" w:fill="FFFFFF"/>
          </w:tcPr>
          <w:p w14:paraId="7A68E60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254D092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17653E5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FFFFF"/>
          </w:tcPr>
          <w:p w14:paraId="22155E4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FFFFF"/>
          </w:tcPr>
          <w:p w14:paraId="28CEBF5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1936" w:type="dxa"/>
            <w:shd w:val="clear" w:color="auto" w:fill="FFFFFF"/>
          </w:tcPr>
          <w:p w14:paraId="1E8FDFA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00355176" w14:textId="77777777" w:rsidTr="00A815C0">
        <w:tc>
          <w:tcPr>
            <w:tcW w:w="2501" w:type="dxa"/>
            <w:shd w:val="clear" w:color="auto" w:fill="F2F2F2"/>
          </w:tcPr>
          <w:p w14:paraId="62BD1D5D" w14:textId="77777777" w:rsidR="0077642F" w:rsidRDefault="0077642F">
            <w:r>
              <w:rPr>
                <w:sz w:val="13"/>
              </w:rPr>
              <w:t>35302d6c610931e096879d185885be60</w:t>
            </w:r>
          </w:p>
        </w:tc>
        <w:tc>
          <w:tcPr>
            <w:tcW w:w="1814" w:type="dxa"/>
            <w:shd w:val="clear" w:color="auto" w:fill="F2F2F2"/>
          </w:tcPr>
          <w:p w14:paraId="0C1C5C38" w14:textId="77777777" w:rsidR="0077642F" w:rsidRDefault="0077642F">
            <w:r>
              <w:rPr>
                <w:sz w:val="13"/>
              </w:rPr>
              <w:t>-2.613870000163359</w:t>
            </w:r>
          </w:p>
        </w:tc>
        <w:tc>
          <w:tcPr>
            <w:tcW w:w="1395" w:type="dxa"/>
            <w:shd w:val="clear" w:color="auto" w:fill="F2F2F2"/>
          </w:tcPr>
          <w:p w14:paraId="370A853E" w14:textId="77777777" w:rsidR="0077642F" w:rsidRDefault="0077642F">
            <w:r>
              <w:rPr>
                <w:sz w:val="13"/>
              </w:rPr>
              <w:t>10.0987162754492</w:t>
            </w:r>
          </w:p>
        </w:tc>
        <w:tc>
          <w:tcPr>
            <w:tcW w:w="1683" w:type="dxa"/>
            <w:shd w:val="clear" w:color="auto" w:fill="F2F2F2"/>
          </w:tcPr>
          <w:p w14:paraId="29A67E81" w14:textId="77777777" w:rsidR="0077642F" w:rsidRDefault="0077642F">
            <w:r>
              <w:rPr>
                <w:sz w:val="13"/>
              </w:rPr>
              <w:t>2.428999507804218</w:t>
            </w:r>
          </w:p>
        </w:tc>
        <w:tc>
          <w:tcPr>
            <w:tcW w:w="1683" w:type="dxa"/>
            <w:shd w:val="clear" w:color="auto" w:fill="F2F2F2"/>
          </w:tcPr>
          <w:p w14:paraId="734FF2AD" w14:textId="77777777" w:rsidR="0077642F" w:rsidRDefault="0077642F">
            <w:r>
              <w:rPr>
                <w:sz w:val="13"/>
              </w:rPr>
              <w:t>0.1468786441117246</w:t>
            </w:r>
          </w:p>
        </w:tc>
        <w:tc>
          <w:tcPr>
            <w:tcW w:w="1611" w:type="dxa"/>
            <w:shd w:val="clear" w:color="auto" w:fill="F2F2F2"/>
          </w:tcPr>
          <w:p w14:paraId="5D1DD28E" w14:textId="77777777" w:rsidR="0077642F" w:rsidRDefault="0077642F">
            <w:r>
              <w:rPr>
                <w:sz w:val="13"/>
              </w:rPr>
              <w:t>0.3172578712813252</w:t>
            </w:r>
          </w:p>
        </w:tc>
        <w:tc>
          <w:tcPr>
            <w:tcW w:w="1245" w:type="dxa"/>
            <w:shd w:val="clear" w:color="auto" w:fill="F2F2F2"/>
          </w:tcPr>
          <w:p w14:paraId="553C0D8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BDF349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3CF0F16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0268C10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07C1D22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Acetatifactor</w:t>
            </w:r>
          </w:p>
        </w:tc>
        <w:tc>
          <w:tcPr>
            <w:tcW w:w="1936" w:type="dxa"/>
            <w:shd w:val="clear" w:color="auto" w:fill="F2F2F2"/>
          </w:tcPr>
          <w:p w14:paraId="31A80D3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6793F1C5" w14:textId="77777777" w:rsidTr="00A815C0">
        <w:tc>
          <w:tcPr>
            <w:tcW w:w="2501" w:type="dxa"/>
            <w:shd w:val="clear" w:color="auto" w:fill="FFFFFF"/>
          </w:tcPr>
          <w:p w14:paraId="1882CAB3" w14:textId="77777777" w:rsidR="0077642F" w:rsidRDefault="0077642F">
            <w:r>
              <w:rPr>
                <w:sz w:val="13"/>
              </w:rPr>
              <w:t>faf4d01b3063b5e3eaddffb26c221250</w:t>
            </w:r>
          </w:p>
        </w:tc>
        <w:tc>
          <w:tcPr>
            <w:tcW w:w="1814" w:type="dxa"/>
            <w:shd w:val="clear" w:color="auto" w:fill="FFFFFF"/>
          </w:tcPr>
          <w:p w14:paraId="6CA6FCA8" w14:textId="77777777" w:rsidR="0077642F" w:rsidRDefault="0077642F">
            <w:r>
              <w:rPr>
                <w:sz w:val="13"/>
              </w:rPr>
              <w:t>-2.860337632006864</w:t>
            </w:r>
          </w:p>
        </w:tc>
        <w:tc>
          <w:tcPr>
            <w:tcW w:w="1395" w:type="dxa"/>
            <w:shd w:val="clear" w:color="auto" w:fill="FFFFFF"/>
          </w:tcPr>
          <w:p w14:paraId="5D37BA1D" w14:textId="77777777" w:rsidR="0077642F" w:rsidRDefault="0077642F">
            <w:r>
              <w:rPr>
                <w:sz w:val="13"/>
              </w:rPr>
              <w:t>12.59341500631079</w:t>
            </w:r>
          </w:p>
        </w:tc>
        <w:tc>
          <w:tcPr>
            <w:tcW w:w="1683" w:type="dxa"/>
            <w:shd w:val="clear" w:color="auto" w:fill="FFFFFF"/>
          </w:tcPr>
          <w:p w14:paraId="3DEBCAF8" w14:textId="77777777" w:rsidR="0077642F" w:rsidRDefault="0077642F">
            <w:r>
              <w:rPr>
                <w:sz w:val="13"/>
              </w:rPr>
              <w:t>2.288708029066046</w:t>
            </w:r>
          </w:p>
        </w:tc>
        <w:tc>
          <w:tcPr>
            <w:tcW w:w="1683" w:type="dxa"/>
            <w:shd w:val="clear" w:color="auto" w:fill="FFFFFF"/>
          </w:tcPr>
          <w:p w14:paraId="19D65D2B" w14:textId="77777777" w:rsidR="0077642F" w:rsidRDefault="0077642F">
            <w:r>
              <w:rPr>
                <w:sz w:val="13"/>
              </w:rPr>
              <w:t>0.1675036585208783</w:t>
            </w:r>
          </w:p>
        </w:tc>
        <w:tc>
          <w:tcPr>
            <w:tcW w:w="1611" w:type="dxa"/>
            <w:shd w:val="clear" w:color="auto" w:fill="FFFFFF"/>
          </w:tcPr>
          <w:p w14:paraId="4FC102A0" w14:textId="77777777" w:rsidR="0077642F" w:rsidRDefault="0077642F">
            <w:r>
              <w:rPr>
                <w:sz w:val="13"/>
              </w:rPr>
              <w:t>0.3522787172054677</w:t>
            </w:r>
          </w:p>
        </w:tc>
        <w:tc>
          <w:tcPr>
            <w:tcW w:w="1245" w:type="dxa"/>
            <w:shd w:val="clear" w:color="auto" w:fill="FFFFFF"/>
          </w:tcPr>
          <w:p w14:paraId="0D1C498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113E41A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1C69433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0D445A8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1251430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5284816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3A3B0A50" w14:textId="77777777" w:rsidTr="00A815C0">
        <w:tc>
          <w:tcPr>
            <w:tcW w:w="2501" w:type="dxa"/>
            <w:shd w:val="clear" w:color="auto" w:fill="F2F2F2"/>
          </w:tcPr>
          <w:p w14:paraId="31AF10F9" w14:textId="77777777" w:rsidR="0077642F" w:rsidRDefault="0077642F">
            <w:r>
              <w:rPr>
                <w:sz w:val="13"/>
              </w:rPr>
              <w:t>692908d9e8dc244214e861f18774ffb2</w:t>
            </w:r>
          </w:p>
        </w:tc>
        <w:tc>
          <w:tcPr>
            <w:tcW w:w="1814" w:type="dxa"/>
            <w:shd w:val="clear" w:color="auto" w:fill="F2F2F2"/>
          </w:tcPr>
          <w:p w14:paraId="242AE458" w14:textId="77777777" w:rsidR="0077642F" w:rsidRDefault="0077642F">
            <w:r>
              <w:rPr>
                <w:sz w:val="13"/>
              </w:rPr>
              <w:t>1.798390334267262</w:t>
            </w:r>
          </w:p>
        </w:tc>
        <w:tc>
          <w:tcPr>
            <w:tcW w:w="1395" w:type="dxa"/>
            <w:shd w:val="clear" w:color="auto" w:fill="F2F2F2"/>
          </w:tcPr>
          <w:p w14:paraId="1C86CD2D" w14:textId="77777777" w:rsidR="0077642F" w:rsidRDefault="0077642F">
            <w:r>
              <w:rPr>
                <w:sz w:val="13"/>
              </w:rPr>
              <w:t>11.5726405123086</w:t>
            </w:r>
          </w:p>
        </w:tc>
        <w:tc>
          <w:tcPr>
            <w:tcW w:w="1683" w:type="dxa"/>
            <w:shd w:val="clear" w:color="auto" w:fill="F2F2F2"/>
          </w:tcPr>
          <w:p w14:paraId="7A79FC94" w14:textId="77777777" w:rsidR="0077642F" w:rsidRDefault="0077642F">
            <w:r>
              <w:rPr>
                <w:sz w:val="13"/>
              </w:rPr>
              <w:t>2.2576411349867</w:t>
            </w:r>
          </w:p>
        </w:tc>
        <w:tc>
          <w:tcPr>
            <w:tcW w:w="1683" w:type="dxa"/>
            <w:shd w:val="clear" w:color="auto" w:fill="F2F2F2"/>
          </w:tcPr>
          <w:p w14:paraId="34DBB3AD" w14:textId="77777777" w:rsidR="0077642F" w:rsidRDefault="0077642F">
            <w:r>
              <w:rPr>
                <w:sz w:val="13"/>
              </w:rPr>
              <w:t>0.1692727860686627</w:t>
            </w:r>
          </w:p>
        </w:tc>
        <w:tc>
          <w:tcPr>
            <w:tcW w:w="1611" w:type="dxa"/>
            <w:shd w:val="clear" w:color="auto" w:fill="F2F2F2"/>
          </w:tcPr>
          <w:p w14:paraId="6B88BBB4" w14:textId="77777777" w:rsidR="0077642F" w:rsidRDefault="0077642F">
            <w:r>
              <w:rPr>
                <w:sz w:val="13"/>
              </w:rPr>
              <w:t>0.3522787172054677</w:t>
            </w:r>
          </w:p>
        </w:tc>
        <w:tc>
          <w:tcPr>
            <w:tcW w:w="1245" w:type="dxa"/>
            <w:shd w:val="clear" w:color="auto" w:fill="F2F2F2"/>
          </w:tcPr>
          <w:p w14:paraId="4865B67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01154F3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298BD67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2F2F2"/>
          </w:tcPr>
          <w:p w14:paraId="74AFF1B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2F2F2"/>
          </w:tcPr>
          <w:p w14:paraId="1CD803C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2616D8A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12CDB156" w14:textId="77777777" w:rsidTr="00A815C0">
        <w:tc>
          <w:tcPr>
            <w:tcW w:w="2501" w:type="dxa"/>
            <w:shd w:val="clear" w:color="auto" w:fill="FFFFFF"/>
          </w:tcPr>
          <w:p w14:paraId="06076A38" w14:textId="77777777" w:rsidR="0077642F" w:rsidRDefault="0077642F">
            <w:r>
              <w:rPr>
                <w:sz w:val="13"/>
              </w:rPr>
              <w:t>321eb718bc08a25da457f5e29a2651f1</w:t>
            </w:r>
          </w:p>
        </w:tc>
        <w:tc>
          <w:tcPr>
            <w:tcW w:w="1814" w:type="dxa"/>
            <w:shd w:val="clear" w:color="auto" w:fill="FFFFFF"/>
          </w:tcPr>
          <w:p w14:paraId="6582A0F0" w14:textId="77777777" w:rsidR="0077642F" w:rsidRDefault="0077642F">
            <w:r>
              <w:rPr>
                <w:sz w:val="13"/>
              </w:rPr>
              <w:t>0.8938976366296862</w:t>
            </w:r>
          </w:p>
        </w:tc>
        <w:tc>
          <w:tcPr>
            <w:tcW w:w="1395" w:type="dxa"/>
            <w:shd w:val="clear" w:color="auto" w:fill="FFFFFF"/>
          </w:tcPr>
          <w:p w14:paraId="5F64F2AC" w14:textId="77777777" w:rsidR="0077642F" w:rsidRDefault="0077642F">
            <w:r>
              <w:rPr>
                <w:sz w:val="13"/>
              </w:rPr>
              <w:t>13.36752504950442</w:t>
            </w:r>
          </w:p>
        </w:tc>
        <w:tc>
          <w:tcPr>
            <w:tcW w:w="1683" w:type="dxa"/>
            <w:shd w:val="clear" w:color="auto" w:fill="FFFFFF"/>
          </w:tcPr>
          <w:p w14:paraId="3EBEA85F" w14:textId="77777777" w:rsidR="0077642F" w:rsidRDefault="0077642F">
            <w:r>
              <w:rPr>
                <w:sz w:val="13"/>
              </w:rPr>
              <w:t>2.263411207202757</w:t>
            </w:r>
          </w:p>
        </w:tc>
        <w:tc>
          <w:tcPr>
            <w:tcW w:w="1683" w:type="dxa"/>
            <w:shd w:val="clear" w:color="auto" w:fill="FFFFFF"/>
          </w:tcPr>
          <w:p w14:paraId="334E0FF7" w14:textId="77777777" w:rsidR="0077642F" w:rsidRDefault="0077642F">
            <w:r>
              <w:rPr>
                <w:sz w:val="13"/>
              </w:rPr>
              <w:t>0.1711012396076887</w:t>
            </w:r>
          </w:p>
        </w:tc>
        <w:tc>
          <w:tcPr>
            <w:tcW w:w="1611" w:type="dxa"/>
            <w:shd w:val="clear" w:color="auto" w:fill="FFFFFF"/>
          </w:tcPr>
          <w:p w14:paraId="54C74D32" w14:textId="77777777" w:rsidR="0077642F" w:rsidRDefault="0077642F">
            <w:r>
              <w:rPr>
                <w:sz w:val="13"/>
              </w:rPr>
              <w:t>0.3522787172054677</w:t>
            </w:r>
          </w:p>
        </w:tc>
        <w:tc>
          <w:tcPr>
            <w:tcW w:w="1245" w:type="dxa"/>
            <w:shd w:val="clear" w:color="auto" w:fill="FFFFFF"/>
          </w:tcPr>
          <w:p w14:paraId="215BFC6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60EFC55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6971F84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544F016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75F4BF8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496571D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uncultured_Bacteroidales</w:t>
            </w:r>
          </w:p>
        </w:tc>
      </w:tr>
      <w:tr w:rsidR="0077642F" w14:paraId="08B56E68" w14:textId="77777777" w:rsidTr="00A815C0">
        <w:tc>
          <w:tcPr>
            <w:tcW w:w="2501" w:type="dxa"/>
            <w:shd w:val="clear" w:color="auto" w:fill="F2F2F2"/>
          </w:tcPr>
          <w:p w14:paraId="7818F360" w14:textId="77777777" w:rsidR="0077642F" w:rsidRDefault="0077642F">
            <w:r>
              <w:rPr>
                <w:sz w:val="13"/>
              </w:rPr>
              <w:t>160efa2a41c4cec475f79506e42374ca</w:t>
            </w:r>
          </w:p>
        </w:tc>
        <w:tc>
          <w:tcPr>
            <w:tcW w:w="1814" w:type="dxa"/>
            <w:shd w:val="clear" w:color="auto" w:fill="F2F2F2"/>
          </w:tcPr>
          <w:p w14:paraId="703DA07C" w14:textId="77777777" w:rsidR="0077642F" w:rsidRDefault="0077642F">
            <w:r>
              <w:rPr>
                <w:sz w:val="13"/>
              </w:rPr>
              <w:t>0.7957274844802307</w:t>
            </w:r>
          </w:p>
        </w:tc>
        <w:tc>
          <w:tcPr>
            <w:tcW w:w="1395" w:type="dxa"/>
            <w:shd w:val="clear" w:color="auto" w:fill="F2F2F2"/>
          </w:tcPr>
          <w:p w14:paraId="0742A392" w14:textId="77777777" w:rsidR="0077642F" w:rsidRDefault="0077642F">
            <w:r>
              <w:rPr>
                <w:sz w:val="13"/>
              </w:rPr>
              <w:t>13.58413205956859</w:t>
            </w:r>
          </w:p>
        </w:tc>
        <w:tc>
          <w:tcPr>
            <w:tcW w:w="1683" w:type="dxa"/>
            <w:shd w:val="clear" w:color="auto" w:fill="F2F2F2"/>
          </w:tcPr>
          <w:p w14:paraId="2289C885" w14:textId="77777777" w:rsidR="0077642F" w:rsidRDefault="0077642F">
            <w:r>
              <w:rPr>
                <w:sz w:val="13"/>
              </w:rPr>
              <w:t>2.255906772564143</w:t>
            </w:r>
          </w:p>
        </w:tc>
        <w:tc>
          <w:tcPr>
            <w:tcW w:w="1683" w:type="dxa"/>
            <w:shd w:val="clear" w:color="auto" w:fill="F2F2F2"/>
          </w:tcPr>
          <w:p w14:paraId="1ADE5DCD" w14:textId="77777777" w:rsidR="0077642F" w:rsidRDefault="0077642F">
            <w:r>
              <w:rPr>
                <w:sz w:val="13"/>
              </w:rPr>
              <w:t>0.1717902386372342</w:t>
            </w:r>
          </w:p>
        </w:tc>
        <w:tc>
          <w:tcPr>
            <w:tcW w:w="1611" w:type="dxa"/>
            <w:shd w:val="clear" w:color="auto" w:fill="F2F2F2"/>
          </w:tcPr>
          <w:p w14:paraId="5FC13FE3" w14:textId="77777777" w:rsidR="0077642F" w:rsidRDefault="0077642F">
            <w:r>
              <w:rPr>
                <w:sz w:val="13"/>
              </w:rPr>
              <w:t>0.3522787172054677</w:t>
            </w:r>
          </w:p>
        </w:tc>
        <w:tc>
          <w:tcPr>
            <w:tcW w:w="1245" w:type="dxa"/>
            <w:shd w:val="clear" w:color="auto" w:fill="F2F2F2"/>
          </w:tcPr>
          <w:p w14:paraId="4D13EAB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101FD9F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30F921F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6098964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58CB3A8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0791211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659E9821" w14:textId="77777777" w:rsidTr="00A815C0">
        <w:tc>
          <w:tcPr>
            <w:tcW w:w="2501" w:type="dxa"/>
            <w:shd w:val="clear" w:color="auto" w:fill="FFFFFF"/>
          </w:tcPr>
          <w:p w14:paraId="335933CB" w14:textId="77777777" w:rsidR="0077642F" w:rsidRDefault="0077642F">
            <w:r>
              <w:rPr>
                <w:sz w:val="13"/>
              </w:rPr>
              <w:t>2ae38d8f5ab74d45448332897ff7f7d7</w:t>
            </w:r>
          </w:p>
        </w:tc>
        <w:tc>
          <w:tcPr>
            <w:tcW w:w="1814" w:type="dxa"/>
            <w:shd w:val="clear" w:color="auto" w:fill="FFFFFF"/>
          </w:tcPr>
          <w:p w14:paraId="0024CC71" w14:textId="77777777" w:rsidR="0077642F" w:rsidRDefault="0077642F">
            <w:r>
              <w:rPr>
                <w:sz w:val="13"/>
              </w:rPr>
              <w:t>2.470854170442306</w:t>
            </w:r>
          </w:p>
        </w:tc>
        <w:tc>
          <w:tcPr>
            <w:tcW w:w="1395" w:type="dxa"/>
            <w:shd w:val="clear" w:color="auto" w:fill="FFFFFF"/>
          </w:tcPr>
          <w:p w14:paraId="1EC3A86D" w14:textId="77777777" w:rsidR="0077642F" w:rsidRDefault="0077642F">
            <w:r>
              <w:rPr>
                <w:sz w:val="13"/>
              </w:rPr>
              <w:t>9.812617607159856</w:t>
            </w:r>
          </w:p>
        </w:tc>
        <w:tc>
          <w:tcPr>
            <w:tcW w:w="1683" w:type="dxa"/>
            <w:shd w:val="clear" w:color="auto" w:fill="FFFFFF"/>
          </w:tcPr>
          <w:p w14:paraId="532118DE" w14:textId="77777777" w:rsidR="0077642F" w:rsidRDefault="0077642F">
            <w:r>
              <w:rPr>
                <w:sz w:val="13"/>
              </w:rPr>
              <w:t>2.037946475430752</w:t>
            </w:r>
          </w:p>
        </w:tc>
        <w:tc>
          <w:tcPr>
            <w:tcW w:w="1683" w:type="dxa"/>
            <w:shd w:val="clear" w:color="auto" w:fill="FFFFFF"/>
          </w:tcPr>
          <w:p w14:paraId="37C3D883" w14:textId="77777777" w:rsidR="0077642F" w:rsidRDefault="0077642F">
            <w:r>
              <w:rPr>
                <w:sz w:val="13"/>
              </w:rPr>
              <w:t>0.179077664548561</w:t>
            </w:r>
          </w:p>
        </w:tc>
        <w:tc>
          <w:tcPr>
            <w:tcW w:w="1611" w:type="dxa"/>
            <w:shd w:val="clear" w:color="auto" w:fill="FFFFFF"/>
          </w:tcPr>
          <w:p w14:paraId="6F55E796" w14:textId="77777777" w:rsidR="0077642F" w:rsidRDefault="0077642F">
            <w:r>
              <w:rPr>
                <w:sz w:val="13"/>
              </w:rPr>
              <w:t>0.362632270710836</w:t>
            </w:r>
          </w:p>
        </w:tc>
        <w:tc>
          <w:tcPr>
            <w:tcW w:w="1245" w:type="dxa"/>
            <w:shd w:val="clear" w:color="auto" w:fill="FFFFFF"/>
          </w:tcPr>
          <w:p w14:paraId="6AA5898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6B996CB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77EC613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4259CEB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FFFFF"/>
          </w:tcPr>
          <w:p w14:paraId="0A5B758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UCG-005</w:t>
            </w:r>
          </w:p>
        </w:tc>
        <w:tc>
          <w:tcPr>
            <w:tcW w:w="1936" w:type="dxa"/>
            <w:shd w:val="clear" w:color="auto" w:fill="FFFFFF"/>
          </w:tcPr>
          <w:p w14:paraId="71B8A75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62822023" w14:textId="77777777" w:rsidTr="00A815C0">
        <w:tc>
          <w:tcPr>
            <w:tcW w:w="2501" w:type="dxa"/>
            <w:shd w:val="clear" w:color="auto" w:fill="F2F2F2"/>
          </w:tcPr>
          <w:p w14:paraId="103F0914" w14:textId="77777777" w:rsidR="0077642F" w:rsidRDefault="0077642F">
            <w:r>
              <w:rPr>
                <w:sz w:val="13"/>
              </w:rPr>
              <w:t>e2bb9b3c1ce48022ca01d392dd2cf59b</w:t>
            </w:r>
          </w:p>
        </w:tc>
        <w:tc>
          <w:tcPr>
            <w:tcW w:w="1814" w:type="dxa"/>
            <w:shd w:val="clear" w:color="auto" w:fill="F2F2F2"/>
          </w:tcPr>
          <w:p w14:paraId="5D4BFBA3" w14:textId="77777777" w:rsidR="0077642F" w:rsidRDefault="0077642F">
            <w:r>
              <w:rPr>
                <w:sz w:val="13"/>
              </w:rPr>
              <w:t>2.493593130570483</w:t>
            </w:r>
          </w:p>
        </w:tc>
        <w:tc>
          <w:tcPr>
            <w:tcW w:w="1395" w:type="dxa"/>
            <w:shd w:val="clear" w:color="auto" w:fill="F2F2F2"/>
          </w:tcPr>
          <w:p w14:paraId="47017EF8" w14:textId="77777777" w:rsidR="0077642F" w:rsidRDefault="0077642F">
            <w:r>
              <w:rPr>
                <w:sz w:val="13"/>
              </w:rPr>
              <w:t>10.79079299902435</w:t>
            </w:r>
          </w:p>
        </w:tc>
        <w:tc>
          <w:tcPr>
            <w:tcW w:w="1683" w:type="dxa"/>
            <w:shd w:val="clear" w:color="auto" w:fill="F2F2F2"/>
          </w:tcPr>
          <w:p w14:paraId="1F70D95F" w14:textId="77777777" w:rsidR="0077642F" w:rsidRDefault="0077642F">
            <w:r>
              <w:rPr>
                <w:sz w:val="13"/>
              </w:rPr>
              <w:t>2.030870898431867</w:t>
            </w:r>
          </w:p>
        </w:tc>
        <w:tc>
          <w:tcPr>
            <w:tcW w:w="1683" w:type="dxa"/>
            <w:shd w:val="clear" w:color="auto" w:fill="F2F2F2"/>
          </w:tcPr>
          <w:p w14:paraId="474FCCDB" w14:textId="77777777" w:rsidR="0077642F" w:rsidRDefault="0077642F">
            <w:r>
              <w:rPr>
                <w:sz w:val="13"/>
              </w:rPr>
              <w:t>0.1852983400873397</w:t>
            </w:r>
          </w:p>
        </w:tc>
        <w:tc>
          <w:tcPr>
            <w:tcW w:w="1611" w:type="dxa"/>
            <w:shd w:val="clear" w:color="auto" w:fill="F2F2F2"/>
          </w:tcPr>
          <w:p w14:paraId="5B72C200" w14:textId="77777777" w:rsidR="0077642F" w:rsidRDefault="0077642F">
            <w:r>
              <w:rPr>
                <w:sz w:val="13"/>
              </w:rPr>
              <w:t>0.3705966801746794</w:t>
            </w:r>
          </w:p>
        </w:tc>
        <w:tc>
          <w:tcPr>
            <w:tcW w:w="1245" w:type="dxa"/>
            <w:shd w:val="clear" w:color="auto" w:fill="F2F2F2"/>
          </w:tcPr>
          <w:p w14:paraId="1F75A1D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ECE41F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9C6906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2F2F2"/>
          </w:tcPr>
          <w:p w14:paraId="619EA53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2F2F2"/>
          </w:tcPr>
          <w:p w14:paraId="1E3635F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1936" w:type="dxa"/>
            <w:shd w:val="clear" w:color="auto" w:fill="F2F2F2"/>
          </w:tcPr>
          <w:p w14:paraId="20C0CA3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4514C246" w14:textId="77777777" w:rsidTr="00A815C0">
        <w:tc>
          <w:tcPr>
            <w:tcW w:w="2501" w:type="dxa"/>
            <w:shd w:val="clear" w:color="auto" w:fill="FFFFFF"/>
          </w:tcPr>
          <w:p w14:paraId="3517B868" w14:textId="77777777" w:rsidR="0077642F" w:rsidRDefault="0077642F">
            <w:r>
              <w:rPr>
                <w:sz w:val="13"/>
              </w:rPr>
              <w:t>16cd2aac20c25e86ac42480fb9d61b14</w:t>
            </w:r>
          </w:p>
        </w:tc>
        <w:tc>
          <w:tcPr>
            <w:tcW w:w="1814" w:type="dxa"/>
            <w:shd w:val="clear" w:color="auto" w:fill="FFFFFF"/>
          </w:tcPr>
          <w:p w14:paraId="6A0A3184" w14:textId="77777777" w:rsidR="0077642F" w:rsidRDefault="0077642F">
            <w:r>
              <w:rPr>
                <w:sz w:val="13"/>
              </w:rPr>
              <w:t>2.03816432117936</w:t>
            </w:r>
          </w:p>
        </w:tc>
        <w:tc>
          <w:tcPr>
            <w:tcW w:w="1395" w:type="dxa"/>
            <w:shd w:val="clear" w:color="auto" w:fill="FFFFFF"/>
          </w:tcPr>
          <w:p w14:paraId="241A7696" w14:textId="77777777" w:rsidR="0077642F" w:rsidRDefault="0077642F">
            <w:r>
              <w:rPr>
                <w:sz w:val="13"/>
              </w:rPr>
              <w:t>11.05257072286347</w:t>
            </w:r>
          </w:p>
        </w:tc>
        <w:tc>
          <w:tcPr>
            <w:tcW w:w="1683" w:type="dxa"/>
            <w:shd w:val="clear" w:color="auto" w:fill="FFFFFF"/>
          </w:tcPr>
          <w:p w14:paraId="264425F8" w14:textId="77777777" w:rsidR="0077642F" w:rsidRDefault="0077642F">
            <w:r>
              <w:rPr>
                <w:sz w:val="13"/>
              </w:rPr>
              <w:t>1.943454674411067</w:t>
            </w:r>
          </w:p>
        </w:tc>
        <w:tc>
          <w:tcPr>
            <w:tcW w:w="1683" w:type="dxa"/>
            <w:shd w:val="clear" w:color="auto" w:fill="FFFFFF"/>
          </w:tcPr>
          <w:p w14:paraId="1F716DE4" w14:textId="77777777" w:rsidR="0077642F" w:rsidRDefault="0077642F">
            <w:r>
              <w:rPr>
                <w:sz w:val="13"/>
              </w:rPr>
              <w:t>0.196730946031677</w:t>
            </w:r>
          </w:p>
        </w:tc>
        <w:tc>
          <w:tcPr>
            <w:tcW w:w="1611" w:type="dxa"/>
            <w:shd w:val="clear" w:color="auto" w:fill="FFFFFF"/>
          </w:tcPr>
          <w:p w14:paraId="5D9192A7" w14:textId="77777777" w:rsidR="0077642F" w:rsidRDefault="0077642F">
            <w:r>
              <w:rPr>
                <w:sz w:val="13"/>
              </w:rPr>
              <w:t>0.3886635763064838</w:t>
            </w:r>
          </w:p>
        </w:tc>
        <w:tc>
          <w:tcPr>
            <w:tcW w:w="1245" w:type="dxa"/>
            <w:shd w:val="clear" w:color="auto" w:fill="FFFFFF"/>
          </w:tcPr>
          <w:p w14:paraId="75B6C93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0051DA2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5F2A292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6F78F4F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0E597F8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1936" w:type="dxa"/>
            <w:shd w:val="clear" w:color="auto" w:fill="FFFFFF"/>
          </w:tcPr>
          <w:p w14:paraId="1A7DCD3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2FEEB297" w14:textId="77777777" w:rsidTr="00A815C0">
        <w:tc>
          <w:tcPr>
            <w:tcW w:w="2501" w:type="dxa"/>
            <w:shd w:val="clear" w:color="auto" w:fill="F2F2F2"/>
          </w:tcPr>
          <w:p w14:paraId="486DDEC1" w14:textId="77777777" w:rsidR="0077642F" w:rsidRDefault="0077642F">
            <w:r>
              <w:rPr>
                <w:sz w:val="13"/>
              </w:rPr>
              <w:t>d2fa7e16038f42cb89cf42b15d8efd39</w:t>
            </w:r>
          </w:p>
        </w:tc>
        <w:tc>
          <w:tcPr>
            <w:tcW w:w="1814" w:type="dxa"/>
            <w:shd w:val="clear" w:color="auto" w:fill="F2F2F2"/>
          </w:tcPr>
          <w:p w14:paraId="3A077E76" w14:textId="77777777" w:rsidR="0077642F" w:rsidRDefault="0077642F">
            <w:r>
              <w:rPr>
                <w:sz w:val="13"/>
              </w:rPr>
              <w:t>-0.8541944303007443</w:t>
            </w:r>
          </w:p>
        </w:tc>
        <w:tc>
          <w:tcPr>
            <w:tcW w:w="1395" w:type="dxa"/>
            <w:shd w:val="clear" w:color="auto" w:fill="F2F2F2"/>
          </w:tcPr>
          <w:p w14:paraId="4C8B415E" w14:textId="77777777" w:rsidR="0077642F" w:rsidRDefault="0077642F">
            <w:r>
              <w:rPr>
                <w:sz w:val="13"/>
              </w:rPr>
              <w:t>13.00042377455899</w:t>
            </w:r>
          </w:p>
        </w:tc>
        <w:tc>
          <w:tcPr>
            <w:tcW w:w="1683" w:type="dxa"/>
            <w:shd w:val="clear" w:color="auto" w:fill="F2F2F2"/>
          </w:tcPr>
          <w:p w14:paraId="15579E73" w14:textId="77777777" w:rsidR="0077642F" w:rsidRDefault="0077642F">
            <w:r>
              <w:rPr>
                <w:sz w:val="13"/>
              </w:rPr>
              <w:t>1.943432062741912</w:t>
            </w:r>
          </w:p>
        </w:tc>
        <w:tc>
          <w:tcPr>
            <w:tcW w:w="1683" w:type="dxa"/>
            <w:shd w:val="clear" w:color="auto" w:fill="F2F2F2"/>
          </w:tcPr>
          <w:p w14:paraId="5D665973" w14:textId="77777777" w:rsidR="0077642F" w:rsidRDefault="0077642F">
            <w:r>
              <w:rPr>
                <w:sz w:val="13"/>
              </w:rPr>
              <w:t>0.2009269065200011</w:t>
            </w:r>
          </w:p>
        </w:tc>
        <w:tc>
          <w:tcPr>
            <w:tcW w:w="1611" w:type="dxa"/>
            <w:shd w:val="clear" w:color="auto" w:fill="F2F2F2"/>
          </w:tcPr>
          <w:p w14:paraId="3A82690B" w14:textId="77777777" w:rsidR="0077642F" w:rsidRDefault="0077642F">
            <w:r>
              <w:rPr>
                <w:sz w:val="13"/>
              </w:rPr>
              <w:t>0.3921705886293997</w:t>
            </w:r>
          </w:p>
        </w:tc>
        <w:tc>
          <w:tcPr>
            <w:tcW w:w="1245" w:type="dxa"/>
            <w:shd w:val="clear" w:color="auto" w:fill="F2F2F2"/>
          </w:tcPr>
          <w:p w14:paraId="250C393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60FC2C6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454140F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7365343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0C920E6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5A407EF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4962072D" w14:textId="77777777" w:rsidTr="00A815C0">
        <w:tc>
          <w:tcPr>
            <w:tcW w:w="2501" w:type="dxa"/>
            <w:shd w:val="clear" w:color="auto" w:fill="FFFFFF"/>
          </w:tcPr>
          <w:p w14:paraId="73460A77" w14:textId="77777777" w:rsidR="0077642F" w:rsidRDefault="0077642F">
            <w:r>
              <w:rPr>
                <w:sz w:val="13"/>
              </w:rPr>
              <w:t>688d5fcf10a1f7dd0c87817ed34841c8</w:t>
            </w:r>
          </w:p>
        </w:tc>
        <w:tc>
          <w:tcPr>
            <w:tcW w:w="1814" w:type="dxa"/>
            <w:shd w:val="clear" w:color="auto" w:fill="FFFFFF"/>
          </w:tcPr>
          <w:p w14:paraId="610C7F99" w14:textId="77777777" w:rsidR="0077642F" w:rsidRDefault="0077642F">
            <w:r>
              <w:rPr>
                <w:sz w:val="13"/>
              </w:rPr>
              <w:t>-1.262375727862117</w:t>
            </w:r>
          </w:p>
        </w:tc>
        <w:tc>
          <w:tcPr>
            <w:tcW w:w="1395" w:type="dxa"/>
            <w:shd w:val="clear" w:color="auto" w:fill="FFFFFF"/>
          </w:tcPr>
          <w:p w14:paraId="378800E6" w14:textId="77777777" w:rsidR="0077642F" w:rsidRDefault="0077642F">
            <w:r>
              <w:rPr>
                <w:sz w:val="13"/>
              </w:rPr>
              <w:t>12.77779061750068</w:t>
            </w:r>
          </w:p>
        </w:tc>
        <w:tc>
          <w:tcPr>
            <w:tcW w:w="1683" w:type="dxa"/>
            <w:shd w:val="clear" w:color="auto" w:fill="FFFFFF"/>
          </w:tcPr>
          <w:p w14:paraId="77975C1B" w14:textId="77777777" w:rsidR="0077642F" w:rsidRDefault="0077642F">
            <w:r>
              <w:rPr>
                <w:sz w:val="13"/>
              </w:rPr>
              <w:t>1.896420016762434</w:t>
            </w:r>
          </w:p>
        </w:tc>
        <w:tc>
          <w:tcPr>
            <w:tcW w:w="1683" w:type="dxa"/>
            <w:shd w:val="clear" w:color="auto" w:fill="FFFFFF"/>
          </w:tcPr>
          <w:p w14:paraId="04B56EE0" w14:textId="77777777" w:rsidR="0077642F" w:rsidRDefault="0077642F">
            <w:r>
              <w:rPr>
                <w:sz w:val="13"/>
              </w:rPr>
              <w:t>0.2057424018272351</w:t>
            </w:r>
          </w:p>
        </w:tc>
        <w:tc>
          <w:tcPr>
            <w:tcW w:w="1611" w:type="dxa"/>
            <w:shd w:val="clear" w:color="auto" w:fill="FFFFFF"/>
          </w:tcPr>
          <w:p w14:paraId="3F6B2C9D" w14:textId="77777777" w:rsidR="0077642F" w:rsidRDefault="0077642F">
            <w:r>
              <w:rPr>
                <w:sz w:val="13"/>
              </w:rPr>
              <w:t>0.3967889178096677</w:t>
            </w:r>
          </w:p>
        </w:tc>
        <w:tc>
          <w:tcPr>
            <w:tcW w:w="1245" w:type="dxa"/>
            <w:shd w:val="clear" w:color="auto" w:fill="FFFFFF"/>
          </w:tcPr>
          <w:p w14:paraId="1DDC1CD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204A2B5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586D389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Peptococcales</w:t>
            </w:r>
          </w:p>
        </w:tc>
        <w:tc>
          <w:tcPr>
            <w:tcW w:w="2411" w:type="dxa"/>
            <w:shd w:val="clear" w:color="auto" w:fill="FFFFFF"/>
          </w:tcPr>
          <w:p w14:paraId="711FE09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Peptococcaceae</w:t>
            </w:r>
          </w:p>
        </w:tc>
        <w:tc>
          <w:tcPr>
            <w:tcW w:w="2411" w:type="dxa"/>
            <w:shd w:val="clear" w:color="auto" w:fill="FFFFFF"/>
          </w:tcPr>
          <w:p w14:paraId="6EF84A2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4642EFF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033C29F5" w14:textId="77777777" w:rsidTr="00A815C0">
        <w:tc>
          <w:tcPr>
            <w:tcW w:w="2501" w:type="dxa"/>
            <w:shd w:val="clear" w:color="auto" w:fill="F2F2F2"/>
          </w:tcPr>
          <w:p w14:paraId="50BA3026" w14:textId="77777777" w:rsidR="0077642F" w:rsidRDefault="0077642F">
            <w:r>
              <w:rPr>
                <w:sz w:val="13"/>
              </w:rPr>
              <w:t>6e408cc3ba68e93a8d2a36d67381d445</w:t>
            </w:r>
          </w:p>
        </w:tc>
        <w:tc>
          <w:tcPr>
            <w:tcW w:w="1814" w:type="dxa"/>
            <w:shd w:val="clear" w:color="auto" w:fill="F2F2F2"/>
          </w:tcPr>
          <w:p w14:paraId="11D603BD" w14:textId="77777777" w:rsidR="0077642F" w:rsidRDefault="0077642F">
            <w:r>
              <w:rPr>
                <w:sz w:val="13"/>
              </w:rPr>
              <w:t>0.6939099783185969</w:t>
            </w:r>
          </w:p>
        </w:tc>
        <w:tc>
          <w:tcPr>
            <w:tcW w:w="1395" w:type="dxa"/>
            <w:shd w:val="clear" w:color="auto" w:fill="F2F2F2"/>
          </w:tcPr>
          <w:p w14:paraId="5A5A2CA5" w14:textId="77777777" w:rsidR="0077642F" w:rsidRDefault="0077642F">
            <w:r>
              <w:rPr>
                <w:sz w:val="13"/>
              </w:rPr>
              <w:t>13.69595816685066</w:t>
            </w:r>
          </w:p>
        </w:tc>
        <w:tc>
          <w:tcPr>
            <w:tcW w:w="1683" w:type="dxa"/>
            <w:shd w:val="clear" w:color="auto" w:fill="F2F2F2"/>
          </w:tcPr>
          <w:p w14:paraId="506F9E9E" w14:textId="77777777" w:rsidR="0077642F" w:rsidRDefault="0077642F">
            <w:r>
              <w:rPr>
                <w:sz w:val="13"/>
              </w:rPr>
              <w:t>1.6991288476713</w:t>
            </w:r>
          </w:p>
        </w:tc>
        <w:tc>
          <w:tcPr>
            <w:tcW w:w="1683" w:type="dxa"/>
            <w:shd w:val="clear" w:color="auto" w:fill="F2F2F2"/>
          </w:tcPr>
          <w:p w14:paraId="6524E3B8" w14:textId="77777777" w:rsidR="0077642F" w:rsidRDefault="0077642F">
            <w:r>
              <w:rPr>
                <w:sz w:val="13"/>
              </w:rPr>
              <w:t>0.2289539000942942</w:t>
            </w:r>
          </w:p>
        </w:tc>
        <w:tc>
          <w:tcPr>
            <w:tcW w:w="1611" w:type="dxa"/>
            <w:shd w:val="clear" w:color="auto" w:fill="F2F2F2"/>
          </w:tcPr>
          <w:p w14:paraId="5340FF41" w14:textId="77777777" w:rsidR="0077642F" w:rsidRDefault="0077642F">
            <w:r>
              <w:rPr>
                <w:sz w:val="13"/>
              </w:rPr>
              <w:t>0.4363591978267725</w:t>
            </w:r>
          </w:p>
        </w:tc>
        <w:tc>
          <w:tcPr>
            <w:tcW w:w="1245" w:type="dxa"/>
            <w:shd w:val="clear" w:color="auto" w:fill="F2F2F2"/>
          </w:tcPr>
          <w:p w14:paraId="6BA8BC0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4342B0B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7082114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48DEB95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2379674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037B970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uncultured_Bacteroidales</w:t>
            </w:r>
          </w:p>
        </w:tc>
      </w:tr>
      <w:tr w:rsidR="0077642F" w14:paraId="4FF58AD2" w14:textId="77777777" w:rsidTr="00A815C0">
        <w:tc>
          <w:tcPr>
            <w:tcW w:w="2501" w:type="dxa"/>
            <w:shd w:val="clear" w:color="auto" w:fill="FFFFFF"/>
          </w:tcPr>
          <w:p w14:paraId="3622401F" w14:textId="77777777" w:rsidR="0077642F" w:rsidRDefault="0077642F">
            <w:r>
              <w:rPr>
                <w:sz w:val="13"/>
              </w:rPr>
              <w:t>d47c3e0c088f9573cf1fef5c3a32b048</w:t>
            </w:r>
          </w:p>
        </w:tc>
        <w:tc>
          <w:tcPr>
            <w:tcW w:w="1814" w:type="dxa"/>
            <w:shd w:val="clear" w:color="auto" w:fill="FFFFFF"/>
          </w:tcPr>
          <w:p w14:paraId="5B02ADDE" w14:textId="77777777" w:rsidR="0077642F" w:rsidRDefault="0077642F">
            <w:r>
              <w:rPr>
                <w:sz w:val="13"/>
              </w:rPr>
              <w:t>2.193971282739426</w:t>
            </w:r>
          </w:p>
        </w:tc>
        <w:tc>
          <w:tcPr>
            <w:tcW w:w="1395" w:type="dxa"/>
            <w:shd w:val="clear" w:color="auto" w:fill="FFFFFF"/>
          </w:tcPr>
          <w:p w14:paraId="10D50EDE" w14:textId="77777777" w:rsidR="0077642F" w:rsidRDefault="0077642F">
            <w:r>
              <w:rPr>
                <w:sz w:val="13"/>
              </w:rPr>
              <w:t>9.876250766130363</w:t>
            </w:r>
          </w:p>
        </w:tc>
        <w:tc>
          <w:tcPr>
            <w:tcW w:w="1683" w:type="dxa"/>
            <w:shd w:val="clear" w:color="auto" w:fill="FFFFFF"/>
          </w:tcPr>
          <w:p w14:paraId="58A81FBB" w14:textId="77777777" w:rsidR="0077642F" w:rsidRDefault="0077642F">
            <w:r>
              <w:rPr>
                <w:sz w:val="13"/>
              </w:rPr>
              <w:t>1.5738137650094</w:t>
            </w:r>
          </w:p>
        </w:tc>
        <w:tc>
          <w:tcPr>
            <w:tcW w:w="1683" w:type="dxa"/>
            <w:shd w:val="clear" w:color="auto" w:fill="FFFFFF"/>
          </w:tcPr>
          <w:p w14:paraId="44D634E8" w14:textId="77777777" w:rsidR="0077642F" w:rsidRDefault="0077642F">
            <w:r>
              <w:rPr>
                <w:sz w:val="13"/>
              </w:rPr>
              <w:t>0.2345419140815988</w:t>
            </w:r>
          </w:p>
        </w:tc>
        <w:tc>
          <w:tcPr>
            <w:tcW w:w="1611" w:type="dxa"/>
            <w:shd w:val="clear" w:color="auto" w:fill="FFFFFF"/>
          </w:tcPr>
          <w:p w14:paraId="68B8784D" w14:textId="77777777" w:rsidR="0077642F" w:rsidRDefault="0077642F">
            <w:r>
              <w:rPr>
                <w:sz w:val="13"/>
              </w:rPr>
              <w:t>0.4387945955886159</w:t>
            </w:r>
          </w:p>
        </w:tc>
        <w:tc>
          <w:tcPr>
            <w:tcW w:w="1245" w:type="dxa"/>
            <w:shd w:val="clear" w:color="auto" w:fill="FFFFFF"/>
          </w:tcPr>
          <w:p w14:paraId="08DC6A8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0AEFF3A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3262CDA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1378F2F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Ruminococcaceae</w:t>
            </w:r>
          </w:p>
        </w:tc>
        <w:tc>
          <w:tcPr>
            <w:tcW w:w="2411" w:type="dxa"/>
            <w:shd w:val="clear" w:color="auto" w:fill="FFFFFF"/>
          </w:tcPr>
          <w:p w14:paraId="220D990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Anaerotruncus</w:t>
            </w:r>
          </w:p>
        </w:tc>
        <w:tc>
          <w:tcPr>
            <w:tcW w:w="1936" w:type="dxa"/>
            <w:shd w:val="clear" w:color="auto" w:fill="FFFFFF"/>
          </w:tcPr>
          <w:p w14:paraId="7EB4EE0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3A5818AC" w14:textId="77777777" w:rsidTr="00A815C0">
        <w:tc>
          <w:tcPr>
            <w:tcW w:w="2501" w:type="dxa"/>
            <w:shd w:val="clear" w:color="auto" w:fill="F2F2F2"/>
          </w:tcPr>
          <w:p w14:paraId="19DB8224" w14:textId="77777777" w:rsidR="0077642F" w:rsidRDefault="0077642F">
            <w:r>
              <w:rPr>
                <w:sz w:val="13"/>
              </w:rPr>
              <w:t>1cc147fe2fa6654f24896c78ee5fd39b</w:t>
            </w:r>
          </w:p>
        </w:tc>
        <w:tc>
          <w:tcPr>
            <w:tcW w:w="1814" w:type="dxa"/>
            <w:shd w:val="clear" w:color="auto" w:fill="F2F2F2"/>
          </w:tcPr>
          <w:p w14:paraId="151C6F7B" w14:textId="77777777" w:rsidR="0077642F" w:rsidRDefault="0077642F">
            <w:r>
              <w:rPr>
                <w:sz w:val="13"/>
              </w:rPr>
              <w:t>-2.342336204788386</w:t>
            </w:r>
          </w:p>
        </w:tc>
        <w:tc>
          <w:tcPr>
            <w:tcW w:w="1395" w:type="dxa"/>
            <w:shd w:val="clear" w:color="auto" w:fill="F2F2F2"/>
          </w:tcPr>
          <w:p w14:paraId="7EED7156" w14:textId="77777777" w:rsidR="0077642F" w:rsidRDefault="0077642F">
            <w:r>
              <w:rPr>
                <w:sz w:val="13"/>
              </w:rPr>
              <w:t>11.99192553183757</w:t>
            </w:r>
          </w:p>
        </w:tc>
        <w:tc>
          <w:tcPr>
            <w:tcW w:w="1683" w:type="dxa"/>
            <w:shd w:val="clear" w:color="auto" w:fill="F2F2F2"/>
          </w:tcPr>
          <w:p w14:paraId="7621DE29" w14:textId="77777777" w:rsidR="0077642F" w:rsidRDefault="0077642F">
            <w:r>
              <w:rPr>
                <w:sz w:val="13"/>
              </w:rPr>
              <w:t>1.632370381443556</w:t>
            </w:r>
          </w:p>
        </w:tc>
        <w:tc>
          <w:tcPr>
            <w:tcW w:w="1683" w:type="dxa"/>
            <w:shd w:val="clear" w:color="auto" w:fill="F2F2F2"/>
          </w:tcPr>
          <w:p w14:paraId="0C54B6B8" w14:textId="77777777" w:rsidR="0077642F" w:rsidRDefault="0077642F">
            <w:r>
              <w:rPr>
                <w:sz w:val="13"/>
              </w:rPr>
              <w:t>0.2356489494827752</w:t>
            </w:r>
          </w:p>
        </w:tc>
        <w:tc>
          <w:tcPr>
            <w:tcW w:w="1611" w:type="dxa"/>
            <w:shd w:val="clear" w:color="auto" w:fill="F2F2F2"/>
          </w:tcPr>
          <w:p w14:paraId="28F27302" w14:textId="77777777" w:rsidR="0077642F" w:rsidRDefault="0077642F">
            <w:r>
              <w:rPr>
                <w:sz w:val="13"/>
              </w:rPr>
              <w:t>0.4387945955886159</w:t>
            </w:r>
          </w:p>
        </w:tc>
        <w:tc>
          <w:tcPr>
            <w:tcW w:w="1245" w:type="dxa"/>
            <w:shd w:val="clear" w:color="auto" w:fill="F2F2F2"/>
          </w:tcPr>
          <w:p w14:paraId="514CEDD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0F4CA90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0AFCF7D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25BCB07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52CAE2B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4C68F26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3F87DCD1" w14:textId="77777777" w:rsidTr="00A815C0">
        <w:tc>
          <w:tcPr>
            <w:tcW w:w="2501" w:type="dxa"/>
            <w:shd w:val="clear" w:color="auto" w:fill="FFFFFF"/>
          </w:tcPr>
          <w:p w14:paraId="60B7510E" w14:textId="77777777" w:rsidR="0077642F" w:rsidRDefault="0077642F">
            <w:r>
              <w:rPr>
                <w:sz w:val="13"/>
              </w:rPr>
              <w:t>c3675c413e2dbf5caa9a94f7cd6a159e</w:t>
            </w:r>
          </w:p>
        </w:tc>
        <w:tc>
          <w:tcPr>
            <w:tcW w:w="1814" w:type="dxa"/>
            <w:shd w:val="clear" w:color="auto" w:fill="FFFFFF"/>
          </w:tcPr>
          <w:p w14:paraId="73AD665E" w14:textId="77777777" w:rsidR="0077642F" w:rsidRDefault="0077642F">
            <w:r>
              <w:rPr>
                <w:sz w:val="13"/>
              </w:rPr>
              <w:t>1.938936282187763</w:t>
            </w:r>
          </w:p>
        </w:tc>
        <w:tc>
          <w:tcPr>
            <w:tcW w:w="1395" w:type="dxa"/>
            <w:shd w:val="clear" w:color="auto" w:fill="FFFFFF"/>
          </w:tcPr>
          <w:p w14:paraId="5E3D0DA5" w14:textId="77777777" w:rsidR="0077642F" w:rsidRDefault="0077642F">
            <w:r>
              <w:rPr>
                <w:sz w:val="13"/>
              </w:rPr>
              <w:t>12.22637976501683</w:t>
            </w:r>
          </w:p>
        </w:tc>
        <w:tc>
          <w:tcPr>
            <w:tcW w:w="1683" w:type="dxa"/>
            <w:shd w:val="clear" w:color="auto" w:fill="FFFFFF"/>
          </w:tcPr>
          <w:p w14:paraId="6741698D" w14:textId="77777777" w:rsidR="0077642F" w:rsidRDefault="0077642F">
            <w:r>
              <w:rPr>
                <w:sz w:val="13"/>
              </w:rPr>
              <w:t>1.592718995929494</w:t>
            </w:r>
          </w:p>
        </w:tc>
        <w:tc>
          <w:tcPr>
            <w:tcW w:w="1683" w:type="dxa"/>
            <w:shd w:val="clear" w:color="auto" w:fill="FFFFFF"/>
          </w:tcPr>
          <w:p w14:paraId="537B34AB" w14:textId="77777777" w:rsidR="0077642F" w:rsidRDefault="0077642F">
            <w:r>
              <w:rPr>
                <w:sz w:val="13"/>
              </w:rPr>
              <w:t>0.2415617633841646</w:t>
            </w:r>
          </w:p>
        </w:tc>
        <w:tc>
          <w:tcPr>
            <w:tcW w:w="1611" w:type="dxa"/>
            <w:shd w:val="clear" w:color="auto" w:fill="FFFFFF"/>
          </w:tcPr>
          <w:p w14:paraId="38A053EC" w14:textId="77777777" w:rsidR="0077642F" w:rsidRDefault="0077642F">
            <w:r>
              <w:rPr>
                <w:sz w:val="13"/>
              </w:rPr>
              <w:t>0.4446932462299394</w:t>
            </w:r>
          </w:p>
        </w:tc>
        <w:tc>
          <w:tcPr>
            <w:tcW w:w="1245" w:type="dxa"/>
            <w:shd w:val="clear" w:color="auto" w:fill="FFFFFF"/>
          </w:tcPr>
          <w:p w14:paraId="60CB83A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7A87464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32A122F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6AC6FE5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6F17908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Muribaculum</w:t>
            </w:r>
          </w:p>
        </w:tc>
        <w:tc>
          <w:tcPr>
            <w:tcW w:w="1936" w:type="dxa"/>
            <w:shd w:val="clear" w:color="auto" w:fill="FFFFFF"/>
          </w:tcPr>
          <w:p w14:paraId="760FF43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4806CCAD" w14:textId="77777777" w:rsidTr="00A815C0">
        <w:tc>
          <w:tcPr>
            <w:tcW w:w="2501" w:type="dxa"/>
            <w:shd w:val="clear" w:color="auto" w:fill="F2F2F2"/>
          </w:tcPr>
          <w:p w14:paraId="5A2F087A" w14:textId="77777777" w:rsidR="0077642F" w:rsidRDefault="0077642F">
            <w:r>
              <w:rPr>
                <w:sz w:val="13"/>
              </w:rPr>
              <w:t>db24050d1b1c55d82cc94544698c3670</w:t>
            </w:r>
          </w:p>
        </w:tc>
        <w:tc>
          <w:tcPr>
            <w:tcW w:w="1814" w:type="dxa"/>
            <w:shd w:val="clear" w:color="auto" w:fill="F2F2F2"/>
          </w:tcPr>
          <w:p w14:paraId="59652642" w14:textId="77777777" w:rsidR="0077642F" w:rsidRDefault="0077642F">
            <w:r>
              <w:rPr>
                <w:sz w:val="13"/>
              </w:rPr>
              <w:t>-1.994438805084985</w:t>
            </w:r>
          </w:p>
        </w:tc>
        <w:tc>
          <w:tcPr>
            <w:tcW w:w="1395" w:type="dxa"/>
            <w:shd w:val="clear" w:color="auto" w:fill="F2F2F2"/>
          </w:tcPr>
          <w:p w14:paraId="18798812" w14:textId="77777777" w:rsidR="0077642F" w:rsidRDefault="0077642F">
            <w:r>
              <w:rPr>
                <w:sz w:val="13"/>
              </w:rPr>
              <w:t>12.48029190744641</w:t>
            </w:r>
          </w:p>
        </w:tc>
        <w:tc>
          <w:tcPr>
            <w:tcW w:w="1683" w:type="dxa"/>
            <w:shd w:val="clear" w:color="auto" w:fill="F2F2F2"/>
          </w:tcPr>
          <w:p w14:paraId="0965E911" w14:textId="77777777" w:rsidR="0077642F" w:rsidRDefault="0077642F">
            <w:r>
              <w:rPr>
                <w:sz w:val="13"/>
              </w:rPr>
              <w:t>1.563056809689422</w:t>
            </w:r>
          </w:p>
        </w:tc>
        <w:tc>
          <w:tcPr>
            <w:tcW w:w="1683" w:type="dxa"/>
            <w:shd w:val="clear" w:color="auto" w:fill="F2F2F2"/>
          </w:tcPr>
          <w:p w14:paraId="25AAF271" w14:textId="77777777" w:rsidR="0077642F" w:rsidRDefault="0077642F">
            <w:r>
              <w:rPr>
                <w:sz w:val="13"/>
              </w:rPr>
              <w:t>0.2460033877904498</w:t>
            </w:r>
          </w:p>
        </w:tc>
        <w:tc>
          <w:tcPr>
            <w:tcW w:w="1611" w:type="dxa"/>
            <w:shd w:val="clear" w:color="auto" w:fill="F2F2F2"/>
          </w:tcPr>
          <w:p w14:paraId="2A23948C" w14:textId="77777777" w:rsidR="0077642F" w:rsidRDefault="0077642F">
            <w:r>
              <w:rPr>
                <w:sz w:val="13"/>
              </w:rPr>
              <w:t>0.4477814474387963</w:t>
            </w:r>
          </w:p>
        </w:tc>
        <w:tc>
          <w:tcPr>
            <w:tcW w:w="1245" w:type="dxa"/>
            <w:shd w:val="clear" w:color="auto" w:fill="F2F2F2"/>
          </w:tcPr>
          <w:p w14:paraId="3DA4D02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6D2F7E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167E5E6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08F8292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334E81B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65D2780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67E4D5C9" w14:textId="77777777" w:rsidTr="00A815C0">
        <w:tc>
          <w:tcPr>
            <w:tcW w:w="2501" w:type="dxa"/>
            <w:shd w:val="clear" w:color="auto" w:fill="FFFFFF"/>
          </w:tcPr>
          <w:p w14:paraId="47E6F51E" w14:textId="77777777" w:rsidR="0077642F" w:rsidRDefault="0077642F">
            <w:r>
              <w:rPr>
                <w:sz w:val="13"/>
              </w:rPr>
              <w:t>f6ef86bf4d494a892a6c94de09188c33</w:t>
            </w:r>
          </w:p>
        </w:tc>
        <w:tc>
          <w:tcPr>
            <w:tcW w:w="1814" w:type="dxa"/>
            <w:shd w:val="clear" w:color="auto" w:fill="FFFFFF"/>
          </w:tcPr>
          <w:p w14:paraId="02566BCD" w14:textId="77777777" w:rsidR="0077642F" w:rsidRDefault="0077642F">
            <w:r>
              <w:rPr>
                <w:sz w:val="13"/>
              </w:rPr>
              <w:t>-0.6581764551302822</w:t>
            </w:r>
          </w:p>
        </w:tc>
        <w:tc>
          <w:tcPr>
            <w:tcW w:w="1395" w:type="dxa"/>
            <w:shd w:val="clear" w:color="auto" w:fill="FFFFFF"/>
          </w:tcPr>
          <w:p w14:paraId="48723A2A" w14:textId="77777777" w:rsidR="0077642F" w:rsidRDefault="0077642F">
            <w:r>
              <w:rPr>
                <w:sz w:val="13"/>
              </w:rPr>
              <w:t>13.1334310132872</w:t>
            </w:r>
          </w:p>
        </w:tc>
        <w:tc>
          <w:tcPr>
            <w:tcW w:w="1683" w:type="dxa"/>
            <w:shd w:val="clear" w:color="auto" w:fill="FFFFFF"/>
          </w:tcPr>
          <w:p w14:paraId="612E3AEB" w14:textId="77777777" w:rsidR="0077642F" w:rsidRDefault="0077642F">
            <w:r>
              <w:rPr>
                <w:sz w:val="13"/>
              </w:rPr>
              <w:t>1.488608757070097</w:t>
            </w:r>
          </w:p>
        </w:tc>
        <w:tc>
          <w:tcPr>
            <w:tcW w:w="1683" w:type="dxa"/>
            <w:shd w:val="clear" w:color="auto" w:fill="FFFFFF"/>
          </w:tcPr>
          <w:p w14:paraId="45973C29" w14:textId="77777777" w:rsidR="0077642F" w:rsidRDefault="0077642F">
            <w:r>
              <w:rPr>
                <w:sz w:val="13"/>
              </w:rPr>
              <w:t>0.257352822905262</w:t>
            </w:r>
          </w:p>
        </w:tc>
        <w:tc>
          <w:tcPr>
            <w:tcW w:w="1611" w:type="dxa"/>
            <w:shd w:val="clear" w:color="auto" w:fill="FFFFFF"/>
          </w:tcPr>
          <w:p w14:paraId="55EBD539" w14:textId="77777777" w:rsidR="0077642F" w:rsidRDefault="0077642F">
            <w:r>
              <w:rPr>
                <w:sz w:val="13"/>
              </w:rPr>
              <w:t>0.4632350812294715</w:t>
            </w:r>
          </w:p>
        </w:tc>
        <w:tc>
          <w:tcPr>
            <w:tcW w:w="1245" w:type="dxa"/>
            <w:shd w:val="clear" w:color="auto" w:fill="FFFFFF"/>
          </w:tcPr>
          <w:p w14:paraId="1D696F2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70DAEDA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19DC3DD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313D4C0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Bacteroidaceae</w:t>
            </w:r>
          </w:p>
        </w:tc>
        <w:tc>
          <w:tcPr>
            <w:tcW w:w="2411" w:type="dxa"/>
            <w:shd w:val="clear" w:color="auto" w:fill="FFFFFF"/>
          </w:tcPr>
          <w:p w14:paraId="179A8A1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Bacteroides</w:t>
            </w:r>
          </w:p>
        </w:tc>
        <w:tc>
          <w:tcPr>
            <w:tcW w:w="1936" w:type="dxa"/>
            <w:shd w:val="clear" w:color="auto" w:fill="FFFFFF"/>
          </w:tcPr>
          <w:p w14:paraId="1EB0CDF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Bacteroides_acidifaciens</w:t>
            </w:r>
          </w:p>
        </w:tc>
      </w:tr>
      <w:tr w:rsidR="0077642F" w14:paraId="382093E3" w14:textId="77777777" w:rsidTr="00A815C0">
        <w:tc>
          <w:tcPr>
            <w:tcW w:w="2501" w:type="dxa"/>
            <w:shd w:val="clear" w:color="auto" w:fill="F2F2F2"/>
          </w:tcPr>
          <w:p w14:paraId="50EA6CF7" w14:textId="77777777" w:rsidR="0077642F" w:rsidRDefault="0077642F">
            <w:r>
              <w:rPr>
                <w:sz w:val="13"/>
              </w:rPr>
              <w:lastRenderedPageBreak/>
              <w:t>41f1b2366df5050204151ece4bbcb3b3</w:t>
            </w:r>
          </w:p>
        </w:tc>
        <w:tc>
          <w:tcPr>
            <w:tcW w:w="1814" w:type="dxa"/>
            <w:shd w:val="clear" w:color="auto" w:fill="F2F2F2"/>
          </w:tcPr>
          <w:p w14:paraId="4C631D9D" w14:textId="77777777" w:rsidR="0077642F" w:rsidRDefault="0077642F">
            <w:r>
              <w:rPr>
                <w:sz w:val="13"/>
              </w:rPr>
              <w:t>-2.080271390620435</w:t>
            </w:r>
          </w:p>
        </w:tc>
        <w:tc>
          <w:tcPr>
            <w:tcW w:w="1395" w:type="dxa"/>
            <w:shd w:val="clear" w:color="auto" w:fill="F2F2F2"/>
          </w:tcPr>
          <w:p w14:paraId="117400BB" w14:textId="77777777" w:rsidR="0077642F" w:rsidRDefault="0077642F">
            <w:r>
              <w:rPr>
                <w:sz w:val="13"/>
              </w:rPr>
              <w:t>9.546342697150227</w:t>
            </w:r>
          </w:p>
        </w:tc>
        <w:tc>
          <w:tcPr>
            <w:tcW w:w="1683" w:type="dxa"/>
            <w:shd w:val="clear" w:color="auto" w:fill="F2F2F2"/>
          </w:tcPr>
          <w:p w14:paraId="2A4CC09B" w14:textId="77777777" w:rsidR="0077642F" w:rsidRDefault="0077642F">
            <w:r>
              <w:rPr>
                <w:sz w:val="13"/>
              </w:rPr>
              <w:t>1.364023135267099</w:t>
            </w:r>
          </w:p>
        </w:tc>
        <w:tc>
          <w:tcPr>
            <w:tcW w:w="1683" w:type="dxa"/>
            <w:shd w:val="clear" w:color="auto" w:fill="F2F2F2"/>
          </w:tcPr>
          <w:p w14:paraId="5D85B666" w14:textId="77777777" w:rsidR="0077642F" w:rsidRDefault="0077642F">
            <w:r>
              <w:rPr>
                <w:sz w:val="13"/>
              </w:rPr>
              <w:t>0.2651963159576229</w:t>
            </w:r>
          </w:p>
        </w:tc>
        <w:tc>
          <w:tcPr>
            <w:tcW w:w="1611" w:type="dxa"/>
            <w:shd w:val="clear" w:color="auto" w:fill="F2F2F2"/>
          </w:tcPr>
          <w:p w14:paraId="6DB35AD1" w14:textId="77777777" w:rsidR="0077642F" w:rsidRDefault="0077642F">
            <w:r>
              <w:rPr>
                <w:sz w:val="13"/>
              </w:rPr>
              <w:t>0.4721077273091748</w:t>
            </w:r>
          </w:p>
        </w:tc>
        <w:tc>
          <w:tcPr>
            <w:tcW w:w="1245" w:type="dxa"/>
            <w:shd w:val="clear" w:color="auto" w:fill="F2F2F2"/>
          </w:tcPr>
          <w:p w14:paraId="3D81AFD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343CE3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B4B825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2AD3A2A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Defluviitaleaceae</w:t>
            </w:r>
          </w:p>
        </w:tc>
        <w:tc>
          <w:tcPr>
            <w:tcW w:w="2411" w:type="dxa"/>
            <w:shd w:val="clear" w:color="auto" w:fill="F2F2F2"/>
          </w:tcPr>
          <w:p w14:paraId="1413240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Defluviitaleaceae_UCG-011</w:t>
            </w:r>
          </w:p>
        </w:tc>
        <w:tc>
          <w:tcPr>
            <w:tcW w:w="1936" w:type="dxa"/>
            <w:shd w:val="clear" w:color="auto" w:fill="F2F2F2"/>
          </w:tcPr>
          <w:p w14:paraId="3D5AE29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4115A293" w14:textId="77777777" w:rsidTr="00A815C0">
        <w:tc>
          <w:tcPr>
            <w:tcW w:w="2501" w:type="dxa"/>
            <w:shd w:val="clear" w:color="auto" w:fill="FFFFFF"/>
          </w:tcPr>
          <w:p w14:paraId="54D64B39" w14:textId="77777777" w:rsidR="0077642F" w:rsidRDefault="0077642F">
            <w:r>
              <w:rPr>
                <w:sz w:val="13"/>
              </w:rPr>
              <w:t>0c7d74a2f6c3b5fedafe62a8192bbf5d</w:t>
            </w:r>
          </w:p>
        </w:tc>
        <w:tc>
          <w:tcPr>
            <w:tcW w:w="1814" w:type="dxa"/>
            <w:shd w:val="clear" w:color="auto" w:fill="FFFFFF"/>
          </w:tcPr>
          <w:p w14:paraId="3C10A8CB" w14:textId="77777777" w:rsidR="0077642F" w:rsidRDefault="0077642F">
            <w:r>
              <w:rPr>
                <w:sz w:val="13"/>
              </w:rPr>
              <w:t>-0.5855824381816004</w:t>
            </w:r>
          </w:p>
        </w:tc>
        <w:tc>
          <w:tcPr>
            <w:tcW w:w="1395" w:type="dxa"/>
            <w:shd w:val="clear" w:color="auto" w:fill="FFFFFF"/>
          </w:tcPr>
          <w:p w14:paraId="66283A7A" w14:textId="77777777" w:rsidR="0077642F" w:rsidRDefault="0077642F">
            <w:r>
              <w:rPr>
                <w:sz w:val="13"/>
              </w:rPr>
              <w:t>13.53986421533831</w:t>
            </w:r>
          </w:p>
        </w:tc>
        <w:tc>
          <w:tcPr>
            <w:tcW w:w="1683" w:type="dxa"/>
            <w:shd w:val="clear" w:color="auto" w:fill="FFFFFF"/>
          </w:tcPr>
          <w:p w14:paraId="30584625" w14:textId="77777777" w:rsidR="0077642F" w:rsidRDefault="0077642F">
            <w:r>
              <w:rPr>
                <w:sz w:val="13"/>
              </w:rPr>
              <w:t>1.34040420660123</w:t>
            </w:r>
          </w:p>
        </w:tc>
        <w:tc>
          <w:tcPr>
            <w:tcW w:w="1683" w:type="dxa"/>
            <w:shd w:val="clear" w:color="auto" w:fill="FFFFFF"/>
          </w:tcPr>
          <w:p w14:paraId="4587BB87" w14:textId="77777777" w:rsidR="0077642F" w:rsidRDefault="0077642F">
            <w:r>
              <w:rPr>
                <w:sz w:val="13"/>
              </w:rPr>
              <w:t>0.2806111767254058</w:t>
            </w:r>
          </w:p>
        </w:tc>
        <w:tc>
          <w:tcPr>
            <w:tcW w:w="1611" w:type="dxa"/>
            <w:shd w:val="clear" w:color="auto" w:fill="FFFFFF"/>
          </w:tcPr>
          <w:p w14:paraId="03320BD4" w14:textId="77777777" w:rsidR="0077642F" w:rsidRDefault="0077642F">
            <w:r>
              <w:rPr>
                <w:sz w:val="13"/>
              </w:rPr>
              <w:t>0.4941196807556059</w:t>
            </w:r>
          </w:p>
        </w:tc>
        <w:tc>
          <w:tcPr>
            <w:tcW w:w="1245" w:type="dxa"/>
            <w:shd w:val="clear" w:color="auto" w:fill="FFFFFF"/>
          </w:tcPr>
          <w:p w14:paraId="3DBD4BB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220F2B8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3B050D9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4BE835B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Bacteroidaceae</w:t>
            </w:r>
          </w:p>
        </w:tc>
        <w:tc>
          <w:tcPr>
            <w:tcW w:w="2411" w:type="dxa"/>
            <w:shd w:val="clear" w:color="auto" w:fill="FFFFFF"/>
          </w:tcPr>
          <w:p w14:paraId="2662C7F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Bacteroides</w:t>
            </w:r>
          </w:p>
        </w:tc>
        <w:tc>
          <w:tcPr>
            <w:tcW w:w="1936" w:type="dxa"/>
            <w:shd w:val="clear" w:color="auto" w:fill="FFFFFF"/>
          </w:tcPr>
          <w:p w14:paraId="369D1D1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Bacteroides_acidifaciens</w:t>
            </w:r>
          </w:p>
        </w:tc>
      </w:tr>
      <w:tr w:rsidR="0077642F" w14:paraId="7812B4FA" w14:textId="77777777" w:rsidTr="00A815C0">
        <w:tc>
          <w:tcPr>
            <w:tcW w:w="2501" w:type="dxa"/>
            <w:shd w:val="clear" w:color="auto" w:fill="F2F2F2"/>
          </w:tcPr>
          <w:p w14:paraId="760AC893" w14:textId="77777777" w:rsidR="0077642F" w:rsidRDefault="0077642F">
            <w:r>
              <w:rPr>
                <w:sz w:val="13"/>
              </w:rPr>
              <w:t>9ce915d9cc17d47a97d433f6560b7d5e</w:t>
            </w:r>
          </w:p>
        </w:tc>
        <w:tc>
          <w:tcPr>
            <w:tcW w:w="1814" w:type="dxa"/>
            <w:shd w:val="clear" w:color="auto" w:fill="F2F2F2"/>
          </w:tcPr>
          <w:p w14:paraId="16BDB42E" w14:textId="77777777" w:rsidR="0077642F" w:rsidRDefault="0077642F">
            <w:r>
              <w:rPr>
                <w:sz w:val="13"/>
              </w:rPr>
              <w:t>-0.8452701124844153</w:t>
            </w:r>
          </w:p>
        </w:tc>
        <w:tc>
          <w:tcPr>
            <w:tcW w:w="1395" w:type="dxa"/>
            <w:shd w:val="clear" w:color="auto" w:fill="F2F2F2"/>
          </w:tcPr>
          <w:p w14:paraId="06B5F718" w14:textId="77777777" w:rsidR="0077642F" w:rsidRDefault="0077642F">
            <w:r>
              <w:rPr>
                <w:sz w:val="13"/>
              </w:rPr>
              <w:t>13.11356935386107</w:t>
            </w:r>
          </w:p>
        </w:tc>
        <w:tc>
          <w:tcPr>
            <w:tcW w:w="1683" w:type="dxa"/>
            <w:shd w:val="clear" w:color="auto" w:fill="F2F2F2"/>
          </w:tcPr>
          <w:p w14:paraId="0DD517E8" w14:textId="77777777" w:rsidR="0077642F" w:rsidRDefault="0077642F">
            <w:r>
              <w:rPr>
                <w:sz w:val="13"/>
              </w:rPr>
              <w:t>1.281057400931033</w:t>
            </w:r>
          </w:p>
        </w:tc>
        <w:tc>
          <w:tcPr>
            <w:tcW w:w="1683" w:type="dxa"/>
            <w:shd w:val="clear" w:color="auto" w:fill="F2F2F2"/>
          </w:tcPr>
          <w:p w14:paraId="4302DDFF" w14:textId="77777777" w:rsidR="0077642F" w:rsidRDefault="0077642F">
            <w:r>
              <w:rPr>
                <w:sz w:val="13"/>
              </w:rPr>
              <w:t>0.2906337735332805</w:t>
            </w:r>
          </w:p>
        </w:tc>
        <w:tc>
          <w:tcPr>
            <w:tcW w:w="1611" w:type="dxa"/>
            <w:shd w:val="clear" w:color="auto" w:fill="F2F2F2"/>
          </w:tcPr>
          <w:p w14:paraId="600B5ABF" w14:textId="77777777" w:rsidR="0077642F" w:rsidRDefault="0077642F">
            <w:r>
              <w:rPr>
                <w:sz w:val="13"/>
              </w:rPr>
              <w:t>0.5062652829289401</w:t>
            </w:r>
          </w:p>
        </w:tc>
        <w:tc>
          <w:tcPr>
            <w:tcW w:w="1245" w:type="dxa"/>
            <w:shd w:val="clear" w:color="auto" w:fill="F2F2F2"/>
          </w:tcPr>
          <w:p w14:paraId="167FE7C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Actinobacteriota</w:t>
            </w:r>
          </w:p>
        </w:tc>
        <w:tc>
          <w:tcPr>
            <w:tcW w:w="1448" w:type="dxa"/>
            <w:shd w:val="clear" w:color="auto" w:fill="F2F2F2"/>
          </w:tcPr>
          <w:p w14:paraId="43EC9E6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Coriobacteriia</w:t>
            </w:r>
          </w:p>
        </w:tc>
        <w:tc>
          <w:tcPr>
            <w:tcW w:w="2324" w:type="dxa"/>
            <w:shd w:val="clear" w:color="auto" w:fill="F2F2F2"/>
          </w:tcPr>
          <w:p w14:paraId="6786BE9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Coriobacteriales</w:t>
            </w:r>
          </w:p>
        </w:tc>
        <w:tc>
          <w:tcPr>
            <w:tcW w:w="2411" w:type="dxa"/>
            <w:shd w:val="clear" w:color="auto" w:fill="F2F2F2"/>
          </w:tcPr>
          <w:p w14:paraId="3749D45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Eggerthellaceae</w:t>
            </w:r>
          </w:p>
        </w:tc>
        <w:tc>
          <w:tcPr>
            <w:tcW w:w="2411" w:type="dxa"/>
            <w:shd w:val="clear" w:color="auto" w:fill="F2F2F2"/>
          </w:tcPr>
          <w:p w14:paraId="2664A7C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Enterorhabdus</w:t>
            </w:r>
          </w:p>
        </w:tc>
        <w:tc>
          <w:tcPr>
            <w:tcW w:w="1936" w:type="dxa"/>
            <w:shd w:val="clear" w:color="auto" w:fill="F2F2F2"/>
          </w:tcPr>
          <w:p w14:paraId="7E85A61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007C439A" w14:textId="77777777" w:rsidTr="00A815C0">
        <w:tc>
          <w:tcPr>
            <w:tcW w:w="2501" w:type="dxa"/>
            <w:shd w:val="clear" w:color="auto" w:fill="FFFFFF"/>
          </w:tcPr>
          <w:p w14:paraId="00B5D662" w14:textId="77777777" w:rsidR="0077642F" w:rsidRDefault="0077642F">
            <w:r>
              <w:rPr>
                <w:sz w:val="13"/>
              </w:rPr>
              <w:t>a0395e56ef63583d215ba6ac0b7eafc8</w:t>
            </w:r>
          </w:p>
        </w:tc>
        <w:tc>
          <w:tcPr>
            <w:tcW w:w="1814" w:type="dxa"/>
            <w:shd w:val="clear" w:color="auto" w:fill="FFFFFF"/>
          </w:tcPr>
          <w:p w14:paraId="5AEE0EF1" w14:textId="77777777" w:rsidR="0077642F" w:rsidRDefault="0077642F">
            <w:r>
              <w:rPr>
                <w:sz w:val="13"/>
              </w:rPr>
              <w:t>-1.483561015322892</w:t>
            </w:r>
          </w:p>
        </w:tc>
        <w:tc>
          <w:tcPr>
            <w:tcW w:w="1395" w:type="dxa"/>
            <w:shd w:val="clear" w:color="auto" w:fill="FFFFFF"/>
          </w:tcPr>
          <w:p w14:paraId="79C02D3B" w14:textId="77777777" w:rsidR="0077642F" w:rsidRDefault="0077642F">
            <w:r>
              <w:rPr>
                <w:sz w:val="13"/>
              </w:rPr>
              <w:t>13.43537523165236</w:t>
            </w:r>
          </w:p>
        </w:tc>
        <w:tc>
          <w:tcPr>
            <w:tcW w:w="1683" w:type="dxa"/>
            <w:shd w:val="clear" w:color="auto" w:fill="FFFFFF"/>
          </w:tcPr>
          <w:p w14:paraId="5C943B80" w14:textId="77777777" w:rsidR="0077642F" w:rsidRDefault="0077642F">
            <w:r>
              <w:rPr>
                <w:sz w:val="13"/>
              </w:rPr>
              <w:t>1.261209814169294</w:t>
            </w:r>
          </w:p>
        </w:tc>
        <w:tc>
          <w:tcPr>
            <w:tcW w:w="1683" w:type="dxa"/>
            <w:shd w:val="clear" w:color="auto" w:fill="FFFFFF"/>
          </w:tcPr>
          <w:p w14:paraId="3DBB7C23" w14:textId="77777777" w:rsidR="0077642F" w:rsidRDefault="0077642F">
            <w:r>
              <w:rPr>
                <w:sz w:val="13"/>
              </w:rPr>
              <w:t>0.2941486558546115</w:t>
            </w:r>
          </w:p>
        </w:tc>
        <w:tc>
          <w:tcPr>
            <w:tcW w:w="1611" w:type="dxa"/>
            <w:shd w:val="clear" w:color="auto" w:fill="FFFFFF"/>
          </w:tcPr>
          <w:p w14:paraId="5C960E00" w14:textId="77777777" w:rsidR="0077642F" w:rsidRDefault="0077642F">
            <w:r>
              <w:rPr>
                <w:sz w:val="13"/>
              </w:rPr>
              <w:t>0.5069370451962453</w:t>
            </w:r>
          </w:p>
        </w:tc>
        <w:tc>
          <w:tcPr>
            <w:tcW w:w="1245" w:type="dxa"/>
            <w:shd w:val="clear" w:color="auto" w:fill="FFFFFF"/>
          </w:tcPr>
          <w:p w14:paraId="43DB954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59FA955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7D400E8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1D7B69A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22900BB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FFFFF"/>
          </w:tcPr>
          <w:p w14:paraId="0B1D8D1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72472C5F" w14:textId="77777777" w:rsidTr="00A815C0">
        <w:tc>
          <w:tcPr>
            <w:tcW w:w="2501" w:type="dxa"/>
            <w:shd w:val="clear" w:color="auto" w:fill="F2F2F2"/>
          </w:tcPr>
          <w:p w14:paraId="3A3A2C5C" w14:textId="77777777" w:rsidR="0077642F" w:rsidRDefault="0077642F">
            <w:r>
              <w:rPr>
                <w:sz w:val="13"/>
              </w:rPr>
              <w:t>aa2bf32807915b756aa3a05527e18d91</w:t>
            </w:r>
          </w:p>
        </w:tc>
        <w:tc>
          <w:tcPr>
            <w:tcW w:w="1814" w:type="dxa"/>
            <w:shd w:val="clear" w:color="auto" w:fill="F2F2F2"/>
          </w:tcPr>
          <w:p w14:paraId="64C48EDA" w14:textId="77777777" w:rsidR="0077642F" w:rsidRDefault="0077642F">
            <w:r>
              <w:rPr>
                <w:sz w:val="13"/>
              </w:rPr>
              <w:t>1.706948699585818</w:t>
            </w:r>
          </w:p>
        </w:tc>
        <w:tc>
          <w:tcPr>
            <w:tcW w:w="1395" w:type="dxa"/>
            <w:shd w:val="clear" w:color="auto" w:fill="F2F2F2"/>
          </w:tcPr>
          <w:p w14:paraId="63A926CC" w14:textId="77777777" w:rsidR="0077642F" w:rsidRDefault="0077642F">
            <w:r>
              <w:rPr>
                <w:sz w:val="13"/>
              </w:rPr>
              <w:t>10.51014489966072</w:t>
            </w:r>
          </w:p>
        </w:tc>
        <w:tc>
          <w:tcPr>
            <w:tcW w:w="1683" w:type="dxa"/>
            <w:shd w:val="clear" w:color="auto" w:fill="F2F2F2"/>
          </w:tcPr>
          <w:p w14:paraId="6B4245A3" w14:textId="77777777" w:rsidR="0077642F" w:rsidRDefault="0077642F">
            <w:r>
              <w:rPr>
                <w:sz w:val="13"/>
              </w:rPr>
              <w:t>1.183880855141123</w:t>
            </w:r>
          </w:p>
        </w:tc>
        <w:tc>
          <w:tcPr>
            <w:tcW w:w="1683" w:type="dxa"/>
            <w:shd w:val="clear" w:color="auto" w:fill="F2F2F2"/>
          </w:tcPr>
          <w:p w14:paraId="68765CC6" w14:textId="77777777" w:rsidR="0077642F" w:rsidRDefault="0077642F">
            <w:r>
              <w:rPr>
                <w:sz w:val="13"/>
              </w:rPr>
              <w:t>0.3032404265750593</w:t>
            </w:r>
          </w:p>
        </w:tc>
        <w:tc>
          <w:tcPr>
            <w:tcW w:w="1611" w:type="dxa"/>
            <w:shd w:val="clear" w:color="auto" w:fill="F2F2F2"/>
          </w:tcPr>
          <w:p w14:paraId="1FD1FAC3" w14:textId="77777777" w:rsidR="0077642F" w:rsidRDefault="0077642F">
            <w:r>
              <w:rPr>
                <w:sz w:val="13"/>
              </w:rPr>
              <w:t>0.5138818449794271</w:t>
            </w:r>
          </w:p>
        </w:tc>
        <w:tc>
          <w:tcPr>
            <w:tcW w:w="1245" w:type="dxa"/>
            <w:shd w:val="clear" w:color="auto" w:fill="F2F2F2"/>
          </w:tcPr>
          <w:p w14:paraId="3D26746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074D74C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185E7C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491AD12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24D6C70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2F2F2"/>
          </w:tcPr>
          <w:p w14:paraId="5E9DDC5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31291AB4" w14:textId="77777777" w:rsidTr="00A815C0">
        <w:tc>
          <w:tcPr>
            <w:tcW w:w="2501" w:type="dxa"/>
            <w:shd w:val="clear" w:color="auto" w:fill="FFFFFF"/>
          </w:tcPr>
          <w:p w14:paraId="2F7E31E6" w14:textId="77777777" w:rsidR="0077642F" w:rsidRDefault="0077642F">
            <w:r>
              <w:rPr>
                <w:sz w:val="13"/>
              </w:rPr>
              <w:t>dbb59c6653042ffb67e078d25dc33b36</w:t>
            </w:r>
          </w:p>
        </w:tc>
        <w:tc>
          <w:tcPr>
            <w:tcW w:w="1814" w:type="dxa"/>
            <w:shd w:val="clear" w:color="auto" w:fill="FFFFFF"/>
          </w:tcPr>
          <w:p w14:paraId="174D01EC" w14:textId="77777777" w:rsidR="0077642F" w:rsidRDefault="0077642F">
            <w:r>
              <w:rPr>
                <w:sz w:val="13"/>
              </w:rPr>
              <w:t>1.277375847073914</w:t>
            </w:r>
          </w:p>
        </w:tc>
        <w:tc>
          <w:tcPr>
            <w:tcW w:w="1395" w:type="dxa"/>
            <w:shd w:val="clear" w:color="auto" w:fill="FFFFFF"/>
          </w:tcPr>
          <w:p w14:paraId="004F8B83" w14:textId="77777777" w:rsidR="0077642F" w:rsidRDefault="0077642F">
            <w:r>
              <w:rPr>
                <w:sz w:val="13"/>
              </w:rPr>
              <w:t>11.8910950052122</w:t>
            </w:r>
          </w:p>
        </w:tc>
        <w:tc>
          <w:tcPr>
            <w:tcW w:w="1683" w:type="dxa"/>
            <w:shd w:val="clear" w:color="auto" w:fill="FFFFFF"/>
          </w:tcPr>
          <w:p w14:paraId="06A7CCBA" w14:textId="77777777" w:rsidR="0077642F" w:rsidRDefault="0077642F">
            <w:r>
              <w:rPr>
                <w:sz w:val="13"/>
              </w:rPr>
              <w:t>1.19943131326566</w:t>
            </w:r>
          </w:p>
        </w:tc>
        <w:tc>
          <w:tcPr>
            <w:tcW w:w="1683" w:type="dxa"/>
            <w:shd w:val="clear" w:color="auto" w:fill="FFFFFF"/>
          </w:tcPr>
          <w:p w14:paraId="6E65AE85" w14:textId="77777777" w:rsidR="0077642F" w:rsidRDefault="0077642F">
            <w:r>
              <w:rPr>
                <w:sz w:val="13"/>
              </w:rPr>
              <w:t>0.3045225748026235</w:t>
            </w:r>
          </w:p>
        </w:tc>
        <w:tc>
          <w:tcPr>
            <w:tcW w:w="1611" w:type="dxa"/>
            <w:shd w:val="clear" w:color="auto" w:fill="FFFFFF"/>
          </w:tcPr>
          <w:p w14:paraId="4DE5204F" w14:textId="77777777" w:rsidR="0077642F" w:rsidRDefault="0077642F">
            <w:r>
              <w:rPr>
                <w:sz w:val="13"/>
              </w:rPr>
              <w:t>0.5138818449794271</w:t>
            </w:r>
          </w:p>
        </w:tc>
        <w:tc>
          <w:tcPr>
            <w:tcW w:w="1245" w:type="dxa"/>
            <w:shd w:val="clear" w:color="auto" w:fill="FFFFFF"/>
          </w:tcPr>
          <w:p w14:paraId="4EDC4E8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4BCCE2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0A3CC05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FFFFF"/>
          </w:tcPr>
          <w:p w14:paraId="57AAFF3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FFFFF"/>
          </w:tcPr>
          <w:p w14:paraId="560D399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1936" w:type="dxa"/>
            <w:shd w:val="clear" w:color="auto" w:fill="FFFFFF"/>
          </w:tcPr>
          <w:p w14:paraId="54665B0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2351FF22" w14:textId="77777777" w:rsidTr="00A815C0">
        <w:tc>
          <w:tcPr>
            <w:tcW w:w="2501" w:type="dxa"/>
            <w:shd w:val="clear" w:color="auto" w:fill="F2F2F2"/>
          </w:tcPr>
          <w:p w14:paraId="10F22BAF" w14:textId="77777777" w:rsidR="0077642F" w:rsidRDefault="0077642F">
            <w:r>
              <w:rPr>
                <w:sz w:val="13"/>
              </w:rPr>
              <w:t>79a9d2c3929074a416360f2c49d9e818</w:t>
            </w:r>
          </w:p>
        </w:tc>
        <w:tc>
          <w:tcPr>
            <w:tcW w:w="1814" w:type="dxa"/>
            <w:shd w:val="clear" w:color="auto" w:fill="F2F2F2"/>
          </w:tcPr>
          <w:p w14:paraId="35828635" w14:textId="77777777" w:rsidR="0077642F" w:rsidRDefault="0077642F">
            <w:r>
              <w:rPr>
                <w:sz w:val="13"/>
              </w:rPr>
              <w:t>1.358745435743328</w:t>
            </w:r>
          </w:p>
        </w:tc>
        <w:tc>
          <w:tcPr>
            <w:tcW w:w="1395" w:type="dxa"/>
            <w:shd w:val="clear" w:color="auto" w:fill="F2F2F2"/>
          </w:tcPr>
          <w:p w14:paraId="6B636A7B" w14:textId="77777777" w:rsidR="0077642F" w:rsidRDefault="0077642F">
            <w:r>
              <w:rPr>
                <w:sz w:val="13"/>
              </w:rPr>
              <w:t>13.92130602904276</w:t>
            </w:r>
          </w:p>
        </w:tc>
        <w:tc>
          <w:tcPr>
            <w:tcW w:w="1683" w:type="dxa"/>
            <w:shd w:val="clear" w:color="auto" w:fill="F2F2F2"/>
          </w:tcPr>
          <w:p w14:paraId="5FF8D89C" w14:textId="77777777" w:rsidR="0077642F" w:rsidRDefault="0077642F">
            <w:r>
              <w:rPr>
                <w:sz w:val="13"/>
              </w:rPr>
              <w:t>1.187180670686758</w:t>
            </w:r>
          </w:p>
        </w:tc>
        <w:tc>
          <w:tcPr>
            <w:tcW w:w="1683" w:type="dxa"/>
            <w:shd w:val="clear" w:color="auto" w:fill="F2F2F2"/>
          </w:tcPr>
          <w:p w14:paraId="689AB01C" w14:textId="77777777" w:rsidR="0077642F" w:rsidRDefault="0077642F">
            <w:r>
              <w:rPr>
                <w:sz w:val="13"/>
              </w:rPr>
              <w:t>0.3078743213624635</w:t>
            </w:r>
          </w:p>
        </w:tc>
        <w:tc>
          <w:tcPr>
            <w:tcW w:w="1611" w:type="dxa"/>
            <w:shd w:val="clear" w:color="auto" w:fill="F2F2F2"/>
          </w:tcPr>
          <w:p w14:paraId="11632167" w14:textId="77777777" w:rsidR="0077642F" w:rsidRDefault="0077642F">
            <w:r>
              <w:rPr>
                <w:sz w:val="13"/>
              </w:rPr>
              <w:t>0.514181856296073</w:t>
            </w:r>
          </w:p>
        </w:tc>
        <w:tc>
          <w:tcPr>
            <w:tcW w:w="1245" w:type="dxa"/>
            <w:shd w:val="clear" w:color="auto" w:fill="F2F2F2"/>
          </w:tcPr>
          <w:p w14:paraId="191809A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4A37D4D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5AED0F4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536FE21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0641A19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1EE1D74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4F74DE48" w14:textId="77777777" w:rsidTr="00A815C0">
        <w:tc>
          <w:tcPr>
            <w:tcW w:w="2501" w:type="dxa"/>
            <w:shd w:val="clear" w:color="auto" w:fill="FFFFFF"/>
          </w:tcPr>
          <w:p w14:paraId="1BB58A1B" w14:textId="77777777" w:rsidR="0077642F" w:rsidRDefault="0077642F">
            <w:r>
              <w:rPr>
                <w:sz w:val="13"/>
              </w:rPr>
              <w:t>7cf7493ff1ba2ef97ab569d325ff8fa6</w:t>
            </w:r>
          </w:p>
        </w:tc>
        <w:tc>
          <w:tcPr>
            <w:tcW w:w="1814" w:type="dxa"/>
            <w:shd w:val="clear" w:color="auto" w:fill="FFFFFF"/>
          </w:tcPr>
          <w:p w14:paraId="1E7FDD9D" w14:textId="77777777" w:rsidR="0077642F" w:rsidRDefault="0077642F">
            <w:r>
              <w:rPr>
                <w:sz w:val="13"/>
              </w:rPr>
              <w:t>-0.6742107142928202</w:t>
            </w:r>
          </w:p>
        </w:tc>
        <w:tc>
          <w:tcPr>
            <w:tcW w:w="1395" w:type="dxa"/>
            <w:shd w:val="clear" w:color="auto" w:fill="FFFFFF"/>
          </w:tcPr>
          <w:p w14:paraId="2A65A588" w14:textId="77777777" w:rsidR="0077642F" w:rsidRDefault="0077642F">
            <w:r>
              <w:rPr>
                <w:sz w:val="13"/>
              </w:rPr>
              <w:t>12.57811803086906</w:t>
            </w:r>
          </w:p>
        </w:tc>
        <w:tc>
          <w:tcPr>
            <w:tcW w:w="1683" w:type="dxa"/>
            <w:shd w:val="clear" w:color="auto" w:fill="FFFFFF"/>
          </w:tcPr>
          <w:p w14:paraId="188C0F8D" w14:textId="77777777" w:rsidR="0077642F" w:rsidRDefault="0077642F">
            <w:r>
              <w:rPr>
                <w:sz w:val="13"/>
              </w:rPr>
              <w:t>1.137323620851013</w:t>
            </w:r>
          </w:p>
        </w:tc>
        <w:tc>
          <w:tcPr>
            <w:tcW w:w="1683" w:type="dxa"/>
            <w:shd w:val="clear" w:color="auto" w:fill="FFFFFF"/>
          </w:tcPr>
          <w:p w14:paraId="503D5017" w14:textId="77777777" w:rsidR="0077642F" w:rsidRDefault="0077642F">
            <w:r>
              <w:rPr>
                <w:sz w:val="13"/>
              </w:rPr>
              <w:t>0.3173131882664139</w:t>
            </w:r>
          </w:p>
        </w:tc>
        <w:tc>
          <w:tcPr>
            <w:tcW w:w="1611" w:type="dxa"/>
            <w:shd w:val="clear" w:color="auto" w:fill="FFFFFF"/>
          </w:tcPr>
          <w:p w14:paraId="5B366137" w14:textId="77777777" w:rsidR="0077642F" w:rsidRDefault="0077642F">
            <w:r>
              <w:rPr>
                <w:sz w:val="13"/>
              </w:rPr>
              <w:t>0.5245381275424392</w:t>
            </w:r>
          </w:p>
        </w:tc>
        <w:tc>
          <w:tcPr>
            <w:tcW w:w="1245" w:type="dxa"/>
            <w:shd w:val="clear" w:color="auto" w:fill="FFFFFF"/>
          </w:tcPr>
          <w:p w14:paraId="354F90C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4873162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02260F3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09238A0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3372F37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5BF3845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462F1C15" w14:textId="77777777" w:rsidTr="00A815C0">
        <w:tc>
          <w:tcPr>
            <w:tcW w:w="2501" w:type="dxa"/>
            <w:shd w:val="clear" w:color="auto" w:fill="F2F2F2"/>
          </w:tcPr>
          <w:p w14:paraId="51804546" w14:textId="77777777" w:rsidR="0077642F" w:rsidRDefault="0077642F">
            <w:r>
              <w:rPr>
                <w:sz w:val="13"/>
              </w:rPr>
              <w:t>81eb81acfe3c3b0fe1b0359689c88151</w:t>
            </w:r>
          </w:p>
        </w:tc>
        <w:tc>
          <w:tcPr>
            <w:tcW w:w="1814" w:type="dxa"/>
            <w:shd w:val="clear" w:color="auto" w:fill="F2F2F2"/>
          </w:tcPr>
          <w:p w14:paraId="40EE7575" w14:textId="77777777" w:rsidR="0077642F" w:rsidRDefault="0077642F">
            <w:r>
              <w:rPr>
                <w:sz w:val="13"/>
              </w:rPr>
              <w:t>-1.596619200082237</w:t>
            </w:r>
          </w:p>
        </w:tc>
        <w:tc>
          <w:tcPr>
            <w:tcW w:w="1395" w:type="dxa"/>
            <w:shd w:val="clear" w:color="auto" w:fill="F2F2F2"/>
          </w:tcPr>
          <w:p w14:paraId="171CD9FB" w14:textId="77777777" w:rsidR="0077642F" w:rsidRDefault="0077642F">
            <w:r>
              <w:rPr>
                <w:sz w:val="13"/>
              </w:rPr>
              <w:t>10.61043131535342</w:t>
            </w:r>
          </w:p>
        </w:tc>
        <w:tc>
          <w:tcPr>
            <w:tcW w:w="1683" w:type="dxa"/>
            <w:shd w:val="clear" w:color="auto" w:fill="F2F2F2"/>
          </w:tcPr>
          <w:p w14:paraId="48E328CE" w14:textId="77777777" w:rsidR="0077642F" w:rsidRDefault="0077642F">
            <w:r>
              <w:rPr>
                <w:sz w:val="13"/>
              </w:rPr>
              <w:t>1.085506562578437</w:t>
            </w:r>
          </w:p>
        </w:tc>
        <w:tc>
          <w:tcPr>
            <w:tcW w:w="1683" w:type="dxa"/>
            <w:shd w:val="clear" w:color="auto" w:fill="F2F2F2"/>
          </w:tcPr>
          <w:p w14:paraId="4DA150A2" w14:textId="77777777" w:rsidR="0077642F" w:rsidRDefault="0077642F">
            <w:r>
              <w:rPr>
                <w:sz w:val="13"/>
              </w:rPr>
              <w:t>0.3240726837797137</w:t>
            </w:r>
          </w:p>
        </w:tc>
        <w:tc>
          <w:tcPr>
            <w:tcW w:w="1611" w:type="dxa"/>
            <w:shd w:val="clear" w:color="auto" w:fill="F2F2F2"/>
          </w:tcPr>
          <w:p w14:paraId="409F42F9" w14:textId="77777777" w:rsidR="0077642F" w:rsidRDefault="0077642F">
            <w:r>
              <w:rPr>
                <w:sz w:val="13"/>
              </w:rPr>
              <w:t>0.5303007552758952</w:t>
            </w:r>
          </w:p>
        </w:tc>
        <w:tc>
          <w:tcPr>
            <w:tcW w:w="1245" w:type="dxa"/>
            <w:shd w:val="clear" w:color="auto" w:fill="F2F2F2"/>
          </w:tcPr>
          <w:p w14:paraId="7DF0622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09F2E88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6CF8C3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2343CA0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7AAABF3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03769C2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1976A18D" w14:textId="77777777" w:rsidTr="00A815C0">
        <w:tc>
          <w:tcPr>
            <w:tcW w:w="2501" w:type="dxa"/>
            <w:shd w:val="clear" w:color="auto" w:fill="FFFFFF"/>
          </w:tcPr>
          <w:p w14:paraId="1855312A" w14:textId="77777777" w:rsidR="0077642F" w:rsidRDefault="0077642F">
            <w:r>
              <w:rPr>
                <w:sz w:val="13"/>
              </w:rPr>
              <w:t>95c22fe05720d86d6222cd08106d184d</w:t>
            </w:r>
          </w:p>
        </w:tc>
        <w:tc>
          <w:tcPr>
            <w:tcW w:w="1814" w:type="dxa"/>
            <w:shd w:val="clear" w:color="auto" w:fill="FFFFFF"/>
          </w:tcPr>
          <w:p w14:paraId="174BE271" w14:textId="77777777" w:rsidR="0077642F" w:rsidRDefault="0077642F">
            <w:r>
              <w:rPr>
                <w:sz w:val="13"/>
              </w:rPr>
              <w:t>-1.676677970800836</w:t>
            </w:r>
          </w:p>
        </w:tc>
        <w:tc>
          <w:tcPr>
            <w:tcW w:w="1395" w:type="dxa"/>
            <w:shd w:val="clear" w:color="auto" w:fill="FFFFFF"/>
          </w:tcPr>
          <w:p w14:paraId="553AB5C8" w14:textId="77777777" w:rsidR="0077642F" w:rsidRDefault="0077642F">
            <w:r>
              <w:rPr>
                <w:sz w:val="13"/>
              </w:rPr>
              <w:t>9.579989561618039</w:t>
            </w:r>
          </w:p>
        </w:tc>
        <w:tc>
          <w:tcPr>
            <w:tcW w:w="1683" w:type="dxa"/>
            <w:shd w:val="clear" w:color="auto" w:fill="FFFFFF"/>
          </w:tcPr>
          <w:p w14:paraId="485CA45B" w14:textId="77777777" w:rsidR="0077642F" w:rsidRDefault="0077642F">
            <w:r>
              <w:rPr>
                <w:sz w:val="13"/>
              </w:rPr>
              <w:t>0.997802775257333</w:t>
            </w:r>
          </w:p>
        </w:tc>
        <w:tc>
          <w:tcPr>
            <w:tcW w:w="1683" w:type="dxa"/>
            <w:shd w:val="clear" w:color="auto" w:fill="FFFFFF"/>
          </w:tcPr>
          <w:p w14:paraId="251A03B6" w14:textId="77777777" w:rsidR="0077642F" w:rsidRDefault="0077642F">
            <w:r>
              <w:rPr>
                <w:sz w:val="13"/>
              </w:rPr>
              <w:t>0.3379829325441965</w:t>
            </w:r>
          </w:p>
        </w:tc>
        <w:tc>
          <w:tcPr>
            <w:tcW w:w="1611" w:type="dxa"/>
            <w:shd w:val="clear" w:color="auto" w:fill="FFFFFF"/>
          </w:tcPr>
          <w:p w14:paraId="720D2FFC" w14:textId="77777777" w:rsidR="0077642F" w:rsidRDefault="0077642F">
            <w:r>
              <w:rPr>
                <w:sz w:val="13"/>
              </w:rPr>
              <w:t>0.5475323507215984</w:t>
            </w:r>
          </w:p>
        </w:tc>
        <w:tc>
          <w:tcPr>
            <w:tcW w:w="1245" w:type="dxa"/>
            <w:shd w:val="clear" w:color="auto" w:fill="FFFFFF"/>
          </w:tcPr>
          <w:p w14:paraId="5DFE1C7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Actinobacteriota</w:t>
            </w:r>
          </w:p>
        </w:tc>
        <w:tc>
          <w:tcPr>
            <w:tcW w:w="1448" w:type="dxa"/>
            <w:shd w:val="clear" w:color="auto" w:fill="FFFFFF"/>
          </w:tcPr>
          <w:p w14:paraId="7897737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Coriobacteriia</w:t>
            </w:r>
          </w:p>
        </w:tc>
        <w:tc>
          <w:tcPr>
            <w:tcW w:w="2324" w:type="dxa"/>
            <w:shd w:val="clear" w:color="auto" w:fill="FFFFFF"/>
          </w:tcPr>
          <w:p w14:paraId="6535CC2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Coriobacteriales</w:t>
            </w:r>
          </w:p>
        </w:tc>
        <w:tc>
          <w:tcPr>
            <w:tcW w:w="2411" w:type="dxa"/>
            <w:shd w:val="clear" w:color="auto" w:fill="FFFFFF"/>
          </w:tcPr>
          <w:p w14:paraId="5BE62D9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Eggerthellaceae</w:t>
            </w:r>
          </w:p>
        </w:tc>
        <w:tc>
          <w:tcPr>
            <w:tcW w:w="2411" w:type="dxa"/>
            <w:shd w:val="clear" w:color="auto" w:fill="FFFFFF"/>
          </w:tcPr>
          <w:p w14:paraId="2870CF6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Enterorhabdus</w:t>
            </w:r>
          </w:p>
        </w:tc>
        <w:tc>
          <w:tcPr>
            <w:tcW w:w="1936" w:type="dxa"/>
            <w:shd w:val="clear" w:color="auto" w:fill="FFFFFF"/>
          </w:tcPr>
          <w:p w14:paraId="0AD092E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7C1E7277" w14:textId="77777777" w:rsidTr="00A815C0">
        <w:tc>
          <w:tcPr>
            <w:tcW w:w="2501" w:type="dxa"/>
            <w:shd w:val="clear" w:color="auto" w:fill="F2F2F2"/>
          </w:tcPr>
          <w:p w14:paraId="77206B65" w14:textId="77777777" w:rsidR="0077642F" w:rsidRDefault="0077642F">
            <w:r>
              <w:rPr>
                <w:sz w:val="13"/>
              </w:rPr>
              <w:t>6e835dc1d1a7f349fe706d26638c5e4a</w:t>
            </w:r>
          </w:p>
        </w:tc>
        <w:tc>
          <w:tcPr>
            <w:tcW w:w="1814" w:type="dxa"/>
            <w:shd w:val="clear" w:color="auto" w:fill="F2F2F2"/>
          </w:tcPr>
          <w:p w14:paraId="31C50557" w14:textId="77777777" w:rsidR="0077642F" w:rsidRDefault="0077642F">
            <w:r>
              <w:rPr>
                <w:sz w:val="13"/>
              </w:rPr>
              <w:t>1.84480563431201</w:t>
            </w:r>
          </w:p>
        </w:tc>
        <w:tc>
          <w:tcPr>
            <w:tcW w:w="1395" w:type="dxa"/>
            <w:shd w:val="clear" w:color="auto" w:fill="F2F2F2"/>
          </w:tcPr>
          <w:p w14:paraId="6E6AB9FD" w14:textId="77777777" w:rsidR="0077642F" w:rsidRDefault="0077642F">
            <w:r>
              <w:rPr>
                <w:sz w:val="13"/>
              </w:rPr>
              <w:t>11.93796713291026</w:t>
            </w:r>
          </w:p>
        </w:tc>
        <w:tc>
          <w:tcPr>
            <w:tcW w:w="1683" w:type="dxa"/>
            <w:shd w:val="clear" w:color="auto" w:fill="F2F2F2"/>
          </w:tcPr>
          <w:p w14:paraId="0F6E0185" w14:textId="77777777" w:rsidR="0077642F" w:rsidRDefault="0077642F">
            <w:r>
              <w:rPr>
                <w:sz w:val="13"/>
              </w:rPr>
              <w:t>0.9997925118924921</w:t>
            </w:r>
          </w:p>
        </w:tc>
        <w:tc>
          <w:tcPr>
            <w:tcW w:w="1683" w:type="dxa"/>
            <w:shd w:val="clear" w:color="auto" w:fill="F2F2F2"/>
          </w:tcPr>
          <w:p w14:paraId="0A3D004B" w14:textId="77777777" w:rsidR="0077642F" w:rsidRDefault="0077642F">
            <w:r>
              <w:rPr>
                <w:sz w:val="13"/>
              </w:rPr>
              <w:t>0.3455919076730812</w:t>
            </w:r>
          </w:p>
        </w:tc>
        <w:tc>
          <w:tcPr>
            <w:tcW w:w="1611" w:type="dxa"/>
            <w:shd w:val="clear" w:color="auto" w:fill="F2F2F2"/>
          </w:tcPr>
          <w:p w14:paraId="614100D4" w14:textId="77777777" w:rsidR="0077642F" w:rsidRDefault="0077642F">
            <w:r>
              <w:rPr>
                <w:sz w:val="13"/>
              </w:rPr>
              <w:t>0.5494106537278373</w:t>
            </w:r>
          </w:p>
        </w:tc>
        <w:tc>
          <w:tcPr>
            <w:tcW w:w="1245" w:type="dxa"/>
            <w:shd w:val="clear" w:color="auto" w:fill="F2F2F2"/>
          </w:tcPr>
          <w:p w14:paraId="77B4119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5214D2C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03E8252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7BE5BD0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3791A56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69838E5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412B68A4" w14:textId="77777777" w:rsidTr="00A815C0">
        <w:tc>
          <w:tcPr>
            <w:tcW w:w="2501" w:type="dxa"/>
            <w:shd w:val="clear" w:color="auto" w:fill="FFFFFF"/>
          </w:tcPr>
          <w:p w14:paraId="371A3877" w14:textId="77777777" w:rsidR="0077642F" w:rsidRDefault="0077642F">
            <w:r>
              <w:rPr>
                <w:sz w:val="13"/>
              </w:rPr>
              <w:t>1e153e3295ffb4600ea9bc82092bd34d</w:t>
            </w:r>
          </w:p>
        </w:tc>
        <w:tc>
          <w:tcPr>
            <w:tcW w:w="1814" w:type="dxa"/>
            <w:shd w:val="clear" w:color="auto" w:fill="FFFFFF"/>
          </w:tcPr>
          <w:p w14:paraId="03F5032D" w14:textId="77777777" w:rsidR="0077642F" w:rsidRDefault="0077642F">
            <w:r>
              <w:rPr>
                <w:sz w:val="13"/>
              </w:rPr>
              <w:t>1.461934029371227</w:t>
            </w:r>
          </w:p>
        </w:tc>
        <w:tc>
          <w:tcPr>
            <w:tcW w:w="1395" w:type="dxa"/>
            <w:shd w:val="clear" w:color="auto" w:fill="FFFFFF"/>
          </w:tcPr>
          <w:p w14:paraId="698795EF" w14:textId="77777777" w:rsidR="0077642F" w:rsidRDefault="0077642F">
            <w:r>
              <w:rPr>
                <w:sz w:val="13"/>
              </w:rPr>
              <w:t>10.74025813403127</w:t>
            </w:r>
          </w:p>
        </w:tc>
        <w:tc>
          <w:tcPr>
            <w:tcW w:w="1683" w:type="dxa"/>
            <w:shd w:val="clear" w:color="auto" w:fill="FFFFFF"/>
          </w:tcPr>
          <w:p w14:paraId="118FE1B2" w14:textId="77777777" w:rsidR="0077642F" w:rsidRDefault="0077642F">
            <w:r>
              <w:rPr>
                <w:sz w:val="13"/>
              </w:rPr>
              <w:t>0.9888303298537583</w:t>
            </w:r>
          </w:p>
        </w:tc>
        <w:tc>
          <w:tcPr>
            <w:tcW w:w="1683" w:type="dxa"/>
            <w:shd w:val="clear" w:color="auto" w:fill="FFFFFF"/>
          </w:tcPr>
          <w:p w14:paraId="57D22468" w14:textId="77777777" w:rsidR="0077642F" w:rsidRDefault="0077642F">
            <w:r>
              <w:rPr>
                <w:sz w:val="13"/>
              </w:rPr>
              <w:t>0.3459252264212309</w:t>
            </w:r>
          </w:p>
        </w:tc>
        <w:tc>
          <w:tcPr>
            <w:tcW w:w="1611" w:type="dxa"/>
            <w:shd w:val="clear" w:color="auto" w:fill="FFFFFF"/>
          </w:tcPr>
          <w:p w14:paraId="33CB9335" w14:textId="77777777" w:rsidR="0077642F" w:rsidRDefault="0077642F">
            <w:r>
              <w:rPr>
                <w:sz w:val="13"/>
              </w:rPr>
              <w:t>0.5494106537278373</w:t>
            </w:r>
          </w:p>
        </w:tc>
        <w:tc>
          <w:tcPr>
            <w:tcW w:w="1245" w:type="dxa"/>
            <w:shd w:val="clear" w:color="auto" w:fill="FFFFFF"/>
          </w:tcPr>
          <w:p w14:paraId="28A250F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6092FE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597EB94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6D95EFD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2C1E12C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Lachnospiraceae_UCG-001</w:t>
            </w:r>
          </w:p>
        </w:tc>
        <w:tc>
          <w:tcPr>
            <w:tcW w:w="1936" w:type="dxa"/>
            <w:shd w:val="clear" w:color="auto" w:fill="FFFFFF"/>
          </w:tcPr>
          <w:p w14:paraId="18C2F47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5459AC9B" w14:textId="77777777" w:rsidTr="00A815C0">
        <w:tc>
          <w:tcPr>
            <w:tcW w:w="2501" w:type="dxa"/>
            <w:shd w:val="clear" w:color="auto" w:fill="F2F2F2"/>
          </w:tcPr>
          <w:p w14:paraId="395A3737" w14:textId="77777777" w:rsidR="0077642F" w:rsidRDefault="0077642F">
            <w:r>
              <w:rPr>
                <w:sz w:val="13"/>
              </w:rPr>
              <w:t>939ebd9bd7a6eae4062b93537a84c65d</w:t>
            </w:r>
          </w:p>
        </w:tc>
        <w:tc>
          <w:tcPr>
            <w:tcW w:w="1814" w:type="dxa"/>
            <w:shd w:val="clear" w:color="auto" w:fill="F2F2F2"/>
          </w:tcPr>
          <w:p w14:paraId="55051870" w14:textId="77777777" w:rsidR="0077642F" w:rsidRDefault="0077642F">
            <w:r>
              <w:rPr>
                <w:sz w:val="13"/>
              </w:rPr>
              <w:t>1.131913669883036</w:t>
            </w:r>
          </w:p>
        </w:tc>
        <w:tc>
          <w:tcPr>
            <w:tcW w:w="1395" w:type="dxa"/>
            <w:shd w:val="clear" w:color="auto" w:fill="F2F2F2"/>
          </w:tcPr>
          <w:p w14:paraId="3F876A43" w14:textId="77777777" w:rsidR="0077642F" w:rsidRDefault="0077642F">
            <w:r>
              <w:rPr>
                <w:sz w:val="13"/>
              </w:rPr>
              <w:t>11.78187873917254</w:t>
            </w:r>
          </w:p>
        </w:tc>
        <w:tc>
          <w:tcPr>
            <w:tcW w:w="1683" w:type="dxa"/>
            <w:shd w:val="clear" w:color="auto" w:fill="F2F2F2"/>
          </w:tcPr>
          <w:p w14:paraId="4904638E" w14:textId="77777777" w:rsidR="0077642F" w:rsidRDefault="0077642F">
            <w:r>
              <w:rPr>
                <w:sz w:val="13"/>
              </w:rPr>
              <w:t>0.9201125381021963</w:t>
            </w:r>
          </w:p>
        </w:tc>
        <w:tc>
          <w:tcPr>
            <w:tcW w:w="1683" w:type="dxa"/>
            <w:shd w:val="clear" w:color="auto" w:fill="F2F2F2"/>
          </w:tcPr>
          <w:p w14:paraId="486C28E9" w14:textId="77777777" w:rsidR="0077642F" w:rsidRDefault="0077642F">
            <w:r>
              <w:rPr>
                <w:sz w:val="13"/>
              </w:rPr>
              <w:t>0.3647898677717554</w:t>
            </w:r>
          </w:p>
        </w:tc>
        <w:tc>
          <w:tcPr>
            <w:tcW w:w="1611" w:type="dxa"/>
            <w:shd w:val="clear" w:color="auto" w:fill="F2F2F2"/>
          </w:tcPr>
          <w:p w14:paraId="786A42D1" w14:textId="77777777" w:rsidR="0077642F" w:rsidRDefault="0077642F">
            <w:r>
              <w:rPr>
                <w:sz w:val="13"/>
              </w:rPr>
              <w:t>0.5665888436619845</w:t>
            </w:r>
          </w:p>
        </w:tc>
        <w:tc>
          <w:tcPr>
            <w:tcW w:w="1245" w:type="dxa"/>
            <w:shd w:val="clear" w:color="auto" w:fill="F2F2F2"/>
          </w:tcPr>
          <w:p w14:paraId="46CACA6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CC40FB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389C873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67FC6D2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59F423A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2F2F2"/>
          </w:tcPr>
          <w:p w14:paraId="0609414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0B1FB7B6" w14:textId="77777777" w:rsidTr="00A815C0">
        <w:tc>
          <w:tcPr>
            <w:tcW w:w="2501" w:type="dxa"/>
            <w:shd w:val="clear" w:color="auto" w:fill="FFFFFF"/>
          </w:tcPr>
          <w:p w14:paraId="0F3FA7FA" w14:textId="77777777" w:rsidR="0077642F" w:rsidRDefault="0077642F">
            <w:r>
              <w:rPr>
                <w:sz w:val="13"/>
              </w:rPr>
              <w:t>95995ce96bbaee5aff60531906b9b966</w:t>
            </w:r>
          </w:p>
        </w:tc>
        <w:tc>
          <w:tcPr>
            <w:tcW w:w="1814" w:type="dxa"/>
            <w:shd w:val="clear" w:color="auto" w:fill="FFFFFF"/>
          </w:tcPr>
          <w:p w14:paraId="181BEA5B" w14:textId="77777777" w:rsidR="0077642F" w:rsidRDefault="0077642F">
            <w:r>
              <w:rPr>
                <w:sz w:val="13"/>
              </w:rPr>
              <w:t>0.4370847654409335</w:t>
            </w:r>
          </w:p>
        </w:tc>
        <w:tc>
          <w:tcPr>
            <w:tcW w:w="1395" w:type="dxa"/>
            <w:shd w:val="clear" w:color="auto" w:fill="FFFFFF"/>
          </w:tcPr>
          <w:p w14:paraId="01FA51F2" w14:textId="77777777" w:rsidR="0077642F" w:rsidRDefault="0077642F">
            <w:r>
              <w:rPr>
                <w:sz w:val="13"/>
              </w:rPr>
              <w:t>14.50892197625303</w:t>
            </w:r>
          </w:p>
        </w:tc>
        <w:tc>
          <w:tcPr>
            <w:tcW w:w="1683" w:type="dxa"/>
            <w:shd w:val="clear" w:color="auto" w:fill="FFFFFF"/>
          </w:tcPr>
          <w:p w14:paraId="7B265CD2" w14:textId="77777777" w:rsidR="0077642F" w:rsidRDefault="0077642F">
            <w:r>
              <w:rPr>
                <w:sz w:val="13"/>
              </w:rPr>
              <w:t>0.9225075103916329</w:t>
            </w:r>
          </w:p>
        </w:tc>
        <w:tc>
          <w:tcPr>
            <w:tcW w:w="1683" w:type="dxa"/>
            <w:shd w:val="clear" w:color="auto" w:fill="FFFFFF"/>
          </w:tcPr>
          <w:p w14:paraId="09C3CF11" w14:textId="77777777" w:rsidR="0077642F" w:rsidRDefault="0077642F">
            <w:r>
              <w:rPr>
                <w:sz w:val="13"/>
              </w:rPr>
              <w:t>0.3652383344214378</w:t>
            </w:r>
          </w:p>
        </w:tc>
        <w:tc>
          <w:tcPr>
            <w:tcW w:w="1611" w:type="dxa"/>
            <w:shd w:val="clear" w:color="auto" w:fill="FFFFFF"/>
          </w:tcPr>
          <w:p w14:paraId="37EB8370" w14:textId="77777777" w:rsidR="0077642F" w:rsidRDefault="0077642F">
            <w:r>
              <w:rPr>
                <w:sz w:val="13"/>
              </w:rPr>
              <w:t>0.5665888436619845</w:t>
            </w:r>
          </w:p>
        </w:tc>
        <w:tc>
          <w:tcPr>
            <w:tcW w:w="1245" w:type="dxa"/>
            <w:shd w:val="clear" w:color="auto" w:fill="FFFFFF"/>
          </w:tcPr>
          <w:p w14:paraId="5C8C848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15C41E4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1FCA8CB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388448A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45E40D2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58D96CE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24962FED" w14:textId="77777777" w:rsidTr="00A815C0">
        <w:tc>
          <w:tcPr>
            <w:tcW w:w="2501" w:type="dxa"/>
            <w:shd w:val="clear" w:color="auto" w:fill="F2F2F2"/>
          </w:tcPr>
          <w:p w14:paraId="5AD7818E" w14:textId="77777777" w:rsidR="0077642F" w:rsidRDefault="0077642F">
            <w:r>
              <w:rPr>
                <w:sz w:val="13"/>
              </w:rPr>
              <w:t>062ce343b799626f07c788c476cb9186</w:t>
            </w:r>
          </w:p>
        </w:tc>
        <w:tc>
          <w:tcPr>
            <w:tcW w:w="1814" w:type="dxa"/>
            <w:shd w:val="clear" w:color="auto" w:fill="F2F2F2"/>
          </w:tcPr>
          <w:p w14:paraId="18920685" w14:textId="77777777" w:rsidR="0077642F" w:rsidRDefault="0077642F">
            <w:r>
              <w:rPr>
                <w:sz w:val="13"/>
              </w:rPr>
              <w:t>1.160119746301822</w:t>
            </w:r>
          </w:p>
        </w:tc>
        <w:tc>
          <w:tcPr>
            <w:tcW w:w="1395" w:type="dxa"/>
            <w:shd w:val="clear" w:color="auto" w:fill="F2F2F2"/>
          </w:tcPr>
          <w:p w14:paraId="3510DF4E" w14:textId="77777777" w:rsidR="0077642F" w:rsidRDefault="0077642F">
            <w:r>
              <w:rPr>
                <w:sz w:val="13"/>
              </w:rPr>
              <w:t>10.75061031429799</w:t>
            </w:r>
          </w:p>
        </w:tc>
        <w:tc>
          <w:tcPr>
            <w:tcW w:w="1683" w:type="dxa"/>
            <w:shd w:val="clear" w:color="auto" w:fill="F2F2F2"/>
          </w:tcPr>
          <w:p w14:paraId="635375A5" w14:textId="77777777" w:rsidR="0077642F" w:rsidRDefault="0077642F">
            <w:r>
              <w:rPr>
                <w:sz w:val="13"/>
              </w:rPr>
              <w:t>0.901451051193199</w:t>
            </w:r>
          </w:p>
        </w:tc>
        <w:tc>
          <w:tcPr>
            <w:tcW w:w="1683" w:type="dxa"/>
            <w:shd w:val="clear" w:color="auto" w:fill="F2F2F2"/>
          </w:tcPr>
          <w:p w14:paraId="13D531A1" w14:textId="77777777" w:rsidR="0077642F" w:rsidRDefault="0077642F">
            <w:r>
              <w:rPr>
                <w:sz w:val="13"/>
              </w:rPr>
              <w:t>0.3674646154042718</w:t>
            </w:r>
          </w:p>
        </w:tc>
        <w:tc>
          <w:tcPr>
            <w:tcW w:w="1611" w:type="dxa"/>
            <w:shd w:val="clear" w:color="auto" w:fill="F2F2F2"/>
          </w:tcPr>
          <w:p w14:paraId="74DDBC89" w14:textId="77777777" w:rsidR="0077642F" w:rsidRDefault="0077642F">
            <w:r>
              <w:rPr>
                <w:sz w:val="13"/>
              </w:rPr>
              <w:t>0.5665888436619845</w:t>
            </w:r>
          </w:p>
        </w:tc>
        <w:tc>
          <w:tcPr>
            <w:tcW w:w="1245" w:type="dxa"/>
            <w:shd w:val="clear" w:color="auto" w:fill="F2F2F2"/>
          </w:tcPr>
          <w:p w14:paraId="282F81B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419062D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5B2D64C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7780958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1AF5A82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Lachnoclostridium</w:t>
            </w:r>
          </w:p>
        </w:tc>
        <w:tc>
          <w:tcPr>
            <w:tcW w:w="1936" w:type="dxa"/>
            <w:shd w:val="clear" w:color="auto" w:fill="F2F2F2"/>
          </w:tcPr>
          <w:p w14:paraId="5D408B8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0B841A78" w14:textId="77777777" w:rsidTr="00A815C0">
        <w:tc>
          <w:tcPr>
            <w:tcW w:w="2501" w:type="dxa"/>
            <w:shd w:val="clear" w:color="auto" w:fill="FFFFFF"/>
          </w:tcPr>
          <w:p w14:paraId="30B95F8E" w14:textId="77777777" w:rsidR="0077642F" w:rsidRDefault="0077642F">
            <w:r>
              <w:rPr>
                <w:sz w:val="13"/>
              </w:rPr>
              <w:t>c625a1db96ab91c4bc591c0964ad2e53</w:t>
            </w:r>
          </w:p>
        </w:tc>
        <w:tc>
          <w:tcPr>
            <w:tcW w:w="1814" w:type="dxa"/>
            <w:shd w:val="clear" w:color="auto" w:fill="FFFFFF"/>
          </w:tcPr>
          <w:p w14:paraId="529396DD" w14:textId="77777777" w:rsidR="0077642F" w:rsidRDefault="0077642F">
            <w:r>
              <w:rPr>
                <w:sz w:val="13"/>
              </w:rPr>
              <w:t>-0.8665978640342377</w:t>
            </w:r>
          </w:p>
        </w:tc>
        <w:tc>
          <w:tcPr>
            <w:tcW w:w="1395" w:type="dxa"/>
            <w:shd w:val="clear" w:color="auto" w:fill="FFFFFF"/>
          </w:tcPr>
          <w:p w14:paraId="030F72AE" w14:textId="77777777" w:rsidR="0077642F" w:rsidRDefault="0077642F">
            <w:r>
              <w:rPr>
                <w:sz w:val="13"/>
              </w:rPr>
              <w:t>11.25760557146405</w:t>
            </w:r>
          </w:p>
        </w:tc>
        <w:tc>
          <w:tcPr>
            <w:tcW w:w="1683" w:type="dxa"/>
            <w:shd w:val="clear" w:color="auto" w:fill="FFFFFF"/>
          </w:tcPr>
          <w:p w14:paraId="02AF4140" w14:textId="77777777" w:rsidR="0077642F" w:rsidRDefault="0077642F">
            <w:r>
              <w:rPr>
                <w:sz w:val="13"/>
              </w:rPr>
              <w:t>0.8944153172373909</w:t>
            </w:r>
          </w:p>
        </w:tc>
        <w:tc>
          <w:tcPr>
            <w:tcW w:w="1683" w:type="dxa"/>
            <w:shd w:val="clear" w:color="auto" w:fill="FFFFFF"/>
          </w:tcPr>
          <w:p w14:paraId="1866E509" w14:textId="77777777" w:rsidR="0077642F" w:rsidRDefault="0077642F">
            <w:r>
              <w:rPr>
                <w:sz w:val="13"/>
              </w:rPr>
              <w:t>0.3707309717788293</w:t>
            </w:r>
          </w:p>
        </w:tc>
        <w:tc>
          <w:tcPr>
            <w:tcW w:w="1611" w:type="dxa"/>
            <w:shd w:val="clear" w:color="auto" w:fill="FFFFFF"/>
          </w:tcPr>
          <w:p w14:paraId="3E6D37E6" w14:textId="77777777" w:rsidR="0077642F" w:rsidRDefault="0077642F">
            <w:r>
              <w:rPr>
                <w:sz w:val="13"/>
              </w:rPr>
              <w:t>0.5665888436619845</w:t>
            </w:r>
          </w:p>
        </w:tc>
        <w:tc>
          <w:tcPr>
            <w:tcW w:w="1245" w:type="dxa"/>
            <w:shd w:val="clear" w:color="auto" w:fill="FFFFFF"/>
          </w:tcPr>
          <w:p w14:paraId="2C588EB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Deferribacterota</w:t>
            </w:r>
          </w:p>
        </w:tc>
        <w:tc>
          <w:tcPr>
            <w:tcW w:w="1448" w:type="dxa"/>
            <w:shd w:val="clear" w:color="auto" w:fill="FFFFFF"/>
          </w:tcPr>
          <w:p w14:paraId="5C68222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Deferribacteres</w:t>
            </w:r>
          </w:p>
        </w:tc>
        <w:tc>
          <w:tcPr>
            <w:tcW w:w="2324" w:type="dxa"/>
            <w:shd w:val="clear" w:color="auto" w:fill="FFFFFF"/>
          </w:tcPr>
          <w:p w14:paraId="21F30EE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Deferribacterales</w:t>
            </w:r>
          </w:p>
        </w:tc>
        <w:tc>
          <w:tcPr>
            <w:tcW w:w="2411" w:type="dxa"/>
            <w:shd w:val="clear" w:color="auto" w:fill="FFFFFF"/>
          </w:tcPr>
          <w:p w14:paraId="0490955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Deferribacteraceae</w:t>
            </w:r>
          </w:p>
        </w:tc>
        <w:tc>
          <w:tcPr>
            <w:tcW w:w="2411" w:type="dxa"/>
            <w:shd w:val="clear" w:color="auto" w:fill="FFFFFF"/>
          </w:tcPr>
          <w:p w14:paraId="39BE962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Mucispirillum</w:t>
            </w:r>
          </w:p>
        </w:tc>
        <w:tc>
          <w:tcPr>
            <w:tcW w:w="1936" w:type="dxa"/>
            <w:shd w:val="clear" w:color="auto" w:fill="FFFFFF"/>
          </w:tcPr>
          <w:p w14:paraId="5F943F8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0182F318" w14:textId="77777777" w:rsidTr="00A815C0">
        <w:tc>
          <w:tcPr>
            <w:tcW w:w="2501" w:type="dxa"/>
            <w:shd w:val="clear" w:color="auto" w:fill="F2F2F2"/>
          </w:tcPr>
          <w:p w14:paraId="65F81F92" w14:textId="77777777" w:rsidR="0077642F" w:rsidRDefault="0077642F">
            <w:r>
              <w:rPr>
                <w:sz w:val="13"/>
              </w:rPr>
              <w:t>b176eabe87817bedd57c009f429e9e75</w:t>
            </w:r>
          </w:p>
        </w:tc>
        <w:tc>
          <w:tcPr>
            <w:tcW w:w="1814" w:type="dxa"/>
            <w:shd w:val="clear" w:color="auto" w:fill="F2F2F2"/>
          </w:tcPr>
          <w:p w14:paraId="7AE003CB" w14:textId="77777777" w:rsidR="0077642F" w:rsidRDefault="0077642F">
            <w:r>
              <w:rPr>
                <w:sz w:val="13"/>
              </w:rPr>
              <w:t>-1.639467315509483</w:t>
            </w:r>
          </w:p>
        </w:tc>
        <w:tc>
          <w:tcPr>
            <w:tcW w:w="1395" w:type="dxa"/>
            <w:shd w:val="clear" w:color="auto" w:fill="F2F2F2"/>
          </w:tcPr>
          <w:p w14:paraId="7EFE8831" w14:textId="77777777" w:rsidR="0077642F" w:rsidRDefault="0077642F">
            <w:r>
              <w:rPr>
                <w:sz w:val="13"/>
              </w:rPr>
              <w:t>9.762734887500878</w:t>
            </w:r>
          </w:p>
        </w:tc>
        <w:tc>
          <w:tcPr>
            <w:tcW w:w="1683" w:type="dxa"/>
            <w:shd w:val="clear" w:color="auto" w:fill="F2F2F2"/>
          </w:tcPr>
          <w:p w14:paraId="05BBACFA" w14:textId="77777777" w:rsidR="0077642F" w:rsidRDefault="0077642F">
            <w:r>
              <w:rPr>
                <w:sz w:val="13"/>
              </w:rPr>
              <w:t>0.8512673599776002</w:t>
            </w:r>
          </w:p>
        </w:tc>
        <w:tc>
          <w:tcPr>
            <w:tcW w:w="1683" w:type="dxa"/>
            <w:shd w:val="clear" w:color="auto" w:fill="F2F2F2"/>
          </w:tcPr>
          <w:p w14:paraId="0BE798F6" w14:textId="77777777" w:rsidR="0077642F" w:rsidRDefault="0077642F">
            <w:r>
              <w:rPr>
                <w:sz w:val="13"/>
              </w:rPr>
              <w:t>0.3756506844739227</w:t>
            </w:r>
          </w:p>
        </w:tc>
        <w:tc>
          <w:tcPr>
            <w:tcW w:w="1611" w:type="dxa"/>
            <w:shd w:val="clear" w:color="auto" w:fill="F2F2F2"/>
          </w:tcPr>
          <w:p w14:paraId="4EE3DA4D" w14:textId="77777777" w:rsidR="0077642F" w:rsidRDefault="0077642F">
            <w:r>
              <w:rPr>
                <w:sz w:val="13"/>
              </w:rPr>
              <w:t>0.56874215780164</w:t>
            </w:r>
          </w:p>
        </w:tc>
        <w:tc>
          <w:tcPr>
            <w:tcW w:w="1245" w:type="dxa"/>
            <w:shd w:val="clear" w:color="auto" w:fill="F2F2F2"/>
          </w:tcPr>
          <w:p w14:paraId="613316F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Patescibacteria</w:t>
            </w:r>
          </w:p>
        </w:tc>
        <w:tc>
          <w:tcPr>
            <w:tcW w:w="1448" w:type="dxa"/>
            <w:shd w:val="clear" w:color="auto" w:fill="F2F2F2"/>
          </w:tcPr>
          <w:p w14:paraId="0005E71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Saccharimonadia</w:t>
            </w:r>
          </w:p>
        </w:tc>
        <w:tc>
          <w:tcPr>
            <w:tcW w:w="2324" w:type="dxa"/>
            <w:shd w:val="clear" w:color="auto" w:fill="F2F2F2"/>
          </w:tcPr>
          <w:p w14:paraId="7D7E340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Saccharimonadales</w:t>
            </w:r>
          </w:p>
        </w:tc>
        <w:tc>
          <w:tcPr>
            <w:tcW w:w="2411" w:type="dxa"/>
            <w:shd w:val="clear" w:color="auto" w:fill="F2F2F2"/>
          </w:tcPr>
          <w:p w14:paraId="6D9E6A2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Saccharimonadaceae</w:t>
            </w:r>
          </w:p>
        </w:tc>
        <w:tc>
          <w:tcPr>
            <w:tcW w:w="2411" w:type="dxa"/>
            <w:shd w:val="clear" w:color="auto" w:fill="F2F2F2"/>
          </w:tcPr>
          <w:p w14:paraId="715C173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Candidatus_Saccharimonas</w:t>
            </w:r>
          </w:p>
        </w:tc>
        <w:tc>
          <w:tcPr>
            <w:tcW w:w="1936" w:type="dxa"/>
            <w:shd w:val="clear" w:color="auto" w:fill="F2F2F2"/>
          </w:tcPr>
          <w:p w14:paraId="74F27A5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56393FCA" w14:textId="77777777" w:rsidTr="00A815C0">
        <w:tc>
          <w:tcPr>
            <w:tcW w:w="2501" w:type="dxa"/>
            <w:shd w:val="clear" w:color="auto" w:fill="FFFFFF"/>
          </w:tcPr>
          <w:p w14:paraId="17B490A6" w14:textId="77777777" w:rsidR="0077642F" w:rsidRDefault="0077642F">
            <w:r>
              <w:rPr>
                <w:sz w:val="13"/>
              </w:rPr>
              <w:t>d33d84f90d2924040cf2eb66c7abe2fc</w:t>
            </w:r>
          </w:p>
        </w:tc>
        <w:tc>
          <w:tcPr>
            <w:tcW w:w="1814" w:type="dxa"/>
            <w:shd w:val="clear" w:color="auto" w:fill="FFFFFF"/>
          </w:tcPr>
          <w:p w14:paraId="051DFB3D" w14:textId="77777777" w:rsidR="0077642F" w:rsidRDefault="0077642F">
            <w:r>
              <w:rPr>
                <w:sz w:val="13"/>
              </w:rPr>
              <w:t>-0.4439379084125304</w:t>
            </w:r>
          </w:p>
        </w:tc>
        <w:tc>
          <w:tcPr>
            <w:tcW w:w="1395" w:type="dxa"/>
            <w:shd w:val="clear" w:color="auto" w:fill="FFFFFF"/>
          </w:tcPr>
          <w:p w14:paraId="6A3C0459" w14:textId="77777777" w:rsidR="0077642F" w:rsidRDefault="0077642F">
            <w:r>
              <w:rPr>
                <w:sz w:val="13"/>
              </w:rPr>
              <w:t>15.20974511253858</w:t>
            </w:r>
          </w:p>
        </w:tc>
        <w:tc>
          <w:tcPr>
            <w:tcW w:w="1683" w:type="dxa"/>
            <w:shd w:val="clear" w:color="auto" w:fill="FFFFFF"/>
          </w:tcPr>
          <w:p w14:paraId="1B7FC0D5" w14:textId="77777777" w:rsidR="0077642F" w:rsidRDefault="0077642F">
            <w:r>
              <w:rPr>
                <w:sz w:val="13"/>
              </w:rPr>
              <w:t>0.8326940548093199</w:t>
            </w:r>
          </w:p>
        </w:tc>
        <w:tc>
          <w:tcPr>
            <w:tcW w:w="1683" w:type="dxa"/>
            <w:shd w:val="clear" w:color="auto" w:fill="FFFFFF"/>
          </w:tcPr>
          <w:p w14:paraId="0F157C28" w14:textId="77777777" w:rsidR="0077642F" w:rsidRDefault="0077642F">
            <w:r>
              <w:rPr>
                <w:sz w:val="13"/>
              </w:rPr>
              <w:t>0.3884654032500828</w:t>
            </w:r>
          </w:p>
        </w:tc>
        <w:tc>
          <w:tcPr>
            <w:tcW w:w="1611" w:type="dxa"/>
            <w:shd w:val="clear" w:color="auto" w:fill="FFFFFF"/>
          </w:tcPr>
          <w:p w14:paraId="4648B6AA" w14:textId="77777777" w:rsidR="0077642F" w:rsidRDefault="0077642F">
            <w:r>
              <w:rPr>
                <w:sz w:val="13"/>
              </w:rPr>
              <w:t>0.5816428729626344</w:t>
            </w:r>
          </w:p>
        </w:tc>
        <w:tc>
          <w:tcPr>
            <w:tcW w:w="1245" w:type="dxa"/>
            <w:shd w:val="clear" w:color="auto" w:fill="FFFFFF"/>
          </w:tcPr>
          <w:p w14:paraId="4FC2AD2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A79CDD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Bacilli</w:t>
            </w:r>
          </w:p>
        </w:tc>
        <w:tc>
          <w:tcPr>
            <w:tcW w:w="2324" w:type="dxa"/>
            <w:shd w:val="clear" w:color="auto" w:fill="FFFFFF"/>
          </w:tcPr>
          <w:p w14:paraId="2DDAAA0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Lactobacillales</w:t>
            </w:r>
          </w:p>
        </w:tc>
        <w:tc>
          <w:tcPr>
            <w:tcW w:w="2411" w:type="dxa"/>
            <w:shd w:val="clear" w:color="auto" w:fill="FFFFFF"/>
          </w:tcPr>
          <w:p w14:paraId="38BA221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Lactobacillaceae</w:t>
            </w:r>
          </w:p>
        </w:tc>
        <w:tc>
          <w:tcPr>
            <w:tcW w:w="2411" w:type="dxa"/>
            <w:shd w:val="clear" w:color="auto" w:fill="FFFFFF"/>
          </w:tcPr>
          <w:p w14:paraId="57B9B73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Lactobacillus</w:t>
            </w:r>
          </w:p>
        </w:tc>
        <w:tc>
          <w:tcPr>
            <w:tcW w:w="1936" w:type="dxa"/>
            <w:shd w:val="clear" w:color="auto" w:fill="FFFFFF"/>
          </w:tcPr>
          <w:p w14:paraId="0AB7DA4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75B742C5" w14:textId="77777777" w:rsidTr="00A815C0">
        <w:tc>
          <w:tcPr>
            <w:tcW w:w="2501" w:type="dxa"/>
            <w:shd w:val="clear" w:color="auto" w:fill="F2F2F2"/>
          </w:tcPr>
          <w:p w14:paraId="6D5114A7" w14:textId="77777777" w:rsidR="0077642F" w:rsidRDefault="0077642F">
            <w:r>
              <w:rPr>
                <w:sz w:val="13"/>
              </w:rPr>
              <w:t>ffc36e27c82042664a16bcd4d380b286</w:t>
            </w:r>
          </w:p>
        </w:tc>
        <w:tc>
          <w:tcPr>
            <w:tcW w:w="1814" w:type="dxa"/>
            <w:shd w:val="clear" w:color="auto" w:fill="F2F2F2"/>
          </w:tcPr>
          <w:p w14:paraId="5A923690" w14:textId="77777777" w:rsidR="0077642F" w:rsidRDefault="0077642F">
            <w:r>
              <w:rPr>
                <w:sz w:val="13"/>
              </w:rPr>
              <w:t>1.323681371590843</w:t>
            </w:r>
          </w:p>
        </w:tc>
        <w:tc>
          <w:tcPr>
            <w:tcW w:w="1395" w:type="dxa"/>
            <w:shd w:val="clear" w:color="auto" w:fill="F2F2F2"/>
          </w:tcPr>
          <w:p w14:paraId="364421BB" w14:textId="77777777" w:rsidR="0077642F" w:rsidRDefault="0077642F">
            <w:r>
              <w:rPr>
                <w:sz w:val="13"/>
              </w:rPr>
              <w:t>10.83376654309128</w:t>
            </w:r>
          </w:p>
        </w:tc>
        <w:tc>
          <w:tcPr>
            <w:tcW w:w="1683" w:type="dxa"/>
            <w:shd w:val="clear" w:color="auto" w:fill="F2F2F2"/>
          </w:tcPr>
          <w:p w14:paraId="6ECEE097" w14:textId="77777777" w:rsidR="0077642F" w:rsidRDefault="0077642F">
            <w:r>
              <w:rPr>
                <w:sz w:val="13"/>
              </w:rPr>
              <w:t>0.803509020820713</w:t>
            </w:r>
          </w:p>
        </w:tc>
        <w:tc>
          <w:tcPr>
            <w:tcW w:w="1683" w:type="dxa"/>
            <w:shd w:val="clear" w:color="auto" w:fill="F2F2F2"/>
          </w:tcPr>
          <w:p w14:paraId="118B0302" w14:textId="77777777" w:rsidR="0077642F" w:rsidRDefault="0077642F">
            <w:r>
              <w:rPr>
                <w:sz w:val="13"/>
              </w:rPr>
              <w:t>0.3937382798687959</w:t>
            </w:r>
          </w:p>
        </w:tc>
        <w:tc>
          <w:tcPr>
            <w:tcW w:w="1611" w:type="dxa"/>
            <w:shd w:val="clear" w:color="auto" w:fill="F2F2F2"/>
          </w:tcPr>
          <w:p w14:paraId="1CFF2AD6" w14:textId="77777777" w:rsidR="0077642F" w:rsidRDefault="0077642F">
            <w:r>
              <w:rPr>
                <w:sz w:val="13"/>
              </w:rPr>
              <w:t>0.5816428729626344</w:t>
            </w:r>
          </w:p>
        </w:tc>
        <w:tc>
          <w:tcPr>
            <w:tcW w:w="1245" w:type="dxa"/>
            <w:shd w:val="clear" w:color="auto" w:fill="F2F2F2"/>
          </w:tcPr>
          <w:p w14:paraId="1E1B880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Proteobacteria</w:t>
            </w:r>
          </w:p>
        </w:tc>
        <w:tc>
          <w:tcPr>
            <w:tcW w:w="1448" w:type="dxa"/>
            <w:shd w:val="clear" w:color="auto" w:fill="F2F2F2"/>
          </w:tcPr>
          <w:p w14:paraId="213F64B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Gammaproteobacteria</w:t>
            </w:r>
          </w:p>
        </w:tc>
        <w:tc>
          <w:tcPr>
            <w:tcW w:w="2324" w:type="dxa"/>
            <w:shd w:val="clear" w:color="auto" w:fill="F2F2F2"/>
          </w:tcPr>
          <w:p w14:paraId="180896D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Enterobacterales</w:t>
            </w:r>
          </w:p>
        </w:tc>
        <w:tc>
          <w:tcPr>
            <w:tcW w:w="2411" w:type="dxa"/>
            <w:shd w:val="clear" w:color="auto" w:fill="F2F2F2"/>
          </w:tcPr>
          <w:p w14:paraId="1C8F19A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Enterobacteriaceae</w:t>
            </w:r>
          </w:p>
        </w:tc>
        <w:tc>
          <w:tcPr>
            <w:tcW w:w="2411" w:type="dxa"/>
            <w:shd w:val="clear" w:color="auto" w:fill="F2F2F2"/>
          </w:tcPr>
          <w:p w14:paraId="38D734C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Escherichia-Shigella</w:t>
            </w:r>
          </w:p>
        </w:tc>
        <w:tc>
          <w:tcPr>
            <w:tcW w:w="1936" w:type="dxa"/>
            <w:shd w:val="clear" w:color="auto" w:fill="F2F2F2"/>
          </w:tcPr>
          <w:p w14:paraId="33111A8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74593F3F" w14:textId="77777777" w:rsidTr="00A815C0">
        <w:tc>
          <w:tcPr>
            <w:tcW w:w="2501" w:type="dxa"/>
            <w:shd w:val="clear" w:color="auto" w:fill="FFFFFF"/>
          </w:tcPr>
          <w:p w14:paraId="12898312" w14:textId="77777777" w:rsidR="0077642F" w:rsidRDefault="0077642F">
            <w:r>
              <w:rPr>
                <w:sz w:val="13"/>
              </w:rPr>
              <w:t>151e42d762610156c1ecec31f8acfa87</w:t>
            </w:r>
          </w:p>
        </w:tc>
        <w:tc>
          <w:tcPr>
            <w:tcW w:w="1814" w:type="dxa"/>
            <w:shd w:val="clear" w:color="auto" w:fill="FFFFFF"/>
          </w:tcPr>
          <w:p w14:paraId="4075F4A0" w14:textId="77777777" w:rsidR="0077642F" w:rsidRDefault="0077642F">
            <w:r>
              <w:rPr>
                <w:sz w:val="13"/>
              </w:rPr>
              <w:t>-1.627113067241977</w:t>
            </w:r>
          </w:p>
        </w:tc>
        <w:tc>
          <w:tcPr>
            <w:tcW w:w="1395" w:type="dxa"/>
            <w:shd w:val="clear" w:color="auto" w:fill="FFFFFF"/>
          </w:tcPr>
          <w:p w14:paraId="0836629D" w14:textId="77777777" w:rsidR="0077642F" w:rsidRDefault="0077642F">
            <w:r>
              <w:rPr>
                <w:sz w:val="13"/>
              </w:rPr>
              <w:t>9.899466226056992</w:t>
            </w:r>
          </w:p>
        </w:tc>
        <w:tc>
          <w:tcPr>
            <w:tcW w:w="1683" w:type="dxa"/>
            <w:shd w:val="clear" w:color="auto" w:fill="FFFFFF"/>
          </w:tcPr>
          <w:p w14:paraId="2971D543" w14:textId="77777777" w:rsidR="0077642F" w:rsidRDefault="0077642F">
            <w:r>
              <w:rPr>
                <w:sz w:val="13"/>
              </w:rPr>
              <w:t>0.7755822511528488</w:t>
            </w:r>
          </w:p>
        </w:tc>
        <w:tc>
          <w:tcPr>
            <w:tcW w:w="1683" w:type="dxa"/>
            <w:shd w:val="clear" w:color="auto" w:fill="FFFFFF"/>
          </w:tcPr>
          <w:p w14:paraId="0F0F35F9" w14:textId="77777777" w:rsidR="0077642F" w:rsidRDefault="0077642F">
            <w:r>
              <w:rPr>
                <w:sz w:val="13"/>
              </w:rPr>
              <w:t>0.3976313556860092</w:t>
            </w:r>
          </w:p>
        </w:tc>
        <w:tc>
          <w:tcPr>
            <w:tcW w:w="1611" w:type="dxa"/>
            <w:shd w:val="clear" w:color="auto" w:fill="FFFFFF"/>
          </w:tcPr>
          <w:p w14:paraId="559641A3" w14:textId="77777777" w:rsidR="0077642F" w:rsidRDefault="0077642F">
            <w:r>
              <w:rPr>
                <w:sz w:val="13"/>
              </w:rPr>
              <w:t>0.5816428729626344</w:t>
            </w:r>
          </w:p>
        </w:tc>
        <w:tc>
          <w:tcPr>
            <w:tcW w:w="1245" w:type="dxa"/>
            <w:shd w:val="clear" w:color="auto" w:fill="FFFFFF"/>
          </w:tcPr>
          <w:p w14:paraId="1EEBEC5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5BD6835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4F79C8F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0E1FB18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UCG-010</w:t>
            </w:r>
          </w:p>
        </w:tc>
        <w:tc>
          <w:tcPr>
            <w:tcW w:w="2411" w:type="dxa"/>
            <w:shd w:val="clear" w:color="auto" w:fill="FFFFFF"/>
          </w:tcPr>
          <w:p w14:paraId="70EB57C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UCG-010</w:t>
            </w:r>
          </w:p>
        </w:tc>
        <w:tc>
          <w:tcPr>
            <w:tcW w:w="1936" w:type="dxa"/>
            <w:shd w:val="clear" w:color="auto" w:fill="FFFFFF"/>
          </w:tcPr>
          <w:p w14:paraId="0F94045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uncultured_organism</w:t>
            </w:r>
          </w:p>
        </w:tc>
      </w:tr>
      <w:tr w:rsidR="0077642F" w14:paraId="60B25270" w14:textId="77777777" w:rsidTr="00A815C0">
        <w:tc>
          <w:tcPr>
            <w:tcW w:w="2501" w:type="dxa"/>
            <w:shd w:val="clear" w:color="auto" w:fill="F2F2F2"/>
          </w:tcPr>
          <w:p w14:paraId="1EDC4E2C" w14:textId="77777777" w:rsidR="0077642F" w:rsidRDefault="0077642F">
            <w:r>
              <w:rPr>
                <w:sz w:val="13"/>
              </w:rPr>
              <w:t>5f5d02199e0cf5034a9b8044fae829bf</w:t>
            </w:r>
          </w:p>
        </w:tc>
        <w:tc>
          <w:tcPr>
            <w:tcW w:w="1814" w:type="dxa"/>
            <w:shd w:val="clear" w:color="auto" w:fill="F2F2F2"/>
          </w:tcPr>
          <w:p w14:paraId="04AFB23F" w14:textId="77777777" w:rsidR="0077642F" w:rsidRDefault="0077642F">
            <w:r>
              <w:rPr>
                <w:sz w:val="13"/>
              </w:rPr>
              <w:t>0.4641361925580387</w:t>
            </w:r>
          </w:p>
        </w:tc>
        <w:tc>
          <w:tcPr>
            <w:tcW w:w="1395" w:type="dxa"/>
            <w:shd w:val="clear" w:color="auto" w:fill="F2F2F2"/>
          </w:tcPr>
          <w:p w14:paraId="6355E091" w14:textId="77777777" w:rsidR="0077642F" w:rsidRDefault="0077642F">
            <w:r>
              <w:rPr>
                <w:sz w:val="13"/>
              </w:rPr>
              <w:t>14.64957313617234</w:t>
            </w:r>
          </w:p>
        </w:tc>
        <w:tc>
          <w:tcPr>
            <w:tcW w:w="1683" w:type="dxa"/>
            <w:shd w:val="clear" w:color="auto" w:fill="F2F2F2"/>
          </w:tcPr>
          <w:p w14:paraId="70951807" w14:textId="77777777" w:rsidR="0077642F" w:rsidRDefault="0077642F">
            <w:r>
              <w:rPr>
                <w:sz w:val="13"/>
              </w:rPr>
              <w:t>0.7962809281934129</w:t>
            </w:r>
          </w:p>
        </w:tc>
        <w:tc>
          <w:tcPr>
            <w:tcW w:w="1683" w:type="dxa"/>
            <w:shd w:val="clear" w:color="auto" w:fill="F2F2F2"/>
          </w:tcPr>
          <w:p w14:paraId="22C7C054" w14:textId="77777777" w:rsidR="0077642F" w:rsidRDefault="0077642F">
            <w:r>
              <w:rPr>
                <w:sz w:val="13"/>
              </w:rPr>
              <w:t>0.3985330796225458</w:t>
            </w:r>
          </w:p>
        </w:tc>
        <w:tc>
          <w:tcPr>
            <w:tcW w:w="1611" w:type="dxa"/>
            <w:shd w:val="clear" w:color="auto" w:fill="F2F2F2"/>
          </w:tcPr>
          <w:p w14:paraId="642A0CB0" w14:textId="77777777" w:rsidR="0077642F" w:rsidRDefault="0077642F">
            <w:r>
              <w:rPr>
                <w:sz w:val="13"/>
              </w:rPr>
              <w:t>0.5816428729626344</w:t>
            </w:r>
          </w:p>
        </w:tc>
        <w:tc>
          <w:tcPr>
            <w:tcW w:w="1245" w:type="dxa"/>
            <w:shd w:val="clear" w:color="auto" w:fill="F2F2F2"/>
          </w:tcPr>
          <w:p w14:paraId="709FCF5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DE324D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E09F25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6EA325C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03ED679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2F2F2"/>
          </w:tcPr>
          <w:p w14:paraId="45ACB28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02CF7805" w14:textId="77777777" w:rsidTr="00A815C0">
        <w:tc>
          <w:tcPr>
            <w:tcW w:w="2501" w:type="dxa"/>
            <w:shd w:val="clear" w:color="auto" w:fill="FFFFFF"/>
          </w:tcPr>
          <w:p w14:paraId="341185DB" w14:textId="77777777" w:rsidR="0077642F" w:rsidRDefault="0077642F">
            <w:r>
              <w:rPr>
                <w:sz w:val="13"/>
              </w:rPr>
              <w:t>7dd806a73ef03bf438cc4a2cefc5ac77</w:t>
            </w:r>
          </w:p>
        </w:tc>
        <w:tc>
          <w:tcPr>
            <w:tcW w:w="1814" w:type="dxa"/>
            <w:shd w:val="clear" w:color="auto" w:fill="FFFFFF"/>
          </w:tcPr>
          <w:p w14:paraId="1F48EB64" w14:textId="77777777" w:rsidR="0077642F" w:rsidRDefault="0077642F">
            <w:r>
              <w:rPr>
                <w:sz w:val="13"/>
              </w:rPr>
              <w:t>1.46583763424947</w:t>
            </w:r>
          </w:p>
        </w:tc>
        <w:tc>
          <w:tcPr>
            <w:tcW w:w="1395" w:type="dxa"/>
            <w:shd w:val="clear" w:color="auto" w:fill="FFFFFF"/>
          </w:tcPr>
          <w:p w14:paraId="4B7B2415" w14:textId="77777777" w:rsidR="0077642F" w:rsidRDefault="0077642F">
            <w:r>
              <w:rPr>
                <w:sz w:val="13"/>
              </w:rPr>
              <w:t>10.27532357129438</w:t>
            </w:r>
          </w:p>
        </w:tc>
        <w:tc>
          <w:tcPr>
            <w:tcW w:w="1683" w:type="dxa"/>
            <w:shd w:val="clear" w:color="auto" w:fill="FFFFFF"/>
          </w:tcPr>
          <w:p w14:paraId="4E2421C7" w14:textId="77777777" w:rsidR="0077642F" w:rsidRDefault="0077642F">
            <w:r>
              <w:rPr>
                <w:sz w:val="13"/>
              </w:rPr>
              <w:t>0.724605638795981</w:t>
            </w:r>
          </w:p>
        </w:tc>
        <w:tc>
          <w:tcPr>
            <w:tcW w:w="1683" w:type="dxa"/>
            <w:shd w:val="clear" w:color="auto" w:fill="FFFFFF"/>
          </w:tcPr>
          <w:p w14:paraId="5B30BB90" w14:textId="77777777" w:rsidR="0077642F" w:rsidRDefault="0077642F">
            <w:r>
              <w:rPr>
                <w:sz w:val="13"/>
              </w:rPr>
              <w:t>0.4150566911778235</w:t>
            </w:r>
          </w:p>
        </w:tc>
        <w:tc>
          <w:tcPr>
            <w:tcW w:w="1611" w:type="dxa"/>
            <w:shd w:val="clear" w:color="auto" w:fill="FFFFFF"/>
          </w:tcPr>
          <w:p w14:paraId="77986F35" w14:textId="77777777" w:rsidR="0077642F" w:rsidRDefault="0077642F">
            <w:r>
              <w:rPr>
                <w:sz w:val="13"/>
              </w:rPr>
              <w:t>0.5970485514646707</w:t>
            </w:r>
          </w:p>
        </w:tc>
        <w:tc>
          <w:tcPr>
            <w:tcW w:w="1245" w:type="dxa"/>
            <w:shd w:val="clear" w:color="auto" w:fill="FFFFFF"/>
          </w:tcPr>
          <w:p w14:paraId="4C9E2B3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6AECE61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1D44365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5CE622D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Ruminococcaceae</w:t>
            </w:r>
          </w:p>
        </w:tc>
        <w:tc>
          <w:tcPr>
            <w:tcW w:w="2411" w:type="dxa"/>
            <w:shd w:val="clear" w:color="auto" w:fill="FFFFFF"/>
          </w:tcPr>
          <w:p w14:paraId="03D36D8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Incertae_Sedis</w:t>
            </w:r>
          </w:p>
        </w:tc>
        <w:tc>
          <w:tcPr>
            <w:tcW w:w="1936" w:type="dxa"/>
            <w:shd w:val="clear" w:color="auto" w:fill="FFFFFF"/>
          </w:tcPr>
          <w:p w14:paraId="611D51D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Clostridium_sp.</w:t>
            </w:r>
          </w:p>
        </w:tc>
      </w:tr>
      <w:tr w:rsidR="0077642F" w14:paraId="6135B8F7" w14:textId="77777777" w:rsidTr="00A815C0">
        <w:tc>
          <w:tcPr>
            <w:tcW w:w="2501" w:type="dxa"/>
            <w:shd w:val="clear" w:color="auto" w:fill="F2F2F2"/>
          </w:tcPr>
          <w:p w14:paraId="6C3C1914" w14:textId="77777777" w:rsidR="0077642F" w:rsidRDefault="0077642F">
            <w:r>
              <w:rPr>
                <w:sz w:val="13"/>
              </w:rPr>
              <w:t>21a1e0c27c5db9fe1d5d9cc3a7a044ea</w:t>
            </w:r>
          </w:p>
        </w:tc>
        <w:tc>
          <w:tcPr>
            <w:tcW w:w="1814" w:type="dxa"/>
            <w:shd w:val="clear" w:color="auto" w:fill="F2F2F2"/>
          </w:tcPr>
          <w:p w14:paraId="589AF620" w14:textId="77777777" w:rsidR="0077642F" w:rsidRDefault="0077642F">
            <w:r>
              <w:rPr>
                <w:sz w:val="13"/>
              </w:rPr>
              <w:t>1.571080920735752</w:t>
            </w:r>
          </w:p>
        </w:tc>
        <w:tc>
          <w:tcPr>
            <w:tcW w:w="1395" w:type="dxa"/>
            <w:shd w:val="clear" w:color="auto" w:fill="F2F2F2"/>
          </w:tcPr>
          <w:p w14:paraId="4BE0FCB8" w14:textId="77777777" w:rsidR="0077642F" w:rsidRDefault="0077642F">
            <w:r>
              <w:rPr>
                <w:sz w:val="13"/>
              </w:rPr>
              <w:t>9.467479972232425</w:t>
            </w:r>
          </w:p>
        </w:tc>
        <w:tc>
          <w:tcPr>
            <w:tcW w:w="1683" w:type="dxa"/>
            <w:shd w:val="clear" w:color="auto" w:fill="F2F2F2"/>
          </w:tcPr>
          <w:p w14:paraId="114C098B" w14:textId="77777777" w:rsidR="0077642F" w:rsidRDefault="0077642F">
            <w:r>
              <w:rPr>
                <w:sz w:val="13"/>
              </w:rPr>
              <w:t>0.7069456928442418</w:t>
            </w:r>
          </w:p>
        </w:tc>
        <w:tc>
          <w:tcPr>
            <w:tcW w:w="1683" w:type="dxa"/>
            <w:shd w:val="clear" w:color="auto" w:fill="F2F2F2"/>
          </w:tcPr>
          <w:p w14:paraId="2D16E626" w14:textId="77777777" w:rsidR="0077642F" w:rsidRDefault="0077642F">
            <w:r>
              <w:rPr>
                <w:sz w:val="13"/>
              </w:rPr>
              <w:t>0.4164597920710358</w:t>
            </w:r>
          </w:p>
        </w:tc>
        <w:tc>
          <w:tcPr>
            <w:tcW w:w="1611" w:type="dxa"/>
            <w:shd w:val="clear" w:color="auto" w:fill="F2F2F2"/>
          </w:tcPr>
          <w:p w14:paraId="628812AC" w14:textId="77777777" w:rsidR="0077642F" w:rsidRDefault="0077642F">
            <w:r>
              <w:rPr>
                <w:sz w:val="13"/>
              </w:rPr>
              <w:t>0.5970485514646707</w:t>
            </w:r>
          </w:p>
        </w:tc>
        <w:tc>
          <w:tcPr>
            <w:tcW w:w="1245" w:type="dxa"/>
            <w:shd w:val="clear" w:color="auto" w:fill="F2F2F2"/>
          </w:tcPr>
          <w:p w14:paraId="7926089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432480F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6A74642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Peptostreptococcales-Tissierellales</w:t>
            </w:r>
          </w:p>
        </w:tc>
        <w:tc>
          <w:tcPr>
            <w:tcW w:w="2411" w:type="dxa"/>
            <w:shd w:val="clear" w:color="auto" w:fill="F2F2F2"/>
          </w:tcPr>
          <w:p w14:paraId="0E33705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Anaerovoracaceae</w:t>
            </w:r>
          </w:p>
        </w:tc>
        <w:tc>
          <w:tcPr>
            <w:tcW w:w="2411" w:type="dxa"/>
            <w:shd w:val="clear" w:color="auto" w:fill="F2F2F2"/>
          </w:tcPr>
          <w:p w14:paraId="666934E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[Eubacterium]_nodatum_group</w:t>
            </w:r>
          </w:p>
        </w:tc>
        <w:tc>
          <w:tcPr>
            <w:tcW w:w="1936" w:type="dxa"/>
            <w:shd w:val="clear" w:color="auto" w:fill="F2F2F2"/>
          </w:tcPr>
          <w:p w14:paraId="6D1EB14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uncultured_organism</w:t>
            </w:r>
          </w:p>
        </w:tc>
      </w:tr>
      <w:tr w:rsidR="0077642F" w14:paraId="5C387BCF" w14:textId="77777777" w:rsidTr="00A815C0">
        <w:tc>
          <w:tcPr>
            <w:tcW w:w="2501" w:type="dxa"/>
            <w:shd w:val="clear" w:color="auto" w:fill="FFFFFF"/>
          </w:tcPr>
          <w:p w14:paraId="6505C3A7" w14:textId="77777777" w:rsidR="0077642F" w:rsidRDefault="0077642F">
            <w:r>
              <w:rPr>
                <w:sz w:val="13"/>
              </w:rPr>
              <w:t>9d1bb3ae33acc2ffa6001dc8b1fb51c9</w:t>
            </w:r>
          </w:p>
        </w:tc>
        <w:tc>
          <w:tcPr>
            <w:tcW w:w="1814" w:type="dxa"/>
            <w:shd w:val="clear" w:color="auto" w:fill="FFFFFF"/>
          </w:tcPr>
          <w:p w14:paraId="292FDB66" w14:textId="77777777" w:rsidR="0077642F" w:rsidRDefault="0077642F">
            <w:r>
              <w:rPr>
                <w:sz w:val="13"/>
              </w:rPr>
              <w:t>0.4472484990598602</w:t>
            </w:r>
          </w:p>
        </w:tc>
        <w:tc>
          <w:tcPr>
            <w:tcW w:w="1395" w:type="dxa"/>
            <w:shd w:val="clear" w:color="auto" w:fill="FFFFFF"/>
          </w:tcPr>
          <w:p w14:paraId="2C00A9F4" w14:textId="77777777" w:rsidR="0077642F" w:rsidRDefault="0077642F">
            <w:r>
              <w:rPr>
                <w:sz w:val="13"/>
              </w:rPr>
              <w:t>13.87476535046085</w:t>
            </w:r>
          </w:p>
        </w:tc>
        <w:tc>
          <w:tcPr>
            <w:tcW w:w="1683" w:type="dxa"/>
            <w:shd w:val="clear" w:color="auto" w:fill="FFFFFF"/>
          </w:tcPr>
          <w:p w14:paraId="3084BD93" w14:textId="77777777" w:rsidR="0077642F" w:rsidRDefault="0077642F">
            <w:r>
              <w:rPr>
                <w:sz w:val="13"/>
              </w:rPr>
              <w:t>0.7000302497013381</w:t>
            </w:r>
          </w:p>
        </w:tc>
        <w:tc>
          <w:tcPr>
            <w:tcW w:w="1683" w:type="dxa"/>
            <w:shd w:val="clear" w:color="auto" w:fill="FFFFFF"/>
          </w:tcPr>
          <w:p w14:paraId="6F697243" w14:textId="77777777" w:rsidR="0077642F" w:rsidRDefault="0077642F">
            <w:r>
              <w:rPr>
                <w:sz w:val="13"/>
              </w:rPr>
              <w:t>0.4272757326370681</w:t>
            </w:r>
          </w:p>
        </w:tc>
        <w:tc>
          <w:tcPr>
            <w:tcW w:w="1611" w:type="dxa"/>
            <w:shd w:val="clear" w:color="auto" w:fill="FFFFFF"/>
          </w:tcPr>
          <w:p w14:paraId="3B516795" w14:textId="77777777" w:rsidR="0077642F" w:rsidRDefault="0077642F">
            <w:r>
              <w:rPr>
                <w:sz w:val="13"/>
              </w:rPr>
              <w:t>0.6071813042737283</w:t>
            </w:r>
          </w:p>
        </w:tc>
        <w:tc>
          <w:tcPr>
            <w:tcW w:w="1245" w:type="dxa"/>
            <w:shd w:val="clear" w:color="auto" w:fill="FFFFFF"/>
          </w:tcPr>
          <w:p w14:paraId="30F8DDA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565CBB0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3E7F76B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3AFB659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597604E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1FA7466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uncultured_Bacteroidales</w:t>
            </w:r>
          </w:p>
        </w:tc>
      </w:tr>
      <w:tr w:rsidR="0077642F" w14:paraId="280FFBD4" w14:textId="77777777" w:rsidTr="00A815C0">
        <w:tc>
          <w:tcPr>
            <w:tcW w:w="2501" w:type="dxa"/>
            <w:shd w:val="clear" w:color="auto" w:fill="F2F2F2"/>
          </w:tcPr>
          <w:p w14:paraId="7DF2AA6F" w14:textId="77777777" w:rsidR="0077642F" w:rsidRDefault="0077642F">
            <w:r>
              <w:rPr>
                <w:sz w:val="13"/>
              </w:rPr>
              <w:t>0f2474b2f860b86bcb1584ef5a826e5e</w:t>
            </w:r>
          </w:p>
        </w:tc>
        <w:tc>
          <w:tcPr>
            <w:tcW w:w="1814" w:type="dxa"/>
            <w:shd w:val="clear" w:color="auto" w:fill="F2F2F2"/>
          </w:tcPr>
          <w:p w14:paraId="6181564A" w14:textId="77777777" w:rsidR="0077642F" w:rsidRDefault="0077642F">
            <w:r>
              <w:rPr>
                <w:sz w:val="13"/>
              </w:rPr>
              <w:t>-1.369840372961023</w:t>
            </w:r>
          </w:p>
        </w:tc>
        <w:tc>
          <w:tcPr>
            <w:tcW w:w="1395" w:type="dxa"/>
            <w:shd w:val="clear" w:color="auto" w:fill="F2F2F2"/>
          </w:tcPr>
          <w:p w14:paraId="39D8395D" w14:textId="77777777" w:rsidR="0077642F" w:rsidRDefault="0077642F">
            <w:r>
              <w:rPr>
                <w:sz w:val="13"/>
              </w:rPr>
              <w:t>10.9703477531097</w:t>
            </w:r>
          </w:p>
        </w:tc>
        <w:tc>
          <w:tcPr>
            <w:tcW w:w="1683" w:type="dxa"/>
            <w:shd w:val="clear" w:color="auto" w:fill="F2F2F2"/>
          </w:tcPr>
          <w:p w14:paraId="371D6E84" w14:textId="77777777" w:rsidR="0077642F" w:rsidRDefault="0077642F">
            <w:r>
              <w:rPr>
                <w:sz w:val="13"/>
              </w:rPr>
              <w:t>0.6255461373999663</w:t>
            </w:r>
          </w:p>
        </w:tc>
        <w:tc>
          <w:tcPr>
            <w:tcW w:w="1683" w:type="dxa"/>
            <w:shd w:val="clear" w:color="auto" w:fill="F2F2F2"/>
          </w:tcPr>
          <w:p w14:paraId="7F258D99" w14:textId="77777777" w:rsidR="0077642F" w:rsidRDefault="0077642F">
            <w:r>
              <w:rPr>
                <w:sz w:val="13"/>
              </w:rPr>
              <w:t>0.4500420654754297</w:t>
            </w:r>
          </w:p>
        </w:tc>
        <w:tc>
          <w:tcPr>
            <w:tcW w:w="1611" w:type="dxa"/>
            <w:shd w:val="clear" w:color="auto" w:fill="F2F2F2"/>
          </w:tcPr>
          <w:p w14:paraId="5EB62A01" w14:textId="77777777" w:rsidR="0077642F" w:rsidRDefault="0077642F">
            <w:r>
              <w:rPr>
                <w:sz w:val="13"/>
              </w:rPr>
              <w:t>0.6339723009306053</w:t>
            </w:r>
          </w:p>
        </w:tc>
        <w:tc>
          <w:tcPr>
            <w:tcW w:w="1245" w:type="dxa"/>
            <w:shd w:val="clear" w:color="auto" w:fill="F2F2F2"/>
          </w:tcPr>
          <w:p w14:paraId="104BEEB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4C12520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75E1A51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6C8664C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7AD5EE6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7C27CED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661B4A78" w14:textId="77777777" w:rsidTr="00A815C0">
        <w:tc>
          <w:tcPr>
            <w:tcW w:w="2501" w:type="dxa"/>
            <w:shd w:val="clear" w:color="auto" w:fill="FFFFFF"/>
          </w:tcPr>
          <w:p w14:paraId="083CB86E" w14:textId="77777777" w:rsidR="0077642F" w:rsidRDefault="0077642F">
            <w:r>
              <w:rPr>
                <w:sz w:val="13"/>
              </w:rPr>
              <w:t>19c5d5e425f8b068ef0eefb72fb4ca17</w:t>
            </w:r>
          </w:p>
        </w:tc>
        <w:tc>
          <w:tcPr>
            <w:tcW w:w="1814" w:type="dxa"/>
            <w:shd w:val="clear" w:color="auto" w:fill="FFFFFF"/>
          </w:tcPr>
          <w:p w14:paraId="1C7C0138" w14:textId="77777777" w:rsidR="0077642F" w:rsidRDefault="0077642F">
            <w:r>
              <w:rPr>
                <w:sz w:val="13"/>
              </w:rPr>
              <w:t>1.361998181343004</w:t>
            </w:r>
          </w:p>
        </w:tc>
        <w:tc>
          <w:tcPr>
            <w:tcW w:w="1395" w:type="dxa"/>
            <w:shd w:val="clear" w:color="auto" w:fill="FFFFFF"/>
          </w:tcPr>
          <w:p w14:paraId="5C479018" w14:textId="77777777" w:rsidR="0077642F" w:rsidRDefault="0077642F">
            <w:r>
              <w:rPr>
                <w:sz w:val="13"/>
              </w:rPr>
              <w:t>10.43367275632283</w:t>
            </w:r>
          </w:p>
        </w:tc>
        <w:tc>
          <w:tcPr>
            <w:tcW w:w="1683" w:type="dxa"/>
            <w:shd w:val="clear" w:color="auto" w:fill="FFFFFF"/>
          </w:tcPr>
          <w:p w14:paraId="406FBEE3" w14:textId="77777777" w:rsidR="0077642F" w:rsidRDefault="0077642F">
            <w:r>
              <w:rPr>
                <w:sz w:val="13"/>
              </w:rPr>
              <w:t>0.595238354198504</w:t>
            </w:r>
          </w:p>
        </w:tc>
        <w:tc>
          <w:tcPr>
            <w:tcW w:w="1683" w:type="dxa"/>
            <w:shd w:val="clear" w:color="auto" w:fill="FFFFFF"/>
          </w:tcPr>
          <w:p w14:paraId="19FADFF6" w14:textId="77777777" w:rsidR="0077642F" w:rsidRDefault="0077642F">
            <w:r>
              <w:rPr>
                <w:sz w:val="13"/>
              </w:rPr>
              <w:t>0.4593024819366458</w:t>
            </w:r>
          </w:p>
        </w:tc>
        <w:tc>
          <w:tcPr>
            <w:tcW w:w="1611" w:type="dxa"/>
            <w:shd w:val="clear" w:color="auto" w:fill="FFFFFF"/>
          </w:tcPr>
          <w:p w14:paraId="486E9D82" w14:textId="77777777" w:rsidR="0077642F" w:rsidRDefault="0077642F">
            <w:r>
              <w:rPr>
                <w:sz w:val="13"/>
              </w:rPr>
              <w:t>0.6373043734728211</w:t>
            </w:r>
          </w:p>
        </w:tc>
        <w:tc>
          <w:tcPr>
            <w:tcW w:w="1245" w:type="dxa"/>
            <w:shd w:val="clear" w:color="auto" w:fill="FFFFFF"/>
          </w:tcPr>
          <w:p w14:paraId="6F70755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485348F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3E2370B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70A80AC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79B2362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FFFFF"/>
          </w:tcPr>
          <w:p w14:paraId="44D4697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23EE47A9" w14:textId="77777777" w:rsidTr="00A815C0">
        <w:tc>
          <w:tcPr>
            <w:tcW w:w="2501" w:type="dxa"/>
            <w:shd w:val="clear" w:color="auto" w:fill="F2F2F2"/>
          </w:tcPr>
          <w:p w14:paraId="4004C7FE" w14:textId="77777777" w:rsidR="0077642F" w:rsidRDefault="0077642F">
            <w:r>
              <w:rPr>
                <w:sz w:val="13"/>
              </w:rPr>
              <w:t>b8b3631368e631885bf8668ef6f72f17</w:t>
            </w:r>
          </w:p>
        </w:tc>
        <w:tc>
          <w:tcPr>
            <w:tcW w:w="1814" w:type="dxa"/>
            <w:shd w:val="clear" w:color="auto" w:fill="F2F2F2"/>
          </w:tcPr>
          <w:p w14:paraId="1279326B" w14:textId="77777777" w:rsidR="0077642F" w:rsidRDefault="0077642F">
            <w:r>
              <w:rPr>
                <w:sz w:val="13"/>
              </w:rPr>
              <w:t>-0.3615823725385029</w:t>
            </w:r>
          </w:p>
        </w:tc>
        <w:tc>
          <w:tcPr>
            <w:tcW w:w="1395" w:type="dxa"/>
            <w:shd w:val="clear" w:color="auto" w:fill="F2F2F2"/>
          </w:tcPr>
          <w:p w14:paraId="4E8FEFDD" w14:textId="77777777" w:rsidR="0077642F" w:rsidRDefault="0077642F">
            <w:r>
              <w:rPr>
                <w:sz w:val="13"/>
              </w:rPr>
              <w:t>13.88293132063157</w:t>
            </w:r>
          </w:p>
        </w:tc>
        <w:tc>
          <w:tcPr>
            <w:tcW w:w="1683" w:type="dxa"/>
            <w:shd w:val="clear" w:color="auto" w:fill="F2F2F2"/>
          </w:tcPr>
          <w:p w14:paraId="02F1C595" w14:textId="77777777" w:rsidR="0077642F" w:rsidRDefault="0077642F">
            <w:r>
              <w:rPr>
                <w:sz w:val="13"/>
              </w:rPr>
              <w:t>0.602180196498748</w:t>
            </w:r>
          </w:p>
        </w:tc>
        <w:tc>
          <w:tcPr>
            <w:tcW w:w="1683" w:type="dxa"/>
            <w:shd w:val="clear" w:color="auto" w:fill="F2F2F2"/>
          </w:tcPr>
          <w:p w14:paraId="1035A5DF" w14:textId="77777777" w:rsidR="0077642F" w:rsidRDefault="0077642F">
            <w:r>
              <w:rPr>
                <w:sz w:val="13"/>
              </w:rPr>
              <w:t>0.4602753808414819</w:t>
            </w:r>
          </w:p>
        </w:tc>
        <w:tc>
          <w:tcPr>
            <w:tcW w:w="1611" w:type="dxa"/>
            <w:shd w:val="clear" w:color="auto" w:fill="F2F2F2"/>
          </w:tcPr>
          <w:p w14:paraId="75290D17" w14:textId="77777777" w:rsidR="0077642F" w:rsidRDefault="0077642F">
            <w:r>
              <w:rPr>
                <w:sz w:val="13"/>
              </w:rPr>
              <w:t>0.6373043734728211</w:t>
            </w:r>
          </w:p>
        </w:tc>
        <w:tc>
          <w:tcPr>
            <w:tcW w:w="1245" w:type="dxa"/>
            <w:shd w:val="clear" w:color="auto" w:fill="F2F2F2"/>
          </w:tcPr>
          <w:p w14:paraId="5D693AE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290506D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40E4EB1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291B513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18072A2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65E91A7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03C836C9" w14:textId="77777777" w:rsidTr="00A815C0">
        <w:tc>
          <w:tcPr>
            <w:tcW w:w="2501" w:type="dxa"/>
            <w:shd w:val="clear" w:color="auto" w:fill="FFFFFF"/>
          </w:tcPr>
          <w:p w14:paraId="073FE6A1" w14:textId="77777777" w:rsidR="0077642F" w:rsidRDefault="0077642F">
            <w:r>
              <w:rPr>
                <w:sz w:val="13"/>
              </w:rPr>
              <w:t>ab44862dfbb39d25dd3f5f93a63244c7</w:t>
            </w:r>
          </w:p>
        </w:tc>
        <w:tc>
          <w:tcPr>
            <w:tcW w:w="1814" w:type="dxa"/>
            <w:shd w:val="clear" w:color="auto" w:fill="FFFFFF"/>
          </w:tcPr>
          <w:p w14:paraId="397F65DC" w14:textId="77777777" w:rsidR="0077642F" w:rsidRDefault="0077642F">
            <w:r>
              <w:rPr>
                <w:sz w:val="13"/>
              </w:rPr>
              <w:t>-1.14240734163925</w:t>
            </w:r>
          </w:p>
        </w:tc>
        <w:tc>
          <w:tcPr>
            <w:tcW w:w="1395" w:type="dxa"/>
            <w:shd w:val="clear" w:color="auto" w:fill="FFFFFF"/>
          </w:tcPr>
          <w:p w14:paraId="67738BAD" w14:textId="77777777" w:rsidR="0077642F" w:rsidRDefault="0077642F">
            <w:r>
              <w:rPr>
                <w:sz w:val="13"/>
              </w:rPr>
              <w:t>12.47121317886211</w:t>
            </w:r>
          </w:p>
        </w:tc>
        <w:tc>
          <w:tcPr>
            <w:tcW w:w="1683" w:type="dxa"/>
            <w:shd w:val="clear" w:color="auto" w:fill="FFFFFF"/>
          </w:tcPr>
          <w:p w14:paraId="56C2551F" w14:textId="77777777" w:rsidR="0077642F" w:rsidRDefault="0077642F">
            <w:r>
              <w:rPr>
                <w:sz w:val="13"/>
              </w:rPr>
              <w:t>0.5488384063317464</w:t>
            </w:r>
          </w:p>
        </w:tc>
        <w:tc>
          <w:tcPr>
            <w:tcW w:w="1683" w:type="dxa"/>
            <w:shd w:val="clear" w:color="auto" w:fill="FFFFFF"/>
          </w:tcPr>
          <w:p w14:paraId="784867F7" w14:textId="77777777" w:rsidR="0077642F" w:rsidRDefault="0077642F">
            <w:r>
              <w:rPr>
                <w:sz w:val="13"/>
              </w:rPr>
              <w:t>0.4798607211200059</w:t>
            </w:r>
          </w:p>
        </w:tc>
        <w:tc>
          <w:tcPr>
            <w:tcW w:w="1611" w:type="dxa"/>
            <w:shd w:val="clear" w:color="auto" w:fill="FFFFFF"/>
          </w:tcPr>
          <w:p w14:paraId="0CC9698B" w14:textId="77777777" w:rsidR="0077642F" w:rsidRDefault="0077642F">
            <w:r>
              <w:rPr>
                <w:sz w:val="13"/>
              </w:rPr>
              <w:t>0.6584230056332172</w:t>
            </w:r>
          </w:p>
        </w:tc>
        <w:tc>
          <w:tcPr>
            <w:tcW w:w="1245" w:type="dxa"/>
            <w:shd w:val="clear" w:color="auto" w:fill="FFFFFF"/>
          </w:tcPr>
          <w:p w14:paraId="0269314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1893F99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7FD9C67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609F495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Rikenellaceae</w:t>
            </w:r>
          </w:p>
        </w:tc>
        <w:tc>
          <w:tcPr>
            <w:tcW w:w="2411" w:type="dxa"/>
            <w:shd w:val="clear" w:color="auto" w:fill="FFFFFF"/>
          </w:tcPr>
          <w:p w14:paraId="59CEBDD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Alistipes</w:t>
            </w:r>
          </w:p>
        </w:tc>
        <w:tc>
          <w:tcPr>
            <w:tcW w:w="1936" w:type="dxa"/>
            <w:shd w:val="clear" w:color="auto" w:fill="FFFFFF"/>
          </w:tcPr>
          <w:p w14:paraId="6B54E1E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44E52BD8" w14:textId="77777777" w:rsidTr="00A815C0">
        <w:tc>
          <w:tcPr>
            <w:tcW w:w="2501" w:type="dxa"/>
            <w:shd w:val="clear" w:color="auto" w:fill="F2F2F2"/>
          </w:tcPr>
          <w:p w14:paraId="32EA822E" w14:textId="77777777" w:rsidR="0077642F" w:rsidRDefault="0077642F">
            <w:r>
              <w:rPr>
                <w:sz w:val="13"/>
              </w:rPr>
              <w:t>29fff7a449f7954c426e5e3bd84713b1</w:t>
            </w:r>
          </w:p>
        </w:tc>
        <w:tc>
          <w:tcPr>
            <w:tcW w:w="1814" w:type="dxa"/>
            <w:shd w:val="clear" w:color="auto" w:fill="F2F2F2"/>
          </w:tcPr>
          <w:p w14:paraId="6990EB49" w14:textId="77777777" w:rsidR="0077642F" w:rsidRDefault="0077642F">
            <w:r>
              <w:rPr>
                <w:sz w:val="13"/>
              </w:rPr>
              <w:t>0.8492985313890425</w:t>
            </w:r>
          </w:p>
        </w:tc>
        <w:tc>
          <w:tcPr>
            <w:tcW w:w="1395" w:type="dxa"/>
            <w:shd w:val="clear" w:color="auto" w:fill="F2F2F2"/>
          </w:tcPr>
          <w:p w14:paraId="779F41C8" w14:textId="77777777" w:rsidR="0077642F" w:rsidRDefault="0077642F">
            <w:r>
              <w:rPr>
                <w:sz w:val="13"/>
              </w:rPr>
              <w:t>12.14631610043151</w:t>
            </w:r>
          </w:p>
        </w:tc>
        <w:tc>
          <w:tcPr>
            <w:tcW w:w="1683" w:type="dxa"/>
            <w:shd w:val="clear" w:color="auto" w:fill="F2F2F2"/>
          </w:tcPr>
          <w:p w14:paraId="33AB95EF" w14:textId="77777777" w:rsidR="0077642F" w:rsidRDefault="0077642F">
            <w:r>
              <w:rPr>
                <w:sz w:val="13"/>
              </w:rPr>
              <w:t>0.5387799953073197</w:t>
            </w:r>
          </w:p>
        </w:tc>
        <w:tc>
          <w:tcPr>
            <w:tcW w:w="1683" w:type="dxa"/>
            <w:shd w:val="clear" w:color="auto" w:fill="F2F2F2"/>
          </w:tcPr>
          <w:p w14:paraId="58A3CA77" w14:textId="77777777" w:rsidR="0077642F" w:rsidRDefault="0077642F">
            <w:r>
              <w:rPr>
                <w:sz w:val="13"/>
              </w:rPr>
              <w:t>0.4836564053725484</w:t>
            </w:r>
          </w:p>
        </w:tc>
        <w:tc>
          <w:tcPr>
            <w:tcW w:w="1611" w:type="dxa"/>
            <w:shd w:val="clear" w:color="auto" w:fill="F2F2F2"/>
          </w:tcPr>
          <w:p w14:paraId="1E9B0C80" w14:textId="77777777" w:rsidR="0077642F" w:rsidRDefault="0077642F">
            <w:r>
              <w:rPr>
                <w:sz w:val="13"/>
              </w:rPr>
              <w:t>0.6584230056332172</w:t>
            </w:r>
          </w:p>
        </w:tc>
        <w:tc>
          <w:tcPr>
            <w:tcW w:w="1245" w:type="dxa"/>
            <w:shd w:val="clear" w:color="auto" w:fill="F2F2F2"/>
          </w:tcPr>
          <w:p w14:paraId="28D602A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531849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7B82AE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7F52095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093E899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3F30ED9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419FC612" w14:textId="77777777" w:rsidTr="00A815C0">
        <w:tc>
          <w:tcPr>
            <w:tcW w:w="2501" w:type="dxa"/>
            <w:shd w:val="clear" w:color="auto" w:fill="FFFFFF"/>
          </w:tcPr>
          <w:p w14:paraId="26CFE09A" w14:textId="77777777" w:rsidR="0077642F" w:rsidRDefault="0077642F">
            <w:r>
              <w:rPr>
                <w:sz w:val="13"/>
              </w:rPr>
              <w:t>327c66c50de441f5d6a1ae609fd2cece</w:t>
            </w:r>
          </w:p>
        </w:tc>
        <w:tc>
          <w:tcPr>
            <w:tcW w:w="1814" w:type="dxa"/>
            <w:shd w:val="clear" w:color="auto" w:fill="FFFFFF"/>
          </w:tcPr>
          <w:p w14:paraId="0FE83357" w14:textId="77777777" w:rsidR="0077642F" w:rsidRDefault="0077642F">
            <w:r>
              <w:rPr>
                <w:sz w:val="13"/>
              </w:rPr>
              <w:t>-0.8153876345007438</w:t>
            </w:r>
          </w:p>
        </w:tc>
        <w:tc>
          <w:tcPr>
            <w:tcW w:w="1395" w:type="dxa"/>
            <w:shd w:val="clear" w:color="auto" w:fill="FFFFFF"/>
          </w:tcPr>
          <w:p w14:paraId="5A063758" w14:textId="77777777" w:rsidR="0077642F" w:rsidRDefault="0077642F">
            <w:r>
              <w:rPr>
                <w:sz w:val="13"/>
              </w:rPr>
              <w:t>12.24369298492305</w:t>
            </w:r>
          </w:p>
        </w:tc>
        <w:tc>
          <w:tcPr>
            <w:tcW w:w="1683" w:type="dxa"/>
            <w:shd w:val="clear" w:color="auto" w:fill="FFFFFF"/>
          </w:tcPr>
          <w:p w14:paraId="3B860149" w14:textId="77777777" w:rsidR="0077642F" w:rsidRDefault="0077642F">
            <w:r>
              <w:rPr>
                <w:sz w:val="13"/>
              </w:rPr>
              <w:t>0.4918302380686077</w:t>
            </w:r>
          </w:p>
        </w:tc>
        <w:tc>
          <w:tcPr>
            <w:tcW w:w="1683" w:type="dxa"/>
            <w:shd w:val="clear" w:color="auto" w:fill="FFFFFF"/>
          </w:tcPr>
          <w:p w14:paraId="1EEC30F4" w14:textId="77777777" w:rsidR="0077642F" w:rsidRDefault="0077642F">
            <w:r>
              <w:rPr>
                <w:sz w:val="13"/>
              </w:rPr>
              <w:t>0.5028481061307781</w:t>
            </w:r>
          </w:p>
        </w:tc>
        <w:tc>
          <w:tcPr>
            <w:tcW w:w="1611" w:type="dxa"/>
            <w:shd w:val="clear" w:color="auto" w:fill="FFFFFF"/>
          </w:tcPr>
          <w:p w14:paraId="661EB58A" w14:textId="77777777" w:rsidR="0077642F" w:rsidRDefault="0077642F">
            <w:r>
              <w:rPr>
                <w:sz w:val="13"/>
              </w:rPr>
              <w:t>0.6788449432765505</w:t>
            </w:r>
          </w:p>
        </w:tc>
        <w:tc>
          <w:tcPr>
            <w:tcW w:w="1245" w:type="dxa"/>
            <w:shd w:val="clear" w:color="auto" w:fill="FFFFFF"/>
          </w:tcPr>
          <w:p w14:paraId="5685FA5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6CE2240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3A8D693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5E09B42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355101D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7FC0DF2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uncultured_Bacteroidales</w:t>
            </w:r>
          </w:p>
        </w:tc>
      </w:tr>
      <w:tr w:rsidR="0077642F" w14:paraId="1C58456A" w14:textId="77777777" w:rsidTr="00A815C0">
        <w:tc>
          <w:tcPr>
            <w:tcW w:w="2501" w:type="dxa"/>
            <w:shd w:val="clear" w:color="auto" w:fill="F2F2F2"/>
          </w:tcPr>
          <w:p w14:paraId="297E7F2D" w14:textId="77777777" w:rsidR="0077642F" w:rsidRDefault="0077642F">
            <w:r>
              <w:rPr>
                <w:sz w:val="13"/>
              </w:rPr>
              <w:t>374fced2de6dd515a1a3b1bc551e96de</w:t>
            </w:r>
          </w:p>
        </w:tc>
        <w:tc>
          <w:tcPr>
            <w:tcW w:w="1814" w:type="dxa"/>
            <w:shd w:val="clear" w:color="auto" w:fill="F2F2F2"/>
          </w:tcPr>
          <w:p w14:paraId="74E1A4A1" w14:textId="77777777" w:rsidR="0077642F" w:rsidRDefault="0077642F">
            <w:r>
              <w:rPr>
                <w:sz w:val="13"/>
              </w:rPr>
              <w:t>-1.084666575472984</w:t>
            </w:r>
          </w:p>
        </w:tc>
        <w:tc>
          <w:tcPr>
            <w:tcW w:w="1395" w:type="dxa"/>
            <w:shd w:val="clear" w:color="auto" w:fill="F2F2F2"/>
          </w:tcPr>
          <w:p w14:paraId="0F75B90A" w14:textId="77777777" w:rsidR="0077642F" w:rsidRDefault="0077642F">
            <w:r>
              <w:rPr>
                <w:sz w:val="13"/>
              </w:rPr>
              <w:t>10.93646680226588</w:t>
            </w:r>
          </w:p>
        </w:tc>
        <w:tc>
          <w:tcPr>
            <w:tcW w:w="1683" w:type="dxa"/>
            <w:shd w:val="clear" w:color="auto" w:fill="F2F2F2"/>
          </w:tcPr>
          <w:p w14:paraId="3248748C" w14:textId="77777777" w:rsidR="0077642F" w:rsidRDefault="0077642F">
            <w:r>
              <w:rPr>
                <w:sz w:val="13"/>
              </w:rPr>
              <w:t>0.4674444361790127</w:t>
            </w:r>
          </w:p>
        </w:tc>
        <w:tc>
          <w:tcPr>
            <w:tcW w:w="1683" w:type="dxa"/>
            <w:shd w:val="clear" w:color="auto" w:fill="F2F2F2"/>
          </w:tcPr>
          <w:p w14:paraId="20ABF661" w14:textId="77777777" w:rsidR="0077642F" w:rsidRDefault="0077642F">
            <w:r>
              <w:rPr>
                <w:sz w:val="13"/>
              </w:rPr>
              <w:t>0.5120422949254376</w:t>
            </w:r>
          </w:p>
        </w:tc>
        <w:tc>
          <w:tcPr>
            <w:tcW w:w="1611" w:type="dxa"/>
            <w:shd w:val="clear" w:color="auto" w:fill="F2F2F2"/>
          </w:tcPr>
          <w:p w14:paraId="0017A0B6" w14:textId="77777777" w:rsidR="0077642F" w:rsidRDefault="0077642F">
            <w:r>
              <w:rPr>
                <w:sz w:val="13"/>
              </w:rPr>
              <w:t>0.6855442295695942</w:t>
            </w:r>
          </w:p>
        </w:tc>
        <w:tc>
          <w:tcPr>
            <w:tcW w:w="1245" w:type="dxa"/>
            <w:shd w:val="clear" w:color="auto" w:fill="F2F2F2"/>
          </w:tcPr>
          <w:p w14:paraId="4D2038D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830570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2187B51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6E3AC50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5FA5E56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1936" w:type="dxa"/>
            <w:shd w:val="clear" w:color="auto" w:fill="F2F2F2"/>
          </w:tcPr>
          <w:p w14:paraId="7A5D7E7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1BF0AB03" w14:textId="77777777" w:rsidTr="00A815C0">
        <w:tc>
          <w:tcPr>
            <w:tcW w:w="2501" w:type="dxa"/>
            <w:shd w:val="clear" w:color="auto" w:fill="FFFFFF"/>
          </w:tcPr>
          <w:p w14:paraId="016BA869" w14:textId="77777777" w:rsidR="0077642F" w:rsidRDefault="0077642F">
            <w:r>
              <w:rPr>
                <w:sz w:val="13"/>
              </w:rPr>
              <w:t>f9c163f1579a4ba21e1746d561c9f071</w:t>
            </w:r>
          </w:p>
        </w:tc>
        <w:tc>
          <w:tcPr>
            <w:tcW w:w="1814" w:type="dxa"/>
            <w:shd w:val="clear" w:color="auto" w:fill="FFFFFF"/>
          </w:tcPr>
          <w:p w14:paraId="1A2880C4" w14:textId="77777777" w:rsidR="0077642F" w:rsidRDefault="0077642F">
            <w:r>
              <w:rPr>
                <w:sz w:val="13"/>
              </w:rPr>
              <w:t>0.7718937796320713</w:t>
            </w:r>
          </w:p>
        </w:tc>
        <w:tc>
          <w:tcPr>
            <w:tcW w:w="1395" w:type="dxa"/>
            <w:shd w:val="clear" w:color="auto" w:fill="FFFFFF"/>
          </w:tcPr>
          <w:p w14:paraId="1EE090A9" w14:textId="77777777" w:rsidR="0077642F" w:rsidRDefault="0077642F">
            <w:r>
              <w:rPr>
                <w:sz w:val="13"/>
              </w:rPr>
              <w:t>12.79822089441614</w:t>
            </w:r>
          </w:p>
        </w:tc>
        <w:tc>
          <w:tcPr>
            <w:tcW w:w="1683" w:type="dxa"/>
            <w:shd w:val="clear" w:color="auto" w:fill="FFFFFF"/>
          </w:tcPr>
          <w:p w14:paraId="281A5DE1" w14:textId="77777777" w:rsidR="0077642F" w:rsidRDefault="0077642F">
            <w:r>
              <w:rPr>
                <w:sz w:val="13"/>
              </w:rPr>
              <w:t>0.4351665643674933</w:t>
            </w:r>
          </w:p>
        </w:tc>
        <w:tc>
          <w:tcPr>
            <w:tcW w:w="1683" w:type="dxa"/>
            <w:shd w:val="clear" w:color="auto" w:fill="FFFFFF"/>
          </w:tcPr>
          <w:p w14:paraId="16903E98" w14:textId="77777777" w:rsidR="0077642F" w:rsidRDefault="0077642F">
            <w:r>
              <w:rPr>
                <w:sz w:val="13"/>
              </w:rPr>
              <w:t>0.528013205938733</w:t>
            </w:r>
          </w:p>
        </w:tc>
        <w:tc>
          <w:tcPr>
            <w:tcW w:w="1611" w:type="dxa"/>
            <w:shd w:val="clear" w:color="auto" w:fill="FFFFFF"/>
          </w:tcPr>
          <w:p w14:paraId="36BE11BE" w14:textId="77777777" w:rsidR="0077642F" w:rsidRDefault="0077642F">
            <w:r>
              <w:rPr>
                <w:sz w:val="13"/>
              </w:rPr>
              <w:t>0.6977856187713061</w:t>
            </w:r>
          </w:p>
        </w:tc>
        <w:tc>
          <w:tcPr>
            <w:tcW w:w="1245" w:type="dxa"/>
            <w:shd w:val="clear" w:color="auto" w:fill="FFFFFF"/>
          </w:tcPr>
          <w:p w14:paraId="15E79CB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7174254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0FC6AD8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53FB9F0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7711D0D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0185085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31F8D1E3" w14:textId="77777777" w:rsidTr="00A815C0">
        <w:tc>
          <w:tcPr>
            <w:tcW w:w="2501" w:type="dxa"/>
            <w:shd w:val="clear" w:color="auto" w:fill="F2F2F2"/>
          </w:tcPr>
          <w:p w14:paraId="7ADD5D3D" w14:textId="77777777" w:rsidR="0077642F" w:rsidRDefault="0077642F">
            <w:r>
              <w:rPr>
                <w:sz w:val="13"/>
              </w:rPr>
              <w:t>9b3495085364f87a3bbadad3fe0fe52a</w:t>
            </w:r>
          </w:p>
        </w:tc>
        <w:tc>
          <w:tcPr>
            <w:tcW w:w="1814" w:type="dxa"/>
            <w:shd w:val="clear" w:color="auto" w:fill="F2F2F2"/>
          </w:tcPr>
          <w:p w14:paraId="194EF47C" w14:textId="77777777" w:rsidR="0077642F" w:rsidRDefault="0077642F">
            <w:r>
              <w:rPr>
                <w:sz w:val="13"/>
              </w:rPr>
              <w:t>-0.8548287542382643</w:t>
            </w:r>
          </w:p>
        </w:tc>
        <w:tc>
          <w:tcPr>
            <w:tcW w:w="1395" w:type="dxa"/>
            <w:shd w:val="clear" w:color="auto" w:fill="F2F2F2"/>
          </w:tcPr>
          <w:p w14:paraId="0505EE53" w14:textId="77777777" w:rsidR="0077642F" w:rsidRDefault="0077642F">
            <w:r>
              <w:rPr>
                <w:sz w:val="13"/>
              </w:rPr>
              <w:t>10.14211374863538</w:t>
            </w:r>
          </w:p>
        </w:tc>
        <w:tc>
          <w:tcPr>
            <w:tcW w:w="1683" w:type="dxa"/>
            <w:shd w:val="clear" w:color="auto" w:fill="F2F2F2"/>
          </w:tcPr>
          <w:p w14:paraId="4F949F3F" w14:textId="77777777" w:rsidR="0077642F" w:rsidRDefault="0077642F">
            <w:r>
              <w:rPr>
                <w:sz w:val="13"/>
              </w:rPr>
              <w:t>0.4248970301354335</w:t>
            </w:r>
          </w:p>
        </w:tc>
        <w:tc>
          <w:tcPr>
            <w:tcW w:w="1683" w:type="dxa"/>
            <w:shd w:val="clear" w:color="auto" w:fill="F2F2F2"/>
          </w:tcPr>
          <w:p w14:paraId="13AE1D77" w14:textId="77777777" w:rsidR="0077642F" w:rsidRDefault="0077642F">
            <w:r>
              <w:rPr>
                <w:sz w:val="13"/>
              </w:rPr>
              <w:t>0.5298001920300657</w:t>
            </w:r>
          </w:p>
        </w:tc>
        <w:tc>
          <w:tcPr>
            <w:tcW w:w="1611" w:type="dxa"/>
            <w:shd w:val="clear" w:color="auto" w:fill="F2F2F2"/>
          </w:tcPr>
          <w:p w14:paraId="19AD0F16" w14:textId="77777777" w:rsidR="0077642F" w:rsidRDefault="0077642F">
            <w:r>
              <w:rPr>
                <w:sz w:val="13"/>
              </w:rPr>
              <w:t>0.6977856187713061</w:t>
            </w:r>
          </w:p>
        </w:tc>
        <w:tc>
          <w:tcPr>
            <w:tcW w:w="1245" w:type="dxa"/>
            <w:shd w:val="clear" w:color="auto" w:fill="F2F2F2"/>
          </w:tcPr>
          <w:p w14:paraId="70349AD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2D24050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59E224A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2F2F2"/>
          </w:tcPr>
          <w:p w14:paraId="53A3FFB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UCG-010</w:t>
            </w:r>
          </w:p>
        </w:tc>
        <w:tc>
          <w:tcPr>
            <w:tcW w:w="2411" w:type="dxa"/>
            <w:shd w:val="clear" w:color="auto" w:fill="F2F2F2"/>
          </w:tcPr>
          <w:p w14:paraId="5595F76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UCG-010</w:t>
            </w:r>
          </w:p>
        </w:tc>
        <w:tc>
          <w:tcPr>
            <w:tcW w:w="1936" w:type="dxa"/>
            <w:shd w:val="clear" w:color="auto" w:fill="F2F2F2"/>
          </w:tcPr>
          <w:p w14:paraId="7541282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4B0108B0" w14:textId="77777777" w:rsidTr="00A815C0">
        <w:tc>
          <w:tcPr>
            <w:tcW w:w="2501" w:type="dxa"/>
            <w:shd w:val="clear" w:color="auto" w:fill="FFFFFF"/>
          </w:tcPr>
          <w:p w14:paraId="3198BA39" w14:textId="77777777" w:rsidR="0077642F" w:rsidRDefault="0077642F">
            <w:r>
              <w:rPr>
                <w:sz w:val="13"/>
              </w:rPr>
              <w:t>631831eee09fe9fd9281110f4342c6ea</w:t>
            </w:r>
          </w:p>
        </w:tc>
        <w:tc>
          <w:tcPr>
            <w:tcW w:w="1814" w:type="dxa"/>
            <w:shd w:val="clear" w:color="auto" w:fill="FFFFFF"/>
          </w:tcPr>
          <w:p w14:paraId="4B2CDE7E" w14:textId="77777777" w:rsidR="0077642F" w:rsidRDefault="0077642F">
            <w:r>
              <w:rPr>
                <w:sz w:val="13"/>
              </w:rPr>
              <w:t>0.3332330429636837</w:t>
            </w:r>
          </w:p>
        </w:tc>
        <w:tc>
          <w:tcPr>
            <w:tcW w:w="1395" w:type="dxa"/>
            <w:shd w:val="clear" w:color="auto" w:fill="FFFFFF"/>
          </w:tcPr>
          <w:p w14:paraId="1360740C" w14:textId="77777777" w:rsidR="0077642F" w:rsidRDefault="0077642F">
            <w:r>
              <w:rPr>
                <w:sz w:val="13"/>
              </w:rPr>
              <w:t>13.1719467789279</w:t>
            </w:r>
          </w:p>
        </w:tc>
        <w:tc>
          <w:tcPr>
            <w:tcW w:w="1683" w:type="dxa"/>
            <w:shd w:val="clear" w:color="auto" w:fill="FFFFFF"/>
          </w:tcPr>
          <w:p w14:paraId="7650B5E4" w14:textId="77777777" w:rsidR="0077642F" w:rsidRDefault="0077642F">
            <w:r>
              <w:rPr>
                <w:sz w:val="13"/>
              </w:rPr>
              <w:t>0.3793553574112695</w:t>
            </w:r>
          </w:p>
        </w:tc>
        <w:tc>
          <w:tcPr>
            <w:tcW w:w="1683" w:type="dxa"/>
            <w:shd w:val="clear" w:color="auto" w:fill="FFFFFF"/>
          </w:tcPr>
          <w:p w14:paraId="115EDB40" w14:textId="77777777" w:rsidR="0077642F" w:rsidRDefault="0077642F">
            <w:r>
              <w:rPr>
                <w:sz w:val="13"/>
              </w:rPr>
              <w:t>0.55516031101621</w:t>
            </w:r>
          </w:p>
        </w:tc>
        <w:tc>
          <w:tcPr>
            <w:tcW w:w="1611" w:type="dxa"/>
            <w:shd w:val="clear" w:color="auto" w:fill="FFFFFF"/>
          </w:tcPr>
          <w:p w14:paraId="7F0DDD9E" w14:textId="77777777" w:rsidR="0077642F" w:rsidRDefault="0077642F">
            <w:r>
              <w:rPr>
                <w:sz w:val="13"/>
              </w:rPr>
              <w:t>0.7156046044724559</w:t>
            </w:r>
          </w:p>
        </w:tc>
        <w:tc>
          <w:tcPr>
            <w:tcW w:w="1245" w:type="dxa"/>
            <w:shd w:val="clear" w:color="auto" w:fill="FFFFFF"/>
          </w:tcPr>
          <w:p w14:paraId="4B86546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7B5FD68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26B5788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1ADD55D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3832020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71857F5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7168C311" w14:textId="77777777" w:rsidTr="00A815C0">
        <w:tc>
          <w:tcPr>
            <w:tcW w:w="2501" w:type="dxa"/>
            <w:shd w:val="clear" w:color="auto" w:fill="F2F2F2"/>
          </w:tcPr>
          <w:p w14:paraId="01B72A9F" w14:textId="77777777" w:rsidR="0077642F" w:rsidRDefault="0077642F">
            <w:r>
              <w:rPr>
                <w:sz w:val="13"/>
              </w:rPr>
              <w:t>ad1030461de806e9e5bfdbee764e6231</w:t>
            </w:r>
          </w:p>
        </w:tc>
        <w:tc>
          <w:tcPr>
            <w:tcW w:w="1814" w:type="dxa"/>
            <w:shd w:val="clear" w:color="auto" w:fill="F2F2F2"/>
          </w:tcPr>
          <w:p w14:paraId="6AEAD1B4" w14:textId="77777777" w:rsidR="0077642F" w:rsidRDefault="0077642F">
            <w:r>
              <w:rPr>
                <w:sz w:val="13"/>
              </w:rPr>
              <w:t>0.742313516949962</w:t>
            </w:r>
          </w:p>
        </w:tc>
        <w:tc>
          <w:tcPr>
            <w:tcW w:w="1395" w:type="dxa"/>
            <w:shd w:val="clear" w:color="auto" w:fill="F2F2F2"/>
          </w:tcPr>
          <w:p w14:paraId="4D7BCC38" w14:textId="77777777" w:rsidR="0077642F" w:rsidRDefault="0077642F">
            <w:r>
              <w:rPr>
                <w:sz w:val="13"/>
              </w:rPr>
              <w:t>13.55406951793282</w:t>
            </w:r>
          </w:p>
        </w:tc>
        <w:tc>
          <w:tcPr>
            <w:tcW w:w="1683" w:type="dxa"/>
            <w:shd w:val="clear" w:color="auto" w:fill="F2F2F2"/>
          </w:tcPr>
          <w:p w14:paraId="21566B6B" w14:textId="77777777" w:rsidR="0077642F" w:rsidRDefault="0077642F">
            <w:r>
              <w:rPr>
                <w:sz w:val="13"/>
              </w:rPr>
              <w:t>0.3768504021649002</w:t>
            </w:r>
          </w:p>
        </w:tc>
        <w:tc>
          <w:tcPr>
            <w:tcW w:w="1683" w:type="dxa"/>
            <w:shd w:val="clear" w:color="auto" w:fill="F2F2F2"/>
          </w:tcPr>
          <w:p w14:paraId="0B63B101" w14:textId="77777777" w:rsidR="0077642F" w:rsidRDefault="0077642F">
            <w:r>
              <w:rPr>
                <w:sz w:val="13"/>
              </w:rPr>
              <w:t>0.5564692129315238</w:t>
            </w:r>
          </w:p>
        </w:tc>
        <w:tc>
          <w:tcPr>
            <w:tcW w:w="1611" w:type="dxa"/>
            <w:shd w:val="clear" w:color="auto" w:fill="F2F2F2"/>
          </w:tcPr>
          <w:p w14:paraId="0A8A31A2" w14:textId="77777777" w:rsidR="0077642F" w:rsidRDefault="0077642F">
            <w:r>
              <w:rPr>
                <w:sz w:val="13"/>
              </w:rPr>
              <w:t>0.7156046044724559</w:t>
            </w:r>
          </w:p>
        </w:tc>
        <w:tc>
          <w:tcPr>
            <w:tcW w:w="1245" w:type="dxa"/>
            <w:shd w:val="clear" w:color="auto" w:fill="F2F2F2"/>
          </w:tcPr>
          <w:p w14:paraId="4FFE56F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B5A131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799A8A3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38B5DA7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338AE9C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7336B23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771A6987" w14:textId="77777777" w:rsidTr="00A815C0">
        <w:tc>
          <w:tcPr>
            <w:tcW w:w="2501" w:type="dxa"/>
            <w:shd w:val="clear" w:color="auto" w:fill="FFFFFF"/>
          </w:tcPr>
          <w:p w14:paraId="5B1045B5" w14:textId="77777777" w:rsidR="0077642F" w:rsidRDefault="0077642F">
            <w:r>
              <w:rPr>
                <w:sz w:val="13"/>
              </w:rPr>
              <w:t>97649ca025c4f3722556abb910ebde12</w:t>
            </w:r>
          </w:p>
        </w:tc>
        <w:tc>
          <w:tcPr>
            <w:tcW w:w="1814" w:type="dxa"/>
            <w:shd w:val="clear" w:color="auto" w:fill="FFFFFF"/>
          </w:tcPr>
          <w:p w14:paraId="1A4F0533" w14:textId="77777777" w:rsidR="0077642F" w:rsidRDefault="0077642F">
            <w:r>
              <w:rPr>
                <w:sz w:val="13"/>
              </w:rPr>
              <w:t>0.9226943605728386</w:t>
            </w:r>
          </w:p>
        </w:tc>
        <w:tc>
          <w:tcPr>
            <w:tcW w:w="1395" w:type="dxa"/>
            <w:shd w:val="clear" w:color="auto" w:fill="FFFFFF"/>
          </w:tcPr>
          <w:p w14:paraId="64874433" w14:textId="77777777" w:rsidR="0077642F" w:rsidRDefault="0077642F">
            <w:r>
              <w:rPr>
                <w:sz w:val="13"/>
              </w:rPr>
              <w:t>10.81018042737922</w:t>
            </w:r>
          </w:p>
        </w:tc>
        <w:tc>
          <w:tcPr>
            <w:tcW w:w="1683" w:type="dxa"/>
            <w:shd w:val="clear" w:color="auto" w:fill="FFFFFF"/>
          </w:tcPr>
          <w:p w14:paraId="34504E17" w14:textId="77777777" w:rsidR="0077642F" w:rsidRDefault="0077642F">
            <w:r>
              <w:rPr>
                <w:sz w:val="13"/>
              </w:rPr>
              <w:t>0.3683680802999643</w:t>
            </w:r>
          </w:p>
        </w:tc>
        <w:tc>
          <w:tcPr>
            <w:tcW w:w="1683" w:type="dxa"/>
            <w:shd w:val="clear" w:color="auto" w:fill="FFFFFF"/>
          </w:tcPr>
          <w:p w14:paraId="07D0A1F9" w14:textId="77777777" w:rsidR="0077642F" w:rsidRDefault="0077642F">
            <w:r>
              <w:rPr>
                <w:sz w:val="13"/>
              </w:rPr>
              <w:t>0.5592823421270452</w:t>
            </w:r>
          </w:p>
        </w:tc>
        <w:tc>
          <w:tcPr>
            <w:tcW w:w="1611" w:type="dxa"/>
            <w:shd w:val="clear" w:color="auto" w:fill="FFFFFF"/>
          </w:tcPr>
          <w:p w14:paraId="69E28A39" w14:textId="77777777" w:rsidR="0077642F" w:rsidRDefault="0077642F">
            <w:r>
              <w:rPr>
                <w:sz w:val="13"/>
              </w:rPr>
              <w:t>0.7156046044724559</w:t>
            </w:r>
          </w:p>
        </w:tc>
        <w:tc>
          <w:tcPr>
            <w:tcW w:w="1245" w:type="dxa"/>
            <w:shd w:val="clear" w:color="auto" w:fill="FFFFFF"/>
          </w:tcPr>
          <w:p w14:paraId="794885F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6E48516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67680C9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1DB73EB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19EEC29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77ACAE5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57D26816" w14:textId="77777777" w:rsidTr="00A815C0">
        <w:tc>
          <w:tcPr>
            <w:tcW w:w="2501" w:type="dxa"/>
            <w:shd w:val="clear" w:color="auto" w:fill="F2F2F2"/>
          </w:tcPr>
          <w:p w14:paraId="4B4F6664" w14:textId="77777777" w:rsidR="0077642F" w:rsidRDefault="0077642F">
            <w:r>
              <w:rPr>
                <w:sz w:val="13"/>
              </w:rPr>
              <w:t>547f80f193a2881abc9f7026b92ad352</w:t>
            </w:r>
          </w:p>
        </w:tc>
        <w:tc>
          <w:tcPr>
            <w:tcW w:w="1814" w:type="dxa"/>
            <w:shd w:val="clear" w:color="auto" w:fill="F2F2F2"/>
          </w:tcPr>
          <w:p w14:paraId="4017D807" w14:textId="77777777" w:rsidR="0077642F" w:rsidRDefault="0077642F">
            <w:r>
              <w:rPr>
                <w:sz w:val="13"/>
              </w:rPr>
              <w:t>0.9286536047159221</w:t>
            </w:r>
          </w:p>
        </w:tc>
        <w:tc>
          <w:tcPr>
            <w:tcW w:w="1395" w:type="dxa"/>
            <w:shd w:val="clear" w:color="auto" w:fill="F2F2F2"/>
          </w:tcPr>
          <w:p w14:paraId="6DC76C3E" w14:textId="77777777" w:rsidR="0077642F" w:rsidRDefault="0077642F">
            <w:r>
              <w:rPr>
                <w:sz w:val="13"/>
              </w:rPr>
              <w:t>12.19921081798282</w:t>
            </w:r>
          </w:p>
        </w:tc>
        <w:tc>
          <w:tcPr>
            <w:tcW w:w="1683" w:type="dxa"/>
            <w:shd w:val="clear" w:color="auto" w:fill="F2F2F2"/>
          </w:tcPr>
          <w:p w14:paraId="16906F5A" w14:textId="77777777" w:rsidR="0077642F" w:rsidRDefault="0077642F">
            <w:r>
              <w:rPr>
                <w:sz w:val="13"/>
              </w:rPr>
              <w:t>0.36749259525197</w:t>
            </w:r>
          </w:p>
        </w:tc>
        <w:tc>
          <w:tcPr>
            <w:tcW w:w="1683" w:type="dxa"/>
            <w:shd w:val="clear" w:color="auto" w:fill="F2F2F2"/>
          </w:tcPr>
          <w:p w14:paraId="3E0C87AB" w14:textId="77777777" w:rsidR="0077642F" w:rsidRDefault="0077642F">
            <w:r>
              <w:rPr>
                <w:sz w:val="13"/>
              </w:rPr>
              <w:t>0.5609986714074191</w:t>
            </w:r>
          </w:p>
        </w:tc>
        <w:tc>
          <w:tcPr>
            <w:tcW w:w="1611" w:type="dxa"/>
            <w:shd w:val="clear" w:color="auto" w:fill="F2F2F2"/>
          </w:tcPr>
          <w:p w14:paraId="01BD78E7" w14:textId="77777777" w:rsidR="0077642F" w:rsidRDefault="0077642F">
            <w:r>
              <w:rPr>
                <w:sz w:val="13"/>
              </w:rPr>
              <w:t>0.7156046044724559</w:t>
            </w:r>
          </w:p>
        </w:tc>
        <w:tc>
          <w:tcPr>
            <w:tcW w:w="1245" w:type="dxa"/>
            <w:shd w:val="clear" w:color="auto" w:fill="F2F2F2"/>
          </w:tcPr>
          <w:p w14:paraId="460CF7A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A84AAC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Bacilli</w:t>
            </w:r>
          </w:p>
        </w:tc>
        <w:tc>
          <w:tcPr>
            <w:tcW w:w="2324" w:type="dxa"/>
            <w:shd w:val="clear" w:color="auto" w:fill="F2F2F2"/>
          </w:tcPr>
          <w:p w14:paraId="4E97DB6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Lactobacillales</w:t>
            </w:r>
          </w:p>
        </w:tc>
        <w:tc>
          <w:tcPr>
            <w:tcW w:w="2411" w:type="dxa"/>
            <w:shd w:val="clear" w:color="auto" w:fill="F2F2F2"/>
          </w:tcPr>
          <w:p w14:paraId="32C99D5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Lactobacillaceae</w:t>
            </w:r>
          </w:p>
        </w:tc>
        <w:tc>
          <w:tcPr>
            <w:tcW w:w="2411" w:type="dxa"/>
            <w:shd w:val="clear" w:color="auto" w:fill="F2F2F2"/>
          </w:tcPr>
          <w:p w14:paraId="7BA5198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Lactobacillus</w:t>
            </w:r>
          </w:p>
        </w:tc>
        <w:tc>
          <w:tcPr>
            <w:tcW w:w="1936" w:type="dxa"/>
            <w:shd w:val="clear" w:color="auto" w:fill="F2F2F2"/>
          </w:tcPr>
          <w:p w14:paraId="07D0EF2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65DB0061" w14:textId="77777777" w:rsidTr="00A815C0">
        <w:tc>
          <w:tcPr>
            <w:tcW w:w="2501" w:type="dxa"/>
            <w:shd w:val="clear" w:color="auto" w:fill="FFFFFF"/>
          </w:tcPr>
          <w:p w14:paraId="3DEFECDC" w14:textId="77777777" w:rsidR="0077642F" w:rsidRDefault="0077642F">
            <w:r>
              <w:rPr>
                <w:sz w:val="13"/>
              </w:rPr>
              <w:t>462b8f1780130500d37b2256e177b1e4</w:t>
            </w:r>
          </w:p>
        </w:tc>
        <w:tc>
          <w:tcPr>
            <w:tcW w:w="1814" w:type="dxa"/>
            <w:shd w:val="clear" w:color="auto" w:fill="FFFFFF"/>
          </w:tcPr>
          <w:p w14:paraId="385E77BC" w14:textId="77777777" w:rsidR="0077642F" w:rsidRDefault="0077642F">
            <w:r>
              <w:rPr>
                <w:sz w:val="13"/>
              </w:rPr>
              <w:t>-0.3612817262579452</w:t>
            </w:r>
          </w:p>
        </w:tc>
        <w:tc>
          <w:tcPr>
            <w:tcW w:w="1395" w:type="dxa"/>
            <w:shd w:val="clear" w:color="auto" w:fill="FFFFFF"/>
          </w:tcPr>
          <w:p w14:paraId="1B242989" w14:textId="77777777" w:rsidR="0077642F" w:rsidRDefault="0077642F">
            <w:r>
              <w:rPr>
                <w:sz w:val="13"/>
              </w:rPr>
              <w:t>12.64099788171009</w:t>
            </w:r>
          </w:p>
        </w:tc>
        <w:tc>
          <w:tcPr>
            <w:tcW w:w="1683" w:type="dxa"/>
            <w:shd w:val="clear" w:color="auto" w:fill="FFFFFF"/>
          </w:tcPr>
          <w:p w14:paraId="555A3620" w14:textId="77777777" w:rsidR="0077642F" w:rsidRDefault="0077642F">
            <w:r>
              <w:rPr>
                <w:sz w:val="13"/>
              </w:rPr>
              <w:t>0.336428394331677</w:t>
            </w:r>
          </w:p>
        </w:tc>
        <w:tc>
          <w:tcPr>
            <w:tcW w:w="1683" w:type="dxa"/>
            <w:shd w:val="clear" w:color="auto" w:fill="FFFFFF"/>
          </w:tcPr>
          <w:p w14:paraId="00DB3CCD" w14:textId="77777777" w:rsidR="0077642F" w:rsidRDefault="0077642F">
            <w:r>
              <w:rPr>
                <w:sz w:val="13"/>
              </w:rPr>
              <w:t>0.5778754165363522</w:t>
            </w:r>
          </w:p>
        </w:tc>
        <w:tc>
          <w:tcPr>
            <w:tcW w:w="1611" w:type="dxa"/>
            <w:shd w:val="clear" w:color="auto" w:fill="FFFFFF"/>
          </w:tcPr>
          <w:p w14:paraId="75B82969" w14:textId="77777777" w:rsidR="0077642F" w:rsidRDefault="0077642F">
            <w:r>
              <w:rPr>
                <w:sz w:val="13"/>
              </w:rPr>
              <w:t>0.7313735740538208</w:t>
            </w:r>
          </w:p>
        </w:tc>
        <w:tc>
          <w:tcPr>
            <w:tcW w:w="1245" w:type="dxa"/>
            <w:shd w:val="clear" w:color="auto" w:fill="FFFFFF"/>
          </w:tcPr>
          <w:p w14:paraId="30B7AE6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11AB101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6A953EA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7A91C05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448CDFD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6B73F5E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56C44E53" w14:textId="77777777" w:rsidTr="00A815C0">
        <w:tc>
          <w:tcPr>
            <w:tcW w:w="2501" w:type="dxa"/>
            <w:shd w:val="clear" w:color="auto" w:fill="F2F2F2"/>
          </w:tcPr>
          <w:p w14:paraId="1DAA7BA8" w14:textId="77777777" w:rsidR="0077642F" w:rsidRDefault="0077642F">
            <w:r>
              <w:rPr>
                <w:sz w:val="13"/>
              </w:rPr>
              <w:t>990bd75e50896e6dbfacf76de42c43e2</w:t>
            </w:r>
          </w:p>
        </w:tc>
        <w:tc>
          <w:tcPr>
            <w:tcW w:w="1814" w:type="dxa"/>
            <w:shd w:val="clear" w:color="auto" w:fill="F2F2F2"/>
          </w:tcPr>
          <w:p w14:paraId="30569D85" w14:textId="77777777" w:rsidR="0077642F" w:rsidRDefault="0077642F">
            <w:r>
              <w:rPr>
                <w:sz w:val="13"/>
              </w:rPr>
              <w:t>0.664363951635198</w:t>
            </w:r>
          </w:p>
        </w:tc>
        <w:tc>
          <w:tcPr>
            <w:tcW w:w="1395" w:type="dxa"/>
            <w:shd w:val="clear" w:color="auto" w:fill="F2F2F2"/>
          </w:tcPr>
          <w:p w14:paraId="05E5C7B8" w14:textId="77777777" w:rsidR="0077642F" w:rsidRDefault="0077642F">
            <w:r>
              <w:rPr>
                <w:sz w:val="13"/>
              </w:rPr>
              <w:t>10.3931352392463</w:t>
            </w:r>
          </w:p>
        </w:tc>
        <w:tc>
          <w:tcPr>
            <w:tcW w:w="1683" w:type="dxa"/>
            <w:shd w:val="clear" w:color="auto" w:fill="F2F2F2"/>
          </w:tcPr>
          <w:p w14:paraId="5B2B8D7F" w14:textId="77777777" w:rsidR="0077642F" w:rsidRDefault="0077642F">
            <w:r>
              <w:rPr>
                <w:sz w:val="13"/>
              </w:rPr>
              <w:t>0.3207584166920071</w:t>
            </w:r>
          </w:p>
        </w:tc>
        <w:tc>
          <w:tcPr>
            <w:tcW w:w="1683" w:type="dxa"/>
            <w:shd w:val="clear" w:color="auto" w:fill="F2F2F2"/>
          </w:tcPr>
          <w:p w14:paraId="30E02F0F" w14:textId="77777777" w:rsidR="0077642F" w:rsidRDefault="0077642F">
            <w:r>
              <w:rPr>
                <w:sz w:val="13"/>
              </w:rPr>
              <w:t>0.5847784870569925</w:t>
            </w:r>
          </w:p>
        </w:tc>
        <w:tc>
          <w:tcPr>
            <w:tcW w:w="1611" w:type="dxa"/>
            <w:shd w:val="clear" w:color="auto" w:fill="F2F2F2"/>
          </w:tcPr>
          <w:p w14:paraId="237A17D6" w14:textId="77777777" w:rsidR="0077642F" w:rsidRDefault="0077642F">
            <w:r>
              <w:rPr>
                <w:sz w:val="13"/>
              </w:rPr>
              <w:t>0.7343729837459906</w:t>
            </w:r>
          </w:p>
        </w:tc>
        <w:tc>
          <w:tcPr>
            <w:tcW w:w="1245" w:type="dxa"/>
            <w:shd w:val="clear" w:color="auto" w:fill="F2F2F2"/>
          </w:tcPr>
          <w:p w14:paraId="479308D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EC661B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B9E916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2F2F2"/>
          </w:tcPr>
          <w:p w14:paraId="1D3BF43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2F2F2"/>
          </w:tcPr>
          <w:p w14:paraId="2014510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1936" w:type="dxa"/>
            <w:shd w:val="clear" w:color="auto" w:fill="F2F2F2"/>
          </w:tcPr>
          <w:p w14:paraId="4676114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4060CE34" w14:textId="77777777" w:rsidTr="00A815C0">
        <w:tc>
          <w:tcPr>
            <w:tcW w:w="2501" w:type="dxa"/>
            <w:shd w:val="clear" w:color="auto" w:fill="FFFFFF"/>
          </w:tcPr>
          <w:p w14:paraId="43FDA0E4" w14:textId="77777777" w:rsidR="0077642F" w:rsidRDefault="0077642F">
            <w:r>
              <w:rPr>
                <w:sz w:val="13"/>
              </w:rPr>
              <w:t>5e59e92b5203cf88b45515feb4dd90a1</w:t>
            </w:r>
          </w:p>
        </w:tc>
        <w:tc>
          <w:tcPr>
            <w:tcW w:w="1814" w:type="dxa"/>
            <w:shd w:val="clear" w:color="auto" w:fill="FFFFFF"/>
          </w:tcPr>
          <w:p w14:paraId="74122364" w14:textId="77777777" w:rsidR="0077642F" w:rsidRDefault="0077642F">
            <w:r>
              <w:rPr>
                <w:sz w:val="13"/>
              </w:rPr>
              <w:t>0.8996521200016347</w:t>
            </w:r>
          </w:p>
        </w:tc>
        <w:tc>
          <w:tcPr>
            <w:tcW w:w="1395" w:type="dxa"/>
            <w:shd w:val="clear" w:color="auto" w:fill="FFFFFF"/>
          </w:tcPr>
          <w:p w14:paraId="76E4A7FD" w14:textId="77777777" w:rsidR="0077642F" w:rsidRDefault="0077642F">
            <w:r>
              <w:rPr>
                <w:sz w:val="13"/>
              </w:rPr>
              <w:t>10.06541427378358</w:t>
            </w:r>
          </w:p>
        </w:tc>
        <w:tc>
          <w:tcPr>
            <w:tcW w:w="1683" w:type="dxa"/>
            <w:shd w:val="clear" w:color="auto" w:fill="FFFFFF"/>
          </w:tcPr>
          <w:p w14:paraId="3D0D8E12" w14:textId="77777777" w:rsidR="0077642F" w:rsidRDefault="0077642F">
            <w:r>
              <w:rPr>
                <w:sz w:val="13"/>
              </w:rPr>
              <w:t>0.2795858257561766</w:t>
            </w:r>
          </w:p>
        </w:tc>
        <w:tc>
          <w:tcPr>
            <w:tcW w:w="1683" w:type="dxa"/>
            <w:shd w:val="clear" w:color="auto" w:fill="FFFFFF"/>
          </w:tcPr>
          <w:p w14:paraId="4C101770" w14:textId="77777777" w:rsidR="0077642F" w:rsidRDefault="0077642F">
            <w:r>
              <w:rPr>
                <w:sz w:val="13"/>
              </w:rPr>
              <w:t>0.6087380959393079</w:t>
            </w:r>
          </w:p>
        </w:tc>
        <w:tc>
          <w:tcPr>
            <w:tcW w:w="1611" w:type="dxa"/>
            <w:shd w:val="clear" w:color="auto" w:fill="FFFFFF"/>
          </w:tcPr>
          <w:p w14:paraId="206007CB" w14:textId="77777777" w:rsidR="0077642F" w:rsidRDefault="0077642F">
            <w:r>
              <w:rPr>
                <w:sz w:val="13"/>
              </w:rPr>
              <w:t>0.7585813195551376</w:t>
            </w:r>
          </w:p>
        </w:tc>
        <w:tc>
          <w:tcPr>
            <w:tcW w:w="1245" w:type="dxa"/>
            <w:shd w:val="clear" w:color="auto" w:fill="FFFFFF"/>
          </w:tcPr>
          <w:p w14:paraId="6DC6F1E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043A930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5626DC8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2BE77D0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6AB4B97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1936" w:type="dxa"/>
            <w:shd w:val="clear" w:color="auto" w:fill="FFFFFF"/>
          </w:tcPr>
          <w:p w14:paraId="323C7D2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0E2F881E" w14:textId="77777777" w:rsidTr="00A815C0">
        <w:tc>
          <w:tcPr>
            <w:tcW w:w="2501" w:type="dxa"/>
            <w:shd w:val="clear" w:color="auto" w:fill="F2F2F2"/>
          </w:tcPr>
          <w:p w14:paraId="5CD37E40" w14:textId="77777777" w:rsidR="0077642F" w:rsidRDefault="0077642F">
            <w:r>
              <w:rPr>
                <w:sz w:val="13"/>
              </w:rPr>
              <w:t>e806f856af4a419660a78a95c35b3464</w:t>
            </w:r>
          </w:p>
        </w:tc>
        <w:tc>
          <w:tcPr>
            <w:tcW w:w="1814" w:type="dxa"/>
            <w:shd w:val="clear" w:color="auto" w:fill="F2F2F2"/>
          </w:tcPr>
          <w:p w14:paraId="389F4387" w14:textId="77777777" w:rsidR="0077642F" w:rsidRDefault="0077642F">
            <w:r>
              <w:rPr>
                <w:sz w:val="13"/>
              </w:rPr>
              <w:t>0.293083104336347</w:t>
            </w:r>
          </w:p>
        </w:tc>
        <w:tc>
          <w:tcPr>
            <w:tcW w:w="1395" w:type="dxa"/>
            <w:shd w:val="clear" w:color="auto" w:fill="F2F2F2"/>
          </w:tcPr>
          <w:p w14:paraId="50EE698F" w14:textId="77777777" w:rsidR="0077642F" w:rsidRDefault="0077642F">
            <w:r>
              <w:rPr>
                <w:sz w:val="13"/>
              </w:rPr>
              <w:t>12.75858366133748</w:t>
            </w:r>
          </w:p>
        </w:tc>
        <w:tc>
          <w:tcPr>
            <w:tcW w:w="1683" w:type="dxa"/>
            <w:shd w:val="clear" w:color="auto" w:fill="F2F2F2"/>
          </w:tcPr>
          <w:p w14:paraId="655472C8" w14:textId="77777777" w:rsidR="0077642F" w:rsidRDefault="0077642F">
            <w:r>
              <w:rPr>
                <w:sz w:val="13"/>
              </w:rPr>
              <w:t>0.2669434912944876</w:t>
            </w:r>
          </w:p>
        </w:tc>
        <w:tc>
          <w:tcPr>
            <w:tcW w:w="1683" w:type="dxa"/>
            <w:shd w:val="clear" w:color="auto" w:fill="F2F2F2"/>
          </w:tcPr>
          <w:p w14:paraId="73C448B5" w14:textId="77777777" w:rsidR="0077642F" w:rsidRDefault="0077642F">
            <w:r>
              <w:rPr>
                <w:sz w:val="13"/>
              </w:rPr>
              <w:t>0.6193926587527161</w:t>
            </w:r>
          </w:p>
        </w:tc>
        <w:tc>
          <w:tcPr>
            <w:tcW w:w="1611" w:type="dxa"/>
            <w:shd w:val="clear" w:color="auto" w:fill="F2F2F2"/>
          </w:tcPr>
          <w:p w14:paraId="4C2630BA" w14:textId="77777777" w:rsidR="0077642F" w:rsidRDefault="0077642F">
            <w:r>
              <w:rPr>
                <w:sz w:val="13"/>
              </w:rPr>
              <w:t>0.7659664940300764</w:t>
            </w:r>
          </w:p>
        </w:tc>
        <w:tc>
          <w:tcPr>
            <w:tcW w:w="1245" w:type="dxa"/>
            <w:shd w:val="clear" w:color="auto" w:fill="F2F2F2"/>
          </w:tcPr>
          <w:p w14:paraId="528C930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75F0566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2030248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71F6515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119B71F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Muribaculum</w:t>
            </w:r>
          </w:p>
        </w:tc>
        <w:tc>
          <w:tcPr>
            <w:tcW w:w="1936" w:type="dxa"/>
            <w:shd w:val="clear" w:color="auto" w:fill="F2F2F2"/>
          </w:tcPr>
          <w:p w14:paraId="136EDD6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2F8AE79F" w14:textId="77777777" w:rsidTr="00A815C0">
        <w:tc>
          <w:tcPr>
            <w:tcW w:w="2501" w:type="dxa"/>
            <w:shd w:val="clear" w:color="auto" w:fill="FFFFFF"/>
          </w:tcPr>
          <w:p w14:paraId="5085A876" w14:textId="77777777" w:rsidR="0077642F" w:rsidRDefault="0077642F">
            <w:r>
              <w:rPr>
                <w:sz w:val="13"/>
              </w:rPr>
              <w:t>b70dffc5967c93c276f64127256e85c5</w:t>
            </w:r>
          </w:p>
        </w:tc>
        <w:tc>
          <w:tcPr>
            <w:tcW w:w="1814" w:type="dxa"/>
            <w:shd w:val="clear" w:color="auto" w:fill="FFFFFF"/>
          </w:tcPr>
          <w:p w14:paraId="329C8E3C" w14:textId="77777777" w:rsidR="0077642F" w:rsidRDefault="0077642F">
            <w:r>
              <w:rPr>
                <w:sz w:val="13"/>
              </w:rPr>
              <w:t>0.2592229258494549</w:t>
            </w:r>
          </w:p>
        </w:tc>
        <w:tc>
          <w:tcPr>
            <w:tcW w:w="1395" w:type="dxa"/>
            <w:shd w:val="clear" w:color="auto" w:fill="FFFFFF"/>
          </w:tcPr>
          <w:p w14:paraId="3B0965B2" w14:textId="77777777" w:rsidR="0077642F" w:rsidRDefault="0077642F">
            <w:r>
              <w:rPr>
                <w:sz w:val="13"/>
              </w:rPr>
              <w:t>13.82002050590514</w:t>
            </w:r>
          </w:p>
        </w:tc>
        <w:tc>
          <w:tcPr>
            <w:tcW w:w="1683" w:type="dxa"/>
            <w:shd w:val="clear" w:color="auto" w:fill="FFFFFF"/>
          </w:tcPr>
          <w:p w14:paraId="728F2598" w14:textId="77777777" w:rsidR="0077642F" w:rsidRDefault="0077642F">
            <w:r>
              <w:rPr>
                <w:sz w:val="13"/>
              </w:rPr>
              <w:t>0.2368846576748335</w:t>
            </w:r>
          </w:p>
        </w:tc>
        <w:tc>
          <w:tcPr>
            <w:tcW w:w="1683" w:type="dxa"/>
            <w:shd w:val="clear" w:color="auto" w:fill="FFFFFF"/>
          </w:tcPr>
          <w:p w14:paraId="78A22071" w14:textId="77777777" w:rsidR="0077642F" w:rsidRDefault="0077642F">
            <w:r>
              <w:rPr>
                <w:sz w:val="13"/>
              </w:rPr>
              <w:t>0.6396366049965865</w:t>
            </w:r>
          </w:p>
        </w:tc>
        <w:tc>
          <w:tcPr>
            <w:tcW w:w="1611" w:type="dxa"/>
            <w:shd w:val="clear" w:color="auto" w:fill="FFFFFF"/>
          </w:tcPr>
          <w:p w14:paraId="7EC3825D" w14:textId="77777777" w:rsidR="0077642F" w:rsidRDefault="0077642F">
            <w:r>
              <w:rPr>
                <w:sz w:val="13"/>
              </w:rPr>
              <w:t>0.7850085606776289</w:t>
            </w:r>
          </w:p>
        </w:tc>
        <w:tc>
          <w:tcPr>
            <w:tcW w:w="1245" w:type="dxa"/>
            <w:shd w:val="clear" w:color="auto" w:fill="FFFFFF"/>
          </w:tcPr>
          <w:p w14:paraId="4D55BEA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6D8036C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6AC1706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1A0183E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472EB52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65E93AE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2AE417A1" w14:textId="77777777" w:rsidTr="00A815C0">
        <w:tc>
          <w:tcPr>
            <w:tcW w:w="2501" w:type="dxa"/>
            <w:shd w:val="clear" w:color="auto" w:fill="F2F2F2"/>
          </w:tcPr>
          <w:p w14:paraId="7EE48DCF" w14:textId="77777777" w:rsidR="0077642F" w:rsidRDefault="0077642F">
            <w:r>
              <w:rPr>
                <w:sz w:val="13"/>
              </w:rPr>
              <w:t>77c25cf90fc6b99d02c4d1f242803ee8</w:t>
            </w:r>
          </w:p>
        </w:tc>
        <w:tc>
          <w:tcPr>
            <w:tcW w:w="1814" w:type="dxa"/>
            <w:shd w:val="clear" w:color="auto" w:fill="F2F2F2"/>
          </w:tcPr>
          <w:p w14:paraId="2121303E" w14:textId="77777777" w:rsidR="0077642F" w:rsidRDefault="0077642F">
            <w:r>
              <w:rPr>
                <w:sz w:val="13"/>
              </w:rPr>
              <w:t>0.2638249949583792</w:t>
            </w:r>
          </w:p>
        </w:tc>
        <w:tc>
          <w:tcPr>
            <w:tcW w:w="1395" w:type="dxa"/>
            <w:shd w:val="clear" w:color="auto" w:fill="F2F2F2"/>
          </w:tcPr>
          <w:p w14:paraId="11447FAF" w14:textId="77777777" w:rsidR="0077642F" w:rsidRDefault="0077642F">
            <w:r>
              <w:rPr>
                <w:sz w:val="13"/>
              </w:rPr>
              <w:t>12.75871533172855</w:t>
            </w:r>
          </w:p>
        </w:tc>
        <w:tc>
          <w:tcPr>
            <w:tcW w:w="1683" w:type="dxa"/>
            <w:shd w:val="clear" w:color="auto" w:fill="F2F2F2"/>
          </w:tcPr>
          <w:p w14:paraId="0BE32928" w14:textId="77777777" w:rsidR="0077642F" w:rsidRDefault="0077642F">
            <w:r>
              <w:rPr>
                <w:sz w:val="13"/>
              </w:rPr>
              <w:t>0.1998805008495824</w:t>
            </w:r>
          </w:p>
        </w:tc>
        <w:tc>
          <w:tcPr>
            <w:tcW w:w="1683" w:type="dxa"/>
            <w:shd w:val="clear" w:color="auto" w:fill="F2F2F2"/>
          </w:tcPr>
          <w:p w14:paraId="24AE8913" w14:textId="77777777" w:rsidR="0077642F" w:rsidRDefault="0077642F">
            <w:r>
              <w:rPr>
                <w:sz w:val="13"/>
              </w:rPr>
              <w:t>0.6666976227296051</w:t>
            </w:r>
          </w:p>
        </w:tc>
        <w:tc>
          <w:tcPr>
            <w:tcW w:w="1611" w:type="dxa"/>
            <w:shd w:val="clear" w:color="auto" w:fill="F2F2F2"/>
          </w:tcPr>
          <w:p w14:paraId="56CD5174" w14:textId="77777777" w:rsidR="0077642F" w:rsidRDefault="0077642F">
            <w:r>
              <w:rPr>
                <w:sz w:val="13"/>
              </w:rPr>
              <w:t>0.8060664534737179</w:t>
            </w:r>
          </w:p>
        </w:tc>
        <w:tc>
          <w:tcPr>
            <w:tcW w:w="1245" w:type="dxa"/>
            <w:shd w:val="clear" w:color="auto" w:fill="F2F2F2"/>
          </w:tcPr>
          <w:p w14:paraId="1CC378E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1202EAB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14F29D4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3A87CAB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06788AE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5974764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uncultured_Bacteroidales</w:t>
            </w:r>
          </w:p>
        </w:tc>
      </w:tr>
      <w:tr w:rsidR="0077642F" w14:paraId="77A45EC8" w14:textId="77777777" w:rsidTr="00A815C0">
        <w:tc>
          <w:tcPr>
            <w:tcW w:w="2501" w:type="dxa"/>
            <w:shd w:val="clear" w:color="auto" w:fill="FFFFFF"/>
          </w:tcPr>
          <w:p w14:paraId="0B6B4AB1" w14:textId="77777777" w:rsidR="0077642F" w:rsidRDefault="0077642F">
            <w:r>
              <w:rPr>
                <w:sz w:val="13"/>
              </w:rPr>
              <w:t>dba42fd5fa555c066ec22372dd68225c</w:t>
            </w:r>
          </w:p>
        </w:tc>
        <w:tc>
          <w:tcPr>
            <w:tcW w:w="1814" w:type="dxa"/>
            <w:shd w:val="clear" w:color="auto" w:fill="FFFFFF"/>
          </w:tcPr>
          <w:p w14:paraId="2E1D1B8E" w14:textId="77777777" w:rsidR="0077642F" w:rsidRDefault="0077642F">
            <w:r>
              <w:rPr>
                <w:sz w:val="13"/>
              </w:rPr>
              <w:t>0.7890891518456</w:t>
            </w:r>
          </w:p>
        </w:tc>
        <w:tc>
          <w:tcPr>
            <w:tcW w:w="1395" w:type="dxa"/>
            <w:shd w:val="clear" w:color="auto" w:fill="FFFFFF"/>
          </w:tcPr>
          <w:p w14:paraId="2DB6D35B" w14:textId="77777777" w:rsidR="0077642F" w:rsidRDefault="0077642F">
            <w:r>
              <w:rPr>
                <w:sz w:val="13"/>
              </w:rPr>
              <w:t>10.64524381072264</w:t>
            </w:r>
          </w:p>
        </w:tc>
        <w:tc>
          <w:tcPr>
            <w:tcW w:w="1683" w:type="dxa"/>
            <w:shd w:val="clear" w:color="auto" w:fill="FFFFFF"/>
          </w:tcPr>
          <w:p w14:paraId="59D70972" w14:textId="77777777" w:rsidR="0077642F" w:rsidRDefault="0077642F">
            <w:r>
              <w:rPr>
                <w:sz w:val="13"/>
              </w:rPr>
              <w:t>0.1960245826450792</w:t>
            </w:r>
          </w:p>
        </w:tc>
        <w:tc>
          <w:tcPr>
            <w:tcW w:w="1683" w:type="dxa"/>
            <w:shd w:val="clear" w:color="auto" w:fill="FFFFFF"/>
          </w:tcPr>
          <w:p w14:paraId="29924DE1" w14:textId="77777777" w:rsidR="0077642F" w:rsidRDefault="0077642F">
            <w:r>
              <w:rPr>
                <w:sz w:val="13"/>
              </w:rPr>
              <w:t>0.6685219367865656</w:t>
            </w:r>
          </w:p>
        </w:tc>
        <w:tc>
          <w:tcPr>
            <w:tcW w:w="1611" w:type="dxa"/>
            <w:shd w:val="clear" w:color="auto" w:fill="FFFFFF"/>
          </w:tcPr>
          <w:p w14:paraId="6CC2870E" w14:textId="77777777" w:rsidR="0077642F" w:rsidRDefault="0077642F">
            <w:r>
              <w:rPr>
                <w:sz w:val="13"/>
              </w:rPr>
              <w:t>0.8060664534737179</w:t>
            </w:r>
          </w:p>
        </w:tc>
        <w:tc>
          <w:tcPr>
            <w:tcW w:w="1245" w:type="dxa"/>
            <w:shd w:val="clear" w:color="auto" w:fill="FFFFFF"/>
          </w:tcPr>
          <w:p w14:paraId="64612E4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F39B6E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642ABCF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569F61A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FFFFF"/>
          </w:tcPr>
          <w:p w14:paraId="3B7270C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FFFFF"/>
          </w:tcPr>
          <w:p w14:paraId="305C663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2F0C566C" w14:textId="77777777" w:rsidTr="00A815C0">
        <w:tc>
          <w:tcPr>
            <w:tcW w:w="2501" w:type="dxa"/>
            <w:shd w:val="clear" w:color="auto" w:fill="F2F2F2"/>
          </w:tcPr>
          <w:p w14:paraId="77D51B69" w14:textId="77777777" w:rsidR="0077642F" w:rsidRDefault="0077642F">
            <w:r>
              <w:rPr>
                <w:sz w:val="13"/>
              </w:rPr>
              <w:t>f448b68d3f43ee04b9c47209ae186801</w:t>
            </w:r>
          </w:p>
        </w:tc>
        <w:tc>
          <w:tcPr>
            <w:tcW w:w="1814" w:type="dxa"/>
            <w:shd w:val="clear" w:color="auto" w:fill="F2F2F2"/>
          </w:tcPr>
          <w:p w14:paraId="4589759E" w14:textId="77777777" w:rsidR="0077642F" w:rsidRDefault="0077642F">
            <w:r>
              <w:rPr>
                <w:sz w:val="13"/>
              </w:rPr>
              <w:t>0.5248202441185468</w:t>
            </w:r>
          </w:p>
        </w:tc>
        <w:tc>
          <w:tcPr>
            <w:tcW w:w="1395" w:type="dxa"/>
            <w:shd w:val="clear" w:color="auto" w:fill="F2F2F2"/>
          </w:tcPr>
          <w:p w14:paraId="45720C95" w14:textId="77777777" w:rsidR="0077642F" w:rsidRDefault="0077642F">
            <w:r>
              <w:rPr>
                <w:sz w:val="13"/>
              </w:rPr>
              <w:t>10.37167055721256</w:t>
            </w:r>
          </w:p>
        </w:tc>
        <w:tc>
          <w:tcPr>
            <w:tcW w:w="1683" w:type="dxa"/>
            <w:shd w:val="clear" w:color="auto" w:fill="F2F2F2"/>
          </w:tcPr>
          <w:p w14:paraId="43599655" w14:textId="77777777" w:rsidR="0077642F" w:rsidRDefault="0077642F">
            <w:r>
              <w:rPr>
                <w:sz w:val="13"/>
              </w:rPr>
              <w:t>0.1916416603612841</w:t>
            </w:r>
          </w:p>
        </w:tc>
        <w:tc>
          <w:tcPr>
            <w:tcW w:w="1683" w:type="dxa"/>
            <w:shd w:val="clear" w:color="auto" w:fill="F2F2F2"/>
          </w:tcPr>
          <w:p w14:paraId="5EE90B6D" w14:textId="77777777" w:rsidR="0077642F" w:rsidRDefault="0077642F">
            <w:r>
              <w:rPr>
                <w:sz w:val="13"/>
              </w:rPr>
              <w:t>0.6717220445614316</w:t>
            </w:r>
          </w:p>
        </w:tc>
        <w:tc>
          <w:tcPr>
            <w:tcW w:w="1611" w:type="dxa"/>
            <w:shd w:val="clear" w:color="auto" w:fill="F2F2F2"/>
          </w:tcPr>
          <w:p w14:paraId="2D68388E" w14:textId="77777777" w:rsidR="0077642F" w:rsidRDefault="0077642F">
            <w:r>
              <w:rPr>
                <w:sz w:val="13"/>
              </w:rPr>
              <w:t>0.8060664534737179</w:t>
            </w:r>
          </w:p>
        </w:tc>
        <w:tc>
          <w:tcPr>
            <w:tcW w:w="1245" w:type="dxa"/>
            <w:shd w:val="clear" w:color="auto" w:fill="F2F2F2"/>
          </w:tcPr>
          <w:p w14:paraId="639B8A0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10BEF2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21E2DAF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2F2F2"/>
          </w:tcPr>
          <w:p w14:paraId="16F67B1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Butyricicoccaceae</w:t>
            </w:r>
          </w:p>
        </w:tc>
        <w:tc>
          <w:tcPr>
            <w:tcW w:w="2411" w:type="dxa"/>
            <w:shd w:val="clear" w:color="auto" w:fill="F2F2F2"/>
          </w:tcPr>
          <w:p w14:paraId="08DBE60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UCG-009</w:t>
            </w:r>
          </w:p>
        </w:tc>
        <w:tc>
          <w:tcPr>
            <w:tcW w:w="1936" w:type="dxa"/>
            <w:shd w:val="clear" w:color="auto" w:fill="F2F2F2"/>
          </w:tcPr>
          <w:p w14:paraId="7714BD3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[Clostridium]_leptum</w:t>
            </w:r>
          </w:p>
        </w:tc>
      </w:tr>
      <w:tr w:rsidR="0077642F" w14:paraId="0FD1445E" w14:textId="77777777" w:rsidTr="00A815C0">
        <w:tc>
          <w:tcPr>
            <w:tcW w:w="2501" w:type="dxa"/>
            <w:shd w:val="clear" w:color="auto" w:fill="FFFFFF"/>
          </w:tcPr>
          <w:p w14:paraId="075C2F06" w14:textId="77777777" w:rsidR="0077642F" w:rsidRDefault="0077642F">
            <w:r>
              <w:rPr>
                <w:sz w:val="13"/>
              </w:rPr>
              <w:t>bceb952a3a31ac0e79f33b48a8948766</w:t>
            </w:r>
          </w:p>
        </w:tc>
        <w:tc>
          <w:tcPr>
            <w:tcW w:w="1814" w:type="dxa"/>
            <w:shd w:val="clear" w:color="auto" w:fill="FFFFFF"/>
          </w:tcPr>
          <w:p w14:paraId="7684BF16" w14:textId="77777777" w:rsidR="0077642F" w:rsidRDefault="0077642F">
            <w:r>
              <w:rPr>
                <w:sz w:val="13"/>
              </w:rPr>
              <w:t>-0.3882705673707534</w:t>
            </w:r>
          </w:p>
        </w:tc>
        <w:tc>
          <w:tcPr>
            <w:tcW w:w="1395" w:type="dxa"/>
            <w:shd w:val="clear" w:color="auto" w:fill="FFFFFF"/>
          </w:tcPr>
          <w:p w14:paraId="5DA39AE3" w14:textId="77777777" w:rsidR="0077642F" w:rsidRDefault="0077642F">
            <w:r>
              <w:rPr>
                <w:sz w:val="13"/>
              </w:rPr>
              <w:t>10.4934981892976</w:t>
            </w:r>
          </w:p>
        </w:tc>
        <w:tc>
          <w:tcPr>
            <w:tcW w:w="1683" w:type="dxa"/>
            <w:shd w:val="clear" w:color="auto" w:fill="FFFFFF"/>
          </w:tcPr>
          <w:p w14:paraId="6879E5E2" w14:textId="77777777" w:rsidR="0077642F" w:rsidRDefault="0077642F">
            <w:r>
              <w:rPr>
                <w:sz w:val="13"/>
              </w:rPr>
              <w:t>0.1674939343803238</w:t>
            </w:r>
          </w:p>
        </w:tc>
        <w:tc>
          <w:tcPr>
            <w:tcW w:w="1683" w:type="dxa"/>
            <w:shd w:val="clear" w:color="auto" w:fill="FFFFFF"/>
          </w:tcPr>
          <w:p w14:paraId="2774ECC4" w14:textId="77777777" w:rsidR="0077642F" w:rsidRDefault="0077642F">
            <w:r>
              <w:rPr>
                <w:sz w:val="13"/>
              </w:rPr>
              <w:t>0.6919742951352885</w:t>
            </w:r>
          </w:p>
        </w:tc>
        <w:tc>
          <w:tcPr>
            <w:tcW w:w="1611" w:type="dxa"/>
            <w:shd w:val="clear" w:color="auto" w:fill="FFFFFF"/>
          </w:tcPr>
          <w:p w14:paraId="4BABD0A0" w14:textId="77777777" w:rsidR="0077642F" w:rsidRDefault="0077642F">
            <w:r>
              <w:rPr>
                <w:sz w:val="13"/>
              </w:rPr>
              <w:t>0.8122374909659338</w:t>
            </w:r>
          </w:p>
        </w:tc>
        <w:tc>
          <w:tcPr>
            <w:tcW w:w="1245" w:type="dxa"/>
            <w:shd w:val="clear" w:color="auto" w:fill="FFFFFF"/>
          </w:tcPr>
          <w:p w14:paraId="64490AA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612A5A4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30D5EC5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Christensenellales</w:t>
            </w:r>
          </w:p>
        </w:tc>
        <w:tc>
          <w:tcPr>
            <w:tcW w:w="2411" w:type="dxa"/>
            <w:shd w:val="clear" w:color="auto" w:fill="FFFFFF"/>
          </w:tcPr>
          <w:p w14:paraId="19D8DFA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Christensenellaceae</w:t>
            </w:r>
          </w:p>
        </w:tc>
        <w:tc>
          <w:tcPr>
            <w:tcW w:w="2411" w:type="dxa"/>
            <w:shd w:val="clear" w:color="auto" w:fill="FFFFFF"/>
          </w:tcPr>
          <w:p w14:paraId="30091B4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Christensenellaceae_R-7_group</w:t>
            </w:r>
          </w:p>
        </w:tc>
        <w:tc>
          <w:tcPr>
            <w:tcW w:w="1936" w:type="dxa"/>
            <w:shd w:val="clear" w:color="auto" w:fill="FFFFFF"/>
          </w:tcPr>
          <w:p w14:paraId="686763A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1DB447B4" w14:textId="77777777" w:rsidTr="00A815C0">
        <w:tc>
          <w:tcPr>
            <w:tcW w:w="2501" w:type="dxa"/>
            <w:shd w:val="clear" w:color="auto" w:fill="F2F2F2"/>
          </w:tcPr>
          <w:p w14:paraId="6A387EBF" w14:textId="77777777" w:rsidR="0077642F" w:rsidRDefault="0077642F">
            <w:r>
              <w:rPr>
                <w:sz w:val="13"/>
              </w:rPr>
              <w:t>9cc4d7d2a473eb84904f8b48dde26f82</w:t>
            </w:r>
          </w:p>
        </w:tc>
        <w:tc>
          <w:tcPr>
            <w:tcW w:w="1814" w:type="dxa"/>
            <w:shd w:val="clear" w:color="auto" w:fill="F2F2F2"/>
          </w:tcPr>
          <w:p w14:paraId="146352DC" w14:textId="77777777" w:rsidR="0077642F" w:rsidRDefault="0077642F">
            <w:r>
              <w:rPr>
                <w:sz w:val="13"/>
              </w:rPr>
              <w:t>0.7034815958855889</w:t>
            </w:r>
          </w:p>
        </w:tc>
        <w:tc>
          <w:tcPr>
            <w:tcW w:w="1395" w:type="dxa"/>
            <w:shd w:val="clear" w:color="auto" w:fill="F2F2F2"/>
          </w:tcPr>
          <w:p w14:paraId="416E83DC" w14:textId="77777777" w:rsidR="0077642F" w:rsidRDefault="0077642F">
            <w:r>
              <w:rPr>
                <w:sz w:val="13"/>
              </w:rPr>
              <w:t>10.00502549593015</w:t>
            </w:r>
          </w:p>
        </w:tc>
        <w:tc>
          <w:tcPr>
            <w:tcW w:w="1683" w:type="dxa"/>
            <w:shd w:val="clear" w:color="auto" w:fill="F2F2F2"/>
          </w:tcPr>
          <w:p w14:paraId="47C562C4" w14:textId="77777777" w:rsidR="0077642F" w:rsidRDefault="0077642F">
            <w:r>
              <w:rPr>
                <w:sz w:val="13"/>
              </w:rPr>
              <w:t>0.1655337021024428</w:t>
            </w:r>
          </w:p>
        </w:tc>
        <w:tc>
          <w:tcPr>
            <w:tcW w:w="1683" w:type="dxa"/>
            <w:shd w:val="clear" w:color="auto" w:fill="F2F2F2"/>
          </w:tcPr>
          <w:p w14:paraId="7A6ADCDB" w14:textId="77777777" w:rsidR="0077642F" w:rsidRDefault="0077642F">
            <w:r>
              <w:rPr>
                <w:sz w:val="13"/>
              </w:rPr>
              <w:t>0.6927959334776119</w:t>
            </w:r>
          </w:p>
        </w:tc>
        <w:tc>
          <w:tcPr>
            <w:tcW w:w="1611" w:type="dxa"/>
            <w:shd w:val="clear" w:color="auto" w:fill="F2F2F2"/>
          </w:tcPr>
          <w:p w14:paraId="70A7ADB9" w14:textId="77777777" w:rsidR="0077642F" w:rsidRDefault="0077642F">
            <w:r>
              <w:rPr>
                <w:sz w:val="13"/>
              </w:rPr>
              <w:t>0.8122374909659338</w:t>
            </w:r>
          </w:p>
        </w:tc>
        <w:tc>
          <w:tcPr>
            <w:tcW w:w="1245" w:type="dxa"/>
            <w:shd w:val="clear" w:color="auto" w:fill="F2F2F2"/>
          </w:tcPr>
          <w:p w14:paraId="5544DD5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4DEB86D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5FA140E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48437A0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5FACC9B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1936" w:type="dxa"/>
            <w:shd w:val="clear" w:color="auto" w:fill="F2F2F2"/>
          </w:tcPr>
          <w:p w14:paraId="02C3384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3B045BFC" w14:textId="77777777" w:rsidTr="00A815C0">
        <w:tc>
          <w:tcPr>
            <w:tcW w:w="2501" w:type="dxa"/>
            <w:shd w:val="clear" w:color="auto" w:fill="FFFFFF"/>
          </w:tcPr>
          <w:p w14:paraId="282F9338" w14:textId="77777777" w:rsidR="0077642F" w:rsidRDefault="0077642F">
            <w:r>
              <w:rPr>
                <w:sz w:val="13"/>
              </w:rPr>
              <w:t>ad23fc0bbf758304ecfb6d1e80e4d5ef</w:t>
            </w:r>
          </w:p>
        </w:tc>
        <w:tc>
          <w:tcPr>
            <w:tcW w:w="1814" w:type="dxa"/>
            <w:shd w:val="clear" w:color="auto" w:fill="FFFFFF"/>
          </w:tcPr>
          <w:p w14:paraId="442F821E" w14:textId="77777777" w:rsidR="0077642F" w:rsidRDefault="0077642F">
            <w:r>
              <w:rPr>
                <w:sz w:val="13"/>
              </w:rPr>
              <w:t>0.4896511467784653</w:t>
            </w:r>
          </w:p>
        </w:tc>
        <w:tc>
          <w:tcPr>
            <w:tcW w:w="1395" w:type="dxa"/>
            <w:shd w:val="clear" w:color="auto" w:fill="FFFFFF"/>
          </w:tcPr>
          <w:p w14:paraId="6D9F8A45" w14:textId="77777777" w:rsidR="0077642F" w:rsidRDefault="0077642F">
            <w:r>
              <w:rPr>
                <w:sz w:val="13"/>
              </w:rPr>
              <w:t>9.881628678277275</w:t>
            </w:r>
          </w:p>
        </w:tc>
        <w:tc>
          <w:tcPr>
            <w:tcW w:w="1683" w:type="dxa"/>
            <w:shd w:val="clear" w:color="auto" w:fill="FFFFFF"/>
          </w:tcPr>
          <w:p w14:paraId="1C885CF3" w14:textId="77777777" w:rsidR="0077642F" w:rsidRDefault="0077642F">
            <w:r>
              <w:rPr>
                <w:sz w:val="13"/>
              </w:rPr>
              <w:t>0.1546260891026734</w:t>
            </w:r>
          </w:p>
        </w:tc>
        <w:tc>
          <w:tcPr>
            <w:tcW w:w="1683" w:type="dxa"/>
            <w:shd w:val="clear" w:color="auto" w:fill="FFFFFF"/>
          </w:tcPr>
          <w:p w14:paraId="36628EB3" w14:textId="77777777" w:rsidR="0077642F" w:rsidRDefault="0077642F">
            <w:r>
              <w:rPr>
                <w:sz w:val="13"/>
              </w:rPr>
              <w:t>0.7023564677408706</w:t>
            </w:r>
          </w:p>
        </w:tc>
        <w:tc>
          <w:tcPr>
            <w:tcW w:w="1611" w:type="dxa"/>
            <w:shd w:val="clear" w:color="auto" w:fill="FFFFFF"/>
          </w:tcPr>
          <w:p w14:paraId="7E093A3F" w14:textId="77777777" w:rsidR="0077642F" w:rsidRDefault="0077642F">
            <w:r>
              <w:rPr>
                <w:sz w:val="13"/>
              </w:rPr>
              <w:t>0.8122374909659338</w:t>
            </w:r>
          </w:p>
        </w:tc>
        <w:tc>
          <w:tcPr>
            <w:tcW w:w="1245" w:type="dxa"/>
            <w:shd w:val="clear" w:color="auto" w:fill="FFFFFF"/>
          </w:tcPr>
          <w:p w14:paraId="517861D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124DD27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4E90E26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274A267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Ruminococcaceae</w:t>
            </w:r>
          </w:p>
        </w:tc>
        <w:tc>
          <w:tcPr>
            <w:tcW w:w="2411" w:type="dxa"/>
            <w:shd w:val="clear" w:color="auto" w:fill="FFFFFF"/>
          </w:tcPr>
          <w:p w14:paraId="62B3758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UBA1819</w:t>
            </w:r>
          </w:p>
        </w:tc>
        <w:tc>
          <w:tcPr>
            <w:tcW w:w="1936" w:type="dxa"/>
            <w:shd w:val="clear" w:color="auto" w:fill="FFFFFF"/>
          </w:tcPr>
          <w:p w14:paraId="19B0C05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555B6E68" w14:textId="77777777" w:rsidTr="00A815C0">
        <w:tc>
          <w:tcPr>
            <w:tcW w:w="2501" w:type="dxa"/>
            <w:shd w:val="clear" w:color="auto" w:fill="F2F2F2"/>
          </w:tcPr>
          <w:p w14:paraId="31499C6D" w14:textId="77777777" w:rsidR="0077642F" w:rsidRDefault="0077642F">
            <w:r>
              <w:rPr>
                <w:sz w:val="13"/>
              </w:rPr>
              <w:t>ee251d8d741f0766fc4007f8f3817c38</w:t>
            </w:r>
          </w:p>
        </w:tc>
        <w:tc>
          <w:tcPr>
            <w:tcW w:w="1814" w:type="dxa"/>
            <w:shd w:val="clear" w:color="auto" w:fill="F2F2F2"/>
          </w:tcPr>
          <w:p w14:paraId="7002DF2E" w14:textId="77777777" w:rsidR="0077642F" w:rsidRDefault="0077642F">
            <w:r>
              <w:rPr>
                <w:sz w:val="13"/>
              </w:rPr>
              <w:t>0.1801944262257955</w:t>
            </w:r>
          </w:p>
        </w:tc>
        <w:tc>
          <w:tcPr>
            <w:tcW w:w="1395" w:type="dxa"/>
            <w:shd w:val="clear" w:color="auto" w:fill="F2F2F2"/>
          </w:tcPr>
          <w:p w14:paraId="3938E2E5" w14:textId="77777777" w:rsidR="0077642F" w:rsidRDefault="0077642F">
            <w:r>
              <w:rPr>
                <w:sz w:val="13"/>
              </w:rPr>
              <w:t>14.42337080013832</w:t>
            </w:r>
          </w:p>
        </w:tc>
        <w:tc>
          <w:tcPr>
            <w:tcW w:w="1683" w:type="dxa"/>
            <w:shd w:val="clear" w:color="auto" w:fill="F2F2F2"/>
          </w:tcPr>
          <w:p w14:paraId="56653658" w14:textId="77777777" w:rsidR="0077642F" w:rsidRDefault="0077642F">
            <w:r>
              <w:rPr>
                <w:sz w:val="13"/>
              </w:rPr>
              <w:t>0.1564558057944558</w:t>
            </w:r>
          </w:p>
        </w:tc>
        <w:tc>
          <w:tcPr>
            <w:tcW w:w="1683" w:type="dxa"/>
            <w:shd w:val="clear" w:color="auto" w:fill="F2F2F2"/>
          </w:tcPr>
          <w:p w14:paraId="03E2AEEE" w14:textId="77777777" w:rsidR="0077642F" w:rsidRDefault="0077642F">
            <w:r>
              <w:rPr>
                <w:sz w:val="13"/>
              </w:rPr>
              <w:t>0.702888432938291</w:t>
            </w:r>
          </w:p>
        </w:tc>
        <w:tc>
          <w:tcPr>
            <w:tcW w:w="1611" w:type="dxa"/>
            <w:shd w:val="clear" w:color="auto" w:fill="F2F2F2"/>
          </w:tcPr>
          <w:p w14:paraId="2A5D9596" w14:textId="77777777" w:rsidR="0077642F" w:rsidRDefault="0077642F">
            <w:r>
              <w:rPr>
                <w:sz w:val="13"/>
              </w:rPr>
              <w:t>0.8122374909659338</w:t>
            </w:r>
          </w:p>
        </w:tc>
        <w:tc>
          <w:tcPr>
            <w:tcW w:w="1245" w:type="dxa"/>
            <w:shd w:val="clear" w:color="auto" w:fill="F2F2F2"/>
          </w:tcPr>
          <w:p w14:paraId="39A2FDE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3CF383C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651227C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048BEA2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06A1FE1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0F9D3C6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60666067" w14:textId="77777777" w:rsidTr="00A815C0">
        <w:tc>
          <w:tcPr>
            <w:tcW w:w="2501" w:type="dxa"/>
            <w:shd w:val="clear" w:color="auto" w:fill="FFFFFF"/>
          </w:tcPr>
          <w:p w14:paraId="2FA78205" w14:textId="77777777" w:rsidR="0077642F" w:rsidRDefault="0077642F">
            <w:r>
              <w:rPr>
                <w:sz w:val="13"/>
              </w:rPr>
              <w:t>cd443ef3e3df7218b50c7caebb130774</w:t>
            </w:r>
          </w:p>
        </w:tc>
        <w:tc>
          <w:tcPr>
            <w:tcW w:w="1814" w:type="dxa"/>
            <w:shd w:val="clear" w:color="auto" w:fill="FFFFFF"/>
          </w:tcPr>
          <w:p w14:paraId="4833C56B" w14:textId="77777777" w:rsidR="0077642F" w:rsidRDefault="0077642F">
            <w:r>
              <w:rPr>
                <w:sz w:val="13"/>
              </w:rPr>
              <w:t>-0.4843523067897428</w:t>
            </w:r>
          </w:p>
        </w:tc>
        <w:tc>
          <w:tcPr>
            <w:tcW w:w="1395" w:type="dxa"/>
            <w:shd w:val="clear" w:color="auto" w:fill="FFFFFF"/>
          </w:tcPr>
          <w:p w14:paraId="05297E47" w14:textId="77777777" w:rsidR="0077642F" w:rsidRDefault="0077642F">
            <w:r>
              <w:rPr>
                <w:sz w:val="13"/>
              </w:rPr>
              <w:t>11.94107031025987</w:t>
            </w:r>
          </w:p>
        </w:tc>
        <w:tc>
          <w:tcPr>
            <w:tcW w:w="1683" w:type="dxa"/>
            <w:shd w:val="clear" w:color="auto" w:fill="FFFFFF"/>
          </w:tcPr>
          <w:p w14:paraId="23DE2C8E" w14:textId="77777777" w:rsidR="0077642F" w:rsidRDefault="0077642F">
            <w:r>
              <w:rPr>
                <w:sz w:val="13"/>
              </w:rPr>
              <w:t>0.1501719646552339</w:t>
            </w:r>
          </w:p>
        </w:tc>
        <w:tc>
          <w:tcPr>
            <w:tcW w:w="1683" w:type="dxa"/>
            <w:shd w:val="clear" w:color="auto" w:fill="FFFFFF"/>
          </w:tcPr>
          <w:p w14:paraId="1D60175C" w14:textId="77777777" w:rsidR="0077642F" w:rsidRDefault="0077642F">
            <w:r>
              <w:rPr>
                <w:sz w:val="13"/>
              </w:rPr>
              <w:t>0.708342077130256</w:t>
            </w:r>
          </w:p>
        </w:tc>
        <w:tc>
          <w:tcPr>
            <w:tcW w:w="1611" w:type="dxa"/>
            <w:shd w:val="clear" w:color="auto" w:fill="FFFFFF"/>
          </w:tcPr>
          <w:p w14:paraId="0A6CDAC0" w14:textId="77777777" w:rsidR="0077642F" w:rsidRDefault="0077642F">
            <w:r>
              <w:rPr>
                <w:sz w:val="13"/>
              </w:rPr>
              <w:t>0.8122374909659338</w:t>
            </w:r>
          </w:p>
        </w:tc>
        <w:tc>
          <w:tcPr>
            <w:tcW w:w="1245" w:type="dxa"/>
            <w:shd w:val="clear" w:color="auto" w:fill="FFFFFF"/>
          </w:tcPr>
          <w:p w14:paraId="51BC964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4ADF0AC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69AE137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FFFFF"/>
          </w:tcPr>
          <w:p w14:paraId="562EAB6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FFFFF"/>
          </w:tcPr>
          <w:p w14:paraId="5771839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FFFFF"/>
          </w:tcPr>
          <w:p w14:paraId="38D1885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1B2C01F1" w14:textId="77777777" w:rsidTr="00A815C0">
        <w:tc>
          <w:tcPr>
            <w:tcW w:w="2501" w:type="dxa"/>
            <w:shd w:val="clear" w:color="auto" w:fill="F2F2F2"/>
          </w:tcPr>
          <w:p w14:paraId="528D4BA6" w14:textId="77777777" w:rsidR="0077642F" w:rsidRDefault="0077642F">
            <w:r>
              <w:rPr>
                <w:sz w:val="13"/>
              </w:rPr>
              <w:t>42690539aa399c812b99bc18ad34b6b7</w:t>
            </w:r>
          </w:p>
        </w:tc>
        <w:tc>
          <w:tcPr>
            <w:tcW w:w="1814" w:type="dxa"/>
            <w:shd w:val="clear" w:color="auto" w:fill="F2F2F2"/>
          </w:tcPr>
          <w:p w14:paraId="119BFF4A" w14:textId="77777777" w:rsidR="0077642F" w:rsidRDefault="0077642F">
            <w:r>
              <w:rPr>
                <w:sz w:val="13"/>
              </w:rPr>
              <w:t>-0.2026187197969563</w:t>
            </w:r>
          </w:p>
        </w:tc>
        <w:tc>
          <w:tcPr>
            <w:tcW w:w="1395" w:type="dxa"/>
            <w:shd w:val="clear" w:color="auto" w:fill="F2F2F2"/>
          </w:tcPr>
          <w:p w14:paraId="289D8783" w14:textId="77777777" w:rsidR="0077642F" w:rsidRDefault="0077642F">
            <w:r>
              <w:rPr>
                <w:sz w:val="13"/>
              </w:rPr>
              <w:t>13.95009935509369</w:t>
            </w:r>
          </w:p>
        </w:tc>
        <w:tc>
          <w:tcPr>
            <w:tcW w:w="1683" w:type="dxa"/>
            <w:shd w:val="clear" w:color="auto" w:fill="F2F2F2"/>
          </w:tcPr>
          <w:p w14:paraId="3E6466F6" w14:textId="77777777" w:rsidR="0077642F" w:rsidRDefault="0077642F">
            <w:r>
              <w:rPr>
                <w:sz w:val="13"/>
              </w:rPr>
              <w:t>0.1477851685438373</w:t>
            </w:r>
          </w:p>
        </w:tc>
        <w:tc>
          <w:tcPr>
            <w:tcW w:w="1683" w:type="dxa"/>
            <w:shd w:val="clear" w:color="auto" w:fill="F2F2F2"/>
          </w:tcPr>
          <w:p w14:paraId="2CCEB1F3" w14:textId="77777777" w:rsidR="0077642F" w:rsidRDefault="0077642F">
            <w:r>
              <w:rPr>
                <w:sz w:val="13"/>
              </w:rPr>
              <w:t>0.7107732005437786</w:t>
            </w:r>
          </w:p>
        </w:tc>
        <w:tc>
          <w:tcPr>
            <w:tcW w:w="1611" w:type="dxa"/>
            <w:shd w:val="clear" w:color="auto" w:fill="F2F2F2"/>
          </w:tcPr>
          <w:p w14:paraId="108D952A" w14:textId="77777777" w:rsidR="0077642F" w:rsidRDefault="0077642F">
            <w:r>
              <w:rPr>
                <w:sz w:val="13"/>
              </w:rPr>
              <w:t>0.8122374909659338</w:t>
            </w:r>
          </w:p>
        </w:tc>
        <w:tc>
          <w:tcPr>
            <w:tcW w:w="1245" w:type="dxa"/>
            <w:shd w:val="clear" w:color="auto" w:fill="F2F2F2"/>
          </w:tcPr>
          <w:p w14:paraId="775AF98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78236C2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01F8484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2CF9328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6F14D02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0C82F20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71C4F1E3" w14:textId="77777777" w:rsidTr="00A815C0">
        <w:tc>
          <w:tcPr>
            <w:tcW w:w="2501" w:type="dxa"/>
            <w:shd w:val="clear" w:color="auto" w:fill="FFFFFF"/>
          </w:tcPr>
          <w:p w14:paraId="02532E2E" w14:textId="77777777" w:rsidR="0077642F" w:rsidRDefault="0077642F">
            <w:r>
              <w:rPr>
                <w:sz w:val="13"/>
              </w:rPr>
              <w:t>fefb57d04624848dfd13aa263d6f5ae8</w:t>
            </w:r>
          </w:p>
        </w:tc>
        <w:tc>
          <w:tcPr>
            <w:tcW w:w="1814" w:type="dxa"/>
            <w:shd w:val="clear" w:color="auto" w:fill="FFFFFF"/>
          </w:tcPr>
          <w:p w14:paraId="4C1F53F5" w14:textId="77777777" w:rsidR="0077642F" w:rsidRDefault="0077642F">
            <w:r>
              <w:rPr>
                <w:sz w:val="13"/>
              </w:rPr>
              <w:t>-0.4435033456192293</w:t>
            </w:r>
          </w:p>
        </w:tc>
        <w:tc>
          <w:tcPr>
            <w:tcW w:w="1395" w:type="dxa"/>
            <w:shd w:val="clear" w:color="auto" w:fill="FFFFFF"/>
          </w:tcPr>
          <w:p w14:paraId="68E4AF27" w14:textId="77777777" w:rsidR="0077642F" w:rsidRDefault="0077642F">
            <w:r>
              <w:rPr>
                <w:sz w:val="13"/>
              </w:rPr>
              <w:t>12.25768612259601</w:t>
            </w:r>
          </w:p>
        </w:tc>
        <w:tc>
          <w:tcPr>
            <w:tcW w:w="1683" w:type="dxa"/>
            <w:shd w:val="clear" w:color="auto" w:fill="FFFFFF"/>
          </w:tcPr>
          <w:p w14:paraId="28205126" w14:textId="77777777" w:rsidR="0077642F" w:rsidRDefault="0077642F">
            <w:r>
              <w:rPr>
                <w:sz w:val="13"/>
              </w:rPr>
              <w:t>0.1463439154913627</w:t>
            </w:r>
          </w:p>
        </w:tc>
        <w:tc>
          <w:tcPr>
            <w:tcW w:w="1683" w:type="dxa"/>
            <w:shd w:val="clear" w:color="auto" w:fill="FFFFFF"/>
          </w:tcPr>
          <w:p w14:paraId="7AD5DA72" w14:textId="77777777" w:rsidR="0077642F" w:rsidRDefault="0077642F">
            <w:r>
              <w:rPr>
                <w:sz w:val="13"/>
              </w:rPr>
              <w:t>0.7119612575133494</w:t>
            </w:r>
          </w:p>
        </w:tc>
        <w:tc>
          <w:tcPr>
            <w:tcW w:w="1611" w:type="dxa"/>
            <w:shd w:val="clear" w:color="auto" w:fill="FFFFFF"/>
          </w:tcPr>
          <w:p w14:paraId="792A37BA" w14:textId="77777777" w:rsidR="0077642F" w:rsidRDefault="0077642F">
            <w:r>
              <w:rPr>
                <w:sz w:val="13"/>
              </w:rPr>
              <w:t>0.8122374909659338</w:t>
            </w:r>
          </w:p>
        </w:tc>
        <w:tc>
          <w:tcPr>
            <w:tcW w:w="1245" w:type="dxa"/>
            <w:shd w:val="clear" w:color="auto" w:fill="FFFFFF"/>
          </w:tcPr>
          <w:p w14:paraId="617B9D0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5E44F07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15C9B88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76BA09A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5A12603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0E019EC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uncultured_Bacteroidales</w:t>
            </w:r>
          </w:p>
        </w:tc>
      </w:tr>
      <w:tr w:rsidR="0077642F" w14:paraId="51CD1029" w14:textId="77777777" w:rsidTr="00A815C0">
        <w:tc>
          <w:tcPr>
            <w:tcW w:w="2501" w:type="dxa"/>
            <w:shd w:val="clear" w:color="auto" w:fill="F2F2F2"/>
          </w:tcPr>
          <w:p w14:paraId="2B808CA6" w14:textId="77777777" w:rsidR="0077642F" w:rsidRDefault="0077642F">
            <w:r>
              <w:rPr>
                <w:sz w:val="13"/>
              </w:rPr>
              <w:t>c052a9548dafdb7e60155e80657eceeb</w:t>
            </w:r>
          </w:p>
        </w:tc>
        <w:tc>
          <w:tcPr>
            <w:tcW w:w="1814" w:type="dxa"/>
            <w:shd w:val="clear" w:color="auto" w:fill="F2F2F2"/>
          </w:tcPr>
          <w:p w14:paraId="7DA08774" w14:textId="77777777" w:rsidR="0077642F" w:rsidRDefault="0077642F">
            <w:r>
              <w:rPr>
                <w:sz w:val="13"/>
              </w:rPr>
              <w:t>-0.4458442760533947</w:t>
            </w:r>
          </w:p>
        </w:tc>
        <w:tc>
          <w:tcPr>
            <w:tcW w:w="1395" w:type="dxa"/>
            <w:shd w:val="clear" w:color="auto" w:fill="F2F2F2"/>
          </w:tcPr>
          <w:p w14:paraId="12797477" w14:textId="77777777" w:rsidR="0077642F" w:rsidRDefault="0077642F">
            <w:r>
              <w:rPr>
                <w:sz w:val="13"/>
              </w:rPr>
              <w:t>10.74184831373626</w:t>
            </w:r>
          </w:p>
        </w:tc>
        <w:tc>
          <w:tcPr>
            <w:tcW w:w="1683" w:type="dxa"/>
            <w:shd w:val="clear" w:color="auto" w:fill="F2F2F2"/>
          </w:tcPr>
          <w:p w14:paraId="5875AE81" w14:textId="77777777" w:rsidR="0077642F" w:rsidRDefault="0077642F">
            <w:r>
              <w:rPr>
                <w:sz w:val="13"/>
              </w:rPr>
              <w:t>0.1358268161722035</w:t>
            </w:r>
          </w:p>
        </w:tc>
        <w:tc>
          <w:tcPr>
            <w:tcW w:w="1683" w:type="dxa"/>
            <w:shd w:val="clear" w:color="auto" w:fill="F2F2F2"/>
          </w:tcPr>
          <w:p w14:paraId="35B46A53" w14:textId="77777777" w:rsidR="0077642F" w:rsidRDefault="0077642F">
            <w:r>
              <w:rPr>
                <w:sz w:val="13"/>
              </w:rPr>
              <w:t>0.7212795834893017</w:t>
            </w:r>
          </w:p>
        </w:tc>
        <w:tc>
          <w:tcPr>
            <w:tcW w:w="1611" w:type="dxa"/>
            <w:shd w:val="clear" w:color="auto" w:fill="F2F2F2"/>
          </w:tcPr>
          <w:p w14:paraId="655FB55C" w14:textId="77777777" w:rsidR="0077642F" w:rsidRDefault="0077642F">
            <w:r>
              <w:rPr>
                <w:sz w:val="13"/>
              </w:rPr>
              <w:t>0.817113933743125</w:t>
            </w:r>
          </w:p>
        </w:tc>
        <w:tc>
          <w:tcPr>
            <w:tcW w:w="1245" w:type="dxa"/>
            <w:shd w:val="clear" w:color="auto" w:fill="F2F2F2"/>
          </w:tcPr>
          <w:p w14:paraId="3917525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4EBE0A5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6B9EF9A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4CDB696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1867A56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5B414C7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22FCCA8F" w14:textId="77777777" w:rsidTr="00A815C0">
        <w:tc>
          <w:tcPr>
            <w:tcW w:w="2501" w:type="dxa"/>
            <w:shd w:val="clear" w:color="auto" w:fill="FFFFFF"/>
          </w:tcPr>
          <w:p w14:paraId="42F1DB3F" w14:textId="77777777" w:rsidR="0077642F" w:rsidRDefault="0077642F">
            <w:r>
              <w:rPr>
                <w:sz w:val="13"/>
              </w:rPr>
              <w:t>4b0ae96ba7d2990898244875daeb029c</w:t>
            </w:r>
          </w:p>
        </w:tc>
        <w:tc>
          <w:tcPr>
            <w:tcW w:w="1814" w:type="dxa"/>
            <w:shd w:val="clear" w:color="auto" w:fill="FFFFFF"/>
          </w:tcPr>
          <w:p w14:paraId="5374DE5F" w14:textId="77777777" w:rsidR="0077642F" w:rsidRDefault="0077642F">
            <w:r>
              <w:rPr>
                <w:sz w:val="13"/>
              </w:rPr>
              <w:t>0.4260004455785115</w:t>
            </w:r>
          </w:p>
        </w:tc>
        <w:tc>
          <w:tcPr>
            <w:tcW w:w="1395" w:type="dxa"/>
            <w:shd w:val="clear" w:color="auto" w:fill="FFFFFF"/>
          </w:tcPr>
          <w:p w14:paraId="4583BE39" w14:textId="77777777" w:rsidR="0077642F" w:rsidRDefault="0077642F">
            <w:r>
              <w:rPr>
                <w:sz w:val="13"/>
              </w:rPr>
              <w:t>10.47088107892561</w:t>
            </w:r>
          </w:p>
        </w:tc>
        <w:tc>
          <w:tcPr>
            <w:tcW w:w="1683" w:type="dxa"/>
            <w:shd w:val="clear" w:color="auto" w:fill="FFFFFF"/>
          </w:tcPr>
          <w:p w14:paraId="6A257722" w14:textId="77777777" w:rsidR="0077642F" w:rsidRDefault="0077642F">
            <w:r>
              <w:rPr>
                <w:sz w:val="13"/>
              </w:rPr>
              <w:t>0.1296992139227948</w:t>
            </w:r>
          </w:p>
        </w:tc>
        <w:tc>
          <w:tcPr>
            <w:tcW w:w="1683" w:type="dxa"/>
            <w:shd w:val="clear" w:color="auto" w:fill="FFFFFF"/>
          </w:tcPr>
          <w:p w14:paraId="3A5838CE" w14:textId="77777777" w:rsidR="0077642F" w:rsidRDefault="0077642F">
            <w:r>
              <w:rPr>
                <w:sz w:val="13"/>
              </w:rPr>
              <w:t>0.7270692390686321</w:t>
            </w:r>
          </w:p>
        </w:tc>
        <w:tc>
          <w:tcPr>
            <w:tcW w:w="1611" w:type="dxa"/>
            <w:shd w:val="clear" w:color="auto" w:fill="FFFFFF"/>
          </w:tcPr>
          <w:p w14:paraId="65880E6D" w14:textId="77777777" w:rsidR="0077642F" w:rsidRDefault="0077642F">
            <w:r>
              <w:rPr>
                <w:sz w:val="13"/>
              </w:rPr>
              <w:t>0.817952893952211</w:t>
            </w:r>
          </w:p>
        </w:tc>
        <w:tc>
          <w:tcPr>
            <w:tcW w:w="1245" w:type="dxa"/>
            <w:shd w:val="clear" w:color="auto" w:fill="FFFFFF"/>
          </w:tcPr>
          <w:p w14:paraId="67CBF4F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168250E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206649D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Peptococcales</w:t>
            </w:r>
          </w:p>
        </w:tc>
        <w:tc>
          <w:tcPr>
            <w:tcW w:w="2411" w:type="dxa"/>
            <w:shd w:val="clear" w:color="auto" w:fill="FFFFFF"/>
          </w:tcPr>
          <w:p w14:paraId="0F2C99F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Peptococcaceae</w:t>
            </w:r>
          </w:p>
        </w:tc>
        <w:tc>
          <w:tcPr>
            <w:tcW w:w="2411" w:type="dxa"/>
            <w:shd w:val="clear" w:color="auto" w:fill="FFFFFF"/>
          </w:tcPr>
          <w:p w14:paraId="3D1BB48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6AE8AAE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1371B787" w14:textId="77777777" w:rsidTr="00A815C0">
        <w:tc>
          <w:tcPr>
            <w:tcW w:w="2501" w:type="dxa"/>
            <w:shd w:val="clear" w:color="auto" w:fill="F2F2F2"/>
          </w:tcPr>
          <w:p w14:paraId="56F38599" w14:textId="77777777" w:rsidR="0077642F" w:rsidRDefault="0077642F">
            <w:r>
              <w:rPr>
                <w:sz w:val="13"/>
              </w:rPr>
              <w:t>112adc0ffa68eed2345db733879b40e0</w:t>
            </w:r>
          </w:p>
        </w:tc>
        <w:tc>
          <w:tcPr>
            <w:tcW w:w="1814" w:type="dxa"/>
            <w:shd w:val="clear" w:color="auto" w:fill="F2F2F2"/>
          </w:tcPr>
          <w:p w14:paraId="57591A85" w14:textId="77777777" w:rsidR="0077642F" w:rsidRDefault="0077642F">
            <w:r>
              <w:rPr>
                <w:sz w:val="13"/>
              </w:rPr>
              <w:t>0.3866221626514636</w:t>
            </w:r>
          </w:p>
        </w:tc>
        <w:tc>
          <w:tcPr>
            <w:tcW w:w="1395" w:type="dxa"/>
            <w:shd w:val="clear" w:color="auto" w:fill="F2F2F2"/>
          </w:tcPr>
          <w:p w14:paraId="105B354A" w14:textId="77777777" w:rsidR="0077642F" w:rsidRDefault="0077642F">
            <w:r>
              <w:rPr>
                <w:sz w:val="13"/>
              </w:rPr>
              <w:t>11.28356745107568</w:t>
            </w:r>
          </w:p>
        </w:tc>
        <w:tc>
          <w:tcPr>
            <w:tcW w:w="1683" w:type="dxa"/>
            <w:shd w:val="clear" w:color="auto" w:fill="F2F2F2"/>
          </w:tcPr>
          <w:p w14:paraId="16180A9D" w14:textId="77777777" w:rsidR="0077642F" w:rsidRDefault="0077642F">
            <w:r>
              <w:rPr>
                <w:sz w:val="13"/>
              </w:rPr>
              <w:t>0.09799946111423778</w:t>
            </w:r>
          </w:p>
        </w:tc>
        <w:tc>
          <w:tcPr>
            <w:tcW w:w="1683" w:type="dxa"/>
            <w:shd w:val="clear" w:color="auto" w:fill="F2F2F2"/>
          </w:tcPr>
          <w:p w14:paraId="335BDB63" w14:textId="77777777" w:rsidR="0077642F" w:rsidRDefault="0077642F">
            <w:r>
              <w:rPr>
                <w:sz w:val="13"/>
              </w:rPr>
              <w:t>0.761929683447421</w:t>
            </w:r>
          </w:p>
        </w:tc>
        <w:tc>
          <w:tcPr>
            <w:tcW w:w="1611" w:type="dxa"/>
            <w:shd w:val="clear" w:color="auto" w:fill="F2F2F2"/>
          </w:tcPr>
          <w:p w14:paraId="65FC4133" w14:textId="77777777" w:rsidR="0077642F" w:rsidRDefault="0077642F">
            <w:r>
              <w:rPr>
                <w:sz w:val="13"/>
              </w:rPr>
              <w:t>0.8492315735350324</w:t>
            </w:r>
          </w:p>
        </w:tc>
        <w:tc>
          <w:tcPr>
            <w:tcW w:w="1245" w:type="dxa"/>
            <w:shd w:val="clear" w:color="auto" w:fill="F2F2F2"/>
          </w:tcPr>
          <w:p w14:paraId="4DBF2F1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A7F6C1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456362A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10CDBEB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401A8F4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55F883D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Clostridium_sp.</w:t>
            </w:r>
          </w:p>
        </w:tc>
      </w:tr>
      <w:tr w:rsidR="0077642F" w14:paraId="3C4521B5" w14:textId="77777777" w:rsidTr="00A815C0">
        <w:tc>
          <w:tcPr>
            <w:tcW w:w="2501" w:type="dxa"/>
            <w:shd w:val="clear" w:color="auto" w:fill="FFFFFF"/>
          </w:tcPr>
          <w:p w14:paraId="0C9A7B48" w14:textId="77777777" w:rsidR="0077642F" w:rsidRDefault="0077642F">
            <w:r>
              <w:rPr>
                <w:sz w:val="13"/>
              </w:rPr>
              <w:t>00ad08110a467e67121fa8ad416a6f88</w:t>
            </w:r>
          </w:p>
        </w:tc>
        <w:tc>
          <w:tcPr>
            <w:tcW w:w="1814" w:type="dxa"/>
            <w:shd w:val="clear" w:color="auto" w:fill="FFFFFF"/>
          </w:tcPr>
          <w:p w14:paraId="1D782657" w14:textId="77777777" w:rsidR="0077642F" w:rsidRDefault="0077642F">
            <w:r>
              <w:rPr>
                <w:sz w:val="13"/>
              </w:rPr>
              <w:t>0.3644320776224624</w:t>
            </w:r>
          </w:p>
        </w:tc>
        <w:tc>
          <w:tcPr>
            <w:tcW w:w="1395" w:type="dxa"/>
            <w:shd w:val="clear" w:color="auto" w:fill="FFFFFF"/>
          </w:tcPr>
          <w:p w14:paraId="25639F64" w14:textId="77777777" w:rsidR="0077642F" w:rsidRDefault="0077642F">
            <w:r>
              <w:rPr>
                <w:sz w:val="13"/>
              </w:rPr>
              <w:t>12.60528569369741</w:t>
            </w:r>
          </w:p>
        </w:tc>
        <w:tc>
          <w:tcPr>
            <w:tcW w:w="1683" w:type="dxa"/>
            <w:shd w:val="clear" w:color="auto" w:fill="FFFFFF"/>
          </w:tcPr>
          <w:p w14:paraId="79E67340" w14:textId="77777777" w:rsidR="0077642F" w:rsidRDefault="0077642F">
            <w:r>
              <w:rPr>
                <w:sz w:val="13"/>
              </w:rPr>
              <w:t>0.09536142914382564</w:t>
            </w:r>
          </w:p>
        </w:tc>
        <w:tc>
          <w:tcPr>
            <w:tcW w:w="1683" w:type="dxa"/>
            <w:shd w:val="clear" w:color="auto" w:fill="FFFFFF"/>
          </w:tcPr>
          <w:p w14:paraId="18E059BC" w14:textId="77777777" w:rsidR="0077642F" w:rsidRDefault="0077642F">
            <w:r>
              <w:rPr>
                <w:sz w:val="13"/>
              </w:rPr>
              <w:t>0.7653568502229304</w:t>
            </w:r>
          </w:p>
        </w:tc>
        <w:tc>
          <w:tcPr>
            <w:tcW w:w="1611" w:type="dxa"/>
            <w:shd w:val="clear" w:color="auto" w:fill="FFFFFF"/>
          </w:tcPr>
          <w:p w14:paraId="71DF41F5" w14:textId="77777777" w:rsidR="0077642F" w:rsidRDefault="0077642F">
            <w:r>
              <w:rPr>
                <w:sz w:val="13"/>
              </w:rPr>
              <w:t>0.8492315735350324</w:t>
            </w:r>
          </w:p>
        </w:tc>
        <w:tc>
          <w:tcPr>
            <w:tcW w:w="1245" w:type="dxa"/>
            <w:shd w:val="clear" w:color="auto" w:fill="FFFFFF"/>
          </w:tcPr>
          <w:p w14:paraId="162DF73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7C72D6E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5CAAF31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253BD85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03E6B96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45626DD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219ECE9D" w14:textId="77777777" w:rsidTr="00A815C0">
        <w:tc>
          <w:tcPr>
            <w:tcW w:w="2501" w:type="dxa"/>
            <w:shd w:val="clear" w:color="auto" w:fill="F2F2F2"/>
          </w:tcPr>
          <w:p w14:paraId="432AE6C9" w14:textId="77777777" w:rsidR="0077642F" w:rsidRDefault="0077642F">
            <w:r>
              <w:rPr>
                <w:sz w:val="13"/>
              </w:rPr>
              <w:t>17ea23439f373b2d701f16477f1b1b69</w:t>
            </w:r>
          </w:p>
        </w:tc>
        <w:tc>
          <w:tcPr>
            <w:tcW w:w="1814" w:type="dxa"/>
            <w:shd w:val="clear" w:color="auto" w:fill="F2F2F2"/>
          </w:tcPr>
          <w:p w14:paraId="5FE4892E" w14:textId="77777777" w:rsidR="0077642F" w:rsidRDefault="0077642F">
            <w:r>
              <w:rPr>
                <w:sz w:val="13"/>
              </w:rPr>
              <w:t>0.5236545034666112</w:t>
            </w:r>
          </w:p>
        </w:tc>
        <w:tc>
          <w:tcPr>
            <w:tcW w:w="1395" w:type="dxa"/>
            <w:shd w:val="clear" w:color="auto" w:fill="F2F2F2"/>
          </w:tcPr>
          <w:p w14:paraId="5D6F9395" w14:textId="77777777" w:rsidR="0077642F" w:rsidRDefault="0077642F">
            <w:r>
              <w:rPr>
                <w:sz w:val="13"/>
              </w:rPr>
              <w:t>11.06559653765328</w:t>
            </w:r>
          </w:p>
        </w:tc>
        <w:tc>
          <w:tcPr>
            <w:tcW w:w="1683" w:type="dxa"/>
            <w:shd w:val="clear" w:color="auto" w:fill="F2F2F2"/>
          </w:tcPr>
          <w:p w14:paraId="1C7DAE39" w14:textId="77777777" w:rsidR="0077642F" w:rsidRDefault="0077642F">
            <w:r>
              <w:rPr>
                <w:sz w:val="13"/>
              </w:rPr>
              <w:t>0.08916171283253117</w:t>
            </w:r>
          </w:p>
        </w:tc>
        <w:tc>
          <w:tcPr>
            <w:tcW w:w="1683" w:type="dxa"/>
            <w:shd w:val="clear" w:color="auto" w:fill="F2F2F2"/>
          </w:tcPr>
          <w:p w14:paraId="1C91742F" w14:textId="77777777" w:rsidR="0077642F" w:rsidRDefault="0077642F">
            <w:r>
              <w:rPr>
                <w:sz w:val="13"/>
              </w:rPr>
              <w:t>0.7724385063521322</w:t>
            </w:r>
          </w:p>
        </w:tc>
        <w:tc>
          <w:tcPr>
            <w:tcW w:w="1611" w:type="dxa"/>
            <w:shd w:val="clear" w:color="auto" w:fill="F2F2F2"/>
          </w:tcPr>
          <w:p w14:paraId="132300C0" w14:textId="77777777" w:rsidR="0077642F" w:rsidRDefault="0077642F">
            <w:r>
              <w:rPr>
                <w:sz w:val="13"/>
              </w:rPr>
              <w:t>0.8512587621023496</w:t>
            </w:r>
          </w:p>
        </w:tc>
        <w:tc>
          <w:tcPr>
            <w:tcW w:w="1245" w:type="dxa"/>
            <w:shd w:val="clear" w:color="auto" w:fill="F2F2F2"/>
          </w:tcPr>
          <w:p w14:paraId="7E86388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7E33121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0849089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74DB70C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2F2F2"/>
          </w:tcPr>
          <w:p w14:paraId="2182800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2F2F2"/>
          </w:tcPr>
          <w:p w14:paraId="2676383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uncultured_Bacteroidales</w:t>
            </w:r>
          </w:p>
        </w:tc>
      </w:tr>
      <w:tr w:rsidR="0077642F" w14:paraId="63E06C7E" w14:textId="77777777" w:rsidTr="00A815C0">
        <w:tc>
          <w:tcPr>
            <w:tcW w:w="2501" w:type="dxa"/>
            <w:shd w:val="clear" w:color="auto" w:fill="FFFFFF"/>
          </w:tcPr>
          <w:p w14:paraId="64691767" w14:textId="77777777" w:rsidR="0077642F" w:rsidRDefault="0077642F">
            <w:r>
              <w:rPr>
                <w:sz w:val="13"/>
              </w:rPr>
              <w:t>e50198a9fef6909fc20ffb3d463452fe</w:t>
            </w:r>
          </w:p>
        </w:tc>
        <w:tc>
          <w:tcPr>
            <w:tcW w:w="1814" w:type="dxa"/>
            <w:shd w:val="clear" w:color="auto" w:fill="FFFFFF"/>
          </w:tcPr>
          <w:p w14:paraId="2EB3B75D" w14:textId="77777777" w:rsidR="0077642F" w:rsidRDefault="0077642F">
            <w:r>
              <w:rPr>
                <w:sz w:val="13"/>
              </w:rPr>
              <w:t>0.4932806148776613</w:t>
            </w:r>
          </w:p>
        </w:tc>
        <w:tc>
          <w:tcPr>
            <w:tcW w:w="1395" w:type="dxa"/>
            <w:shd w:val="clear" w:color="auto" w:fill="FFFFFF"/>
          </w:tcPr>
          <w:p w14:paraId="3F8E48AC" w14:textId="77777777" w:rsidR="0077642F" w:rsidRDefault="0077642F">
            <w:r>
              <w:rPr>
                <w:sz w:val="13"/>
              </w:rPr>
              <w:t>11.27915522665787</w:t>
            </w:r>
          </w:p>
        </w:tc>
        <w:tc>
          <w:tcPr>
            <w:tcW w:w="1683" w:type="dxa"/>
            <w:shd w:val="clear" w:color="auto" w:fill="FFFFFF"/>
          </w:tcPr>
          <w:p w14:paraId="5086B8D0" w14:textId="77777777" w:rsidR="0077642F" w:rsidRDefault="0077642F">
            <w:r>
              <w:rPr>
                <w:sz w:val="13"/>
              </w:rPr>
              <w:t>0.07904303754427336</w:t>
            </w:r>
          </w:p>
        </w:tc>
        <w:tc>
          <w:tcPr>
            <w:tcW w:w="1683" w:type="dxa"/>
            <w:shd w:val="clear" w:color="auto" w:fill="FFFFFF"/>
          </w:tcPr>
          <w:p w14:paraId="5B6CE498" w14:textId="77777777" w:rsidR="0077642F" w:rsidRDefault="0077642F">
            <w:r>
              <w:rPr>
                <w:sz w:val="13"/>
              </w:rPr>
              <w:t>0.7854408459367281</w:t>
            </w:r>
          </w:p>
        </w:tc>
        <w:tc>
          <w:tcPr>
            <w:tcW w:w="1611" w:type="dxa"/>
            <w:shd w:val="clear" w:color="auto" w:fill="FFFFFF"/>
          </w:tcPr>
          <w:p w14:paraId="7B8A7DAC" w14:textId="77777777" w:rsidR="0077642F" w:rsidRDefault="0077642F">
            <w:r>
              <w:rPr>
                <w:sz w:val="13"/>
              </w:rPr>
              <w:t>0.8527525328054488</w:t>
            </w:r>
          </w:p>
        </w:tc>
        <w:tc>
          <w:tcPr>
            <w:tcW w:w="1245" w:type="dxa"/>
            <w:shd w:val="clear" w:color="auto" w:fill="FFFFFF"/>
          </w:tcPr>
          <w:p w14:paraId="38C91A2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15FD241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2B5E124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52EFB65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5132CFD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1936" w:type="dxa"/>
            <w:shd w:val="clear" w:color="auto" w:fill="FFFFFF"/>
          </w:tcPr>
          <w:p w14:paraId="255C59B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1B5AA4D3" w14:textId="77777777" w:rsidTr="00A815C0">
        <w:tc>
          <w:tcPr>
            <w:tcW w:w="2501" w:type="dxa"/>
            <w:shd w:val="clear" w:color="auto" w:fill="F2F2F2"/>
          </w:tcPr>
          <w:p w14:paraId="33AEFF7B" w14:textId="77777777" w:rsidR="0077642F" w:rsidRDefault="0077642F">
            <w:r>
              <w:rPr>
                <w:sz w:val="13"/>
              </w:rPr>
              <w:t>6166cd8b69d6af6ba6e209d4d4f839eb</w:t>
            </w:r>
          </w:p>
        </w:tc>
        <w:tc>
          <w:tcPr>
            <w:tcW w:w="1814" w:type="dxa"/>
            <w:shd w:val="clear" w:color="auto" w:fill="F2F2F2"/>
          </w:tcPr>
          <w:p w14:paraId="5B8BE620" w14:textId="77777777" w:rsidR="0077642F" w:rsidRDefault="0077642F">
            <w:r>
              <w:rPr>
                <w:sz w:val="13"/>
              </w:rPr>
              <w:t>0.3964626203808037</w:t>
            </w:r>
          </w:p>
        </w:tc>
        <w:tc>
          <w:tcPr>
            <w:tcW w:w="1395" w:type="dxa"/>
            <w:shd w:val="clear" w:color="auto" w:fill="F2F2F2"/>
          </w:tcPr>
          <w:p w14:paraId="21084EAA" w14:textId="77777777" w:rsidR="0077642F" w:rsidRDefault="0077642F">
            <w:r>
              <w:rPr>
                <w:sz w:val="13"/>
              </w:rPr>
              <w:t>10.18521110416294</w:t>
            </w:r>
          </w:p>
        </w:tc>
        <w:tc>
          <w:tcPr>
            <w:tcW w:w="1683" w:type="dxa"/>
            <w:shd w:val="clear" w:color="auto" w:fill="F2F2F2"/>
          </w:tcPr>
          <w:p w14:paraId="56BE9EF5" w14:textId="77777777" w:rsidR="0077642F" w:rsidRDefault="0077642F">
            <w:r>
              <w:rPr>
                <w:sz w:val="13"/>
              </w:rPr>
              <w:t>0.0782514837151342</w:t>
            </w:r>
          </w:p>
        </w:tc>
        <w:tc>
          <w:tcPr>
            <w:tcW w:w="1683" w:type="dxa"/>
            <w:shd w:val="clear" w:color="auto" w:fill="F2F2F2"/>
          </w:tcPr>
          <w:p w14:paraId="69E4F69E" w14:textId="77777777" w:rsidR="0077642F" w:rsidRDefault="0077642F">
            <w:r>
              <w:rPr>
                <w:sz w:val="13"/>
              </w:rPr>
              <w:t>0.7857538500097935</w:t>
            </w:r>
          </w:p>
        </w:tc>
        <w:tc>
          <w:tcPr>
            <w:tcW w:w="1611" w:type="dxa"/>
            <w:shd w:val="clear" w:color="auto" w:fill="F2F2F2"/>
          </w:tcPr>
          <w:p w14:paraId="0FD5EE88" w14:textId="77777777" w:rsidR="0077642F" w:rsidRDefault="0077642F">
            <w:r>
              <w:rPr>
                <w:sz w:val="13"/>
              </w:rPr>
              <w:t>0.8527525328054488</w:t>
            </w:r>
          </w:p>
        </w:tc>
        <w:tc>
          <w:tcPr>
            <w:tcW w:w="1245" w:type="dxa"/>
            <w:shd w:val="clear" w:color="auto" w:fill="F2F2F2"/>
          </w:tcPr>
          <w:p w14:paraId="52A1DD3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26B036F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5138524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2F2F2"/>
          </w:tcPr>
          <w:p w14:paraId="78B862D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2F2F2"/>
          </w:tcPr>
          <w:p w14:paraId="54B60E5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675190F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04B2DE40" w14:textId="77777777" w:rsidTr="00A815C0">
        <w:tc>
          <w:tcPr>
            <w:tcW w:w="2501" w:type="dxa"/>
            <w:shd w:val="clear" w:color="auto" w:fill="FFFFFF"/>
          </w:tcPr>
          <w:p w14:paraId="7F71E6E0" w14:textId="77777777" w:rsidR="0077642F" w:rsidRDefault="0077642F">
            <w:r>
              <w:rPr>
                <w:sz w:val="13"/>
              </w:rPr>
              <w:t>9d1f6be17ee3760c64f3a472e97688dc</w:t>
            </w:r>
          </w:p>
        </w:tc>
        <w:tc>
          <w:tcPr>
            <w:tcW w:w="1814" w:type="dxa"/>
            <w:shd w:val="clear" w:color="auto" w:fill="FFFFFF"/>
          </w:tcPr>
          <w:p w14:paraId="4FB3105E" w14:textId="77777777" w:rsidR="0077642F" w:rsidRDefault="0077642F">
            <w:r>
              <w:rPr>
                <w:sz w:val="13"/>
              </w:rPr>
              <w:t>-0.169195002328614</w:t>
            </w:r>
          </w:p>
        </w:tc>
        <w:tc>
          <w:tcPr>
            <w:tcW w:w="1395" w:type="dxa"/>
            <w:shd w:val="clear" w:color="auto" w:fill="FFFFFF"/>
          </w:tcPr>
          <w:p w14:paraId="2387BCB1" w14:textId="77777777" w:rsidR="0077642F" w:rsidRDefault="0077642F">
            <w:r>
              <w:rPr>
                <w:sz w:val="13"/>
              </w:rPr>
              <w:t>13.54653312199232</w:t>
            </w:r>
          </w:p>
        </w:tc>
        <w:tc>
          <w:tcPr>
            <w:tcW w:w="1683" w:type="dxa"/>
            <w:shd w:val="clear" w:color="auto" w:fill="FFFFFF"/>
          </w:tcPr>
          <w:p w14:paraId="295EA446" w14:textId="77777777" w:rsidR="0077642F" w:rsidRDefault="0077642F">
            <w:r>
              <w:rPr>
                <w:sz w:val="13"/>
              </w:rPr>
              <w:t>0.07618666994428665</w:t>
            </w:r>
          </w:p>
        </w:tc>
        <w:tc>
          <w:tcPr>
            <w:tcW w:w="1683" w:type="dxa"/>
            <w:shd w:val="clear" w:color="auto" w:fill="FFFFFF"/>
          </w:tcPr>
          <w:p w14:paraId="2ED0E055" w14:textId="77777777" w:rsidR="0077642F" w:rsidRDefault="0077642F">
            <w:r>
              <w:rPr>
                <w:sz w:val="13"/>
              </w:rPr>
              <w:t>0.7895856785235636</w:t>
            </w:r>
          </w:p>
        </w:tc>
        <w:tc>
          <w:tcPr>
            <w:tcW w:w="1611" w:type="dxa"/>
            <w:shd w:val="clear" w:color="auto" w:fill="FFFFFF"/>
          </w:tcPr>
          <w:p w14:paraId="1E3ADA9F" w14:textId="77777777" w:rsidR="0077642F" w:rsidRDefault="0077642F">
            <w:r>
              <w:rPr>
                <w:sz w:val="13"/>
              </w:rPr>
              <w:t>0.8527525328054488</w:t>
            </w:r>
          </w:p>
        </w:tc>
        <w:tc>
          <w:tcPr>
            <w:tcW w:w="1245" w:type="dxa"/>
            <w:shd w:val="clear" w:color="auto" w:fill="FFFFFF"/>
          </w:tcPr>
          <w:p w14:paraId="3C68FE5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22F2512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4520478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02657B7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Rikenellaceae</w:t>
            </w:r>
          </w:p>
        </w:tc>
        <w:tc>
          <w:tcPr>
            <w:tcW w:w="2411" w:type="dxa"/>
            <w:shd w:val="clear" w:color="auto" w:fill="FFFFFF"/>
          </w:tcPr>
          <w:p w14:paraId="0A3D264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Alistipes</w:t>
            </w:r>
          </w:p>
        </w:tc>
        <w:tc>
          <w:tcPr>
            <w:tcW w:w="1936" w:type="dxa"/>
            <w:shd w:val="clear" w:color="auto" w:fill="FFFFFF"/>
          </w:tcPr>
          <w:p w14:paraId="66F2E45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415E4D5D" w14:textId="77777777" w:rsidTr="00A815C0">
        <w:tc>
          <w:tcPr>
            <w:tcW w:w="2501" w:type="dxa"/>
            <w:shd w:val="clear" w:color="auto" w:fill="F2F2F2"/>
          </w:tcPr>
          <w:p w14:paraId="5D05027B" w14:textId="77777777" w:rsidR="0077642F" w:rsidRDefault="0077642F">
            <w:r>
              <w:rPr>
                <w:sz w:val="13"/>
              </w:rPr>
              <w:t>ba3a9f3314fc95dbd32baa5befcaab95</w:t>
            </w:r>
          </w:p>
        </w:tc>
        <w:tc>
          <w:tcPr>
            <w:tcW w:w="1814" w:type="dxa"/>
            <w:shd w:val="clear" w:color="auto" w:fill="F2F2F2"/>
          </w:tcPr>
          <w:p w14:paraId="243D2298" w14:textId="77777777" w:rsidR="0077642F" w:rsidRDefault="0077642F">
            <w:r>
              <w:rPr>
                <w:sz w:val="13"/>
              </w:rPr>
              <w:t>0.3560151587078375</w:t>
            </w:r>
          </w:p>
        </w:tc>
        <w:tc>
          <w:tcPr>
            <w:tcW w:w="1395" w:type="dxa"/>
            <w:shd w:val="clear" w:color="auto" w:fill="F2F2F2"/>
          </w:tcPr>
          <w:p w14:paraId="5864E900" w14:textId="77777777" w:rsidR="0077642F" w:rsidRDefault="0077642F">
            <w:r>
              <w:rPr>
                <w:sz w:val="13"/>
              </w:rPr>
              <w:t>11.50052763634082</w:t>
            </w:r>
          </w:p>
        </w:tc>
        <w:tc>
          <w:tcPr>
            <w:tcW w:w="1683" w:type="dxa"/>
            <w:shd w:val="clear" w:color="auto" w:fill="F2F2F2"/>
          </w:tcPr>
          <w:p w14:paraId="324B7F4A" w14:textId="77777777" w:rsidR="0077642F" w:rsidRDefault="0077642F">
            <w:r>
              <w:rPr>
                <w:sz w:val="13"/>
              </w:rPr>
              <w:t>0.05210807744186751</w:t>
            </w:r>
          </w:p>
        </w:tc>
        <w:tc>
          <w:tcPr>
            <w:tcW w:w="1683" w:type="dxa"/>
            <w:shd w:val="clear" w:color="auto" w:fill="F2F2F2"/>
          </w:tcPr>
          <w:p w14:paraId="155F0F01" w14:textId="77777777" w:rsidR="0077642F" w:rsidRDefault="0077642F">
            <w:r>
              <w:rPr>
                <w:sz w:val="13"/>
              </w:rPr>
              <w:t>0.8249921544151124</w:t>
            </w:r>
          </w:p>
        </w:tc>
        <w:tc>
          <w:tcPr>
            <w:tcW w:w="1611" w:type="dxa"/>
            <w:shd w:val="clear" w:color="auto" w:fill="F2F2F2"/>
          </w:tcPr>
          <w:p w14:paraId="7ACF5A06" w14:textId="77777777" w:rsidR="0077642F" w:rsidRDefault="0077642F">
            <w:r>
              <w:rPr>
                <w:sz w:val="13"/>
              </w:rPr>
              <w:t>0.8850909206307828</w:t>
            </w:r>
          </w:p>
        </w:tc>
        <w:tc>
          <w:tcPr>
            <w:tcW w:w="1245" w:type="dxa"/>
            <w:shd w:val="clear" w:color="auto" w:fill="F2F2F2"/>
          </w:tcPr>
          <w:p w14:paraId="2624699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5DF3974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65004FD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580305E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0705535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1936" w:type="dxa"/>
            <w:shd w:val="clear" w:color="auto" w:fill="F2F2F2"/>
          </w:tcPr>
          <w:p w14:paraId="725C13B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09518095" w14:textId="77777777" w:rsidTr="00A815C0">
        <w:tc>
          <w:tcPr>
            <w:tcW w:w="2501" w:type="dxa"/>
            <w:shd w:val="clear" w:color="auto" w:fill="FFFFFF"/>
          </w:tcPr>
          <w:p w14:paraId="59CAADCB" w14:textId="77777777" w:rsidR="0077642F" w:rsidRDefault="0077642F">
            <w:r>
              <w:rPr>
                <w:sz w:val="13"/>
              </w:rPr>
              <w:t>51e46f7579ab8b3808d68c4d911afa75</w:t>
            </w:r>
          </w:p>
        </w:tc>
        <w:tc>
          <w:tcPr>
            <w:tcW w:w="1814" w:type="dxa"/>
            <w:shd w:val="clear" w:color="auto" w:fill="FFFFFF"/>
          </w:tcPr>
          <w:p w14:paraId="4F7A29C0" w14:textId="77777777" w:rsidR="0077642F" w:rsidRDefault="0077642F">
            <w:r>
              <w:rPr>
                <w:sz w:val="13"/>
              </w:rPr>
              <w:t>-0.1066094737787386</w:t>
            </w:r>
          </w:p>
        </w:tc>
        <w:tc>
          <w:tcPr>
            <w:tcW w:w="1395" w:type="dxa"/>
            <w:shd w:val="clear" w:color="auto" w:fill="FFFFFF"/>
          </w:tcPr>
          <w:p w14:paraId="1CA07EE6" w14:textId="77777777" w:rsidR="0077642F" w:rsidRDefault="0077642F">
            <w:r>
              <w:rPr>
                <w:sz w:val="13"/>
              </w:rPr>
              <w:t>13.96041101413568</w:t>
            </w:r>
          </w:p>
        </w:tc>
        <w:tc>
          <w:tcPr>
            <w:tcW w:w="1683" w:type="dxa"/>
            <w:shd w:val="clear" w:color="auto" w:fill="FFFFFF"/>
          </w:tcPr>
          <w:p w14:paraId="5430F05B" w14:textId="77777777" w:rsidR="0077642F" w:rsidRDefault="0077642F">
            <w:r>
              <w:rPr>
                <w:sz w:val="13"/>
              </w:rPr>
              <w:t>0.04761750763034021</w:t>
            </w:r>
          </w:p>
        </w:tc>
        <w:tc>
          <w:tcPr>
            <w:tcW w:w="1683" w:type="dxa"/>
            <w:shd w:val="clear" w:color="auto" w:fill="FFFFFF"/>
          </w:tcPr>
          <w:p w14:paraId="7481B2BD" w14:textId="77777777" w:rsidR="0077642F" w:rsidRDefault="0077642F">
            <w:r>
              <w:rPr>
                <w:sz w:val="13"/>
              </w:rPr>
              <w:t>0.8327776512315669</w:t>
            </w:r>
          </w:p>
        </w:tc>
        <w:tc>
          <w:tcPr>
            <w:tcW w:w="1611" w:type="dxa"/>
            <w:shd w:val="clear" w:color="auto" w:fill="FFFFFF"/>
          </w:tcPr>
          <w:p w14:paraId="2EB2FB24" w14:textId="77777777" w:rsidR="0077642F" w:rsidRDefault="0077642F">
            <w:r>
              <w:rPr>
                <w:sz w:val="13"/>
              </w:rPr>
              <w:t>0.8875656546020648</w:t>
            </w:r>
          </w:p>
        </w:tc>
        <w:tc>
          <w:tcPr>
            <w:tcW w:w="1245" w:type="dxa"/>
            <w:shd w:val="clear" w:color="auto" w:fill="FFFFFF"/>
          </w:tcPr>
          <w:p w14:paraId="369BBBE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0F849F4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6DDE50A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04C856C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2411" w:type="dxa"/>
            <w:shd w:val="clear" w:color="auto" w:fill="FFFFFF"/>
          </w:tcPr>
          <w:p w14:paraId="14B5065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Muribaculaceae</w:t>
            </w:r>
          </w:p>
        </w:tc>
        <w:tc>
          <w:tcPr>
            <w:tcW w:w="1936" w:type="dxa"/>
            <w:shd w:val="clear" w:color="auto" w:fill="FFFFFF"/>
          </w:tcPr>
          <w:p w14:paraId="7FC1752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459C3F28" w14:textId="77777777" w:rsidTr="00A815C0">
        <w:tc>
          <w:tcPr>
            <w:tcW w:w="2501" w:type="dxa"/>
            <w:shd w:val="clear" w:color="auto" w:fill="F2F2F2"/>
          </w:tcPr>
          <w:p w14:paraId="16BE94CB" w14:textId="77777777" w:rsidR="0077642F" w:rsidRDefault="0077642F">
            <w:r>
              <w:rPr>
                <w:sz w:val="13"/>
              </w:rPr>
              <w:t>0b438323a296b5f2ce2c8bbe3949ee8d</w:t>
            </w:r>
          </w:p>
        </w:tc>
        <w:tc>
          <w:tcPr>
            <w:tcW w:w="1814" w:type="dxa"/>
            <w:shd w:val="clear" w:color="auto" w:fill="F2F2F2"/>
          </w:tcPr>
          <w:p w14:paraId="285F0039" w14:textId="77777777" w:rsidR="0077642F" w:rsidRDefault="0077642F">
            <w:r>
              <w:rPr>
                <w:sz w:val="13"/>
              </w:rPr>
              <w:t>-0.1098216663793896</w:t>
            </w:r>
          </w:p>
        </w:tc>
        <w:tc>
          <w:tcPr>
            <w:tcW w:w="1395" w:type="dxa"/>
            <w:shd w:val="clear" w:color="auto" w:fill="F2F2F2"/>
          </w:tcPr>
          <w:p w14:paraId="5F984154" w14:textId="77777777" w:rsidR="0077642F" w:rsidRDefault="0077642F">
            <w:r>
              <w:rPr>
                <w:sz w:val="13"/>
              </w:rPr>
              <w:t>14.28979516326516</w:t>
            </w:r>
          </w:p>
        </w:tc>
        <w:tc>
          <w:tcPr>
            <w:tcW w:w="1683" w:type="dxa"/>
            <w:shd w:val="clear" w:color="auto" w:fill="F2F2F2"/>
          </w:tcPr>
          <w:p w14:paraId="6F0F1D50" w14:textId="77777777" w:rsidR="0077642F" w:rsidRDefault="0077642F">
            <w:r>
              <w:rPr>
                <w:sz w:val="13"/>
              </w:rPr>
              <w:t>0.04307481463440153</w:t>
            </w:r>
          </w:p>
        </w:tc>
        <w:tc>
          <w:tcPr>
            <w:tcW w:w="1683" w:type="dxa"/>
            <w:shd w:val="clear" w:color="auto" w:fill="F2F2F2"/>
          </w:tcPr>
          <w:p w14:paraId="31E4722F" w14:textId="77777777" w:rsidR="0077642F" w:rsidRDefault="0077642F">
            <w:r>
              <w:rPr>
                <w:sz w:val="13"/>
              </w:rPr>
              <w:t>0.8408238229296876</w:t>
            </w:r>
          </w:p>
        </w:tc>
        <w:tc>
          <w:tcPr>
            <w:tcW w:w="1611" w:type="dxa"/>
            <w:shd w:val="clear" w:color="auto" w:fill="F2F2F2"/>
          </w:tcPr>
          <w:p w14:paraId="23FD531C" w14:textId="77777777" w:rsidR="0077642F" w:rsidRDefault="0077642F">
            <w:r>
              <w:rPr>
                <w:sz w:val="13"/>
              </w:rPr>
              <w:t>0.8902840478079045</w:t>
            </w:r>
          </w:p>
        </w:tc>
        <w:tc>
          <w:tcPr>
            <w:tcW w:w="1245" w:type="dxa"/>
            <w:shd w:val="clear" w:color="auto" w:fill="F2F2F2"/>
          </w:tcPr>
          <w:p w14:paraId="2CF76E7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2F2F2"/>
          </w:tcPr>
          <w:p w14:paraId="2B56218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2F2F2"/>
          </w:tcPr>
          <w:p w14:paraId="2250FE6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2F2F2"/>
          </w:tcPr>
          <w:p w14:paraId="183C7E6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Bacteroidaceae</w:t>
            </w:r>
          </w:p>
        </w:tc>
        <w:tc>
          <w:tcPr>
            <w:tcW w:w="2411" w:type="dxa"/>
            <w:shd w:val="clear" w:color="auto" w:fill="F2F2F2"/>
          </w:tcPr>
          <w:p w14:paraId="63C9E5B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Bacteroides</w:t>
            </w:r>
          </w:p>
        </w:tc>
        <w:tc>
          <w:tcPr>
            <w:tcW w:w="1936" w:type="dxa"/>
            <w:shd w:val="clear" w:color="auto" w:fill="F2F2F2"/>
          </w:tcPr>
          <w:p w14:paraId="537FB04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Bacteroides_acidifaciens</w:t>
            </w:r>
          </w:p>
        </w:tc>
      </w:tr>
      <w:tr w:rsidR="0077642F" w14:paraId="70365B69" w14:textId="77777777" w:rsidTr="00A815C0">
        <w:tc>
          <w:tcPr>
            <w:tcW w:w="2501" w:type="dxa"/>
            <w:shd w:val="clear" w:color="auto" w:fill="FFFFFF"/>
          </w:tcPr>
          <w:p w14:paraId="162FC2F1" w14:textId="77777777" w:rsidR="0077642F" w:rsidRDefault="0077642F">
            <w:r>
              <w:rPr>
                <w:sz w:val="13"/>
              </w:rPr>
              <w:t>dfa833b266bd2993b86feab3617b34c3</w:t>
            </w:r>
          </w:p>
        </w:tc>
        <w:tc>
          <w:tcPr>
            <w:tcW w:w="1814" w:type="dxa"/>
            <w:shd w:val="clear" w:color="auto" w:fill="FFFFFF"/>
          </w:tcPr>
          <w:p w14:paraId="4156501F" w14:textId="77777777" w:rsidR="0077642F" w:rsidRDefault="0077642F">
            <w:r>
              <w:rPr>
                <w:sz w:val="13"/>
              </w:rPr>
              <w:t>-0.1806819006952915</w:t>
            </w:r>
          </w:p>
        </w:tc>
        <w:tc>
          <w:tcPr>
            <w:tcW w:w="1395" w:type="dxa"/>
            <w:shd w:val="clear" w:color="auto" w:fill="FFFFFF"/>
          </w:tcPr>
          <w:p w14:paraId="274C946C" w14:textId="77777777" w:rsidR="0077642F" w:rsidRDefault="0077642F">
            <w:r>
              <w:rPr>
                <w:sz w:val="13"/>
              </w:rPr>
              <w:t>14.38497475828945</w:t>
            </w:r>
          </w:p>
        </w:tc>
        <w:tc>
          <w:tcPr>
            <w:tcW w:w="1683" w:type="dxa"/>
            <w:shd w:val="clear" w:color="auto" w:fill="FFFFFF"/>
          </w:tcPr>
          <w:p w14:paraId="3FE6C0EF" w14:textId="77777777" w:rsidR="0077642F" w:rsidRDefault="0077642F">
            <w:r>
              <w:rPr>
                <w:sz w:val="13"/>
              </w:rPr>
              <w:t>0.03156784370319101</w:t>
            </w:r>
          </w:p>
        </w:tc>
        <w:tc>
          <w:tcPr>
            <w:tcW w:w="1683" w:type="dxa"/>
            <w:shd w:val="clear" w:color="auto" w:fill="FFFFFF"/>
          </w:tcPr>
          <w:p w14:paraId="12847887" w14:textId="77777777" w:rsidR="0077642F" w:rsidRDefault="0077642F">
            <w:r>
              <w:rPr>
                <w:sz w:val="13"/>
              </w:rPr>
              <w:t>0.8634423281261006</w:t>
            </w:r>
          </w:p>
        </w:tc>
        <w:tc>
          <w:tcPr>
            <w:tcW w:w="1611" w:type="dxa"/>
            <w:shd w:val="clear" w:color="auto" w:fill="FFFFFF"/>
          </w:tcPr>
          <w:p w14:paraId="7F109580" w14:textId="77777777" w:rsidR="0077642F" w:rsidRDefault="0077642F">
            <w:r>
              <w:rPr>
                <w:sz w:val="13"/>
              </w:rPr>
              <w:t>0.9082964750417422</w:t>
            </w:r>
          </w:p>
        </w:tc>
        <w:tc>
          <w:tcPr>
            <w:tcW w:w="1245" w:type="dxa"/>
            <w:shd w:val="clear" w:color="auto" w:fill="FFFFFF"/>
          </w:tcPr>
          <w:p w14:paraId="6A5C169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Verrucomicrobiota</w:t>
            </w:r>
          </w:p>
        </w:tc>
        <w:tc>
          <w:tcPr>
            <w:tcW w:w="1448" w:type="dxa"/>
            <w:shd w:val="clear" w:color="auto" w:fill="FFFFFF"/>
          </w:tcPr>
          <w:p w14:paraId="69DB2C7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Verrucomicrobiae</w:t>
            </w:r>
          </w:p>
        </w:tc>
        <w:tc>
          <w:tcPr>
            <w:tcW w:w="2324" w:type="dxa"/>
            <w:shd w:val="clear" w:color="auto" w:fill="FFFFFF"/>
          </w:tcPr>
          <w:p w14:paraId="1846B9D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Verrucomicrobiales</w:t>
            </w:r>
          </w:p>
        </w:tc>
        <w:tc>
          <w:tcPr>
            <w:tcW w:w="2411" w:type="dxa"/>
            <w:shd w:val="clear" w:color="auto" w:fill="FFFFFF"/>
          </w:tcPr>
          <w:p w14:paraId="6C550FD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Akkermansiaceae</w:t>
            </w:r>
          </w:p>
        </w:tc>
        <w:tc>
          <w:tcPr>
            <w:tcW w:w="2411" w:type="dxa"/>
            <w:shd w:val="clear" w:color="auto" w:fill="FFFFFF"/>
          </w:tcPr>
          <w:p w14:paraId="164D08D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Akkermansia</w:t>
            </w:r>
          </w:p>
        </w:tc>
        <w:tc>
          <w:tcPr>
            <w:tcW w:w="1936" w:type="dxa"/>
            <w:shd w:val="clear" w:color="auto" w:fill="FFFFFF"/>
          </w:tcPr>
          <w:p w14:paraId="2459DFD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2F424A49" w14:textId="77777777" w:rsidTr="00A815C0">
        <w:tc>
          <w:tcPr>
            <w:tcW w:w="2501" w:type="dxa"/>
            <w:shd w:val="clear" w:color="auto" w:fill="F2F2F2"/>
          </w:tcPr>
          <w:p w14:paraId="705DCB58" w14:textId="77777777" w:rsidR="0077642F" w:rsidRDefault="0077642F">
            <w:r>
              <w:rPr>
                <w:sz w:val="13"/>
              </w:rPr>
              <w:t>8383a9394d839568543ff7a5decb1956</w:t>
            </w:r>
          </w:p>
        </w:tc>
        <w:tc>
          <w:tcPr>
            <w:tcW w:w="1814" w:type="dxa"/>
            <w:shd w:val="clear" w:color="auto" w:fill="F2F2F2"/>
          </w:tcPr>
          <w:p w14:paraId="594EE714" w14:textId="77777777" w:rsidR="0077642F" w:rsidRDefault="0077642F">
            <w:r>
              <w:rPr>
                <w:sz w:val="13"/>
              </w:rPr>
              <w:t>0.2563938922236194</w:t>
            </w:r>
          </w:p>
        </w:tc>
        <w:tc>
          <w:tcPr>
            <w:tcW w:w="1395" w:type="dxa"/>
            <w:shd w:val="clear" w:color="auto" w:fill="F2F2F2"/>
          </w:tcPr>
          <w:p w14:paraId="4303CAB3" w14:textId="77777777" w:rsidR="0077642F" w:rsidRDefault="0077642F">
            <w:r>
              <w:rPr>
                <w:sz w:val="13"/>
              </w:rPr>
              <w:t>12.00052283590898</w:t>
            </w:r>
          </w:p>
        </w:tc>
        <w:tc>
          <w:tcPr>
            <w:tcW w:w="1683" w:type="dxa"/>
            <w:shd w:val="clear" w:color="auto" w:fill="F2F2F2"/>
          </w:tcPr>
          <w:p w14:paraId="0384061B" w14:textId="77777777" w:rsidR="0077642F" w:rsidRDefault="0077642F">
            <w:r>
              <w:rPr>
                <w:sz w:val="13"/>
              </w:rPr>
              <w:t>0.0259662297039205</w:t>
            </w:r>
          </w:p>
        </w:tc>
        <w:tc>
          <w:tcPr>
            <w:tcW w:w="1683" w:type="dxa"/>
            <w:shd w:val="clear" w:color="auto" w:fill="F2F2F2"/>
          </w:tcPr>
          <w:p w14:paraId="7AEADB73" w14:textId="77777777" w:rsidR="0077642F" w:rsidRDefault="0077642F">
            <w:r>
              <w:rPr>
                <w:sz w:val="13"/>
              </w:rPr>
              <w:t>0.8759329886539409</w:t>
            </w:r>
          </w:p>
        </w:tc>
        <w:tc>
          <w:tcPr>
            <w:tcW w:w="1611" w:type="dxa"/>
            <w:shd w:val="clear" w:color="auto" w:fill="F2F2F2"/>
          </w:tcPr>
          <w:p w14:paraId="1EF1B9F9" w14:textId="77777777" w:rsidR="0077642F" w:rsidRDefault="0077642F">
            <w:r>
              <w:rPr>
                <w:sz w:val="13"/>
              </w:rPr>
              <w:t>0.9154912526576673</w:t>
            </w:r>
          </w:p>
        </w:tc>
        <w:tc>
          <w:tcPr>
            <w:tcW w:w="1245" w:type="dxa"/>
            <w:shd w:val="clear" w:color="auto" w:fill="F2F2F2"/>
          </w:tcPr>
          <w:p w14:paraId="345D55C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BB02C7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30A709D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2F2F2"/>
          </w:tcPr>
          <w:p w14:paraId="1331DF9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2F2F2"/>
          </w:tcPr>
          <w:p w14:paraId="7B5C67B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2302F37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2CAB124C" w14:textId="77777777" w:rsidTr="00A815C0">
        <w:tc>
          <w:tcPr>
            <w:tcW w:w="2501" w:type="dxa"/>
            <w:shd w:val="clear" w:color="auto" w:fill="FFFFFF"/>
          </w:tcPr>
          <w:p w14:paraId="1D288FD0" w14:textId="77777777" w:rsidR="0077642F" w:rsidRDefault="0077642F">
            <w:r>
              <w:rPr>
                <w:sz w:val="13"/>
              </w:rPr>
              <w:t>370f8e2c42065b39909e04ccbaec4a68</w:t>
            </w:r>
          </w:p>
        </w:tc>
        <w:tc>
          <w:tcPr>
            <w:tcW w:w="1814" w:type="dxa"/>
            <w:shd w:val="clear" w:color="auto" w:fill="FFFFFF"/>
          </w:tcPr>
          <w:p w14:paraId="3821E85E" w14:textId="77777777" w:rsidR="0077642F" w:rsidRDefault="0077642F">
            <w:r>
              <w:rPr>
                <w:sz w:val="13"/>
              </w:rPr>
              <w:t>0.1349072586318979</w:t>
            </w:r>
          </w:p>
        </w:tc>
        <w:tc>
          <w:tcPr>
            <w:tcW w:w="1395" w:type="dxa"/>
            <w:shd w:val="clear" w:color="auto" w:fill="FFFFFF"/>
          </w:tcPr>
          <w:p w14:paraId="07DC34C5" w14:textId="77777777" w:rsidR="0077642F" w:rsidRDefault="0077642F">
            <w:r>
              <w:rPr>
                <w:sz w:val="13"/>
              </w:rPr>
              <w:t>11.4633630250667</w:t>
            </w:r>
          </w:p>
        </w:tc>
        <w:tc>
          <w:tcPr>
            <w:tcW w:w="1683" w:type="dxa"/>
            <w:shd w:val="clear" w:color="auto" w:fill="FFFFFF"/>
          </w:tcPr>
          <w:p w14:paraId="25E11C25" w14:textId="77777777" w:rsidR="0077642F" w:rsidRDefault="0077642F">
            <w:r>
              <w:rPr>
                <w:sz w:val="13"/>
              </w:rPr>
              <w:t>0.02123207216082691</w:t>
            </w:r>
          </w:p>
        </w:tc>
        <w:tc>
          <w:tcPr>
            <w:tcW w:w="1683" w:type="dxa"/>
            <w:shd w:val="clear" w:color="auto" w:fill="FFFFFF"/>
          </w:tcPr>
          <w:p w14:paraId="48018238" w14:textId="77777777" w:rsidR="0077642F" w:rsidRDefault="0077642F">
            <w:r>
              <w:rPr>
                <w:sz w:val="13"/>
              </w:rPr>
              <w:t>0.8876464066782926</w:t>
            </w:r>
          </w:p>
        </w:tc>
        <w:tc>
          <w:tcPr>
            <w:tcW w:w="1611" w:type="dxa"/>
            <w:shd w:val="clear" w:color="auto" w:fill="FFFFFF"/>
          </w:tcPr>
          <w:p w14:paraId="7CED82D2" w14:textId="77777777" w:rsidR="0077642F" w:rsidRDefault="0077642F">
            <w:r>
              <w:rPr>
                <w:sz w:val="13"/>
              </w:rPr>
              <w:t>0.9217866530889963</w:t>
            </w:r>
          </w:p>
        </w:tc>
        <w:tc>
          <w:tcPr>
            <w:tcW w:w="1245" w:type="dxa"/>
            <w:shd w:val="clear" w:color="auto" w:fill="FFFFFF"/>
          </w:tcPr>
          <w:p w14:paraId="7F22593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63C6C94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5C25CC9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312798F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FFFFF"/>
          </w:tcPr>
          <w:p w14:paraId="57245E8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294C15C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uncultured_Clostridiales</w:t>
            </w:r>
          </w:p>
        </w:tc>
      </w:tr>
      <w:tr w:rsidR="0077642F" w14:paraId="06A7D1A9" w14:textId="77777777" w:rsidTr="00A815C0">
        <w:tc>
          <w:tcPr>
            <w:tcW w:w="2501" w:type="dxa"/>
            <w:shd w:val="clear" w:color="auto" w:fill="F2F2F2"/>
          </w:tcPr>
          <w:p w14:paraId="39E9B40B" w14:textId="77777777" w:rsidR="0077642F" w:rsidRDefault="0077642F">
            <w:r>
              <w:rPr>
                <w:sz w:val="13"/>
              </w:rPr>
              <w:t>fd3f0ad2379a32c7bf86a3133e5b1879</w:t>
            </w:r>
          </w:p>
        </w:tc>
        <w:tc>
          <w:tcPr>
            <w:tcW w:w="1814" w:type="dxa"/>
            <w:shd w:val="clear" w:color="auto" w:fill="F2F2F2"/>
          </w:tcPr>
          <w:p w14:paraId="55ACD9F2" w14:textId="77777777" w:rsidR="0077642F" w:rsidRDefault="0077642F">
            <w:r>
              <w:rPr>
                <w:sz w:val="13"/>
              </w:rPr>
              <w:t>0.1549936254842723</w:t>
            </w:r>
          </w:p>
        </w:tc>
        <w:tc>
          <w:tcPr>
            <w:tcW w:w="1395" w:type="dxa"/>
            <w:shd w:val="clear" w:color="auto" w:fill="F2F2F2"/>
          </w:tcPr>
          <w:p w14:paraId="6331EB7C" w14:textId="77777777" w:rsidR="0077642F" w:rsidRDefault="0077642F">
            <w:r>
              <w:rPr>
                <w:sz w:val="13"/>
              </w:rPr>
              <w:t>11.36281852315268</w:t>
            </w:r>
          </w:p>
        </w:tc>
        <w:tc>
          <w:tcPr>
            <w:tcW w:w="1683" w:type="dxa"/>
            <w:shd w:val="clear" w:color="auto" w:fill="F2F2F2"/>
          </w:tcPr>
          <w:p w14:paraId="0D23D455" w14:textId="77777777" w:rsidR="0077642F" w:rsidRDefault="0077642F">
            <w:r>
              <w:rPr>
                <w:sz w:val="13"/>
              </w:rPr>
              <w:t>0.01728468341559894</w:t>
            </w:r>
          </w:p>
        </w:tc>
        <w:tc>
          <w:tcPr>
            <w:tcW w:w="1683" w:type="dxa"/>
            <w:shd w:val="clear" w:color="auto" w:fill="F2F2F2"/>
          </w:tcPr>
          <w:p w14:paraId="32958404" w14:textId="77777777" w:rsidR="0077642F" w:rsidRDefault="0077642F">
            <w:r>
              <w:rPr>
                <w:sz w:val="13"/>
              </w:rPr>
              <w:t>0.8985363820186296</w:t>
            </w:r>
          </w:p>
        </w:tc>
        <w:tc>
          <w:tcPr>
            <w:tcW w:w="1611" w:type="dxa"/>
            <w:shd w:val="clear" w:color="auto" w:fill="F2F2F2"/>
          </w:tcPr>
          <w:p w14:paraId="2CF65DB4" w14:textId="77777777" w:rsidR="0077642F" w:rsidRDefault="0077642F">
            <w:r>
              <w:rPr>
                <w:sz w:val="13"/>
              </w:rPr>
              <w:t>0.927152190363172</w:t>
            </w:r>
          </w:p>
        </w:tc>
        <w:tc>
          <w:tcPr>
            <w:tcW w:w="1245" w:type="dxa"/>
            <w:shd w:val="clear" w:color="auto" w:fill="F2F2F2"/>
          </w:tcPr>
          <w:p w14:paraId="724E13C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858BE1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3F8237C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2F2F2"/>
          </w:tcPr>
          <w:p w14:paraId="01A28D9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2F2F2"/>
          </w:tcPr>
          <w:p w14:paraId="541E611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Oscillibacter</w:t>
            </w:r>
          </w:p>
        </w:tc>
        <w:tc>
          <w:tcPr>
            <w:tcW w:w="1936" w:type="dxa"/>
            <w:shd w:val="clear" w:color="auto" w:fill="F2F2F2"/>
          </w:tcPr>
          <w:p w14:paraId="2C80D3D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unidentified</w:t>
            </w:r>
          </w:p>
        </w:tc>
      </w:tr>
      <w:tr w:rsidR="0077642F" w14:paraId="40EB53BA" w14:textId="77777777" w:rsidTr="00A815C0">
        <w:tc>
          <w:tcPr>
            <w:tcW w:w="2501" w:type="dxa"/>
            <w:shd w:val="clear" w:color="auto" w:fill="FFFFFF"/>
          </w:tcPr>
          <w:p w14:paraId="6F22F4EB" w14:textId="77777777" w:rsidR="0077642F" w:rsidRDefault="0077642F">
            <w:r>
              <w:rPr>
                <w:sz w:val="13"/>
              </w:rPr>
              <w:t>e9b2dd709e597470d2d8ded16c2bad44</w:t>
            </w:r>
          </w:p>
        </w:tc>
        <w:tc>
          <w:tcPr>
            <w:tcW w:w="1814" w:type="dxa"/>
            <w:shd w:val="clear" w:color="auto" w:fill="FFFFFF"/>
          </w:tcPr>
          <w:p w14:paraId="2B1AC1E0" w14:textId="77777777" w:rsidR="0077642F" w:rsidRDefault="0077642F">
            <w:r>
              <w:rPr>
                <w:sz w:val="13"/>
              </w:rPr>
              <w:t>-0.08679234172279428</w:t>
            </w:r>
          </w:p>
        </w:tc>
        <w:tc>
          <w:tcPr>
            <w:tcW w:w="1395" w:type="dxa"/>
            <w:shd w:val="clear" w:color="auto" w:fill="FFFFFF"/>
          </w:tcPr>
          <w:p w14:paraId="3C8C746F" w14:textId="77777777" w:rsidR="0077642F" w:rsidRDefault="0077642F">
            <w:r>
              <w:rPr>
                <w:sz w:val="13"/>
              </w:rPr>
              <w:t>11.18190529608253</w:t>
            </w:r>
          </w:p>
        </w:tc>
        <w:tc>
          <w:tcPr>
            <w:tcW w:w="1683" w:type="dxa"/>
            <w:shd w:val="clear" w:color="auto" w:fill="FFFFFF"/>
          </w:tcPr>
          <w:p w14:paraId="735B99CB" w14:textId="77777777" w:rsidR="0077642F" w:rsidRDefault="0077642F">
            <w:r>
              <w:rPr>
                <w:sz w:val="13"/>
              </w:rPr>
              <w:t>0.0113897180347425</w:t>
            </w:r>
          </w:p>
        </w:tc>
        <w:tc>
          <w:tcPr>
            <w:tcW w:w="1683" w:type="dxa"/>
            <w:shd w:val="clear" w:color="auto" w:fill="FFFFFF"/>
          </w:tcPr>
          <w:p w14:paraId="1C27E7ED" w14:textId="77777777" w:rsidR="0077642F" w:rsidRDefault="0077642F">
            <w:r>
              <w:rPr>
                <w:sz w:val="13"/>
              </w:rPr>
              <w:t>0.9175213303626275</w:t>
            </w:r>
          </w:p>
        </w:tc>
        <w:tc>
          <w:tcPr>
            <w:tcW w:w="1611" w:type="dxa"/>
            <w:shd w:val="clear" w:color="auto" w:fill="FFFFFF"/>
          </w:tcPr>
          <w:p w14:paraId="41F92738" w14:textId="77777777" w:rsidR="0077642F" w:rsidRDefault="0077642F">
            <w:r>
              <w:rPr>
                <w:sz w:val="13"/>
              </w:rPr>
              <w:t>0.9407497184730736</w:t>
            </w:r>
          </w:p>
        </w:tc>
        <w:tc>
          <w:tcPr>
            <w:tcW w:w="1245" w:type="dxa"/>
            <w:shd w:val="clear" w:color="auto" w:fill="FFFFFF"/>
          </w:tcPr>
          <w:p w14:paraId="70B1DE83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2B22D0A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3876D6BD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4218DF1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FFFFF"/>
          </w:tcPr>
          <w:p w14:paraId="4F3415D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1C364BF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24D534BA" w14:textId="77777777" w:rsidTr="00A815C0">
        <w:tc>
          <w:tcPr>
            <w:tcW w:w="2501" w:type="dxa"/>
            <w:shd w:val="clear" w:color="auto" w:fill="F2F2F2"/>
          </w:tcPr>
          <w:p w14:paraId="1EF7D745" w14:textId="77777777" w:rsidR="0077642F" w:rsidRDefault="0077642F">
            <w:r>
              <w:rPr>
                <w:sz w:val="13"/>
              </w:rPr>
              <w:t>1be897ba1ae9fde0a82ba4d0c71f159b</w:t>
            </w:r>
          </w:p>
        </w:tc>
        <w:tc>
          <w:tcPr>
            <w:tcW w:w="1814" w:type="dxa"/>
            <w:shd w:val="clear" w:color="auto" w:fill="F2F2F2"/>
          </w:tcPr>
          <w:p w14:paraId="250A3D99" w14:textId="77777777" w:rsidR="0077642F" w:rsidRDefault="0077642F">
            <w:r>
              <w:rPr>
                <w:sz w:val="13"/>
              </w:rPr>
              <w:t>-0.1288115926406208</w:t>
            </w:r>
          </w:p>
        </w:tc>
        <w:tc>
          <w:tcPr>
            <w:tcW w:w="1395" w:type="dxa"/>
            <w:shd w:val="clear" w:color="auto" w:fill="F2F2F2"/>
          </w:tcPr>
          <w:p w14:paraId="14E9CDA8" w14:textId="77777777" w:rsidR="0077642F" w:rsidRDefault="0077642F">
            <w:r>
              <w:rPr>
                <w:sz w:val="13"/>
              </w:rPr>
              <w:t>12.30629856672461</w:t>
            </w:r>
          </w:p>
        </w:tc>
        <w:tc>
          <w:tcPr>
            <w:tcW w:w="1683" w:type="dxa"/>
            <w:shd w:val="clear" w:color="auto" w:fill="F2F2F2"/>
          </w:tcPr>
          <w:p w14:paraId="68836CE9" w14:textId="77777777" w:rsidR="0077642F" w:rsidRDefault="0077642F">
            <w:r>
              <w:rPr>
                <w:sz w:val="13"/>
              </w:rPr>
              <w:t>0.006538990996450786</w:t>
            </w:r>
          </w:p>
        </w:tc>
        <w:tc>
          <w:tcPr>
            <w:tcW w:w="1683" w:type="dxa"/>
            <w:shd w:val="clear" w:color="auto" w:fill="F2F2F2"/>
          </w:tcPr>
          <w:p w14:paraId="14F62068" w14:textId="77777777" w:rsidR="0077642F" w:rsidRDefault="0077642F">
            <w:r>
              <w:rPr>
                <w:sz w:val="13"/>
              </w:rPr>
              <w:t>0.9375281891913985</w:t>
            </w:r>
          </w:p>
        </w:tc>
        <w:tc>
          <w:tcPr>
            <w:tcW w:w="1611" w:type="dxa"/>
            <w:shd w:val="clear" w:color="auto" w:fill="F2F2F2"/>
          </w:tcPr>
          <w:p w14:paraId="4145EFA0" w14:textId="77777777" w:rsidR="0077642F" w:rsidRDefault="0077642F">
            <w:r>
              <w:rPr>
                <w:sz w:val="13"/>
              </w:rPr>
              <w:t>0.9552174003082173</w:t>
            </w:r>
          </w:p>
        </w:tc>
        <w:tc>
          <w:tcPr>
            <w:tcW w:w="1245" w:type="dxa"/>
            <w:shd w:val="clear" w:color="auto" w:fill="F2F2F2"/>
          </w:tcPr>
          <w:p w14:paraId="228D946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2C82FB2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37E8CDF2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7931962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7E5A3CD1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66DC186E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3C506AA5" w14:textId="77777777" w:rsidTr="00A815C0">
        <w:tc>
          <w:tcPr>
            <w:tcW w:w="2501" w:type="dxa"/>
            <w:shd w:val="clear" w:color="auto" w:fill="FFFFFF"/>
          </w:tcPr>
          <w:p w14:paraId="22548EE0" w14:textId="77777777" w:rsidR="0077642F" w:rsidRDefault="0077642F">
            <w:r>
              <w:rPr>
                <w:sz w:val="13"/>
              </w:rPr>
              <w:t>60c1bf712e700eaa7cabfab1b49f4991</w:t>
            </w:r>
          </w:p>
        </w:tc>
        <w:tc>
          <w:tcPr>
            <w:tcW w:w="1814" w:type="dxa"/>
            <w:shd w:val="clear" w:color="auto" w:fill="FFFFFF"/>
          </w:tcPr>
          <w:p w14:paraId="20F9EFE8" w14:textId="77777777" w:rsidR="0077642F" w:rsidRDefault="0077642F">
            <w:r>
              <w:rPr>
                <w:sz w:val="13"/>
              </w:rPr>
              <w:t>-0.05602156338008943</w:t>
            </w:r>
          </w:p>
        </w:tc>
        <w:tc>
          <w:tcPr>
            <w:tcW w:w="1395" w:type="dxa"/>
            <w:shd w:val="clear" w:color="auto" w:fill="FFFFFF"/>
          </w:tcPr>
          <w:p w14:paraId="2F756A87" w14:textId="77777777" w:rsidR="0077642F" w:rsidRDefault="0077642F">
            <w:r>
              <w:rPr>
                <w:sz w:val="13"/>
              </w:rPr>
              <w:t>12.61440448055788</w:t>
            </w:r>
          </w:p>
        </w:tc>
        <w:tc>
          <w:tcPr>
            <w:tcW w:w="1683" w:type="dxa"/>
            <w:shd w:val="clear" w:color="auto" w:fill="FFFFFF"/>
          </w:tcPr>
          <w:p w14:paraId="46848F50" w14:textId="77777777" w:rsidR="0077642F" w:rsidRDefault="0077642F">
            <w:r>
              <w:rPr>
                <w:sz w:val="13"/>
              </w:rPr>
              <w:t>0.002146343415684228</w:t>
            </w:r>
          </w:p>
        </w:tc>
        <w:tc>
          <w:tcPr>
            <w:tcW w:w="1683" w:type="dxa"/>
            <w:shd w:val="clear" w:color="auto" w:fill="FFFFFF"/>
          </w:tcPr>
          <w:p w14:paraId="667ADAD5" w14:textId="77777777" w:rsidR="0077642F" w:rsidRDefault="0077642F">
            <w:r>
              <w:rPr>
                <w:sz w:val="13"/>
              </w:rPr>
              <w:t>0.9641845726185883</w:t>
            </w:r>
          </w:p>
        </w:tc>
        <w:tc>
          <w:tcPr>
            <w:tcW w:w="1611" w:type="dxa"/>
            <w:shd w:val="clear" w:color="auto" w:fill="FFFFFF"/>
          </w:tcPr>
          <w:p w14:paraId="122A175E" w14:textId="77777777" w:rsidR="0077642F" w:rsidRDefault="0077642F">
            <w:r>
              <w:rPr>
                <w:sz w:val="13"/>
              </w:rPr>
              <w:t>0.9762368797763206</w:t>
            </w:r>
          </w:p>
        </w:tc>
        <w:tc>
          <w:tcPr>
            <w:tcW w:w="1245" w:type="dxa"/>
            <w:shd w:val="clear" w:color="auto" w:fill="FFFFFF"/>
          </w:tcPr>
          <w:p w14:paraId="6B1372E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Bacteroidota</w:t>
            </w:r>
          </w:p>
        </w:tc>
        <w:tc>
          <w:tcPr>
            <w:tcW w:w="1448" w:type="dxa"/>
            <w:shd w:val="clear" w:color="auto" w:fill="FFFFFF"/>
          </w:tcPr>
          <w:p w14:paraId="642D36D4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Bacteroidia</w:t>
            </w:r>
          </w:p>
        </w:tc>
        <w:tc>
          <w:tcPr>
            <w:tcW w:w="2324" w:type="dxa"/>
            <w:shd w:val="clear" w:color="auto" w:fill="FFFFFF"/>
          </w:tcPr>
          <w:p w14:paraId="359D548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Bacteroidales</w:t>
            </w:r>
          </w:p>
        </w:tc>
        <w:tc>
          <w:tcPr>
            <w:tcW w:w="2411" w:type="dxa"/>
            <w:shd w:val="clear" w:color="auto" w:fill="FFFFFF"/>
          </w:tcPr>
          <w:p w14:paraId="6FC0C65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Rikenellaceae</w:t>
            </w:r>
          </w:p>
        </w:tc>
        <w:tc>
          <w:tcPr>
            <w:tcW w:w="2411" w:type="dxa"/>
            <w:shd w:val="clear" w:color="auto" w:fill="FFFFFF"/>
          </w:tcPr>
          <w:p w14:paraId="5186B94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Alistipes</w:t>
            </w:r>
          </w:p>
        </w:tc>
        <w:tc>
          <w:tcPr>
            <w:tcW w:w="1936" w:type="dxa"/>
            <w:shd w:val="clear" w:color="auto" w:fill="FFFFFF"/>
          </w:tcPr>
          <w:p w14:paraId="387E8407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  <w:tr w:rsidR="0077642F" w14:paraId="0DC2F0FC" w14:textId="77777777" w:rsidTr="00A815C0">
        <w:tc>
          <w:tcPr>
            <w:tcW w:w="2501" w:type="dxa"/>
            <w:shd w:val="clear" w:color="auto" w:fill="F2F2F2"/>
          </w:tcPr>
          <w:p w14:paraId="74180B70" w14:textId="77777777" w:rsidR="0077642F" w:rsidRDefault="0077642F">
            <w:r>
              <w:rPr>
                <w:sz w:val="13"/>
              </w:rPr>
              <w:t>adcb0c7ae42a63e8d4e439563bb70bde</w:t>
            </w:r>
          </w:p>
        </w:tc>
        <w:tc>
          <w:tcPr>
            <w:tcW w:w="1814" w:type="dxa"/>
            <w:shd w:val="clear" w:color="auto" w:fill="F2F2F2"/>
          </w:tcPr>
          <w:p w14:paraId="597BBD2D" w14:textId="77777777" w:rsidR="0077642F" w:rsidRDefault="0077642F">
            <w:r>
              <w:rPr>
                <w:sz w:val="13"/>
              </w:rPr>
              <w:t>-0.049531660922388</w:t>
            </w:r>
          </w:p>
        </w:tc>
        <w:tc>
          <w:tcPr>
            <w:tcW w:w="1395" w:type="dxa"/>
            <w:shd w:val="clear" w:color="auto" w:fill="F2F2F2"/>
          </w:tcPr>
          <w:p w14:paraId="7B1539FE" w14:textId="77777777" w:rsidR="0077642F" w:rsidRDefault="0077642F">
            <w:r>
              <w:rPr>
                <w:sz w:val="13"/>
              </w:rPr>
              <w:t>10.1694510160174</w:t>
            </w:r>
          </w:p>
        </w:tc>
        <w:tc>
          <w:tcPr>
            <w:tcW w:w="1683" w:type="dxa"/>
            <w:shd w:val="clear" w:color="auto" w:fill="F2F2F2"/>
          </w:tcPr>
          <w:p w14:paraId="785EAC86" w14:textId="77777777" w:rsidR="0077642F" w:rsidRDefault="0077642F">
            <w:r>
              <w:rPr>
                <w:sz w:val="13"/>
              </w:rPr>
              <w:t>0.000847142302263756</w:t>
            </w:r>
          </w:p>
        </w:tc>
        <w:tc>
          <w:tcPr>
            <w:tcW w:w="1683" w:type="dxa"/>
            <w:shd w:val="clear" w:color="auto" w:fill="F2F2F2"/>
          </w:tcPr>
          <w:p w14:paraId="630D7635" w14:textId="77777777" w:rsidR="0077642F" w:rsidRDefault="0077642F">
            <w:r>
              <w:rPr>
                <w:sz w:val="13"/>
              </w:rPr>
              <w:t>0.9773901872895339</w:t>
            </w:r>
          </w:p>
        </w:tc>
        <w:tc>
          <w:tcPr>
            <w:tcW w:w="1611" w:type="dxa"/>
            <w:shd w:val="clear" w:color="auto" w:fill="F2F2F2"/>
          </w:tcPr>
          <w:p w14:paraId="167CADE4" w14:textId="77777777" w:rsidR="0077642F" w:rsidRDefault="0077642F">
            <w:r>
              <w:rPr>
                <w:sz w:val="13"/>
              </w:rPr>
              <w:t>0.9834609337944377</w:t>
            </w:r>
          </w:p>
        </w:tc>
        <w:tc>
          <w:tcPr>
            <w:tcW w:w="1245" w:type="dxa"/>
            <w:shd w:val="clear" w:color="auto" w:fill="F2F2F2"/>
          </w:tcPr>
          <w:p w14:paraId="390E81B9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C93560B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2F2F2"/>
          </w:tcPr>
          <w:p w14:paraId="3B58DAE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Lachnospirales</w:t>
            </w:r>
          </w:p>
        </w:tc>
        <w:tc>
          <w:tcPr>
            <w:tcW w:w="2411" w:type="dxa"/>
            <w:shd w:val="clear" w:color="auto" w:fill="F2F2F2"/>
          </w:tcPr>
          <w:p w14:paraId="5AD2DA4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Lachnospiraceae</w:t>
            </w:r>
          </w:p>
        </w:tc>
        <w:tc>
          <w:tcPr>
            <w:tcW w:w="2411" w:type="dxa"/>
            <w:shd w:val="clear" w:color="auto" w:fill="F2F2F2"/>
          </w:tcPr>
          <w:p w14:paraId="660DF55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2F2F2"/>
          </w:tcPr>
          <w:p w14:paraId="408A1958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Unassigned</w:t>
            </w:r>
          </w:p>
        </w:tc>
      </w:tr>
      <w:tr w:rsidR="0077642F" w14:paraId="4076437E" w14:textId="77777777" w:rsidTr="00A815C0">
        <w:tc>
          <w:tcPr>
            <w:tcW w:w="2501" w:type="dxa"/>
            <w:shd w:val="clear" w:color="auto" w:fill="FFFFFF"/>
          </w:tcPr>
          <w:p w14:paraId="0AA3A048" w14:textId="77777777" w:rsidR="0077642F" w:rsidRDefault="0077642F">
            <w:r>
              <w:rPr>
                <w:sz w:val="13"/>
              </w:rPr>
              <w:t>6d26cf14a267d2be14f2c5c6524e3f84</w:t>
            </w:r>
          </w:p>
        </w:tc>
        <w:tc>
          <w:tcPr>
            <w:tcW w:w="1814" w:type="dxa"/>
            <w:shd w:val="clear" w:color="auto" w:fill="FFFFFF"/>
          </w:tcPr>
          <w:p w14:paraId="4248AE7E" w14:textId="77777777" w:rsidR="0077642F" w:rsidRDefault="0077642F">
            <w:r>
              <w:rPr>
                <w:sz w:val="13"/>
              </w:rPr>
              <w:t>-0.01647996960509022</w:t>
            </w:r>
          </w:p>
        </w:tc>
        <w:tc>
          <w:tcPr>
            <w:tcW w:w="1395" w:type="dxa"/>
            <w:shd w:val="clear" w:color="auto" w:fill="FFFFFF"/>
          </w:tcPr>
          <w:p w14:paraId="795AE46C" w14:textId="77777777" w:rsidR="0077642F" w:rsidRDefault="0077642F">
            <w:r>
              <w:rPr>
                <w:sz w:val="13"/>
              </w:rPr>
              <w:t>10.60191296748002</w:t>
            </w:r>
          </w:p>
        </w:tc>
        <w:tc>
          <w:tcPr>
            <w:tcW w:w="1683" w:type="dxa"/>
            <w:shd w:val="clear" w:color="auto" w:fill="FFFFFF"/>
          </w:tcPr>
          <w:p w14:paraId="2EF9FC78" w14:textId="77777777" w:rsidR="0077642F" w:rsidRDefault="0077642F">
            <w:r>
              <w:rPr>
                <w:sz w:val="13"/>
              </w:rPr>
              <w:t>0.0001323999598126419</w:t>
            </w:r>
          </w:p>
        </w:tc>
        <w:tc>
          <w:tcPr>
            <w:tcW w:w="1683" w:type="dxa"/>
            <w:shd w:val="clear" w:color="auto" w:fill="FFFFFF"/>
          </w:tcPr>
          <w:p w14:paraId="47575D89" w14:textId="77777777" w:rsidR="0077642F" w:rsidRDefault="0077642F">
            <w:r>
              <w:rPr>
                <w:sz w:val="13"/>
              </w:rPr>
              <w:t>0.9910761920403313</w:t>
            </w:r>
          </w:p>
        </w:tc>
        <w:tc>
          <w:tcPr>
            <w:tcW w:w="1611" w:type="dxa"/>
            <w:shd w:val="clear" w:color="auto" w:fill="FFFFFF"/>
          </w:tcPr>
          <w:p w14:paraId="7DAC37B8" w14:textId="77777777" w:rsidR="0077642F" w:rsidRDefault="0077642F">
            <w:r>
              <w:rPr>
                <w:sz w:val="13"/>
              </w:rPr>
              <w:t>0.9910761920403313</w:t>
            </w:r>
          </w:p>
        </w:tc>
        <w:tc>
          <w:tcPr>
            <w:tcW w:w="1245" w:type="dxa"/>
            <w:shd w:val="clear" w:color="auto" w:fill="FFFFFF"/>
          </w:tcPr>
          <w:p w14:paraId="55FD904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B95A400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Clostridia</w:t>
            </w:r>
          </w:p>
        </w:tc>
        <w:tc>
          <w:tcPr>
            <w:tcW w:w="2324" w:type="dxa"/>
            <w:shd w:val="clear" w:color="auto" w:fill="FFFFFF"/>
          </w:tcPr>
          <w:p w14:paraId="36C17F86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Oscillospirales</w:t>
            </w:r>
          </w:p>
        </w:tc>
        <w:tc>
          <w:tcPr>
            <w:tcW w:w="2411" w:type="dxa"/>
            <w:shd w:val="clear" w:color="auto" w:fill="FFFFFF"/>
          </w:tcPr>
          <w:p w14:paraId="38460455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Oscillospiraceae</w:t>
            </w:r>
          </w:p>
        </w:tc>
        <w:tc>
          <w:tcPr>
            <w:tcW w:w="2411" w:type="dxa"/>
            <w:shd w:val="clear" w:color="auto" w:fill="FFFFFF"/>
          </w:tcPr>
          <w:p w14:paraId="712103BF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Colidextribacter</w:t>
            </w:r>
          </w:p>
        </w:tc>
        <w:tc>
          <w:tcPr>
            <w:tcW w:w="1936" w:type="dxa"/>
            <w:shd w:val="clear" w:color="auto" w:fill="FFFFFF"/>
          </w:tcPr>
          <w:p w14:paraId="1A99B28C" w14:textId="77777777" w:rsidR="0077642F" w:rsidRPr="0077642F" w:rsidRDefault="0077642F">
            <w:pPr>
              <w:rPr>
                <w:i/>
                <w:iCs/>
              </w:rPr>
            </w:pPr>
            <w:r w:rsidRPr="0077642F">
              <w:rPr>
                <w:i/>
                <w:iCs/>
                <w:sz w:val="13"/>
              </w:rPr>
              <w:t>uncultured_bacterium</w:t>
            </w:r>
          </w:p>
        </w:tc>
      </w:tr>
    </w:tbl>
    <w:p w14:paraId="14080341" w14:textId="77777777" w:rsidR="00280510" w:rsidRDefault="00280510"/>
    <w:sectPr w:rsidR="00280510" w:rsidSect="00034616">
      <w:pgSz w:w="23818" w:h="16834"/>
      <w:pgMar w:top="576" w:right="432" w:bottom="576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0981609">
    <w:abstractNumId w:val="8"/>
  </w:num>
  <w:num w:numId="2" w16cid:durableId="1141312342">
    <w:abstractNumId w:val="6"/>
  </w:num>
  <w:num w:numId="3" w16cid:durableId="1153982047">
    <w:abstractNumId w:val="5"/>
  </w:num>
  <w:num w:numId="4" w16cid:durableId="760955989">
    <w:abstractNumId w:val="4"/>
  </w:num>
  <w:num w:numId="5" w16cid:durableId="1559782250">
    <w:abstractNumId w:val="7"/>
  </w:num>
  <w:num w:numId="6" w16cid:durableId="159468390">
    <w:abstractNumId w:val="3"/>
  </w:num>
  <w:num w:numId="7" w16cid:durableId="1155030060">
    <w:abstractNumId w:val="2"/>
  </w:num>
  <w:num w:numId="8" w16cid:durableId="2127918207">
    <w:abstractNumId w:val="1"/>
  </w:num>
  <w:num w:numId="9" w16cid:durableId="727920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6E59"/>
    <w:rsid w:val="00034616"/>
    <w:rsid w:val="0006063C"/>
    <w:rsid w:val="0015074B"/>
    <w:rsid w:val="001B4A83"/>
    <w:rsid w:val="00280510"/>
    <w:rsid w:val="0029639D"/>
    <w:rsid w:val="00326F90"/>
    <w:rsid w:val="00665DF1"/>
    <w:rsid w:val="006A5CE7"/>
    <w:rsid w:val="006B101F"/>
    <w:rsid w:val="0077642F"/>
    <w:rsid w:val="0087574A"/>
    <w:rsid w:val="008E0DFE"/>
    <w:rsid w:val="00A815C0"/>
    <w:rsid w:val="00AA1D8D"/>
    <w:rsid w:val="00B47730"/>
    <w:rsid w:val="00CB0664"/>
    <w:rsid w:val="00D518C3"/>
    <w:rsid w:val="00DF5C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BC353B"/>
  <w14:defaultImageDpi w14:val="300"/>
  <w15:docId w15:val="{2E50864C-68C9-4995-B42E-6ACF7299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5310</Words>
  <Characters>30270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dina bellizzi</cp:lastModifiedBy>
  <cp:revision>8</cp:revision>
  <dcterms:created xsi:type="dcterms:W3CDTF">2013-12-23T23:15:00Z</dcterms:created>
  <dcterms:modified xsi:type="dcterms:W3CDTF">2026-05-15T07:47:00Z</dcterms:modified>
  <cp:category/>
</cp:coreProperties>
</file>