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BED010" w14:textId="4D13A344" w:rsidR="00D847B6" w:rsidRPr="004B1592" w:rsidRDefault="00000000" w:rsidP="009063C3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B1592">
        <w:rPr>
          <w:rFonts w:ascii="Times New Roman" w:eastAsia="Times New Roman" w:hAnsi="Times New Roman" w:cs="Times New Roman"/>
          <w:b/>
          <w:bCs/>
          <w:sz w:val="24"/>
          <w:szCs w:val="24"/>
        </w:rPr>
        <w:t>Table</w:t>
      </w:r>
      <w:r w:rsidR="00617E06">
        <w:rPr>
          <w:rFonts w:ascii="Times New Roman" w:eastAsia="Times New Roman" w:hAnsi="Times New Roman" w:cs="Times New Roman"/>
          <w:b/>
          <w:bCs/>
          <w:sz w:val="24"/>
          <w:szCs w:val="24"/>
        </w:rPr>
        <w:t>S1</w:t>
      </w:r>
      <w:r w:rsidRPr="004B1592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Pr="004B1592">
        <w:rPr>
          <w:rFonts w:ascii="Times New Roman" w:eastAsia="Times New Roman" w:hAnsi="Times New Roman" w:cs="Times New Roman"/>
          <w:sz w:val="24"/>
          <w:szCs w:val="24"/>
        </w:rPr>
        <w:t xml:space="preserve"> Additional reliability diagnostics summary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664"/>
        <w:gridCol w:w="694"/>
        <w:gridCol w:w="666"/>
        <w:gridCol w:w="666"/>
        <w:gridCol w:w="792"/>
        <w:gridCol w:w="1368"/>
        <w:gridCol w:w="1584"/>
      </w:tblGrid>
      <w:tr w:rsidR="00D847B6" w:rsidRPr="004B1592" w14:paraId="6A731E21" w14:textId="77777777" w:rsidTr="009063C3">
        <w:tc>
          <w:tcPr>
            <w:tcW w:w="2664" w:type="dxa"/>
            <w:vAlign w:val="center"/>
          </w:tcPr>
          <w:p w14:paraId="3440F591" w14:textId="77777777" w:rsidR="00D847B6" w:rsidRPr="004B1592" w:rsidRDefault="00000000" w:rsidP="009063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159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Construct</w:t>
            </w:r>
          </w:p>
        </w:tc>
        <w:tc>
          <w:tcPr>
            <w:tcW w:w="648" w:type="dxa"/>
            <w:vAlign w:val="center"/>
          </w:tcPr>
          <w:p w14:paraId="3B1989FA" w14:textId="77777777" w:rsidR="00D847B6" w:rsidRPr="004B1592" w:rsidRDefault="00000000" w:rsidP="009063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159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Items</w:t>
            </w:r>
          </w:p>
        </w:tc>
        <w:tc>
          <w:tcPr>
            <w:tcW w:w="648" w:type="dxa"/>
            <w:vAlign w:val="center"/>
          </w:tcPr>
          <w:p w14:paraId="5DCF0E8A" w14:textId="77777777" w:rsidR="00D847B6" w:rsidRPr="004B1592" w:rsidRDefault="00000000" w:rsidP="009063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159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α</w:t>
            </w:r>
          </w:p>
        </w:tc>
        <w:tc>
          <w:tcPr>
            <w:tcW w:w="648" w:type="dxa"/>
            <w:vAlign w:val="center"/>
          </w:tcPr>
          <w:p w14:paraId="6B6DB25A" w14:textId="77777777" w:rsidR="00D847B6" w:rsidRPr="004B1592" w:rsidRDefault="00000000" w:rsidP="009063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159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ω</w:t>
            </w:r>
          </w:p>
        </w:tc>
        <w:tc>
          <w:tcPr>
            <w:tcW w:w="792" w:type="dxa"/>
            <w:vAlign w:val="center"/>
          </w:tcPr>
          <w:p w14:paraId="6A6007F3" w14:textId="77777777" w:rsidR="00D847B6" w:rsidRPr="004B1592" w:rsidRDefault="00000000" w:rsidP="009063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159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MIIC</w:t>
            </w:r>
          </w:p>
        </w:tc>
        <w:tc>
          <w:tcPr>
            <w:tcW w:w="1368" w:type="dxa"/>
            <w:vAlign w:val="center"/>
          </w:tcPr>
          <w:p w14:paraId="011DECCB" w14:textId="77777777" w:rsidR="00D847B6" w:rsidRPr="004B1592" w:rsidRDefault="00000000" w:rsidP="009063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159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CITC range</w:t>
            </w:r>
          </w:p>
        </w:tc>
        <w:tc>
          <w:tcPr>
            <w:tcW w:w="1584" w:type="dxa"/>
            <w:vAlign w:val="center"/>
          </w:tcPr>
          <w:p w14:paraId="7411D05B" w14:textId="77777777" w:rsidR="00D847B6" w:rsidRPr="004B1592" w:rsidRDefault="00000000" w:rsidP="009063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159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α if deleted</w:t>
            </w:r>
          </w:p>
        </w:tc>
      </w:tr>
      <w:tr w:rsidR="00D847B6" w:rsidRPr="004B1592" w14:paraId="1F3219BB" w14:textId="77777777" w:rsidTr="009063C3">
        <w:tc>
          <w:tcPr>
            <w:tcW w:w="2664" w:type="dxa"/>
            <w:vAlign w:val="center"/>
          </w:tcPr>
          <w:p w14:paraId="5D57D318" w14:textId="77777777" w:rsidR="00D847B6" w:rsidRPr="004B1592" w:rsidRDefault="00000000" w:rsidP="009063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1592">
              <w:rPr>
                <w:rFonts w:ascii="Times New Roman" w:eastAsia="Times New Roman" w:hAnsi="Times New Roman" w:cs="Times New Roman"/>
                <w:sz w:val="20"/>
                <w:szCs w:val="20"/>
              </w:rPr>
              <w:t>Perceived Organizational Support</w:t>
            </w:r>
          </w:p>
        </w:tc>
        <w:tc>
          <w:tcPr>
            <w:tcW w:w="648" w:type="dxa"/>
            <w:vAlign w:val="center"/>
          </w:tcPr>
          <w:p w14:paraId="0D4A2A45" w14:textId="77777777" w:rsidR="00D847B6" w:rsidRPr="004B1592" w:rsidRDefault="00000000" w:rsidP="009063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1592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648" w:type="dxa"/>
            <w:vAlign w:val="center"/>
          </w:tcPr>
          <w:p w14:paraId="714457C7" w14:textId="77777777" w:rsidR="00D847B6" w:rsidRPr="004B1592" w:rsidRDefault="00000000" w:rsidP="009063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1592">
              <w:rPr>
                <w:rFonts w:ascii="Times New Roman" w:eastAsia="Times New Roman" w:hAnsi="Times New Roman" w:cs="Times New Roman"/>
                <w:sz w:val="20"/>
                <w:szCs w:val="20"/>
              </w:rPr>
              <w:t>0.941</w:t>
            </w:r>
          </w:p>
        </w:tc>
        <w:tc>
          <w:tcPr>
            <w:tcW w:w="648" w:type="dxa"/>
            <w:vAlign w:val="center"/>
          </w:tcPr>
          <w:p w14:paraId="65E86EC4" w14:textId="77777777" w:rsidR="00D847B6" w:rsidRPr="004B1592" w:rsidRDefault="00000000" w:rsidP="009063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1592">
              <w:rPr>
                <w:rFonts w:ascii="Times New Roman" w:eastAsia="Times New Roman" w:hAnsi="Times New Roman" w:cs="Times New Roman"/>
                <w:sz w:val="20"/>
                <w:szCs w:val="20"/>
              </w:rPr>
              <w:t>0.944</w:t>
            </w:r>
          </w:p>
        </w:tc>
        <w:tc>
          <w:tcPr>
            <w:tcW w:w="792" w:type="dxa"/>
            <w:vAlign w:val="center"/>
          </w:tcPr>
          <w:p w14:paraId="20EE509D" w14:textId="77777777" w:rsidR="00D847B6" w:rsidRPr="004B1592" w:rsidRDefault="00000000" w:rsidP="009063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1592">
              <w:rPr>
                <w:rFonts w:ascii="Times New Roman" w:eastAsia="Times New Roman" w:hAnsi="Times New Roman" w:cs="Times New Roman"/>
                <w:sz w:val="20"/>
                <w:szCs w:val="20"/>
              </w:rPr>
              <w:t>0.677</w:t>
            </w:r>
          </w:p>
        </w:tc>
        <w:tc>
          <w:tcPr>
            <w:tcW w:w="1368" w:type="dxa"/>
            <w:vAlign w:val="center"/>
          </w:tcPr>
          <w:p w14:paraId="719750BA" w14:textId="77777777" w:rsidR="00D847B6" w:rsidRPr="004B1592" w:rsidRDefault="00000000" w:rsidP="009063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1592">
              <w:rPr>
                <w:rFonts w:ascii="Times New Roman" w:eastAsia="Times New Roman" w:hAnsi="Times New Roman" w:cs="Times New Roman"/>
                <w:sz w:val="20"/>
                <w:szCs w:val="20"/>
              </w:rPr>
              <w:t>0.656–0.897</w:t>
            </w:r>
          </w:p>
        </w:tc>
        <w:tc>
          <w:tcPr>
            <w:tcW w:w="1584" w:type="dxa"/>
            <w:vAlign w:val="center"/>
          </w:tcPr>
          <w:p w14:paraId="5500EA87" w14:textId="77777777" w:rsidR="00D847B6" w:rsidRPr="004B1592" w:rsidRDefault="00000000" w:rsidP="009063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1592">
              <w:rPr>
                <w:rFonts w:ascii="Times New Roman" w:eastAsia="Times New Roman" w:hAnsi="Times New Roman" w:cs="Times New Roman"/>
                <w:sz w:val="20"/>
                <w:szCs w:val="20"/>
              </w:rPr>
              <w:t>0.926–0.944</w:t>
            </w:r>
          </w:p>
        </w:tc>
      </w:tr>
      <w:tr w:rsidR="00D847B6" w:rsidRPr="004B1592" w14:paraId="4035F4E0" w14:textId="77777777" w:rsidTr="009063C3">
        <w:tc>
          <w:tcPr>
            <w:tcW w:w="2664" w:type="dxa"/>
            <w:vAlign w:val="center"/>
          </w:tcPr>
          <w:p w14:paraId="6011E8DB" w14:textId="77777777" w:rsidR="00D847B6" w:rsidRPr="004B1592" w:rsidRDefault="00000000" w:rsidP="009063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1592">
              <w:rPr>
                <w:rFonts w:ascii="Times New Roman" w:eastAsia="Times New Roman" w:hAnsi="Times New Roman" w:cs="Times New Roman"/>
                <w:sz w:val="20"/>
                <w:szCs w:val="20"/>
              </w:rPr>
              <w:t>Organizational Commitment</w:t>
            </w:r>
          </w:p>
        </w:tc>
        <w:tc>
          <w:tcPr>
            <w:tcW w:w="648" w:type="dxa"/>
            <w:vAlign w:val="center"/>
          </w:tcPr>
          <w:p w14:paraId="2A1F162A" w14:textId="77777777" w:rsidR="00D847B6" w:rsidRPr="004B1592" w:rsidRDefault="00000000" w:rsidP="009063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1592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648" w:type="dxa"/>
            <w:vAlign w:val="center"/>
          </w:tcPr>
          <w:p w14:paraId="05A225B9" w14:textId="77777777" w:rsidR="00D847B6" w:rsidRPr="004B1592" w:rsidRDefault="00000000" w:rsidP="009063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1592">
              <w:rPr>
                <w:rFonts w:ascii="Times New Roman" w:eastAsia="Times New Roman" w:hAnsi="Times New Roman" w:cs="Times New Roman"/>
                <w:sz w:val="20"/>
                <w:szCs w:val="20"/>
              </w:rPr>
              <w:t>0.952</w:t>
            </w:r>
          </w:p>
        </w:tc>
        <w:tc>
          <w:tcPr>
            <w:tcW w:w="648" w:type="dxa"/>
            <w:vAlign w:val="center"/>
          </w:tcPr>
          <w:p w14:paraId="388DE33A" w14:textId="77777777" w:rsidR="00D847B6" w:rsidRPr="004B1592" w:rsidRDefault="00000000" w:rsidP="009063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1592">
              <w:rPr>
                <w:rFonts w:ascii="Times New Roman" w:eastAsia="Times New Roman" w:hAnsi="Times New Roman" w:cs="Times New Roman"/>
                <w:sz w:val="20"/>
                <w:szCs w:val="20"/>
              </w:rPr>
              <w:t>0.953</w:t>
            </w:r>
          </w:p>
        </w:tc>
        <w:tc>
          <w:tcPr>
            <w:tcW w:w="792" w:type="dxa"/>
            <w:vAlign w:val="center"/>
          </w:tcPr>
          <w:p w14:paraId="36530AAD" w14:textId="77777777" w:rsidR="00D847B6" w:rsidRPr="004B1592" w:rsidRDefault="00000000" w:rsidP="009063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1592">
              <w:rPr>
                <w:rFonts w:ascii="Times New Roman" w:eastAsia="Times New Roman" w:hAnsi="Times New Roman" w:cs="Times New Roman"/>
                <w:sz w:val="20"/>
                <w:szCs w:val="20"/>
              </w:rPr>
              <w:t>0.835</w:t>
            </w:r>
          </w:p>
        </w:tc>
        <w:tc>
          <w:tcPr>
            <w:tcW w:w="1368" w:type="dxa"/>
            <w:vAlign w:val="center"/>
          </w:tcPr>
          <w:p w14:paraId="2ACD6A30" w14:textId="77777777" w:rsidR="00D847B6" w:rsidRPr="004B1592" w:rsidRDefault="00000000" w:rsidP="009063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1592">
              <w:rPr>
                <w:rFonts w:ascii="Times New Roman" w:eastAsia="Times New Roman" w:hAnsi="Times New Roman" w:cs="Times New Roman"/>
                <w:sz w:val="20"/>
                <w:szCs w:val="20"/>
              </w:rPr>
              <w:t>0.861–0.928</w:t>
            </w:r>
          </w:p>
        </w:tc>
        <w:tc>
          <w:tcPr>
            <w:tcW w:w="1584" w:type="dxa"/>
            <w:vAlign w:val="center"/>
          </w:tcPr>
          <w:p w14:paraId="256F7706" w14:textId="77777777" w:rsidR="00D847B6" w:rsidRPr="004B1592" w:rsidRDefault="00000000" w:rsidP="009063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1592">
              <w:rPr>
                <w:rFonts w:ascii="Times New Roman" w:eastAsia="Times New Roman" w:hAnsi="Times New Roman" w:cs="Times New Roman"/>
                <w:sz w:val="20"/>
                <w:szCs w:val="20"/>
              </w:rPr>
              <w:t>0.924–0.945</w:t>
            </w:r>
          </w:p>
        </w:tc>
      </w:tr>
      <w:tr w:rsidR="00D847B6" w:rsidRPr="004B1592" w14:paraId="383DDA28" w14:textId="77777777" w:rsidTr="009063C3">
        <w:tc>
          <w:tcPr>
            <w:tcW w:w="2664" w:type="dxa"/>
            <w:vAlign w:val="center"/>
          </w:tcPr>
          <w:p w14:paraId="71000B17" w14:textId="77777777" w:rsidR="00D847B6" w:rsidRPr="004B1592" w:rsidRDefault="00000000" w:rsidP="009063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1592">
              <w:rPr>
                <w:rFonts w:ascii="Times New Roman" w:eastAsia="Times New Roman" w:hAnsi="Times New Roman" w:cs="Times New Roman"/>
                <w:sz w:val="20"/>
                <w:szCs w:val="20"/>
              </w:rPr>
              <w:t>Organizational Identification</w:t>
            </w:r>
          </w:p>
        </w:tc>
        <w:tc>
          <w:tcPr>
            <w:tcW w:w="648" w:type="dxa"/>
            <w:vAlign w:val="center"/>
          </w:tcPr>
          <w:p w14:paraId="29B669C4" w14:textId="77777777" w:rsidR="00D847B6" w:rsidRPr="004B1592" w:rsidRDefault="00000000" w:rsidP="009063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1592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648" w:type="dxa"/>
            <w:vAlign w:val="center"/>
          </w:tcPr>
          <w:p w14:paraId="56045A25" w14:textId="77777777" w:rsidR="00D847B6" w:rsidRPr="004B1592" w:rsidRDefault="00000000" w:rsidP="009063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1592">
              <w:rPr>
                <w:rFonts w:ascii="Times New Roman" w:eastAsia="Times New Roman" w:hAnsi="Times New Roman" w:cs="Times New Roman"/>
                <w:sz w:val="20"/>
                <w:szCs w:val="20"/>
              </w:rPr>
              <w:t>0.939</w:t>
            </w:r>
          </w:p>
        </w:tc>
        <w:tc>
          <w:tcPr>
            <w:tcW w:w="648" w:type="dxa"/>
            <w:vAlign w:val="center"/>
          </w:tcPr>
          <w:p w14:paraId="00032466" w14:textId="77777777" w:rsidR="00D847B6" w:rsidRPr="004B1592" w:rsidRDefault="00000000" w:rsidP="009063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1592">
              <w:rPr>
                <w:rFonts w:ascii="Times New Roman" w:eastAsia="Times New Roman" w:hAnsi="Times New Roman" w:cs="Times New Roman"/>
                <w:sz w:val="20"/>
                <w:szCs w:val="20"/>
              </w:rPr>
              <w:t>0.939</w:t>
            </w:r>
          </w:p>
        </w:tc>
        <w:tc>
          <w:tcPr>
            <w:tcW w:w="792" w:type="dxa"/>
            <w:vAlign w:val="center"/>
          </w:tcPr>
          <w:p w14:paraId="13980033" w14:textId="77777777" w:rsidR="00D847B6" w:rsidRPr="004B1592" w:rsidRDefault="00000000" w:rsidP="009063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1592">
              <w:rPr>
                <w:rFonts w:ascii="Times New Roman" w:eastAsia="Times New Roman" w:hAnsi="Times New Roman" w:cs="Times New Roman"/>
                <w:sz w:val="20"/>
                <w:szCs w:val="20"/>
              </w:rPr>
              <w:t>0.719</w:t>
            </w:r>
          </w:p>
        </w:tc>
        <w:tc>
          <w:tcPr>
            <w:tcW w:w="1368" w:type="dxa"/>
            <w:vAlign w:val="center"/>
          </w:tcPr>
          <w:p w14:paraId="494C5F46" w14:textId="77777777" w:rsidR="00D847B6" w:rsidRPr="004B1592" w:rsidRDefault="00000000" w:rsidP="009063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1592">
              <w:rPr>
                <w:rFonts w:ascii="Times New Roman" w:eastAsia="Times New Roman" w:hAnsi="Times New Roman" w:cs="Times New Roman"/>
                <w:sz w:val="20"/>
                <w:szCs w:val="20"/>
              </w:rPr>
              <w:t>0.743–0.886</w:t>
            </w:r>
          </w:p>
        </w:tc>
        <w:tc>
          <w:tcPr>
            <w:tcW w:w="1584" w:type="dxa"/>
            <w:vAlign w:val="center"/>
          </w:tcPr>
          <w:p w14:paraId="11EFD151" w14:textId="77777777" w:rsidR="00D847B6" w:rsidRPr="004B1592" w:rsidRDefault="00000000" w:rsidP="009063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1592">
              <w:rPr>
                <w:rFonts w:ascii="Times New Roman" w:eastAsia="Times New Roman" w:hAnsi="Times New Roman" w:cs="Times New Roman"/>
                <w:sz w:val="20"/>
                <w:szCs w:val="20"/>
              </w:rPr>
              <w:t>0.919–0.937</w:t>
            </w:r>
          </w:p>
        </w:tc>
      </w:tr>
      <w:tr w:rsidR="00D847B6" w:rsidRPr="004B1592" w14:paraId="42437ABB" w14:textId="77777777" w:rsidTr="009063C3">
        <w:tc>
          <w:tcPr>
            <w:tcW w:w="2664" w:type="dxa"/>
            <w:vAlign w:val="center"/>
          </w:tcPr>
          <w:p w14:paraId="37E7002E" w14:textId="77777777" w:rsidR="00D847B6" w:rsidRPr="004B1592" w:rsidRDefault="00000000" w:rsidP="009063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1592">
              <w:rPr>
                <w:rFonts w:ascii="Times New Roman" w:eastAsia="Times New Roman" w:hAnsi="Times New Roman" w:cs="Times New Roman"/>
                <w:sz w:val="20"/>
                <w:szCs w:val="20"/>
              </w:rPr>
              <w:t>Organizational Trust</w:t>
            </w:r>
          </w:p>
        </w:tc>
        <w:tc>
          <w:tcPr>
            <w:tcW w:w="648" w:type="dxa"/>
            <w:vAlign w:val="center"/>
          </w:tcPr>
          <w:p w14:paraId="33FEC1C6" w14:textId="77777777" w:rsidR="00D847B6" w:rsidRPr="004B1592" w:rsidRDefault="00000000" w:rsidP="009063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1592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648" w:type="dxa"/>
            <w:vAlign w:val="center"/>
          </w:tcPr>
          <w:p w14:paraId="4F5C9355" w14:textId="77777777" w:rsidR="00D847B6" w:rsidRPr="004B1592" w:rsidRDefault="00000000" w:rsidP="009063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1592">
              <w:rPr>
                <w:rFonts w:ascii="Times New Roman" w:eastAsia="Times New Roman" w:hAnsi="Times New Roman" w:cs="Times New Roman"/>
                <w:sz w:val="20"/>
                <w:szCs w:val="20"/>
              </w:rPr>
              <w:t>0.981</w:t>
            </w:r>
          </w:p>
        </w:tc>
        <w:tc>
          <w:tcPr>
            <w:tcW w:w="648" w:type="dxa"/>
            <w:vAlign w:val="center"/>
          </w:tcPr>
          <w:p w14:paraId="2D8D0BE1" w14:textId="77777777" w:rsidR="00D847B6" w:rsidRPr="004B1592" w:rsidRDefault="00000000" w:rsidP="009063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1592">
              <w:rPr>
                <w:rFonts w:ascii="Times New Roman" w:eastAsia="Times New Roman" w:hAnsi="Times New Roman" w:cs="Times New Roman"/>
                <w:sz w:val="20"/>
                <w:szCs w:val="20"/>
              </w:rPr>
              <w:t>0.981</w:t>
            </w:r>
          </w:p>
        </w:tc>
        <w:tc>
          <w:tcPr>
            <w:tcW w:w="792" w:type="dxa"/>
            <w:vAlign w:val="center"/>
          </w:tcPr>
          <w:p w14:paraId="170D9513" w14:textId="77777777" w:rsidR="00D847B6" w:rsidRPr="004B1592" w:rsidRDefault="00000000" w:rsidP="009063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1592">
              <w:rPr>
                <w:rFonts w:ascii="Times New Roman" w:eastAsia="Times New Roman" w:hAnsi="Times New Roman" w:cs="Times New Roman"/>
                <w:sz w:val="20"/>
                <w:szCs w:val="20"/>
              </w:rPr>
              <w:t>0.816</w:t>
            </w:r>
          </w:p>
        </w:tc>
        <w:tc>
          <w:tcPr>
            <w:tcW w:w="1368" w:type="dxa"/>
            <w:vAlign w:val="center"/>
          </w:tcPr>
          <w:p w14:paraId="7F1CC7AD" w14:textId="77777777" w:rsidR="00D847B6" w:rsidRPr="004B1592" w:rsidRDefault="00000000" w:rsidP="009063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1592">
              <w:rPr>
                <w:rFonts w:ascii="Times New Roman" w:eastAsia="Times New Roman" w:hAnsi="Times New Roman" w:cs="Times New Roman"/>
                <w:sz w:val="20"/>
                <w:szCs w:val="20"/>
              </w:rPr>
              <w:t>0.772–0.945</w:t>
            </w:r>
          </w:p>
        </w:tc>
        <w:tc>
          <w:tcPr>
            <w:tcW w:w="1584" w:type="dxa"/>
            <w:vAlign w:val="center"/>
          </w:tcPr>
          <w:p w14:paraId="0E252685" w14:textId="77777777" w:rsidR="00D847B6" w:rsidRPr="004B1592" w:rsidRDefault="00000000" w:rsidP="009063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1592">
              <w:rPr>
                <w:rFonts w:ascii="Times New Roman" w:eastAsia="Times New Roman" w:hAnsi="Times New Roman" w:cs="Times New Roman"/>
                <w:sz w:val="20"/>
                <w:szCs w:val="20"/>
              </w:rPr>
              <w:t>0.979–0.982</w:t>
            </w:r>
          </w:p>
        </w:tc>
      </w:tr>
    </w:tbl>
    <w:p w14:paraId="7CDCC1AD" w14:textId="77777777" w:rsidR="009063C3" w:rsidRPr="004B1592" w:rsidRDefault="009063C3" w:rsidP="009063C3">
      <w:pPr>
        <w:spacing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1C83D8A" w14:textId="3E320B2B" w:rsidR="00D847B6" w:rsidRPr="004B1592" w:rsidRDefault="00000000" w:rsidP="009063C3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B15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Table </w:t>
      </w:r>
      <w:r w:rsidR="00617E06">
        <w:rPr>
          <w:rFonts w:ascii="Times New Roman" w:eastAsia="Times New Roman" w:hAnsi="Times New Roman" w:cs="Times New Roman"/>
          <w:b/>
          <w:bCs/>
          <w:sz w:val="24"/>
          <w:szCs w:val="24"/>
        </w:rPr>
        <w:t>S2</w:t>
      </w:r>
      <w:r w:rsidRPr="004B1592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Pr="004B1592">
        <w:rPr>
          <w:rFonts w:ascii="Times New Roman" w:eastAsia="Times New Roman" w:hAnsi="Times New Roman" w:cs="Times New Roman"/>
          <w:sz w:val="24"/>
          <w:szCs w:val="24"/>
        </w:rPr>
        <w:t xml:space="preserve"> Composite reliability (CR) and average variance extracted (AVE)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736"/>
        <w:gridCol w:w="792"/>
        <w:gridCol w:w="792"/>
        <w:gridCol w:w="792"/>
        <w:gridCol w:w="792"/>
        <w:gridCol w:w="864"/>
      </w:tblGrid>
      <w:tr w:rsidR="00D847B6" w:rsidRPr="004B1592" w14:paraId="585569B9" w14:textId="77777777" w:rsidTr="009063C3">
        <w:tc>
          <w:tcPr>
            <w:tcW w:w="2736" w:type="dxa"/>
            <w:vAlign w:val="center"/>
          </w:tcPr>
          <w:p w14:paraId="69ED964C" w14:textId="77777777" w:rsidR="00D847B6" w:rsidRPr="004B1592" w:rsidRDefault="00000000" w:rsidP="009063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159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Construct</w:t>
            </w:r>
          </w:p>
        </w:tc>
        <w:tc>
          <w:tcPr>
            <w:tcW w:w="792" w:type="dxa"/>
            <w:vAlign w:val="center"/>
          </w:tcPr>
          <w:p w14:paraId="5AABC02B" w14:textId="77777777" w:rsidR="00D847B6" w:rsidRPr="004B1592" w:rsidRDefault="00000000" w:rsidP="009063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159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α</w:t>
            </w:r>
          </w:p>
        </w:tc>
        <w:tc>
          <w:tcPr>
            <w:tcW w:w="792" w:type="dxa"/>
            <w:vAlign w:val="center"/>
          </w:tcPr>
          <w:p w14:paraId="09F8144E" w14:textId="77777777" w:rsidR="00D847B6" w:rsidRPr="004B1592" w:rsidRDefault="00000000" w:rsidP="009063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159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ω</w:t>
            </w:r>
          </w:p>
        </w:tc>
        <w:tc>
          <w:tcPr>
            <w:tcW w:w="792" w:type="dxa"/>
            <w:vAlign w:val="center"/>
          </w:tcPr>
          <w:p w14:paraId="0D2FB048" w14:textId="77777777" w:rsidR="00D847B6" w:rsidRPr="004B1592" w:rsidRDefault="00000000" w:rsidP="009063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159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CR</w:t>
            </w:r>
          </w:p>
        </w:tc>
        <w:tc>
          <w:tcPr>
            <w:tcW w:w="792" w:type="dxa"/>
            <w:vAlign w:val="center"/>
          </w:tcPr>
          <w:p w14:paraId="798A799E" w14:textId="77777777" w:rsidR="00D847B6" w:rsidRPr="004B1592" w:rsidRDefault="00000000" w:rsidP="009063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159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AVE</w:t>
            </w:r>
          </w:p>
        </w:tc>
        <w:tc>
          <w:tcPr>
            <w:tcW w:w="864" w:type="dxa"/>
            <w:vAlign w:val="center"/>
          </w:tcPr>
          <w:p w14:paraId="50689CD5" w14:textId="77777777" w:rsidR="00D847B6" w:rsidRPr="004B1592" w:rsidRDefault="00000000" w:rsidP="009063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159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√AVE</w:t>
            </w:r>
          </w:p>
        </w:tc>
      </w:tr>
      <w:tr w:rsidR="00D847B6" w:rsidRPr="004B1592" w14:paraId="27099C95" w14:textId="77777777" w:rsidTr="009063C3">
        <w:tc>
          <w:tcPr>
            <w:tcW w:w="2736" w:type="dxa"/>
            <w:vAlign w:val="center"/>
          </w:tcPr>
          <w:p w14:paraId="5FC5CFF2" w14:textId="77777777" w:rsidR="00D847B6" w:rsidRPr="004B1592" w:rsidRDefault="00000000" w:rsidP="009063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1592">
              <w:rPr>
                <w:rFonts w:ascii="Times New Roman" w:eastAsia="Times New Roman" w:hAnsi="Times New Roman" w:cs="Times New Roman"/>
                <w:sz w:val="20"/>
                <w:szCs w:val="20"/>
              </w:rPr>
              <w:t>Perceived Organizational Support</w:t>
            </w:r>
          </w:p>
        </w:tc>
        <w:tc>
          <w:tcPr>
            <w:tcW w:w="792" w:type="dxa"/>
            <w:vAlign w:val="center"/>
          </w:tcPr>
          <w:p w14:paraId="42C76CC7" w14:textId="77777777" w:rsidR="00D847B6" w:rsidRPr="004B1592" w:rsidRDefault="00000000" w:rsidP="009063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1592">
              <w:rPr>
                <w:rFonts w:ascii="Times New Roman" w:eastAsia="Times New Roman" w:hAnsi="Times New Roman" w:cs="Times New Roman"/>
                <w:sz w:val="20"/>
                <w:szCs w:val="20"/>
              </w:rPr>
              <w:t>0.941</w:t>
            </w:r>
          </w:p>
        </w:tc>
        <w:tc>
          <w:tcPr>
            <w:tcW w:w="792" w:type="dxa"/>
            <w:vAlign w:val="center"/>
          </w:tcPr>
          <w:p w14:paraId="77A4DD6A" w14:textId="77777777" w:rsidR="00D847B6" w:rsidRPr="004B1592" w:rsidRDefault="00000000" w:rsidP="009063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1592">
              <w:rPr>
                <w:rFonts w:ascii="Times New Roman" w:eastAsia="Times New Roman" w:hAnsi="Times New Roman" w:cs="Times New Roman"/>
                <w:sz w:val="20"/>
                <w:szCs w:val="20"/>
              </w:rPr>
              <w:t>0.944</w:t>
            </w:r>
          </w:p>
        </w:tc>
        <w:tc>
          <w:tcPr>
            <w:tcW w:w="792" w:type="dxa"/>
            <w:vAlign w:val="center"/>
          </w:tcPr>
          <w:p w14:paraId="0ACF2485" w14:textId="77777777" w:rsidR="00D847B6" w:rsidRPr="004B1592" w:rsidRDefault="00000000" w:rsidP="009063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1592">
              <w:rPr>
                <w:rFonts w:ascii="Times New Roman" w:eastAsia="Times New Roman" w:hAnsi="Times New Roman" w:cs="Times New Roman"/>
                <w:sz w:val="20"/>
                <w:szCs w:val="20"/>
              </w:rPr>
              <w:t>0.944</w:t>
            </w:r>
          </w:p>
        </w:tc>
        <w:tc>
          <w:tcPr>
            <w:tcW w:w="792" w:type="dxa"/>
            <w:vAlign w:val="center"/>
          </w:tcPr>
          <w:p w14:paraId="47B8C347" w14:textId="77777777" w:rsidR="00D847B6" w:rsidRPr="004B1592" w:rsidRDefault="00000000" w:rsidP="009063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1592">
              <w:rPr>
                <w:rFonts w:ascii="Times New Roman" w:eastAsia="Times New Roman" w:hAnsi="Times New Roman" w:cs="Times New Roman"/>
                <w:sz w:val="20"/>
                <w:szCs w:val="20"/>
              </w:rPr>
              <w:t>0.685</w:t>
            </w:r>
          </w:p>
        </w:tc>
        <w:tc>
          <w:tcPr>
            <w:tcW w:w="864" w:type="dxa"/>
            <w:vAlign w:val="center"/>
          </w:tcPr>
          <w:p w14:paraId="16286724" w14:textId="77777777" w:rsidR="00D847B6" w:rsidRPr="004B1592" w:rsidRDefault="00000000" w:rsidP="009063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1592">
              <w:rPr>
                <w:rFonts w:ascii="Times New Roman" w:eastAsia="Times New Roman" w:hAnsi="Times New Roman" w:cs="Times New Roman"/>
                <w:sz w:val="20"/>
                <w:szCs w:val="20"/>
              </w:rPr>
              <w:t>0.828</w:t>
            </w:r>
          </w:p>
        </w:tc>
      </w:tr>
      <w:tr w:rsidR="00D847B6" w:rsidRPr="004B1592" w14:paraId="5F0ADBCD" w14:textId="77777777" w:rsidTr="009063C3">
        <w:tc>
          <w:tcPr>
            <w:tcW w:w="2736" w:type="dxa"/>
            <w:vAlign w:val="center"/>
          </w:tcPr>
          <w:p w14:paraId="36C8C510" w14:textId="77777777" w:rsidR="00D847B6" w:rsidRPr="004B1592" w:rsidRDefault="00000000" w:rsidP="009063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1592">
              <w:rPr>
                <w:rFonts w:ascii="Times New Roman" w:eastAsia="Times New Roman" w:hAnsi="Times New Roman" w:cs="Times New Roman"/>
                <w:sz w:val="20"/>
                <w:szCs w:val="20"/>
              </w:rPr>
              <w:t>Organizational Commitment</w:t>
            </w:r>
          </w:p>
        </w:tc>
        <w:tc>
          <w:tcPr>
            <w:tcW w:w="792" w:type="dxa"/>
            <w:vAlign w:val="center"/>
          </w:tcPr>
          <w:p w14:paraId="4F3CD4D9" w14:textId="77777777" w:rsidR="00D847B6" w:rsidRPr="004B1592" w:rsidRDefault="00000000" w:rsidP="009063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1592">
              <w:rPr>
                <w:rFonts w:ascii="Times New Roman" w:eastAsia="Times New Roman" w:hAnsi="Times New Roman" w:cs="Times New Roman"/>
                <w:sz w:val="20"/>
                <w:szCs w:val="20"/>
              </w:rPr>
              <w:t>0.952</w:t>
            </w:r>
          </w:p>
        </w:tc>
        <w:tc>
          <w:tcPr>
            <w:tcW w:w="792" w:type="dxa"/>
            <w:vAlign w:val="center"/>
          </w:tcPr>
          <w:p w14:paraId="6BBE6118" w14:textId="77777777" w:rsidR="00D847B6" w:rsidRPr="004B1592" w:rsidRDefault="00000000" w:rsidP="009063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1592">
              <w:rPr>
                <w:rFonts w:ascii="Times New Roman" w:eastAsia="Times New Roman" w:hAnsi="Times New Roman" w:cs="Times New Roman"/>
                <w:sz w:val="20"/>
                <w:szCs w:val="20"/>
              </w:rPr>
              <w:t>0.953</w:t>
            </w:r>
          </w:p>
        </w:tc>
        <w:tc>
          <w:tcPr>
            <w:tcW w:w="792" w:type="dxa"/>
            <w:vAlign w:val="center"/>
          </w:tcPr>
          <w:p w14:paraId="019FD4E0" w14:textId="77777777" w:rsidR="00D847B6" w:rsidRPr="004B1592" w:rsidRDefault="00000000" w:rsidP="009063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1592">
              <w:rPr>
                <w:rFonts w:ascii="Times New Roman" w:eastAsia="Times New Roman" w:hAnsi="Times New Roman" w:cs="Times New Roman"/>
                <w:sz w:val="20"/>
                <w:szCs w:val="20"/>
              </w:rPr>
              <w:t>0.953</w:t>
            </w:r>
          </w:p>
        </w:tc>
        <w:tc>
          <w:tcPr>
            <w:tcW w:w="792" w:type="dxa"/>
            <w:vAlign w:val="center"/>
          </w:tcPr>
          <w:p w14:paraId="6BB6524A" w14:textId="77777777" w:rsidR="00D847B6" w:rsidRPr="004B1592" w:rsidRDefault="00000000" w:rsidP="009063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1592">
              <w:rPr>
                <w:rFonts w:ascii="Times New Roman" w:eastAsia="Times New Roman" w:hAnsi="Times New Roman" w:cs="Times New Roman"/>
                <w:sz w:val="20"/>
                <w:szCs w:val="20"/>
              </w:rPr>
              <w:t>0.836</w:t>
            </w:r>
          </w:p>
        </w:tc>
        <w:tc>
          <w:tcPr>
            <w:tcW w:w="864" w:type="dxa"/>
            <w:vAlign w:val="center"/>
          </w:tcPr>
          <w:p w14:paraId="4C7FD493" w14:textId="77777777" w:rsidR="00D847B6" w:rsidRPr="004B1592" w:rsidRDefault="00000000" w:rsidP="009063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1592">
              <w:rPr>
                <w:rFonts w:ascii="Times New Roman" w:eastAsia="Times New Roman" w:hAnsi="Times New Roman" w:cs="Times New Roman"/>
                <w:sz w:val="20"/>
                <w:szCs w:val="20"/>
              </w:rPr>
              <w:t>0.914</w:t>
            </w:r>
          </w:p>
        </w:tc>
      </w:tr>
      <w:tr w:rsidR="00D847B6" w:rsidRPr="004B1592" w14:paraId="12BDEB5A" w14:textId="77777777" w:rsidTr="009063C3">
        <w:tc>
          <w:tcPr>
            <w:tcW w:w="2736" w:type="dxa"/>
            <w:vAlign w:val="center"/>
          </w:tcPr>
          <w:p w14:paraId="3E9F1D7E" w14:textId="77777777" w:rsidR="00D847B6" w:rsidRPr="004B1592" w:rsidRDefault="00000000" w:rsidP="009063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1592">
              <w:rPr>
                <w:rFonts w:ascii="Times New Roman" w:eastAsia="Times New Roman" w:hAnsi="Times New Roman" w:cs="Times New Roman"/>
                <w:sz w:val="20"/>
                <w:szCs w:val="20"/>
              </w:rPr>
              <w:t>Organizational Identification</w:t>
            </w:r>
          </w:p>
        </w:tc>
        <w:tc>
          <w:tcPr>
            <w:tcW w:w="792" w:type="dxa"/>
            <w:vAlign w:val="center"/>
          </w:tcPr>
          <w:p w14:paraId="793B3254" w14:textId="77777777" w:rsidR="00D847B6" w:rsidRPr="004B1592" w:rsidRDefault="00000000" w:rsidP="009063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1592">
              <w:rPr>
                <w:rFonts w:ascii="Times New Roman" w:eastAsia="Times New Roman" w:hAnsi="Times New Roman" w:cs="Times New Roman"/>
                <w:sz w:val="20"/>
                <w:szCs w:val="20"/>
              </w:rPr>
              <w:t>0.939</w:t>
            </w:r>
          </w:p>
        </w:tc>
        <w:tc>
          <w:tcPr>
            <w:tcW w:w="792" w:type="dxa"/>
            <w:vAlign w:val="center"/>
          </w:tcPr>
          <w:p w14:paraId="6F06AC43" w14:textId="77777777" w:rsidR="00D847B6" w:rsidRPr="004B1592" w:rsidRDefault="00000000" w:rsidP="009063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1592">
              <w:rPr>
                <w:rFonts w:ascii="Times New Roman" w:eastAsia="Times New Roman" w:hAnsi="Times New Roman" w:cs="Times New Roman"/>
                <w:sz w:val="20"/>
                <w:szCs w:val="20"/>
              </w:rPr>
              <w:t>0.939</w:t>
            </w:r>
          </w:p>
        </w:tc>
        <w:tc>
          <w:tcPr>
            <w:tcW w:w="792" w:type="dxa"/>
            <w:vAlign w:val="center"/>
          </w:tcPr>
          <w:p w14:paraId="6E0B67F8" w14:textId="77777777" w:rsidR="00D847B6" w:rsidRPr="004B1592" w:rsidRDefault="00000000" w:rsidP="009063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1592">
              <w:rPr>
                <w:rFonts w:ascii="Times New Roman" w:eastAsia="Times New Roman" w:hAnsi="Times New Roman" w:cs="Times New Roman"/>
                <w:sz w:val="20"/>
                <w:szCs w:val="20"/>
              </w:rPr>
              <w:t>0.939</w:t>
            </w:r>
          </w:p>
        </w:tc>
        <w:tc>
          <w:tcPr>
            <w:tcW w:w="792" w:type="dxa"/>
            <w:vAlign w:val="center"/>
          </w:tcPr>
          <w:p w14:paraId="46A08902" w14:textId="77777777" w:rsidR="00D847B6" w:rsidRPr="004B1592" w:rsidRDefault="00000000" w:rsidP="009063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1592">
              <w:rPr>
                <w:rFonts w:ascii="Times New Roman" w:eastAsia="Times New Roman" w:hAnsi="Times New Roman" w:cs="Times New Roman"/>
                <w:sz w:val="20"/>
                <w:szCs w:val="20"/>
              </w:rPr>
              <w:t>0.722</w:t>
            </w:r>
          </w:p>
        </w:tc>
        <w:tc>
          <w:tcPr>
            <w:tcW w:w="864" w:type="dxa"/>
            <w:vAlign w:val="center"/>
          </w:tcPr>
          <w:p w14:paraId="17B4EB92" w14:textId="77777777" w:rsidR="00D847B6" w:rsidRPr="004B1592" w:rsidRDefault="00000000" w:rsidP="009063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1592">
              <w:rPr>
                <w:rFonts w:ascii="Times New Roman" w:eastAsia="Times New Roman" w:hAnsi="Times New Roman" w:cs="Times New Roman"/>
                <w:sz w:val="20"/>
                <w:szCs w:val="20"/>
              </w:rPr>
              <w:t>0.850</w:t>
            </w:r>
          </w:p>
        </w:tc>
      </w:tr>
      <w:tr w:rsidR="00D847B6" w:rsidRPr="004B1592" w14:paraId="71FE429D" w14:textId="77777777" w:rsidTr="009063C3">
        <w:tc>
          <w:tcPr>
            <w:tcW w:w="2736" w:type="dxa"/>
            <w:vAlign w:val="center"/>
          </w:tcPr>
          <w:p w14:paraId="1AFA8EB9" w14:textId="77777777" w:rsidR="00D847B6" w:rsidRPr="004B1592" w:rsidRDefault="00000000" w:rsidP="009063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1592">
              <w:rPr>
                <w:rFonts w:ascii="Times New Roman" w:eastAsia="Times New Roman" w:hAnsi="Times New Roman" w:cs="Times New Roman"/>
                <w:sz w:val="20"/>
                <w:szCs w:val="20"/>
              </w:rPr>
              <w:t>Organizational Trust</w:t>
            </w:r>
          </w:p>
        </w:tc>
        <w:tc>
          <w:tcPr>
            <w:tcW w:w="792" w:type="dxa"/>
            <w:vAlign w:val="center"/>
          </w:tcPr>
          <w:p w14:paraId="19421D6F" w14:textId="77777777" w:rsidR="00D847B6" w:rsidRPr="004B1592" w:rsidRDefault="00000000" w:rsidP="009063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1592">
              <w:rPr>
                <w:rFonts w:ascii="Times New Roman" w:eastAsia="Times New Roman" w:hAnsi="Times New Roman" w:cs="Times New Roman"/>
                <w:sz w:val="20"/>
                <w:szCs w:val="20"/>
              </w:rPr>
              <w:t>0.981</w:t>
            </w:r>
          </w:p>
        </w:tc>
        <w:tc>
          <w:tcPr>
            <w:tcW w:w="792" w:type="dxa"/>
            <w:vAlign w:val="center"/>
          </w:tcPr>
          <w:p w14:paraId="186FF714" w14:textId="77777777" w:rsidR="00D847B6" w:rsidRPr="004B1592" w:rsidRDefault="00000000" w:rsidP="009063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1592">
              <w:rPr>
                <w:rFonts w:ascii="Times New Roman" w:eastAsia="Times New Roman" w:hAnsi="Times New Roman" w:cs="Times New Roman"/>
                <w:sz w:val="20"/>
                <w:szCs w:val="20"/>
              </w:rPr>
              <w:t>0.981</w:t>
            </w:r>
          </w:p>
        </w:tc>
        <w:tc>
          <w:tcPr>
            <w:tcW w:w="792" w:type="dxa"/>
            <w:vAlign w:val="center"/>
          </w:tcPr>
          <w:p w14:paraId="1A66863F" w14:textId="77777777" w:rsidR="00D847B6" w:rsidRPr="004B1592" w:rsidRDefault="00000000" w:rsidP="009063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1592">
              <w:rPr>
                <w:rFonts w:ascii="Times New Roman" w:eastAsia="Times New Roman" w:hAnsi="Times New Roman" w:cs="Times New Roman"/>
                <w:sz w:val="20"/>
                <w:szCs w:val="20"/>
              </w:rPr>
              <w:t>0.981</w:t>
            </w:r>
          </w:p>
        </w:tc>
        <w:tc>
          <w:tcPr>
            <w:tcW w:w="792" w:type="dxa"/>
            <w:vAlign w:val="center"/>
          </w:tcPr>
          <w:p w14:paraId="6A38D967" w14:textId="77777777" w:rsidR="00D847B6" w:rsidRPr="004B1592" w:rsidRDefault="00000000" w:rsidP="009063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1592">
              <w:rPr>
                <w:rFonts w:ascii="Times New Roman" w:eastAsia="Times New Roman" w:hAnsi="Times New Roman" w:cs="Times New Roman"/>
                <w:sz w:val="20"/>
                <w:szCs w:val="20"/>
              </w:rPr>
              <w:t>0.815</w:t>
            </w:r>
          </w:p>
        </w:tc>
        <w:tc>
          <w:tcPr>
            <w:tcW w:w="864" w:type="dxa"/>
            <w:vAlign w:val="center"/>
          </w:tcPr>
          <w:p w14:paraId="21F93F4D" w14:textId="77777777" w:rsidR="00D847B6" w:rsidRPr="004B1592" w:rsidRDefault="00000000" w:rsidP="009063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1592">
              <w:rPr>
                <w:rFonts w:ascii="Times New Roman" w:eastAsia="Times New Roman" w:hAnsi="Times New Roman" w:cs="Times New Roman"/>
                <w:sz w:val="20"/>
                <w:szCs w:val="20"/>
              </w:rPr>
              <w:t>0.903</w:t>
            </w:r>
          </w:p>
        </w:tc>
      </w:tr>
    </w:tbl>
    <w:p w14:paraId="40B8D756" w14:textId="77777777" w:rsidR="009063C3" w:rsidRPr="004B1592" w:rsidRDefault="009063C3" w:rsidP="009063C3">
      <w:pPr>
        <w:spacing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24E727A" w14:textId="027D9089" w:rsidR="00D847B6" w:rsidRPr="004B1592" w:rsidRDefault="00000000" w:rsidP="009063C3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B15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Table </w:t>
      </w:r>
      <w:r w:rsidR="00617E06">
        <w:rPr>
          <w:rFonts w:ascii="Times New Roman" w:eastAsia="Times New Roman" w:hAnsi="Times New Roman" w:cs="Times New Roman"/>
          <w:b/>
          <w:bCs/>
          <w:sz w:val="24"/>
          <w:szCs w:val="24"/>
        </w:rPr>
        <w:t>S3</w:t>
      </w:r>
      <w:r w:rsidRPr="004B1592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Pr="004B1592">
        <w:rPr>
          <w:rFonts w:ascii="Times New Roman" w:eastAsia="Times New Roman" w:hAnsi="Times New Roman" w:cs="Times New Roman"/>
          <w:sz w:val="24"/>
          <w:szCs w:val="24"/>
        </w:rPr>
        <w:t xml:space="preserve"> Fornell–Larcker matrix (diagonal = √AVE)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448"/>
        <w:gridCol w:w="1440"/>
        <w:gridCol w:w="1440"/>
        <w:gridCol w:w="1440"/>
        <w:gridCol w:w="1440"/>
      </w:tblGrid>
      <w:tr w:rsidR="00D847B6" w:rsidRPr="004B1592" w14:paraId="0904DE97" w14:textId="77777777" w:rsidTr="009063C3">
        <w:tc>
          <w:tcPr>
            <w:tcW w:w="2448" w:type="dxa"/>
            <w:vAlign w:val="center"/>
          </w:tcPr>
          <w:p w14:paraId="568A8C75" w14:textId="77777777" w:rsidR="00D847B6" w:rsidRPr="004B1592" w:rsidRDefault="00000000" w:rsidP="009063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159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Construct</w:t>
            </w:r>
          </w:p>
        </w:tc>
        <w:tc>
          <w:tcPr>
            <w:tcW w:w="1440" w:type="dxa"/>
            <w:vAlign w:val="center"/>
          </w:tcPr>
          <w:p w14:paraId="1C3B520D" w14:textId="77777777" w:rsidR="00D847B6" w:rsidRPr="004B1592" w:rsidRDefault="00000000" w:rsidP="009063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159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POS</w:t>
            </w:r>
          </w:p>
        </w:tc>
        <w:tc>
          <w:tcPr>
            <w:tcW w:w="1440" w:type="dxa"/>
            <w:vAlign w:val="center"/>
          </w:tcPr>
          <w:p w14:paraId="2AC785A1" w14:textId="77777777" w:rsidR="00D847B6" w:rsidRPr="004B1592" w:rsidRDefault="00000000" w:rsidP="009063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159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OC</w:t>
            </w:r>
          </w:p>
        </w:tc>
        <w:tc>
          <w:tcPr>
            <w:tcW w:w="1440" w:type="dxa"/>
            <w:vAlign w:val="center"/>
          </w:tcPr>
          <w:p w14:paraId="435E4136" w14:textId="77777777" w:rsidR="00D847B6" w:rsidRPr="004B1592" w:rsidRDefault="00000000" w:rsidP="009063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159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OI</w:t>
            </w:r>
          </w:p>
        </w:tc>
        <w:tc>
          <w:tcPr>
            <w:tcW w:w="1440" w:type="dxa"/>
            <w:vAlign w:val="center"/>
          </w:tcPr>
          <w:p w14:paraId="11F898A6" w14:textId="77777777" w:rsidR="00D847B6" w:rsidRPr="004B1592" w:rsidRDefault="00000000" w:rsidP="009063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159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OT</w:t>
            </w:r>
          </w:p>
        </w:tc>
      </w:tr>
      <w:tr w:rsidR="00D847B6" w:rsidRPr="004B1592" w14:paraId="5F1DD58B" w14:textId="77777777" w:rsidTr="009063C3">
        <w:tc>
          <w:tcPr>
            <w:tcW w:w="2448" w:type="dxa"/>
            <w:vAlign w:val="center"/>
          </w:tcPr>
          <w:p w14:paraId="1ADC08DF" w14:textId="77777777" w:rsidR="00D847B6" w:rsidRPr="004B1592" w:rsidRDefault="00000000" w:rsidP="009063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1592">
              <w:rPr>
                <w:rFonts w:ascii="Times New Roman" w:eastAsia="Times New Roman" w:hAnsi="Times New Roman" w:cs="Times New Roman"/>
                <w:sz w:val="20"/>
                <w:szCs w:val="20"/>
              </w:rPr>
              <w:t>Perceived Organizational Support</w:t>
            </w:r>
          </w:p>
        </w:tc>
        <w:tc>
          <w:tcPr>
            <w:tcW w:w="1440" w:type="dxa"/>
            <w:vAlign w:val="center"/>
          </w:tcPr>
          <w:p w14:paraId="064D0777" w14:textId="77777777" w:rsidR="00D847B6" w:rsidRPr="004B1592" w:rsidRDefault="00000000" w:rsidP="009063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1592">
              <w:rPr>
                <w:rFonts w:ascii="Times New Roman" w:eastAsia="Times New Roman" w:hAnsi="Times New Roman" w:cs="Times New Roman"/>
                <w:sz w:val="20"/>
                <w:szCs w:val="20"/>
              </w:rPr>
              <w:t>0.828</w:t>
            </w:r>
          </w:p>
        </w:tc>
        <w:tc>
          <w:tcPr>
            <w:tcW w:w="1440" w:type="dxa"/>
            <w:vAlign w:val="center"/>
          </w:tcPr>
          <w:p w14:paraId="54241966" w14:textId="77777777" w:rsidR="00D847B6" w:rsidRPr="004B1592" w:rsidRDefault="00000000" w:rsidP="009063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1592">
              <w:rPr>
                <w:rFonts w:ascii="Times New Roman" w:eastAsia="Times New Roman" w:hAnsi="Times New Roman" w:cs="Times New Roman"/>
                <w:sz w:val="20"/>
                <w:szCs w:val="20"/>
              </w:rPr>
              <w:t>0.744</w:t>
            </w:r>
          </w:p>
        </w:tc>
        <w:tc>
          <w:tcPr>
            <w:tcW w:w="1440" w:type="dxa"/>
            <w:vAlign w:val="center"/>
          </w:tcPr>
          <w:p w14:paraId="07EF4E9A" w14:textId="77777777" w:rsidR="00D847B6" w:rsidRPr="004B1592" w:rsidRDefault="00000000" w:rsidP="009063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1592">
              <w:rPr>
                <w:rFonts w:ascii="Times New Roman" w:eastAsia="Times New Roman" w:hAnsi="Times New Roman" w:cs="Times New Roman"/>
                <w:sz w:val="20"/>
                <w:szCs w:val="20"/>
              </w:rPr>
              <w:t>0.648</w:t>
            </w:r>
          </w:p>
        </w:tc>
        <w:tc>
          <w:tcPr>
            <w:tcW w:w="1440" w:type="dxa"/>
            <w:vAlign w:val="center"/>
          </w:tcPr>
          <w:p w14:paraId="02A716AE" w14:textId="77777777" w:rsidR="00D847B6" w:rsidRPr="004B1592" w:rsidRDefault="00000000" w:rsidP="009063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1592">
              <w:rPr>
                <w:rFonts w:ascii="Times New Roman" w:eastAsia="Times New Roman" w:hAnsi="Times New Roman" w:cs="Times New Roman"/>
                <w:sz w:val="20"/>
                <w:szCs w:val="20"/>
              </w:rPr>
              <w:t>0.752</w:t>
            </w:r>
          </w:p>
        </w:tc>
      </w:tr>
      <w:tr w:rsidR="00D847B6" w:rsidRPr="004B1592" w14:paraId="35196678" w14:textId="77777777" w:rsidTr="009063C3">
        <w:tc>
          <w:tcPr>
            <w:tcW w:w="2448" w:type="dxa"/>
            <w:vAlign w:val="center"/>
          </w:tcPr>
          <w:p w14:paraId="16962884" w14:textId="77777777" w:rsidR="00D847B6" w:rsidRPr="004B1592" w:rsidRDefault="00000000" w:rsidP="009063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1592">
              <w:rPr>
                <w:rFonts w:ascii="Times New Roman" w:eastAsia="Times New Roman" w:hAnsi="Times New Roman" w:cs="Times New Roman"/>
                <w:sz w:val="20"/>
                <w:szCs w:val="20"/>
              </w:rPr>
              <w:t>Organizational Commitment</w:t>
            </w:r>
          </w:p>
        </w:tc>
        <w:tc>
          <w:tcPr>
            <w:tcW w:w="1440" w:type="dxa"/>
            <w:vAlign w:val="center"/>
          </w:tcPr>
          <w:p w14:paraId="199D1377" w14:textId="77777777" w:rsidR="00D847B6" w:rsidRPr="004B1592" w:rsidRDefault="00000000" w:rsidP="009063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1592">
              <w:rPr>
                <w:rFonts w:ascii="Times New Roman" w:eastAsia="Times New Roman" w:hAnsi="Times New Roman" w:cs="Times New Roman"/>
                <w:sz w:val="20"/>
                <w:szCs w:val="20"/>
              </w:rPr>
              <w:t>0.744</w:t>
            </w:r>
          </w:p>
        </w:tc>
        <w:tc>
          <w:tcPr>
            <w:tcW w:w="1440" w:type="dxa"/>
            <w:vAlign w:val="center"/>
          </w:tcPr>
          <w:p w14:paraId="3A0088F5" w14:textId="77777777" w:rsidR="00D847B6" w:rsidRPr="004B1592" w:rsidRDefault="00000000" w:rsidP="009063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1592">
              <w:rPr>
                <w:rFonts w:ascii="Times New Roman" w:eastAsia="Times New Roman" w:hAnsi="Times New Roman" w:cs="Times New Roman"/>
                <w:sz w:val="20"/>
                <w:szCs w:val="20"/>
              </w:rPr>
              <w:t>0.914</w:t>
            </w:r>
          </w:p>
        </w:tc>
        <w:tc>
          <w:tcPr>
            <w:tcW w:w="1440" w:type="dxa"/>
            <w:vAlign w:val="center"/>
          </w:tcPr>
          <w:p w14:paraId="4192F8D8" w14:textId="77777777" w:rsidR="00D847B6" w:rsidRPr="004B1592" w:rsidRDefault="00000000" w:rsidP="009063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1592">
              <w:rPr>
                <w:rFonts w:ascii="Times New Roman" w:eastAsia="Times New Roman" w:hAnsi="Times New Roman" w:cs="Times New Roman"/>
                <w:sz w:val="20"/>
                <w:szCs w:val="20"/>
              </w:rPr>
              <w:t>0.790</w:t>
            </w:r>
          </w:p>
        </w:tc>
        <w:tc>
          <w:tcPr>
            <w:tcW w:w="1440" w:type="dxa"/>
            <w:vAlign w:val="center"/>
          </w:tcPr>
          <w:p w14:paraId="3E614824" w14:textId="77777777" w:rsidR="00D847B6" w:rsidRPr="004B1592" w:rsidRDefault="00000000" w:rsidP="009063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1592">
              <w:rPr>
                <w:rFonts w:ascii="Times New Roman" w:eastAsia="Times New Roman" w:hAnsi="Times New Roman" w:cs="Times New Roman"/>
                <w:sz w:val="20"/>
                <w:szCs w:val="20"/>
              </w:rPr>
              <w:t>0.802</w:t>
            </w:r>
          </w:p>
        </w:tc>
      </w:tr>
      <w:tr w:rsidR="00D847B6" w:rsidRPr="004B1592" w14:paraId="588A6423" w14:textId="77777777" w:rsidTr="009063C3">
        <w:tc>
          <w:tcPr>
            <w:tcW w:w="2448" w:type="dxa"/>
            <w:vAlign w:val="center"/>
          </w:tcPr>
          <w:p w14:paraId="2A7CD7D2" w14:textId="77777777" w:rsidR="00D847B6" w:rsidRPr="004B1592" w:rsidRDefault="00000000" w:rsidP="009063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1592">
              <w:rPr>
                <w:rFonts w:ascii="Times New Roman" w:eastAsia="Times New Roman" w:hAnsi="Times New Roman" w:cs="Times New Roman"/>
                <w:sz w:val="20"/>
                <w:szCs w:val="20"/>
              </w:rPr>
              <w:t>Organizational Identification</w:t>
            </w:r>
          </w:p>
        </w:tc>
        <w:tc>
          <w:tcPr>
            <w:tcW w:w="1440" w:type="dxa"/>
            <w:vAlign w:val="center"/>
          </w:tcPr>
          <w:p w14:paraId="12705F0B" w14:textId="77777777" w:rsidR="00D847B6" w:rsidRPr="004B1592" w:rsidRDefault="00000000" w:rsidP="009063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1592">
              <w:rPr>
                <w:rFonts w:ascii="Times New Roman" w:eastAsia="Times New Roman" w:hAnsi="Times New Roman" w:cs="Times New Roman"/>
                <w:sz w:val="20"/>
                <w:szCs w:val="20"/>
              </w:rPr>
              <w:t>0.648</w:t>
            </w:r>
          </w:p>
        </w:tc>
        <w:tc>
          <w:tcPr>
            <w:tcW w:w="1440" w:type="dxa"/>
            <w:vAlign w:val="center"/>
          </w:tcPr>
          <w:p w14:paraId="7BFAF4F8" w14:textId="77777777" w:rsidR="00D847B6" w:rsidRPr="004B1592" w:rsidRDefault="00000000" w:rsidP="009063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1592">
              <w:rPr>
                <w:rFonts w:ascii="Times New Roman" w:eastAsia="Times New Roman" w:hAnsi="Times New Roman" w:cs="Times New Roman"/>
                <w:sz w:val="20"/>
                <w:szCs w:val="20"/>
              </w:rPr>
              <w:t>0.790</w:t>
            </w:r>
          </w:p>
        </w:tc>
        <w:tc>
          <w:tcPr>
            <w:tcW w:w="1440" w:type="dxa"/>
            <w:vAlign w:val="center"/>
          </w:tcPr>
          <w:p w14:paraId="6594D556" w14:textId="77777777" w:rsidR="00D847B6" w:rsidRPr="004B1592" w:rsidRDefault="00000000" w:rsidP="009063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1592">
              <w:rPr>
                <w:rFonts w:ascii="Times New Roman" w:eastAsia="Times New Roman" w:hAnsi="Times New Roman" w:cs="Times New Roman"/>
                <w:sz w:val="20"/>
                <w:szCs w:val="20"/>
              </w:rPr>
              <w:t>0.850</w:t>
            </w:r>
          </w:p>
        </w:tc>
        <w:tc>
          <w:tcPr>
            <w:tcW w:w="1440" w:type="dxa"/>
            <w:vAlign w:val="center"/>
          </w:tcPr>
          <w:p w14:paraId="19C93F34" w14:textId="77777777" w:rsidR="00D847B6" w:rsidRPr="004B1592" w:rsidRDefault="00000000" w:rsidP="009063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1592">
              <w:rPr>
                <w:rFonts w:ascii="Times New Roman" w:eastAsia="Times New Roman" w:hAnsi="Times New Roman" w:cs="Times New Roman"/>
                <w:sz w:val="20"/>
                <w:szCs w:val="20"/>
              </w:rPr>
              <w:t>0.775</w:t>
            </w:r>
          </w:p>
        </w:tc>
      </w:tr>
      <w:tr w:rsidR="00D847B6" w:rsidRPr="004B1592" w14:paraId="768F1A07" w14:textId="77777777" w:rsidTr="009063C3">
        <w:tc>
          <w:tcPr>
            <w:tcW w:w="2448" w:type="dxa"/>
            <w:vAlign w:val="center"/>
          </w:tcPr>
          <w:p w14:paraId="50308009" w14:textId="77777777" w:rsidR="00D847B6" w:rsidRPr="004B1592" w:rsidRDefault="00000000" w:rsidP="009063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1592">
              <w:rPr>
                <w:rFonts w:ascii="Times New Roman" w:eastAsia="Times New Roman" w:hAnsi="Times New Roman" w:cs="Times New Roman"/>
                <w:sz w:val="20"/>
                <w:szCs w:val="20"/>
              </w:rPr>
              <w:t>Organizational Trust</w:t>
            </w:r>
          </w:p>
        </w:tc>
        <w:tc>
          <w:tcPr>
            <w:tcW w:w="1440" w:type="dxa"/>
            <w:vAlign w:val="center"/>
          </w:tcPr>
          <w:p w14:paraId="6FACB3A1" w14:textId="77777777" w:rsidR="00D847B6" w:rsidRPr="004B1592" w:rsidRDefault="00000000" w:rsidP="009063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1592">
              <w:rPr>
                <w:rFonts w:ascii="Times New Roman" w:eastAsia="Times New Roman" w:hAnsi="Times New Roman" w:cs="Times New Roman"/>
                <w:sz w:val="20"/>
                <w:szCs w:val="20"/>
              </w:rPr>
              <w:t>0.752</w:t>
            </w:r>
          </w:p>
        </w:tc>
        <w:tc>
          <w:tcPr>
            <w:tcW w:w="1440" w:type="dxa"/>
            <w:vAlign w:val="center"/>
          </w:tcPr>
          <w:p w14:paraId="4F7429F0" w14:textId="77777777" w:rsidR="00D847B6" w:rsidRPr="004B1592" w:rsidRDefault="00000000" w:rsidP="009063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1592">
              <w:rPr>
                <w:rFonts w:ascii="Times New Roman" w:eastAsia="Times New Roman" w:hAnsi="Times New Roman" w:cs="Times New Roman"/>
                <w:sz w:val="20"/>
                <w:szCs w:val="20"/>
              </w:rPr>
              <w:t>0.802</w:t>
            </w:r>
          </w:p>
        </w:tc>
        <w:tc>
          <w:tcPr>
            <w:tcW w:w="1440" w:type="dxa"/>
            <w:vAlign w:val="center"/>
          </w:tcPr>
          <w:p w14:paraId="3679BF2B" w14:textId="77777777" w:rsidR="00D847B6" w:rsidRPr="004B1592" w:rsidRDefault="00000000" w:rsidP="009063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1592">
              <w:rPr>
                <w:rFonts w:ascii="Times New Roman" w:eastAsia="Times New Roman" w:hAnsi="Times New Roman" w:cs="Times New Roman"/>
                <w:sz w:val="20"/>
                <w:szCs w:val="20"/>
              </w:rPr>
              <w:t>0.775</w:t>
            </w:r>
          </w:p>
        </w:tc>
        <w:tc>
          <w:tcPr>
            <w:tcW w:w="1440" w:type="dxa"/>
            <w:vAlign w:val="center"/>
          </w:tcPr>
          <w:p w14:paraId="77A7AC6F" w14:textId="77777777" w:rsidR="00D847B6" w:rsidRPr="004B1592" w:rsidRDefault="00000000" w:rsidP="009063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1592">
              <w:rPr>
                <w:rFonts w:ascii="Times New Roman" w:eastAsia="Times New Roman" w:hAnsi="Times New Roman" w:cs="Times New Roman"/>
                <w:sz w:val="20"/>
                <w:szCs w:val="20"/>
              </w:rPr>
              <w:t>0.903</w:t>
            </w:r>
          </w:p>
        </w:tc>
      </w:tr>
    </w:tbl>
    <w:p w14:paraId="7F4EDAA7" w14:textId="77777777" w:rsidR="009063C3" w:rsidRPr="004B1592" w:rsidRDefault="009063C3" w:rsidP="009063C3">
      <w:pPr>
        <w:spacing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AE67A8C" w14:textId="60078F3A" w:rsidR="00D847B6" w:rsidRPr="004B1592" w:rsidRDefault="00000000" w:rsidP="009063C3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B15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Table </w:t>
      </w:r>
      <w:r w:rsidR="00617E06">
        <w:rPr>
          <w:rFonts w:ascii="Times New Roman" w:eastAsia="Times New Roman" w:hAnsi="Times New Roman" w:cs="Times New Roman"/>
          <w:b/>
          <w:bCs/>
          <w:sz w:val="24"/>
          <w:szCs w:val="24"/>
        </w:rPr>
        <w:t>S4</w:t>
      </w:r>
      <w:r w:rsidRPr="004B1592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Pr="004B1592">
        <w:rPr>
          <w:rFonts w:ascii="Times New Roman" w:eastAsia="Times New Roman" w:hAnsi="Times New Roman" w:cs="Times New Roman"/>
          <w:sz w:val="24"/>
          <w:szCs w:val="24"/>
        </w:rPr>
        <w:t xml:space="preserve"> HTMT matrix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448"/>
        <w:gridCol w:w="1440"/>
        <w:gridCol w:w="1440"/>
        <w:gridCol w:w="1440"/>
        <w:gridCol w:w="1440"/>
      </w:tblGrid>
      <w:tr w:rsidR="00D847B6" w:rsidRPr="004B1592" w14:paraId="5308AA86" w14:textId="77777777" w:rsidTr="009063C3">
        <w:tc>
          <w:tcPr>
            <w:tcW w:w="2448" w:type="dxa"/>
            <w:vAlign w:val="center"/>
          </w:tcPr>
          <w:p w14:paraId="26F83E61" w14:textId="77777777" w:rsidR="00D847B6" w:rsidRPr="004B1592" w:rsidRDefault="00000000" w:rsidP="009063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159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Construct</w:t>
            </w:r>
          </w:p>
        </w:tc>
        <w:tc>
          <w:tcPr>
            <w:tcW w:w="1440" w:type="dxa"/>
            <w:vAlign w:val="center"/>
          </w:tcPr>
          <w:p w14:paraId="1C7DC9E9" w14:textId="77777777" w:rsidR="00D847B6" w:rsidRPr="004B1592" w:rsidRDefault="00000000" w:rsidP="009063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159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POS</w:t>
            </w:r>
          </w:p>
        </w:tc>
        <w:tc>
          <w:tcPr>
            <w:tcW w:w="1440" w:type="dxa"/>
            <w:vAlign w:val="center"/>
          </w:tcPr>
          <w:p w14:paraId="20B7ABBD" w14:textId="77777777" w:rsidR="00D847B6" w:rsidRPr="004B1592" w:rsidRDefault="00000000" w:rsidP="009063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159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OC</w:t>
            </w:r>
          </w:p>
        </w:tc>
        <w:tc>
          <w:tcPr>
            <w:tcW w:w="1440" w:type="dxa"/>
            <w:vAlign w:val="center"/>
          </w:tcPr>
          <w:p w14:paraId="41443F10" w14:textId="77777777" w:rsidR="00D847B6" w:rsidRPr="004B1592" w:rsidRDefault="00000000" w:rsidP="009063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159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OI</w:t>
            </w:r>
          </w:p>
        </w:tc>
        <w:tc>
          <w:tcPr>
            <w:tcW w:w="1440" w:type="dxa"/>
            <w:vAlign w:val="center"/>
          </w:tcPr>
          <w:p w14:paraId="723414A3" w14:textId="77777777" w:rsidR="00D847B6" w:rsidRPr="004B1592" w:rsidRDefault="00000000" w:rsidP="009063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159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OT</w:t>
            </w:r>
          </w:p>
        </w:tc>
      </w:tr>
      <w:tr w:rsidR="00D847B6" w:rsidRPr="004B1592" w14:paraId="555B8077" w14:textId="77777777" w:rsidTr="009063C3">
        <w:tc>
          <w:tcPr>
            <w:tcW w:w="2448" w:type="dxa"/>
            <w:vAlign w:val="center"/>
          </w:tcPr>
          <w:p w14:paraId="0E82B385" w14:textId="77777777" w:rsidR="00D847B6" w:rsidRPr="004B1592" w:rsidRDefault="00000000" w:rsidP="009063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1592">
              <w:rPr>
                <w:rFonts w:ascii="Times New Roman" w:eastAsia="Times New Roman" w:hAnsi="Times New Roman" w:cs="Times New Roman"/>
                <w:sz w:val="20"/>
                <w:szCs w:val="20"/>
              </w:rPr>
              <w:t>Perceived Organizational Support</w:t>
            </w:r>
          </w:p>
        </w:tc>
        <w:tc>
          <w:tcPr>
            <w:tcW w:w="1440" w:type="dxa"/>
            <w:vAlign w:val="center"/>
          </w:tcPr>
          <w:p w14:paraId="472DAAD1" w14:textId="77777777" w:rsidR="00D847B6" w:rsidRPr="004B1592" w:rsidRDefault="00000000" w:rsidP="009063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1592">
              <w:rPr>
                <w:rFonts w:ascii="Times New Roman" w:eastAsia="Times New Roman" w:hAnsi="Times New Roman" w:cs="Times New Roman"/>
                <w:sz w:val="20"/>
                <w:szCs w:val="20"/>
              </w:rPr>
              <w:t>1.000</w:t>
            </w:r>
          </w:p>
        </w:tc>
        <w:tc>
          <w:tcPr>
            <w:tcW w:w="1440" w:type="dxa"/>
            <w:vAlign w:val="center"/>
          </w:tcPr>
          <w:p w14:paraId="3DFEE1ED" w14:textId="77777777" w:rsidR="00D847B6" w:rsidRPr="004B1592" w:rsidRDefault="00000000" w:rsidP="009063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1592">
              <w:rPr>
                <w:rFonts w:ascii="Times New Roman" w:eastAsia="Times New Roman" w:hAnsi="Times New Roman" w:cs="Times New Roman"/>
                <w:sz w:val="20"/>
                <w:szCs w:val="20"/>
              </w:rPr>
              <w:t>0.788</w:t>
            </w:r>
          </w:p>
        </w:tc>
        <w:tc>
          <w:tcPr>
            <w:tcW w:w="1440" w:type="dxa"/>
            <w:vAlign w:val="center"/>
          </w:tcPr>
          <w:p w14:paraId="762E1E4E" w14:textId="77777777" w:rsidR="00D847B6" w:rsidRPr="004B1592" w:rsidRDefault="00000000" w:rsidP="009063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1592">
              <w:rPr>
                <w:rFonts w:ascii="Times New Roman" w:eastAsia="Times New Roman" w:hAnsi="Times New Roman" w:cs="Times New Roman"/>
                <w:sz w:val="20"/>
                <w:szCs w:val="20"/>
              </w:rPr>
              <w:t>0.694</w:t>
            </w:r>
          </w:p>
        </w:tc>
        <w:tc>
          <w:tcPr>
            <w:tcW w:w="1440" w:type="dxa"/>
            <w:vAlign w:val="center"/>
          </w:tcPr>
          <w:p w14:paraId="624D950A" w14:textId="77777777" w:rsidR="00D847B6" w:rsidRPr="004B1592" w:rsidRDefault="00000000" w:rsidP="009063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1592">
              <w:rPr>
                <w:rFonts w:ascii="Times New Roman" w:eastAsia="Times New Roman" w:hAnsi="Times New Roman" w:cs="Times New Roman"/>
                <w:sz w:val="20"/>
                <w:szCs w:val="20"/>
              </w:rPr>
              <w:t>0.784</w:t>
            </w:r>
          </w:p>
        </w:tc>
      </w:tr>
      <w:tr w:rsidR="00D847B6" w:rsidRPr="004B1592" w14:paraId="589D5A6B" w14:textId="77777777" w:rsidTr="009063C3">
        <w:tc>
          <w:tcPr>
            <w:tcW w:w="2448" w:type="dxa"/>
            <w:vAlign w:val="center"/>
          </w:tcPr>
          <w:p w14:paraId="325C3B49" w14:textId="77777777" w:rsidR="00D847B6" w:rsidRPr="004B1592" w:rsidRDefault="00000000" w:rsidP="009063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1592">
              <w:rPr>
                <w:rFonts w:ascii="Times New Roman" w:eastAsia="Times New Roman" w:hAnsi="Times New Roman" w:cs="Times New Roman"/>
                <w:sz w:val="20"/>
                <w:szCs w:val="20"/>
              </w:rPr>
              <w:t>Organizational Commitment</w:t>
            </w:r>
          </w:p>
        </w:tc>
        <w:tc>
          <w:tcPr>
            <w:tcW w:w="1440" w:type="dxa"/>
            <w:vAlign w:val="center"/>
          </w:tcPr>
          <w:p w14:paraId="175B2222" w14:textId="77777777" w:rsidR="00D847B6" w:rsidRPr="004B1592" w:rsidRDefault="00000000" w:rsidP="009063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1592">
              <w:rPr>
                <w:rFonts w:ascii="Times New Roman" w:eastAsia="Times New Roman" w:hAnsi="Times New Roman" w:cs="Times New Roman"/>
                <w:sz w:val="20"/>
                <w:szCs w:val="20"/>
              </w:rPr>
              <w:t>0.788</w:t>
            </w:r>
          </w:p>
        </w:tc>
        <w:tc>
          <w:tcPr>
            <w:tcW w:w="1440" w:type="dxa"/>
            <w:vAlign w:val="center"/>
          </w:tcPr>
          <w:p w14:paraId="1E393830" w14:textId="77777777" w:rsidR="00D847B6" w:rsidRPr="004B1592" w:rsidRDefault="00000000" w:rsidP="009063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1592">
              <w:rPr>
                <w:rFonts w:ascii="Times New Roman" w:eastAsia="Times New Roman" w:hAnsi="Times New Roman" w:cs="Times New Roman"/>
                <w:sz w:val="20"/>
                <w:szCs w:val="20"/>
              </w:rPr>
              <w:t>1.000</w:t>
            </w:r>
          </w:p>
        </w:tc>
        <w:tc>
          <w:tcPr>
            <w:tcW w:w="1440" w:type="dxa"/>
            <w:vAlign w:val="center"/>
          </w:tcPr>
          <w:p w14:paraId="142D4801" w14:textId="77777777" w:rsidR="00D847B6" w:rsidRPr="004B1592" w:rsidRDefault="00000000" w:rsidP="009063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1592">
              <w:rPr>
                <w:rFonts w:ascii="Times New Roman" w:eastAsia="Times New Roman" w:hAnsi="Times New Roman" w:cs="Times New Roman"/>
                <w:sz w:val="20"/>
                <w:szCs w:val="20"/>
              </w:rPr>
              <w:t>0.834</w:t>
            </w:r>
          </w:p>
        </w:tc>
        <w:tc>
          <w:tcPr>
            <w:tcW w:w="1440" w:type="dxa"/>
            <w:vAlign w:val="center"/>
          </w:tcPr>
          <w:p w14:paraId="28301B8B" w14:textId="77777777" w:rsidR="00D847B6" w:rsidRPr="004B1592" w:rsidRDefault="00000000" w:rsidP="009063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1592">
              <w:rPr>
                <w:rFonts w:ascii="Times New Roman" w:eastAsia="Times New Roman" w:hAnsi="Times New Roman" w:cs="Times New Roman"/>
                <w:sz w:val="20"/>
                <w:szCs w:val="20"/>
              </w:rPr>
              <w:t>0.827</w:t>
            </w:r>
          </w:p>
        </w:tc>
      </w:tr>
      <w:tr w:rsidR="00D847B6" w:rsidRPr="004B1592" w14:paraId="62F53D89" w14:textId="77777777" w:rsidTr="009063C3">
        <w:tc>
          <w:tcPr>
            <w:tcW w:w="2448" w:type="dxa"/>
            <w:vAlign w:val="center"/>
          </w:tcPr>
          <w:p w14:paraId="27A29A2F" w14:textId="77777777" w:rsidR="00D847B6" w:rsidRPr="004B1592" w:rsidRDefault="00000000" w:rsidP="009063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1592">
              <w:rPr>
                <w:rFonts w:ascii="Times New Roman" w:eastAsia="Times New Roman" w:hAnsi="Times New Roman" w:cs="Times New Roman"/>
                <w:sz w:val="20"/>
                <w:szCs w:val="20"/>
              </w:rPr>
              <w:t>Organizational Identification</w:t>
            </w:r>
          </w:p>
        </w:tc>
        <w:tc>
          <w:tcPr>
            <w:tcW w:w="1440" w:type="dxa"/>
            <w:vAlign w:val="center"/>
          </w:tcPr>
          <w:p w14:paraId="2401B25A" w14:textId="77777777" w:rsidR="00D847B6" w:rsidRPr="004B1592" w:rsidRDefault="00000000" w:rsidP="009063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1592">
              <w:rPr>
                <w:rFonts w:ascii="Times New Roman" w:eastAsia="Times New Roman" w:hAnsi="Times New Roman" w:cs="Times New Roman"/>
                <w:sz w:val="20"/>
                <w:szCs w:val="20"/>
              </w:rPr>
              <w:t>0.694</w:t>
            </w:r>
          </w:p>
        </w:tc>
        <w:tc>
          <w:tcPr>
            <w:tcW w:w="1440" w:type="dxa"/>
            <w:vAlign w:val="center"/>
          </w:tcPr>
          <w:p w14:paraId="7023DFCA" w14:textId="77777777" w:rsidR="00D847B6" w:rsidRPr="004B1592" w:rsidRDefault="00000000" w:rsidP="009063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1592">
              <w:rPr>
                <w:rFonts w:ascii="Times New Roman" w:eastAsia="Times New Roman" w:hAnsi="Times New Roman" w:cs="Times New Roman"/>
                <w:sz w:val="20"/>
                <w:szCs w:val="20"/>
              </w:rPr>
              <w:t>0.834</w:t>
            </w:r>
          </w:p>
        </w:tc>
        <w:tc>
          <w:tcPr>
            <w:tcW w:w="1440" w:type="dxa"/>
            <w:vAlign w:val="center"/>
          </w:tcPr>
          <w:p w14:paraId="2B4D31F5" w14:textId="77777777" w:rsidR="00D847B6" w:rsidRPr="004B1592" w:rsidRDefault="00000000" w:rsidP="009063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1592">
              <w:rPr>
                <w:rFonts w:ascii="Times New Roman" w:eastAsia="Times New Roman" w:hAnsi="Times New Roman" w:cs="Times New Roman"/>
                <w:sz w:val="20"/>
                <w:szCs w:val="20"/>
              </w:rPr>
              <w:t>1.000</w:t>
            </w:r>
          </w:p>
        </w:tc>
        <w:tc>
          <w:tcPr>
            <w:tcW w:w="1440" w:type="dxa"/>
            <w:vAlign w:val="center"/>
          </w:tcPr>
          <w:p w14:paraId="4B825B4C" w14:textId="77777777" w:rsidR="00D847B6" w:rsidRPr="004B1592" w:rsidRDefault="00000000" w:rsidP="009063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1592">
              <w:rPr>
                <w:rFonts w:ascii="Times New Roman" w:eastAsia="Times New Roman" w:hAnsi="Times New Roman" w:cs="Times New Roman"/>
                <w:sz w:val="20"/>
                <w:szCs w:val="20"/>
              </w:rPr>
              <w:t>0.808</w:t>
            </w:r>
          </w:p>
        </w:tc>
      </w:tr>
      <w:tr w:rsidR="00D847B6" w:rsidRPr="004B1592" w14:paraId="591B3125" w14:textId="77777777" w:rsidTr="009063C3">
        <w:tc>
          <w:tcPr>
            <w:tcW w:w="2448" w:type="dxa"/>
            <w:vAlign w:val="center"/>
          </w:tcPr>
          <w:p w14:paraId="7546A32F" w14:textId="77777777" w:rsidR="00D847B6" w:rsidRPr="004B1592" w:rsidRDefault="00000000" w:rsidP="009063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1592">
              <w:rPr>
                <w:rFonts w:ascii="Times New Roman" w:eastAsia="Times New Roman" w:hAnsi="Times New Roman" w:cs="Times New Roman"/>
                <w:sz w:val="20"/>
                <w:szCs w:val="20"/>
              </w:rPr>
              <w:t>Organizational Trust</w:t>
            </w:r>
          </w:p>
        </w:tc>
        <w:tc>
          <w:tcPr>
            <w:tcW w:w="1440" w:type="dxa"/>
            <w:vAlign w:val="center"/>
          </w:tcPr>
          <w:p w14:paraId="31EF29ED" w14:textId="77777777" w:rsidR="00D847B6" w:rsidRPr="004B1592" w:rsidRDefault="00000000" w:rsidP="009063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1592">
              <w:rPr>
                <w:rFonts w:ascii="Times New Roman" w:eastAsia="Times New Roman" w:hAnsi="Times New Roman" w:cs="Times New Roman"/>
                <w:sz w:val="20"/>
                <w:szCs w:val="20"/>
              </w:rPr>
              <w:t>0.784</w:t>
            </w:r>
          </w:p>
        </w:tc>
        <w:tc>
          <w:tcPr>
            <w:tcW w:w="1440" w:type="dxa"/>
            <w:vAlign w:val="center"/>
          </w:tcPr>
          <w:p w14:paraId="3F2839A5" w14:textId="77777777" w:rsidR="00D847B6" w:rsidRPr="004B1592" w:rsidRDefault="00000000" w:rsidP="009063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1592">
              <w:rPr>
                <w:rFonts w:ascii="Times New Roman" w:eastAsia="Times New Roman" w:hAnsi="Times New Roman" w:cs="Times New Roman"/>
                <w:sz w:val="20"/>
                <w:szCs w:val="20"/>
              </w:rPr>
              <w:t>0.827</w:t>
            </w:r>
          </w:p>
        </w:tc>
        <w:tc>
          <w:tcPr>
            <w:tcW w:w="1440" w:type="dxa"/>
            <w:vAlign w:val="center"/>
          </w:tcPr>
          <w:p w14:paraId="053852E6" w14:textId="77777777" w:rsidR="00D847B6" w:rsidRPr="004B1592" w:rsidRDefault="00000000" w:rsidP="009063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1592">
              <w:rPr>
                <w:rFonts w:ascii="Times New Roman" w:eastAsia="Times New Roman" w:hAnsi="Times New Roman" w:cs="Times New Roman"/>
                <w:sz w:val="20"/>
                <w:szCs w:val="20"/>
              </w:rPr>
              <w:t>0.808</w:t>
            </w:r>
          </w:p>
        </w:tc>
        <w:tc>
          <w:tcPr>
            <w:tcW w:w="1440" w:type="dxa"/>
            <w:vAlign w:val="center"/>
          </w:tcPr>
          <w:p w14:paraId="5CD100DE" w14:textId="77777777" w:rsidR="00D847B6" w:rsidRPr="004B1592" w:rsidRDefault="00000000" w:rsidP="009063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1592">
              <w:rPr>
                <w:rFonts w:ascii="Times New Roman" w:eastAsia="Times New Roman" w:hAnsi="Times New Roman" w:cs="Times New Roman"/>
                <w:sz w:val="20"/>
                <w:szCs w:val="20"/>
              </w:rPr>
              <w:t>1.000</w:t>
            </w:r>
          </w:p>
        </w:tc>
      </w:tr>
    </w:tbl>
    <w:p w14:paraId="4082DEF4" w14:textId="56AC3195" w:rsidR="00293FB5" w:rsidRPr="004B1592" w:rsidRDefault="00293FB5" w:rsidP="00770995">
      <w:pPr>
        <w:spacing w:line="360" w:lineRule="auto"/>
        <w:rPr>
          <w:rFonts w:ascii="Times New Roman" w:eastAsia="Aptos" w:hAnsi="Times New Roman" w:cs="Times New Roman"/>
          <w:lang w:val="tr-TR"/>
        </w:rPr>
      </w:pPr>
    </w:p>
    <w:sectPr w:rsidR="00293FB5" w:rsidRPr="004B1592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25pt;height:11.25pt" o:bullet="t">
        <v:imagedata r:id="rId1" o:title="mso656A"/>
      </v:shape>
    </w:pict>
  </w:numPicBullet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A033AC7"/>
    <w:multiLevelType w:val="multilevel"/>
    <w:tmpl w:val="30B2643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0BB72574"/>
    <w:multiLevelType w:val="hybridMultilevel"/>
    <w:tmpl w:val="2A02E25A"/>
    <w:lvl w:ilvl="0" w:tplc="FFFFFFFF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F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C8E4D1E"/>
    <w:multiLevelType w:val="hybridMultilevel"/>
    <w:tmpl w:val="605ACEE0"/>
    <w:lvl w:ilvl="0" w:tplc="041F000D">
      <w:start w:val="1"/>
      <w:numFmt w:val="bullet"/>
      <w:lvlText w:val=""/>
      <w:lvlJc w:val="left"/>
      <w:pPr>
        <w:ind w:left="1068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1489773D"/>
    <w:multiLevelType w:val="hybridMultilevel"/>
    <w:tmpl w:val="67A0FE06"/>
    <w:lvl w:ilvl="0" w:tplc="041F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18646530"/>
    <w:multiLevelType w:val="multilevel"/>
    <w:tmpl w:val="7D827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E3F0FC4"/>
    <w:multiLevelType w:val="hybridMultilevel"/>
    <w:tmpl w:val="2294DD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8FB6D38"/>
    <w:multiLevelType w:val="multilevel"/>
    <w:tmpl w:val="877E50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6" w15:restartNumberingAfterBreak="0">
    <w:nsid w:val="3E975E91"/>
    <w:multiLevelType w:val="hybridMultilevel"/>
    <w:tmpl w:val="22AC7156"/>
    <w:lvl w:ilvl="0" w:tplc="FFFFFFFF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F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FA438FD"/>
    <w:multiLevelType w:val="multilevel"/>
    <w:tmpl w:val="000038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7542F20"/>
    <w:multiLevelType w:val="hybridMultilevel"/>
    <w:tmpl w:val="1FE4B88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10E5643"/>
    <w:multiLevelType w:val="hybridMultilevel"/>
    <w:tmpl w:val="FBE66D00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6414C80"/>
    <w:multiLevelType w:val="hybridMultilevel"/>
    <w:tmpl w:val="355671C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91F1DCE"/>
    <w:multiLevelType w:val="hybridMultilevel"/>
    <w:tmpl w:val="53369D1C"/>
    <w:lvl w:ilvl="0" w:tplc="041F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6B5017A9"/>
    <w:multiLevelType w:val="hybridMultilevel"/>
    <w:tmpl w:val="DED66F54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3" w15:restartNumberingAfterBreak="0">
    <w:nsid w:val="6F9858E9"/>
    <w:multiLevelType w:val="hybridMultilevel"/>
    <w:tmpl w:val="8B26C294"/>
    <w:lvl w:ilvl="0" w:tplc="4AD409D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  <w:vertAlign w:val="superscrip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42E6A94"/>
    <w:multiLevelType w:val="hybridMultilevel"/>
    <w:tmpl w:val="63D43FFA"/>
    <w:lvl w:ilvl="0" w:tplc="041F000B">
      <w:start w:val="1"/>
      <w:numFmt w:val="bullet"/>
      <w:lvlText w:val=""/>
      <w:lvlJc w:val="left"/>
      <w:pPr>
        <w:ind w:left="1353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num w:numId="1" w16cid:durableId="2024088449">
    <w:abstractNumId w:val="8"/>
  </w:num>
  <w:num w:numId="2" w16cid:durableId="287591965">
    <w:abstractNumId w:val="6"/>
  </w:num>
  <w:num w:numId="3" w16cid:durableId="757170081">
    <w:abstractNumId w:val="5"/>
  </w:num>
  <w:num w:numId="4" w16cid:durableId="226302121">
    <w:abstractNumId w:val="4"/>
  </w:num>
  <w:num w:numId="5" w16cid:durableId="539318154">
    <w:abstractNumId w:val="7"/>
  </w:num>
  <w:num w:numId="6" w16cid:durableId="1589197367">
    <w:abstractNumId w:val="3"/>
  </w:num>
  <w:num w:numId="7" w16cid:durableId="271523703">
    <w:abstractNumId w:val="2"/>
  </w:num>
  <w:num w:numId="8" w16cid:durableId="1321616334">
    <w:abstractNumId w:val="1"/>
  </w:num>
  <w:num w:numId="9" w16cid:durableId="1320616749">
    <w:abstractNumId w:val="0"/>
  </w:num>
  <w:num w:numId="10" w16cid:durableId="260341565">
    <w:abstractNumId w:val="15"/>
  </w:num>
  <w:num w:numId="11" w16cid:durableId="382945702">
    <w:abstractNumId w:val="13"/>
  </w:num>
  <w:num w:numId="12" w16cid:durableId="1763836417">
    <w:abstractNumId w:val="17"/>
  </w:num>
  <w:num w:numId="13" w16cid:durableId="1052270380">
    <w:abstractNumId w:val="23"/>
  </w:num>
  <w:num w:numId="14" w16cid:durableId="167060769">
    <w:abstractNumId w:val="14"/>
  </w:num>
  <w:num w:numId="15" w16cid:durableId="1063912045">
    <w:abstractNumId w:val="18"/>
  </w:num>
  <w:num w:numId="16" w16cid:durableId="1246381484">
    <w:abstractNumId w:val="9"/>
  </w:num>
  <w:num w:numId="17" w16cid:durableId="1421680368">
    <w:abstractNumId w:val="16"/>
  </w:num>
  <w:num w:numId="18" w16cid:durableId="1827741553">
    <w:abstractNumId w:val="10"/>
  </w:num>
  <w:num w:numId="19" w16cid:durableId="1795903730">
    <w:abstractNumId w:val="19"/>
  </w:num>
  <w:num w:numId="20" w16cid:durableId="637538601">
    <w:abstractNumId w:val="24"/>
  </w:num>
  <w:num w:numId="21" w16cid:durableId="701325136">
    <w:abstractNumId w:val="11"/>
  </w:num>
  <w:num w:numId="22" w16cid:durableId="1614285163">
    <w:abstractNumId w:val="22"/>
  </w:num>
  <w:num w:numId="23" w16cid:durableId="1992635161">
    <w:abstractNumId w:val="12"/>
  </w:num>
  <w:num w:numId="24" w16cid:durableId="1201819849">
    <w:abstractNumId w:val="21"/>
  </w:num>
  <w:num w:numId="25" w16cid:durableId="1699698185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5219"/>
    <w:rsid w:val="0000717A"/>
    <w:rsid w:val="00016A4A"/>
    <w:rsid w:val="00025BA7"/>
    <w:rsid w:val="00025F29"/>
    <w:rsid w:val="00032EC5"/>
    <w:rsid w:val="00033650"/>
    <w:rsid w:val="00034616"/>
    <w:rsid w:val="000365F1"/>
    <w:rsid w:val="00040E8A"/>
    <w:rsid w:val="000429EF"/>
    <w:rsid w:val="000445C4"/>
    <w:rsid w:val="00046DED"/>
    <w:rsid w:val="0005058D"/>
    <w:rsid w:val="0006063C"/>
    <w:rsid w:val="00061EAA"/>
    <w:rsid w:val="00066C1E"/>
    <w:rsid w:val="00084435"/>
    <w:rsid w:val="00092942"/>
    <w:rsid w:val="00095BD1"/>
    <w:rsid w:val="000A231A"/>
    <w:rsid w:val="000B53F7"/>
    <w:rsid w:val="000B672E"/>
    <w:rsid w:val="000C55BF"/>
    <w:rsid w:val="000E3D42"/>
    <w:rsid w:val="001038A3"/>
    <w:rsid w:val="001237C5"/>
    <w:rsid w:val="0015074B"/>
    <w:rsid w:val="001509DA"/>
    <w:rsid w:val="00155188"/>
    <w:rsid w:val="0015626E"/>
    <w:rsid w:val="001942A4"/>
    <w:rsid w:val="001A2C23"/>
    <w:rsid w:val="001B245E"/>
    <w:rsid w:val="001C6C68"/>
    <w:rsid w:val="001C6FFE"/>
    <w:rsid w:val="001D08D7"/>
    <w:rsid w:val="001D56C7"/>
    <w:rsid w:val="001E0D46"/>
    <w:rsid w:val="001E4463"/>
    <w:rsid w:val="002002A8"/>
    <w:rsid w:val="00204A14"/>
    <w:rsid w:val="00217B05"/>
    <w:rsid w:val="00217EDC"/>
    <w:rsid w:val="00235CC2"/>
    <w:rsid w:val="00242919"/>
    <w:rsid w:val="0027334B"/>
    <w:rsid w:val="00293FB5"/>
    <w:rsid w:val="00294384"/>
    <w:rsid w:val="002943AD"/>
    <w:rsid w:val="0029639D"/>
    <w:rsid w:val="002B15FE"/>
    <w:rsid w:val="002B2472"/>
    <w:rsid w:val="002C039F"/>
    <w:rsid w:val="002D6394"/>
    <w:rsid w:val="002E0C45"/>
    <w:rsid w:val="002E33BA"/>
    <w:rsid w:val="002F145B"/>
    <w:rsid w:val="002F6B64"/>
    <w:rsid w:val="0030015D"/>
    <w:rsid w:val="00302015"/>
    <w:rsid w:val="003032C4"/>
    <w:rsid w:val="003055D8"/>
    <w:rsid w:val="00305802"/>
    <w:rsid w:val="00311CB6"/>
    <w:rsid w:val="00315D4B"/>
    <w:rsid w:val="00326DA4"/>
    <w:rsid w:val="00326F90"/>
    <w:rsid w:val="0032767F"/>
    <w:rsid w:val="00330B53"/>
    <w:rsid w:val="00350D33"/>
    <w:rsid w:val="0035632C"/>
    <w:rsid w:val="00363326"/>
    <w:rsid w:val="00364AEE"/>
    <w:rsid w:val="003766A3"/>
    <w:rsid w:val="00376D40"/>
    <w:rsid w:val="00383215"/>
    <w:rsid w:val="003910A8"/>
    <w:rsid w:val="00393FFB"/>
    <w:rsid w:val="003949B6"/>
    <w:rsid w:val="003A1DCE"/>
    <w:rsid w:val="003A70D4"/>
    <w:rsid w:val="003B217E"/>
    <w:rsid w:val="003B4452"/>
    <w:rsid w:val="003B7D00"/>
    <w:rsid w:val="003D210F"/>
    <w:rsid w:val="003F24DD"/>
    <w:rsid w:val="003F5A28"/>
    <w:rsid w:val="00410145"/>
    <w:rsid w:val="0042126B"/>
    <w:rsid w:val="00434107"/>
    <w:rsid w:val="00462C69"/>
    <w:rsid w:val="004875EE"/>
    <w:rsid w:val="004905E8"/>
    <w:rsid w:val="0049064B"/>
    <w:rsid w:val="004A6FB5"/>
    <w:rsid w:val="004B1592"/>
    <w:rsid w:val="004C1C6D"/>
    <w:rsid w:val="004C4F9F"/>
    <w:rsid w:val="004D5A27"/>
    <w:rsid w:val="004E79DE"/>
    <w:rsid w:val="004F230B"/>
    <w:rsid w:val="004F2DD1"/>
    <w:rsid w:val="004F4EAF"/>
    <w:rsid w:val="004F5C78"/>
    <w:rsid w:val="00504E29"/>
    <w:rsid w:val="00506DA1"/>
    <w:rsid w:val="00514A49"/>
    <w:rsid w:val="00515146"/>
    <w:rsid w:val="00516325"/>
    <w:rsid w:val="005464EA"/>
    <w:rsid w:val="00550ABB"/>
    <w:rsid w:val="00555923"/>
    <w:rsid w:val="005639AE"/>
    <w:rsid w:val="00564487"/>
    <w:rsid w:val="005663F2"/>
    <w:rsid w:val="005809D7"/>
    <w:rsid w:val="00586F11"/>
    <w:rsid w:val="005A2E6A"/>
    <w:rsid w:val="005B259A"/>
    <w:rsid w:val="005D6609"/>
    <w:rsid w:val="005D728C"/>
    <w:rsid w:val="005E1C30"/>
    <w:rsid w:val="005F2166"/>
    <w:rsid w:val="005F7F19"/>
    <w:rsid w:val="006053C7"/>
    <w:rsid w:val="00617E06"/>
    <w:rsid w:val="0062352D"/>
    <w:rsid w:val="006249A7"/>
    <w:rsid w:val="00626FBA"/>
    <w:rsid w:val="00630384"/>
    <w:rsid w:val="00631BF7"/>
    <w:rsid w:val="006327F1"/>
    <w:rsid w:val="006415A1"/>
    <w:rsid w:val="00644EB5"/>
    <w:rsid w:val="00645BD0"/>
    <w:rsid w:val="00671113"/>
    <w:rsid w:val="006812B5"/>
    <w:rsid w:val="006A7258"/>
    <w:rsid w:val="006C2A07"/>
    <w:rsid w:val="006D6162"/>
    <w:rsid w:val="006E2E7C"/>
    <w:rsid w:val="006E3B54"/>
    <w:rsid w:val="006F0E1D"/>
    <w:rsid w:val="007040FB"/>
    <w:rsid w:val="00705A60"/>
    <w:rsid w:val="00705CF4"/>
    <w:rsid w:val="0070666F"/>
    <w:rsid w:val="007109B7"/>
    <w:rsid w:val="00756593"/>
    <w:rsid w:val="00763F81"/>
    <w:rsid w:val="00770995"/>
    <w:rsid w:val="007751EA"/>
    <w:rsid w:val="00781E79"/>
    <w:rsid w:val="00783151"/>
    <w:rsid w:val="0079185F"/>
    <w:rsid w:val="00797778"/>
    <w:rsid w:val="00797AAB"/>
    <w:rsid w:val="007B0196"/>
    <w:rsid w:val="007C4868"/>
    <w:rsid w:val="00803FB8"/>
    <w:rsid w:val="00814EA3"/>
    <w:rsid w:val="0082485F"/>
    <w:rsid w:val="00842979"/>
    <w:rsid w:val="00842A0E"/>
    <w:rsid w:val="0085246E"/>
    <w:rsid w:val="00861844"/>
    <w:rsid w:val="008627DA"/>
    <w:rsid w:val="00864A3C"/>
    <w:rsid w:val="00886D32"/>
    <w:rsid w:val="00891CDC"/>
    <w:rsid w:val="00893B73"/>
    <w:rsid w:val="0089688A"/>
    <w:rsid w:val="00896ED0"/>
    <w:rsid w:val="008A20C3"/>
    <w:rsid w:val="008A3234"/>
    <w:rsid w:val="008A752F"/>
    <w:rsid w:val="008B6CE8"/>
    <w:rsid w:val="008C72E9"/>
    <w:rsid w:val="008F01F4"/>
    <w:rsid w:val="00900844"/>
    <w:rsid w:val="009063C3"/>
    <w:rsid w:val="0091333F"/>
    <w:rsid w:val="009173F5"/>
    <w:rsid w:val="0092180F"/>
    <w:rsid w:val="00932BAC"/>
    <w:rsid w:val="009350BB"/>
    <w:rsid w:val="00937259"/>
    <w:rsid w:val="00955FDD"/>
    <w:rsid w:val="009569B4"/>
    <w:rsid w:val="00967B55"/>
    <w:rsid w:val="00973879"/>
    <w:rsid w:val="00974EBE"/>
    <w:rsid w:val="00984964"/>
    <w:rsid w:val="009A0EB1"/>
    <w:rsid w:val="009A2C83"/>
    <w:rsid w:val="009A3F94"/>
    <w:rsid w:val="009A6BE8"/>
    <w:rsid w:val="009B0F95"/>
    <w:rsid w:val="009B3EC9"/>
    <w:rsid w:val="009C1242"/>
    <w:rsid w:val="009C5A46"/>
    <w:rsid w:val="009D52A4"/>
    <w:rsid w:val="009E24CE"/>
    <w:rsid w:val="009F4C5C"/>
    <w:rsid w:val="00A00D6D"/>
    <w:rsid w:val="00A058DD"/>
    <w:rsid w:val="00A1199A"/>
    <w:rsid w:val="00A14AEE"/>
    <w:rsid w:val="00A24BAA"/>
    <w:rsid w:val="00A34261"/>
    <w:rsid w:val="00A35BEC"/>
    <w:rsid w:val="00A467B0"/>
    <w:rsid w:val="00A47A4A"/>
    <w:rsid w:val="00A52E60"/>
    <w:rsid w:val="00A54EBA"/>
    <w:rsid w:val="00A63A0F"/>
    <w:rsid w:val="00A67089"/>
    <w:rsid w:val="00A74D66"/>
    <w:rsid w:val="00A86B13"/>
    <w:rsid w:val="00A9237F"/>
    <w:rsid w:val="00AA1D8D"/>
    <w:rsid w:val="00AA58FF"/>
    <w:rsid w:val="00AB213F"/>
    <w:rsid w:val="00AB7B26"/>
    <w:rsid w:val="00AD76AE"/>
    <w:rsid w:val="00AE43DB"/>
    <w:rsid w:val="00AE46C8"/>
    <w:rsid w:val="00AF15C6"/>
    <w:rsid w:val="00B15F19"/>
    <w:rsid w:val="00B206CD"/>
    <w:rsid w:val="00B226DD"/>
    <w:rsid w:val="00B23356"/>
    <w:rsid w:val="00B33F15"/>
    <w:rsid w:val="00B36E33"/>
    <w:rsid w:val="00B37510"/>
    <w:rsid w:val="00B4221D"/>
    <w:rsid w:val="00B44C59"/>
    <w:rsid w:val="00B47140"/>
    <w:rsid w:val="00B47730"/>
    <w:rsid w:val="00B57C31"/>
    <w:rsid w:val="00B64D3F"/>
    <w:rsid w:val="00B8136E"/>
    <w:rsid w:val="00BA6423"/>
    <w:rsid w:val="00BB7FE1"/>
    <w:rsid w:val="00BC1AFD"/>
    <w:rsid w:val="00BC2EAB"/>
    <w:rsid w:val="00BC481B"/>
    <w:rsid w:val="00BD3399"/>
    <w:rsid w:val="00BD5B1A"/>
    <w:rsid w:val="00BF467E"/>
    <w:rsid w:val="00C07DC8"/>
    <w:rsid w:val="00C07F25"/>
    <w:rsid w:val="00C11AE7"/>
    <w:rsid w:val="00C12125"/>
    <w:rsid w:val="00C3326C"/>
    <w:rsid w:val="00C379D1"/>
    <w:rsid w:val="00C404FC"/>
    <w:rsid w:val="00C549D3"/>
    <w:rsid w:val="00C87550"/>
    <w:rsid w:val="00C92DEA"/>
    <w:rsid w:val="00C97495"/>
    <w:rsid w:val="00CA12D0"/>
    <w:rsid w:val="00CB0664"/>
    <w:rsid w:val="00CB17EE"/>
    <w:rsid w:val="00CB3206"/>
    <w:rsid w:val="00CC7F97"/>
    <w:rsid w:val="00CD261D"/>
    <w:rsid w:val="00CD2A30"/>
    <w:rsid w:val="00CD6A4C"/>
    <w:rsid w:val="00CD73BD"/>
    <w:rsid w:val="00CE7B4E"/>
    <w:rsid w:val="00D06372"/>
    <w:rsid w:val="00D163B7"/>
    <w:rsid w:val="00D17F5E"/>
    <w:rsid w:val="00D369B2"/>
    <w:rsid w:val="00D44587"/>
    <w:rsid w:val="00D510DA"/>
    <w:rsid w:val="00D57DD8"/>
    <w:rsid w:val="00D61919"/>
    <w:rsid w:val="00D66E06"/>
    <w:rsid w:val="00D847B6"/>
    <w:rsid w:val="00D93EF9"/>
    <w:rsid w:val="00DA0D38"/>
    <w:rsid w:val="00DA318B"/>
    <w:rsid w:val="00DB0D1E"/>
    <w:rsid w:val="00DC408C"/>
    <w:rsid w:val="00DD6511"/>
    <w:rsid w:val="00DE46D4"/>
    <w:rsid w:val="00DE566B"/>
    <w:rsid w:val="00DE59B1"/>
    <w:rsid w:val="00E022B9"/>
    <w:rsid w:val="00E05B42"/>
    <w:rsid w:val="00E14F33"/>
    <w:rsid w:val="00E15B18"/>
    <w:rsid w:val="00E20C8C"/>
    <w:rsid w:val="00E43C11"/>
    <w:rsid w:val="00E47BA4"/>
    <w:rsid w:val="00E550D9"/>
    <w:rsid w:val="00E5798C"/>
    <w:rsid w:val="00E64750"/>
    <w:rsid w:val="00E766C5"/>
    <w:rsid w:val="00E821FF"/>
    <w:rsid w:val="00E83A4E"/>
    <w:rsid w:val="00E94EF1"/>
    <w:rsid w:val="00E97A25"/>
    <w:rsid w:val="00EA2739"/>
    <w:rsid w:val="00EB3DFE"/>
    <w:rsid w:val="00EB62D8"/>
    <w:rsid w:val="00EC285A"/>
    <w:rsid w:val="00ED56B0"/>
    <w:rsid w:val="00ED61E6"/>
    <w:rsid w:val="00EE473E"/>
    <w:rsid w:val="00F078A2"/>
    <w:rsid w:val="00F11846"/>
    <w:rsid w:val="00F263FB"/>
    <w:rsid w:val="00F306A7"/>
    <w:rsid w:val="00F33142"/>
    <w:rsid w:val="00F3360C"/>
    <w:rsid w:val="00F4015E"/>
    <w:rsid w:val="00F51010"/>
    <w:rsid w:val="00F534D4"/>
    <w:rsid w:val="00F547FC"/>
    <w:rsid w:val="00F54C48"/>
    <w:rsid w:val="00F702F1"/>
    <w:rsid w:val="00F75BDF"/>
    <w:rsid w:val="00F77126"/>
    <w:rsid w:val="00F80F2D"/>
    <w:rsid w:val="00F82BD3"/>
    <w:rsid w:val="00F87B66"/>
    <w:rsid w:val="00F96D1E"/>
    <w:rsid w:val="00FB1F3E"/>
    <w:rsid w:val="00FC580E"/>
    <w:rsid w:val="00FC615C"/>
    <w:rsid w:val="00FC693F"/>
    <w:rsid w:val="00FC7391"/>
    <w:rsid w:val="00FD082C"/>
    <w:rsid w:val="00FD722E"/>
    <w:rsid w:val="00FE18B7"/>
    <w:rsid w:val="00FE73FC"/>
    <w:rsid w:val="00FF429D"/>
    <w:rsid w:val="00FF7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D57765"/>
  <w14:defaultImageDpi w14:val="300"/>
  <w15:docId w15:val="{5A860E67-933D-E744-B157-0CD7431FDC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63F2"/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Web">
    <w:name w:val="Normal (Web)"/>
    <w:basedOn w:val="Normal"/>
    <w:uiPriority w:val="99"/>
    <w:unhideWhenUsed/>
    <w:rsid w:val="00315D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tr-TR" w:eastAsia="tr-TR"/>
    </w:rPr>
  </w:style>
  <w:style w:type="character" w:styleId="Kpr">
    <w:name w:val="Hyperlink"/>
    <w:basedOn w:val="VarsaylanParagrafYazTipi"/>
    <w:uiPriority w:val="99"/>
    <w:unhideWhenUsed/>
    <w:rsid w:val="00315D4B"/>
    <w:rPr>
      <w:color w:val="0000FF"/>
      <w:u w:val="single"/>
    </w:rPr>
  </w:style>
  <w:style w:type="paragraph" w:customStyle="1" w:styleId="Kaynaka">
    <w:name w:val="Kaynakça"/>
    <w:basedOn w:val="Normal"/>
    <w:qFormat/>
    <w:rsid w:val="00C3326C"/>
    <w:pPr>
      <w:autoSpaceDE w:val="0"/>
      <w:autoSpaceDN w:val="0"/>
      <w:spacing w:before="240" w:after="240" w:line="240" w:lineRule="auto"/>
      <w:ind w:hanging="482"/>
      <w:jc w:val="both"/>
    </w:pPr>
    <w:rPr>
      <w:rFonts w:ascii="Times New Roman" w:eastAsia="Times New Roman" w:hAnsi="Times New Roman"/>
      <w:color w:val="000000"/>
      <w:sz w:val="24"/>
      <w:lang w:val="tr-TR"/>
    </w:rPr>
  </w:style>
  <w:style w:type="table" w:customStyle="1" w:styleId="TabloKlavuzu1">
    <w:name w:val="Tablo Kılavuzu1"/>
    <w:basedOn w:val="NormalTablo"/>
    <w:next w:val="TabloKlavuzu"/>
    <w:uiPriority w:val="39"/>
    <w:rsid w:val="000445C4"/>
    <w:pPr>
      <w:spacing w:after="0" w:line="240" w:lineRule="auto"/>
    </w:pPr>
    <w:rPr>
      <w:rFonts w:eastAsia="Calibri"/>
      <w:lang w:val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mlenmeyenBahsetme">
    <w:name w:val="Unresolved Mention"/>
    <w:basedOn w:val="VarsaylanParagrafYazTipi"/>
    <w:uiPriority w:val="99"/>
    <w:semiHidden/>
    <w:unhideWhenUsed/>
    <w:rsid w:val="00644EB5"/>
    <w:rPr>
      <w:color w:val="605E5C"/>
      <w:shd w:val="clear" w:color="auto" w:fill="E1DFDD"/>
    </w:rPr>
  </w:style>
  <w:style w:type="paragraph" w:styleId="Dzeltme">
    <w:name w:val="Revision"/>
    <w:hidden/>
    <w:uiPriority w:val="99"/>
    <w:semiHidden/>
    <w:rsid w:val="003910A8"/>
    <w:pPr>
      <w:spacing w:after="0" w:line="240" w:lineRule="auto"/>
    </w:pPr>
  </w:style>
  <w:style w:type="character" w:styleId="AklamaBavurusu">
    <w:name w:val="annotation reference"/>
    <w:basedOn w:val="VarsaylanParagrafYazTipi"/>
    <w:uiPriority w:val="99"/>
    <w:semiHidden/>
    <w:unhideWhenUsed/>
    <w:rsid w:val="003910A8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unhideWhenUsed/>
    <w:rsid w:val="003910A8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rsid w:val="003910A8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3910A8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3910A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190</Words>
  <Characters>1083</Characters>
  <Application>Microsoft Office Word</Application>
  <DocSecurity>0</DocSecurity>
  <Lines>9</Lines>
  <Paragraphs>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1271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Mevlüt KARADAĞ</dc:creator>
  <dc:description>generated by python-docx</dc:description>
  <cp:lastModifiedBy>Mevlüt KARADAĞ</cp:lastModifiedBy>
  <cp:revision>4</cp:revision>
  <dcterms:created xsi:type="dcterms:W3CDTF">2026-05-06T08:45:00Z</dcterms:created>
  <dcterms:modified xsi:type="dcterms:W3CDTF">2026-05-06T09:19:00Z</dcterms:modified>
</cp:coreProperties>
</file>