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8FD3" w14:textId="77777777" w:rsidR="00BE6551" w:rsidRPr="00383FBB" w:rsidRDefault="00000000">
      <w:pPr>
        <w:jc w:val="center"/>
      </w:pPr>
      <w:r w:rsidRPr="00383FBB">
        <w:rPr>
          <w:b/>
        </w:rPr>
        <w:t>Supplementary File S1. Digital storytelling intervention package</w:t>
      </w:r>
    </w:p>
    <w:p w14:paraId="065B6055" w14:textId="77777777" w:rsidR="00BE6551" w:rsidRPr="00383FBB" w:rsidRDefault="00000000">
      <w:pPr>
        <w:jc w:val="center"/>
      </w:pPr>
      <w:r w:rsidRPr="00383FBB">
        <w:t>Effectiveness of Digital Storytelling on Nutrition and Healthy Eating Habits on Knowledge and Dietary Self-Efficacy among Adolescents at Puducherry, India – A Quasi‑Experimental Study</w:t>
      </w:r>
    </w:p>
    <w:p w14:paraId="7A8B45B6" w14:textId="77777777" w:rsidR="00BE6551" w:rsidRPr="00383FBB" w:rsidRDefault="00BE6551"/>
    <w:p w14:paraId="4BFE5718" w14:textId="77777777" w:rsidR="00BE6551" w:rsidRPr="00383FBB" w:rsidRDefault="00000000">
      <w:r w:rsidRPr="00383FBB">
        <w:rPr>
          <w:b/>
        </w:rPr>
        <w:t>1. Overview</w:t>
      </w:r>
    </w:p>
    <w:p w14:paraId="776016D9" w14:textId="77777777" w:rsidR="00BE6551" w:rsidRPr="00383FBB" w:rsidRDefault="00000000">
      <w:r w:rsidRPr="00383FBB">
        <w:t>This supplementary file provides the intervention materials and delivery plan for the digital storytelling (DST) program described in the manuscript. It includes (a) development framework, (b) delivery schedule and reinforcement activities, (c) supplementary materials and parent dissemination plan, and (d) full scripts used to create the three digital stories.</w:t>
      </w:r>
    </w:p>
    <w:p w14:paraId="3C596896" w14:textId="77777777" w:rsidR="00BE6551" w:rsidRPr="00383FBB" w:rsidRDefault="00000000">
      <w:r w:rsidRPr="00383FBB">
        <w:rPr>
          <w:b/>
        </w:rPr>
        <w:t>2. Digital story development framework</w:t>
      </w:r>
    </w:p>
    <w:p w14:paraId="4D0E0F98" w14:textId="77777777" w:rsidR="00BE6551" w:rsidRPr="00383FBB" w:rsidRDefault="00000000">
      <w:r w:rsidRPr="00383FBB">
        <w:t>The DST intervention was developed using Barrett’s (2009) model, comprising six stages: story conception, script writing, narration recording, visual compiling, editing, and final production.</w:t>
      </w:r>
    </w:p>
    <w:p w14:paraId="2F79108A" w14:textId="77777777" w:rsidR="00BE6551" w:rsidRPr="00383FBB" w:rsidRDefault="00000000">
      <w:pPr>
        <w:pStyle w:val="ListBullet"/>
      </w:pPr>
      <w:r w:rsidRPr="00383FBB">
        <w:t>Digital story titles and focus areas:</w:t>
      </w:r>
    </w:p>
    <w:p w14:paraId="527C3B33" w14:textId="77777777" w:rsidR="00BE6551" w:rsidRPr="00383FBB" w:rsidRDefault="00000000">
      <w:pPr>
        <w:pStyle w:val="ListBullet2"/>
      </w:pPr>
      <w:r w:rsidRPr="00383FBB">
        <w:t>The Adventures of Healthy Heroes (balanced diet).</w:t>
      </w:r>
    </w:p>
    <w:p w14:paraId="02F7EECB" w14:textId="77777777" w:rsidR="00BE6551" w:rsidRPr="00383FBB" w:rsidRDefault="00000000">
      <w:pPr>
        <w:pStyle w:val="ListBullet2"/>
      </w:pPr>
      <w:r w:rsidRPr="00383FBB">
        <w:t>An Adventurous Trip to the Magical Fruit and Vegetable Garden (importance of fruits and vegetables).</w:t>
      </w:r>
    </w:p>
    <w:p w14:paraId="7C909E5C" w14:textId="77777777" w:rsidR="00BE6551" w:rsidRPr="00383FBB" w:rsidRDefault="00000000">
      <w:pPr>
        <w:pStyle w:val="ListBullet2"/>
      </w:pPr>
      <w:r w:rsidRPr="00383FBB">
        <w:t>The Battle Against Junk Foods (ill effects of junk/processed foods).</w:t>
      </w:r>
    </w:p>
    <w:p w14:paraId="53182D9A" w14:textId="77777777" w:rsidR="00BE6551" w:rsidRPr="00383FBB" w:rsidRDefault="00000000">
      <w:r w:rsidRPr="00383FBB">
        <w:rPr>
          <w:b/>
        </w:rPr>
        <w:t>3. Intervention delivery plan</w:t>
      </w:r>
    </w:p>
    <w:p w14:paraId="619A5937" w14:textId="77777777" w:rsidR="00BE6551" w:rsidRPr="00383FBB" w:rsidRDefault="00000000">
      <w:r w:rsidRPr="00383FBB">
        <w:t>Each video was approximately four minutes in length and was projected from an LCD. Videos were shown to the experimental group on alternate days over one week. Interactive reinforcement was conducted between sessions using quizzes, puzzles, and group reflections.</w:t>
      </w:r>
    </w:p>
    <w:tbl>
      <w:tblPr>
        <w:tblW w:w="0" w:type="auto"/>
        <w:tblLook w:val="04A0" w:firstRow="1" w:lastRow="0" w:firstColumn="1" w:lastColumn="0" w:noHBand="0" w:noVBand="1"/>
      </w:tblPr>
      <w:tblGrid>
        <w:gridCol w:w="2160"/>
        <w:gridCol w:w="2160"/>
        <w:gridCol w:w="2160"/>
        <w:gridCol w:w="2160"/>
      </w:tblGrid>
      <w:tr w:rsidR="00383FBB" w:rsidRPr="00383FBB" w14:paraId="2B53CDF7" w14:textId="77777777">
        <w:tc>
          <w:tcPr>
            <w:tcW w:w="2160" w:type="dxa"/>
          </w:tcPr>
          <w:p w14:paraId="795D7EE0" w14:textId="77777777" w:rsidR="00BE6551" w:rsidRPr="00383FBB" w:rsidRDefault="00000000">
            <w:r w:rsidRPr="00383FBB">
              <w:t>Week/Day</w:t>
            </w:r>
          </w:p>
        </w:tc>
        <w:tc>
          <w:tcPr>
            <w:tcW w:w="2160" w:type="dxa"/>
          </w:tcPr>
          <w:p w14:paraId="12D946CC" w14:textId="77777777" w:rsidR="00BE6551" w:rsidRPr="00383FBB" w:rsidRDefault="00000000">
            <w:r w:rsidRPr="00383FBB">
              <w:t>Session component</w:t>
            </w:r>
          </w:p>
        </w:tc>
        <w:tc>
          <w:tcPr>
            <w:tcW w:w="2160" w:type="dxa"/>
          </w:tcPr>
          <w:p w14:paraId="347DB77B" w14:textId="77777777" w:rsidR="00BE6551" w:rsidRPr="00383FBB" w:rsidRDefault="00000000">
            <w:r w:rsidRPr="00383FBB">
              <w:t>Content delivered</w:t>
            </w:r>
          </w:p>
        </w:tc>
        <w:tc>
          <w:tcPr>
            <w:tcW w:w="2160" w:type="dxa"/>
          </w:tcPr>
          <w:p w14:paraId="55F4CC70" w14:textId="77777777" w:rsidR="00BE6551" w:rsidRPr="00383FBB" w:rsidRDefault="00000000">
            <w:r w:rsidRPr="00383FBB">
              <w:t>Reinforcement activity</w:t>
            </w:r>
          </w:p>
        </w:tc>
      </w:tr>
      <w:tr w:rsidR="00383FBB" w:rsidRPr="00383FBB" w14:paraId="02DA52B7" w14:textId="77777777">
        <w:tc>
          <w:tcPr>
            <w:tcW w:w="2160" w:type="dxa"/>
          </w:tcPr>
          <w:p w14:paraId="49113813" w14:textId="77777777" w:rsidR="00BE6551" w:rsidRPr="00383FBB" w:rsidRDefault="00000000">
            <w:r w:rsidRPr="00383FBB">
              <w:t>Week 1 – Day 1</w:t>
            </w:r>
          </w:p>
        </w:tc>
        <w:tc>
          <w:tcPr>
            <w:tcW w:w="2160" w:type="dxa"/>
          </w:tcPr>
          <w:p w14:paraId="34A10559" w14:textId="77777777" w:rsidR="00BE6551" w:rsidRPr="00383FBB" w:rsidRDefault="00000000">
            <w:r w:rsidRPr="00383FBB">
              <w:t>Video 1 (≈4 min) + facilitation</w:t>
            </w:r>
          </w:p>
        </w:tc>
        <w:tc>
          <w:tcPr>
            <w:tcW w:w="2160" w:type="dxa"/>
          </w:tcPr>
          <w:p w14:paraId="2056F602" w14:textId="77777777" w:rsidR="00BE6551" w:rsidRPr="00383FBB" w:rsidRDefault="00000000">
            <w:r w:rsidRPr="00383FBB">
              <w:t>Balanced diet: Healthy Heroes</w:t>
            </w:r>
          </w:p>
        </w:tc>
        <w:tc>
          <w:tcPr>
            <w:tcW w:w="2160" w:type="dxa"/>
          </w:tcPr>
          <w:p w14:paraId="432879ED" w14:textId="77777777" w:rsidR="00BE6551" w:rsidRPr="00383FBB" w:rsidRDefault="00000000">
            <w:r w:rsidRPr="00383FBB">
              <w:t>Quiz + brief group reflection</w:t>
            </w:r>
          </w:p>
        </w:tc>
      </w:tr>
      <w:tr w:rsidR="00383FBB" w:rsidRPr="00383FBB" w14:paraId="7CF863AB" w14:textId="77777777">
        <w:tc>
          <w:tcPr>
            <w:tcW w:w="2160" w:type="dxa"/>
          </w:tcPr>
          <w:p w14:paraId="0CA3F340" w14:textId="77777777" w:rsidR="00BE6551" w:rsidRPr="00383FBB" w:rsidRDefault="00000000">
            <w:r w:rsidRPr="00383FBB">
              <w:t>Week 1 – Day 3</w:t>
            </w:r>
          </w:p>
        </w:tc>
        <w:tc>
          <w:tcPr>
            <w:tcW w:w="2160" w:type="dxa"/>
          </w:tcPr>
          <w:p w14:paraId="08B79DA5" w14:textId="77777777" w:rsidR="00BE6551" w:rsidRPr="00383FBB" w:rsidRDefault="00000000">
            <w:r w:rsidRPr="00383FBB">
              <w:t>Video 2 (≈4 min) + facilitation</w:t>
            </w:r>
          </w:p>
        </w:tc>
        <w:tc>
          <w:tcPr>
            <w:tcW w:w="2160" w:type="dxa"/>
          </w:tcPr>
          <w:p w14:paraId="072780AD" w14:textId="77777777" w:rsidR="00BE6551" w:rsidRPr="00383FBB" w:rsidRDefault="00000000">
            <w:r w:rsidRPr="00383FBB">
              <w:t xml:space="preserve">Fruits &amp; vegetables: Magical </w:t>
            </w:r>
            <w:r w:rsidRPr="00383FBB">
              <w:lastRenderedPageBreak/>
              <w:t>Garden</w:t>
            </w:r>
          </w:p>
        </w:tc>
        <w:tc>
          <w:tcPr>
            <w:tcW w:w="2160" w:type="dxa"/>
          </w:tcPr>
          <w:p w14:paraId="11802AD8" w14:textId="77777777" w:rsidR="00BE6551" w:rsidRPr="00383FBB" w:rsidRDefault="00000000">
            <w:r w:rsidRPr="00383FBB">
              <w:lastRenderedPageBreak/>
              <w:t>Puzzle + discussion prompts</w:t>
            </w:r>
          </w:p>
        </w:tc>
      </w:tr>
      <w:tr w:rsidR="00BE6551" w:rsidRPr="00383FBB" w14:paraId="476770DA" w14:textId="77777777">
        <w:tc>
          <w:tcPr>
            <w:tcW w:w="2160" w:type="dxa"/>
          </w:tcPr>
          <w:p w14:paraId="60148574" w14:textId="77777777" w:rsidR="00BE6551" w:rsidRPr="00383FBB" w:rsidRDefault="00000000">
            <w:r w:rsidRPr="00383FBB">
              <w:t>Week 1 – Day 5</w:t>
            </w:r>
          </w:p>
        </w:tc>
        <w:tc>
          <w:tcPr>
            <w:tcW w:w="2160" w:type="dxa"/>
          </w:tcPr>
          <w:p w14:paraId="0E508BA2" w14:textId="77777777" w:rsidR="00BE6551" w:rsidRPr="00383FBB" w:rsidRDefault="00000000">
            <w:r w:rsidRPr="00383FBB">
              <w:t>Video 3 (≈4 min) + facilitation</w:t>
            </w:r>
          </w:p>
        </w:tc>
        <w:tc>
          <w:tcPr>
            <w:tcW w:w="2160" w:type="dxa"/>
          </w:tcPr>
          <w:p w14:paraId="43098D2F" w14:textId="77777777" w:rsidR="00BE6551" w:rsidRPr="00383FBB" w:rsidRDefault="00000000">
            <w:r w:rsidRPr="00383FBB">
              <w:t>Junk foods: Battle Against Junk Foods</w:t>
            </w:r>
          </w:p>
        </w:tc>
        <w:tc>
          <w:tcPr>
            <w:tcW w:w="2160" w:type="dxa"/>
          </w:tcPr>
          <w:p w14:paraId="607A1AEA" w14:textId="77777777" w:rsidR="00BE6551" w:rsidRPr="00383FBB" w:rsidRDefault="00000000">
            <w:r w:rsidRPr="00383FBB">
              <w:t>Quiz + reflection (key takeaways)</w:t>
            </w:r>
          </w:p>
        </w:tc>
      </w:tr>
    </w:tbl>
    <w:p w14:paraId="66613FF9" w14:textId="77777777" w:rsidR="00BE6551" w:rsidRPr="00383FBB" w:rsidRDefault="00BE6551"/>
    <w:p w14:paraId="3BE0190F" w14:textId="77777777" w:rsidR="00BE6551" w:rsidRPr="00383FBB" w:rsidRDefault="00000000">
      <w:r w:rsidRPr="00383FBB">
        <w:rPr>
          <w:b/>
        </w:rPr>
        <w:t>4. Supplementary materials and parent dissemination</w:t>
      </w:r>
    </w:p>
    <w:p w14:paraId="1F2E39FB" w14:textId="77777777" w:rsidR="00BE6551" w:rsidRPr="00383FBB" w:rsidRDefault="00000000">
      <w:r w:rsidRPr="00383FBB">
        <w:t>Supplementary materials included pamphlets promoting breakfast consumption and stickers encouraging healthy food choices. These were distributed on days 10 and 20 after the initial video week. For continuity, videos were shared with parents via WhatsApp.</w:t>
      </w:r>
    </w:p>
    <w:p w14:paraId="4B730A61" w14:textId="77777777" w:rsidR="00BE6551" w:rsidRPr="00383FBB" w:rsidRDefault="00000000">
      <w:r w:rsidRPr="00383FBB">
        <w:rPr>
          <w:b/>
        </w:rPr>
        <w:t>5. Fidelity checklist (implementation monitoring)</w:t>
      </w:r>
    </w:p>
    <w:p w14:paraId="17620DEC" w14:textId="77777777" w:rsidR="00BE6551" w:rsidRPr="00383FBB" w:rsidRDefault="00000000">
      <w:pPr>
        <w:pStyle w:val="ListBullet"/>
      </w:pPr>
      <w:r w:rsidRPr="00383FBB">
        <w:t>The following checklist can be used to document delivery fidelity:</w:t>
      </w:r>
    </w:p>
    <w:p w14:paraId="27BCD2AE" w14:textId="77777777" w:rsidR="00BE6551" w:rsidRPr="00383FBB" w:rsidRDefault="00000000">
      <w:pPr>
        <w:pStyle w:val="ListBullet2"/>
      </w:pPr>
      <w:r w:rsidRPr="00383FBB">
        <w:t>LCD projection used; audio-visual quality verified before each session.</w:t>
      </w:r>
    </w:p>
    <w:p w14:paraId="11EB1CAE" w14:textId="77777777" w:rsidR="00BE6551" w:rsidRPr="00383FBB" w:rsidRDefault="00000000">
      <w:pPr>
        <w:pStyle w:val="ListBullet2"/>
      </w:pPr>
      <w:r w:rsidRPr="00383FBB">
        <w:t>All participants present and seated with clear view of the screen.</w:t>
      </w:r>
    </w:p>
    <w:p w14:paraId="03B7ECEC" w14:textId="77777777" w:rsidR="00BE6551" w:rsidRPr="00383FBB" w:rsidRDefault="00000000">
      <w:pPr>
        <w:pStyle w:val="ListBullet2"/>
      </w:pPr>
      <w:r w:rsidRPr="00383FBB">
        <w:t>Video played in full (≈4 minutes) without interruption.</w:t>
      </w:r>
    </w:p>
    <w:p w14:paraId="4208C591" w14:textId="77777777" w:rsidR="00BE6551" w:rsidRPr="00383FBB" w:rsidRDefault="00000000">
      <w:pPr>
        <w:pStyle w:val="ListBullet2"/>
      </w:pPr>
      <w:r w:rsidRPr="00383FBB">
        <w:t>Facilitator conducted reinforcement activity (quiz/puzzle/reflection) immediately after video.</w:t>
      </w:r>
    </w:p>
    <w:p w14:paraId="65902F7A" w14:textId="77777777" w:rsidR="00BE6551" w:rsidRPr="00383FBB" w:rsidRDefault="00000000">
      <w:pPr>
        <w:pStyle w:val="ListBullet2"/>
      </w:pPr>
      <w:r w:rsidRPr="00383FBB">
        <w:t>Duration of reinforcement activity recorded (minutes).</w:t>
      </w:r>
    </w:p>
    <w:p w14:paraId="677A596C" w14:textId="77777777" w:rsidR="00BE6551" w:rsidRPr="00383FBB" w:rsidRDefault="00000000">
      <w:pPr>
        <w:pStyle w:val="ListBullet2"/>
      </w:pPr>
      <w:r w:rsidRPr="00383FBB">
        <w:t>Pamphlet and sticker distribution completed on day 10 and day 20 (as scheduled).</w:t>
      </w:r>
    </w:p>
    <w:p w14:paraId="5BC578F9" w14:textId="77777777" w:rsidR="00BE6551" w:rsidRPr="00383FBB" w:rsidRDefault="00000000">
      <w:pPr>
        <w:pStyle w:val="ListBullet2"/>
      </w:pPr>
      <w:r w:rsidRPr="00383FBB">
        <w:t>Video link/file sent to parents/guardians via WhatsApp (date/time documented).</w:t>
      </w:r>
    </w:p>
    <w:p w14:paraId="41BEC225" w14:textId="77777777" w:rsidR="00BE6551" w:rsidRPr="00383FBB" w:rsidRDefault="00000000">
      <w:r w:rsidRPr="00383FBB">
        <w:rPr>
          <w:b/>
        </w:rPr>
        <w:t>6. Control group condition (for comparison)</w:t>
      </w:r>
    </w:p>
    <w:p w14:paraId="4E2AEF8A" w14:textId="77777777" w:rsidR="00BE6551" w:rsidRPr="00383FBB" w:rsidRDefault="00000000">
      <w:r w:rsidRPr="00383FBB">
        <w:t>The control group continued to receive routine nutrition instruction (based on textbooks) as per the school curriculum, with no exposure to the DST videos during the study period.</w:t>
      </w:r>
    </w:p>
    <w:p w14:paraId="603462C3" w14:textId="77777777" w:rsidR="00BE6551" w:rsidRPr="00383FBB" w:rsidRDefault="00000000">
      <w:r w:rsidRPr="00383FBB">
        <w:rPr>
          <w:b/>
        </w:rPr>
        <w:t>7. Digital story scripts (verbatim)</w:t>
      </w:r>
    </w:p>
    <w:p w14:paraId="54BDC6AE" w14:textId="77777777" w:rsidR="00BE6551" w:rsidRPr="00383FBB" w:rsidRDefault="00000000">
      <w:r w:rsidRPr="00383FBB">
        <w:t>The following scripts were used for producing the three digital stories. Text is reproduced as provided in the intervention script document.</w:t>
      </w:r>
    </w:p>
    <w:p w14:paraId="6A2A5136" w14:textId="77777777" w:rsidR="00383FBB" w:rsidRDefault="00383FBB" w:rsidP="00383FBB">
      <w:pPr>
        <w:rPr>
          <w:rFonts w:cs="Times New Roman"/>
          <w:b/>
          <w:szCs w:val="24"/>
          <w:u w:val="single"/>
        </w:rPr>
      </w:pPr>
    </w:p>
    <w:p w14:paraId="173B6C85" w14:textId="77777777" w:rsidR="00383FBB" w:rsidRDefault="00383FBB" w:rsidP="00383FBB">
      <w:pPr>
        <w:rPr>
          <w:rFonts w:cs="Times New Roman"/>
          <w:b/>
          <w:szCs w:val="24"/>
          <w:u w:val="single"/>
        </w:rPr>
      </w:pPr>
    </w:p>
    <w:p w14:paraId="021B1AB6" w14:textId="77777777" w:rsidR="00383FBB" w:rsidRDefault="00383FBB" w:rsidP="00383FBB">
      <w:pPr>
        <w:rPr>
          <w:rFonts w:cs="Times New Roman"/>
          <w:b/>
          <w:szCs w:val="24"/>
          <w:u w:val="single"/>
        </w:rPr>
      </w:pPr>
    </w:p>
    <w:p w14:paraId="75410D19" w14:textId="77777777" w:rsidR="00383FBB" w:rsidRDefault="00383FBB" w:rsidP="00383FBB">
      <w:pPr>
        <w:rPr>
          <w:rFonts w:cs="Times New Roman"/>
          <w:b/>
          <w:szCs w:val="24"/>
          <w:u w:val="single"/>
        </w:rPr>
      </w:pPr>
    </w:p>
    <w:p w14:paraId="37612C9D" w14:textId="77777777" w:rsidR="00383FBB" w:rsidRDefault="00383FBB" w:rsidP="00383FBB">
      <w:pPr>
        <w:rPr>
          <w:rFonts w:cs="Times New Roman"/>
          <w:b/>
          <w:szCs w:val="24"/>
          <w:u w:val="single"/>
        </w:rPr>
      </w:pPr>
    </w:p>
    <w:p w14:paraId="6DE63C35" w14:textId="5BA08027" w:rsidR="00383FBB" w:rsidRPr="00383FBB" w:rsidRDefault="00383FBB" w:rsidP="00383FBB">
      <w:pPr>
        <w:rPr>
          <w:rFonts w:cs="Times New Roman"/>
          <w:b/>
          <w:bCs/>
          <w:szCs w:val="24"/>
          <w:u w:val="single"/>
        </w:rPr>
      </w:pPr>
      <w:r w:rsidRPr="00383FBB">
        <w:rPr>
          <w:rFonts w:cs="Times New Roman"/>
          <w:b/>
          <w:szCs w:val="24"/>
          <w:u w:val="single"/>
        </w:rPr>
        <w:lastRenderedPageBreak/>
        <w:t>Video-1</w:t>
      </w:r>
    </w:p>
    <w:p w14:paraId="146330C2" w14:textId="25F951B6" w:rsidR="00383FBB" w:rsidRPr="00383FBB" w:rsidRDefault="00383FBB" w:rsidP="00383FBB">
      <w:pPr>
        <w:spacing w:line="360" w:lineRule="auto"/>
        <w:jc w:val="both"/>
        <w:rPr>
          <w:rFonts w:cs="Times New Roman"/>
          <w:b/>
          <w:bCs/>
          <w:szCs w:val="24"/>
        </w:rPr>
      </w:pPr>
      <w:r w:rsidRPr="00383FBB">
        <w:rPr>
          <w:rFonts w:cs="Times New Roman"/>
          <w:b/>
          <w:bCs/>
          <w:szCs w:val="24"/>
        </w:rPr>
        <w:t>THE ADVENTURES OF HEALTHY HEROS -Importance of taking balanced diet</w:t>
      </w:r>
    </w:p>
    <w:p w14:paraId="3C524038" w14:textId="77777777" w:rsidR="00383FBB" w:rsidRPr="00383FBB" w:rsidRDefault="00383FBB" w:rsidP="00383FBB">
      <w:pPr>
        <w:spacing w:line="480" w:lineRule="auto"/>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Did you do homework today?</w:t>
      </w:r>
    </w:p>
    <w:p w14:paraId="3A767198" w14:textId="77777777" w:rsidR="00383FBB" w:rsidRPr="00383FBB" w:rsidRDefault="00383FBB" w:rsidP="00383FBB">
      <w:pPr>
        <w:spacing w:line="480" w:lineRule="auto"/>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No</w:t>
      </w:r>
    </w:p>
    <w:p w14:paraId="6CF0B878" w14:textId="77777777" w:rsidR="00383FBB" w:rsidRPr="00383FBB" w:rsidRDefault="00383FBB" w:rsidP="00383FBB">
      <w:pPr>
        <w:spacing w:line="480" w:lineRule="auto"/>
        <w:rPr>
          <w:rFonts w:cs="Times New Roman"/>
          <w:szCs w:val="24"/>
        </w:rPr>
      </w:pPr>
      <w:r w:rsidRPr="00383FBB">
        <w:rPr>
          <w:rFonts w:cs="Times New Roman"/>
          <w:b/>
          <w:szCs w:val="24"/>
        </w:rPr>
        <w:t>Vanishree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What's for lunch today?</w:t>
      </w:r>
    </w:p>
    <w:p w14:paraId="69E1D524" w14:textId="77777777" w:rsidR="00383FBB" w:rsidRPr="00383FBB" w:rsidRDefault="00383FBB" w:rsidP="00383FBB">
      <w:pPr>
        <w:spacing w:line="480" w:lineRule="auto"/>
        <w:rPr>
          <w:rFonts w:cs="Times New Roman"/>
          <w:szCs w:val="24"/>
        </w:rPr>
      </w:pPr>
      <w:r w:rsidRPr="00383FBB">
        <w:rPr>
          <w:rFonts w:cs="Times New Roman"/>
          <w:szCs w:val="24"/>
        </w:rPr>
        <w:t xml:space="preserve">Kaniska                    </w:t>
      </w:r>
      <w:proofErr w:type="gramStart"/>
      <w:r w:rsidRPr="00383FBB">
        <w:rPr>
          <w:rFonts w:cs="Times New Roman"/>
          <w:szCs w:val="24"/>
        </w:rPr>
        <w:t xml:space="preserve">  :</w:t>
      </w:r>
      <w:proofErr w:type="gramEnd"/>
      <w:r w:rsidRPr="00383FBB">
        <w:rPr>
          <w:rFonts w:cs="Times New Roman"/>
          <w:szCs w:val="24"/>
        </w:rPr>
        <w:t xml:space="preserve">       </w:t>
      </w:r>
      <w:proofErr w:type="gramStart"/>
      <w:r w:rsidRPr="00383FBB">
        <w:rPr>
          <w:rFonts w:cs="Times New Roman"/>
          <w:szCs w:val="24"/>
        </w:rPr>
        <w:t>Noodles ,</w:t>
      </w:r>
      <w:proofErr w:type="gramEnd"/>
      <w:r w:rsidRPr="00383FBB">
        <w:rPr>
          <w:rFonts w:cs="Times New Roman"/>
          <w:szCs w:val="24"/>
        </w:rPr>
        <w:t xml:space="preserve"> you </w:t>
      </w:r>
    </w:p>
    <w:p w14:paraId="17BAC888" w14:textId="77777777" w:rsidR="00383FBB" w:rsidRPr="00383FBB" w:rsidRDefault="00383FBB" w:rsidP="00383FBB">
      <w:pPr>
        <w:spacing w:line="480" w:lineRule="auto"/>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My mother always gives us natural food, Sambar rice, and potato curry.</w:t>
      </w:r>
    </w:p>
    <w:p w14:paraId="73ABC5F2" w14:textId="77777777" w:rsidR="00383FBB" w:rsidRPr="00383FBB" w:rsidRDefault="00383FBB" w:rsidP="00383FBB">
      <w:pPr>
        <w:spacing w:line="480" w:lineRule="auto"/>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You're looking so t</w:t>
      </w:r>
      <w:r w:rsidRPr="00383FBB">
        <w:rPr>
          <w:rFonts w:asciiTheme="minorEastAsia" w:hAnsiTheme="minorEastAsia" w:cs="Times New Roman" w:hint="eastAsia"/>
          <w:szCs w:val="24"/>
          <w:lang w:eastAsia="zh-CN"/>
        </w:rPr>
        <w:t>ir</w:t>
      </w:r>
      <w:r w:rsidRPr="00383FBB">
        <w:rPr>
          <w:rFonts w:cs="Times New Roman"/>
          <w:szCs w:val="24"/>
        </w:rPr>
        <w:t>ed nowadays, go and meet the doctor.</w:t>
      </w:r>
    </w:p>
    <w:p w14:paraId="1FD5CC21"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Hi Kanishka how are you? What are you studying?</w:t>
      </w:r>
    </w:p>
    <w:p w14:paraId="6804C12A" w14:textId="77777777" w:rsidR="00383FBB" w:rsidRPr="00383FBB" w:rsidRDefault="00383FBB" w:rsidP="00383FBB">
      <w:pPr>
        <w:spacing w:line="48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 am always feeling </w:t>
      </w:r>
      <w:proofErr w:type="gramStart"/>
      <w:r w:rsidRPr="00383FBB">
        <w:rPr>
          <w:rFonts w:cs="Times New Roman"/>
          <w:szCs w:val="24"/>
        </w:rPr>
        <w:t>tired .</w:t>
      </w:r>
      <w:proofErr w:type="gramEnd"/>
      <w:r w:rsidRPr="00383FBB">
        <w:rPr>
          <w:rFonts w:cs="Times New Roman"/>
          <w:szCs w:val="24"/>
        </w:rPr>
        <w:t xml:space="preserve"> I am studying 9 </w:t>
      </w:r>
      <w:proofErr w:type="spellStart"/>
      <w:r w:rsidRPr="00383FBB">
        <w:rPr>
          <w:rFonts w:cs="Times New Roman"/>
          <w:szCs w:val="24"/>
        </w:rPr>
        <w:t>th</w:t>
      </w:r>
      <w:proofErr w:type="spellEnd"/>
      <w:r w:rsidRPr="00383FBB">
        <w:rPr>
          <w:rFonts w:cs="Times New Roman"/>
          <w:szCs w:val="24"/>
        </w:rPr>
        <w:t xml:space="preserve"> std. </w:t>
      </w:r>
    </w:p>
    <w:p w14:paraId="1973446C"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What did you eat</w:t>
      </w:r>
    </w:p>
    <w:p w14:paraId="7614A6BE" w14:textId="77777777" w:rsidR="00383FBB" w:rsidRPr="00383FBB" w:rsidRDefault="00383FBB" w:rsidP="00383FBB">
      <w:pPr>
        <w:spacing w:line="48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w:t>
      </w:r>
      <w:proofErr w:type="gramStart"/>
      <w:r w:rsidRPr="00383FBB">
        <w:rPr>
          <w:rFonts w:cs="Times New Roman"/>
          <w:szCs w:val="24"/>
        </w:rPr>
        <w:t>I  had</w:t>
      </w:r>
      <w:proofErr w:type="gramEnd"/>
      <w:r w:rsidRPr="00383FBB">
        <w:rPr>
          <w:rFonts w:cs="Times New Roman"/>
          <w:szCs w:val="24"/>
        </w:rPr>
        <w:t xml:space="preserve"> Noodles doctor</w:t>
      </w:r>
    </w:p>
    <w:p w14:paraId="114DBA1E"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You Are a little over </w:t>
      </w:r>
      <w:proofErr w:type="gramStart"/>
      <w:r w:rsidRPr="00383FBB">
        <w:rPr>
          <w:rFonts w:cs="Times New Roman"/>
          <w:szCs w:val="24"/>
        </w:rPr>
        <w:t>weight .</w:t>
      </w:r>
      <w:proofErr w:type="gramEnd"/>
      <w:r w:rsidRPr="00383FBB">
        <w:rPr>
          <w:rFonts w:cs="Times New Roman"/>
          <w:szCs w:val="24"/>
        </w:rPr>
        <w:t xml:space="preserve"> The blood test shows HB-</w:t>
      </w:r>
      <w:proofErr w:type="gramStart"/>
      <w:r w:rsidRPr="00383FBB">
        <w:rPr>
          <w:rFonts w:cs="Times New Roman"/>
          <w:szCs w:val="24"/>
        </w:rPr>
        <w:t>8 .</w:t>
      </w:r>
      <w:proofErr w:type="gramEnd"/>
      <w:r w:rsidRPr="00383FBB">
        <w:rPr>
          <w:rFonts w:cs="Times New Roman"/>
          <w:szCs w:val="24"/>
        </w:rPr>
        <w:t xml:space="preserve"> </w:t>
      </w:r>
    </w:p>
    <w:p w14:paraId="6DE9C45F" w14:textId="77777777" w:rsidR="00383FBB" w:rsidRPr="00383FBB" w:rsidRDefault="00383FBB" w:rsidP="00383FBB">
      <w:pPr>
        <w:spacing w:line="480" w:lineRule="auto"/>
        <w:jc w:val="both"/>
        <w:rPr>
          <w:rFonts w:cs="Times New Roman"/>
          <w:szCs w:val="24"/>
        </w:rPr>
      </w:pPr>
      <w:r w:rsidRPr="00383FBB">
        <w:rPr>
          <w:rFonts w:cs="Times New Roman"/>
          <w:szCs w:val="24"/>
        </w:rPr>
        <w:t xml:space="preserve">.                                          </w:t>
      </w:r>
      <w:proofErr w:type="gramStart"/>
      <w:r w:rsidRPr="00383FBB">
        <w:rPr>
          <w:rFonts w:cs="Times New Roman"/>
          <w:szCs w:val="24"/>
        </w:rPr>
        <w:t>so</w:t>
      </w:r>
      <w:proofErr w:type="gramEnd"/>
      <w:r w:rsidRPr="00383FBB">
        <w:rPr>
          <w:rFonts w:cs="Times New Roman"/>
          <w:szCs w:val="24"/>
        </w:rPr>
        <w:t xml:space="preserve"> you feel ti</w:t>
      </w:r>
      <w:r w:rsidRPr="00383FBB">
        <w:rPr>
          <w:rFonts w:asciiTheme="minorEastAsia" w:hAnsiTheme="minorEastAsia" w:cs="Times New Roman" w:hint="eastAsia"/>
          <w:szCs w:val="24"/>
          <w:lang w:eastAsia="zh-CN"/>
        </w:rPr>
        <w:t>r</w:t>
      </w:r>
      <w:r w:rsidRPr="00383FBB">
        <w:rPr>
          <w:rFonts w:cs="Times New Roman"/>
          <w:szCs w:val="24"/>
        </w:rPr>
        <w:t>ed.</w:t>
      </w:r>
    </w:p>
    <w:p w14:paraId="3C1F688C" w14:textId="77777777" w:rsidR="00383FBB" w:rsidRPr="00383FBB" w:rsidRDefault="00383FBB" w:rsidP="00383FBB">
      <w:pPr>
        <w:spacing w:line="48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 am eating well then how   having low HB</w:t>
      </w:r>
    </w:p>
    <w:p w14:paraId="1BFA9C40"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It is enough to eat well and eat a balanced diet</w:t>
      </w:r>
    </w:p>
    <w:p w14:paraId="78491179"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There are five types of food we eat Fats and sugar</w:t>
      </w:r>
    </w:p>
    <w:p w14:paraId="26304113" w14:textId="77777777" w:rsidR="00383FBB" w:rsidRPr="00383FBB" w:rsidRDefault="00383FBB" w:rsidP="00383FBB">
      <w:pPr>
        <w:numPr>
          <w:ilvl w:val="0"/>
          <w:numId w:val="10"/>
        </w:numPr>
        <w:tabs>
          <w:tab w:val="num" w:pos="1287"/>
        </w:tabs>
        <w:spacing w:line="480" w:lineRule="auto"/>
        <w:ind w:left="624" w:right="-113" w:firstLine="0"/>
        <w:jc w:val="both"/>
        <w:rPr>
          <w:rFonts w:cs="Times New Roman"/>
          <w:szCs w:val="24"/>
        </w:rPr>
      </w:pPr>
      <w:r w:rsidRPr="00383FBB">
        <w:rPr>
          <w:rFonts w:cs="Times New Roman"/>
          <w:szCs w:val="24"/>
        </w:rPr>
        <w:lastRenderedPageBreak/>
        <w:t xml:space="preserve">Cereals </w:t>
      </w:r>
    </w:p>
    <w:p w14:paraId="243D41F5" w14:textId="77777777" w:rsidR="00383FBB" w:rsidRPr="00383FBB" w:rsidRDefault="00383FBB" w:rsidP="00383FBB">
      <w:pPr>
        <w:numPr>
          <w:ilvl w:val="0"/>
          <w:numId w:val="10"/>
        </w:numPr>
        <w:tabs>
          <w:tab w:val="num" w:pos="1287"/>
        </w:tabs>
        <w:spacing w:line="480" w:lineRule="auto"/>
        <w:ind w:left="624" w:right="-113" w:firstLine="0"/>
        <w:jc w:val="both"/>
        <w:rPr>
          <w:rFonts w:cs="Times New Roman"/>
          <w:szCs w:val="24"/>
        </w:rPr>
      </w:pPr>
      <w:r w:rsidRPr="00383FBB">
        <w:rPr>
          <w:rFonts w:cs="Times New Roman"/>
          <w:szCs w:val="24"/>
        </w:rPr>
        <w:t xml:space="preserve">Pulses </w:t>
      </w:r>
    </w:p>
    <w:p w14:paraId="5D18157D" w14:textId="77777777" w:rsidR="00383FBB" w:rsidRPr="00383FBB" w:rsidRDefault="00383FBB" w:rsidP="00383FBB">
      <w:pPr>
        <w:numPr>
          <w:ilvl w:val="0"/>
          <w:numId w:val="10"/>
        </w:numPr>
        <w:tabs>
          <w:tab w:val="num" w:pos="1287"/>
        </w:tabs>
        <w:spacing w:line="480" w:lineRule="auto"/>
        <w:ind w:left="624" w:right="-113" w:firstLine="0"/>
        <w:jc w:val="both"/>
        <w:rPr>
          <w:rFonts w:cs="Times New Roman"/>
          <w:szCs w:val="24"/>
        </w:rPr>
      </w:pPr>
      <w:r w:rsidRPr="00383FBB">
        <w:rPr>
          <w:rFonts w:cs="Times New Roman"/>
          <w:szCs w:val="24"/>
        </w:rPr>
        <w:t>Milk and milk products</w:t>
      </w:r>
    </w:p>
    <w:p w14:paraId="7FFD532B" w14:textId="77777777" w:rsidR="00383FBB" w:rsidRPr="00383FBB" w:rsidRDefault="00383FBB" w:rsidP="00383FBB">
      <w:pPr>
        <w:numPr>
          <w:ilvl w:val="0"/>
          <w:numId w:val="10"/>
        </w:numPr>
        <w:tabs>
          <w:tab w:val="num" w:pos="1287"/>
        </w:tabs>
        <w:spacing w:line="480" w:lineRule="auto"/>
        <w:ind w:left="624" w:right="-113" w:firstLine="0"/>
        <w:jc w:val="both"/>
        <w:rPr>
          <w:rFonts w:cs="Times New Roman"/>
          <w:szCs w:val="24"/>
        </w:rPr>
      </w:pPr>
      <w:r w:rsidRPr="00383FBB">
        <w:rPr>
          <w:rFonts w:cs="Times New Roman"/>
          <w:szCs w:val="24"/>
        </w:rPr>
        <w:t>Fruits and vegetable</w:t>
      </w:r>
    </w:p>
    <w:p w14:paraId="346C9501" w14:textId="77777777" w:rsidR="00383FBB" w:rsidRPr="00383FBB" w:rsidRDefault="00383FBB" w:rsidP="00383FBB">
      <w:pPr>
        <w:spacing w:line="480" w:lineRule="auto"/>
        <w:jc w:val="both"/>
        <w:rPr>
          <w:rFonts w:cs="Times New Roman"/>
          <w:szCs w:val="24"/>
        </w:rPr>
      </w:pPr>
      <w:r w:rsidRPr="00383FBB">
        <w:rPr>
          <w:rFonts w:cs="Times New Roman"/>
          <w:szCs w:val="24"/>
        </w:rPr>
        <w:t>You consume too much fat and sugar</w:t>
      </w:r>
    </w:p>
    <w:p w14:paraId="449D0EEB"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DR.NUTRITION</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The food   based on the function</w:t>
      </w:r>
    </w:p>
    <w:p w14:paraId="5852391E" w14:textId="77777777" w:rsidR="00383FBB" w:rsidRPr="00383FBB" w:rsidRDefault="00383FBB" w:rsidP="00383FBB">
      <w:pPr>
        <w:numPr>
          <w:ilvl w:val="0"/>
          <w:numId w:val="10"/>
        </w:numPr>
        <w:tabs>
          <w:tab w:val="num" w:pos="1287"/>
        </w:tabs>
        <w:spacing w:line="480" w:lineRule="auto"/>
        <w:ind w:left="3458"/>
        <w:jc w:val="both"/>
        <w:rPr>
          <w:rFonts w:cs="Times New Roman"/>
          <w:szCs w:val="24"/>
        </w:rPr>
      </w:pPr>
      <w:r w:rsidRPr="00383FBB">
        <w:rPr>
          <w:rFonts w:cs="Times New Roman"/>
          <w:szCs w:val="24"/>
        </w:rPr>
        <w:t xml:space="preserve">Body Building </w:t>
      </w:r>
      <w:proofErr w:type="gramStart"/>
      <w:r w:rsidRPr="00383FBB">
        <w:rPr>
          <w:rFonts w:cs="Times New Roman"/>
          <w:szCs w:val="24"/>
        </w:rPr>
        <w:t>Foods  -</w:t>
      </w:r>
      <w:proofErr w:type="gramEnd"/>
      <w:r w:rsidRPr="00383FBB">
        <w:rPr>
          <w:rFonts w:cs="Times New Roman"/>
          <w:szCs w:val="24"/>
        </w:rPr>
        <w:t>Milk, Meat, Eggs, Fish, Pulses, Pulse</w:t>
      </w:r>
    </w:p>
    <w:p w14:paraId="65661561" w14:textId="77777777" w:rsidR="00383FBB" w:rsidRPr="00383FBB" w:rsidRDefault="00383FBB" w:rsidP="00383FBB">
      <w:pPr>
        <w:numPr>
          <w:ilvl w:val="0"/>
          <w:numId w:val="10"/>
        </w:numPr>
        <w:tabs>
          <w:tab w:val="num" w:pos="1287"/>
        </w:tabs>
        <w:spacing w:line="480" w:lineRule="auto"/>
        <w:ind w:left="3458"/>
        <w:jc w:val="both"/>
        <w:rPr>
          <w:rFonts w:cs="Times New Roman"/>
          <w:szCs w:val="24"/>
        </w:rPr>
      </w:pPr>
      <w:r w:rsidRPr="00383FBB">
        <w:rPr>
          <w:rFonts w:cs="Times New Roman"/>
          <w:szCs w:val="24"/>
        </w:rPr>
        <w:t>Energy-yielding foods grains, sugars, roots, and tubers</w:t>
      </w:r>
    </w:p>
    <w:p w14:paraId="184F1025" w14:textId="77777777" w:rsidR="00383FBB" w:rsidRPr="00383FBB" w:rsidRDefault="00383FBB" w:rsidP="00383FBB">
      <w:pPr>
        <w:numPr>
          <w:ilvl w:val="0"/>
          <w:numId w:val="10"/>
        </w:numPr>
        <w:tabs>
          <w:tab w:val="num" w:pos="1287"/>
        </w:tabs>
        <w:spacing w:line="480" w:lineRule="auto"/>
        <w:ind w:left="3458"/>
        <w:jc w:val="both"/>
        <w:rPr>
          <w:rFonts w:cs="Times New Roman"/>
          <w:szCs w:val="24"/>
        </w:rPr>
      </w:pPr>
      <w:r w:rsidRPr="00383FBB">
        <w:rPr>
          <w:rFonts w:cs="Times New Roman"/>
          <w:szCs w:val="24"/>
        </w:rPr>
        <w:t>Protecting foods-fruits, vegetables and milk</w:t>
      </w:r>
    </w:p>
    <w:p w14:paraId="2C2B101E" w14:textId="77777777" w:rsidR="00383FBB" w:rsidRPr="00383FBB" w:rsidRDefault="00383FBB" w:rsidP="00383FBB">
      <w:pPr>
        <w:spacing w:line="48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Today onwards I eat More   fruits, vegetables, grains and    dairy foods thank you doctor</w:t>
      </w:r>
    </w:p>
    <w:p w14:paraId="0B161CFA" w14:textId="77777777" w:rsidR="00383FBB" w:rsidRPr="00383FBB" w:rsidRDefault="00383FBB" w:rsidP="00383FBB">
      <w:pPr>
        <w:spacing w:line="360" w:lineRule="auto"/>
        <w:jc w:val="both"/>
        <w:rPr>
          <w:rFonts w:cs="Times New Roman"/>
          <w:b/>
          <w:szCs w:val="24"/>
          <w:u w:val="single"/>
        </w:rPr>
      </w:pPr>
      <w:r w:rsidRPr="00383FBB">
        <w:rPr>
          <w:rFonts w:cs="Times New Roman"/>
          <w:szCs w:val="24"/>
        </w:rPr>
        <w:t>Video-2</w:t>
      </w:r>
    </w:p>
    <w:p w14:paraId="6A6260A2" w14:textId="77777777" w:rsidR="00383FBB" w:rsidRPr="00383FBB" w:rsidRDefault="00383FBB" w:rsidP="00383FBB">
      <w:pPr>
        <w:spacing w:line="360" w:lineRule="auto"/>
        <w:jc w:val="both"/>
        <w:rPr>
          <w:rFonts w:cs="Times New Roman"/>
          <w:szCs w:val="24"/>
        </w:rPr>
      </w:pPr>
      <w:r w:rsidRPr="00383FBB">
        <w:rPr>
          <w:rFonts w:cs="Times New Roman"/>
          <w:b/>
          <w:bCs/>
          <w:szCs w:val="24"/>
        </w:rPr>
        <w:t>GOES ON AN ADVENTUROUS TRIP   - The importance of eating fruits and vegetables</w:t>
      </w:r>
    </w:p>
    <w:p w14:paraId="5B22216F" w14:textId="77777777" w:rsidR="00383FBB" w:rsidRPr="00383FBB" w:rsidRDefault="00383FBB" w:rsidP="00383FBB">
      <w:pPr>
        <w:spacing w:line="360" w:lineRule="auto"/>
        <w:jc w:val="both"/>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Today we are going on an educational trip</w:t>
      </w:r>
    </w:p>
    <w:p w14:paraId="47697F75" w14:textId="77777777" w:rsidR="00383FBB" w:rsidRPr="00383FBB" w:rsidRDefault="00383FBB" w:rsidP="00383FBB">
      <w:pPr>
        <w:spacing w:line="36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Where are we going?   </w:t>
      </w:r>
    </w:p>
    <w:p w14:paraId="354B8711" w14:textId="77777777" w:rsidR="00383FBB" w:rsidRPr="00383FBB" w:rsidRDefault="00383FBB" w:rsidP="00383FBB">
      <w:pPr>
        <w:spacing w:line="360" w:lineRule="auto"/>
        <w:jc w:val="both"/>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Fruit and vegetable garden d.</w:t>
      </w:r>
    </w:p>
    <w:p w14:paraId="2D896FAB" w14:textId="77777777" w:rsidR="00383FBB" w:rsidRPr="00383FBB" w:rsidRDefault="00383FBB" w:rsidP="00383FBB">
      <w:pPr>
        <w:spacing w:line="360" w:lineRule="auto"/>
        <w:jc w:val="both"/>
        <w:rPr>
          <w:rFonts w:cs="Times New Roman"/>
          <w:szCs w:val="24"/>
        </w:rPr>
      </w:pPr>
      <w:r w:rsidRPr="00383FBB">
        <w:rPr>
          <w:rFonts w:cs="Times New Roman"/>
          <w:b/>
          <w:szCs w:val="24"/>
        </w:rPr>
        <w:lastRenderedPageBreak/>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Jolly, jolly</w:t>
      </w:r>
    </w:p>
    <w:p w14:paraId="0C8DBA75" w14:textId="77777777" w:rsidR="00383FBB" w:rsidRPr="00383FBB" w:rsidRDefault="00383FBB" w:rsidP="00383FBB">
      <w:pPr>
        <w:spacing w:line="480" w:lineRule="auto"/>
        <w:jc w:val="both"/>
        <w:rPr>
          <w:rFonts w:cs="Times New Roman"/>
          <w:szCs w:val="24"/>
        </w:rPr>
      </w:pPr>
      <w:r w:rsidRPr="00383FBB">
        <w:rPr>
          <w:rFonts w:cs="Times New Roman"/>
          <w:b/>
          <w:szCs w:val="24"/>
        </w:rPr>
        <w:t>Children entering fruit and vegetable gardens</w:t>
      </w:r>
    </w:p>
    <w:p w14:paraId="3436CAFC" w14:textId="77777777" w:rsidR="00383FBB" w:rsidRPr="00383FBB" w:rsidRDefault="00383FBB" w:rsidP="00383FBB">
      <w:pPr>
        <w:spacing w:line="480" w:lineRule="auto"/>
        <w:jc w:val="both"/>
        <w:rPr>
          <w:rFonts w:cs="Times New Roman"/>
          <w:szCs w:val="24"/>
        </w:rPr>
      </w:pPr>
      <w:r w:rsidRPr="00383FBB">
        <w:rPr>
          <w:rFonts w:cs="Times New Roman"/>
          <w:b/>
          <w:szCs w:val="24"/>
        </w:rPr>
        <w:t>Vanisri</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Oh! How many fruits and vegetables</w:t>
      </w:r>
    </w:p>
    <w:p w14:paraId="3515ED08" w14:textId="77777777" w:rsidR="00383FBB" w:rsidRPr="00383FBB" w:rsidRDefault="00383FBB" w:rsidP="00383FBB">
      <w:pPr>
        <w:spacing w:line="480" w:lineRule="auto"/>
        <w:jc w:val="both"/>
        <w:rPr>
          <w:rFonts w:cs="Times New Roman"/>
          <w:szCs w:val="24"/>
        </w:rPr>
      </w:pPr>
      <w:r w:rsidRPr="00383FBB">
        <w:rPr>
          <w:rFonts w:cs="Times New Roman"/>
          <w:b/>
          <w:szCs w:val="24"/>
        </w:rPr>
        <w:t>Kanishka</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Does it taste like noodles?</w:t>
      </w:r>
    </w:p>
    <w:p w14:paraId="25330A53"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MR.FARMER</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Hello children and welcome to our garden.</w:t>
      </w:r>
    </w:p>
    <w:p w14:paraId="321FD165"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MR.FARMER</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 am going to </w:t>
      </w:r>
      <w:proofErr w:type="gramStart"/>
      <w:r w:rsidRPr="00383FBB">
        <w:rPr>
          <w:rFonts w:cs="Times New Roman"/>
          <w:szCs w:val="24"/>
        </w:rPr>
        <w:t>tell</w:t>
      </w:r>
      <w:proofErr w:type="gramEnd"/>
      <w:r w:rsidRPr="00383FBB">
        <w:rPr>
          <w:rFonts w:cs="Times New Roman"/>
          <w:szCs w:val="24"/>
        </w:rPr>
        <w:t xml:space="preserve"> about the benefits of fruits and vegetables.</w:t>
      </w:r>
    </w:p>
    <w:p w14:paraId="09B0CEDC" w14:textId="77777777" w:rsidR="00383FBB" w:rsidRPr="00383FBB" w:rsidRDefault="00383FBB" w:rsidP="00383FBB">
      <w:pPr>
        <w:spacing w:line="360" w:lineRule="auto"/>
        <w:jc w:val="both"/>
        <w:rPr>
          <w:rFonts w:cs="Times New Roman"/>
          <w:szCs w:val="24"/>
        </w:rPr>
      </w:pPr>
      <w:r w:rsidRPr="00383FBB">
        <w:rPr>
          <w:rFonts w:cs="Times New Roman"/>
          <w:b/>
          <w:szCs w:val="24"/>
          <w:u w:val="single"/>
        </w:rPr>
        <w:t>CARROT</w:t>
      </w:r>
    </w:p>
    <w:p w14:paraId="5EFC861E" w14:textId="77777777" w:rsidR="00383FBB" w:rsidRPr="00383FBB" w:rsidRDefault="00383FBB" w:rsidP="00383FBB">
      <w:pPr>
        <w:spacing w:line="360" w:lineRule="auto"/>
        <w:jc w:val="both"/>
        <w:rPr>
          <w:rFonts w:cs="Times New Roman"/>
          <w:b/>
          <w:szCs w:val="24"/>
        </w:rPr>
      </w:pPr>
      <w:r w:rsidRPr="00383FBB">
        <w:rPr>
          <w:rFonts w:cs="Times New Roman"/>
          <w:b/>
          <w:szCs w:val="24"/>
        </w:rPr>
        <w:t>Carrot contains</w:t>
      </w:r>
    </w:p>
    <w:p w14:paraId="18B20F95" w14:textId="77777777" w:rsidR="00383FBB" w:rsidRPr="00383FBB" w:rsidRDefault="00383FBB" w:rsidP="00383FBB">
      <w:pPr>
        <w:numPr>
          <w:ilvl w:val="0"/>
          <w:numId w:val="10"/>
        </w:numPr>
        <w:tabs>
          <w:tab w:val="num" w:pos="1287"/>
        </w:tabs>
        <w:spacing w:line="480" w:lineRule="auto"/>
        <w:ind w:left="964" w:right="170"/>
        <w:jc w:val="both"/>
        <w:rPr>
          <w:rFonts w:cs="Times New Roman"/>
          <w:szCs w:val="24"/>
        </w:rPr>
      </w:pPr>
      <w:r w:rsidRPr="00383FBB">
        <w:rPr>
          <w:rFonts w:cs="Times New Roman"/>
          <w:szCs w:val="24"/>
        </w:rPr>
        <w:t>Fiber.</w:t>
      </w:r>
    </w:p>
    <w:p w14:paraId="020C8313" w14:textId="77777777" w:rsidR="00383FBB" w:rsidRPr="00383FBB" w:rsidRDefault="00383FBB" w:rsidP="00383FBB">
      <w:pPr>
        <w:numPr>
          <w:ilvl w:val="0"/>
          <w:numId w:val="10"/>
        </w:numPr>
        <w:tabs>
          <w:tab w:val="num" w:pos="1287"/>
        </w:tabs>
        <w:spacing w:line="480" w:lineRule="auto"/>
        <w:ind w:left="964" w:right="170"/>
        <w:jc w:val="both"/>
        <w:rPr>
          <w:rFonts w:cs="Times New Roman"/>
          <w:szCs w:val="24"/>
        </w:rPr>
      </w:pPr>
      <w:r w:rsidRPr="00383FBB">
        <w:rPr>
          <w:rFonts w:cs="Times New Roman"/>
          <w:szCs w:val="24"/>
        </w:rPr>
        <w:t>Vitamin A and beta carotene.</w:t>
      </w:r>
    </w:p>
    <w:p w14:paraId="350D2F5E" w14:textId="77777777" w:rsidR="00383FBB" w:rsidRPr="00383FBB" w:rsidRDefault="00383FBB" w:rsidP="00383FBB">
      <w:pPr>
        <w:numPr>
          <w:ilvl w:val="0"/>
          <w:numId w:val="10"/>
        </w:numPr>
        <w:tabs>
          <w:tab w:val="num" w:pos="1287"/>
        </w:tabs>
        <w:spacing w:line="480" w:lineRule="auto"/>
        <w:ind w:left="964" w:right="170"/>
        <w:jc w:val="both"/>
        <w:rPr>
          <w:rFonts w:cs="Times New Roman"/>
          <w:szCs w:val="24"/>
        </w:rPr>
      </w:pPr>
      <w:r w:rsidRPr="00383FBB">
        <w:rPr>
          <w:rFonts w:cs="Times New Roman"/>
          <w:szCs w:val="24"/>
        </w:rPr>
        <w:t xml:space="preserve">It is a non-starchy </w:t>
      </w:r>
      <w:proofErr w:type="gramStart"/>
      <w:r w:rsidRPr="00383FBB">
        <w:rPr>
          <w:rFonts w:cs="Times New Roman"/>
          <w:szCs w:val="24"/>
        </w:rPr>
        <w:t>vegetable..</w:t>
      </w:r>
      <w:proofErr w:type="gramEnd"/>
    </w:p>
    <w:p w14:paraId="55DEFD38" w14:textId="77777777" w:rsidR="00383FBB" w:rsidRPr="00383FBB" w:rsidRDefault="00383FBB" w:rsidP="00383FBB">
      <w:pPr>
        <w:numPr>
          <w:ilvl w:val="0"/>
          <w:numId w:val="10"/>
        </w:numPr>
        <w:tabs>
          <w:tab w:val="num" w:pos="1287"/>
        </w:tabs>
        <w:spacing w:line="480" w:lineRule="auto"/>
        <w:ind w:left="964" w:right="170"/>
        <w:jc w:val="both"/>
        <w:rPr>
          <w:rFonts w:cs="Times New Roman"/>
          <w:szCs w:val="24"/>
        </w:rPr>
      </w:pPr>
      <w:r w:rsidRPr="00383FBB">
        <w:rPr>
          <w:rFonts w:cs="Times New Roman"/>
          <w:szCs w:val="24"/>
        </w:rPr>
        <w:t>The fiber in carrots helps keep blood sugar levels under control.</w:t>
      </w:r>
    </w:p>
    <w:p w14:paraId="66A5368B" w14:textId="77777777" w:rsidR="00383FBB" w:rsidRPr="00383FBB" w:rsidRDefault="00383FBB" w:rsidP="00383FBB">
      <w:pPr>
        <w:numPr>
          <w:ilvl w:val="0"/>
          <w:numId w:val="10"/>
        </w:numPr>
        <w:tabs>
          <w:tab w:val="num" w:pos="1287"/>
        </w:tabs>
        <w:spacing w:line="360" w:lineRule="auto"/>
        <w:ind w:left="964" w:right="170"/>
        <w:jc w:val="both"/>
        <w:rPr>
          <w:rFonts w:cs="Times New Roman"/>
          <w:szCs w:val="24"/>
        </w:rPr>
      </w:pPr>
      <w:r w:rsidRPr="00383FBB">
        <w:rPr>
          <w:rFonts w:cs="Times New Roman"/>
          <w:szCs w:val="24"/>
        </w:rPr>
        <w:t>Carrot’ s can reduce the risk of diabetes</w:t>
      </w:r>
    </w:p>
    <w:p w14:paraId="6B2A4D3B" w14:textId="77777777" w:rsidR="00383FBB" w:rsidRPr="00383FBB" w:rsidRDefault="00383FBB" w:rsidP="00383FBB">
      <w:pPr>
        <w:spacing w:line="360" w:lineRule="auto"/>
        <w:ind w:left="964" w:right="170"/>
        <w:jc w:val="both"/>
        <w:rPr>
          <w:rFonts w:cs="Times New Roman"/>
          <w:szCs w:val="24"/>
        </w:rPr>
      </w:pPr>
    </w:p>
    <w:p w14:paraId="50E1CF5D" w14:textId="77777777" w:rsidR="00383FBB" w:rsidRPr="00383FBB" w:rsidRDefault="00383FBB" w:rsidP="00383FBB">
      <w:pPr>
        <w:numPr>
          <w:ilvl w:val="0"/>
          <w:numId w:val="10"/>
        </w:numPr>
        <w:tabs>
          <w:tab w:val="num" w:pos="1287"/>
        </w:tabs>
        <w:spacing w:line="360" w:lineRule="auto"/>
        <w:ind w:left="964" w:right="170"/>
        <w:jc w:val="both"/>
        <w:rPr>
          <w:rFonts w:cs="Times New Roman"/>
          <w:szCs w:val="24"/>
        </w:rPr>
      </w:pPr>
      <w:r w:rsidRPr="00383FBB">
        <w:rPr>
          <w:rFonts w:cs="Times New Roman"/>
          <w:szCs w:val="24"/>
        </w:rPr>
        <w:t>Soluble fiber in carrots can help lower cholesterol levels especially LDL cholesterol</w:t>
      </w:r>
    </w:p>
    <w:p w14:paraId="01DCF117" w14:textId="77777777" w:rsidR="00383FBB" w:rsidRPr="00383FBB" w:rsidRDefault="00383FBB" w:rsidP="00383FBB">
      <w:pPr>
        <w:spacing w:line="360" w:lineRule="auto"/>
        <w:ind w:left="964" w:right="170"/>
        <w:jc w:val="both"/>
        <w:rPr>
          <w:rFonts w:cs="Times New Roman"/>
          <w:szCs w:val="24"/>
        </w:rPr>
      </w:pPr>
    </w:p>
    <w:p w14:paraId="1419ABB7" w14:textId="77777777" w:rsidR="00383FBB" w:rsidRPr="00383FBB" w:rsidRDefault="00383FBB" w:rsidP="00383FBB">
      <w:pPr>
        <w:numPr>
          <w:ilvl w:val="0"/>
          <w:numId w:val="10"/>
        </w:numPr>
        <w:tabs>
          <w:tab w:val="num" w:pos="1287"/>
        </w:tabs>
        <w:spacing w:line="360" w:lineRule="auto"/>
        <w:ind w:left="964" w:right="170"/>
        <w:jc w:val="both"/>
        <w:rPr>
          <w:rFonts w:cs="Times New Roman"/>
          <w:szCs w:val="24"/>
        </w:rPr>
      </w:pPr>
      <w:r w:rsidRPr="00383FBB">
        <w:rPr>
          <w:rFonts w:cs="Times New Roman"/>
          <w:szCs w:val="24"/>
        </w:rPr>
        <w:t xml:space="preserve">Carrots contain vitamin </w:t>
      </w:r>
      <w:proofErr w:type="gramStart"/>
      <w:r w:rsidRPr="00383FBB">
        <w:rPr>
          <w:rFonts w:cs="Times New Roman"/>
          <w:szCs w:val="24"/>
        </w:rPr>
        <w:t>A ,</w:t>
      </w:r>
      <w:proofErr w:type="gramEnd"/>
      <w:r w:rsidRPr="00383FBB">
        <w:rPr>
          <w:rFonts w:cs="Times New Roman"/>
          <w:szCs w:val="24"/>
        </w:rPr>
        <w:t xml:space="preserve"> which helps prevent Xerophthalmia, an eye disease.   </w:t>
      </w:r>
    </w:p>
    <w:p w14:paraId="37DD5357" w14:textId="77777777" w:rsidR="00383FBB" w:rsidRPr="00383FBB" w:rsidRDefault="00383FBB" w:rsidP="00383FBB">
      <w:pPr>
        <w:spacing w:line="360" w:lineRule="auto"/>
        <w:ind w:left="964" w:right="170"/>
        <w:jc w:val="both"/>
        <w:rPr>
          <w:rFonts w:cs="Times New Roman"/>
          <w:szCs w:val="24"/>
        </w:rPr>
      </w:pPr>
    </w:p>
    <w:p w14:paraId="40D30281" w14:textId="77777777" w:rsidR="00383FBB" w:rsidRPr="00383FBB" w:rsidRDefault="00383FBB" w:rsidP="00383FBB">
      <w:pPr>
        <w:numPr>
          <w:ilvl w:val="0"/>
          <w:numId w:val="10"/>
        </w:numPr>
        <w:tabs>
          <w:tab w:val="num" w:pos="1287"/>
        </w:tabs>
        <w:spacing w:line="360" w:lineRule="auto"/>
        <w:ind w:left="964" w:right="170"/>
        <w:jc w:val="both"/>
        <w:rPr>
          <w:rFonts w:cs="Times New Roman"/>
          <w:szCs w:val="24"/>
        </w:rPr>
      </w:pPr>
      <w:r w:rsidRPr="00383FBB">
        <w:rPr>
          <w:rFonts w:cs="Times New Roman"/>
          <w:szCs w:val="24"/>
        </w:rPr>
        <w:lastRenderedPageBreak/>
        <w:t xml:space="preserve"> Carrots help improve digestion.</w:t>
      </w:r>
    </w:p>
    <w:p w14:paraId="7A13D6CB" w14:textId="77777777" w:rsidR="00383FBB" w:rsidRPr="00383FBB" w:rsidRDefault="00383FBB" w:rsidP="00383FBB">
      <w:pPr>
        <w:spacing w:line="360" w:lineRule="auto"/>
        <w:ind w:left="964" w:right="170"/>
        <w:jc w:val="both"/>
        <w:rPr>
          <w:rFonts w:cs="Times New Roman"/>
          <w:szCs w:val="24"/>
        </w:rPr>
      </w:pPr>
    </w:p>
    <w:p w14:paraId="10D24A69" w14:textId="27155A0C" w:rsidR="00383FBB" w:rsidRPr="00383FBB" w:rsidRDefault="00383FBB" w:rsidP="00383FBB">
      <w:pPr>
        <w:numPr>
          <w:ilvl w:val="0"/>
          <w:numId w:val="10"/>
        </w:numPr>
        <w:tabs>
          <w:tab w:val="num" w:pos="1287"/>
        </w:tabs>
        <w:spacing w:line="360" w:lineRule="auto"/>
        <w:ind w:left="964" w:right="170"/>
        <w:jc w:val="both"/>
        <w:rPr>
          <w:rFonts w:cs="Times New Roman"/>
          <w:szCs w:val="24"/>
        </w:rPr>
      </w:pPr>
      <w:r w:rsidRPr="00383FBB">
        <w:rPr>
          <w:rFonts w:cs="Times New Roman"/>
          <w:szCs w:val="24"/>
        </w:rPr>
        <w:t xml:space="preserve">    Carrots are low in calories and high in fiber which helps in weight loss</w:t>
      </w:r>
    </w:p>
    <w:p w14:paraId="6E7D6686" w14:textId="77777777" w:rsidR="00383FBB" w:rsidRPr="00383FBB" w:rsidRDefault="00383FBB" w:rsidP="00383FBB">
      <w:pPr>
        <w:spacing w:line="360" w:lineRule="auto"/>
        <w:jc w:val="both"/>
        <w:rPr>
          <w:rFonts w:cs="Times New Roman"/>
          <w:b/>
          <w:szCs w:val="24"/>
          <w:u w:val="single"/>
        </w:rPr>
      </w:pPr>
      <w:r w:rsidRPr="00383FBB">
        <w:rPr>
          <w:rFonts w:cs="Times New Roman"/>
          <w:b/>
          <w:szCs w:val="24"/>
          <w:u w:val="single"/>
        </w:rPr>
        <w:t>BEET ROOT</w:t>
      </w:r>
    </w:p>
    <w:p w14:paraId="5BD30E5A" w14:textId="77777777" w:rsidR="00383FBB" w:rsidRPr="00383FBB" w:rsidRDefault="00383FBB" w:rsidP="00383FBB">
      <w:pPr>
        <w:spacing w:line="360" w:lineRule="auto"/>
        <w:jc w:val="both"/>
        <w:rPr>
          <w:rFonts w:cs="Times New Roman"/>
          <w:b/>
          <w:szCs w:val="24"/>
        </w:rPr>
      </w:pPr>
      <w:r w:rsidRPr="00383FBB">
        <w:rPr>
          <w:rFonts w:cs="Times New Roman"/>
          <w:b/>
          <w:szCs w:val="24"/>
        </w:rPr>
        <w:t xml:space="preserve">Beet root </w:t>
      </w:r>
      <w:r w:rsidRPr="00383FBB">
        <w:rPr>
          <w:rFonts w:cs="Times New Roman"/>
          <w:b/>
          <w:szCs w:val="24"/>
          <w:shd w:val="clear" w:color="auto" w:fill="F8F9FA"/>
        </w:rPr>
        <w:t>is rich in</w:t>
      </w:r>
    </w:p>
    <w:p w14:paraId="4ADA6D49"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proofErr w:type="gramStart"/>
      <w:r w:rsidRPr="00383FBB">
        <w:rPr>
          <w:rFonts w:cs="Times New Roman"/>
          <w:szCs w:val="24"/>
        </w:rPr>
        <w:t>Nutrients .</w:t>
      </w:r>
      <w:proofErr w:type="gramEnd"/>
    </w:p>
    <w:p w14:paraId="389F5426"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Improves blood circulation.</w:t>
      </w:r>
    </w:p>
    <w:p w14:paraId="536C0C59"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 xml:space="preserve">Lowers blood </w:t>
      </w:r>
      <w:proofErr w:type="gramStart"/>
      <w:r w:rsidRPr="00383FBB">
        <w:rPr>
          <w:rFonts w:cs="Times New Roman"/>
          <w:szCs w:val="24"/>
        </w:rPr>
        <w:t>pressure .</w:t>
      </w:r>
      <w:proofErr w:type="gramEnd"/>
    </w:p>
    <w:p w14:paraId="7322844D"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Improves body function during exercise.</w:t>
      </w:r>
    </w:p>
    <w:p w14:paraId="0E3A733D"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Prevents heart disease and stroke.</w:t>
      </w:r>
    </w:p>
    <w:p w14:paraId="7363A8F9"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Boosts immunity.</w:t>
      </w:r>
    </w:p>
    <w:p w14:paraId="5156530A"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Improves digestion Prevents heart disease and stroke Boosts immunity.</w:t>
      </w:r>
    </w:p>
    <w:p w14:paraId="77BC86C3" w14:textId="77777777" w:rsidR="00383FBB" w:rsidRPr="00383FBB" w:rsidRDefault="00383FBB" w:rsidP="00383FBB">
      <w:pPr>
        <w:numPr>
          <w:ilvl w:val="0"/>
          <w:numId w:val="10"/>
        </w:numPr>
        <w:tabs>
          <w:tab w:val="num" w:pos="1287"/>
        </w:tabs>
        <w:spacing w:line="360" w:lineRule="auto"/>
        <w:ind w:left="1134"/>
        <w:jc w:val="both"/>
        <w:rPr>
          <w:rFonts w:cs="Times New Roman"/>
          <w:szCs w:val="24"/>
          <w:shd w:val="clear" w:color="auto" w:fill="F8F9FA"/>
        </w:rPr>
      </w:pPr>
      <w:r w:rsidRPr="00383FBB">
        <w:rPr>
          <w:rFonts w:cs="Times New Roman"/>
          <w:szCs w:val="24"/>
        </w:rPr>
        <w:t>Help in weight loss.</w:t>
      </w:r>
    </w:p>
    <w:p w14:paraId="168AE8C5"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Improves brain health.</w:t>
      </w:r>
    </w:p>
    <w:p w14:paraId="6A107FB1" w14:textId="77777777" w:rsidR="00383FBB" w:rsidRPr="00383FBB" w:rsidRDefault="00383FBB" w:rsidP="00383FBB">
      <w:pPr>
        <w:spacing w:line="360" w:lineRule="auto"/>
        <w:ind w:left="1134"/>
        <w:jc w:val="both"/>
        <w:rPr>
          <w:rFonts w:cs="Times New Roman"/>
          <w:b/>
          <w:szCs w:val="24"/>
          <w:u w:val="single"/>
        </w:rPr>
      </w:pPr>
      <w:r w:rsidRPr="00383FBB">
        <w:rPr>
          <w:rFonts w:cs="Times New Roman"/>
          <w:b/>
          <w:szCs w:val="24"/>
          <w:u w:val="single"/>
        </w:rPr>
        <w:t>GUAVA</w:t>
      </w:r>
    </w:p>
    <w:p w14:paraId="15FF9700" w14:textId="77777777" w:rsidR="00383FBB" w:rsidRPr="00383FBB" w:rsidRDefault="00383FBB" w:rsidP="00383FBB">
      <w:pPr>
        <w:spacing w:line="360" w:lineRule="auto"/>
        <w:ind w:left="1134"/>
        <w:jc w:val="both"/>
        <w:rPr>
          <w:rFonts w:cs="Times New Roman"/>
          <w:szCs w:val="24"/>
        </w:rPr>
      </w:pPr>
      <w:r w:rsidRPr="00383FBB">
        <w:rPr>
          <w:rFonts w:cs="Times New Roman"/>
          <w:szCs w:val="24"/>
        </w:rPr>
        <w:t xml:space="preserve">       Guava has many health benefits including vitamin C Content Fiber, Folate, Vitamin A and antioxidant</w:t>
      </w:r>
    </w:p>
    <w:p w14:paraId="09508B7B" w14:textId="77777777" w:rsidR="00383FBB" w:rsidRPr="00383FBB" w:rsidRDefault="00383FBB" w:rsidP="00383FBB">
      <w:pPr>
        <w:spacing w:line="360" w:lineRule="auto"/>
        <w:ind w:left="1134"/>
        <w:jc w:val="both"/>
        <w:rPr>
          <w:rFonts w:cs="Times New Roman"/>
          <w:b/>
          <w:szCs w:val="24"/>
          <w:u w:val="single"/>
        </w:rPr>
      </w:pPr>
      <w:r w:rsidRPr="00383FBB">
        <w:rPr>
          <w:rFonts w:cs="Times New Roman"/>
          <w:b/>
          <w:szCs w:val="24"/>
          <w:u w:val="single"/>
        </w:rPr>
        <w:t>Benefits of Guava</w:t>
      </w:r>
    </w:p>
    <w:p w14:paraId="7203B52A"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Heal wounds.</w:t>
      </w:r>
    </w:p>
    <w:p w14:paraId="1349F10A"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Absorb iron.</w:t>
      </w:r>
    </w:p>
    <w:p w14:paraId="16B0CBF3"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Helps immune system.</w:t>
      </w:r>
    </w:p>
    <w:p w14:paraId="178CEF6A"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lastRenderedPageBreak/>
        <w:t>Aids digestion.</w:t>
      </w:r>
    </w:p>
    <w:p w14:paraId="14C96996"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Weight management.</w:t>
      </w:r>
    </w:p>
    <w:p w14:paraId="0DE45C30"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Constipation.</w:t>
      </w:r>
    </w:p>
    <w:p w14:paraId="0CB155DD"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Boosts immunity and improves heart health Blood Sugar.</w:t>
      </w:r>
    </w:p>
    <w:p w14:paraId="0A37AA26"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proofErr w:type="gramStart"/>
      <w:r w:rsidRPr="00383FBB">
        <w:rPr>
          <w:rFonts w:cs="Times New Roman"/>
          <w:szCs w:val="24"/>
        </w:rPr>
        <w:t>Healthy  Eyes</w:t>
      </w:r>
      <w:proofErr w:type="gramEnd"/>
      <w:r w:rsidRPr="00383FBB">
        <w:rPr>
          <w:rFonts w:cs="Times New Roman"/>
          <w:szCs w:val="24"/>
        </w:rPr>
        <w:t>.</w:t>
      </w:r>
    </w:p>
    <w:p w14:paraId="14872363"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 xml:space="preserve"> Folate important during pregnancy.</w:t>
      </w:r>
    </w:p>
    <w:p w14:paraId="1F654D8E" w14:textId="77777777" w:rsidR="00383FBB" w:rsidRPr="00383FBB" w:rsidRDefault="00383FBB" w:rsidP="00383FBB">
      <w:pPr>
        <w:numPr>
          <w:ilvl w:val="0"/>
          <w:numId w:val="10"/>
        </w:numPr>
        <w:tabs>
          <w:tab w:val="num" w:pos="1287"/>
        </w:tabs>
        <w:spacing w:line="360" w:lineRule="auto"/>
        <w:ind w:left="1134"/>
        <w:jc w:val="both"/>
        <w:rPr>
          <w:rFonts w:cs="Times New Roman"/>
          <w:szCs w:val="24"/>
        </w:rPr>
      </w:pPr>
      <w:r w:rsidRPr="00383FBB">
        <w:rPr>
          <w:rFonts w:cs="Times New Roman"/>
          <w:szCs w:val="24"/>
        </w:rPr>
        <w:t>High Protein.</w:t>
      </w:r>
    </w:p>
    <w:p w14:paraId="0C5D0A18" w14:textId="77777777" w:rsidR="00383FBB" w:rsidRPr="00383FBB" w:rsidRDefault="00383FBB" w:rsidP="00383FBB">
      <w:pPr>
        <w:spacing w:line="360" w:lineRule="auto"/>
        <w:ind w:left="1134"/>
        <w:jc w:val="both"/>
        <w:rPr>
          <w:rFonts w:cs="Times New Roman"/>
          <w:szCs w:val="24"/>
          <w:u w:val="single"/>
        </w:rPr>
      </w:pPr>
      <w:r w:rsidRPr="00383FBB">
        <w:rPr>
          <w:rFonts w:cs="Times New Roman"/>
          <w:szCs w:val="24"/>
          <w:u w:val="single"/>
        </w:rPr>
        <w:t>MANGO</w:t>
      </w:r>
    </w:p>
    <w:p w14:paraId="6858F576"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Mangoes contain vita reduce the risk of heart disease.</w:t>
      </w:r>
    </w:p>
    <w:p w14:paraId="37CD994B"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Mango contains, which can help and vitamin </w:t>
      </w:r>
      <w:proofErr w:type="gramStart"/>
      <w:r w:rsidRPr="00383FBB">
        <w:rPr>
          <w:rFonts w:cs="Times New Roman"/>
          <w:szCs w:val="24"/>
        </w:rPr>
        <w:t>c,  your</w:t>
      </w:r>
      <w:proofErr w:type="gramEnd"/>
      <w:r w:rsidRPr="00383FBB">
        <w:rPr>
          <w:rFonts w:cs="Times New Roman"/>
          <w:szCs w:val="24"/>
        </w:rPr>
        <w:t xml:space="preserve">  </w:t>
      </w:r>
      <w:proofErr w:type="gramStart"/>
      <w:r w:rsidRPr="00383FBB">
        <w:rPr>
          <w:rFonts w:cs="Times New Roman"/>
          <w:szCs w:val="24"/>
        </w:rPr>
        <w:t>immunity .</w:t>
      </w:r>
      <w:proofErr w:type="gramEnd"/>
    </w:p>
    <w:p w14:paraId="657E9B86"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Which </w:t>
      </w:r>
      <w:proofErr w:type="gramStart"/>
      <w:r w:rsidRPr="00383FBB">
        <w:rPr>
          <w:rFonts w:cs="Times New Roman"/>
          <w:szCs w:val="24"/>
        </w:rPr>
        <w:t>can  contain</w:t>
      </w:r>
      <w:proofErr w:type="gramEnd"/>
      <w:r w:rsidRPr="00383FBB">
        <w:rPr>
          <w:rFonts w:cs="Times New Roman"/>
          <w:szCs w:val="24"/>
        </w:rPr>
        <w:t xml:space="preserve"> fiber, help to prevent constipation.</w:t>
      </w:r>
    </w:p>
    <w:p w14:paraId="4521563F"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Antioxidants and </w:t>
      </w:r>
      <w:proofErr w:type="spellStart"/>
      <w:r w:rsidRPr="00383FBB">
        <w:rPr>
          <w:rFonts w:cs="Times New Roman"/>
          <w:szCs w:val="24"/>
        </w:rPr>
        <w:t>mangiferin</w:t>
      </w:r>
      <w:proofErr w:type="spellEnd"/>
      <w:r w:rsidRPr="00383FBB">
        <w:rPr>
          <w:rFonts w:cs="Times New Roman"/>
          <w:szCs w:val="24"/>
        </w:rPr>
        <w:t xml:space="preserve"> prevent cancer. </w:t>
      </w:r>
    </w:p>
    <w:p w14:paraId="2AF67E50"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Vitamin a, which is important for vision. </w:t>
      </w:r>
    </w:p>
    <w:p w14:paraId="4D588B38"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Mangoes contain vitamin c, which helps prevent scurvy and tooth decay.</w:t>
      </w:r>
    </w:p>
    <w:p w14:paraId="58E1BA1C"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Mangoes help lower blood sugar </w:t>
      </w:r>
      <w:proofErr w:type="gramStart"/>
      <w:r w:rsidRPr="00383FBB">
        <w:rPr>
          <w:rFonts w:cs="Times New Roman"/>
          <w:szCs w:val="24"/>
        </w:rPr>
        <w:t>levels .</w:t>
      </w:r>
      <w:proofErr w:type="gramEnd"/>
    </w:p>
    <w:p w14:paraId="66ADAB0C"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Mangoes contain soluble fiber, which helps lower total cholesterol and LDL cholesterol.</w:t>
      </w:r>
    </w:p>
    <w:p w14:paraId="2F87D443" w14:textId="77777777" w:rsidR="00383FBB" w:rsidRDefault="00383FBB" w:rsidP="00383FBB">
      <w:pPr>
        <w:spacing w:line="360" w:lineRule="auto"/>
        <w:ind w:left="1134"/>
        <w:jc w:val="both"/>
        <w:rPr>
          <w:rFonts w:cs="Times New Roman"/>
          <w:szCs w:val="24"/>
        </w:rPr>
      </w:pPr>
    </w:p>
    <w:p w14:paraId="3C54370A" w14:textId="77777777" w:rsidR="00383FBB" w:rsidRDefault="00383FBB" w:rsidP="00383FBB">
      <w:pPr>
        <w:spacing w:line="360" w:lineRule="auto"/>
        <w:ind w:left="1134"/>
        <w:jc w:val="both"/>
        <w:rPr>
          <w:rFonts w:cs="Times New Roman"/>
          <w:szCs w:val="24"/>
        </w:rPr>
      </w:pPr>
    </w:p>
    <w:p w14:paraId="25A9E798" w14:textId="77777777" w:rsidR="00383FBB" w:rsidRPr="00383FBB" w:rsidRDefault="00383FBB" w:rsidP="00383FBB">
      <w:pPr>
        <w:spacing w:line="360" w:lineRule="auto"/>
        <w:ind w:left="1134"/>
        <w:jc w:val="both"/>
        <w:rPr>
          <w:rFonts w:cs="Times New Roman"/>
          <w:szCs w:val="24"/>
        </w:rPr>
      </w:pPr>
    </w:p>
    <w:p w14:paraId="08E6CD35" w14:textId="77777777" w:rsidR="00383FBB" w:rsidRPr="00383FBB" w:rsidRDefault="00383FBB" w:rsidP="00383FBB">
      <w:pPr>
        <w:spacing w:line="360" w:lineRule="auto"/>
        <w:ind w:left="1134"/>
        <w:jc w:val="both"/>
        <w:rPr>
          <w:rFonts w:cs="Times New Roman"/>
          <w:b/>
          <w:szCs w:val="24"/>
          <w:u w:val="single"/>
        </w:rPr>
      </w:pPr>
      <w:r w:rsidRPr="00383FBB">
        <w:rPr>
          <w:rFonts w:cs="Times New Roman"/>
          <w:b/>
          <w:szCs w:val="24"/>
          <w:u w:val="single"/>
        </w:rPr>
        <w:t>LADY ‘S FINGER</w:t>
      </w:r>
    </w:p>
    <w:p w14:paraId="195B2CF1" w14:textId="77777777" w:rsidR="00383FBB" w:rsidRPr="00383FBB" w:rsidRDefault="00383FBB" w:rsidP="00383FBB">
      <w:pPr>
        <w:spacing w:line="360" w:lineRule="auto"/>
        <w:ind w:left="1134"/>
        <w:jc w:val="both"/>
        <w:rPr>
          <w:rFonts w:cs="Times New Roman"/>
          <w:b/>
          <w:szCs w:val="24"/>
          <w:u w:val="single"/>
        </w:rPr>
      </w:pPr>
      <w:r w:rsidRPr="00383FBB">
        <w:rPr>
          <w:rFonts w:cs="Times New Roman"/>
          <w:b/>
          <w:szCs w:val="24"/>
          <w:u w:val="single"/>
        </w:rPr>
        <w:lastRenderedPageBreak/>
        <w:t xml:space="preserve"> CONTAINS</w:t>
      </w:r>
    </w:p>
    <w:p w14:paraId="59D7E65A"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Folate</w:t>
      </w:r>
    </w:p>
    <w:p w14:paraId="4AACEB81"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vitamin A </w:t>
      </w:r>
    </w:p>
    <w:p w14:paraId="66D3816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proofErr w:type="gramStart"/>
      <w:r w:rsidRPr="00383FBB">
        <w:rPr>
          <w:rFonts w:cs="Times New Roman"/>
          <w:szCs w:val="24"/>
        </w:rPr>
        <w:t>Calcium :</w:t>
      </w:r>
      <w:proofErr w:type="gramEnd"/>
    </w:p>
    <w:p w14:paraId="5B189945"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Potassium </w:t>
      </w:r>
    </w:p>
    <w:p w14:paraId="59BCDD22"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 xml:space="preserve">VitaminB6 </w:t>
      </w:r>
    </w:p>
    <w:p w14:paraId="3D7C3EDD"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Vitamin C Ben</w:t>
      </w:r>
    </w:p>
    <w:p w14:paraId="62847222"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Vitamin E</w:t>
      </w:r>
    </w:p>
    <w:p w14:paraId="0E1B77FE" w14:textId="77777777" w:rsidR="00383FBB" w:rsidRPr="00383FBB" w:rsidRDefault="00383FBB" w:rsidP="00383FBB">
      <w:pPr>
        <w:spacing w:line="360" w:lineRule="auto"/>
        <w:ind w:left="1134"/>
        <w:jc w:val="both"/>
        <w:rPr>
          <w:rFonts w:cs="Times New Roman"/>
          <w:szCs w:val="24"/>
        </w:rPr>
      </w:pPr>
    </w:p>
    <w:p w14:paraId="4ED7057E" w14:textId="77777777" w:rsidR="00383FBB" w:rsidRPr="00383FBB" w:rsidRDefault="00383FBB" w:rsidP="00383FBB">
      <w:pPr>
        <w:spacing w:line="360" w:lineRule="auto"/>
        <w:ind w:left="1134"/>
        <w:jc w:val="both"/>
        <w:rPr>
          <w:rFonts w:cs="Times New Roman"/>
          <w:b/>
          <w:szCs w:val="24"/>
          <w:u w:val="single"/>
        </w:rPr>
      </w:pPr>
      <w:r w:rsidRPr="00383FBB">
        <w:rPr>
          <w:rFonts w:cs="Times New Roman"/>
          <w:b/>
          <w:szCs w:val="24"/>
          <w:u w:val="single"/>
        </w:rPr>
        <w:t>BENEFITS</w:t>
      </w:r>
    </w:p>
    <w:p w14:paraId="29FA91C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Digestion and metabolism</w:t>
      </w:r>
    </w:p>
    <w:p w14:paraId="0CB78BC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Heart health</w:t>
      </w:r>
    </w:p>
    <w:p w14:paraId="787A679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Helps regulate blood sugar</w:t>
      </w:r>
    </w:p>
    <w:p w14:paraId="0AE540A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Immunity</w:t>
      </w:r>
    </w:p>
    <w:p w14:paraId="17EE5269"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Weight loss</w:t>
      </w:r>
    </w:p>
    <w:p w14:paraId="2CDC56C5" w14:textId="77777777" w:rsidR="00383FBB" w:rsidRPr="00383FBB" w:rsidRDefault="00383FBB" w:rsidP="00383FBB">
      <w:pPr>
        <w:widowControl w:val="0"/>
        <w:numPr>
          <w:ilvl w:val="0"/>
          <w:numId w:val="10"/>
        </w:numPr>
        <w:tabs>
          <w:tab w:val="num" w:pos="1287"/>
        </w:tabs>
        <w:autoSpaceDE w:val="0"/>
        <w:autoSpaceDN w:val="0"/>
        <w:spacing w:line="360" w:lineRule="auto"/>
        <w:ind w:left="1134"/>
        <w:jc w:val="both"/>
        <w:rPr>
          <w:rFonts w:cs="Times New Roman"/>
          <w:szCs w:val="24"/>
        </w:rPr>
      </w:pPr>
      <w:r w:rsidRPr="00383FBB">
        <w:rPr>
          <w:rFonts w:cs="Times New Roman"/>
          <w:szCs w:val="24"/>
        </w:rPr>
        <w:t>Pregnancy</w:t>
      </w:r>
    </w:p>
    <w:p w14:paraId="1BF98821" w14:textId="77777777" w:rsidR="00383FBB" w:rsidRPr="00383FBB" w:rsidRDefault="00383FBB" w:rsidP="00383FBB">
      <w:pPr>
        <w:spacing w:line="360" w:lineRule="auto"/>
        <w:jc w:val="both"/>
        <w:rPr>
          <w:rFonts w:cs="Times New Roman"/>
          <w:b/>
          <w:szCs w:val="24"/>
          <w:u w:val="single"/>
        </w:rPr>
      </w:pPr>
      <w:r w:rsidRPr="00383FBB">
        <w:rPr>
          <w:rFonts w:cs="Times New Roman"/>
          <w:b/>
          <w:szCs w:val="24"/>
          <w:u w:val="single"/>
        </w:rPr>
        <w:t>DRUMSTICK</w:t>
      </w:r>
    </w:p>
    <w:p w14:paraId="4EE8152E" w14:textId="77777777" w:rsidR="00383FBB" w:rsidRPr="00383FBB" w:rsidRDefault="00383FBB" w:rsidP="00383FBB">
      <w:pPr>
        <w:spacing w:line="360" w:lineRule="auto"/>
        <w:jc w:val="both"/>
        <w:rPr>
          <w:rFonts w:cs="Times New Roman"/>
          <w:b/>
          <w:szCs w:val="24"/>
          <w:u w:val="single"/>
        </w:rPr>
      </w:pPr>
      <w:r w:rsidRPr="00383FBB">
        <w:rPr>
          <w:rFonts w:cs="Times New Roman"/>
          <w:szCs w:val="24"/>
        </w:rPr>
        <w:t xml:space="preserve"> Drumsticks contain more vitamin A than carrots, more calcium than milk, more iron than greens More vitamin C than oranges and more potassium than bananas Moringa leaves also contain minerals like potassium, phosphorus, zinc and magnesium</w:t>
      </w:r>
    </w:p>
    <w:p w14:paraId="38817295" w14:textId="77777777" w:rsidR="00383FBB" w:rsidRPr="00383FBB" w:rsidRDefault="00383FBB" w:rsidP="00383FBB">
      <w:pPr>
        <w:spacing w:line="360" w:lineRule="auto"/>
        <w:jc w:val="both"/>
        <w:rPr>
          <w:rFonts w:cs="Times New Roman"/>
          <w:b/>
          <w:szCs w:val="24"/>
          <w:u w:val="single"/>
        </w:rPr>
      </w:pPr>
      <w:r w:rsidRPr="00383FBB">
        <w:rPr>
          <w:rFonts w:cs="Times New Roman"/>
          <w:b/>
          <w:szCs w:val="24"/>
          <w:u w:val="single"/>
        </w:rPr>
        <w:t xml:space="preserve"> Advantages</w:t>
      </w:r>
    </w:p>
    <w:p w14:paraId="5915950B" w14:textId="77777777" w:rsidR="00383FBB" w:rsidRPr="00383FBB" w:rsidRDefault="00383FBB" w:rsidP="00383FBB">
      <w:pPr>
        <w:widowControl w:val="0"/>
        <w:numPr>
          <w:ilvl w:val="0"/>
          <w:numId w:val="10"/>
        </w:numPr>
        <w:tabs>
          <w:tab w:val="num" w:pos="1287"/>
        </w:tabs>
        <w:autoSpaceDE w:val="0"/>
        <w:autoSpaceDN w:val="0"/>
        <w:spacing w:line="360" w:lineRule="auto"/>
        <w:ind w:left="964"/>
        <w:jc w:val="both"/>
        <w:rPr>
          <w:rFonts w:cs="Times New Roman"/>
          <w:szCs w:val="24"/>
        </w:rPr>
      </w:pPr>
      <w:r w:rsidRPr="00383FBB">
        <w:rPr>
          <w:rFonts w:cs="Times New Roman"/>
          <w:szCs w:val="24"/>
        </w:rPr>
        <w:lastRenderedPageBreak/>
        <w:t>Protects against infections.</w:t>
      </w:r>
    </w:p>
    <w:p w14:paraId="2C03BBD0" w14:textId="77777777" w:rsidR="00383FBB" w:rsidRPr="00383FBB" w:rsidRDefault="00383FBB" w:rsidP="00383FBB">
      <w:pPr>
        <w:widowControl w:val="0"/>
        <w:numPr>
          <w:ilvl w:val="0"/>
          <w:numId w:val="10"/>
        </w:numPr>
        <w:tabs>
          <w:tab w:val="num" w:pos="1287"/>
        </w:tabs>
        <w:autoSpaceDE w:val="0"/>
        <w:autoSpaceDN w:val="0"/>
        <w:spacing w:line="360" w:lineRule="auto"/>
        <w:ind w:left="964"/>
        <w:jc w:val="both"/>
        <w:rPr>
          <w:rFonts w:cs="Times New Roman"/>
          <w:szCs w:val="24"/>
        </w:rPr>
      </w:pPr>
      <w:r w:rsidRPr="00383FBB">
        <w:rPr>
          <w:rFonts w:cs="Times New Roman"/>
          <w:szCs w:val="24"/>
        </w:rPr>
        <w:t>Good for stomach.</w:t>
      </w:r>
    </w:p>
    <w:p w14:paraId="2648D4DC" w14:textId="77777777" w:rsidR="00383FBB" w:rsidRPr="00383FBB" w:rsidRDefault="00383FBB" w:rsidP="00383FBB">
      <w:pPr>
        <w:widowControl w:val="0"/>
        <w:numPr>
          <w:ilvl w:val="0"/>
          <w:numId w:val="10"/>
        </w:numPr>
        <w:tabs>
          <w:tab w:val="num" w:pos="1287"/>
        </w:tabs>
        <w:autoSpaceDE w:val="0"/>
        <w:autoSpaceDN w:val="0"/>
        <w:spacing w:line="360" w:lineRule="auto"/>
        <w:ind w:left="964"/>
        <w:jc w:val="both"/>
        <w:rPr>
          <w:rFonts w:cs="Times New Roman"/>
          <w:szCs w:val="24"/>
        </w:rPr>
      </w:pPr>
      <w:r w:rsidRPr="00383FBB">
        <w:rPr>
          <w:rFonts w:cs="Times New Roman"/>
          <w:szCs w:val="24"/>
        </w:rPr>
        <w:t>Good for bone health.</w:t>
      </w:r>
    </w:p>
    <w:p w14:paraId="531ABB89" w14:textId="77777777" w:rsidR="00383FBB" w:rsidRPr="00383FBB" w:rsidRDefault="00383FBB" w:rsidP="00383FBB">
      <w:pPr>
        <w:widowControl w:val="0"/>
        <w:numPr>
          <w:ilvl w:val="0"/>
          <w:numId w:val="10"/>
        </w:numPr>
        <w:tabs>
          <w:tab w:val="num" w:pos="1287"/>
        </w:tabs>
        <w:autoSpaceDE w:val="0"/>
        <w:autoSpaceDN w:val="0"/>
        <w:spacing w:line="360" w:lineRule="auto"/>
        <w:ind w:left="964"/>
        <w:jc w:val="both"/>
        <w:rPr>
          <w:rFonts w:cs="Times New Roman"/>
          <w:szCs w:val="24"/>
        </w:rPr>
      </w:pPr>
      <w:r w:rsidRPr="00383FBB">
        <w:rPr>
          <w:rFonts w:cs="Times New Roman"/>
          <w:szCs w:val="24"/>
        </w:rPr>
        <w:t>Good for diabetes.</w:t>
      </w:r>
    </w:p>
    <w:p w14:paraId="6CEF943F" w14:textId="7209846C" w:rsidR="00383FBB" w:rsidRPr="00383FBB" w:rsidRDefault="00383FBB" w:rsidP="00383FBB">
      <w:pPr>
        <w:spacing w:line="360" w:lineRule="auto"/>
        <w:jc w:val="both"/>
        <w:rPr>
          <w:rFonts w:cs="Times New Roman"/>
          <w:szCs w:val="24"/>
        </w:rPr>
      </w:pPr>
      <w:proofErr w:type="gramStart"/>
      <w:r w:rsidRPr="00383FBB">
        <w:rPr>
          <w:rFonts w:cs="Times New Roman"/>
          <w:b/>
          <w:szCs w:val="24"/>
        </w:rPr>
        <w:t>MR.FARMER</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You can live without disease when you eat fruits and vegetables.</w:t>
      </w:r>
    </w:p>
    <w:p w14:paraId="3E171971" w14:textId="77777777" w:rsidR="00383FBB" w:rsidRPr="00383FBB" w:rsidRDefault="00383FBB" w:rsidP="00383FBB">
      <w:pPr>
        <w:spacing w:line="360" w:lineRule="auto"/>
        <w:jc w:val="center"/>
        <w:rPr>
          <w:rFonts w:cs="Times New Roman"/>
          <w:b/>
          <w:szCs w:val="24"/>
          <w:u w:val="single"/>
        </w:rPr>
      </w:pPr>
      <w:r w:rsidRPr="00383FBB">
        <w:rPr>
          <w:rFonts w:cs="Times New Roman"/>
          <w:b/>
          <w:szCs w:val="24"/>
          <w:u w:val="single"/>
        </w:rPr>
        <w:t>Act –III</w:t>
      </w:r>
    </w:p>
    <w:p w14:paraId="1737D4C0" w14:textId="19EF431C" w:rsidR="00383FBB" w:rsidRPr="00383FBB" w:rsidRDefault="00383FBB" w:rsidP="00383FBB">
      <w:pPr>
        <w:spacing w:line="360" w:lineRule="auto"/>
        <w:jc w:val="both"/>
        <w:rPr>
          <w:rFonts w:cs="Times New Roman"/>
          <w:szCs w:val="24"/>
        </w:rPr>
      </w:pPr>
      <w:r w:rsidRPr="00383FBB">
        <w:rPr>
          <w:rFonts w:cs="Times New Roman"/>
          <w:b/>
          <w:bCs/>
          <w:szCs w:val="24"/>
        </w:rPr>
        <w:t xml:space="preserve">BATTLE AGAINST JUNK </w:t>
      </w:r>
      <w:proofErr w:type="gramStart"/>
      <w:r w:rsidRPr="00383FBB">
        <w:rPr>
          <w:rFonts w:cs="Times New Roman"/>
          <w:b/>
          <w:bCs/>
          <w:szCs w:val="24"/>
        </w:rPr>
        <w:t>FOODS</w:t>
      </w:r>
      <w:r w:rsidRPr="00383FBB">
        <w:rPr>
          <w:rFonts w:cs="Times New Roman"/>
          <w:szCs w:val="24"/>
        </w:rPr>
        <w:t xml:space="preserve">  -</w:t>
      </w:r>
      <w:proofErr w:type="gramEnd"/>
      <w:r w:rsidRPr="00383FBB">
        <w:rPr>
          <w:rFonts w:cs="Times New Roman"/>
          <w:szCs w:val="24"/>
        </w:rPr>
        <w:t xml:space="preserve">  </w:t>
      </w:r>
      <w:r w:rsidRPr="00383FBB">
        <w:rPr>
          <w:rFonts w:cs="Times New Roman"/>
          <w:b/>
          <w:szCs w:val="24"/>
        </w:rPr>
        <w:t xml:space="preserve">Ill Effects of </w:t>
      </w:r>
      <w:r w:rsidRPr="00383FBB">
        <w:rPr>
          <w:rFonts w:cs="Times New Roman"/>
          <w:b/>
          <w:szCs w:val="24"/>
        </w:rPr>
        <w:t>consuming junk</w:t>
      </w:r>
      <w:r w:rsidRPr="00383FBB">
        <w:rPr>
          <w:rFonts w:cs="Times New Roman"/>
          <w:b/>
          <w:szCs w:val="24"/>
        </w:rPr>
        <w:t xml:space="preserve">   food</w:t>
      </w:r>
    </w:p>
    <w:p w14:paraId="53E99547" w14:textId="0AEE463F" w:rsidR="00383FBB" w:rsidRPr="00383FBB" w:rsidRDefault="00383FBB" w:rsidP="00383FBB">
      <w:pPr>
        <w:spacing w:line="360" w:lineRule="auto"/>
        <w:jc w:val="both"/>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Oh</w:t>
      </w:r>
      <w:proofErr w:type="gramEnd"/>
      <w:r w:rsidRPr="00383FBB">
        <w:rPr>
          <w:rFonts w:cs="Times New Roman"/>
          <w:szCs w:val="24"/>
        </w:rPr>
        <w:t xml:space="preserve"> what </w:t>
      </w:r>
      <w:proofErr w:type="spellStart"/>
      <w:r w:rsidRPr="00383FBB">
        <w:rPr>
          <w:rFonts w:cs="Times New Roman"/>
          <w:szCs w:val="24"/>
        </w:rPr>
        <w:t>colo</w:t>
      </w:r>
      <w:r>
        <w:rPr>
          <w:rFonts w:cs="Times New Roman"/>
          <w:szCs w:val="24"/>
        </w:rPr>
        <w:t>u</w:t>
      </w:r>
      <w:r w:rsidRPr="00383FBB">
        <w:rPr>
          <w:rFonts w:cs="Times New Roman"/>
          <w:szCs w:val="24"/>
        </w:rPr>
        <w:t>rful</w:t>
      </w:r>
      <w:proofErr w:type="spellEnd"/>
      <w:r w:rsidRPr="00383FBB">
        <w:rPr>
          <w:rFonts w:cs="Times New Roman"/>
          <w:szCs w:val="24"/>
        </w:rPr>
        <w:t xml:space="preserve"> delicacies</w:t>
      </w:r>
    </w:p>
    <w:p w14:paraId="4310A23B" w14:textId="77777777" w:rsidR="00383FBB" w:rsidRPr="00383FBB" w:rsidRDefault="00383FBB" w:rsidP="00383FBB">
      <w:pPr>
        <w:spacing w:line="360" w:lineRule="auto"/>
        <w:jc w:val="both"/>
        <w:rPr>
          <w:rFonts w:cs="Times New Roman"/>
          <w:szCs w:val="24"/>
        </w:rPr>
      </w:pPr>
      <w:proofErr w:type="gramStart"/>
      <w:r w:rsidRPr="00383FBB">
        <w:rPr>
          <w:rFonts w:cs="Times New Roman"/>
          <w:b/>
          <w:szCs w:val="24"/>
        </w:rPr>
        <w:t>MR.JUNK</w:t>
      </w:r>
      <w:proofErr w:type="gramEnd"/>
      <w:r w:rsidRPr="00383FBB">
        <w:rPr>
          <w:rFonts w:cs="Times New Roman"/>
          <w:b/>
          <w:szCs w:val="24"/>
        </w:rPr>
        <w:t xml:space="preserve">            </w:t>
      </w:r>
      <w:proofErr w:type="gramStart"/>
      <w:r w:rsidRPr="00383FBB">
        <w:rPr>
          <w:rFonts w:cs="Times New Roman"/>
          <w:b/>
          <w:szCs w:val="24"/>
        </w:rPr>
        <w:t xml:space="preserve">  </w:t>
      </w:r>
      <w:r w:rsidRPr="00383FBB">
        <w:rPr>
          <w:rFonts w:cs="Times New Roman"/>
          <w:szCs w:val="24"/>
        </w:rPr>
        <w:t>:</w:t>
      </w:r>
      <w:proofErr w:type="gramEnd"/>
      <w:r w:rsidRPr="00383FBB">
        <w:rPr>
          <w:rFonts w:cs="Times New Roman"/>
          <w:szCs w:val="24"/>
        </w:rPr>
        <w:t xml:space="preserve">     Students come here, there's lots of ice, pizza, popcorn</w:t>
      </w:r>
    </w:p>
    <w:p w14:paraId="702C7850" w14:textId="77777777" w:rsidR="00383FBB" w:rsidRPr="00383FBB" w:rsidRDefault="00383FBB" w:rsidP="00383FBB">
      <w:pPr>
        <w:spacing w:line="360" w:lineRule="auto"/>
        <w:jc w:val="both"/>
        <w:rPr>
          <w:rFonts w:cs="Times New Roman"/>
          <w:szCs w:val="24"/>
        </w:rPr>
      </w:pPr>
      <w:r w:rsidRPr="00383FBB">
        <w:rPr>
          <w:rFonts w:cs="Times New Roman"/>
          <w:b/>
          <w:szCs w:val="24"/>
        </w:rPr>
        <w:t>Vanishree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 am going to buy and eat</w:t>
      </w:r>
    </w:p>
    <w:p w14:paraId="75108ED1" w14:textId="77777777" w:rsidR="00383FBB" w:rsidRPr="00383FBB" w:rsidRDefault="00383FBB" w:rsidP="00383FBB">
      <w:pPr>
        <w:spacing w:line="360" w:lineRule="auto"/>
        <w:jc w:val="both"/>
        <w:rPr>
          <w:rFonts w:cs="Times New Roman"/>
          <w:szCs w:val="24"/>
        </w:rPr>
      </w:pPr>
      <w:proofErr w:type="gramStart"/>
      <w:r w:rsidRPr="00383FBB">
        <w:rPr>
          <w:rFonts w:cs="Times New Roman"/>
          <w:b/>
          <w:szCs w:val="24"/>
        </w:rPr>
        <w:t>MR.HEALTHY</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Children don't go to that shop</w:t>
      </w:r>
    </w:p>
    <w:p w14:paraId="1743EE93" w14:textId="77777777" w:rsidR="00383FBB" w:rsidRPr="00383FBB" w:rsidRDefault="00383FBB" w:rsidP="00383FBB">
      <w:pPr>
        <w:spacing w:line="360" w:lineRule="auto"/>
        <w:jc w:val="both"/>
        <w:rPr>
          <w:rFonts w:cs="Times New Roman"/>
          <w:szCs w:val="24"/>
        </w:rPr>
      </w:pPr>
      <w:r w:rsidRPr="00383FBB">
        <w:rPr>
          <w:rFonts w:cs="Times New Roman"/>
          <w:b/>
          <w:szCs w:val="24"/>
        </w:rPr>
        <w:t>Vanisree</w:t>
      </w:r>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I ate pizza and vomited 2 times</w:t>
      </w:r>
    </w:p>
    <w:p w14:paraId="2424409D" w14:textId="77777777" w:rsidR="00383FBB" w:rsidRPr="00383FBB" w:rsidRDefault="00383FBB" w:rsidP="00383FBB">
      <w:pPr>
        <w:spacing w:line="480" w:lineRule="auto"/>
        <w:jc w:val="both"/>
        <w:rPr>
          <w:rFonts w:cs="Times New Roman"/>
          <w:szCs w:val="24"/>
        </w:rPr>
      </w:pPr>
      <w:proofErr w:type="gramStart"/>
      <w:r w:rsidRPr="00383FBB">
        <w:rPr>
          <w:rFonts w:cs="Times New Roman"/>
          <w:b/>
          <w:szCs w:val="24"/>
        </w:rPr>
        <w:t>MR.HEALTHY</w:t>
      </w:r>
      <w:proofErr w:type="gramEnd"/>
      <w:r w:rsidRPr="00383FBB">
        <w:rPr>
          <w:rFonts w:cs="Times New Roman"/>
          <w:szCs w:val="24"/>
        </w:rPr>
        <w:t xml:space="preserve">  </w:t>
      </w:r>
      <w:proofErr w:type="gramStart"/>
      <w:r w:rsidRPr="00383FBB">
        <w:rPr>
          <w:rFonts w:cs="Times New Roman"/>
          <w:szCs w:val="24"/>
        </w:rPr>
        <w:t xml:space="preserve">  :</w:t>
      </w:r>
      <w:proofErr w:type="gramEnd"/>
      <w:r w:rsidRPr="00383FBB">
        <w:rPr>
          <w:rFonts w:cs="Times New Roman"/>
          <w:szCs w:val="24"/>
        </w:rPr>
        <w:t xml:space="preserve">  Our forefathers </w:t>
      </w:r>
      <w:proofErr w:type="gramStart"/>
      <w:r w:rsidRPr="00383FBB">
        <w:rPr>
          <w:rFonts w:cs="Times New Roman"/>
          <w:szCs w:val="24"/>
        </w:rPr>
        <w:t xml:space="preserve">took  </w:t>
      </w:r>
      <w:r w:rsidRPr="00383FBB">
        <w:rPr>
          <w:rFonts w:cs="Times New Roman" w:hint="eastAsia"/>
          <w:szCs w:val="24"/>
          <w:lang w:eastAsia="zh-CN"/>
        </w:rPr>
        <w:t>food</w:t>
      </w:r>
      <w:proofErr w:type="gramEnd"/>
      <w:r w:rsidRPr="00383FBB">
        <w:rPr>
          <w:rFonts w:cs="Times New Roman" w:hint="eastAsia"/>
          <w:szCs w:val="24"/>
          <w:lang w:eastAsia="zh-CN"/>
        </w:rPr>
        <w:t xml:space="preserve"> </w:t>
      </w:r>
      <w:r w:rsidRPr="00383FBB">
        <w:rPr>
          <w:rFonts w:cs="Times New Roman"/>
          <w:szCs w:val="24"/>
        </w:rPr>
        <w:t xml:space="preserve">who eat hunger and health. although </w:t>
      </w:r>
      <w:proofErr w:type="spellStart"/>
      <w:r w:rsidRPr="00383FBB">
        <w:rPr>
          <w:rFonts w:cs="Times New Roman"/>
          <w:szCs w:val="24"/>
        </w:rPr>
        <w:t>they where</w:t>
      </w:r>
      <w:proofErr w:type="spellEnd"/>
      <w:r w:rsidRPr="00383FBB">
        <w:rPr>
          <w:rFonts w:cs="Times New Roman"/>
          <w:szCs w:val="24"/>
        </w:rPr>
        <w:t xml:space="preserve"> </w:t>
      </w:r>
      <w:proofErr w:type="gramStart"/>
      <w:r w:rsidRPr="00383FBB">
        <w:rPr>
          <w:rFonts w:cs="Times New Roman"/>
          <w:szCs w:val="24"/>
        </w:rPr>
        <w:t>cooked  in</w:t>
      </w:r>
      <w:proofErr w:type="gramEnd"/>
      <w:r w:rsidRPr="00383FBB">
        <w:rPr>
          <w:rFonts w:cs="Times New Roman"/>
          <w:szCs w:val="24"/>
        </w:rPr>
        <w:t xml:space="preserve"> different ways and are not </w:t>
      </w:r>
      <w:proofErr w:type="gramStart"/>
      <w:r w:rsidRPr="00383FBB">
        <w:rPr>
          <w:rFonts w:cs="Times New Roman"/>
          <w:szCs w:val="24"/>
        </w:rPr>
        <w:t>healthy</w:t>
      </w:r>
      <w:proofErr w:type="gramEnd"/>
      <w:r w:rsidRPr="00383FBB">
        <w:rPr>
          <w:rFonts w:cs="Times New Roman"/>
          <w:szCs w:val="24"/>
        </w:rPr>
        <w:t xml:space="preserve"> they are </w:t>
      </w:r>
      <w:proofErr w:type="gramStart"/>
      <w:r w:rsidRPr="00383FBB">
        <w:rPr>
          <w:rFonts w:cs="Times New Roman"/>
          <w:szCs w:val="24"/>
        </w:rPr>
        <w:t>eating  them</w:t>
      </w:r>
      <w:proofErr w:type="gramEnd"/>
      <w:r w:rsidRPr="00383FBB">
        <w:rPr>
          <w:rFonts w:cs="Times New Roman"/>
          <w:szCs w:val="24"/>
        </w:rPr>
        <w:t xml:space="preserve"> only focusing on the taste Junk food contains </w:t>
      </w:r>
      <w:proofErr w:type="spellStart"/>
      <w:r w:rsidRPr="00383FBB">
        <w:rPr>
          <w:rFonts w:cs="Times New Roman"/>
          <w:szCs w:val="24"/>
        </w:rPr>
        <w:t>glutomate</w:t>
      </w:r>
      <w:proofErr w:type="spellEnd"/>
      <w:r w:rsidRPr="00383FBB">
        <w:rPr>
          <w:rFonts w:cs="Times New Roman"/>
          <w:szCs w:val="24"/>
        </w:rPr>
        <w:t xml:space="preserve">, monosodium which makes us eat </w:t>
      </w:r>
      <w:proofErr w:type="gramStart"/>
      <w:r w:rsidRPr="00383FBB">
        <w:rPr>
          <w:rFonts w:cs="Times New Roman"/>
          <w:szCs w:val="24"/>
        </w:rPr>
        <w:t>again and again</w:t>
      </w:r>
      <w:proofErr w:type="gramEnd"/>
      <w:r w:rsidRPr="00383FBB">
        <w:rPr>
          <w:rFonts w:cs="Times New Roman"/>
          <w:szCs w:val="24"/>
        </w:rPr>
        <w:t xml:space="preserve"> </w:t>
      </w:r>
      <w:r w:rsidRPr="00383FBB">
        <w:rPr>
          <w:rFonts w:cs="Times New Roman" w:hint="eastAsia"/>
          <w:szCs w:val="24"/>
          <w:lang w:eastAsia="zh-CN"/>
        </w:rPr>
        <w:t>u</w:t>
      </w:r>
      <w:r w:rsidRPr="00383FBB">
        <w:rPr>
          <w:rFonts w:cs="Times New Roman"/>
          <w:szCs w:val="24"/>
        </w:rPr>
        <w:t>navoidably many people are adding it to their daily diet.</w:t>
      </w:r>
    </w:p>
    <w:p w14:paraId="1DCF9E41" w14:textId="77777777" w:rsidR="00383FBB" w:rsidRPr="00383FBB" w:rsidRDefault="00383FBB" w:rsidP="00383FBB">
      <w:pPr>
        <w:spacing w:line="360" w:lineRule="auto"/>
        <w:jc w:val="both"/>
        <w:rPr>
          <w:rFonts w:cs="Times New Roman"/>
          <w:szCs w:val="24"/>
        </w:rPr>
      </w:pPr>
      <w:r w:rsidRPr="00383FBB">
        <w:rPr>
          <w:rFonts w:cs="Times New Roman"/>
          <w:b/>
          <w:szCs w:val="24"/>
        </w:rPr>
        <w:t xml:space="preserve">Ill Effects of </w:t>
      </w:r>
      <w:proofErr w:type="gramStart"/>
      <w:r w:rsidRPr="00383FBB">
        <w:rPr>
          <w:rFonts w:cs="Times New Roman"/>
          <w:b/>
          <w:szCs w:val="24"/>
        </w:rPr>
        <w:t>consuming  junk</w:t>
      </w:r>
      <w:proofErr w:type="gramEnd"/>
      <w:r w:rsidRPr="00383FBB">
        <w:rPr>
          <w:rFonts w:cs="Times New Roman"/>
          <w:b/>
          <w:szCs w:val="24"/>
        </w:rPr>
        <w:t xml:space="preserve">   foods</w:t>
      </w:r>
    </w:p>
    <w:p w14:paraId="40F6E793"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Obesity</w:t>
      </w:r>
    </w:p>
    <w:p w14:paraId="5B1EC293"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Risk of diabetes</w:t>
      </w:r>
    </w:p>
    <w:p w14:paraId="461B68E1"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Dental problems</w:t>
      </w:r>
    </w:p>
    <w:p w14:paraId="249353A9"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Irritable bowel syndrome</w:t>
      </w:r>
    </w:p>
    <w:p w14:paraId="42FD3EA8"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lastRenderedPageBreak/>
        <w:t>Abdominal pain, diarrhea, constipation</w:t>
      </w:r>
    </w:p>
    <w:p w14:paraId="085978B8"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Inflammation</w:t>
      </w:r>
    </w:p>
    <w:p w14:paraId="6B78DB78"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Attention deficit disorder</w:t>
      </w:r>
    </w:p>
    <w:p w14:paraId="16888661"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Stress</w:t>
      </w:r>
    </w:p>
    <w:p w14:paraId="0E97ED6A"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Hyperactivity</w:t>
      </w:r>
    </w:p>
    <w:p w14:paraId="757BBB7E"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Malnutrition</w:t>
      </w:r>
    </w:p>
    <w:p w14:paraId="26D4D5A0"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Poor academic performance</w:t>
      </w:r>
    </w:p>
    <w:p w14:paraId="4E14108C"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Chronic disease</w:t>
      </w:r>
    </w:p>
    <w:p w14:paraId="72CBB840"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Low concentration</w:t>
      </w:r>
    </w:p>
    <w:p w14:paraId="0C6876F3"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Osteoporosis</w:t>
      </w:r>
    </w:p>
    <w:p w14:paraId="1EA7F9F5"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Eating disorder</w:t>
      </w:r>
    </w:p>
    <w:p w14:paraId="2D2CEFE4"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Sleep problems</w:t>
      </w:r>
    </w:p>
    <w:p w14:paraId="2FFBC709"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Aggression</w:t>
      </w:r>
    </w:p>
    <w:p w14:paraId="690F6980"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High in fat</w:t>
      </w:r>
    </w:p>
    <w:p w14:paraId="0F4F4D69" w14:textId="77777777" w:rsidR="00383FBB" w:rsidRPr="00383FBB" w:rsidRDefault="00383FBB" w:rsidP="00383FBB">
      <w:pPr>
        <w:widowControl w:val="0"/>
        <w:numPr>
          <w:ilvl w:val="0"/>
          <w:numId w:val="10"/>
        </w:numPr>
        <w:tabs>
          <w:tab w:val="num" w:pos="1287"/>
        </w:tabs>
        <w:autoSpaceDE w:val="0"/>
        <w:autoSpaceDN w:val="0"/>
        <w:spacing w:line="360" w:lineRule="auto"/>
        <w:ind w:left="680"/>
        <w:jc w:val="both"/>
        <w:rPr>
          <w:rFonts w:cs="Times New Roman"/>
          <w:szCs w:val="24"/>
        </w:rPr>
      </w:pPr>
      <w:r w:rsidRPr="00383FBB">
        <w:rPr>
          <w:rFonts w:cs="Times New Roman"/>
          <w:szCs w:val="24"/>
        </w:rPr>
        <w:t>Liver disease</w:t>
      </w:r>
    </w:p>
    <w:p w14:paraId="70597CEC" w14:textId="77777777" w:rsidR="00383FBB" w:rsidRPr="00383FBB" w:rsidRDefault="00383FBB" w:rsidP="00383FBB">
      <w:pPr>
        <w:widowControl w:val="0"/>
        <w:numPr>
          <w:ilvl w:val="0"/>
          <w:numId w:val="10"/>
        </w:numPr>
        <w:tabs>
          <w:tab w:val="num" w:pos="1287"/>
        </w:tabs>
        <w:autoSpaceDE w:val="0"/>
        <w:autoSpaceDN w:val="0"/>
        <w:spacing w:line="360" w:lineRule="auto"/>
        <w:ind w:left="624"/>
        <w:jc w:val="both"/>
        <w:rPr>
          <w:rFonts w:cs="Times New Roman"/>
          <w:szCs w:val="24"/>
        </w:rPr>
      </w:pPr>
      <w:r w:rsidRPr="00383FBB">
        <w:rPr>
          <w:rFonts w:cs="Times New Roman"/>
          <w:szCs w:val="24"/>
        </w:rPr>
        <w:t>Problem in kidney function</w:t>
      </w:r>
    </w:p>
    <w:p w14:paraId="341A6A63" w14:textId="77777777" w:rsidR="00383FBB" w:rsidRPr="00383FBB" w:rsidRDefault="00383FBB" w:rsidP="00383FBB">
      <w:pPr>
        <w:widowControl w:val="0"/>
        <w:numPr>
          <w:ilvl w:val="0"/>
          <w:numId w:val="10"/>
        </w:numPr>
        <w:tabs>
          <w:tab w:val="num" w:pos="1287"/>
        </w:tabs>
        <w:autoSpaceDE w:val="0"/>
        <w:autoSpaceDN w:val="0"/>
        <w:spacing w:line="360" w:lineRule="auto"/>
        <w:ind w:left="624"/>
        <w:jc w:val="both"/>
        <w:rPr>
          <w:rFonts w:cs="Times New Roman"/>
          <w:szCs w:val="24"/>
        </w:rPr>
      </w:pPr>
      <w:r w:rsidRPr="00383FBB">
        <w:rPr>
          <w:rFonts w:cs="Times New Roman"/>
          <w:szCs w:val="24"/>
        </w:rPr>
        <w:t>Skin problems</w:t>
      </w:r>
    </w:p>
    <w:p w14:paraId="74702D28" w14:textId="77777777" w:rsidR="00383FBB" w:rsidRPr="00383FBB" w:rsidRDefault="00383FBB" w:rsidP="00383FBB">
      <w:pPr>
        <w:widowControl w:val="0"/>
        <w:numPr>
          <w:ilvl w:val="0"/>
          <w:numId w:val="10"/>
        </w:numPr>
        <w:tabs>
          <w:tab w:val="num" w:pos="1287"/>
        </w:tabs>
        <w:autoSpaceDE w:val="0"/>
        <w:autoSpaceDN w:val="0"/>
        <w:spacing w:line="360" w:lineRule="auto"/>
        <w:ind w:left="624"/>
        <w:jc w:val="both"/>
        <w:rPr>
          <w:rFonts w:cs="Times New Roman"/>
          <w:szCs w:val="24"/>
        </w:rPr>
      </w:pPr>
      <w:r w:rsidRPr="00383FBB">
        <w:rPr>
          <w:rFonts w:cs="Times New Roman"/>
          <w:szCs w:val="24"/>
        </w:rPr>
        <w:t>Cancer</w:t>
      </w:r>
    </w:p>
    <w:p w14:paraId="0E814588" w14:textId="77777777" w:rsidR="00383FBB" w:rsidRPr="00383FBB" w:rsidRDefault="00383FBB" w:rsidP="00383FBB">
      <w:pPr>
        <w:widowControl w:val="0"/>
        <w:numPr>
          <w:ilvl w:val="0"/>
          <w:numId w:val="10"/>
        </w:numPr>
        <w:tabs>
          <w:tab w:val="num" w:pos="1287"/>
        </w:tabs>
        <w:autoSpaceDE w:val="0"/>
        <w:autoSpaceDN w:val="0"/>
        <w:spacing w:line="360" w:lineRule="auto"/>
        <w:ind w:left="624"/>
        <w:jc w:val="both"/>
        <w:rPr>
          <w:rFonts w:cs="Times New Roman"/>
          <w:szCs w:val="24"/>
        </w:rPr>
      </w:pPr>
      <w:r w:rsidRPr="00383FBB">
        <w:rPr>
          <w:rFonts w:cs="Times New Roman"/>
          <w:szCs w:val="24"/>
        </w:rPr>
        <w:t>Damages brain and memory</w:t>
      </w:r>
    </w:p>
    <w:p w14:paraId="10551866" w14:textId="77777777" w:rsidR="00383FBB" w:rsidRPr="00383FBB" w:rsidRDefault="00383FBB" w:rsidP="00383FBB">
      <w:pPr>
        <w:widowControl w:val="0"/>
        <w:numPr>
          <w:ilvl w:val="0"/>
          <w:numId w:val="10"/>
        </w:numPr>
        <w:tabs>
          <w:tab w:val="num" w:pos="1287"/>
        </w:tabs>
        <w:autoSpaceDE w:val="0"/>
        <w:autoSpaceDN w:val="0"/>
        <w:spacing w:line="360" w:lineRule="auto"/>
        <w:ind w:left="624"/>
        <w:jc w:val="both"/>
        <w:rPr>
          <w:rFonts w:cs="Times New Roman"/>
          <w:szCs w:val="24"/>
        </w:rPr>
      </w:pPr>
      <w:r w:rsidRPr="00383FBB">
        <w:rPr>
          <w:rFonts w:cs="Times New Roman"/>
          <w:szCs w:val="24"/>
        </w:rPr>
        <w:t>Chronic high intake of sweets also causes neurological disorders</w:t>
      </w:r>
    </w:p>
    <w:p w14:paraId="61788406" w14:textId="792C4D1B" w:rsidR="00BE6551" w:rsidRPr="00383FBB" w:rsidRDefault="00383FBB" w:rsidP="00383FBB">
      <w:pPr>
        <w:spacing w:line="360" w:lineRule="auto"/>
        <w:ind w:left="624"/>
        <w:jc w:val="both"/>
        <w:rPr>
          <w:rFonts w:cs="Times New Roman"/>
          <w:szCs w:val="24"/>
        </w:rPr>
      </w:pPr>
      <w:r w:rsidRPr="00383FBB">
        <w:rPr>
          <w:rFonts w:cs="Times New Roman"/>
          <w:b/>
          <w:szCs w:val="24"/>
        </w:rPr>
        <w:t>MR HEALTHY</w:t>
      </w:r>
      <w:r w:rsidRPr="00383FBB">
        <w:rPr>
          <w:rFonts w:cs="Times New Roman"/>
          <w:szCs w:val="24"/>
        </w:rPr>
        <w:t xml:space="preserve">: </w:t>
      </w:r>
      <w:proofErr w:type="gramStart"/>
      <w:r w:rsidRPr="00383FBB">
        <w:rPr>
          <w:rFonts w:cs="Times New Roman"/>
          <w:szCs w:val="24"/>
        </w:rPr>
        <w:t>So</w:t>
      </w:r>
      <w:proofErr w:type="gramEnd"/>
      <w:r w:rsidRPr="00383FBB">
        <w:rPr>
          <w:rFonts w:cs="Times New Roman"/>
          <w:szCs w:val="24"/>
        </w:rPr>
        <w:t xml:space="preserve"> my dear students eat healthy stay healthy.</w:t>
      </w:r>
    </w:p>
    <w:sectPr w:rsidR="00BE6551" w:rsidRPr="00383FB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ED7AF6"/>
    <w:multiLevelType w:val="multilevel"/>
    <w:tmpl w:val="2AED7AF6"/>
    <w:lvl w:ilvl="0">
      <w:start w:val="1"/>
      <w:numFmt w:val="bullet"/>
      <w:lvlText w:val=""/>
      <w:lvlJc w:val="left"/>
      <w:pPr>
        <w:tabs>
          <w:tab w:val="left" w:pos="1287"/>
        </w:tabs>
        <w:ind w:left="1287" w:hanging="720"/>
      </w:pPr>
      <w:rPr>
        <w:rFonts w:ascii="Symbol" w:hAnsi="Symbol" w:hint="default"/>
      </w:r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562064921">
    <w:abstractNumId w:val="8"/>
  </w:num>
  <w:num w:numId="2" w16cid:durableId="436104542">
    <w:abstractNumId w:val="6"/>
  </w:num>
  <w:num w:numId="3" w16cid:durableId="1562859694">
    <w:abstractNumId w:val="5"/>
  </w:num>
  <w:num w:numId="4" w16cid:durableId="1206718671">
    <w:abstractNumId w:val="4"/>
  </w:num>
  <w:num w:numId="5" w16cid:durableId="1098911964">
    <w:abstractNumId w:val="7"/>
  </w:num>
  <w:num w:numId="6" w16cid:durableId="1920361618">
    <w:abstractNumId w:val="3"/>
  </w:num>
  <w:num w:numId="7" w16cid:durableId="2085954977">
    <w:abstractNumId w:val="2"/>
  </w:num>
  <w:num w:numId="8" w16cid:durableId="1000080720">
    <w:abstractNumId w:val="1"/>
  </w:num>
  <w:num w:numId="9" w16cid:durableId="81144262">
    <w:abstractNumId w:val="0"/>
  </w:num>
  <w:num w:numId="10" w16cid:durableId="9049896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638"/>
    <w:rsid w:val="0015074B"/>
    <w:rsid w:val="0029639D"/>
    <w:rsid w:val="00326F90"/>
    <w:rsid w:val="00383FBB"/>
    <w:rsid w:val="00AA1D8D"/>
    <w:rsid w:val="00B47730"/>
    <w:rsid w:val="00BE655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F4BA55"/>
  <w14:defaultImageDpi w14:val="300"/>
  <w15:docId w15:val="{B09030D5-ED27-A34A-BDCF-2DE10A06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1387</Words>
  <Characters>7379</Characters>
  <Application>Microsoft Office Word</Application>
  <DocSecurity>0</DocSecurity>
  <Lines>283</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Saravanan C</cp:lastModifiedBy>
  <cp:revision>2</cp:revision>
  <dcterms:created xsi:type="dcterms:W3CDTF">2013-12-23T23:15:00Z</dcterms:created>
  <dcterms:modified xsi:type="dcterms:W3CDTF">2026-02-17T12:00:00Z</dcterms:modified>
  <cp:category/>
</cp:coreProperties>
</file>