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18634" w14:textId="77777777" w:rsidR="00087922" w:rsidRPr="00233F23" w:rsidRDefault="00617CA2" w:rsidP="00233F23">
      <w:pPr>
        <w:pStyle w:val="Heading1"/>
        <w:jc w:val="center"/>
        <w:rPr>
          <w:rFonts w:ascii="Times New Roman" w:hAnsi="Times New Roman" w:cs="Times New Roman"/>
          <w:color w:val="auto"/>
          <w:u w:val="single"/>
        </w:rPr>
      </w:pPr>
      <w:r w:rsidRPr="00233F23">
        <w:rPr>
          <w:rFonts w:ascii="Times New Roman" w:hAnsi="Times New Roman" w:cs="Times New Roman"/>
          <w:color w:val="auto"/>
          <w:u w:val="single"/>
        </w:rPr>
        <w:t>INTERVIEW DATA SHEET</w:t>
      </w:r>
    </w:p>
    <w:p w14:paraId="4AF63AD4" w14:textId="77777777" w:rsidR="00087922" w:rsidRPr="00617CA2" w:rsidRDefault="00617CA2">
      <w:pPr>
        <w:pStyle w:val="Heading2"/>
        <w:rPr>
          <w:rFonts w:ascii="Times New Roman" w:hAnsi="Times New Roman" w:cs="Times New Roman"/>
          <w:color w:val="auto"/>
        </w:rPr>
      </w:pPr>
      <w:r w:rsidRPr="00617CA2">
        <w:rPr>
          <w:rFonts w:ascii="Times New Roman" w:hAnsi="Times New Roman" w:cs="Times New Roman"/>
          <w:color w:val="auto"/>
        </w:rPr>
        <w:t>Section 1: Survey Details</w:t>
      </w:r>
    </w:p>
    <w:p w14:paraId="08968A36" w14:textId="77777777" w:rsidR="00233F23" w:rsidRDefault="00233F23">
      <w:pPr>
        <w:rPr>
          <w:rFonts w:ascii="Times New Roman" w:hAnsi="Times New Roman" w:cs="Times New Roman"/>
        </w:rPr>
      </w:pPr>
    </w:p>
    <w:p w14:paraId="633BAADC" w14:textId="6E031DAE" w:rsidR="00087922" w:rsidRPr="00617CA2" w:rsidRDefault="00617CA2">
      <w:pPr>
        <w:rPr>
          <w:rFonts w:ascii="Times New Roman" w:hAnsi="Times New Roman" w:cs="Times New Roman"/>
        </w:rPr>
      </w:pPr>
      <w:r w:rsidRPr="00617CA2">
        <w:rPr>
          <w:rFonts w:ascii="Times New Roman" w:hAnsi="Times New Roman" w:cs="Times New Roman"/>
        </w:rPr>
        <w:t>1. Survey Location:</w:t>
      </w:r>
    </w:p>
    <w:p w14:paraId="03169D95" w14:textId="77777777" w:rsidR="00087922" w:rsidRPr="00617CA2" w:rsidRDefault="00617CA2">
      <w:pPr>
        <w:rPr>
          <w:rFonts w:ascii="Times New Roman" w:hAnsi="Times New Roman" w:cs="Times New Roman"/>
        </w:rPr>
      </w:pPr>
      <w:r w:rsidRPr="00617CA2">
        <w:rPr>
          <w:rFonts w:ascii="Times New Roman" w:hAnsi="Times New Roman" w:cs="Times New Roman"/>
        </w:rPr>
        <w:t>2. Date:</w:t>
      </w:r>
    </w:p>
    <w:p w14:paraId="692AB7A8" w14:textId="77777777" w:rsidR="00087922" w:rsidRPr="00617CA2" w:rsidRDefault="00617CA2">
      <w:pPr>
        <w:pStyle w:val="Heading2"/>
        <w:rPr>
          <w:rFonts w:ascii="Times New Roman" w:hAnsi="Times New Roman" w:cs="Times New Roman"/>
          <w:color w:val="auto"/>
        </w:rPr>
      </w:pPr>
      <w:r w:rsidRPr="00617CA2">
        <w:rPr>
          <w:rFonts w:ascii="Times New Roman" w:hAnsi="Times New Roman" w:cs="Times New Roman"/>
          <w:color w:val="auto"/>
        </w:rPr>
        <w:t>Section 2: Personal Information</w:t>
      </w:r>
    </w:p>
    <w:p w14:paraId="26D497FA" w14:textId="5DC295A1" w:rsidR="00087922" w:rsidRPr="004920BB" w:rsidRDefault="00617CA2" w:rsidP="004920BB">
      <w:pPr>
        <w:pStyle w:val="ListParagraph"/>
        <w:numPr>
          <w:ilvl w:val="0"/>
          <w:numId w:val="13"/>
        </w:numPr>
        <w:spacing w:line="600" w:lineRule="auto"/>
        <w:ind w:left="284"/>
        <w:rPr>
          <w:rFonts w:ascii="Times New Roman" w:hAnsi="Times New Roman" w:cs="Times New Roman"/>
        </w:rPr>
      </w:pPr>
      <w:r w:rsidRPr="004920BB">
        <w:rPr>
          <w:rFonts w:ascii="Times New Roman" w:hAnsi="Times New Roman" w:cs="Times New Roman"/>
        </w:rPr>
        <w:t>Name:</w:t>
      </w:r>
    </w:p>
    <w:p w14:paraId="44D71388" w14:textId="0CF32AEA" w:rsidR="00087922" w:rsidRPr="004920BB" w:rsidRDefault="00617CA2" w:rsidP="004920BB">
      <w:pPr>
        <w:pStyle w:val="ListParagraph"/>
        <w:numPr>
          <w:ilvl w:val="0"/>
          <w:numId w:val="13"/>
        </w:numPr>
        <w:spacing w:line="600" w:lineRule="auto"/>
        <w:ind w:left="284"/>
        <w:rPr>
          <w:rFonts w:ascii="Times New Roman" w:hAnsi="Times New Roman" w:cs="Times New Roman"/>
        </w:rPr>
      </w:pPr>
      <w:r w:rsidRPr="004920BB">
        <w:rPr>
          <w:rFonts w:ascii="Times New Roman" w:hAnsi="Times New Roman" w:cs="Times New Roman"/>
        </w:rPr>
        <w:t>Sex:</w:t>
      </w:r>
    </w:p>
    <w:p w14:paraId="0A152DB7" w14:textId="67C21C49" w:rsidR="00087922" w:rsidRPr="004920BB" w:rsidRDefault="00617CA2" w:rsidP="004920BB">
      <w:pPr>
        <w:pStyle w:val="ListParagraph"/>
        <w:numPr>
          <w:ilvl w:val="0"/>
          <w:numId w:val="13"/>
        </w:numPr>
        <w:spacing w:line="600" w:lineRule="auto"/>
        <w:ind w:left="284"/>
        <w:rPr>
          <w:rFonts w:ascii="Times New Roman" w:hAnsi="Times New Roman" w:cs="Times New Roman"/>
        </w:rPr>
      </w:pPr>
      <w:r w:rsidRPr="004920BB">
        <w:rPr>
          <w:rFonts w:ascii="Times New Roman" w:hAnsi="Times New Roman" w:cs="Times New Roman"/>
        </w:rPr>
        <w:t>Age:</w:t>
      </w:r>
    </w:p>
    <w:p w14:paraId="698768C5" w14:textId="1CC40F16" w:rsidR="00087922" w:rsidRPr="004920BB" w:rsidRDefault="00617CA2" w:rsidP="004920BB">
      <w:pPr>
        <w:pStyle w:val="ListParagraph"/>
        <w:numPr>
          <w:ilvl w:val="0"/>
          <w:numId w:val="13"/>
        </w:numPr>
        <w:spacing w:line="600" w:lineRule="auto"/>
        <w:ind w:left="284"/>
        <w:rPr>
          <w:rFonts w:ascii="Times New Roman" w:hAnsi="Times New Roman" w:cs="Times New Roman"/>
        </w:rPr>
      </w:pPr>
      <w:r w:rsidRPr="004920BB">
        <w:rPr>
          <w:rFonts w:ascii="Times New Roman" w:hAnsi="Times New Roman" w:cs="Times New Roman"/>
        </w:rPr>
        <w:t>Address:</w:t>
      </w:r>
    </w:p>
    <w:p w14:paraId="0ACB3C9D" w14:textId="28838E6B" w:rsidR="00087922" w:rsidRPr="004920BB" w:rsidRDefault="00617CA2" w:rsidP="004920BB">
      <w:pPr>
        <w:pStyle w:val="ListParagraph"/>
        <w:numPr>
          <w:ilvl w:val="0"/>
          <w:numId w:val="13"/>
        </w:numPr>
        <w:spacing w:line="600" w:lineRule="auto"/>
        <w:ind w:left="284"/>
        <w:rPr>
          <w:rFonts w:ascii="Times New Roman" w:hAnsi="Times New Roman" w:cs="Times New Roman"/>
        </w:rPr>
      </w:pPr>
      <w:r w:rsidRPr="004920BB">
        <w:rPr>
          <w:rFonts w:ascii="Times New Roman" w:hAnsi="Times New Roman" w:cs="Times New Roman"/>
        </w:rPr>
        <w:t>Ethnic Community/Caste:</w:t>
      </w:r>
    </w:p>
    <w:p w14:paraId="31E10DDB" w14:textId="59FB6707" w:rsidR="00087922" w:rsidRPr="004920BB" w:rsidRDefault="00617CA2" w:rsidP="004920BB">
      <w:pPr>
        <w:pStyle w:val="ListParagraph"/>
        <w:numPr>
          <w:ilvl w:val="0"/>
          <w:numId w:val="13"/>
        </w:numPr>
        <w:spacing w:line="600" w:lineRule="auto"/>
        <w:ind w:left="284"/>
        <w:rPr>
          <w:rFonts w:ascii="Times New Roman" w:hAnsi="Times New Roman" w:cs="Times New Roman"/>
        </w:rPr>
      </w:pPr>
      <w:r w:rsidRPr="004920BB">
        <w:rPr>
          <w:rFonts w:ascii="Times New Roman" w:hAnsi="Times New Roman" w:cs="Times New Roman"/>
        </w:rPr>
        <w:t>Occupation:</w:t>
      </w:r>
    </w:p>
    <w:p w14:paraId="21DD5497" w14:textId="1CAC4E50" w:rsidR="00087922" w:rsidRPr="004920BB" w:rsidRDefault="00617CA2" w:rsidP="004920BB">
      <w:pPr>
        <w:pStyle w:val="ListParagraph"/>
        <w:numPr>
          <w:ilvl w:val="0"/>
          <w:numId w:val="13"/>
        </w:numPr>
        <w:spacing w:line="600" w:lineRule="auto"/>
        <w:ind w:left="284"/>
        <w:rPr>
          <w:rFonts w:ascii="Times New Roman" w:hAnsi="Times New Roman" w:cs="Times New Roman"/>
        </w:rPr>
      </w:pPr>
      <w:r w:rsidRPr="004920BB">
        <w:rPr>
          <w:rFonts w:ascii="Times New Roman" w:hAnsi="Times New Roman" w:cs="Times New Roman"/>
        </w:rPr>
        <w:t>Is this your sole occupation? Yes / No</w:t>
      </w:r>
    </w:p>
    <w:p w14:paraId="4302EA04" w14:textId="19451394" w:rsidR="00087922" w:rsidRPr="004920BB" w:rsidRDefault="00617CA2" w:rsidP="004920BB">
      <w:pPr>
        <w:pStyle w:val="ListParagraph"/>
        <w:numPr>
          <w:ilvl w:val="0"/>
          <w:numId w:val="13"/>
        </w:numPr>
        <w:spacing w:line="600" w:lineRule="auto"/>
        <w:ind w:left="284"/>
        <w:rPr>
          <w:rFonts w:ascii="Times New Roman" w:hAnsi="Times New Roman" w:cs="Times New Roman"/>
        </w:rPr>
      </w:pPr>
      <w:r w:rsidRPr="004920BB">
        <w:rPr>
          <w:rFonts w:ascii="Times New Roman" w:hAnsi="Times New Roman" w:cs="Times New Roman"/>
        </w:rPr>
        <w:t>Educational Qualification:</w:t>
      </w:r>
    </w:p>
    <w:p w14:paraId="63215F6F" w14:textId="77777777" w:rsidR="005242A8" w:rsidRPr="00617CA2" w:rsidRDefault="005242A8">
      <w:pPr>
        <w:rPr>
          <w:rFonts w:ascii="Times New Roman" w:hAnsi="Times New Roman" w:cs="Times New Roman"/>
        </w:rPr>
      </w:pPr>
    </w:p>
    <w:p w14:paraId="61D86807" w14:textId="77777777" w:rsidR="00087922" w:rsidRPr="00617CA2" w:rsidRDefault="00617CA2">
      <w:pPr>
        <w:pStyle w:val="Heading2"/>
        <w:rPr>
          <w:rFonts w:ascii="Times New Roman" w:hAnsi="Times New Roman" w:cs="Times New Roman"/>
          <w:color w:val="auto"/>
        </w:rPr>
      </w:pPr>
      <w:r w:rsidRPr="00617CA2">
        <w:rPr>
          <w:rFonts w:ascii="Times New Roman" w:hAnsi="Times New Roman" w:cs="Times New Roman"/>
          <w:color w:val="auto"/>
        </w:rPr>
        <w:t>Section 3: Ethnozoological Practices</w:t>
      </w:r>
    </w:p>
    <w:p w14:paraId="7F925052" w14:textId="77777777" w:rsidR="00FD5504" w:rsidRPr="00617CA2" w:rsidRDefault="00FD5504" w:rsidP="00E1549A">
      <w:pPr>
        <w:ind w:left="284"/>
        <w:rPr>
          <w:rFonts w:ascii="Times New Roman" w:hAnsi="Times New Roman" w:cs="Times New Roman"/>
        </w:rPr>
      </w:pPr>
    </w:p>
    <w:p w14:paraId="461BC6CF" w14:textId="65022DB0" w:rsidR="00087922" w:rsidRDefault="00617CA2" w:rsidP="00E1549A">
      <w:pPr>
        <w:pStyle w:val="ListParagraph"/>
        <w:numPr>
          <w:ilvl w:val="0"/>
          <w:numId w:val="10"/>
        </w:numPr>
        <w:ind w:left="284"/>
        <w:rPr>
          <w:rFonts w:ascii="Times New Roman" w:hAnsi="Times New Roman" w:cs="Times New Roman"/>
        </w:rPr>
      </w:pPr>
      <w:r w:rsidRPr="00E1549A">
        <w:rPr>
          <w:rFonts w:ascii="Times New Roman" w:hAnsi="Times New Roman" w:cs="Times New Roman"/>
        </w:rPr>
        <w:t>What animal is used in your ethnozoological practices?</w:t>
      </w:r>
    </w:p>
    <w:p w14:paraId="7528EC3D" w14:textId="77777777" w:rsidR="00EC6563" w:rsidRDefault="00EC6563" w:rsidP="00EC6563">
      <w:pPr>
        <w:pStyle w:val="ListParagraph"/>
        <w:spacing w:line="720" w:lineRule="auto"/>
        <w:ind w:left="284"/>
        <w:rPr>
          <w:rFonts w:ascii="Times New Roman" w:hAnsi="Times New Roman" w:cs="Times New Roman"/>
        </w:rPr>
      </w:pPr>
    </w:p>
    <w:p w14:paraId="2255045C" w14:textId="7F29798C" w:rsidR="00EC6563" w:rsidRDefault="00EC6563" w:rsidP="00EC6563">
      <w:pPr>
        <w:pStyle w:val="ListParagraph"/>
        <w:spacing w:line="72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ernacular </w:t>
      </w:r>
      <w:r w:rsidRPr="00E1549A">
        <w:rPr>
          <w:rFonts w:ascii="Times New Roman" w:hAnsi="Times New Roman" w:cs="Times New Roman"/>
        </w:rPr>
        <w:t>name</w:t>
      </w:r>
      <w:r>
        <w:rPr>
          <w:rFonts w:ascii="Times New Roman" w:hAnsi="Times New Roman" w:cs="Times New Roman"/>
        </w:rPr>
        <w:t>-</w:t>
      </w:r>
    </w:p>
    <w:p w14:paraId="040592B5" w14:textId="0EAE39B6" w:rsidR="00EC6563" w:rsidRPr="00EC6563" w:rsidRDefault="00EC6563" w:rsidP="00EC6563">
      <w:pPr>
        <w:pStyle w:val="ListParagraph"/>
        <w:spacing w:line="72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Species Name-</w:t>
      </w:r>
    </w:p>
    <w:p w14:paraId="3B512181" w14:textId="77777777" w:rsidR="005242A8" w:rsidRDefault="005242A8" w:rsidP="00E1549A">
      <w:pPr>
        <w:ind w:left="284"/>
        <w:rPr>
          <w:rFonts w:ascii="Times New Roman" w:hAnsi="Times New Roman" w:cs="Times New Roman"/>
        </w:rPr>
      </w:pPr>
    </w:p>
    <w:p w14:paraId="180704C3" w14:textId="1930177F" w:rsidR="00F96271" w:rsidRPr="00E1549A" w:rsidRDefault="00F96271" w:rsidP="00E1549A">
      <w:pPr>
        <w:pStyle w:val="ListParagraph"/>
        <w:numPr>
          <w:ilvl w:val="0"/>
          <w:numId w:val="10"/>
        </w:numPr>
        <w:ind w:left="284"/>
        <w:rPr>
          <w:rFonts w:ascii="Times New Roman" w:hAnsi="Times New Roman" w:cs="Times New Roman"/>
        </w:rPr>
      </w:pPr>
      <w:r w:rsidRPr="00E1549A">
        <w:rPr>
          <w:rFonts w:ascii="Times New Roman" w:hAnsi="Times New Roman" w:cs="Times New Roman"/>
        </w:rPr>
        <w:lastRenderedPageBreak/>
        <w:t>What are the identifying characteristics of the animal?</w:t>
      </w:r>
    </w:p>
    <w:p w14:paraId="12D79197" w14:textId="3090D13E" w:rsidR="00FD5504" w:rsidRDefault="00FD5504" w:rsidP="00EC6563">
      <w:pPr>
        <w:rPr>
          <w:rFonts w:ascii="Times New Roman" w:hAnsi="Times New Roman" w:cs="Times New Roman"/>
        </w:rPr>
      </w:pPr>
    </w:p>
    <w:p w14:paraId="2433A7F6" w14:textId="77777777" w:rsidR="00F96271" w:rsidRPr="00617CA2" w:rsidRDefault="00F96271" w:rsidP="00E1549A">
      <w:pPr>
        <w:ind w:left="284"/>
        <w:rPr>
          <w:rFonts w:ascii="Times New Roman" w:hAnsi="Times New Roman" w:cs="Times New Roman"/>
        </w:rPr>
      </w:pPr>
    </w:p>
    <w:p w14:paraId="4417AA2D" w14:textId="55A1F93D" w:rsidR="00087922" w:rsidRPr="00E1549A" w:rsidRDefault="00617CA2" w:rsidP="00E1549A">
      <w:pPr>
        <w:pStyle w:val="ListParagraph"/>
        <w:numPr>
          <w:ilvl w:val="0"/>
          <w:numId w:val="10"/>
        </w:numPr>
        <w:ind w:left="284"/>
        <w:rPr>
          <w:rFonts w:ascii="Times New Roman" w:hAnsi="Times New Roman" w:cs="Times New Roman"/>
        </w:rPr>
      </w:pPr>
      <w:r w:rsidRPr="00E1549A">
        <w:rPr>
          <w:rFonts w:ascii="Times New Roman" w:hAnsi="Times New Roman" w:cs="Times New Roman"/>
        </w:rPr>
        <w:t>Which specific part of the animal is used for medicinal purposes?</w:t>
      </w:r>
    </w:p>
    <w:p w14:paraId="5AE8559D" w14:textId="77777777" w:rsidR="00087922" w:rsidRDefault="00087922" w:rsidP="00E1549A">
      <w:pPr>
        <w:ind w:left="284"/>
        <w:rPr>
          <w:rFonts w:ascii="Times New Roman" w:hAnsi="Times New Roman" w:cs="Times New Roman"/>
        </w:rPr>
      </w:pPr>
    </w:p>
    <w:p w14:paraId="6819D31E" w14:textId="77777777" w:rsidR="00E2245D" w:rsidRPr="00617CA2" w:rsidRDefault="00E2245D" w:rsidP="00E1549A">
      <w:pPr>
        <w:ind w:left="284"/>
        <w:rPr>
          <w:rFonts w:ascii="Times New Roman" w:hAnsi="Times New Roman" w:cs="Times New Roman"/>
        </w:rPr>
      </w:pPr>
    </w:p>
    <w:p w14:paraId="73332E35" w14:textId="41E36EBA" w:rsidR="00CD2263" w:rsidRPr="00E1549A" w:rsidRDefault="00CD2263" w:rsidP="00E1549A">
      <w:pPr>
        <w:pStyle w:val="ListParagraph"/>
        <w:numPr>
          <w:ilvl w:val="0"/>
          <w:numId w:val="10"/>
        </w:numPr>
        <w:ind w:left="284"/>
        <w:rPr>
          <w:rFonts w:ascii="Times New Roman" w:hAnsi="Times New Roman" w:cs="Times New Roman"/>
        </w:rPr>
      </w:pPr>
      <w:r w:rsidRPr="00E1549A">
        <w:rPr>
          <w:rFonts w:ascii="Times New Roman" w:hAnsi="Times New Roman" w:cs="Times New Roman"/>
        </w:rPr>
        <w:t>What specific diseases or conditions are treated using this animal part?</w:t>
      </w:r>
    </w:p>
    <w:p w14:paraId="0D80A5A9" w14:textId="77777777" w:rsidR="00CD2263" w:rsidRPr="00617CA2" w:rsidRDefault="00CD2263" w:rsidP="00E1549A">
      <w:pPr>
        <w:ind w:left="284"/>
        <w:rPr>
          <w:rFonts w:ascii="Times New Roman" w:hAnsi="Times New Roman" w:cs="Times New Roman"/>
        </w:rPr>
      </w:pPr>
    </w:p>
    <w:p w14:paraId="54A0F7F7" w14:textId="77777777" w:rsidR="00FD5504" w:rsidRPr="00617CA2" w:rsidRDefault="00FD5504" w:rsidP="00E1549A">
      <w:pPr>
        <w:ind w:left="284"/>
        <w:rPr>
          <w:rFonts w:ascii="Times New Roman" w:hAnsi="Times New Roman" w:cs="Times New Roman"/>
        </w:rPr>
      </w:pPr>
    </w:p>
    <w:p w14:paraId="1E295D00" w14:textId="4D1BC00B" w:rsidR="00087922" w:rsidRPr="00E1549A" w:rsidRDefault="00617CA2" w:rsidP="00E1549A">
      <w:pPr>
        <w:pStyle w:val="ListParagraph"/>
        <w:numPr>
          <w:ilvl w:val="0"/>
          <w:numId w:val="10"/>
        </w:numPr>
        <w:ind w:left="284"/>
        <w:rPr>
          <w:rFonts w:ascii="Times New Roman" w:hAnsi="Times New Roman" w:cs="Times New Roman"/>
        </w:rPr>
      </w:pPr>
      <w:r w:rsidRPr="00E1549A">
        <w:rPr>
          <w:rFonts w:ascii="Times New Roman" w:hAnsi="Times New Roman" w:cs="Times New Roman"/>
        </w:rPr>
        <w:t>How is the animal part processed/prepared for use</w:t>
      </w:r>
      <w:r w:rsidR="00903690" w:rsidRPr="00E1549A">
        <w:rPr>
          <w:rFonts w:ascii="Times New Roman" w:hAnsi="Times New Roman" w:cs="Times New Roman"/>
        </w:rPr>
        <w:t>d</w:t>
      </w:r>
      <w:r w:rsidRPr="00E1549A">
        <w:rPr>
          <w:rFonts w:ascii="Times New Roman" w:hAnsi="Times New Roman" w:cs="Times New Roman"/>
        </w:rPr>
        <w:t xml:space="preserve"> </w:t>
      </w:r>
      <w:r w:rsidR="00903690" w:rsidRPr="00E1549A">
        <w:rPr>
          <w:rFonts w:ascii="Times New Roman" w:hAnsi="Times New Roman" w:cs="Times New Roman"/>
        </w:rPr>
        <w:t>for this particular disease or condition?</w:t>
      </w:r>
    </w:p>
    <w:p w14:paraId="33E1913B" w14:textId="77777777" w:rsidR="00087922" w:rsidRPr="00617CA2" w:rsidRDefault="00087922" w:rsidP="00E1549A">
      <w:pPr>
        <w:ind w:left="284"/>
        <w:rPr>
          <w:rFonts w:ascii="Times New Roman" w:hAnsi="Times New Roman" w:cs="Times New Roman"/>
        </w:rPr>
      </w:pPr>
    </w:p>
    <w:p w14:paraId="768B5688" w14:textId="77777777" w:rsidR="00FD5504" w:rsidRPr="00617CA2" w:rsidRDefault="00FD5504" w:rsidP="00E1549A">
      <w:pPr>
        <w:ind w:left="284"/>
        <w:rPr>
          <w:rFonts w:ascii="Times New Roman" w:hAnsi="Times New Roman" w:cs="Times New Roman"/>
        </w:rPr>
      </w:pPr>
    </w:p>
    <w:p w14:paraId="6F8D622B" w14:textId="3CA3441B" w:rsidR="00087922" w:rsidRPr="00E1549A" w:rsidRDefault="00617CA2" w:rsidP="00E1549A">
      <w:pPr>
        <w:pStyle w:val="ListParagraph"/>
        <w:numPr>
          <w:ilvl w:val="0"/>
          <w:numId w:val="10"/>
        </w:numPr>
        <w:ind w:left="284"/>
        <w:rPr>
          <w:rFonts w:ascii="Times New Roman" w:hAnsi="Times New Roman" w:cs="Times New Roman"/>
        </w:rPr>
      </w:pPr>
      <w:r w:rsidRPr="00E1549A">
        <w:rPr>
          <w:rFonts w:ascii="Times New Roman" w:hAnsi="Times New Roman" w:cs="Times New Roman"/>
        </w:rPr>
        <w:t>What is the method of administration?</w:t>
      </w:r>
    </w:p>
    <w:p w14:paraId="1DFBEE61" w14:textId="77777777" w:rsidR="00087922" w:rsidRPr="00617CA2" w:rsidRDefault="00087922">
      <w:pPr>
        <w:rPr>
          <w:rFonts w:ascii="Times New Roman" w:hAnsi="Times New Roman" w:cs="Times New Roman"/>
        </w:rPr>
      </w:pPr>
    </w:p>
    <w:p w14:paraId="07E22629" w14:textId="77777777" w:rsidR="00FD5504" w:rsidRPr="00617CA2" w:rsidRDefault="00FD5504">
      <w:pPr>
        <w:rPr>
          <w:rFonts w:ascii="Times New Roman" w:hAnsi="Times New Roman" w:cs="Times New Roman"/>
        </w:rPr>
      </w:pPr>
    </w:p>
    <w:p w14:paraId="499C28F6" w14:textId="77777777" w:rsidR="00087922" w:rsidRPr="00617CA2" w:rsidRDefault="00087922">
      <w:pPr>
        <w:rPr>
          <w:rFonts w:ascii="Times New Roman" w:hAnsi="Times New Roman" w:cs="Times New Roman"/>
        </w:rPr>
      </w:pPr>
    </w:p>
    <w:p w14:paraId="06DC4C3F" w14:textId="77777777" w:rsidR="00087922" w:rsidRPr="00617CA2" w:rsidRDefault="00617CA2">
      <w:pPr>
        <w:pStyle w:val="Heading2"/>
        <w:rPr>
          <w:rFonts w:ascii="Times New Roman" w:hAnsi="Times New Roman" w:cs="Times New Roman"/>
          <w:color w:val="auto"/>
        </w:rPr>
      </w:pPr>
      <w:r w:rsidRPr="00617CA2">
        <w:rPr>
          <w:rFonts w:ascii="Times New Roman" w:hAnsi="Times New Roman" w:cs="Times New Roman"/>
          <w:color w:val="auto"/>
        </w:rPr>
        <w:t>Section 4: Collection and Preparation Details</w:t>
      </w:r>
    </w:p>
    <w:p w14:paraId="5038F6C1" w14:textId="77777777" w:rsidR="00FD5504" w:rsidRPr="00617CA2" w:rsidRDefault="00FD5504">
      <w:pPr>
        <w:rPr>
          <w:rFonts w:ascii="Times New Roman" w:hAnsi="Times New Roman" w:cs="Times New Roman"/>
        </w:rPr>
      </w:pPr>
    </w:p>
    <w:p w14:paraId="4C65CF6C" w14:textId="405B902E" w:rsidR="00087922" w:rsidRPr="00E1549A" w:rsidRDefault="00617CA2" w:rsidP="004920BB">
      <w:pPr>
        <w:pStyle w:val="ListParagraph"/>
        <w:numPr>
          <w:ilvl w:val="0"/>
          <w:numId w:val="11"/>
        </w:numPr>
        <w:ind w:left="284"/>
        <w:rPr>
          <w:rFonts w:ascii="Times New Roman" w:hAnsi="Times New Roman" w:cs="Times New Roman"/>
        </w:rPr>
      </w:pPr>
      <w:r w:rsidRPr="00E1549A">
        <w:rPr>
          <w:rFonts w:ascii="Times New Roman" w:hAnsi="Times New Roman" w:cs="Times New Roman"/>
        </w:rPr>
        <w:t>Collection locality and other details:</w:t>
      </w:r>
    </w:p>
    <w:p w14:paraId="78D34776" w14:textId="77777777" w:rsidR="00087922" w:rsidRPr="00617CA2" w:rsidRDefault="00087922" w:rsidP="004920BB">
      <w:pPr>
        <w:ind w:left="284"/>
        <w:rPr>
          <w:rFonts w:ascii="Times New Roman" w:hAnsi="Times New Roman" w:cs="Times New Roman"/>
        </w:rPr>
      </w:pPr>
    </w:p>
    <w:p w14:paraId="5C6962EA" w14:textId="13B71D9D" w:rsidR="00087922" w:rsidRPr="00E1549A" w:rsidRDefault="00617CA2" w:rsidP="004920BB">
      <w:pPr>
        <w:pStyle w:val="ListParagraph"/>
        <w:numPr>
          <w:ilvl w:val="0"/>
          <w:numId w:val="11"/>
        </w:numPr>
        <w:ind w:left="284"/>
        <w:rPr>
          <w:rFonts w:ascii="Times New Roman" w:hAnsi="Times New Roman" w:cs="Times New Roman"/>
        </w:rPr>
      </w:pPr>
      <w:r w:rsidRPr="00E1549A">
        <w:rPr>
          <w:rFonts w:ascii="Times New Roman" w:hAnsi="Times New Roman" w:cs="Times New Roman"/>
        </w:rPr>
        <w:t>Method used for collection:</w:t>
      </w:r>
    </w:p>
    <w:p w14:paraId="52049E52" w14:textId="77777777" w:rsidR="00087922" w:rsidRPr="00617CA2" w:rsidRDefault="00087922" w:rsidP="004920BB">
      <w:pPr>
        <w:ind w:left="284"/>
        <w:rPr>
          <w:rFonts w:ascii="Times New Roman" w:hAnsi="Times New Roman" w:cs="Times New Roman"/>
        </w:rPr>
      </w:pPr>
    </w:p>
    <w:p w14:paraId="76D559F2" w14:textId="77777777" w:rsidR="00FD5504" w:rsidRPr="00617CA2" w:rsidRDefault="00FD5504">
      <w:pPr>
        <w:rPr>
          <w:rFonts w:ascii="Times New Roman" w:hAnsi="Times New Roman" w:cs="Times New Roman"/>
        </w:rPr>
      </w:pPr>
    </w:p>
    <w:p w14:paraId="163A9E89" w14:textId="77777777" w:rsidR="00087922" w:rsidRPr="00617CA2" w:rsidRDefault="00617CA2">
      <w:pPr>
        <w:pStyle w:val="Heading2"/>
        <w:rPr>
          <w:rFonts w:ascii="Times New Roman" w:hAnsi="Times New Roman" w:cs="Times New Roman"/>
          <w:color w:val="auto"/>
        </w:rPr>
      </w:pPr>
      <w:r w:rsidRPr="00617CA2">
        <w:rPr>
          <w:rFonts w:ascii="Times New Roman" w:hAnsi="Times New Roman" w:cs="Times New Roman"/>
          <w:color w:val="auto"/>
        </w:rPr>
        <w:t>Section 5: Additional Information</w:t>
      </w:r>
    </w:p>
    <w:p w14:paraId="434EBE27" w14:textId="77777777" w:rsidR="00FD5504" w:rsidRPr="00617CA2" w:rsidRDefault="00FD5504">
      <w:pPr>
        <w:rPr>
          <w:rFonts w:ascii="Times New Roman" w:hAnsi="Times New Roman" w:cs="Times New Roman"/>
        </w:rPr>
      </w:pPr>
    </w:p>
    <w:p w14:paraId="61E0B314" w14:textId="6FCE0194" w:rsidR="00087922" w:rsidRPr="004920BB" w:rsidRDefault="00617CA2" w:rsidP="004920BB">
      <w:pPr>
        <w:pStyle w:val="ListParagraph"/>
        <w:numPr>
          <w:ilvl w:val="0"/>
          <w:numId w:val="12"/>
        </w:numPr>
        <w:ind w:left="142"/>
        <w:rPr>
          <w:rFonts w:ascii="Times New Roman" w:hAnsi="Times New Roman" w:cs="Times New Roman"/>
        </w:rPr>
      </w:pPr>
      <w:r w:rsidRPr="004920BB">
        <w:rPr>
          <w:rFonts w:ascii="Times New Roman" w:hAnsi="Times New Roman" w:cs="Times New Roman"/>
        </w:rPr>
        <w:t>Do you have any additional information regarding the use of animals in traditional medicine that you would like to share?</w:t>
      </w:r>
    </w:p>
    <w:p w14:paraId="0442E0C8" w14:textId="77777777" w:rsidR="00087922" w:rsidRPr="00617CA2" w:rsidRDefault="00087922">
      <w:pPr>
        <w:rPr>
          <w:rFonts w:ascii="Times New Roman" w:hAnsi="Times New Roman" w:cs="Times New Roman"/>
        </w:rPr>
      </w:pPr>
    </w:p>
    <w:sectPr w:rsidR="00087922" w:rsidRPr="00617CA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1E4C67"/>
    <w:multiLevelType w:val="hybridMultilevel"/>
    <w:tmpl w:val="CD70ED0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756536"/>
    <w:multiLevelType w:val="hybridMultilevel"/>
    <w:tmpl w:val="27FEC5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216D6"/>
    <w:multiLevelType w:val="hybridMultilevel"/>
    <w:tmpl w:val="92EE430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02DD3"/>
    <w:multiLevelType w:val="hybridMultilevel"/>
    <w:tmpl w:val="52ECB4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486055">
    <w:abstractNumId w:val="8"/>
  </w:num>
  <w:num w:numId="2" w16cid:durableId="1713115772">
    <w:abstractNumId w:val="6"/>
  </w:num>
  <w:num w:numId="3" w16cid:durableId="952325364">
    <w:abstractNumId w:val="5"/>
  </w:num>
  <w:num w:numId="4" w16cid:durableId="693458826">
    <w:abstractNumId w:val="4"/>
  </w:num>
  <w:num w:numId="5" w16cid:durableId="1438062140">
    <w:abstractNumId w:val="7"/>
  </w:num>
  <w:num w:numId="6" w16cid:durableId="1277978131">
    <w:abstractNumId w:val="3"/>
  </w:num>
  <w:num w:numId="7" w16cid:durableId="1997613888">
    <w:abstractNumId w:val="2"/>
  </w:num>
  <w:num w:numId="8" w16cid:durableId="1682467431">
    <w:abstractNumId w:val="1"/>
  </w:num>
  <w:num w:numId="9" w16cid:durableId="1268583522">
    <w:abstractNumId w:val="0"/>
  </w:num>
  <w:num w:numId="10" w16cid:durableId="958536599">
    <w:abstractNumId w:val="11"/>
  </w:num>
  <w:num w:numId="11" w16cid:durableId="201789814">
    <w:abstractNumId w:val="10"/>
  </w:num>
  <w:num w:numId="12" w16cid:durableId="1898586162">
    <w:abstractNumId w:val="9"/>
  </w:num>
  <w:num w:numId="13" w16cid:durableId="3740415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7922"/>
    <w:rsid w:val="000B2254"/>
    <w:rsid w:val="0015074B"/>
    <w:rsid w:val="00233F23"/>
    <w:rsid w:val="0029639D"/>
    <w:rsid w:val="00326F90"/>
    <w:rsid w:val="004920BB"/>
    <w:rsid w:val="005242A8"/>
    <w:rsid w:val="00617CA2"/>
    <w:rsid w:val="007A0A8D"/>
    <w:rsid w:val="00805D03"/>
    <w:rsid w:val="00903690"/>
    <w:rsid w:val="00AA1D8D"/>
    <w:rsid w:val="00B47730"/>
    <w:rsid w:val="00CB0664"/>
    <w:rsid w:val="00CC6B10"/>
    <w:rsid w:val="00CD2263"/>
    <w:rsid w:val="00E1549A"/>
    <w:rsid w:val="00E2245D"/>
    <w:rsid w:val="00EC6563"/>
    <w:rsid w:val="00F126AD"/>
    <w:rsid w:val="00F96271"/>
    <w:rsid w:val="00FC693F"/>
    <w:rsid w:val="00FD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8085F4"/>
  <w14:defaultImageDpi w14:val="300"/>
  <w15:docId w15:val="{9671007E-120C-421D-B37B-2B0C7E1E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Koushik Sen</cp:lastModifiedBy>
  <cp:revision>14</cp:revision>
  <dcterms:created xsi:type="dcterms:W3CDTF">2013-12-23T23:15:00Z</dcterms:created>
  <dcterms:modified xsi:type="dcterms:W3CDTF">2025-01-08T14:08:00Z</dcterms:modified>
  <cp:category/>
</cp:coreProperties>
</file>