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2853A" w14:textId="07AA3F26" w:rsidR="00FA1BB6" w:rsidRDefault="00C654CD">
      <w:pPr>
        <w:jc w:val="center"/>
      </w:pPr>
      <w:r>
        <w:rPr>
          <w:b/>
          <w:sz w:val="32"/>
        </w:rPr>
        <w:t>Material supplementary</w:t>
      </w:r>
      <w:r w:rsidR="005654F4">
        <w:rPr>
          <w:b/>
          <w:sz w:val="32"/>
        </w:rPr>
        <w:t xml:space="preserve"> 1. Survey</w:t>
      </w:r>
    </w:p>
    <w:p w14:paraId="682DF83B" w14:textId="77777777" w:rsidR="00FA1BB6" w:rsidRDefault="005654F4">
      <w:r>
        <w:t>The survey used in this study aims to identify students' experiences and perceptions regarding the local wildlife of Facatativá.</w:t>
      </w:r>
    </w:p>
    <w:p w14:paraId="4698DA82" w14:textId="77777777" w:rsidR="00FA1BB6" w:rsidRDefault="005654F4">
      <w:r>
        <w:rPr>
          <w:b/>
          <w:sz w:val="28"/>
        </w:rPr>
        <w:t>PERCEPTIONS AND ATTITUDES TOWARD WILD VERTEBRATE FAUNA</w:t>
      </w:r>
    </w:p>
    <w:p w14:paraId="7103765B" w14:textId="77777777" w:rsidR="00FA1BB6" w:rsidRDefault="005654F4">
      <w:r>
        <w:rPr>
          <w:b/>
          <w:sz w:val="26"/>
        </w:rPr>
        <w:t>A. SOCIODEMOGRAPHIC INFORMATION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FA1BB6" w14:paraId="0C502997" w14:textId="77777777">
        <w:tc>
          <w:tcPr>
            <w:tcW w:w="5400" w:type="dxa"/>
          </w:tcPr>
          <w:p w14:paraId="2CE065B0" w14:textId="77777777" w:rsidR="00FA1BB6" w:rsidRDefault="005654F4">
            <w:r>
              <w:t>1. Municipality and Department</w:t>
            </w:r>
          </w:p>
        </w:tc>
        <w:tc>
          <w:tcPr>
            <w:tcW w:w="5400" w:type="dxa"/>
          </w:tcPr>
          <w:p w14:paraId="37A9E8AE" w14:textId="77777777" w:rsidR="00FA1BB6" w:rsidRDefault="005654F4">
            <w:r>
              <w:t>________________</w:t>
            </w:r>
          </w:p>
        </w:tc>
      </w:tr>
      <w:tr w:rsidR="00FA1BB6" w14:paraId="1A4B7DD5" w14:textId="77777777">
        <w:tc>
          <w:tcPr>
            <w:tcW w:w="5400" w:type="dxa"/>
          </w:tcPr>
          <w:p w14:paraId="7A58392E" w14:textId="77777777" w:rsidR="00FA1BB6" w:rsidRDefault="005654F4">
            <w:r>
              <w:t>2. Area (Urban/Rural)</w:t>
            </w:r>
          </w:p>
        </w:tc>
        <w:tc>
          <w:tcPr>
            <w:tcW w:w="5400" w:type="dxa"/>
          </w:tcPr>
          <w:p w14:paraId="259683D0" w14:textId="77777777" w:rsidR="00FA1BB6" w:rsidRDefault="005654F4">
            <w:r>
              <w:t>________________</w:t>
            </w:r>
          </w:p>
        </w:tc>
      </w:tr>
      <w:tr w:rsidR="00FA1BB6" w14:paraId="671CEEE2" w14:textId="77777777">
        <w:tc>
          <w:tcPr>
            <w:tcW w:w="5400" w:type="dxa"/>
          </w:tcPr>
          <w:p w14:paraId="5D2721DA" w14:textId="77777777" w:rsidR="00FA1BB6" w:rsidRDefault="005654F4">
            <w:r>
              <w:t>3. Date</w:t>
            </w:r>
          </w:p>
        </w:tc>
        <w:tc>
          <w:tcPr>
            <w:tcW w:w="5400" w:type="dxa"/>
          </w:tcPr>
          <w:p w14:paraId="414AA15B" w14:textId="77777777" w:rsidR="00FA1BB6" w:rsidRDefault="005654F4">
            <w:r>
              <w:t>________________</w:t>
            </w:r>
          </w:p>
        </w:tc>
      </w:tr>
      <w:tr w:rsidR="00FA1BB6" w14:paraId="58B9BF49" w14:textId="77777777">
        <w:tc>
          <w:tcPr>
            <w:tcW w:w="5400" w:type="dxa"/>
          </w:tcPr>
          <w:p w14:paraId="5C05313C" w14:textId="77777777" w:rsidR="00FA1BB6" w:rsidRDefault="005654F4">
            <w:r>
              <w:t>4. Age</w:t>
            </w:r>
          </w:p>
        </w:tc>
        <w:tc>
          <w:tcPr>
            <w:tcW w:w="5400" w:type="dxa"/>
          </w:tcPr>
          <w:p w14:paraId="4E3EC288" w14:textId="77777777" w:rsidR="00FA1BB6" w:rsidRDefault="005654F4">
            <w:r>
              <w:t>________________</w:t>
            </w:r>
          </w:p>
        </w:tc>
      </w:tr>
      <w:tr w:rsidR="00FA1BB6" w14:paraId="3845F901" w14:textId="77777777">
        <w:tc>
          <w:tcPr>
            <w:tcW w:w="5400" w:type="dxa"/>
          </w:tcPr>
          <w:p w14:paraId="68EC323A" w14:textId="77777777" w:rsidR="00FA1BB6" w:rsidRDefault="005654F4">
            <w:r>
              <w:t>5. Gender</w:t>
            </w:r>
          </w:p>
        </w:tc>
        <w:tc>
          <w:tcPr>
            <w:tcW w:w="5400" w:type="dxa"/>
          </w:tcPr>
          <w:p w14:paraId="484FCBB0" w14:textId="77777777" w:rsidR="00FA1BB6" w:rsidRDefault="005654F4">
            <w:r>
              <w:t>________________</w:t>
            </w:r>
          </w:p>
        </w:tc>
      </w:tr>
      <w:tr w:rsidR="00FA1BB6" w14:paraId="03D08019" w14:textId="77777777">
        <w:tc>
          <w:tcPr>
            <w:tcW w:w="5400" w:type="dxa"/>
          </w:tcPr>
          <w:p w14:paraId="6F6E5B93" w14:textId="77777777" w:rsidR="00FA1BB6" w:rsidRDefault="005654F4">
            <w:r>
              <w:t>6. Current Grade</w:t>
            </w:r>
          </w:p>
        </w:tc>
        <w:tc>
          <w:tcPr>
            <w:tcW w:w="5400" w:type="dxa"/>
          </w:tcPr>
          <w:p w14:paraId="77BC09CA" w14:textId="77777777" w:rsidR="00FA1BB6" w:rsidRDefault="005654F4">
            <w:r>
              <w:t>________________</w:t>
            </w:r>
          </w:p>
        </w:tc>
      </w:tr>
    </w:tbl>
    <w:p w14:paraId="70CF0058" w14:textId="77777777" w:rsidR="00FA1BB6" w:rsidRDefault="005654F4">
      <w:r>
        <w:rPr>
          <w:b/>
          <w:sz w:val="26"/>
        </w:rPr>
        <w:t>B. KNOWLEDGE AND USE</w:t>
      </w:r>
    </w:p>
    <w:p w14:paraId="504D11D3" w14:textId="77777777" w:rsidR="00FA1BB6" w:rsidRDefault="005654F4">
      <w:r>
        <w:rPr>
          <w:b/>
          <w:sz w:val="26"/>
        </w:rPr>
        <w:t>C. PERCEPTION QUESTIONS</w:t>
      </w:r>
    </w:p>
    <w:p w14:paraId="37B1AE2F" w14:textId="77777777" w:rsidR="00FA1BB6" w:rsidRDefault="005654F4">
      <w:r>
        <w:rPr>
          <w:b/>
          <w:sz w:val="26"/>
        </w:rPr>
        <w:t>D. ATTITUDE QUESTIONS</w:t>
      </w:r>
    </w:p>
    <w:p w14:paraId="36741572" w14:textId="77777777" w:rsidR="00FA1BB6" w:rsidRDefault="005654F4">
      <w:r>
        <w:t>7. Which of the following animals have you seen in your region? (Mark each species with an X.)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96"/>
        <w:gridCol w:w="3598"/>
        <w:gridCol w:w="3596"/>
      </w:tblGrid>
      <w:tr w:rsidR="00FA1BB6" w14:paraId="2A5503CD" w14:textId="77777777">
        <w:tc>
          <w:tcPr>
            <w:tcW w:w="3600" w:type="dxa"/>
          </w:tcPr>
          <w:p w14:paraId="1E677E1F" w14:textId="77777777" w:rsidR="00FA1BB6" w:rsidRDefault="005654F4">
            <w:r>
              <w:t>No.</w:t>
            </w:r>
          </w:p>
        </w:tc>
        <w:tc>
          <w:tcPr>
            <w:tcW w:w="3600" w:type="dxa"/>
          </w:tcPr>
          <w:p w14:paraId="035E3E96" w14:textId="77777777" w:rsidR="00FA1BB6" w:rsidRDefault="005654F4">
            <w:r>
              <w:t>Species/Photo</w:t>
            </w:r>
          </w:p>
        </w:tc>
        <w:tc>
          <w:tcPr>
            <w:tcW w:w="3600" w:type="dxa"/>
          </w:tcPr>
          <w:p w14:paraId="5193B35E" w14:textId="77777777" w:rsidR="00FA1BB6" w:rsidRDefault="005654F4">
            <w:r>
              <w:t>X</w:t>
            </w:r>
          </w:p>
        </w:tc>
      </w:tr>
      <w:tr w:rsidR="00FA1BB6" w14:paraId="62A19A58" w14:textId="77777777">
        <w:tc>
          <w:tcPr>
            <w:tcW w:w="3600" w:type="dxa"/>
          </w:tcPr>
          <w:p w14:paraId="1A7FA378" w14:textId="77777777" w:rsidR="00FA1BB6" w:rsidRDefault="005654F4">
            <w:r>
              <w:t>1</w:t>
            </w:r>
          </w:p>
        </w:tc>
        <w:tc>
          <w:tcPr>
            <w:tcW w:w="3600" w:type="dxa"/>
          </w:tcPr>
          <w:p w14:paraId="2DAEFDD3" w14:textId="77777777" w:rsidR="00FA1BB6" w:rsidRDefault="00FA1BB6"/>
        </w:tc>
        <w:tc>
          <w:tcPr>
            <w:tcW w:w="3600" w:type="dxa"/>
          </w:tcPr>
          <w:p w14:paraId="2D4C4937" w14:textId="77777777" w:rsidR="00FA1BB6" w:rsidRDefault="00FA1BB6"/>
        </w:tc>
      </w:tr>
      <w:tr w:rsidR="00FA1BB6" w14:paraId="04E2110C" w14:textId="77777777">
        <w:tc>
          <w:tcPr>
            <w:tcW w:w="3600" w:type="dxa"/>
          </w:tcPr>
          <w:p w14:paraId="6CAB1A3A" w14:textId="77777777" w:rsidR="00FA1BB6" w:rsidRDefault="005654F4">
            <w:r>
              <w:t>2</w:t>
            </w:r>
          </w:p>
        </w:tc>
        <w:tc>
          <w:tcPr>
            <w:tcW w:w="3600" w:type="dxa"/>
          </w:tcPr>
          <w:p w14:paraId="7B1A115D" w14:textId="77777777" w:rsidR="00FA1BB6" w:rsidRDefault="00FA1BB6"/>
        </w:tc>
        <w:tc>
          <w:tcPr>
            <w:tcW w:w="3600" w:type="dxa"/>
          </w:tcPr>
          <w:p w14:paraId="32190503" w14:textId="77777777" w:rsidR="00FA1BB6" w:rsidRDefault="00FA1BB6"/>
        </w:tc>
      </w:tr>
      <w:tr w:rsidR="00FA1BB6" w14:paraId="27ABAC7C" w14:textId="77777777">
        <w:tc>
          <w:tcPr>
            <w:tcW w:w="3600" w:type="dxa"/>
          </w:tcPr>
          <w:p w14:paraId="6FB49B60" w14:textId="77777777" w:rsidR="00FA1BB6" w:rsidRDefault="005654F4">
            <w:r>
              <w:t>3</w:t>
            </w:r>
          </w:p>
        </w:tc>
        <w:tc>
          <w:tcPr>
            <w:tcW w:w="3600" w:type="dxa"/>
          </w:tcPr>
          <w:p w14:paraId="7EB99D8B" w14:textId="77777777" w:rsidR="00FA1BB6" w:rsidRDefault="00FA1BB6"/>
        </w:tc>
        <w:tc>
          <w:tcPr>
            <w:tcW w:w="3600" w:type="dxa"/>
          </w:tcPr>
          <w:p w14:paraId="31DDDE73" w14:textId="77777777" w:rsidR="00FA1BB6" w:rsidRDefault="00FA1BB6"/>
        </w:tc>
      </w:tr>
      <w:tr w:rsidR="00FA1BB6" w14:paraId="73DB2A03" w14:textId="77777777">
        <w:tc>
          <w:tcPr>
            <w:tcW w:w="3600" w:type="dxa"/>
          </w:tcPr>
          <w:p w14:paraId="0004C833" w14:textId="77777777" w:rsidR="00FA1BB6" w:rsidRDefault="005654F4">
            <w:r>
              <w:t>4</w:t>
            </w:r>
          </w:p>
        </w:tc>
        <w:tc>
          <w:tcPr>
            <w:tcW w:w="3600" w:type="dxa"/>
          </w:tcPr>
          <w:p w14:paraId="5280F404" w14:textId="77777777" w:rsidR="00FA1BB6" w:rsidRDefault="00FA1BB6"/>
        </w:tc>
        <w:tc>
          <w:tcPr>
            <w:tcW w:w="3600" w:type="dxa"/>
          </w:tcPr>
          <w:p w14:paraId="381E0CBB" w14:textId="77777777" w:rsidR="00FA1BB6" w:rsidRDefault="00FA1BB6"/>
        </w:tc>
      </w:tr>
      <w:tr w:rsidR="00FA1BB6" w14:paraId="227BCCC9" w14:textId="77777777">
        <w:tc>
          <w:tcPr>
            <w:tcW w:w="3600" w:type="dxa"/>
          </w:tcPr>
          <w:p w14:paraId="39E7AB41" w14:textId="77777777" w:rsidR="00FA1BB6" w:rsidRDefault="005654F4">
            <w:r>
              <w:t>5</w:t>
            </w:r>
          </w:p>
        </w:tc>
        <w:tc>
          <w:tcPr>
            <w:tcW w:w="3600" w:type="dxa"/>
          </w:tcPr>
          <w:p w14:paraId="07A1A154" w14:textId="77777777" w:rsidR="00FA1BB6" w:rsidRDefault="00FA1BB6"/>
        </w:tc>
        <w:tc>
          <w:tcPr>
            <w:tcW w:w="3600" w:type="dxa"/>
          </w:tcPr>
          <w:p w14:paraId="5EB6B648" w14:textId="77777777" w:rsidR="00FA1BB6" w:rsidRDefault="00FA1BB6"/>
        </w:tc>
      </w:tr>
      <w:tr w:rsidR="00FA1BB6" w14:paraId="74448502" w14:textId="77777777">
        <w:tc>
          <w:tcPr>
            <w:tcW w:w="3600" w:type="dxa"/>
          </w:tcPr>
          <w:p w14:paraId="026C12B1" w14:textId="77777777" w:rsidR="00FA1BB6" w:rsidRDefault="005654F4">
            <w:r>
              <w:t>6</w:t>
            </w:r>
          </w:p>
        </w:tc>
        <w:tc>
          <w:tcPr>
            <w:tcW w:w="3600" w:type="dxa"/>
          </w:tcPr>
          <w:p w14:paraId="0715B159" w14:textId="77777777" w:rsidR="00FA1BB6" w:rsidRDefault="00FA1BB6"/>
        </w:tc>
        <w:tc>
          <w:tcPr>
            <w:tcW w:w="3600" w:type="dxa"/>
          </w:tcPr>
          <w:p w14:paraId="66415AC8" w14:textId="77777777" w:rsidR="00FA1BB6" w:rsidRDefault="00FA1BB6"/>
        </w:tc>
      </w:tr>
      <w:tr w:rsidR="00FA1BB6" w14:paraId="1F8F27DD" w14:textId="77777777">
        <w:tc>
          <w:tcPr>
            <w:tcW w:w="3600" w:type="dxa"/>
          </w:tcPr>
          <w:p w14:paraId="03AF90E5" w14:textId="77777777" w:rsidR="00FA1BB6" w:rsidRDefault="005654F4">
            <w:r>
              <w:t>7</w:t>
            </w:r>
          </w:p>
        </w:tc>
        <w:tc>
          <w:tcPr>
            <w:tcW w:w="3600" w:type="dxa"/>
          </w:tcPr>
          <w:p w14:paraId="01565BB7" w14:textId="77777777" w:rsidR="00FA1BB6" w:rsidRDefault="00FA1BB6"/>
        </w:tc>
        <w:tc>
          <w:tcPr>
            <w:tcW w:w="3600" w:type="dxa"/>
          </w:tcPr>
          <w:p w14:paraId="690929A2" w14:textId="77777777" w:rsidR="00FA1BB6" w:rsidRDefault="00FA1BB6"/>
        </w:tc>
      </w:tr>
      <w:tr w:rsidR="00FA1BB6" w14:paraId="5D1DBA7C" w14:textId="77777777">
        <w:tc>
          <w:tcPr>
            <w:tcW w:w="3600" w:type="dxa"/>
          </w:tcPr>
          <w:p w14:paraId="51F8F977" w14:textId="77777777" w:rsidR="00FA1BB6" w:rsidRDefault="005654F4">
            <w:r>
              <w:t>8</w:t>
            </w:r>
          </w:p>
        </w:tc>
        <w:tc>
          <w:tcPr>
            <w:tcW w:w="3600" w:type="dxa"/>
          </w:tcPr>
          <w:p w14:paraId="57871C33" w14:textId="77777777" w:rsidR="00FA1BB6" w:rsidRDefault="00FA1BB6"/>
        </w:tc>
        <w:tc>
          <w:tcPr>
            <w:tcW w:w="3600" w:type="dxa"/>
          </w:tcPr>
          <w:p w14:paraId="7551C5CA" w14:textId="77777777" w:rsidR="00FA1BB6" w:rsidRDefault="00FA1BB6"/>
        </w:tc>
      </w:tr>
      <w:tr w:rsidR="00FA1BB6" w14:paraId="1F2B5DDD" w14:textId="77777777">
        <w:tc>
          <w:tcPr>
            <w:tcW w:w="3600" w:type="dxa"/>
          </w:tcPr>
          <w:p w14:paraId="58881AA9" w14:textId="77777777" w:rsidR="00FA1BB6" w:rsidRDefault="005654F4">
            <w:r>
              <w:t>9</w:t>
            </w:r>
          </w:p>
        </w:tc>
        <w:tc>
          <w:tcPr>
            <w:tcW w:w="3600" w:type="dxa"/>
          </w:tcPr>
          <w:p w14:paraId="7873A9A5" w14:textId="77777777" w:rsidR="00FA1BB6" w:rsidRDefault="00FA1BB6"/>
        </w:tc>
        <w:tc>
          <w:tcPr>
            <w:tcW w:w="3600" w:type="dxa"/>
          </w:tcPr>
          <w:p w14:paraId="0840207F" w14:textId="77777777" w:rsidR="00FA1BB6" w:rsidRDefault="00FA1BB6"/>
        </w:tc>
      </w:tr>
      <w:tr w:rsidR="00FA1BB6" w14:paraId="458F81F2" w14:textId="77777777">
        <w:tc>
          <w:tcPr>
            <w:tcW w:w="3600" w:type="dxa"/>
          </w:tcPr>
          <w:p w14:paraId="5DBCA3D3" w14:textId="77777777" w:rsidR="00FA1BB6" w:rsidRDefault="005654F4">
            <w:r>
              <w:t>10</w:t>
            </w:r>
          </w:p>
        </w:tc>
        <w:tc>
          <w:tcPr>
            <w:tcW w:w="3600" w:type="dxa"/>
          </w:tcPr>
          <w:p w14:paraId="28E5CCDD" w14:textId="77777777" w:rsidR="00FA1BB6" w:rsidRDefault="00FA1BB6"/>
        </w:tc>
        <w:tc>
          <w:tcPr>
            <w:tcW w:w="3600" w:type="dxa"/>
          </w:tcPr>
          <w:p w14:paraId="12F113C1" w14:textId="77777777" w:rsidR="00FA1BB6" w:rsidRDefault="00FA1BB6"/>
        </w:tc>
      </w:tr>
      <w:tr w:rsidR="00FA1BB6" w14:paraId="5513C819" w14:textId="77777777">
        <w:tc>
          <w:tcPr>
            <w:tcW w:w="3600" w:type="dxa"/>
          </w:tcPr>
          <w:p w14:paraId="2D78E88C" w14:textId="77777777" w:rsidR="00FA1BB6" w:rsidRDefault="005654F4">
            <w:r>
              <w:t>11</w:t>
            </w:r>
          </w:p>
        </w:tc>
        <w:tc>
          <w:tcPr>
            <w:tcW w:w="3600" w:type="dxa"/>
          </w:tcPr>
          <w:p w14:paraId="127E0F37" w14:textId="77777777" w:rsidR="00FA1BB6" w:rsidRDefault="00FA1BB6"/>
        </w:tc>
        <w:tc>
          <w:tcPr>
            <w:tcW w:w="3600" w:type="dxa"/>
          </w:tcPr>
          <w:p w14:paraId="091A67FB" w14:textId="77777777" w:rsidR="00FA1BB6" w:rsidRDefault="00FA1BB6"/>
        </w:tc>
      </w:tr>
      <w:tr w:rsidR="00FA1BB6" w14:paraId="73E009CB" w14:textId="77777777">
        <w:tc>
          <w:tcPr>
            <w:tcW w:w="3600" w:type="dxa"/>
          </w:tcPr>
          <w:p w14:paraId="72F03E98" w14:textId="77777777" w:rsidR="00FA1BB6" w:rsidRDefault="005654F4">
            <w:r>
              <w:t>12</w:t>
            </w:r>
          </w:p>
        </w:tc>
        <w:tc>
          <w:tcPr>
            <w:tcW w:w="3600" w:type="dxa"/>
          </w:tcPr>
          <w:p w14:paraId="059E536B" w14:textId="77777777" w:rsidR="00FA1BB6" w:rsidRDefault="00FA1BB6"/>
        </w:tc>
        <w:tc>
          <w:tcPr>
            <w:tcW w:w="3600" w:type="dxa"/>
          </w:tcPr>
          <w:p w14:paraId="25F2EFA3" w14:textId="77777777" w:rsidR="00FA1BB6" w:rsidRDefault="00FA1BB6"/>
        </w:tc>
      </w:tr>
      <w:tr w:rsidR="00FA1BB6" w14:paraId="4D77F0D1" w14:textId="77777777">
        <w:tc>
          <w:tcPr>
            <w:tcW w:w="3600" w:type="dxa"/>
          </w:tcPr>
          <w:p w14:paraId="74E498D2" w14:textId="77777777" w:rsidR="00FA1BB6" w:rsidRDefault="005654F4">
            <w:r>
              <w:t>13</w:t>
            </w:r>
          </w:p>
        </w:tc>
        <w:tc>
          <w:tcPr>
            <w:tcW w:w="3600" w:type="dxa"/>
          </w:tcPr>
          <w:p w14:paraId="00C795AC" w14:textId="77777777" w:rsidR="00FA1BB6" w:rsidRDefault="00FA1BB6"/>
        </w:tc>
        <w:tc>
          <w:tcPr>
            <w:tcW w:w="3600" w:type="dxa"/>
          </w:tcPr>
          <w:p w14:paraId="03C591D3" w14:textId="77777777" w:rsidR="00FA1BB6" w:rsidRDefault="00FA1BB6"/>
        </w:tc>
      </w:tr>
      <w:tr w:rsidR="00FA1BB6" w14:paraId="36148371" w14:textId="77777777">
        <w:tc>
          <w:tcPr>
            <w:tcW w:w="3600" w:type="dxa"/>
          </w:tcPr>
          <w:p w14:paraId="0D5E6ADD" w14:textId="77777777" w:rsidR="00FA1BB6" w:rsidRDefault="005654F4">
            <w:r>
              <w:t>14</w:t>
            </w:r>
          </w:p>
        </w:tc>
        <w:tc>
          <w:tcPr>
            <w:tcW w:w="3600" w:type="dxa"/>
          </w:tcPr>
          <w:p w14:paraId="7A3647D8" w14:textId="77777777" w:rsidR="00FA1BB6" w:rsidRDefault="00FA1BB6"/>
        </w:tc>
        <w:tc>
          <w:tcPr>
            <w:tcW w:w="3600" w:type="dxa"/>
          </w:tcPr>
          <w:p w14:paraId="0F6F2614" w14:textId="77777777" w:rsidR="00FA1BB6" w:rsidRDefault="00FA1BB6"/>
        </w:tc>
      </w:tr>
    </w:tbl>
    <w:p w14:paraId="4C03460A" w14:textId="77777777" w:rsidR="00FA1BB6" w:rsidRDefault="005654F4">
      <w:r>
        <w:rPr>
          <w:b/>
        </w:rPr>
        <w:t>8. Which animals have you eaten or seen your parents use as food?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0"/>
        <w:gridCol w:w="1798"/>
        <w:gridCol w:w="1798"/>
        <w:gridCol w:w="1798"/>
        <w:gridCol w:w="1798"/>
        <w:gridCol w:w="1798"/>
      </w:tblGrid>
      <w:tr w:rsidR="00FA1BB6" w14:paraId="6EAE5CA3" w14:textId="77777777">
        <w:tc>
          <w:tcPr>
            <w:tcW w:w="1800" w:type="dxa"/>
          </w:tcPr>
          <w:p w14:paraId="34A2CC1E" w14:textId="77777777" w:rsidR="00FA1BB6" w:rsidRDefault="005654F4">
            <w:r>
              <w:t>Photo</w:t>
            </w:r>
          </w:p>
        </w:tc>
        <w:tc>
          <w:tcPr>
            <w:tcW w:w="1800" w:type="dxa"/>
          </w:tcPr>
          <w:p w14:paraId="647D769C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3C3C2519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6A681588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360F005D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788DB038" w14:textId="77777777" w:rsidR="00FA1BB6" w:rsidRDefault="005654F4">
            <w:r>
              <w:t>5</w:t>
            </w:r>
          </w:p>
        </w:tc>
      </w:tr>
      <w:tr w:rsidR="00FA1BB6" w14:paraId="5A6C47B8" w14:textId="77777777">
        <w:tc>
          <w:tcPr>
            <w:tcW w:w="1800" w:type="dxa"/>
          </w:tcPr>
          <w:p w14:paraId="3224C2A4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474BD6EF" w14:textId="77777777" w:rsidR="00FA1BB6" w:rsidRDefault="00FA1BB6"/>
        </w:tc>
        <w:tc>
          <w:tcPr>
            <w:tcW w:w="1800" w:type="dxa"/>
          </w:tcPr>
          <w:p w14:paraId="438161FF" w14:textId="77777777" w:rsidR="00FA1BB6" w:rsidRDefault="00FA1BB6"/>
        </w:tc>
        <w:tc>
          <w:tcPr>
            <w:tcW w:w="1800" w:type="dxa"/>
          </w:tcPr>
          <w:p w14:paraId="55993EF0" w14:textId="77777777" w:rsidR="00FA1BB6" w:rsidRDefault="00FA1BB6"/>
        </w:tc>
        <w:tc>
          <w:tcPr>
            <w:tcW w:w="1800" w:type="dxa"/>
          </w:tcPr>
          <w:p w14:paraId="73106C14" w14:textId="77777777" w:rsidR="00FA1BB6" w:rsidRDefault="00FA1BB6"/>
        </w:tc>
        <w:tc>
          <w:tcPr>
            <w:tcW w:w="1800" w:type="dxa"/>
          </w:tcPr>
          <w:p w14:paraId="580F34E0" w14:textId="77777777" w:rsidR="00FA1BB6" w:rsidRDefault="00FA1BB6"/>
        </w:tc>
      </w:tr>
      <w:tr w:rsidR="00FA1BB6" w14:paraId="49A5199B" w14:textId="77777777">
        <w:tc>
          <w:tcPr>
            <w:tcW w:w="1800" w:type="dxa"/>
          </w:tcPr>
          <w:p w14:paraId="07084F97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64E1FCFD" w14:textId="77777777" w:rsidR="00FA1BB6" w:rsidRDefault="00FA1BB6"/>
        </w:tc>
        <w:tc>
          <w:tcPr>
            <w:tcW w:w="1800" w:type="dxa"/>
          </w:tcPr>
          <w:p w14:paraId="4CB36B66" w14:textId="77777777" w:rsidR="00FA1BB6" w:rsidRDefault="00FA1BB6"/>
        </w:tc>
        <w:tc>
          <w:tcPr>
            <w:tcW w:w="1800" w:type="dxa"/>
          </w:tcPr>
          <w:p w14:paraId="1A2BFAB4" w14:textId="77777777" w:rsidR="00FA1BB6" w:rsidRDefault="00FA1BB6"/>
        </w:tc>
        <w:tc>
          <w:tcPr>
            <w:tcW w:w="1800" w:type="dxa"/>
          </w:tcPr>
          <w:p w14:paraId="243D8C48" w14:textId="77777777" w:rsidR="00FA1BB6" w:rsidRDefault="00FA1BB6"/>
        </w:tc>
        <w:tc>
          <w:tcPr>
            <w:tcW w:w="1800" w:type="dxa"/>
          </w:tcPr>
          <w:p w14:paraId="683B652B" w14:textId="77777777" w:rsidR="00FA1BB6" w:rsidRDefault="00FA1BB6"/>
        </w:tc>
      </w:tr>
      <w:tr w:rsidR="00FA1BB6" w14:paraId="7E33102B" w14:textId="77777777">
        <w:tc>
          <w:tcPr>
            <w:tcW w:w="1800" w:type="dxa"/>
          </w:tcPr>
          <w:p w14:paraId="5DD43A3B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31CACAFE" w14:textId="77777777" w:rsidR="00FA1BB6" w:rsidRDefault="00FA1BB6"/>
        </w:tc>
        <w:tc>
          <w:tcPr>
            <w:tcW w:w="1800" w:type="dxa"/>
          </w:tcPr>
          <w:p w14:paraId="4BDA38C8" w14:textId="77777777" w:rsidR="00FA1BB6" w:rsidRDefault="00FA1BB6"/>
        </w:tc>
        <w:tc>
          <w:tcPr>
            <w:tcW w:w="1800" w:type="dxa"/>
          </w:tcPr>
          <w:p w14:paraId="0DC12794" w14:textId="77777777" w:rsidR="00FA1BB6" w:rsidRDefault="00FA1BB6"/>
        </w:tc>
        <w:tc>
          <w:tcPr>
            <w:tcW w:w="1800" w:type="dxa"/>
          </w:tcPr>
          <w:p w14:paraId="461800DA" w14:textId="77777777" w:rsidR="00FA1BB6" w:rsidRDefault="00FA1BB6"/>
        </w:tc>
        <w:tc>
          <w:tcPr>
            <w:tcW w:w="1800" w:type="dxa"/>
          </w:tcPr>
          <w:p w14:paraId="21E58BDB" w14:textId="77777777" w:rsidR="00FA1BB6" w:rsidRDefault="00FA1BB6"/>
        </w:tc>
      </w:tr>
      <w:tr w:rsidR="00FA1BB6" w14:paraId="56102094" w14:textId="77777777">
        <w:tc>
          <w:tcPr>
            <w:tcW w:w="1800" w:type="dxa"/>
          </w:tcPr>
          <w:p w14:paraId="080049FF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0E235F3B" w14:textId="77777777" w:rsidR="00FA1BB6" w:rsidRDefault="00FA1BB6"/>
        </w:tc>
        <w:tc>
          <w:tcPr>
            <w:tcW w:w="1800" w:type="dxa"/>
          </w:tcPr>
          <w:p w14:paraId="7E09189F" w14:textId="77777777" w:rsidR="00FA1BB6" w:rsidRDefault="00FA1BB6"/>
        </w:tc>
        <w:tc>
          <w:tcPr>
            <w:tcW w:w="1800" w:type="dxa"/>
          </w:tcPr>
          <w:p w14:paraId="3E0282D3" w14:textId="77777777" w:rsidR="00FA1BB6" w:rsidRDefault="00FA1BB6"/>
        </w:tc>
        <w:tc>
          <w:tcPr>
            <w:tcW w:w="1800" w:type="dxa"/>
          </w:tcPr>
          <w:p w14:paraId="0161A442" w14:textId="77777777" w:rsidR="00FA1BB6" w:rsidRDefault="00FA1BB6"/>
        </w:tc>
        <w:tc>
          <w:tcPr>
            <w:tcW w:w="1800" w:type="dxa"/>
          </w:tcPr>
          <w:p w14:paraId="19E73605" w14:textId="77777777" w:rsidR="00FA1BB6" w:rsidRDefault="00FA1BB6"/>
        </w:tc>
      </w:tr>
      <w:tr w:rsidR="00FA1BB6" w14:paraId="00568001" w14:textId="77777777">
        <w:tc>
          <w:tcPr>
            <w:tcW w:w="1800" w:type="dxa"/>
          </w:tcPr>
          <w:p w14:paraId="43BEAD09" w14:textId="77777777" w:rsidR="00FA1BB6" w:rsidRDefault="005654F4">
            <w:r>
              <w:t>5</w:t>
            </w:r>
          </w:p>
        </w:tc>
        <w:tc>
          <w:tcPr>
            <w:tcW w:w="1800" w:type="dxa"/>
          </w:tcPr>
          <w:p w14:paraId="05011D92" w14:textId="77777777" w:rsidR="00FA1BB6" w:rsidRDefault="00FA1BB6"/>
        </w:tc>
        <w:tc>
          <w:tcPr>
            <w:tcW w:w="1800" w:type="dxa"/>
          </w:tcPr>
          <w:p w14:paraId="16D821B7" w14:textId="77777777" w:rsidR="00FA1BB6" w:rsidRDefault="00FA1BB6"/>
        </w:tc>
        <w:tc>
          <w:tcPr>
            <w:tcW w:w="1800" w:type="dxa"/>
          </w:tcPr>
          <w:p w14:paraId="7C921B61" w14:textId="77777777" w:rsidR="00FA1BB6" w:rsidRDefault="00FA1BB6"/>
        </w:tc>
        <w:tc>
          <w:tcPr>
            <w:tcW w:w="1800" w:type="dxa"/>
          </w:tcPr>
          <w:p w14:paraId="0C315765" w14:textId="77777777" w:rsidR="00FA1BB6" w:rsidRDefault="00FA1BB6"/>
        </w:tc>
        <w:tc>
          <w:tcPr>
            <w:tcW w:w="1800" w:type="dxa"/>
          </w:tcPr>
          <w:p w14:paraId="5BF27A9B" w14:textId="77777777" w:rsidR="00FA1BB6" w:rsidRDefault="00FA1BB6"/>
        </w:tc>
      </w:tr>
      <w:tr w:rsidR="00FA1BB6" w14:paraId="3378CF0E" w14:textId="77777777">
        <w:tc>
          <w:tcPr>
            <w:tcW w:w="1800" w:type="dxa"/>
          </w:tcPr>
          <w:p w14:paraId="117944DD" w14:textId="77777777" w:rsidR="00FA1BB6" w:rsidRDefault="005654F4">
            <w:r>
              <w:t>6</w:t>
            </w:r>
          </w:p>
        </w:tc>
        <w:tc>
          <w:tcPr>
            <w:tcW w:w="1800" w:type="dxa"/>
          </w:tcPr>
          <w:p w14:paraId="745382FD" w14:textId="77777777" w:rsidR="00FA1BB6" w:rsidRDefault="00FA1BB6"/>
        </w:tc>
        <w:tc>
          <w:tcPr>
            <w:tcW w:w="1800" w:type="dxa"/>
          </w:tcPr>
          <w:p w14:paraId="42D50EAA" w14:textId="77777777" w:rsidR="00FA1BB6" w:rsidRDefault="00FA1BB6"/>
        </w:tc>
        <w:tc>
          <w:tcPr>
            <w:tcW w:w="1800" w:type="dxa"/>
          </w:tcPr>
          <w:p w14:paraId="02A06B40" w14:textId="77777777" w:rsidR="00FA1BB6" w:rsidRDefault="00FA1BB6"/>
        </w:tc>
        <w:tc>
          <w:tcPr>
            <w:tcW w:w="1800" w:type="dxa"/>
          </w:tcPr>
          <w:p w14:paraId="5F3F2168" w14:textId="77777777" w:rsidR="00FA1BB6" w:rsidRDefault="00FA1BB6"/>
        </w:tc>
        <w:tc>
          <w:tcPr>
            <w:tcW w:w="1800" w:type="dxa"/>
          </w:tcPr>
          <w:p w14:paraId="13F1849A" w14:textId="77777777" w:rsidR="00FA1BB6" w:rsidRDefault="00FA1BB6"/>
        </w:tc>
      </w:tr>
      <w:tr w:rsidR="00FA1BB6" w14:paraId="28B8DB1F" w14:textId="77777777">
        <w:tc>
          <w:tcPr>
            <w:tcW w:w="1800" w:type="dxa"/>
          </w:tcPr>
          <w:p w14:paraId="3CAC0E06" w14:textId="77777777" w:rsidR="00FA1BB6" w:rsidRDefault="005654F4">
            <w:r>
              <w:lastRenderedPageBreak/>
              <w:t>7</w:t>
            </w:r>
          </w:p>
        </w:tc>
        <w:tc>
          <w:tcPr>
            <w:tcW w:w="1800" w:type="dxa"/>
          </w:tcPr>
          <w:p w14:paraId="2FA2D007" w14:textId="77777777" w:rsidR="00FA1BB6" w:rsidRDefault="00FA1BB6"/>
        </w:tc>
        <w:tc>
          <w:tcPr>
            <w:tcW w:w="1800" w:type="dxa"/>
          </w:tcPr>
          <w:p w14:paraId="141359D6" w14:textId="77777777" w:rsidR="00FA1BB6" w:rsidRDefault="00FA1BB6"/>
        </w:tc>
        <w:tc>
          <w:tcPr>
            <w:tcW w:w="1800" w:type="dxa"/>
          </w:tcPr>
          <w:p w14:paraId="456A308C" w14:textId="77777777" w:rsidR="00FA1BB6" w:rsidRDefault="00FA1BB6"/>
        </w:tc>
        <w:tc>
          <w:tcPr>
            <w:tcW w:w="1800" w:type="dxa"/>
          </w:tcPr>
          <w:p w14:paraId="15D5417B" w14:textId="77777777" w:rsidR="00FA1BB6" w:rsidRDefault="00FA1BB6"/>
        </w:tc>
        <w:tc>
          <w:tcPr>
            <w:tcW w:w="1800" w:type="dxa"/>
          </w:tcPr>
          <w:p w14:paraId="313DBE43" w14:textId="77777777" w:rsidR="00FA1BB6" w:rsidRDefault="00FA1BB6"/>
        </w:tc>
      </w:tr>
      <w:tr w:rsidR="00FA1BB6" w14:paraId="4710CFA3" w14:textId="77777777">
        <w:tc>
          <w:tcPr>
            <w:tcW w:w="1800" w:type="dxa"/>
          </w:tcPr>
          <w:p w14:paraId="56BAF260" w14:textId="77777777" w:rsidR="00FA1BB6" w:rsidRDefault="005654F4">
            <w:r>
              <w:t>8</w:t>
            </w:r>
          </w:p>
        </w:tc>
        <w:tc>
          <w:tcPr>
            <w:tcW w:w="1800" w:type="dxa"/>
          </w:tcPr>
          <w:p w14:paraId="5CF13CF7" w14:textId="77777777" w:rsidR="00FA1BB6" w:rsidRDefault="00FA1BB6"/>
        </w:tc>
        <w:tc>
          <w:tcPr>
            <w:tcW w:w="1800" w:type="dxa"/>
          </w:tcPr>
          <w:p w14:paraId="2DBCC5BE" w14:textId="77777777" w:rsidR="00FA1BB6" w:rsidRDefault="00FA1BB6"/>
        </w:tc>
        <w:tc>
          <w:tcPr>
            <w:tcW w:w="1800" w:type="dxa"/>
          </w:tcPr>
          <w:p w14:paraId="3DFAE716" w14:textId="77777777" w:rsidR="00FA1BB6" w:rsidRDefault="00FA1BB6"/>
        </w:tc>
        <w:tc>
          <w:tcPr>
            <w:tcW w:w="1800" w:type="dxa"/>
          </w:tcPr>
          <w:p w14:paraId="5D800165" w14:textId="77777777" w:rsidR="00FA1BB6" w:rsidRDefault="00FA1BB6"/>
        </w:tc>
        <w:tc>
          <w:tcPr>
            <w:tcW w:w="1800" w:type="dxa"/>
          </w:tcPr>
          <w:p w14:paraId="12C267B2" w14:textId="77777777" w:rsidR="00FA1BB6" w:rsidRDefault="00FA1BB6"/>
        </w:tc>
      </w:tr>
      <w:tr w:rsidR="00FA1BB6" w14:paraId="514E521D" w14:textId="77777777">
        <w:tc>
          <w:tcPr>
            <w:tcW w:w="1800" w:type="dxa"/>
          </w:tcPr>
          <w:p w14:paraId="6AFA6DFD" w14:textId="77777777" w:rsidR="00FA1BB6" w:rsidRDefault="005654F4">
            <w:r>
              <w:t>9</w:t>
            </w:r>
          </w:p>
        </w:tc>
        <w:tc>
          <w:tcPr>
            <w:tcW w:w="1800" w:type="dxa"/>
          </w:tcPr>
          <w:p w14:paraId="245A7195" w14:textId="77777777" w:rsidR="00FA1BB6" w:rsidRDefault="00FA1BB6"/>
        </w:tc>
        <w:tc>
          <w:tcPr>
            <w:tcW w:w="1800" w:type="dxa"/>
          </w:tcPr>
          <w:p w14:paraId="3CC41F8B" w14:textId="77777777" w:rsidR="00FA1BB6" w:rsidRDefault="00FA1BB6"/>
        </w:tc>
        <w:tc>
          <w:tcPr>
            <w:tcW w:w="1800" w:type="dxa"/>
          </w:tcPr>
          <w:p w14:paraId="4AFAFD19" w14:textId="77777777" w:rsidR="00FA1BB6" w:rsidRDefault="00FA1BB6"/>
        </w:tc>
        <w:tc>
          <w:tcPr>
            <w:tcW w:w="1800" w:type="dxa"/>
          </w:tcPr>
          <w:p w14:paraId="19CC8D9D" w14:textId="77777777" w:rsidR="00FA1BB6" w:rsidRDefault="00FA1BB6"/>
        </w:tc>
        <w:tc>
          <w:tcPr>
            <w:tcW w:w="1800" w:type="dxa"/>
          </w:tcPr>
          <w:p w14:paraId="5761783B" w14:textId="77777777" w:rsidR="00FA1BB6" w:rsidRDefault="00FA1BB6"/>
        </w:tc>
      </w:tr>
      <w:tr w:rsidR="00FA1BB6" w14:paraId="20327F14" w14:textId="77777777">
        <w:tc>
          <w:tcPr>
            <w:tcW w:w="1800" w:type="dxa"/>
          </w:tcPr>
          <w:p w14:paraId="44B104D7" w14:textId="77777777" w:rsidR="00FA1BB6" w:rsidRDefault="005654F4">
            <w:r>
              <w:t>10</w:t>
            </w:r>
          </w:p>
        </w:tc>
        <w:tc>
          <w:tcPr>
            <w:tcW w:w="1800" w:type="dxa"/>
          </w:tcPr>
          <w:p w14:paraId="561391EF" w14:textId="77777777" w:rsidR="00FA1BB6" w:rsidRDefault="00FA1BB6"/>
        </w:tc>
        <w:tc>
          <w:tcPr>
            <w:tcW w:w="1800" w:type="dxa"/>
          </w:tcPr>
          <w:p w14:paraId="47D251E5" w14:textId="77777777" w:rsidR="00FA1BB6" w:rsidRDefault="00FA1BB6"/>
        </w:tc>
        <w:tc>
          <w:tcPr>
            <w:tcW w:w="1800" w:type="dxa"/>
          </w:tcPr>
          <w:p w14:paraId="6A9C9063" w14:textId="77777777" w:rsidR="00FA1BB6" w:rsidRDefault="00FA1BB6"/>
        </w:tc>
        <w:tc>
          <w:tcPr>
            <w:tcW w:w="1800" w:type="dxa"/>
          </w:tcPr>
          <w:p w14:paraId="135C09C6" w14:textId="77777777" w:rsidR="00FA1BB6" w:rsidRDefault="00FA1BB6"/>
        </w:tc>
        <w:tc>
          <w:tcPr>
            <w:tcW w:w="1800" w:type="dxa"/>
          </w:tcPr>
          <w:p w14:paraId="4CEFA24F" w14:textId="77777777" w:rsidR="00FA1BB6" w:rsidRDefault="00FA1BB6"/>
        </w:tc>
      </w:tr>
      <w:tr w:rsidR="00FA1BB6" w14:paraId="1977C77E" w14:textId="77777777">
        <w:tc>
          <w:tcPr>
            <w:tcW w:w="1800" w:type="dxa"/>
          </w:tcPr>
          <w:p w14:paraId="4C41D597" w14:textId="77777777" w:rsidR="00FA1BB6" w:rsidRDefault="005654F4">
            <w:r>
              <w:t>11</w:t>
            </w:r>
          </w:p>
        </w:tc>
        <w:tc>
          <w:tcPr>
            <w:tcW w:w="1800" w:type="dxa"/>
          </w:tcPr>
          <w:p w14:paraId="14ABEBF5" w14:textId="77777777" w:rsidR="00FA1BB6" w:rsidRDefault="00FA1BB6"/>
        </w:tc>
        <w:tc>
          <w:tcPr>
            <w:tcW w:w="1800" w:type="dxa"/>
          </w:tcPr>
          <w:p w14:paraId="2287D146" w14:textId="77777777" w:rsidR="00FA1BB6" w:rsidRDefault="00FA1BB6"/>
        </w:tc>
        <w:tc>
          <w:tcPr>
            <w:tcW w:w="1800" w:type="dxa"/>
          </w:tcPr>
          <w:p w14:paraId="4F7437E8" w14:textId="77777777" w:rsidR="00FA1BB6" w:rsidRDefault="00FA1BB6"/>
        </w:tc>
        <w:tc>
          <w:tcPr>
            <w:tcW w:w="1800" w:type="dxa"/>
          </w:tcPr>
          <w:p w14:paraId="38919214" w14:textId="77777777" w:rsidR="00FA1BB6" w:rsidRDefault="00FA1BB6"/>
        </w:tc>
        <w:tc>
          <w:tcPr>
            <w:tcW w:w="1800" w:type="dxa"/>
          </w:tcPr>
          <w:p w14:paraId="439DD817" w14:textId="77777777" w:rsidR="00FA1BB6" w:rsidRDefault="00FA1BB6"/>
        </w:tc>
      </w:tr>
      <w:tr w:rsidR="00FA1BB6" w14:paraId="68006C1F" w14:textId="77777777">
        <w:tc>
          <w:tcPr>
            <w:tcW w:w="1800" w:type="dxa"/>
          </w:tcPr>
          <w:p w14:paraId="232CFE26" w14:textId="77777777" w:rsidR="00FA1BB6" w:rsidRDefault="005654F4">
            <w:r>
              <w:t>12</w:t>
            </w:r>
          </w:p>
        </w:tc>
        <w:tc>
          <w:tcPr>
            <w:tcW w:w="1800" w:type="dxa"/>
          </w:tcPr>
          <w:p w14:paraId="101EB553" w14:textId="77777777" w:rsidR="00FA1BB6" w:rsidRDefault="00FA1BB6"/>
        </w:tc>
        <w:tc>
          <w:tcPr>
            <w:tcW w:w="1800" w:type="dxa"/>
          </w:tcPr>
          <w:p w14:paraId="051EE981" w14:textId="77777777" w:rsidR="00FA1BB6" w:rsidRDefault="00FA1BB6"/>
        </w:tc>
        <w:tc>
          <w:tcPr>
            <w:tcW w:w="1800" w:type="dxa"/>
          </w:tcPr>
          <w:p w14:paraId="0DF09DC2" w14:textId="77777777" w:rsidR="00FA1BB6" w:rsidRDefault="00FA1BB6"/>
        </w:tc>
        <w:tc>
          <w:tcPr>
            <w:tcW w:w="1800" w:type="dxa"/>
          </w:tcPr>
          <w:p w14:paraId="62E0CF2D" w14:textId="77777777" w:rsidR="00FA1BB6" w:rsidRDefault="00FA1BB6"/>
        </w:tc>
        <w:tc>
          <w:tcPr>
            <w:tcW w:w="1800" w:type="dxa"/>
          </w:tcPr>
          <w:p w14:paraId="6578D7EC" w14:textId="77777777" w:rsidR="00FA1BB6" w:rsidRDefault="00FA1BB6"/>
        </w:tc>
      </w:tr>
      <w:tr w:rsidR="00FA1BB6" w14:paraId="35A229C3" w14:textId="77777777">
        <w:tc>
          <w:tcPr>
            <w:tcW w:w="1800" w:type="dxa"/>
          </w:tcPr>
          <w:p w14:paraId="7340D6F9" w14:textId="77777777" w:rsidR="00FA1BB6" w:rsidRDefault="005654F4">
            <w:r>
              <w:t>13</w:t>
            </w:r>
          </w:p>
        </w:tc>
        <w:tc>
          <w:tcPr>
            <w:tcW w:w="1800" w:type="dxa"/>
          </w:tcPr>
          <w:p w14:paraId="1983F603" w14:textId="77777777" w:rsidR="00FA1BB6" w:rsidRDefault="00FA1BB6"/>
        </w:tc>
        <w:tc>
          <w:tcPr>
            <w:tcW w:w="1800" w:type="dxa"/>
          </w:tcPr>
          <w:p w14:paraId="768185C3" w14:textId="77777777" w:rsidR="00FA1BB6" w:rsidRDefault="00FA1BB6"/>
        </w:tc>
        <w:tc>
          <w:tcPr>
            <w:tcW w:w="1800" w:type="dxa"/>
          </w:tcPr>
          <w:p w14:paraId="61F57E47" w14:textId="77777777" w:rsidR="00FA1BB6" w:rsidRDefault="00FA1BB6"/>
        </w:tc>
        <w:tc>
          <w:tcPr>
            <w:tcW w:w="1800" w:type="dxa"/>
          </w:tcPr>
          <w:p w14:paraId="21FA4E20" w14:textId="77777777" w:rsidR="00FA1BB6" w:rsidRDefault="00FA1BB6"/>
        </w:tc>
        <w:tc>
          <w:tcPr>
            <w:tcW w:w="1800" w:type="dxa"/>
          </w:tcPr>
          <w:p w14:paraId="1A93DD6C" w14:textId="77777777" w:rsidR="00FA1BB6" w:rsidRDefault="00FA1BB6"/>
        </w:tc>
      </w:tr>
      <w:tr w:rsidR="00FA1BB6" w14:paraId="2D235D56" w14:textId="77777777">
        <w:tc>
          <w:tcPr>
            <w:tcW w:w="1800" w:type="dxa"/>
          </w:tcPr>
          <w:p w14:paraId="2928FA27" w14:textId="77777777" w:rsidR="00FA1BB6" w:rsidRDefault="005654F4">
            <w:r>
              <w:t>14</w:t>
            </w:r>
          </w:p>
        </w:tc>
        <w:tc>
          <w:tcPr>
            <w:tcW w:w="1800" w:type="dxa"/>
          </w:tcPr>
          <w:p w14:paraId="24117B9E" w14:textId="77777777" w:rsidR="00FA1BB6" w:rsidRDefault="00FA1BB6"/>
        </w:tc>
        <w:tc>
          <w:tcPr>
            <w:tcW w:w="1800" w:type="dxa"/>
          </w:tcPr>
          <w:p w14:paraId="4DC020E2" w14:textId="77777777" w:rsidR="00FA1BB6" w:rsidRDefault="00FA1BB6"/>
        </w:tc>
        <w:tc>
          <w:tcPr>
            <w:tcW w:w="1800" w:type="dxa"/>
          </w:tcPr>
          <w:p w14:paraId="5EBA58B0" w14:textId="77777777" w:rsidR="00FA1BB6" w:rsidRDefault="00FA1BB6"/>
        </w:tc>
        <w:tc>
          <w:tcPr>
            <w:tcW w:w="1800" w:type="dxa"/>
          </w:tcPr>
          <w:p w14:paraId="2DE948EE" w14:textId="77777777" w:rsidR="00FA1BB6" w:rsidRDefault="00FA1BB6"/>
        </w:tc>
        <w:tc>
          <w:tcPr>
            <w:tcW w:w="1800" w:type="dxa"/>
          </w:tcPr>
          <w:p w14:paraId="699FA900" w14:textId="77777777" w:rsidR="00FA1BB6" w:rsidRDefault="00FA1BB6"/>
        </w:tc>
      </w:tr>
    </w:tbl>
    <w:p w14:paraId="40C07B24" w14:textId="77777777" w:rsidR="00FA1BB6" w:rsidRDefault="005654F4">
      <w:r>
        <w:rPr>
          <w:b/>
        </w:rPr>
        <w:t>9. Which animals do you consider domestic pets or companion animals?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0"/>
        <w:gridCol w:w="1798"/>
        <w:gridCol w:w="1798"/>
        <w:gridCol w:w="1798"/>
        <w:gridCol w:w="1798"/>
        <w:gridCol w:w="1798"/>
      </w:tblGrid>
      <w:tr w:rsidR="00FA1BB6" w14:paraId="2BAB095B" w14:textId="77777777">
        <w:tc>
          <w:tcPr>
            <w:tcW w:w="1800" w:type="dxa"/>
          </w:tcPr>
          <w:p w14:paraId="3340F82F" w14:textId="77777777" w:rsidR="00FA1BB6" w:rsidRDefault="005654F4">
            <w:r>
              <w:t>Photo</w:t>
            </w:r>
          </w:p>
        </w:tc>
        <w:tc>
          <w:tcPr>
            <w:tcW w:w="1800" w:type="dxa"/>
          </w:tcPr>
          <w:p w14:paraId="5E7DF053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20798469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70D964F7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5F035A1B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1EA499BF" w14:textId="77777777" w:rsidR="00FA1BB6" w:rsidRDefault="005654F4">
            <w:r>
              <w:t>5</w:t>
            </w:r>
          </w:p>
        </w:tc>
      </w:tr>
      <w:tr w:rsidR="00FA1BB6" w14:paraId="6CEE2A17" w14:textId="77777777">
        <w:tc>
          <w:tcPr>
            <w:tcW w:w="1800" w:type="dxa"/>
          </w:tcPr>
          <w:p w14:paraId="5B92C126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2808A786" w14:textId="77777777" w:rsidR="00FA1BB6" w:rsidRDefault="00FA1BB6"/>
        </w:tc>
        <w:tc>
          <w:tcPr>
            <w:tcW w:w="1800" w:type="dxa"/>
          </w:tcPr>
          <w:p w14:paraId="6F0F758D" w14:textId="77777777" w:rsidR="00FA1BB6" w:rsidRDefault="00FA1BB6"/>
        </w:tc>
        <w:tc>
          <w:tcPr>
            <w:tcW w:w="1800" w:type="dxa"/>
          </w:tcPr>
          <w:p w14:paraId="3F1D9311" w14:textId="77777777" w:rsidR="00FA1BB6" w:rsidRDefault="00FA1BB6"/>
        </w:tc>
        <w:tc>
          <w:tcPr>
            <w:tcW w:w="1800" w:type="dxa"/>
          </w:tcPr>
          <w:p w14:paraId="6C9FBBEE" w14:textId="77777777" w:rsidR="00FA1BB6" w:rsidRDefault="00FA1BB6"/>
        </w:tc>
        <w:tc>
          <w:tcPr>
            <w:tcW w:w="1800" w:type="dxa"/>
          </w:tcPr>
          <w:p w14:paraId="46F9819C" w14:textId="77777777" w:rsidR="00FA1BB6" w:rsidRDefault="00FA1BB6"/>
        </w:tc>
      </w:tr>
      <w:tr w:rsidR="00FA1BB6" w14:paraId="473592F8" w14:textId="77777777">
        <w:tc>
          <w:tcPr>
            <w:tcW w:w="1800" w:type="dxa"/>
          </w:tcPr>
          <w:p w14:paraId="07D1AE31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12144EC4" w14:textId="77777777" w:rsidR="00FA1BB6" w:rsidRDefault="00FA1BB6"/>
        </w:tc>
        <w:tc>
          <w:tcPr>
            <w:tcW w:w="1800" w:type="dxa"/>
          </w:tcPr>
          <w:p w14:paraId="301E7B30" w14:textId="77777777" w:rsidR="00FA1BB6" w:rsidRDefault="00FA1BB6"/>
        </w:tc>
        <w:tc>
          <w:tcPr>
            <w:tcW w:w="1800" w:type="dxa"/>
          </w:tcPr>
          <w:p w14:paraId="1C68ACF1" w14:textId="77777777" w:rsidR="00FA1BB6" w:rsidRDefault="00FA1BB6"/>
        </w:tc>
        <w:tc>
          <w:tcPr>
            <w:tcW w:w="1800" w:type="dxa"/>
          </w:tcPr>
          <w:p w14:paraId="76BF5E7B" w14:textId="77777777" w:rsidR="00FA1BB6" w:rsidRDefault="00FA1BB6"/>
        </w:tc>
        <w:tc>
          <w:tcPr>
            <w:tcW w:w="1800" w:type="dxa"/>
          </w:tcPr>
          <w:p w14:paraId="26989915" w14:textId="77777777" w:rsidR="00FA1BB6" w:rsidRDefault="00FA1BB6"/>
        </w:tc>
      </w:tr>
      <w:tr w:rsidR="00FA1BB6" w14:paraId="578DB828" w14:textId="77777777">
        <w:tc>
          <w:tcPr>
            <w:tcW w:w="1800" w:type="dxa"/>
          </w:tcPr>
          <w:p w14:paraId="6D5413DA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4D8A7147" w14:textId="77777777" w:rsidR="00FA1BB6" w:rsidRDefault="00FA1BB6"/>
        </w:tc>
        <w:tc>
          <w:tcPr>
            <w:tcW w:w="1800" w:type="dxa"/>
          </w:tcPr>
          <w:p w14:paraId="53289DF6" w14:textId="77777777" w:rsidR="00FA1BB6" w:rsidRDefault="00FA1BB6"/>
        </w:tc>
        <w:tc>
          <w:tcPr>
            <w:tcW w:w="1800" w:type="dxa"/>
          </w:tcPr>
          <w:p w14:paraId="5840D928" w14:textId="77777777" w:rsidR="00FA1BB6" w:rsidRDefault="00FA1BB6"/>
        </w:tc>
        <w:tc>
          <w:tcPr>
            <w:tcW w:w="1800" w:type="dxa"/>
          </w:tcPr>
          <w:p w14:paraId="4AD7B7DC" w14:textId="77777777" w:rsidR="00FA1BB6" w:rsidRDefault="00FA1BB6"/>
        </w:tc>
        <w:tc>
          <w:tcPr>
            <w:tcW w:w="1800" w:type="dxa"/>
          </w:tcPr>
          <w:p w14:paraId="50B55514" w14:textId="77777777" w:rsidR="00FA1BB6" w:rsidRDefault="00FA1BB6"/>
        </w:tc>
      </w:tr>
      <w:tr w:rsidR="00FA1BB6" w14:paraId="0C880DFE" w14:textId="77777777">
        <w:tc>
          <w:tcPr>
            <w:tcW w:w="1800" w:type="dxa"/>
          </w:tcPr>
          <w:p w14:paraId="72DEB2D7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647FD9EA" w14:textId="77777777" w:rsidR="00FA1BB6" w:rsidRDefault="00FA1BB6"/>
        </w:tc>
        <w:tc>
          <w:tcPr>
            <w:tcW w:w="1800" w:type="dxa"/>
          </w:tcPr>
          <w:p w14:paraId="17D7D0EF" w14:textId="77777777" w:rsidR="00FA1BB6" w:rsidRDefault="00FA1BB6"/>
        </w:tc>
        <w:tc>
          <w:tcPr>
            <w:tcW w:w="1800" w:type="dxa"/>
          </w:tcPr>
          <w:p w14:paraId="4D771C04" w14:textId="77777777" w:rsidR="00FA1BB6" w:rsidRDefault="00FA1BB6"/>
        </w:tc>
        <w:tc>
          <w:tcPr>
            <w:tcW w:w="1800" w:type="dxa"/>
          </w:tcPr>
          <w:p w14:paraId="6D7AB252" w14:textId="77777777" w:rsidR="00FA1BB6" w:rsidRDefault="00FA1BB6"/>
        </w:tc>
        <w:tc>
          <w:tcPr>
            <w:tcW w:w="1800" w:type="dxa"/>
          </w:tcPr>
          <w:p w14:paraId="1717F112" w14:textId="77777777" w:rsidR="00FA1BB6" w:rsidRDefault="00FA1BB6"/>
        </w:tc>
      </w:tr>
      <w:tr w:rsidR="00FA1BB6" w14:paraId="4791817C" w14:textId="77777777">
        <w:tc>
          <w:tcPr>
            <w:tcW w:w="1800" w:type="dxa"/>
          </w:tcPr>
          <w:p w14:paraId="5A8D8391" w14:textId="77777777" w:rsidR="00FA1BB6" w:rsidRDefault="005654F4">
            <w:r>
              <w:t>5</w:t>
            </w:r>
          </w:p>
        </w:tc>
        <w:tc>
          <w:tcPr>
            <w:tcW w:w="1800" w:type="dxa"/>
          </w:tcPr>
          <w:p w14:paraId="01FD37A8" w14:textId="77777777" w:rsidR="00FA1BB6" w:rsidRDefault="00FA1BB6"/>
        </w:tc>
        <w:tc>
          <w:tcPr>
            <w:tcW w:w="1800" w:type="dxa"/>
          </w:tcPr>
          <w:p w14:paraId="6A4CE3AC" w14:textId="77777777" w:rsidR="00FA1BB6" w:rsidRDefault="00FA1BB6"/>
        </w:tc>
        <w:tc>
          <w:tcPr>
            <w:tcW w:w="1800" w:type="dxa"/>
          </w:tcPr>
          <w:p w14:paraId="22C72DCE" w14:textId="77777777" w:rsidR="00FA1BB6" w:rsidRDefault="00FA1BB6"/>
        </w:tc>
        <w:tc>
          <w:tcPr>
            <w:tcW w:w="1800" w:type="dxa"/>
          </w:tcPr>
          <w:p w14:paraId="4E350D07" w14:textId="77777777" w:rsidR="00FA1BB6" w:rsidRDefault="00FA1BB6"/>
        </w:tc>
        <w:tc>
          <w:tcPr>
            <w:tcW w:w="1800" w:type="dxa"/>
          </w:tcPr>
          <w:p w14:paraId="6441B389" w14:textId="77777777" w:rsidR="00FA1BB6" w:rsidRDefault="00FA1BB6"/>
        </w:tc>
      </w:tr>
      <w:tr w:rsidR="00FA1BB6" w14:paraId="3A7A28AD" w14:textId="77777777">
        <w:tc>
          <w:tcPr>
            <w:tcW w:w="1800" w:type="dxa"/>
          </w:tcPr>
          <w:p w14:paraId="34214F69" w14:textId="77777777" w:rsidR="00FA1BB6" w:rsidRDefault="005654F4">
            <w:r>
              <w:t>6</w:t>
            </w:r>
          </w:p>
        </w:tc>
        <w:tc>
          <w:tcPr>
            <w:tcW w:w="1800" w:type="dxa"/>
          </w:tcPr>
          <w:p w14:paraId="7CF02F0E" w14:textId="77777777" w:rsidR="00FA1BB6" w:rsidRDefault="00FA1BB6"/>
        </w:tc>
        <w:tc>
          <w:tcPr>
            <w:tcW w:w="1800" w:type="dxa"/>
          </w:tcPr>
          <w:p w14:paraId="254A29F8" w14:textId="77777777" w:rsidR="00FA1BB6" w:rsidRDefault="00FA1BB6"/>
        </w:tc>
        <w:tc>
          <w:tcPr>
            <w:tcW w:w="1800" w:type="dxa"/>
          </w:tcPr>
          <w:p w14:paraId="2938C891" w14:textId="77777777" w:rsidR="00FA1BB6" w:rsidRDefault="00FA1BB6"/>
        </w:tc>
        <w:tc>
          <w:tcPr>
            <w:tcW w:w="1800" w:type="dxa"/>
          </w:tcPr>
          <w:p w14:paraId="0273225E" w14:textId="77777777" w:rsidR="00FA1BB6" w:rsidRDefault="00FA1BB6"/>
        </w:tc>
        <w:tc>
          <w:tcPr>
            <w:tcW w:w="1800" w:type="dxa"/>
          </w:tcPr>
          <w:p w14:paraId="15FA32C3" w14:textId="77777777" w:rsidR="00FA1BB6" w:rsidRDefault="00FA1BB6"/>
        </w:tc>
      </w:tr>
      <w:tr w:rsidR="00FA1BB6" w14:paraId="6ADAC5FF" w14:textId="77777777">
        <w:tc>
          <w:tcPr>
            <w:tcW w:w="1800" w:type="dxa"/>
          </w:tcPr>
          <w:p w14:paraId="7B774A6A" w14:textId="77777777" w:rsidR="00FA1BB6" w:rsidRDefault="005654F4">
            <w:r>
              <w:t>7</w:t>
            </w:r>
          </w:p>
        </w:tc>
        <w:tc>
          <w:tcPr>
            <w:tcW w:w="1800" w:type="dxa"/>
          </w:tcPr>
          <w:p w14:paraId="2A6EAEFC" w14:textId="77777777" w:rsidR="00FA1BB6" w:rsidRDefault="00FA1BB6"/>
        </w:tc>
        <w:tc>
          <w:tcPr>
            <w:tcW w:w="1800" w:type="dxa"/>
          </w:tcPr>
          <w:p w14:paraId="733BB15E" w14:textId="77777777" w:rsidR="00FA1BB6" w:rsidRDefault="00FA1BB6"/>
        </w:tc>
        <w:tc>
          <w:tcPr>
            <w:tcW w:w="1800" w:type="dxa"/>
          </w:tcPr>
          <w:p w14:paraId="5410495A" w14:textId="77777777" w:rsidR="00FA1BB6" w:rsidRDefault="00FA1BB6"/>
        </w:tc>
        <w:tc>
          <w:tcPr>
            <w:tcW w:w="1800" w:type="dxa"/>
          </w:tcPr>
          <w:p w14:paraId="0FDAD23F" w14:textId="77777777" w:rsidR="00FA1BB6" w:rsidRDefault="00FA1BB6"/>
        </w:tc>
        <w:tc>
          <w:tcPr>
            <w:tcW w:w="1800" w:type="dxa"/>
          </w:tcPr>
          <w:p w14:paraId="58C0787A" w14:textId="77777777" w:rsidR="00FA1BB6" w:rsidRDefault="00FA1BB6"/>
        </w:tc>
      </w:tr>
      <w:tr w:rsidR="00FA1BB6" w14:paraId="1D197407" w14:textId="77777777">
        <w:tc>
          <w:tcPr>
            <w:tcW w:w="1800" w:type="dxa"/>
          </w:tcPr>
          <w:p w14:paraId="65EAB422" w14:textId="77777777" w:rsidR="00FA1BB6" w:rsidRDefault="005654F4">
            <w:r>
              <w:t>8</w:t>
            </w:r>
          </w:p>
        </w:tc>
        <w:tc>
          <w:tcPr>
            <w:tcW w:w="1800" w:type="dxa"/>
          </w:tcPr>
          <w:p w14:paraId="780D56C9" w14:textId="77777777" w:rsidR="00FA1BB6" w:rsidRDefault="00FA1BB6"/>
        </w:tc>
        <w:tc>
          <w:tcPr>
            <w:tcW w:w="1800" w:type="dxa"/>
          </w:tcPr>
          <w:p w14:paraId="32C76670" w14:textId="77777777" w:rsidR="00FA1BB6" w:rsidRDefault="00FA1BB6"/>
        </w:tc>
        <w:tc>
          <w:tcPr>
            <w:tcW w:w="1800" w:type="dxa"/>
          </w:tcPr>
          <w:p w14:paraId="26B1B5A0" w14:textId="77777777" w:rsidR="00FA1BB6" w:rsidRDefault="00FA1BB6"/>
        </w:tc>
        <w:tc>
          <w:tcPr>
            <w:tcW w:w="1800" w:type="dxa"/>
          </w:tcPr>
          <w:p w14:paraId="0A9173ED" w14:textId="77777777" w:rsidR="00FA1BB6" w:rsidRDefault="00FA1BB6"/>
        </w:tc>
        <w:tc>
          <w:tcPr>
            <w:tcW w:w="1800" w:type="dxa"/>
          </w:tcPr>
          <w:p w14:paraId="0918F270" w14:textId="77777777" w:rsidR="00FA1BB6" w:rsidRDefault="00FA1BB6"/>
        </w:tc>
      </w:tr>
      <w:tr w:rsidR="00FA1BB6" w14:paraId="2E222A5D" w14:textId="77777777">
        <w:tc>
          <w:tcPr>
            <w:tcW w:w="1800" w:type="dxa"/>
          </w:tcPr>
          <w:p w14:paraId="7484F300" w14:textId="77777777" w:rsidR="00FA1BB6" w:rsidRDefault="005654F4">
            <w:r>
              <w:t>9</w:t>
            </w:r>
          </w:p>
        </w:tc>
        <w:tc>
          <w:tcPr>
            <w:tcW w:w="1800" w:type="dxa"/>
          </w:tcPr>
          <w:p w14:paraId="2B6B4BA0" w14:textId="77777777" w:rsidR="00FA1BB6" w:rsidRDefault="00FA1BB6"/>
        </w:tc>
        <w:tc>
          <w:tcPr>
            <w:tcW w:w="1800" w:type="dxa"/>
          </w:tcPr>
          <w:p w14:paraId="4E410015" w14:textId="77777777" w:rsidR="00FA1BB6" w:rsidRDefault="00FA1BB6"/>
        </w:tc>
        <w:tc>
          <w:tcPr>
            <w:tcW w:w="1800" w:type="dxa"/>
          </w:tcPr>
          <w:p w14:paraId="2EACFFFE" w14:textId="77777777" w:rsidR="00FA1BB6" w:rsidRDefault="00FA1BB6"/>
        </w:tc>
        <w:tc>
          <w:tcPr>
            <w:tcW w:w="1800" w:type="dxa"/>
          </w:tcPr>
          <w:p w14:paraId="3DE58F5C" w14:textId="77777777" w:rsidR="00FA1BB6" w:rsidRDefault="00FA1BB6"/>
        </w:tc>
        <w:tc>
          <w:tcPr>
            <w:tcW w:w="1800" w:type="dxa"/>
          </w:tcPr>
          <w:p w14:paraId="2AB99F54" w14:textId="77777777" w:rsidR="00FA1BB6" w:rsidRDefault="00FA1BB6"/>
        </w:tc>
      </w:tr>
      <w:tr w:rsidR="00FA1BB6" w14:paraId="4A187D9E" w14:textId="77777777">
        <w:tc>
          <w:tcPr>
            <w:tcW w:w="1800" w:type="dxa"/>
          </w:tcPr>
          <w:p w14:paraId="6FC00B3F" w14:textId="77777777" w:rsidR="00FA1BB6" w:rsidRDefault="005654F4">
            <w:r>
              <w:t>10</w:t>
            </w:r>
          </w:p>
        </w:tc>
        <w:tc>
          <w:tcPr>
            <w:tcW w:w="1800" w:type="dxa"/>
          </w:tcPr>
          <w:p w14:paraId="357C6B72" w14:textId="77777777" w:rsidR="00FA1BB6" w:rsidRDefault="00FA1BB6"/>
        </w:tc>
        <w:tc>
          <w:tcPr>
            <w:tcW w:w="1800" w:type="dxa"/>
          </w:tcPr>
          <w:p w14:paraId="0132BC20" w14:textId="77777777" w:rsidR="00FA1BB6" w:rsidRDefault="00FA1BB6"/>
        </w:tc>
        <w:tc>
          <w:tcPr>
            <w:tcW w:w="1800" w:type="dxa"/>
          </w:tcPr>
          <w:p w14:paraId="1267C496" w14:textId="77777777" w:rsidR="00FA1BB6" w:rsidRDefault="00FA1BB6"/>
        </w:tc>
        <w:tc>
          <w:tcPr>
            <w:tcW w:w="1800" w:type="dxa"/>
          </w:tcPr>
          <w:p w14:paraId="31ED615F" w14:textId="77777777" w:rsidR="00FA1BB6" w:rsidRDefault="00FA1BB6"/>
        </w:tc>
        <w:tc>
          <w:tcPr>
            <w:tcW w:w="1800" w:type="dxa"/>
          </w:tcPr>
          <w:p w14:paraId="7ABD454C" w14:textId="77777777" w:rsidR="00FA1BB6" w:rsidRDefault="00FA1BB6"/>
        </w:tc>
      </w:tr>
      <w:tr w:rsidR="00FA1BB6" w14:paraId="1E4EF12B" w14:textId="77777777">
        <w:tc>
          <w:tcPr>
            <w:tcW w:w="1800" w:type="dxa"/>
          </w:tcPr>
          <w:p w14:paraId="2897E227" w14:textId="77777777" w:rsidR="00FA1BB6" w:rsidRDefault="005654F4">
            <w:r>
              <w:t>11</w:t>
            </w:r>
          </w:p>
        </w:tc>
        <w:tc>
          <w:tcPr>
            <w:tcW w:w="1800" w:type="dxa"/>
          </w:tcPr>
          <w:p w14:paraId="65CBBE25" w14:textId="77777777" w:rsidR="00FA1BB6" w:rsidRDefault="00FA1BB6"/>
        </w:tc>
        <w:tc>
          <w:tcPr>
            <w:tcW w:w="1800" w:type="dxa"/>
          </w:tcPr>
          <w:p w14:paraId="544A7253" w14:textId="77777777" w:rsidR="00FA1BB6" w:rsidRDefault="00FA1BB6"/>
        </w:tc>
        <w:tc>
          <w:tcPr>
            <w:tcW w:w="1800" w:type="dxa"/>
          </w:tcPr>
          <w:p w14:paraId="4710AEAC" w14:textId="77777777" w:rsidR="00FA1BB6" w:rsidRDefault="00FA1BB6"/>
        </w:tc>
        <w:tc>
          <w:tcPr>
            <w:tcW w:w="1800" w:type="dxa"/>
          </w:tcPr>
          <w:p w14:paraId="6609D220" w14:textId="77777777" w:rsidR="00FA1BB6" w:rsidRDefault="00FA1BB6"/>
        </w:tc>
        <w:tc>
          <w:tcPr>
            <w:tcW w:w="1800" w:type="dxa"/>
          </w:tcPr>
          <w:p w14:paraId="21CF0712" w14:textId="77777777" w:rsidR="00FA1BB6" w:rsidRDefault="00FA1BB6"/>
        </w:tc>
      </w:tr>
      <w:tr w:rsidR="00FA1BB6" w14:paraId="5D2FF278" w14:textId="77777777">
        <w:tc>
          <w:tcPr>
            <w:tcW w:w="1800" w:type="dxa"/>
          </w:tcPr>
          <w:p w14:paraId="5586B7DE" w14:textId="77777777" w:rsidR="00FA1BB6" w:rsidRDefault="005654F4">
            <w:r>
              <w:t>12</w:t>
            </w:r>
          </w:p>
        </w:tc>
        <w:tc>
          <w:tcPr>
            <w:tcW w:w="1800" w:type="dxa"/>
          </w:tcPr>
          <w:p w14:paraId="2C4890CC" w14:textId="77777777" w:rsidR="00FA1BB6" w:rsidRDefault="00FA1BB6"/>
        </w:tc>
        <w:tc>
          <w:tcPr>
            <w:tcW w:w="1800" w:type="dxa"/>
          </w:tcPr>
          <w:p w14:paraId="76E7B115" w14:textId="77777777" w:rsidR="00FA1BB6" w:rsidRDefault="00FA1BB6"/>
        </w:tc>
        <w:tc>
          <w:tcPr>
            <w:tcW w:w="1800" w:type="dxa"/>
          </w:tcPr>
          <w:p w14:paraId="31815DB4" w14:textId="77777777" w:rsidR="00FA1BB6" w:rsidRDefault="00FA1BB6"/>
        </w:tc>
        <w:tc>
          <w:tcPr>
            <w:tcW w:w="1800" w:type="dxa"/>
          </w:tcPr>
          <w:p w14:paraId="4AF48B98" w14:textId="77777777" w:rsidR="00FA1BB6" w:rsidRDefault="00FA1BB6"/>
        </w:tc>
        <w:tc>
          <w:tcPr>
            <w:tcW w:w="1800" w:type="dxa"/>
          </w:tcPr>
          <w:p w14:paraId="229C31D1" w14:textId="77777777" w:rsidR="00FA1BB6" w:rsidRDefault="00FA1BB6"/>
        </w:tc>
      </w:tr>
      <w:tr w:rsidR="00FA1BB6" w14:paraId="717F5404" w14:textId="77777777">
        <w:tc>
          <w:tcPr>
            <w:tcW w:w="1800" w:type="dxa"/>
          </w:tcPr>
          <w:p w14:paraId="1375D3BE" w14:textId="77777777" w:rsidR="00FA1BB6" w:rsidRDefault="005654F4">
            <w:r>
              <w:t>13</w:t>
            </w:r>
          </w:p>
        </w:tc>
        <w:tc>
          <w:tcPr>
            <w:tcW w:w="1800" w:type="dxa"/>
          </w:tcPr>
          <w:p w14:paraId="2A48D3F3" w14:textId="77777777" w:rsidR="00FA1BB6" w:rsidRDefault="00FA1BB6"/>
        </w:tc>
        <w:tc>
          <w:tcPr>
            <w:tcW w:w="1800" w:type="dxa"/>
          </w:tcPr>
          <w:p w14:paraId="46F7E665" w14:textId="77777777" w:rsidR="00FA1BB6" w:rsidRDefault="00FA1BB6"/>
        </w:tc>
        <w:tc>
          <w:tcPr>
            <w:tcW w:w="1800" w:type="dxa"/>
          </w:tcPr>
          <w:p w14:paraId="2F4E97B8" w14:textId="77777777" w:rsidR="00FA1BB6" w:rsidRDefault="00FA1BB6"/>
        </w:tc>
        <w:tc>
          <w:tcPr>
            <w:tcW w:w="1800" w:type="dxa"/>
          </w:tcPr>
          <w:p w14:paraId="751F3E50" w14:textId="77777777" w:rsidR="00FA1BB6" w:rsidRDefault="00FA1BB6"/>
        </w:tc>
        <w:tc>
          <w:tcPr>
            <w:tcW w:w="1800" w:type="dxa"/>
          </w:tcPr>
          <w:p w14:paraId="4AA68669" w14:textId="77777777" w:rsidR="00FA1BB6" w:rsidRDefault="00FA1BB6"/>
        </w:tc>
      </w:tr>
      <w:tr w:rsidR="00FA1BB6" w14:paraId="087612A0" w14:textId="77777777">
        <w:tc>
          <w:tcPr>
            <w:tcW w:w="1800" w:type="dxa"/>
          </w:tcPr>
          <w:p w14:paraId="3CC7108B" w14:textId="77777777" w:rsidR="00FA1BB6" w:rsidRDefault="005654F4">
            <w:r>
              <w:t>14</w:t>
            </w:r>
          </w:p>
        </w:tc>
        <w:tc>
          <w:tcPr>
            <w:tcW w:w="1800" w:type="dxa"/>
          </w:tcPr>
          <w:p w14:paraId="3BD27E56" w14:textId="77777777" w:rsidR="00FA1BB6" w:rsidRDefault="00FA1BB6"/>
        </w:tc>
        <w:tc>
          <w:tcPr>
            <w:tcW w:w="1800" w:type="dxa"/>
          </w:tcPr>
          <w:p w14:paraId="15457AEB" w14:textId="77777777" w:rsidR="00FA1BB6" w:rsidRDefault="00FA1BB6"/>
        </w:tc>
        <w:tc>
          <w:tcPr>
            <w:tcW w:w="1800" w:type="dxa"/>
          </w:tcPr>
          <w:p w14:paraId="25893C66" w14:textId="77777777" w:rsidR="00FA1BB6" w:rsidRDefault="00FA1BB6"/>
        </w:tc>
        <w:tc>
          <w:tcPr>
            <w:tcW w:w="1800" w:type="dxa"/>
          </w:tcPr>
          <w:p w14:paraId="1CDEE348" w14:textId="77777777" w:rsidR="00FA1BB6" w:rsidRDefault="00FA1BB6"/>
        </w:tc>
        <w:tc>
          <w:tcPr>
            <w:tcW w:w="1800" w:type="dxa"/>
          </w:tcPr>
          <w:p w14:paraId="2DC20CE9" w14:textId="77777777" w:rsidR="00FA1BB6" w:rsidRDefault="00FA1BB6"/>
        </w:tc>
      </w:tr>
    </w:tbl>
    <w:p w14:paraId="34B53EA5" w14:textId="77777777" w:rsidR="00FA1BB6" w:rsidRDefault="005654F4">
      <w:r>
        <w:rPr>
          <w:b/>
        </w:rPr>
        <w:t>10. Which species make you feel afraid?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0"/>
        <w:gridCol w:w="1798"/>
        <w:gridCol w:w="1798"/>
        <w:gridCol w:w="1798"/>
        <w:gridCol w:w="1798"/>
        <w:gridCol w:w="1798"/>
      </w:tblGrid>
      <w:tr w:rsidR="00FA1BB6" w14:paraId="26506238" w14:textId="77777777">
        <w:tc>
          <w:tcPr>
            <w:tcW w:w="1800" w:type="dxa"/>
          </w:tcPr>
          <w:p w14:paraId="28311476" w14:textId="77777777" w:rsidR="00FA1BB6" w:rsidRDefault="005654F4">
            <w:r>
              <w:t>Photo</w:t>
            </w:r>
          </w:p>
        </w:tc>
        <w:tc>
          <w:tcPr>
            <w:tcW w:w="1800" w:type="dxa"/>
          </w:tcPr>
          <w:p w14:paraId="7DEAC882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331B14AB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30F4BE43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3833D786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37DFF896" w14:textId="77777777" w:rsidR="00FA1BB6" w:rsidRDefault="005654F4">
            <w:r>
              <w:t>5</w:t>
            </w:r>
          </w:p>
        </w:tc>
      </w:tr>
      <w:tr w:rsidR="00FA1BB6" w14:paraId="6C047D26" w14:textId="77777777">
        <w:tc>
          <w:tcPr>
            <w:tcW w:w="1800" w:type="dxa"/>
          </w:tcPr>
          <w:p w14:paraId="74D4BC02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203D8560" w14:textId="77777777" w:rsidR="00FA1BB6" w:rsidRDefault="00FA1BB6"/>
        </w:tc>
        <w:tc>
          <w:tcPr>
            <w:tcW w:w="1800" w:type="dxa"/>
          </w:tcPr>
          <w:p w14:paraId="73327609" w14:textId="77777777" w:rsidR="00FA1BB6" w:rsidRDefault="00FA1BB6"/>
        </w:tc>
        <w:tc>
          <w:tcPr>
            <w:tcW w:w="1800" w:type="dxa"/>
          </w:tcPr>
          <w:p w14:paraId="71E72004" w14:textId="77777777" w:rsidR="00FA1BB6" w:rsidRDefault="00FA1BB6"/>
        </w:tc>
        <w:tc>
          <w:tcPr>
            <w:tcW w:w="1800" w:type="dxa"/>
          </w:tcPr>
          <w:p w14:paraId="4AC43742" w14:textId="77777777" w:rsidR="00FA1BB6" w:rsidRDefault="00FA1BB6"/>
        </w:tc>
        <w:tc>
          <w:tcPr>
            <w:tcW w:w="1800" w:type="dxa"/>
          </w:tcPr>
          <w:p w14:paraId="6488B7EA" w14:textId="77777777" w:rsidR="00FA1BB6" w:rsidRDefault="00FA1BB6"/>
        </w:tc>
      </w:tr>
      <w:tr w:rsidR="00FA1BB6" w14:paraId="2DE93F8F" w14:textId="77777777">
        <w:tc>
          <w:tcPr>
            <w:tcW w:w="1800" w:type="dxa"/>
          </w:tcPr>
          <w:p w14:paraId="0341FF4A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15EB5D54" w14:textId="77777777" w:rsidR="00FA1BB6" w:rsidRDefault="00FA1BB6"/>
        </w:tc>
        <w:tc>
          <w:tcPr>
            <w:tcW w:w="1800" w:type="dxa"/>
          </w:tcPr>
          <w:p w14:paraId="01680FC7" w14:textId="77777777" w:rsidR="00FA1BB6" w:rsidRDefault="00FA1BB6"/>
        </w:tc>
        <w:tc>
          <w:tcPr>
            <w:tcW w:w="1800" w:type="dxa"/>
          </w:tcPr>
          <w:p w14:paraId="1031E883" w14:textId="77777777" w:rsidR="00FA1BB6" w:rsidRDefault="00FA1BB6"/>
        </w:tc>
        <w:tc>
          <w:tcPr>
            <w:tcW w:w="1800" w:type="dxa"/>
          </w:tcPr>
          <w:p w14:paraId="65B1AB4D" w14:textId="77777777" w:rsidR="00FA1BB6" w:rsidRDefault="00FA1BB6"/>
        </w:tc>
        <w:tc>
          <w:tcPr>
            <w:tcW w:w="1800" w:type="dxa"/>
          </w:tcPr>
          <w:p w14:paraId="6C0599C6" w14:textId="77777777" w:rsidR="00FA1BB6" w:rsidRDefault="00FA1BB6"/>
        </w:tc>
      </w:tr>
      <w:tr w:rsidR="00FA1BB6" w14:paraId="6A0C541E" w14:textId="77777777">
        <w:tc>
          <w:tcPr>
            <w:tcW w:w="1800" w:type="dxa"/>
          </w:tcPr>
          <w:p w14:paraId="683829E3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4DABDA9B" w14:textId="77777777" w:rsidR="00FA1BB6" w:rsidRDefault="00FA1BB6"/>
        </w:tc>
        <w:tc>
          <w:tcPr>
            <w:tcW w:w="1800" w:type="dxa"/>
          </w:tcPr>
          <w:p w14:paraId="54EE50C9" w14:textId="77777777" w:rsidR="00FA1BB6" w:rsidRDefault="00FA1BB6"/>
        </w:tc>
        <w:tc>
          <w:tcPr>
            <w:tcW w:w="1800" w:type="dxa"/>
          </w:tcPr>
          <w:p w14:paraId="559E1F1C" w14:textId="77777777" w:rsidR="00FA1BB6" w:rsidRDefault="00FA1BB6"/>
        </w:tc>
        <w:tc>
          <w:tcPr>
            <w:tcW w:w="1800" w:type="dxa"/>
          </w:tcPr>
          <w:p w14:paraId="2E1C6B2F" w14:textId="77777777" w:rsidR="00FA1BB6" w:rsidRDefault="00FA1BB6"/>
        </w:tc>
        <w:tc>
          <w:tcPr>
            <w:tcW w:w="1800" w:type="dxa"/>
          </w:tcPr>
          <w:p w14:paraId="1348C723" w14:textId="77777777" w:rsidR="00FA1BB6" w:rsidRDefault="00FA1BB6"/>
        </w:tc>
      </w:tr>
      <w:tr w:rsidR="00FA1BB6" w14:paraId="04B0DB45" w14:textId="77777777">
        <w:tc>
          <w:tcPr>
            <w:tcW w:w="1800" w:type="dxa"/>
          </w:tcPr>
          <w:p w14:paraId="7603EAE5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0F5757E5" w14:textId="77777777" w:rsidR="00FA1BB6" w:rsidRDefault="00FA1BB6"/>
        </w:tc>
        <w:tc>
          <w:tcPr>
            <w:tcW w:w="1800" w:type="dxa"/>
          </w:tcPr>
          <w:p w14:paraId="24D393AE" w14:textId="77777777" w:rsidR="00FA1BB6" w:rsidRDefault="00FA1BB6"/>
        </w:tc>
        <w:tc>
          <w:tcPr>
            <w:tcW w:w="1800" w:type="dxa"/>
          </w:tcPr>
          <w:p w14:paraId="63D5497C" w14:textId="77777777" w:rsidR="00FA1BB6" w:rsidRDefault="00FA1BB6"/>
        </w:tc>
        <w:tc>
          <w:tcPr>
            <w:tcW w:w="1800" w:type="dxa"/>
          </w:tcPr>
          <w:p w14:paraId="0870FAA2" w14:textId="77777777" w:rsidR="00FA1BB6" w:rsidRDefault="00FA1BB6"/>
        </w:tc>
        <w:tc>
          <w:tcPr>
            <w:tcW w:w="1800" w:type="dxa"/>
          </w:tcPr>
          <w:p w14:paraId="714BD17F" w14:textId="77777777" w:rsidR="00FA1BB6" w:rsidRDefault="00FA1BB6"/>
        </w:tc>
      </w:tr>
      <w:tr w:rsidR="00FA1BB6" w14:paraId="4C851EBA" w14:textId="77777777">
        <w:tc>
          <w:tcPr>
            <w:tcW w:w="1800" w:type="dxa"/>
          </w:tcPr>
          <w:p w14:paraId="0FD8895C" w14:textId="77777777" w:rsidR="00FA1BB6" w:rsidRDefault="005654F4">
            <w:r>
              <w:t>5</w:t>
            </w:r>
          </w:p>
        </w:tc>
        <w:tc>
          <w:tcPr>
            <w:tcW w:w="1800" w:type="dxa"/>
          </w:tcPr>
          <w:p w14:paraId="011A571B" w14:textId="77777777" w:rsidR="00FA1BB6" w:rsidRDefault="00FA1BB6"/>
        </w:tc>
        <w:tc>
          <w:tcPr>
            <w:tcW w:w="1800" w:type="dxa"/>
          </w:tcPr>
          <w:p w14:paraId="6A8C61A0" w14:textId="77777777" w:rsidR="00FA1BB6" w:rsidRDefault="00FA1BB6"/>
        </w:tc>
        <w:tc>
          <w:tcPr>
            <w:tcW w:w="1800" w:type="dxa"/>
          </w:tcPr>
          <w:p w14:paraId="268A2785" w14:textId="77777777" w:rsidR="00FA1BB6" w:rsidRDefault="00FA1BB6"/>
        </w:tc>
        <w:tc>
          <w:tcPr>
            <w:tcW w:w="1800" w:type="dxa"/>
          </w:tcPr>
          <w:p w14:paraId="1D1AE9F1" w14:textId="77777777" w:rsidR="00FA1BB6" w:rsidRDefault="00FA1BB6"/>
        </w:tc>
        <w:tc>
          <w:tcPr>
            <w:tcW w:w="1800" w:type="dxa"/>
          </w:tcPr>
          <w:p w14:paraId="2C8D871D" w14:textId="77777777" w:rsidR="00FA1BB6" w:rsidRDefault="00FA1BB6"/>
        </w:tc>
      </w:tr>
      <w:tr w:rsidR="00FA1BB6" w14:paraId="62C670AD" w14:textId="77777777">
        <w:tc>
          <w:tcPr>
            <w:tcW w:w="1800" w:type="dxa"/>
          </w:tcPr>
          <w:p w14:paraId="29F8B271" w14:textId="77777777" w:rsidR="00FA1BB6" w:rsidRDefault="005654F4">
            <w:r>
              <w:t>6</w:t>
            </w:r>
          </w:p>
        </w:tc>
        <w:tc>
          <w:tcPr>
            <w:tcW w:w="1800" w:type="dxa"/>
          </w:tcPr>
          <w:p w14:paraId="44E26FF8" w14:textId="77777777" w:rsidR="00FA1BB6" w:rsidRDefault="00FA1BB6"/>
        </w:tc>
        <w:tc>
          <w:tcPr>
            <w:tcW w:w="1800" w:type="dxa"/>
          </w:tcPr>
          <w:p w14:paraId="3DEE4B8B" w14:textId="77777777" w:rsidR="00FA1BB6" w:rsidRDefault="00FA1BB6"/>
        </w:tc>
        <w:tc>
          <w:tcPr>
            <w:tcW w:w="1800" w:type="dxa"/>
          </w:tcPr>
          <w:p w14:paraId="79D4F426" w14:textId="77777777" w:rsidR="00FA1BB6" w:rsidRDefault="00FA1BB6"/>
        </w:tc>
        <w:tc>
          <w:tcPr>
            <w:tcW w:w="1800" w:type="dxa"/>
          </w:tcPr>
          <w:p w14:paraId="79A76224" w14:textId="77777777" w:rsidR="00FA1BB6" w:rsidRDefault="00FA1BB6"/>
        </w:tc>
        <w:tc>
          <w:tcPr>
            <w:tcW w:w="1800" w:type="dxa"/>
          </w:tcPr>
          <w:p w14:paraId="256D0786" w14:textId="77777777" w:rsidR="00FA1BB6" w:rsidRDefault="00FA1BB6"/>
        </w:tc>
      </w:tr>
      <w:tr w:rsidR="00FA1BB6" w14:paraId="30A232B5" w14:textId="77777777">
        <w:tc>
          <w:tcPr>
            <w:tcW w:w="1800" w:type="dxa"/>
          </w:tcPr>
          <w:p w14:paraId="71DD843F" w14:textId="77777777" w:rsidR="00FA1BB6" w:rsidRDefault="005654F4">
            <w:r>
              <w:t>7</w:t>
            </w:r>
          </w:p>
        </w:tc>
        <w:tc>
          <w:tcPr>
            <w:tcW w:w="1800" w:type="dxa"/>
          </w:tcPr>
          <w:p w14:paraId="5A275833" w14:textId="77777777" w:rsidR="00FA1BB6" w:rsidRDefault="00FA1BB6"/>
        </w:tc>
        <w:tc>
          <w:tcPr>
            <w:tcW w:w="1800" w:type="dxa"/>
          </w:tcPr>
          <w:p w14:paraId="326F8B59" w14:textId="77777777" w:rsidR="00FA1BB6" w:rsidRDefault="00FA1BB6"/>
        </w:tc>
        <w:tc>
          <w:tcPr>
            <w:tcW w:w="1800" w:type="dxa"/>
          </w:tcPr>
          <w:p w14:paraId="7C41A19B" w14:textId="77777777" w:rsidR="00FA1BB6" w:rsidRDefault="00FA1BB6"/>
        </w:tc>
        <w:tc>
          <w:tcPr>
            <w:tcW w:w="1800" w:type="dxa"/>
          </w:tcPr>
          <w:p w14:paraId="7CE1B410" w14:textId="77777777" w:rsidR="00FA1BB6" w:rsidRDefault="00FA1BB6"/>
        </w:tc>
        <w:tc>
          <w:tcPr>
            <w:tcW w:w="1800" w:type="dxa"/>
          </w:tcPr>
          <w:p w14:paraId="79C5B448" w14:textId="77777777" w:rsidR="00FA1BB6" w:rsidRDefault="00FA1BB6"/>
        </w:tc>
      </w:tr>
      <w:tr w:rsidR="00FA1BB6" w14:paraId="4A2E4CA6" w14:textId="77777777">
        <w:tc>
          <w:tcPr>
            <w:tcW w:w="1800" w:type="dxa"/>
          </w:tcPr>
          <w:p w14:paraId="598009AB" w14:textId="77777777" w:rsidR="00FA1BB6" w:rsidRDefault="005654F4">
            <w:r>
              <w:t>8</w:t>
            </w:r>
          </w:p>
        </w:tc>
        <w:tc>
          <w:tcPr>
            <w:tcW w:w="1800" w:type="dxa"/>
          </w:tcPr>
          <w:p w14:paraId="1FFFBCA4" w14:textId="77777777" w:rsidR="00FA1BB6" w:rsidRDefault="00FA1BB6"/>
        </w:tc>
        <w:tc>
          <w:tcPr>
            <w:tcW w:w="1800" w:type="dxa"/>
          </w:tcPr>
          <w:p w14:paraId="30F4990D" w14:textId="77777777" w:rsidR="00FA1BB6" w:rsidRDefault="00FA1BB6"/>
        </w:tc>
        <w:tc>
          <w:tcPr>
            <w:tcW w:w="1800" w:type="dxa"/>
          </w:tcPr>
          <w:p w14:paraId="32A0476A" w14:textId="77777777" w:rsidR="00FA1BB6" w:rsidRDefault="00FA1BB6"/>
        </w:tc>
        <w:tc>
          <w:tcPr>
            <w:tcW w:w="1800" w:type="dxa"/>
          </w:tcPr>
          <w:p w14:paraId="49E0701E" w14:textId="77777777" w:rsidR="00FA1BB6" w:rsidRDefault="00FA1BB6"/>
        </w:tc>
        <w:tc>
          <w:tcPr>
            <w:tcW w:w="1800" w:type="dxa"/>
          </w:tcPr>
          <w:p w14:paraId="423A1B18" w14:textId="77777777" w:rsidR="00FA1BB6" w:rsidRDefault="00FA1BB6"/>
        </w:tc>
      </w:tr>
      <w:tr w:rsidR="00FA1BB6" w14:paraId="50279620" w14:textId="77777777">
        <w:tc>
          <w:tcPr>
            <w:tcW w:w="1800" w:type="dxa"/>
          </w:tcPr>
          <w:p w14:paraId="6D3F497A" w14:textId="77777777" w:rsidR="00FA1BB6" w:rsidRDefault="005654F4">
            <w:r>
              <w:t>9</w:t>
            </w:r>
          </w:p>
        </w:tc>
        <w:tc>
          <w:tcPr>
            <w:tcW w:w="1800" w:type="dxa"/>
          </w:tcPr>
          <w:p w14:paraId="2FF2D0F8" w14:textId="77777777" w:rsidR="00FA1BB6" w:rsidRDefault="00FA1BB6"/>
        </w:tc>
        <w:tc>
          <w:tcPr>
            <w:tcW w:w="1800" w:type="dxa"/>
          </w:tcPr>
          <w:p w14:paraId="1147997B" w14:textId="77777777" w:rsidR="00FA1BB6" w:rsidRDefault="00FA1BB6"/>
        </w:tc>
        <w:tc>
          <w:tcPr>
            <w:tcW w:w="1800" w:type="dxa"/>
          </w:tcPr>
          <w:p w14:paraId="02D7BFEE" w14:textId="77777777" w:rsidR="00FA1BB6" w:rsidRDefault="00FA1BB6"/>
        </w:tc>
        <w:tc>
          <w:tcPr>
            <w:tcW w:w="1800" w:type="dxa"/>
          </w:tcPr>
          <w:p w14:paraId="29EAC270" w14:textId="77777777" w:rsidR="00FA1BB6" w:rsidRDefault="00FA1BB6"/>
        </w:tc>
        <w:tc>
          <w:tcPr>
            <w:tcW w:w="1800" w:type="dxa"/>
          </w:tcPr>
          <w:p w14:paraId="2E320647" w14:textId="77777777" w:rsidR="00FA1BB6" w:rsidRDefault="00FA1BB6"/>
        </w:tc>
      </w:tr>
      <w:tr w:rsidR="00FA1BB6" w14:paraId="479562C4" w14:textId="77777777">
        <w:tc>
          <w:tcPr>
            <w:tcW w:w="1800" w:type="dxa"/>
          </w:tcPr>
          <w:p w14:paraId="19B73CA5" w14:textId="77777777" w:rsidR="00FA1BB6" w:rsidRDefault="005654F4">
            <w:r>
              <w:t>10</w:t>
            </w:r>
          </w:p>
        </w:tc>
        <w:tc>
          <w:tcPr>
            <w:tcW w:w="1800" w:type="dxa"/>
          </w:tcPr>
          <w:p w14:paraId="259E3273" w14:textId="77777777" w:rsidR="00FA1BB6" w:rsidRDefault="00FA1BB6"/>
        </w:tc>
        <w:tc>
          <w:tcPr>
            <w:tcW w:w="1800" w:type="dxa"/>
          </w:tcPr>
          <w:p w14:paraId="41023B92" w14:textId="77777777" w:rsidR="00FA1BB6" w:rsidRDefault="00FA1BB6"/>
        </w:tc>
        <w:tc>
          <w:tcPr>
            <w:tcW w:w="1800" w:type="dxa"/>
          </w:tcPr>
          <w:p w14:paraId="0DB4290F" w14:textId="77777777" w:rsidR="00FA1BB6" w:rsidRDefault="00FA1BB6"/>
        </w:tc>
        <w:tc>
          <w:tcPr>
            <w:tcW w:w="1800" w:type="dxa"/>
          </w:tcPr>
          <w:p w14:paraId="5397CFD5" w14:textId="77777777" w:rsidR="00FA1BB6" w:rsidRDefault="00FA1BB6"/>
        </w:tc>
        <w:tc>
          <w:tcPr>
            <w:tcW w:w="1800" w:type="dxa"/>
          </w:tcPr>
          <w:p w14:paraId="020CFEBE" w14:textId="77777777" w:rsidR="00FA1BB6" w:rsidRDefault="00FA1BB6"/>
        </w:tc>
      </w:tr>
      <w:tr w:rsidR="00FA1BB6" w14:paraId="574E7455" w14:textId="77777777">
        <w:tc>
          <w:tcPr>
            <w:tcW w:w="1800" w:type="dxa"/>
          </w:tcPr>
          <w:p w14:paraId="48FAC555" w14:textId="77777777" w:rsidR="00FA1BB6" w:rsidRDefault="005654F4">
            <w:r>
              <w:t>11</w:t>
            </w:r>
          </w:p>
        </w:tc>
        <w:tc>
          <w:tcPr>
            <w:tcW w:w="1800" w:type="dxa"/>
          </w:tcPr>
          <w:p w14:paraId="57712D56" w14:textId="77777777" w:rsidR="00FA1BB6" w:rsidRDefault="00FA1BB6"/>
        </w:tc>
        <w:tc>
          <w:tcPr>
            <w:tcW w:w="1800" w:type="dxa"/>
          </w:tcPr>
          <w:p w14:paraId="2BE525D1" w14:textId="77777777" w:rsidR="00FA1BB6" w:rsidRDefault="00FA1BB6"/>
        </w:tc>
        <w:tc>
          <w:tcPr>
            <w:tcW w:w="1800" w:type="dxa"/>
          </w:tcPr>
          <w:p w14:paraId="10E89A25" w14:textId="77777777" w:rsidR="00FA1BB6" w:rsidRDefault="00FA1BB6"/>
        </w:tc>
        <w:tc>
          <w:tcPr>
            <w:tcW w:w="1800" w:type="dxa"/>
          </w:tcPr>
          <w:p w14:paraId="466E4167" w14:textId="77777777" w:rsidR="00FA1BB6" w:rsidRDefault="00FA1BB6"/>
        </w:tc>
        <w:tc>
          <w:tcPr>
            <w:tcW w:w="1800" w:type="dxa"/>
          </w:tcPr>
          <w:p w14:paraId="0ECFDC98" w14:textId="77777777" w:rsidR="00FA1BB6" w:rsidRDefault="00FA1BB6"/>
        </w:tc>
      </w:tr>
      <w:tr w:rsidR="00FA1BB6" w14:paraId="73D54F61" w14:textId="77777777">
        <w:tc>
          <w:tcPr>
            <w:tcW w:w="1800" w:type="dxa"/>
          </w:tcPr>
          <w:p w14:paraId="77D1B4CC" w14:textId="77777777" w:rsidR="00FA1BB6" w:rsidRDefault="005654F4">
            <w:r>
              <w:t>12</w:t>
            </w:r>
          </w:p>
        </w:tc>
        <w:tc>
          <w:tcPr>
            <w:tcW w:w="1800" w:type="dxa"/>
          </w:tcPr>
          <w:p w14:paraId="4311E0BC" w14:textId="77777777" w:rsidR="00FA1BB6" w:rsidRDefault="00FA1BB6"/>
        </w:tc>
        <w:tc>
          <w:tcPr>
            <w:tcW w:w="1800" w:type="dxa"/>
          </w:tcPr>
          <w:p w14:paraId="1FE7520F" w14:textId="77777777" w:rsidR="00FA1BB6" w:rsidRDefault="00FA1BB6"/>
        </w:tc>
        <w:tc>
          <w:tcPr>
            <w:tcW w:w="1800" w:type="dxa"/>
          </w:tcPr>
          <w:p w14:paraId="0843C10D" w14:textId="77777777" w:rsidR="00FA1BB6" w:rsidRDefault="00FA1BB6"/>
        </w:tc>
        <w:tc>
          <w:tcPr>
            <w:tcW w:w="1800" w:type="dxa"/>
          </w:tcPr>
          <w:p w14:paraId="2A51BAA9" w14:textId="77777777" w:rsidR="00FA1BB6" w:rsidRDefault="00FA1BB6"/>
        </w:tc>
        <w:tc>
          <w:tcPr>
            <w:tcW w:w="1800" w:type="dxa"/>
          </w:tcPr>
          <w:p w14:paraId="1C729BF2" w14:textId="77777777" w:rsidR="00FA1BB6" w:rsidRDefault="00FA1BB6"/>
        </w:tc>
      </w:tr>
      <w:tr w:rsidR="00FA1BB6" w14:paraId="0F93CE17" w14:textId="77777777">
        <w:tc>
          <w:tcPr>
            <w:tcW w:w="1800" w:type="dxa"/>
          </w:tcPr>
          <w:p w14:paraId="59532C7B" w14:textId="77777777" w:rsidR="00FA1BB6" w:rsidRDefault="005654F4">
            <w:r>
              <w:t>13</w:t>
            </w:r>
          </w:p>
        </w:tc>
        <w:tc>
          <w:tcPr>
            <w:tcW w:w="1800" w:type="dxa"/>
          </w:tcPr>
          <w:p w14:paraId="66DE486B" w14:textId="77777777" w:rsidR="00FA1BB6" w:rsidRDefault="00FA1BB6"/>
        </w:tc>
        <w:tc>
          <w:tcPr>
            <w:tcW w:w="1800" w:type="dxa"/>
          </w:tcPr>
          <w:p w14:paraId="788D13A0" w14:textId="77777777" w:rsidR="00FA1BB6" w:rsidRDefault="00FA1BB6"/>
        </w:tc>
        <w:tc>
          <w:tcPr>
            <w:tcW w:w="1800" w:type="dxa"/>
          </w:tcPr>
          <w:p w14:paraId="5736CA66" w14:textId="77777777" w:rsidR="00FA1BB6" w:rsidRDefault="00FA1BB6"/>
        </w:tc>
        <w:tc>
          <w:tcPr>
            <w:tcW w:w="1800" w:type="dxa"/>
          </w:tcPr>
          <w:p w14:paraId="6BFF8CD5" w14:textId="77777777" w:rsidR="00FA1BB6" w:rsidRDefault="00FA1BB6"/>
        </w:tc>
        <w:tc>
          <w:tcPr>
            <w:tcW w:w="1800" w:type="dxa"/>
          </w:tcPr>
          <w:p w14:paraId="45CAC928" w14:textId="77777777" w:rsidR="00FA1BB6" w:rsidRDefault="00FA1BB6"/>
        </w:tc>
      </w:tr>
      <w:tr w:rsidR="00FA1BB6" w14:paraId="46AA44C7" w14:textId="77777777">
        <w:tc>
          <w:tcPr>
            <w:tcW w:w="1800" w:type="dxa"/>
          </w:tcPr>
          <w:p w14:paraId="3455F191" w14:textId="77777777" w:rsidR="00FA1BB6" w:rsidRDefault="005654F4">
            <w:r>
              <w:t>14</w:t>
            </w:r>
          </w:p>
        </w:tc>
        <w:tc>
          <w:tcPr>
            <w:tcW w:w="1800" w:type="dxa"/>
          </w:tcPr>
          <w:p w14:paraId="60211DC4" w14:textId="77777777" w:rsidR="00FA1BB6" w:rsidRDefault="00FA1BB6"/>
        </w:tc>
        <w:tc>
          <w:tcPr>
            <w:tcW w:w="1800" w:type="dxa"/>
          </w:tcPr>
          <w:p w14:paraId="717FDD17" w14:textId="77777777" w:rsidR="00FA1BB6" w:rsidRDefault="00FA1BB6"/>
        </w:tc>
        <w:tc>
          <w:tcPr>
            <w:tcW w:w="1800" w:type="dxa"/>
          </w:tcPr>
          <w:p w14:paraId="5151A2FB" w14:textId="77777777" w:rsidR="00FA1BB6" w:rsidRDefault="00FA1BB6"/>
        </w:tc>
        <w:tc>
          <w:tcPr>
            <w:tcW w:w="1800" w:type="dxa"/>
          </w:tcPr>
          <w:p w14:paraId="43E6591D" w14:textId="77777777" w:rsidR="00FA1BB6" w:rsidRDefault="00FA1BB6"/>
        </w:tc>
        <w:tc>
          <w:tcPr>
            <w:tcW w:w="1800" w:type="dxa"/>
          </w:tcPr>
          <w:p w14:paraId="76F596E2" w14:textId="77777777" w:rsidR="00FA1BB6" w:rsidRDefault="00FA1BB6"/>
        </w:tc>
      </w:tr>
    </w:tbl>
    <w:p w14:paraId="0D1D56B2" w14:textId="77777777" w:rsidR="00FA1BB6" w:rsidRDefault="005654F4">
      <w:r>
        <w:rPr>
          <w:b/>
        </w:rPr>
        <w:t>11. How disgusting do you find each species?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0"/>
        <w:gridCol w:w="1798"/>
        <w:gridCol w:w="1798"/>
        <w:gridCol w:w="1798"/>
        <w:gridCol w:w="1798"/>
        <w:gridCol w:w="1798"/>
      </w:tblGrid>
      <w:tr w:rsidR="00FA1BB6" w14:paraId="15E5125E" w14:textId="77777777">
        <w:tc>
          <w:tcPr>
            <w:tcW w:w="1800" w:type="dxa"/>
          </w:tcPr>
          <w:p w14:paraId="39939A52" w14:textId="77777777" w:rsidR="00FA1BB6" w:rsidRDefault="005654F4">
            <w:r>
              <w:t>Photo</w:t>
            </w:r>
          </w:p>
        </w:tc>
        <w:tc>
          <w:tcPr>
            <w:tcW w:w="1800" w:type="dxa"/>
          </w:tcPr>
          <w:p w14:paraId="6E940358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3F5132B7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2913781D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6AF3BE02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23CD4BE3" w14:textId="77777777" w:rsidR="00FA1BB6" w:rsidRDefault="005654F4">
            <w:r>
              <w:t>5</w:t>
            </w:r>
          </w:p>
        </w:tc>
      </w:tr>
      <w:tr w:rsidR="00FA1BB6" w14:paraId="2FD60808" w14:textId="77777777">
        <w:tc>
          <w:tcPr>
            <w:tcW w:w="1800" w:type="dxa"/>
          </w:tcPr>
          <w:p w14:paraId="0FFE5DE5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2C64C115" w14:textId="77777777" w:rsidR="00FA1BB6" w:rsidRDefault="00FA1BB6"/>
        </w:tc>
        <w:tc>
          <w:tcPr>
            <w:tcW w:w="1800" w:type="dxa"/>
          </w:tcPr>
          <w:p w14:paraId="30500085" w14:textId="77777777" w:rsidR="00FA1BB6" w:rsidRDefault="00FA1BB6"/>
        </w:tc>
        <w:tc>
          <w:tcPr>
            <w:tcW w:w="1800" w:type="dxa"/>
          </w:tcPr>
          <w:p w14:paraId="0830C982" w14:textId="77777777" w:rsidR="00FA1BB6" w:rsidRDefault="00FA1BB6"/>
        </w:tc>
        <w:tc>
          <w:tcPr>
            <w:tcW w:w="1800" w:type="dxa"/>
          </w:tcPr>
          <w:p w14:paraId="52AF35E0" w14:textId="77777777" w:rsidR="00FA1BB6" w:rsidRDefault="00FA1BB6"/>
        </w:tc>
        <w:tc>
          <w:tcPr>
            <w:tcW w:w="1800" w:type="dxa"/>
          </w:tcPr>
          <w:p w14:paraId="26B2AE50" w14:textId="77777777" w:rsidR="00FA1BB6" w:rsidRDefault="00FA1BB6"/>
        </w:tc>
      </w:tr>
      <w:tr w:rsidR="00FA1BB6" w14:paraId="37FF9D5B" w14:textId="77777777">
        <w:tc>
          <w:tcPr>
            <w:tcW w:w="1800" w:type="dxa"/>
          </w:tcPr>
          <w:p w14:paraId="40FEF3FF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0FE3565B" w14:textId="77777777" w:rsidR="00FA1BB6" w:rsidRDefault="00FA1BB6"/>
        </w:tc>
        <w:tc>
          <w:tcPr>
            <w:tcW w:w="1800" w:type="dxa"/>
          </w:tcPr>
          <w:p w14:paraId="1F7496EF" w14:textId="77777777" w:rsidR="00FA1BB6" w:rsidRDefault="00FA1BB6"/>
        </w:tc>
        <w:tc>
          <w:tcPr>
            <w:tcW w:w="1800" w:type="dxa"/>
          </w:tcPr>
          <w:p w14:paraId="56CF194D" w14:textId="77777777" w:rsidR="00FA1BB6" w:rsidRDefault="00FA1BB6"/>
        </w:tc>
        <w:tc>
          <w:tcPr>
            <w:tcW w:w="1800" w:type="dxa"/>
          </w:tcPr>
          <w:p w14:paraId="620A8DF1" w14:textId="77777777" w:rsidR="00FA1BB6" w:rsidRDefault="00FA1BB6"/>
        </w:tc>
        <w:tc>
          <w:tcPr>
            <w:tcW w:w="1800" w:type="dxa"/>
          </w:tcPr>
          <w:p w14:paraId="49F430C4" w14:textId="77777777" w:rsidR="00FA1BB6" w:rsidRDefault="00FA1BB6"/>
        </w:tc>
      </w:tr>
      <w:tr w:rsidR="00FA1BB6" w14:paraId="504C7A32" w14:textId="77777777">
        <w:tc>
          <w:tcPr>
            <w:tcW w:w="1800" w:type="dxa"/>
          </w:tcPr>
          <w:p w14:paraId="644470D7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30A9DE91" w14:textId="77777777" w:rsidR="00FA1BB6" w:rsidRDefault="00FA1BB6"/>
        </w:tc>
        <w:tc>
          <w:tcPr>
            <w:tcW w:w="1800" w:type="dxa"/>
          </w:tcPr>
          <w:p w14:paraId="7FCC412E" w14:textId="77777777" w:rsidR="00FA1BB6" w:rsidRDefault="00FA1BB6"/>
        </w:tc>
        <w:tc>
          <w:tcPr>
            <w:tcW w:w="1800" w:type="dxa"/>
          </w:tcPr>
          <w:p w14:paraId="59ED801D" w14:textId="77777777" w:rsidR="00FA1BB6" w:rsidRDefault="00FA1BB6"/>
        </w:tc>
        <w:tc>
          <w:tcPr>
            <w:tcW w:w="1800" w:type="dxa"/>
          </w:tcPr>
          <w:p w14:paraId="0758C2DD" w14:textId="77777777" w:rsidR="00FA1BB6" w:rsidRDefault="00FA1BB6"/>
        </w:tc>
        <w:tc>
          <w:tcPr>
            <w:tcW w:w="1800" w:type="dxa"/>
          </w:tcPr>
          <w:p w14:paraId="73384218" w14:textId="77777777" w:rsidR="00FA1BB6" w:rsidRDefault="00FA1BB6"/>
        </w:tc>
      </w:tr>
      <w:tr w:rsidR="00FA1BB6" w14:paraId="0FBB3694" w14:textId="77777777">
        <w:tc>
          <w:tcPr>
            <w:tcW w:w="1800" w:type="dxa"/>
          </w:tcPr>
          <w:p w14:paraId="20F8A429" w14:textId="77777777" w:rsidR="00FA1BB6" w:rsidRDefault="005654F4">
            <w:r>
              <w:lastRenderedPageBreak/>
              <w:t>4</w:t>
            </w:r>
          </w:p>
        </w:tc>
        <w:tc>
          <w:tcPr>
            <w:tcW w:w="1800" w:type="dxa"/>
          </w:tcPr>
          <w:p w14:paraId="7DBE841E" w14:textId="77777777" w:rsidR="00FA1BB6" w:rsidRDefault="00FA1BB6"/>
        </w:tc>
        <w:tc>
          <w:tcPr>
            <w:tcW w:w="1800" w:type="dxa"/>
          </w:tcPr>
          <w:p w14:paraId="10DF8131" w14:textId="77777777" w:rsidR="00FA1BB6" w:rsidRDefault="00FA1BB6"/>
        </w:tc>
        <w:tc>
          <w:tcPr>
            <w:tcW w:w="1800" w:type="dxa"/>
          </w:tcPr>
          <w:p w14:paraId="696BE5E0" w14:textId="77777777" w:rsidR="00FA1BB6" w:rsidRDefault="00FA1BB6"/>
        </w:tc>
        <w:tc>
          <w:tcPr>
            <w:tcW w:w="1800" w:type="dxa"/>
          </w:tcPr>
          <w:p w14:paraId="6B5EC19A" w14:textId="77777777" w:rsidR="00FA1BB6" w:rsidRDefault="00FA1BB6"/>
        </w:tc>
        <w:tc>
          <w:tcPr>
            <w:tcW w:w="1800" w:type="dxa"/>
          </w:tcPr>
          <w:p w14:paraId="2D361B1F" w14:textId="77777777" w:rsidR="00FA1BB6" w:rsidRDefault="00FA1BB6"/>
        </w:tc>
      </w:tr>
      <w:tr w:rsidR="00FA1BB6" w14:paraId="1DCBE1D5" w14:textId="77777777">
        <w:tc>
          <w:tcPr>
            <w:tcW w:w="1800" w:type="dxa"/>
          </w:tcPr>
          <w:p w14:paraId="1C2975BA" w14:textId="77777777" w:rsidR="00FA1BB6" w:rsidRDefault="005654F4">
            <w:r>
              <w:t>5</w:t>
            </w:r>
          </w:p>
        </w:tc>
        <w:tc>
          <w:tcPr>
            <w:tcW w:w="1800" w:type="dxa"/>
          </w:tcPr>
          <w:p w14:paraId="7D962F9E" w14:textId="77777777" w:rsidR="00FA1BB6" w:rsidRDefault="00FA1BB6"/>
        </w:tc>
        <w:tc>
          <w:tcPr>
            <w:tcW w:w="1800" w:type="dxa"/>
          </w:tcPr>
          <w:p w14:paraId="05ADB271" w14:textId="77777777" w:rsidR="00FA1BB6" w:rsidRDefault="00FA1BB6"/>
        </w:tc>
        <w:tc>
          <w:tcPr>
            <w:tcW w:w="1800" w:type="dxa"/>
          </w:tcPr>
          <w:p w14:paraId="73A35E35" w14:textId="77777777" w:rsidR="00FA1BB6" w:rsidRDefault="00FA1BB6"/>
        </w:tc>
        <w:tc>
          <w:tcPr>
            <w:tcW w:w="1800" w:type="dxa"/>
          </w:tcPr>
          <w:p w14:paraId="5D620A31" w14:textId="77777777" w:rsidR="00FA1BB6" w:rsidRDefault="00FA1BB6"/>
        </w:tc>
        <w:tc>
          <w:tcPr>
            <w:tcW w:w="1800" w:type="dxa"/>
          </w:tcPr>
          <w:p w14:paraId="152DEC38" w14:textId="77777777" w:rsidR="00FA1BB6" w:rsidRDefault="00FA1BB6"/>
        </w:tc>
      </w:tr>
      <w:tr w:rsidR="00FA1BB6" w14:paraId="6E068008" w14:textId="77777777">
        <w:tc>
          <w:tcPr>
            <w:tcW w:w="1800" w:type="dxa"/>
          </w:tcPr>
          <w:p w14:paraId="31A378C7" w14:textId="77777777" w:rsidR="00FA1BB6" w:rsidRDefault="005654F4">
            <w:r>
              <w:t>6</w:t>
            </w:r>
          </w:p>
        </w:tc>
        <w:tc>
          <w:tcPr>
            <w:tcW w:w="1800" w:type="dxa"/>
          </w:tcPr>
          <w:p w14:paraId="675D404F" w14:textId="77777777" w:rsidR="00FA1BB6" w:rsidRDefault="00FA1BB6"/>
        </w:tc>
        <w:tc>
          <w:tcPr>
            <w:tcW w:w="1800" w:type="dxa"/>
          </w:tcPr>
          <w:p w14:paraId="7F79049E" w14:textId="77777777" w:rsidR="00FA1BB6" w:rsidRDefault="00FA1BB6"/>
        </w:tc>
        <w:tc>
          <w:tcPr>
            <w:tcW w:w="1800" w:type="dxa"/>
          </w:tcPr>
          <w:p w14:paraId="60B30D25" w14:textId="77777777" w:rsidR="00FA1BB6" w:rsidRDefault="00FA1BB6"/>
        </w:tc>
        <w:tc>
          <w:tcPr>
            <w:tcW w:w="1800" w:type="dxa"/>
          </w:tcPr>
          <w:p w14:paraId="500C2613" w14:textId="77777777" w:rsidR="00FA1BB6" w:rsidRDefault="00FA1BB6"/>
        </w:tc>
        <w:tc>
          <w:tcPr>
            <w:tcW w:w="1800" w:type="dxa"/>
          </w:tcPr>
          <w:p w14:paraId="7D1D7460" w14:textId="77777777" w:rsidR="00FA1BB6" w:rsidRDefault="00FA1BB6"/>
        </w:tc>
      </w:tr>
      <w:tr w:rsidR="00FA1BB6" w14:paraId="55E1F256" w14:textId="77777777">
        <w:tc>
          <w:tcPr>
            <w:tcW w:w="1800" w:type="dxa"/>
          </w:tcPr>
          <w:p w14:paraId="0A6AA82C" w14:textId="77777777" w:rsidR="00FA1BB6" w:rsidRDefault="005654F4">
            <w:r>
              <w:t>7</w:t>
            </w:r>
          </w:p>
        </w:tc>
        <w:tc>
          <w:tcPr>
            <w:tcW w:w="1800" w:type="dxa"/>
          </w:tcPr>
          <w:p w14:paraId="38C25DCD" w14:textId="77777777" w:rsidR="00FA1BB6" w:rsidRDefault="00FA1BB6"/>
        </w:tc>
        <w:tc>
          <w:tcPr>
            <w:tcW w:w="1800" w:type="dxa"/>
          </w:tcPr>
          <w:p w14:paraId="139555B2" w14:textId="77777777" w:rsidR="00FA1BB6" w:rsidRDefault="00FA1BB6"/>
        </w:tc>
        <w:tc>
          <w:tcPr>
            <w:tcW w:w="1800" w:type="dxa"/>
          </w:tcPr>
          <w:p w14:paraId="6305476F" w14:textId="77777777" w:rsidR="00FA1BB6" w:rsidRDefault="00FA1BB6"/>
        </w:tc>
        <w:tc>
          <w:tcPr>
            <w:tcW w:w="1800" w:type="dxa"/>
          </w:tcPr>
          <w:p w14:paraId="5C9248E3" w14:textId="77777777" w:rsidR="00FA1BB6" w:rsidRDefault="00FA1BB6"/>
        </w:tc>
        <w:tc>
          <w:tcPr>
            <w:tcW w:w="1800" w:type="dxa"/>
          </w:tcPr>
          <w:p w14:paraId="730304F4" w14:textId="77777777" w:rsidR="00FA1BB6" w:rsidRDefault="00FA1BB6"/>
        </w:tc>
      </w:tr>
      <w:tr w:rsidR="00FA1BB6" w14:paraId="3CD9631E" w14:textId="77777777">
        <w:tc>
          <w:tcPr>
            <w:tcW w:w="1800" w:type="dxa"/>
          </w:tcPr>
          <w:p w14:paraId="581AA415" w14:textId="77777777" w:rsidR="00FA1BB6" w:rsidRDefault="005654F4">
            <w:r>
              <w:t>8</w:t>
            </w:r>
          </w:p>
        </w:tc>
        <w:tc>
          <w:tcPr>
            <w:tcW w:w="1800" w:type="dxa"/>
          </w:tcPr>
          <w:p w14:paraId="1115A77A" w14:textId="77777777" w:rsidR="00FA1BB6" w:rsidRDefault="00FA1BB6"/>
        </w:tc>
        <w:tc>
          <w:tcPr>
            <w:tcW w:w="1800" w:type="dxa"/>
          </w:tcPr>
          <w:p w14:paraId="06C6B1BD" w14:textId="77777777" w:rsidR="00FA1BB6" w:rsidRDefault="00FA1BB6"/>
        </w:tc>
        <w:tc>
          <w:tcPr>
            <w:tcW w:w="1800" w:type="dxa"/>
          </w:tcPr>
          <w:p w14:paraId="0F9D5EE7" w14:textId="77777777" w:rsidR="00FA1BB6" w:rsidRDefault="00FA1BB6"/>
        </w:tc>
        <w:tc>
          <w:tcPr>
            <w:tcW w:w="1800" w:type="dxa"/>
          </w:tcPr>
          <w:p w14:paraId="234E8316" w14:textId="77777777" w:rsidR="00FA1BB6" w:rsidRDefault="00FA1BB6"/>
        </w:tc>
        <w:tc>
          <w:tcPr>
            <w:tcW w:w="1800" w:type="dxa"/>
          </w:tcPr>
          <w:p w14:paraId="16079B31" w14:textId="77777777" w:rsidR="00FA1BB6" w:rsidRDefault="00FA1BB6"/>
        </w:tc>
      </w:tr>
      <w:tr w:rsidR="00FA1BB6" w14:paraId="0CFB0A88" w14:textId="77777777">
        <w:tc>
          <w:tcPr>
            <w:tcW w:w="1800" w:type="dxa"/>
          </w:tcPr>
          <w:p w14:paraId="7ABC5833" w14:textId="77777777" w:rsidR="00FA1BB6" w:rsidRDefault="005654F4">
            <w:r>
              <w:t>9</w:t>
            </w:r>
          </w:p>
        </w:tc>
        <w:tc>
          <w:tcPr>
            <w:tcW w:w="1800" w:type="dxa"/>
          </w:tcPr>
          <w:p w14:paraId="2690A8B8" w14:textId="77777777" w:rsidR="00FA1BB6" w:rsidRDefault="00FA1BB6"/>
        </w:tc>
        <w:tc>
          <w:tcPr>
            <w:tcW w:w="1800" w:type="dxa"/>
          </w:tcPr>
          <w:p w14:paraId="16A56EFE" w14:textId="77777777" w:rsidR="00FA1BB6" w:rsidRDefault="00FA1BB6"/>
        </w:tc>
        <w:tc>
          <w:tcPr>
            <w:tcW w:w="1800" w:type="dxa"/>
          </w:tcPr>
          <w:p w14:paraId="639FB913" w14:textId="77777777" w:rsidR="00FA1BB6" w:rsidRDefault="00FA1BB6"/>
        </w:tc>
        <w:tc>
          <w:tcPr>
            <w:tcW w:w="1800" w:type="dxa"/>
          </w:tcPr>
          <w:p w14:paraId="018BED97" w14:textId="77777777" w:rsidR="00FA1BB6" w:rsidRDefault="00FA1BB6"/>
        </w:tc>
        <w:tc>
          <w:tcPr>
            <w:tcW w:w="1800" w:type="dxa"/>
          </w:tcPr>
          <w:p w14:paraId="70266B9B" w14:textId="77777777" w:rsidR="00FA1BB6" w:rsidRDefault="00FA1BB6"/>
        </w:tc>
      </w:tr>
      <w:tr w:rsidR="00FA1BB6" w14:paraId="0539F17A" w14:textId="77777777">
        <w:tc>
          <w:tcPr>
            <w:tcW w:w="1800" w:type="dxa"/>
          </w:tcPr>
          <w:p w14:paraId="15CFADBE" w14:textId="77777777" w:rsidR="00FA1BB6" w:rsidRDefault="005654F4">
            <w:r>
              <w:t>10</w:t>
            </w:r>
          </w:p>
        </w:tc>
        <w:tc>
          <w:tcPr>
            <w:tcW w:w="1800" w:type="dxa"/>
          </w:tcPr>
          <w:p w14:paraId="5B491D8D" w14:textId="77777777" w:rsidR="00FA1BB6" w:rsidRDefault="00FA1BB6"/>
        </w:tc>
        <w:tc>
          <w:tcPr>
            <w:tcW w:w="1800" w:type="dxa"/>
          </w:tcPr>
          <w:p w14:paraId="1EFF87A9" w14:textId="77777777" w:rsidR="00FA1BB6" w:rsidRDefault="00FA1BB6"/>
        </w:tc>
        <w:tc>
          <w:tcPr>
            <w:tcW w:w="1800" w:type="dxa"/>
          </w:tcPr>
          <w:p w14:paraId="4C042547" w14:textId="77777777" w:rsidR="00FA1BB6" w:rsidRDefault="00FA1BB6"/>
        </w:tc>
        <w:tc>
          <w:tcPr>
            <w:tcW w:w="1800" w:type="dxa"/>
          </w:tcPr>
          <w:p w14:paraId="5616E830" w14:textId="77777777" w:rsidR="00FA1BB6" w:rsidRDefault="00FA1BB6"/>
        </w:tc>
        <w:tc>
          <w:tcPr>
            <w:tcW w:w="1800" w:type="dxa"/>
          </w:tcPr>
          <w:p w14:paraId="47D659A5" w14:textId="77777777" w:rsidR="00FA1BB6" w:rsidRDefault="00FA1BB6"/>
        </w:tc>
      </w:tr>
      <w:tr w:rsidR="00FA1BB6" w14:paraId="15A618A3" w14:textId="77777777">
        <w:tc>
          <w:tcPr>
            <w:tcW w:w="1800" w:type="dxa"/>
          </w:tcPr>
          <w:p w14:paraId="1AF18354" w14:textId="77777777" w:rsidR="00FA1BB6" w:rsidRDefault="005654F4">
            <w:r>
              <w:t>11</w:t>
            </w:r>
          </w:p>
        </w:tc>
        <w:tc>
          <w:tcPr>
            <w:tcW w:w="1800" w:type="dxa"/>
          </w:tcPr>
          <w:p w14:paraId="3E47F539" w14:textId="77777777" w:rsidR="00FA1BB6" w:rsidRDefault="00FA1BB6"/>
        </w:tc>
        <w:tc>
          <w:tcPr>
            <w:tcW w:w="1800" w:type="dxa"/>
          </w:tcPr>
          <w:p w14:paraId="69975F06" w14:textId="77777777" w:rsidR="00FA1BB6" w:rsidRDefault="00FA1BB6"/>
        </w:tc>
        <w:tc>
          <w:tcPr>
            <w:tcW w:w="1800" w:type="dxa"/>
          </w:tcPr>
          <w:p w14:paraId="6F2568C8" w14:textId="77777777" w:rsidR="00FA1BB6" w:rsidRDefault="00FA1BB6"/>
        </w:tc>
        <w:tc>
          <w:tcPr>
            <w:tcW w:w="1800" w:type="dxa"/>
          </w:tcPr>
          <w:p w14:paraId="0931A750" w14:textId="77777777" w:rsidR="00FA1BB6" w:rsidRDefault="00FA1BB6"/>
        </w:tc>
        <w:tc>
          <w:tcPr>
            <w:tcW w:w="1800" w:type="dxa"/>
          </w:tcPr>
          <w:p w14:paraId="50EC55D8" w14:textId="77777777" w:rsidR="00FA1BB6" w:rsidRDefault="00FA1BB6"/>
        </w:tc>
      </w:tr>
      <w:tr w:rsidR="00FA1BB6" w14:paraId="3A09F3E7" w14:textId="77777777">
        <w:tc>
          <w:tcPr>
            <w:tcW w:w="1800" w:type="dxa"/>
          </w:tcPr>
          <w:p w14:paraId="200BDE8A" w14:textId="77777777" w:rsidR="00FA1BB6" w:rsidRDefault="005654F4">
            <w:r>
              <w:t>12</w:t>
            </w:r>
          </w:p>
        </w:tc>
        <w:tc>
          <w:tcPr>
            <w:tcW w:w="1800" w:type="dxa"/>
          </w:tcPr>
          <w:p w14:paraId="026505E4" w14:textId="77777777" w:rsidR="00FA1BB6" w:rsidRDefault="00FA1BB6"/>
        </w:tc>
        <w:tc>
          <w:tcPr>
            <w:tcW w:w="1800" w:type="dxa"/>
          </w:tcPr>
          <w:p w14:paraId="789FA051" w14:textId="77777777" w:rsidR="00FA1BB6" w:rsidRDefault="00FA1BB6"/>
        </w:tc>
        <w:tc>
          <w:tcPr>
            <w:tcW w:w="1800" w:type="dxa"/>
          </w:tcPr>
          <w:p w14:paraId="1ED62EE1" w14:textId="77777777" w:rsidR="00FA1BB6" w:rsidRDefault="00FA1BB6"/>
        </w:tc>
        <w:tc>
          <w:tcPr>
            <w:tcW w:w="1800" w:type="dxa"/>
          </w:tcPr>
          <w:p w14:paraId="19D12410" w14:textId="77777777" w:rsidR="00FA1BB6" w:rsidRDefault="00FA1BB6"/>
        </w:tc>
        <w:tc>
          <w:tcPr>
            <w:tcW w:w="1800" w:type="dxa"/>
          </w:tcPr>
          <w:p w14:paraId="076147BE" w14:textId="77777777" w:rsidR="00FA1BB6" w:rsidRDefault="00FA1BB6"/>
        </w:tc>
      </w:tr>
      <w:tr w:rsidR="00FA1BB6" w14:paraId="5D374E56" w14:textId="77777777">
        <w:tc>
          <w:tcPr>
            <w:tcW w:w="1800" w:type="dxa"/>
          </w:tcPr>
          <w:p w14:paraId="2ADEC162" w14:textId="77777777" w:rsidR="00FA1BB6" w:rsidRDefault="005654F4">
            <w:r>
              <w:t>13</w:t>
            </w:r>
          </w:p>
        </w:tc>
        <w:tc>
          <w:tcPr>
            <w:tcW w:w="1800" w:type="dxa"/>
          </w:tcPr>
          <w:p w14:paraId="3EAD859F" w14:textId="77777777" w:rsidR="00FA1BB6" w:rsidRDefault="00FA1BB6"/>
        </w:tc>
        <w:tc>
          <w:tcPr>
            <w:tcW w:w="1800" w:type="dxa"/>
          </w:tcPr>
          <w:p w14:paraId="21EC075F" w14:textId="77777777" w:rsidR="00FA1BB6" w:rsidRDefault="00FA1BB6"/>
        </w:tc>
        <w:tc>
          <w:tcPr>
            <w:tcW w:w="1800" w:type="dxa"/>
          </w:tcPr>
          <w:p w14:paraId="76E37C7C" w14:textId="77777777" w:rsidR="00FA1BB6" w:rsidRDefault="00FA1BB6"/>
        </w:tc>
        <w:tc>
          <w:tcPr>
            <w:tcW w:w="1800" w:type="dxa"/>
          </w:tcPr>
          <w:p w14:paraId="102B8B00" w14:textId="77777777" w:rsidR="00FA1BB6" w:rsidRDefault="00FA1BB6"/>
        </w:tc>
        <w:tc>
          <w:tcPr>
            <w:tcW w:w="1800" w:type="dxa"/>
          </w:tcPr>
          <w:p w14:paraId="71802C7B" w14:textId="77777777" w:rsidR="00FA1BB6" w:rsidRDefault="00FA1BB6"/>
        </w:tc>
      </w:tr>
      <w:tr w:rsidR="00FA1BB6" w14:paraId="291973EA" w14:textId="77777777">
        <w:tc>
          <w:tcPr>
            <w:tcW w:w="1800" w:type="dxa"/>
          </w:tcPr>
          <w:p w14:paraId="2DC52990" w14:textId="77777777" w:rsidR="00FA1BB6" w:rsidRDefault="005654F4">
            <w:r>
              <w:t>14</w:t>
            </w:r>
          </w:p>
        </w:tc>
        <w:tc>
          <w:tcPr>
            <w:tcW w:w="1800" w:type="dxa"/>
          </w:tcPr>
          <w:p w14:paraId="7FD83780" w14:textId="77777777" w:rsidR="00FA1BB6" w:rsidRDefault="00FA1BB6"/>
        </w:tc>
        <w:tc>
          <w:tcPr>
            <w:tcW w:w="1800" w:type="dxa"/>
          </w:tcPr>
          <w:p w14:paraId="24D62090" w14:textId="77777777" w:rsidR="00FA1BB6" w:rsidRDefault="00FA1BB6"/>
        </w:tc>
        <w:tc>
          <w:tcPr>
            <w:tcW w:w="1800" w:type="dxa"/>
          </w:tcPr>
          <w:p w14:paraId="45ABFFEA" w14:textId="77777777" w:rsidR="00FA1BB6" w:rsidRDefault="00FA1BB6"/>
        </w:tc>
        <w:tc>
          <w:tcPr>
            <w:tcW w:w="1800" w:type="dxa"/>
          </w:tcPr>
          <w:p w14:paraId="72859869" w14:textId="77777777" w:rsidR="00FA1BB6" w:rsidRDefault="00FA1BB6"/>
        </w:tc>
        <w:tc>
          <w:tcPr>
            <w:tcW w:w="1800" w:type="dxa"/>
          </w:tcPr>
          <w:p w14:paraId="0A34DD46" w14:textId="77777777" w:rsidR="00FA1BB6" w:rsidRDefault="00FA1BB6"/>
        </w:tc>
      </w:tr>
    </w:tbl>
    <w:p w14:paraId="5080954C" w14:textId="77777777" w:rsidR="00FA1BB6" w:rsidRDefault="005654F4">
      <w:r>
        <w:rPr>
          <w:b/>
        </w:rPr>
        <w:t>12. Which species do you consider dangerous?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0"/>
        <w:gridCol w:w="1798"/>
        <w:gridCol w:w="1798"/>
        <w:gridCol w:w="1798"/>
        <w:gridCol w:w="1798"/>
        <w:gridCol w:w="1798"/>
      </w:tblGrid>
      <w:tr w:rsidR="00FA1BB6" w14:paraId="228C5F82" w14:textId="77777777">
        <w:tc>
          <w:tcPr>
            <w:tcW w:w="1800" w:type="dxa"/>
          </w:tcPr>
          <w:p w14:paraId="6FEC74C6" w14:textId="77777777" w:rsidR="00FA1BB6" w:rsidRDefault="005654F4">
            <w:r>
              <w:t>Photo</w:t>
            </w:r>
          </w:p>
        </w:tc>
        <w:tc>
          <w:tcPr>
            <w:tcW w:w="1800" w:type="dxa"/>
          </w:tcPr>
          <w:p w14:paraId="5D48CCE9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4CE9DF95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43334845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2168638C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3CBFBB97" w14:textId="77777777" w:rsidR="00FA1BB6" w:rsidRDefault="005654F4">
            <w:r>
              <w:t>5</w:t>
            </w:r>
          </w:p>
        </w:tc>
      </w:tr>
      <w:tr w:rsidR="00FA1BB6" w14:paraId="055FC0FD" w14:textId="77777777">
        <w:tc>
          <w:tcPr>
            <w:tcW w:w="1800" w:type="dxa"/>
          </w:tcPr>
          <w:p w14:paraId="7E38B4EC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6081B280" w14:textId="77777777" w:rsidR="00FA1BB6" w:rsidRDefault="00FA1BB6"/>
        </w:tc>
        <w:tc>
          <w:tcPr>
            <w:tcW w:w="1800" w:type="dxa"/>
          </w:tcPr>
          <w:p w14:paraId="6AA9C093" w14:textId="77777777" w:rsidR="00FA1BB6" w:rsidRDefault="00FA1BB6"/>
        </w:tc>
        <w:tc>
          <w:tcPr>
            <w:tcW w:w="1800" w:type="dxa"/>
          </w:tcPr>
          <w:p w14:paraId="0D4DACB5" w14:textId="77777777" w:rsidR="00FA1BB6" w:rsidRDefault="00FA1BB6"/>
        </w:tc>
        <w:tc>
          <w:tcPr>
            <w:tcW w:w="1800" w:type="dxa"/>
          </w:tcPr>
          <w:p w14:paraId="77E76568" w14:textId="77777777" w:rsidR="00FA1BB6" w:rsidRDefault="00FA1BB6"/>
        </w:tc>
        <w:tc>
          <w:tcPr>
            <w:tcW w:w="1800" w:type="dxa"/>
          </w:tcPr>
          <w:p w14:paraId="032A35D4" w14:textId="77777777" w:rsidR="00FA1BB6" w:rsidRDefault="00FA1BB6"/>
        </w:tc>
      </w:tr>
      <w:tr w:rsidR="00FA1BB6" w14:paraId="1B40F635" w14:textId="77777777">
        <w:tc>
          <w:tcPr>
            <w:tcW w:w="1800" w:type="dxa"/>
          </w:tcPr>
          <w:p w14:paraId="457B5B84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2872AADD" w14:textId="77777777" w:rsidR="00FA1BB6" w:rsidRDefault="00FA1BB6"/>
        </w:tc>
        <w:tc>
          <w:tcPr>
            <w:tcW w:w="1800" w:type="dxa"/>
          </w:tcPr>
          <w:p w14:paraId="5211BB9F" w14:textId="77777777" w:rsidR="00FA1BB6" w:rsidRDefault="00FA1BB6"/>
        </w:tc>
        <w:tc>
          <w:tcPr>
            <w:tcW w:w="1800" w:type="dxa"/>
          </w:tcPr>
          <w:p w14:paraId="0D57ACB7" w14:textId="77777777" w:rsidR="00FA1BB6" w:rsidRDefault="00FA1BB6"/>
        </w:tc>
        <w:tc>
          <w:tcPr>
            <w:tcW w:w="1800" w:type="dxa"/>
          </w:tcPr>
          <w:p w14:paraId="778995CF" w14:textId="77777777" w:rsidR="00FA1BB6" w:rsidRDefault="00FA1BB6"/>
        </w:tc>
        <w:tc>
          <w:tcPr>
            <w:tcW w:w="1800" w:type="dxa"/>
          </w:tcPr>
          <w:p w14:paraId="74452247" w14:textId="77777777" w:rsidR="00FA1BB6" w:rsidRDefault="00FA1BB6"/>
        </w:tc>
      </w:tr>
      <w:tr w:rsidR="00FA1BB6" w14:paraId="77E01458" w14:textId="77777777">
        <w:tc>
          <w:tcPr>
            <w:tcW w:w="1800" w:type="dxa"/>
          </w:tcPr>
          <w:p w14:paraId="2631FED6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670A1854" w14:textId="77777777" w:rsidR="00FA1BB6" w:rsidRDefault="00FA1BB6"/>
        </w:tc>
        <w:tc>
          <w:tcPr>
            <w:tcW w:w="1800" w:type="dxa"/>
          </w:tcPr>
          <w:p w14:paraId="09543E63" w14:textId="77777777" w:rsidR="00FA1BB6" w:rsidRDefault="00FA1BB6"/>
        </w:tc>
        <w:tc>
          <w:tcPr>
            <w:tcW w:w="1800" w:type="dxa"/>
          </w:tcPr>
          <w:p w14:paraId="7FEA16B4" w14:textId="77777777" w:rsidR="00FA1BB6" w:rsidRDefault="00FA1BB6"/>
        </w:tc>
        <w:tc>
          <w:tcPr>
            <w:tcW w:w="1800" w:type="dxa"/>
          </w:tcPr>
          <w:p w14:paraId="5276072D" w14:textId="77777777" w:rsidR="00FA1BB6" w:rsidRDefault="00FA1BB6"/>
        </w:tc>
        <w:tc>
          <w:tcPr>
            <w:tcW w:w="1800" w:type="dxa"/>
          </w:tcPr>
          <w:p w14:paraId="14FE3912" w14:textId="77777777" w:rsidR="00FA1BB6" w:rsidRDefault="00FA1BB6"/>
        </w:tc>
      </w:tr>
      <w:tr w:rsidR="00FA1BB6" w14:paraId="2D9BC57C" w14:textId="77777777">
        <w:tc>
          <w:tcPr>
            <w:tcW w:w="1800" w:type="dxa"/>
          </w:tcPr>
          <w:p w14:paraId="6A7965A2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4E3CE6D2" w14:textId="77777777" w:rsidR="00FA1BB6" w:rsidRDefault="00FA1BB6"/>
        </w:tc>
        <w:tc>
          <w:tcPr>
            <w:tcW w:w="1800" w:type="dxa"/>
          </w:tcPr>
          <w:p w14:paraId="116FE082" w14:textId="77777777" w:rsidR="00FA1BB6" w:rsidRDefault="00FA1BB6"/>
        </w:tc>
        <w:tc>
          <w:tcPr>
            <w:tcW w:w="1800" w:type="dxa"/>
          </w:tcPr>
          <w:p w14:paraId="0C048304" w14:textId="77777777" w:rsidR="00FA1BB6" w:rsidRDefault="00FA1BB6"/>
        </w:tc>
        <w:tc>
          <w:tcPr>
            <w:tcW w:w="1800" w:type="dxa"/>
          </w:tcPr>
          <w:p w14:paraId="2422F53D" w14:textId="77777777" w:rsidR="00FA1BB6" w:rsidRDefault="00FA1BB6"/>
        </w:tc>
        <w:tc>
          <w:tcPr>
            <w:tcW w:w="1800" w:type="dxa"/>
          </w:tcPr>
          <w:p w14:paraId="6C26F542" w14:textId="77777777" w:rsidR="00FA1BB6" w:rsidRDefault="00FA1BB6"/>
        </w:tc>
      </w:tr>
      <w:tr w:rsidR="00FA1BB6" w14:paraId="218C71B5" w14:textId="77777777">
        <w:tc>
          <w:tcPr>
            <w:tcW w:w="1800" w:type="dxa"/>
          </w:tcPr>
          <w:p w14:paraId="4BF3FE16" w14:textId="77777777" w:rsidR="00FA1BB6" w:rsidRDefault="005654F4">
            <w:r>
              <w:t>5</w:t>
            </w:r>
          </w:p>
        </w:tc>
        <w:tc>
          <w:tcPr>
            <w:tcW w:w="1800" w:type="dxa"/>
          </w:tcPr>
          <w:p w14:paraId="6A677C3D" w14:textId="77777777" w:rsidR="00FA1BB6" w:rsidRDefault="00FA1BB6"/>
        </w:tc>
        <w:tc>
          <w:tcPr>
            <w:tcW w:w="1800" w:type="dxa"/>
          </w:tcPr>
          <w:p w14:paraId="1F161FBB" w14:textId="77777777" w:rsidR="00FA1BB6" w:rsidRDefault="00FA1BB6"/>
        </w:tc>
        <w:tc>
          <w:tcPr>
            <w:tcW w:w="1800" w:type="dxa"/>
          </w:tcPr>
          <w:p w14:paraId="2ECC0E2B" w14:textId="77777777" w:rsidR="00FA1BB6" w:rsidRDefault="00FA1BB6"/>
        </w:tc>
        <w:tc>
          <w:tcPr>
            <w:tcW w:w="1800" w:type="dxa"/>
          </w:tcPr>
          <w:p w14:paraId="65485B2A" w14:textId="77777777" w:rsidR="00FA1BB6" w:rsidRDefault="00FA1BB6"/>
        </w:tc>
        <w:tc>
          <w:tcPr>
            <w:tcW w:w="1800" w:type="dxa"/>
          </w:tcPr>
          <w:p w14:paraId="23DE4868" w14:textId="77777777" w:rsidR="00FA1BB6" w:rsidRDefault="00FA1BB6"/>
        </w:tc>
      </w:tr>
      <w:tr w:rsidR="00FA1BB6" w14:paraId="66C6E36E" w14:textId="77777777">
        <w:tc>
          <w:tcPr>
            <w:tcW w:w="1800" w:type="dxa"/>
          </w:tcPr>
          <w:p w14:paraId="23F301E0" w14:textId="77777777" w:rsidR="00FA1BB6" w:rsidRDefault="005654F4">
            <w:r>
              <w:t>6</w:t>
            </w:r>
          </w:p>
        </w:tc>
        <w:tc>
          <w:tcPr>
            <w:tcW w:w="1800" w:type="dxa"/>
          </w:tcPr>
          <w:p w14:paraId="3C9BAF0A" w14:textId="77777777" w:rsidR="00FA1BB6" w:rsidRDefault="00FA1BB6"/>
        </w:tc>
        <w:tc>
          <w:tcPr>
            <w:tcW w:w="1800" w:type="dxa"/>
          </w:tcPr>
          <w:p w14:paraId="3B96E31B" w14:textId="77777777" w:rsidR="00FA1BB6" w:rsidRDefault="00FA1BB6"/>
        </w:tc>
        <w:tc>
          <w:tcPr>
            <w:tcW w:w="1800" w:type="dxa"/>
          </w:tcPr>
          <w:p w14:paraId="26935FCC" w14:textId="77777777" w:rsidR="00FA1BB6" w:rsidRDefault="00FA1BB6"/>
        </w:tc>
        <w:tc>
          <w:tcPr>
            <w:tcW w:w="1800" w:type="dxa"/>
          </w:tcPr>
          <w:p w14:paraId="7ECED88B" w14:textId="77777777" w:rsidR="00FA1BB6" w:rsidRDefault="00FA1BB6"/>
        </w:tc>
        <w:tc>
          <w:tcPr>
            <w:tcW w:w="1800" w:type="dxa"/>
          </w:tcPr>
          <w:p w14:paraId="6056389E" w14:textId="77777777" w:rsidR="00FA1BB6" w:rsidRDefault="00FA1BB6"/>
        </w:tc>
      </w:tr>
      <w:tr w:rsidR="00FA1BB6" w14:paraId="7CB2FB78" w14:textId="77777777">
        <w:tc>
          <w:tcPr>
            <w:tcW w:w="1800" w:type="dxa"/>
          </w:tcPr>
          <w:p w14:paraId="770FF196" w14:textId="77777777" w:rsidR="00FA1BB6" w:rsidRDefault="005654F4">
            <w:r>
              <w:t>7</w:t>
            </w:r>
          </w:p>
        </w:tc>
        <w:tc>
          <w:tcPr>
            <w:tcW w:w="1800" w:type="dxa"/>
          </w:tcPr>
          <w:p w14:paraId="39B406A5" w14:textId="77777777" w:rsidR="00FA1BB6" w:rsidRDefault="00FA1BB6"/>
        </w:tc>
        <w:tc>
          <w:tcPr>
            <w:tcW w:w="1800" w:type="dxa"/>
          </w:tcPr>
          <w:p w14:paraId="4A6FCB39" w14:textId="77777777" w:rsidR="00FA1BB6" w:rsidRDefault="00FA1BB6"/>
        </w:tc>
        <w:tc>
          <w:tcPr>
            <w:tcW w:w="1800" w:type="dxa"/>
          </w:tcPr>
          <w:p w14:paraId="3DD41709" w14:textId="77777777" w:rsidR="00FA1BB6" w:rsidRDefault="00FA1BB6"/>
        </w:tc>
        <w:tc>
          <w:tcPr>
            <w:tcW w:w="1800" w:type="dxa"/>
          </w:tcPr>
          <w:p w14:paraId="0C847922" w14:textId="77777777" w:rsidR="00FA1BB6" w:rsidRDefault="00FA1BB6"/>
        </w:tc>
        <w:tc>
          <w:tcPr>
            <w:tcW w:w="1800" w:type="dxa"/>
          </w:tcPr>
          <w:p w14:paraId="5127BE0E" w14:textId="77777777" w:rsidR="00FA1BB6" w:rsidRDefault="00FA1BB6"/>
        </w:tc>
      </w:tr>
      <w:tr w:rsidR="00FA1BB6" w14:paraId="39A58A9A" w14:textId="77777777">
        <w:tc>
          <w:tcPr>
            <w:tcW w:w="1800" w:type="dxa"/>
          </w:tcPr>
          <w:p w14:paraId="7966295F" w14:textId="77777777" w:rsidR="00FA1BB6" w:rsidRDefault="005654F4">
            <w:r>
              <w:t>8</w:t>
            </w:r>
          </w:p>
        </w:tc>
        <w:tc>
          <w:tcPr>
            <w:tcW w:w="1800" w:type="dxa"/>
          </w:tcPr>
          <w:p w14:paraId="5F4E083D" w14:textId="77777777" w:rsidR="00FA1BB6" w:rsidRDefault="00FA1BB6"/>
        </w:tc>
        <w:tc>
          <w:tcPr>
            <w:tcW w:w="1800" w:type="dxa"/>
          </w:tcPr>
          <w:p w14:paraId="4F9EE733" w14:textId="77777777" w:rsidR="00FA1BB6" w:rsidRDefault="00FA1BB6"/>
        </w:tc>
        <w:tc>
          <w:tcPr>
            <w:tcW w:w="1800" w:type="dxa"/>
          </w:tcPr>
          <w:p w14:paraId="1E185D9B" w14:textId="77777777" w:rsidR="00FA1BB6" w:rsidRDefault="00FA1BB6"/>
        </w:tc>
        <w:tc>
          <w:tcPr>
            <w:tcW w:w="1800" w:type="dxa"/>
          </w:tcPr>
          <w:p w14:paraId="27CBC120" w14:textId="77777777" w:rsidR="00FA1BB6" w:rsidRDefault="00FA1BB6"/>
        </w:tc>
        <w:tc>
          <w:tcPr>
            <w:tcW w:w="1800" w:type="dxa"/>
          </w:tcPr>
          <w:p w14:paraId="4EBCBCD8" w14:textId="77777777" w:rsidR="00FA1BB6" w:rsidRDefault="00FA1BB6"/>
        </w:tc>
      </w:tr>
      <w:tr w:rsidR="00FA1BB6" w14:paraId="17FD266E" w14:textId="77777777">
        <w:tc>
          <w:tcPr>
            <w:tcW w:w="1800" w:type="dxa"/>
          </w:tcPr>
          <w:p w14:paraId="1EC31183" w14:textId="77777777" w:rsidR="00FA1BB6" w:rsidRDefault="005654F4">
            <w:r>
              <w:t>9</w:t>
            </w:r>
          </w:p>
        </w:tc>
        <w:tc>
          <w:tcPr>
            <w:tcW w:w="1800" w:type="dxa"/>
          </w:tcPr>
          <w:p w14:paraId="3C8380B8" w14:textId="77777777" w:rsidR="00FA1BB6" w:rsidRDefault="00FA1BB6"/>
        </w:tc>
        <w:tc>
          <w:tcPr>
            <w:tcW w:w="1800" w:type="dxa"/>
          </w:tcPr>
          <w:p w14:paraId="1BEDDA2E" w14:textId="77777777" w:rsidR="00FA1BB6" w:rsidRDefault="00FA1BB6"/>
        </w:tc>
        <w:tc>
          <w:tcPr>
            <w:tcW w:w="1800" w:type="dxa"/>
          </w:tcPr>
          <w:p w14:paraId="0ED7C731" w14:textId="77777777" w:rsidR="00FA1BB6" w:rsidRDefault="00FA1BB6"/>
        </w:tc>
        <w:tc>
          <w:tcPr>
            <w:tcW w:w="1800" w:type="dxa"/>
          </w:tcPr>
          <w:p w14:paraId="07016A49" w14:textId="77777777" w:rsidR="00FA1BB6" w:rsidRDefault="00FA1BB6"/>
        </w:tc>
        <w:tc>
          <w:tcPr>
            <w:tcW w:w="1800" w:type="dxa"/>
          </w:tcPr>
          <w:p w14:paraId="5C5730EF" w14:textId="77777777" w:rsidR="00FA1BB6" w:rsidRDefault="00FA1BB6"/>
        </w:tc>
      </w:tr>
      <w:tr w:rsidR="00FA1BB6" w14:paraId="07FD5894" w14:textId="77777777">
        <w:tc>
          <w:tcPr>
            <w:tcW w:w="1800" w:type="dxa"/>
          </w:tcPr>
          <w:p w14:paraId="65B80920" w14:textId="77777777" w:rsidR="00FA1BB6" w:rsidRDefault="005654F4">
            <w:r>
              <w:t>10</w:t>
            </w:r>
          </w:p>
        </w:tc>
        <w:tc>
          <w:tcPr>
            <w:tcW w:w="1800" w:type="dxa"/>
          </w:tcPr>
          <w:p w14:paraId="6042EF2F" w14:textId="77777777" w:rsidR="00FA1BB6" w:rsidRDefault="00FA1BB6"/>
        </w:tc>
        <w:tc>
          <w:tcPr>
            <w:tcW w:w="1800" w:type="dxa"/>
          </w:tcPr>
          <w:p w14:paraId="02DEC0C2" w14:textId="77777777" w:rsidR="00FA1BB6" w:rsidRDefault="00FA1BB6"/>
        </w:tc>
        <w:tc>
          <w:tcPr>
            <w:tcW w:w="1800" w:type="dxa"/>
          </w:tcPr>
          <w:p w14:paraId="36958E6C" w14:textId="77777777" w:rsidR="00FA1BB6" w:rsidRDefault="00FA1BB6"/>
        </w:tc>
        <w:tc>
          <w:tcPr>
            <w:tcW w:w="1800" w:type="dxa"/>
          </w:tcPr>
          <w:p w14:paraId="228584B4" w14:textId="77777777" w:rsidR="00FA1BB6" w:rsidRDefault="00FA1BB6"/>
        </w:tc>
        <w:tc>
          <w:tcPr>
            <w:tcW w:w="1800" w:type="dxa"/>
          </w:tcPr>
          <w:p w14:paraId="7740B219" w14:textId="77777777" w:rsidR="00FA1BB6" w:rsidRDefault="00FA1BB6"/>
        </w:tc>
      </w:tr>
      <w:tr w:rsidR="00FA1BB6" w14:paraId="2812956A" w14:textId="77777777">
        <w:tc>
          <w:tcPr>
            <w:tcW w:w="1800" w:type="dxa"/>
          </w:tcPr>
          <w:p w14:paraId="1D3BE409" w14:textId="77777777" w:rsidR="00FA1BB6" w:rsidRDefault="005654F4">
            <w:r>
              <w:t>11</w:t>
            </w:r>
          </w:p>
        </w:tc>
        <w:tc>
          <w:tcPr>
            <w:tcW w:w="1800" w:type="dxa"/>
          </w:tcPr>
          <w:p w14:paraId="1DA7DE93" w14:textId="77777777" w:rsidR="00FA1BB6" w:rsidRDefault="00FA1BB6"/>
        </w:tc>
        <w:tc>
          <w:tcPr>
            <w:tcW w:w="1800" w:type="dxa"/>
          </w:tcPr>
          <w:p w14:paraId="4C1274CF" w14:textId="77777777" w:rsidR="00FA1BB6" w:rsidRDefault="00FA1BB6"/>
        </w:tc>
        <w:tc>
          <w:tcPr>
            <w:tcW w:w="1800" w:type="dxa"/>
          </w:tcPr>
          <w:p w14:paraId="7B180702" w14:textId="77777777" w:rsidR="00FA1BB6" w:rsidRDefault="00FA1BB6"/>
        </w:tc>
        <w:tc>
          <w:tcPr>
            <w:tcW w:w="1800" w:type="dxa"/>
          </w:tcPr>
          <w:p w14:paraId="63D1C173" w14:textId="77777777" w:rsidR="00FA1BB6" w:rsidRDefault="00FA1BB6"/>
        </w:tc>
        <w:tc>
          <w:tcPr>
            <w:tcW w:w="1800" w:type="dxa"/>
          </w:tcPr>
          <w:p w14:paraId="00F73E02" w14:textId="77777777" w:rsidR="00FA1BB6" w:rsidRDefault="00FA1BB6"/>
        </w:tc>
      </w:tr>
      <w:tr w:rsidR="00FA1BB6" w14:paraId="3AF1C4C2" w14:textId="77777777">
        <w:tc>
          <w:tcPr>
            <w:tcW w:w="1800" w:type="dxa"/>
          </w:tcPr>
          <w:p w14:paraId="6BFAD04F" w14:textId="77777777" w:rsidR="00FA1BB6" w:rsidRDefault="005654F4">
            <w:r>
              <w:t>12</w:t>
            </w:r>
          </w:p>
        </w:tc>
        <w:tc>
          <w:tcPr>
            <w:tcW w:w="1800" w:type="dxa"/>
          </w:tcPr>
          <w:p w14:paraId="10165303" w14:textId="77777777" w:rsidR="00FA1BB6" w:rsidRDefault="00FA1BB6"/>
        </w:tc>
        <w:tc>
          <w:tcPr>
            <w:tcW w:w="1800" w:type="dxa"/>
          </w:tcPr>
          <w:p w14:paraId="437B4FF7" w14:textId="77777777" w:rsidR="00FA1BB6" w:rsidRDefault="00FA1BB6"/>
        </w:tc>
        <w:tc>
          <w:tcPr>
            <w:tcW w:w="1800" w:type="dxa"/>
          </w:tcPr>
          <w:p w14:paraId="6CB78135" w14:textId="77777777" w:rsidR="00FA1BB6" w:rsidRDefault="00FA1BB6"/>
        </w:tc>
        <w:tc>
          <w:tcPr>
            <w:tcW w:w="1800" w:type="dxa"/>
          </w:tcPr>
          <w:p w14:paraId="56E4BD39" w14:textId="77777777" w:rsidR="00FA1BB6" w:rsidRDefault="00FA1BB6"/>
        </w:tc>
        <w:tc>
          <w:tcPr>
            <w:tcW w:w="1800" w:type="dxa"/>
          </w:tcPr>
          <w:p w14:paraId="203C0DFF" w14:textId="77777777" w:rsidR="00FA1BB6" w:rsidRDefault="00FA1BB6"/>
        </w:tc>
      </w:tr>
      <w:tr w:rsidR="00FA1BB6" w14:paraId="1B16CC43" w14:textId="77777777">
        <w:tc>
          <w:tcPr>
            <w:tcW w:w="1800" w:type="dxa"/>
          </w:tcPr>
          <w:p w14:paraId="68160723" w14:textId="77777777" w:rsidR="00FA1BB6" w:rsidRDefault="005654F4">
            <w:r>
              <w:t>13</w:t>
            </w:r>
          </w:p>
        </w:tc>
        <w:tc>
          <w:tcPr>
            <w:tcW w:w="1800" w:type="dxa"/>
          </w:tcPr>
          <w:p w14:paraId="301CC08D" w14:textId="77777777" w:rsidR="00FA1BB6" w:rsidRDefault="00FA1BB6"/>
        </w:tc>
        <w:tc>
          <w:tcPr>
            <w:tcW w:w="1800" w:type="dxa"/>
          </w:tcPr>
          <w:p w14:paraId="5A13BE35" w14:textId="77777777" w:rsidR="00FA1BB6" w:rsidRDefault="00FA1BB6"/>
        </w:tc>
        <w:tc>
          <w:tcPr>
            <w:tcW w:w="1800" w:type="dxa"/>
          </w:tcPr>
          <w:p w14:paraId="4274E10E" w14:textId="77777777" w:rsidR="00FA1BB6" w:rsidRDefault="00FA1BB6"/>
        </w:tc>
        <w:tc>
          <w:tcPr>
            <w:tcW w:w="1800" w:type="dxa"/>
          </w:tcPr>
          <w:p w14:paraId="18EA9BD9" w14:textId="77777777" w:rsidR="00FA1BB6" w:rsidRDefault="00FA1BB6"/>
        </w:tc>
        <w:tc>
          <w:tcPr>
            <w:tcW w:w="1800" w:type="dxa"/>
          </w:tcPr>
          <w:p w14:paraId="7B698B6D" w14:textId="77777777" w:rsidR="00FA1BB6" w:rsidRDefault="00FA1BB6"/>
        </w:tc>
      </w:tr>
      <w:tr w:rsidR="00FA1BB6" w14:paraId="6814A424" w14:textId="77777777">
        <w:tc>
          <w:tcPr>
            <w:tcW w:w="1800" w:type="dxa"/>
          </w:tcPr>
          <w:p w14:paraId="54A6DCF6" w14:textId="77777777" w:rsidR="00FA1BB6" w:rsidRDefault="005654F4">
            <w:r>
              <w:t>14</w:t>
            </w:r>
          </w:p>
        </w:tc>
        <w:tc>
          <w:tcPr>
            <w:tcW w:w="1800" w:type="dxa"/>
          </w:tcPr>
          <w:p w14:paraId="2077B32B" w14:textId="77777777" w:rsidR="00FA1BB6" w:rsidRDefault="00FA1BB6"/>
        </w:tc>
        <w:tc>
          <w:tcPr>
            <w:tcW w:w="1800" w:type="dxa"/>
          </w:tcPr>
          <w:p w14:paraId="2B213E62" w14:textId="77777777" w:rsidR="00FA1BB6" w:rsidRDefault="00FA1BB6"/>
        </w:tc>
        <w:tc>
          <w:tcPr>
            <w:tcW w:w="1800" w:type="dxa"/>
          </w:tcPr>
          <w:p w14:paraId="3562ED33" w14:textId="77777777" w:rsidR="00FA1BB6" w:rsidRDefault="00FA1BB6"/>
        </w:tc>
        <w:tc>
          <w:tcPr>
            <w:tcW w:w="1800" w:type="dxa"/>
          </w:tcPr>
          <w:p w14:paraId="2F328ED3" w14:textId="77777777" w:rsidR="00FA1BB6" w:rsidRDefault="00FA1BB6"/>
        </w:tc>
        <w:tc>
          <w:tcPr>
            <w:tcW w:w="1800" w:type="dxa"/>
          </w:tcPr>
          <w:p w14:paraId="419E1190" w14:textId="77777777" w:rsidR="00FA1BB6" w:rsidRDefault="00FA1BB6"/>
        </w:tc>
      </w:tr>
    </w:tbl>
    <w:p w14:paraId="7AE9E951" w14:textId="77777777" w:rsidR="00FA1BB6" w:rsidRDefault="005654F4">
      <w:r>
        <w:rPr>
          <w:b/>
        </w:rPr>
        <w:t>13. Which species can transmit diseases?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0"/>
        <w:gridCol w:w="1798"/>
        <w:gridCol w:w="1798"/>
        <w:gridCol w:w="1798"/>
        <w:gridCol w:w="1798"/>
        <w:gridCol w:w="1798"/>
      </w:tblGrid>
      <w:tr w:rsidR="00FA1BB6" w14:paraId="2A0B11F8" w14:textId="77777777">
        <w:tc>
          <w:tcPr>
            <w:tcW w:w="1800" w:type="dxa"/>
          </w:tcPr>
          <w:p w14:paraId="7AA8CC5F" w14:textId="77777777" w:rsidR="00FA1BB6" w:rsidRDefault="005654F4">
            <w:r>
              <w:t>Photo</w:t>
            </w:r>
          </w:p>
        </w:tc>
        <w:tc>
          <w:tcPr>
            <w:tcW w:w="1800" w:type="dxa"/>
          </w:tcPr>
          <w:p w14:paraId="38B553C5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1F5B7EC4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141AE2A6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6675ABAE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4B4826F3" w14:textId="77777777" w:rsidR="00FA1BB6" w:rsidRDefault="005654F4">
            <w:r>
              <w:t>5</w:t>
            </w:r>
          </w:p>
        </w:tc>
      </w:tr>
      <w:tr w:rsidR="00FA1BB6" w14:paraId="7E509204" w14:textId="77777777">
        <w:tc>
          <w:tcPr>
            <w:tcW w:w="1800" w:type="dxa"/>
          </w:tcPr>
          <w:p w14:paraId="05BD1AD5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42BB18A6" w14:textId="77777777" w:rsidR="00FA1BB6" w:rsidRDefault="00FA1BB6"/>
        </w:tc>
        <w:tc>
          <w:tcPr>
            <w:tcW w:w="1800" w:type="dxa"/>
          </w:tcPr>
          <w:p w14:paraId="1EAD65C8" w14:textId="77777777" w:rsidR="00FA1BB6" w:rsidRDefault="00FA1BB6"/>
        </w:tc>
        <w:tc>
          <w:tcPr>
            <w:tcW w:w="1800" w:type="dxa"/>
          </w:tcPr>
          <w:p w14:paraId="7D267C73" w14:textId="77777777" w:rsidR="00FA1BB6" w:rsidRDefault="00FA1BB6"/>
        </w:tc>
        <w:tc>
          <w:tcPr>
            <w:tcW w:w="1800" w:type="dxa"/>
          </w:tcPr>
          <w:p w14:paraId="48813CF7" w14:textId="77777777" w:rsidR="00FA1BB6" w:rsidRDefault="00FA1BB6"/>
        </w:tc>
        <w:tc>
          <w:tcPr>
            <w:tcW w:w="1800" w:type="dxa"/>
          </w:tcPr>
          <w:p w14:paraId="210CACDE" w14:textId="77777777" w:rsidR="00FA1BB6" w:rsidRDefault="00FA1BB6"/>
        </w:tc>
      </w:tr>
      <w:tr w:rsidR="00FA1BB6" w14:paraId="0A47AAED" w14:textId="77777777">
        <w:tc>
          <w:tcPr>
            <w:tcW w:w="1800" w:type="dxa"/>
          </w:tcPr>
          <w:p w14:paraId="73FEADB1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0C5A6474" w14:textId="77777777" w:rsidR="00FA1BB6" w:rsidRDefault="00FA1BB6"/>
        </w:tc>
        <w:tc>
          <w:tcPr>
            <w:tcW w:w="1800" w:type="dxa"/>
          </w:tcPr>
          <w:p w14:paraId="02CC6114" w14:textId="77777777" w:rsidR="00FA1BB6" w:rsidRDefault="00FA1BB6"/>
        </w:tc>
        <w:tc>
          <w:tcPr>
            <w:tcW w:w="1800" w:type="dxa"/>
          </w:tcPr>
          <w:p w14:paraId="75B4F2CF" w14:textId="77777777" w:rsidR="00FA1BB6" w:rsidRDefault="00FA1BB6"/>
        </w:tc>
        <w:tc>
          <w:tcPr>
            <w:tcW w:w="1800" w:type="dxa"/>
          </w:tcPr>
          <w:p w14:paraId="39D3F865" w14:textId="77777777" w:rsidR="00FA1BB6" w:rsidRDefault="00FA1BB6"/>
        </w:tc>
        <w:tc>
          <w:tcPr>
            <w:tcW w:w="1800" w:type="dxa"/>
          </w:tcPr>
          <w:p w14:paraId="13ED1B94" w14:textId="77777777" w:rsidR="00FA1BB6" w:rsidRDefault="00FA1BB6"/>
        </w:tc>
      </w:tr>
      <w:tr w:rsidR="00FA1BB6" w14:paraId="1D6F8DA3" w14:textId="77777777">
        <w:tc>
          <w:tcPr>
            <w:tcW w:w="1800" w:type="dxa"/>
          </w:tcPr>
          <w:p w14:paraId="7A74F560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73F65550" w14:textId="77777777" w:rsidR="00FA1BB6" w:rsidRDefault="00FA1BB6"/>
        </w:tc>
        <w:tc>
          <w:tcPr>
            <w:tcW w:w="1800" w:type="dxa"/>
          </w:tcPr>
          <w:p w14:paraId="4C33DE90" w14:textId="77777777" w:rsidR="00FA1BB6" w:rsidRDefault="00FA1BB6"/>
        </w:tc>
        <w:tc>
          <w:tcPr>
            <w:tcW w:w="1800" w:type="dxa"/>
          </w:tcPr>
          <w:p w14:paraId="7CEE27EE" w14:textId="77777777" w:rsidR="00FA1BB6" w:rsidRDefault="00FA1BB6"/>
        </w:tc>
        <w:tc>
          <w:tcPr>
            <w:tcW w:w="1800" w:type="dxa"/>
          </w:tcPr>
          <w:p w14:paraId="577ECBB2" w14:textId="77777777" w:rsidR="00FA1BB6" w:rsidRDefault="00FA1BB6"/>
        </w:tc>
        <w:tc>
          <w:tcPr>
            <w:tcW w:w="1800" w:type="dxa"/>
          </w:tcPr>
          <w:p w14:paraId="36595DC8" w14:textId="77777777" w:rsidR="00FA1BB6" w:rsidRDefault="00FA1BB6"/>
        </w:tc>
      </w:tr>
      <w:tr w:rsidR="00FA1BB6" w14:paraId="0D40290E" w14:textId="77777777">
        <w:tc>
          <w:tcPr>
            <w:tcW w:w="1800" w:type="dxa"/>
          </w:tcPr>
          <w:p w14:paraId="5B9960BC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2620E0D1" w14:textId="77777777" w:rsidR="00FA1BB6" w:rsidRDefault="00FA1BB6"/>
        </w:tc>
        <w:tc>
          <w:tcPr>
            <w:tcW w:w="1800" w:type="dxa"/>
          </w:tcPr>
          <w:p w14:paraId="565D8791" w14:textId="77777777" w:rsidR="00FA1BB6" w:rsidRDefault="00FA1BB6"/>
        </w:tc>
        <w:tc>
          <w:tcPr>
            <w:tcW w:w="1800" w:type="dxa"/>
          </w:tcPr>
          <w:p w14:paraId="5D26B71E" w14:textId="77777777" w:rsidR="00FA1BB6" w:rsidRDefault="00FA1BB6"/>
        </w:tc>
        <w:tc>
          <w:tcPr>
            <w:tcW w:w="1800" w:type="dxa"/>
          </w:tcPr>
          <w:p w14:paraId="314BD3E3" w14:textId="77777777" w:rsidR="00FA1BB6" w:rsidRDefault="00FA1BB6"/>
        </w:tc>
        <w:tc>
          <w:tcPr>
            <w:tcW w:w="1800" w:type="dxa"/>
          </w:tcPr>
          <w:p w14:paraId="450C8B13" w14:textId="77777777" w:rsidR="00FA1BB6" w:rsidRDefault="00FA1BB6"/>
        </w:tc>
      </w:tr>
      <w:tr w:rsidR="00FA1BB6" w14:paraId="1360B090" w14:textId="77777777">
        <w:tc>
          <w:tcPr>
            <w:tcW w:w="1800" w:type="dxa"/>
          </w:tcPr>
          <w:p w14:paraId="7173A6B2" w14:textId="77777777" w:rsidR="00FA1BB6" w:rsidRDefault="005654F4">
            <w:r>
              <w:t>5</w:t>
            </w:r>
          </w:p>
        </w:tc>
        <w:tc>
          <w:tcPr>
            <w:tcW w:w="1800" w:type="dxa"/>
          </w:tcPr>
          <w:p w14:paraId="7CCEE5BC" w14:textId="77777777" w:rsidR="00FA1BB6" w:rsidRDefault="00FA1BB6"/>
        </w:tc>
        <w:tc>
          <w:tcPr>
            <w:tcW w:w="1800" w:type="dxa"/>
          </w:tcPr>
          <w:p w14:paraId="28504CDE" w14:textId="77777777" w:rsidR="00FA1BB6" w:rsidRDefault="00FA1BB6"/>
        </w:tc>
        <w:tc>
          <w:tcPr>
            <w:tcW w:w="1800" w:type="dxa"/>
          </w:tcPr>
          <w:p w14:paraId="2BA1A5F5" w14:textId="77777777" w:rsidR="00FA1BB6" w:rsidRDefault="00FA1BB6"/>
        </w:tc>
        <w:tc>
          <w:tcPr>
            <w:tcW w:w="1800" w:type="dxa"/>
          </w:tcPr>
          <w:p w14:paraId="73688284" w14:textId="77777777" w:rsidR="00FA1BB6" w:rsidRDefault="00FA1BB6"/>
        </w:tc>
        <w:tc>
          <w:tcPr>
            <w:tcW w:w="1800" w:type="dxa"/>
          </w:tcPr>
          <w:p w14:paraId="0B63EBFB" w14:textId="77777777" w:rsidR="00FA1BB6" w:rsidRDefault="00FA1BB6"/>
        </w:tc>
      </w:tr>
      <w:tr w:rsidR="00FA1BB6" w14:paraId="3B3CFFFE" w14:textId="77777777">
        <w:tc>
          <w:tcPr>
            <w:tcW w:w="1800" w:type="dxa"/>
          </w:tcPr>
          <w:p w14:paraId="7F623683" w14:textId="77777777" w:rsidR="00FA1BB6" w:rsidRDefault="005654F4">
            <w:r>
              <w:t>6</w:t>
            </w:r>
          </w:p>
        </w:tc>
        <w:tc>
          <w:tcPr>
            <w:tcW w:w="1800" w:type="dxa"/>
          </w:tcPr>
          <w:p w14:paraId="75D23440" w14:textId="77777777" w:rsidR="00FA1BB6" w:rsidRDefault="00FA1BB6"/>
        </w:tc>
        <w:tc>
          <w:tcPr>
            <w:tcW w:w="1800" w:type="dxa"/>
          </w:tcPr>
          <w:p w14:paraId="1C2B7469" w14:textId="77777777" w:rsidR="00FA1BB6" w:rsidRDefault="00FA1BB6"/>
        </w:tc>
        <w:tc>
          <w:tcPr>
            <w:tcW w:w="1800" w:type="dxa"/>
          </w:tcPr>
          <w:p w14:paraId="4A1DAF0B" w14:textId="77777777" w:rsidR="00FA1BB6" w:rsidRDefault="00FA1BB6"/>
        </w:tc>
        <w:tc>
          <w:tcPr>
            <w:tcW w:w="1800" w:type="dxa"/>
          </w:tcPr>
          <w:p w14:paraId="6FD11D19" w14:textId="77777777" w:rsidR="00FA1BB6" w:rsidRDefault="00FA1BB6"/>
        </w:tc>
        <w:tc>
          <w:tcPr>
            <w:tcW w:w="1800" w:type="dxa"/>
          </w:tcPr>
          <w:p w14:paraId="44563BB2" w14:textId="77777777" w:rsidR="00FA1BB6" w:rsidRDefault="00FA1BB6"/>
        </w:tc>
      </w:tr>
      <w:tr w:rsidR="00FA1BB6" w14:paraId="7BC5B138" w14:textId="77777777">
        <w:tc>
          <w:tcPr>
            <w:tcW w:w="1800" w:type="dxa"/>
          </w:tcPr>
          <w:p w14:paraId="2E35956E" w14:textId="77777777" w:rsidR="00FA1BB6" w:rsidRDefault="005654F4">
            <w:r>
              <w:t>7</w:t>
            </w:r>
          </w:p>
        </w:tc>
        <w:tc>
          <w:tcPr>
            <w:tcW w:w="1800" w:type="dxa"/>
          </w:tcPr>
          <w:p w14:paraId="58B274DA" w14:textId="77777777" w:rsidR="00FA1BB6" w:rsidRDefault="00FA1BB6"/>
        </w:tc>
        <w:tc>
          <w:tcPr>
            <w:tcW w:w="1800" w:type="dxa"/>
          </w:tcPr>
          <w:p w14:paraId="5139AB82" w14:textId="77777777" w:rsidR="00FA1BB6" w:rsidRDefault="00FA1BB6"/>
        </w:tc>
        <w:tc>
          <w:tcPr>
            <w:tcW w:w="1800" w:type="dxa"/>
          </w:tcPr>
          <w:p w14:paraId="2C756BAD" w14:textId="77777777" w:rsidR="00FA1BB6" w:rsidRDefault="00FA1BB6"/>
        </w:tc>
        <w:tc>
          <w:tcPr>
            <w:tcW w:w="1800" w:type="dxa"/>
          </w:tcPr>
          <w:p w14:paraId="2FB09055" w14:textId="77777777" w:rsidR="00FA1BB6" w:rsidRDefault="00FA1BB6"/>
        </w:tc>
        <w:tc>
          <w:tcPr>
            <w:tcW w:w="1800" w:type="dxa"/>
          </w:tcPr>
          <w:p w14:paraId="239DE778" w14:textId="77777777" w:rsidR="00FA1BB6" w:rsidRDefault="00FA1BB6"/>
        </w:tc>
      </w:tr>
      <w:tr w:rsidR="00FA1BB6" w14:paraId="3749C4EB" w14:textId="77777777">
        <w:tc>
          <w:tcPr>
            <w:tcW w:w="1800" w:type="dxa"/>
          </w:tcPr>
          <w:p w14:paraId="6A2CAE3F" w14:textId="77777777" w:rsidR="00FA1BB6" w:rsidRDefault="005654F4">
            <w:r>
              <w:t>8</w:t>
            </w:r>
          </w:p>
        </w:tc>
        <w:tc>
          <w:tcPr>
            <w:tcW w:w="1800" w:type="dxa"/>
          </w:tcPr>
          <w:p w14:paraId="4F259F4C" w14:textId="77777777" w:rsidR="00FA1BB6" w:rsidRDefault="00FA1BB6"/>
        </w:tc>
        <w:tc>
          <w:tcPr>
            <w:tcW w:w="1800" w:type="dxa"/>
          </w:tcPr>
          <w:p w14:paraId="715CFC79" w14:textId="77777777" w:rsidR="00FA1BB6" w:rsidRDefault="00FA1BB6"/>
        </w:tc>
        <w:tc>
          <w:tcPr>
            <w:tcW w:w="1800" w:type="dxa"/>
          </w:tcPr>
          <w:p w14:paraId="174EB44E" w14:textId="77777777" w:rsidR="00FA1BB6" w:rsidRDefault="00FA1BB6"/>
        </w:tc>
        <w:tc>
          <w:tcPr>
            <w:tcW w:w="1800" w:type="dxa"/>
          </w:tcPr>
          <w:p w14:paraId="4167E209" w14:textId="77777777" w:rsidR="00FA1BB6" w:rsidRDefault="00FA1BB6"/>
        </w:tc>
        <w:tc>
          <w:tcPr>
            <w:tcW w:w="1800" w:type="dxa"/>
          </w:tcPr>
          <w:p w14:paraId="49575AF8" w14:textId="77777777" w:rsidR="00FA1BB6" w:rsidRDefault="00FA1BB6"/>
        </w:tc>
      </w:tr>
      <w:tr w:rsidR="00FA1BB6" w14:paraId="04DFF3A3" w14:textId="77777777">
        <w:tc>
          <w:tcPr>
            <w:tcW w:w="1800" w:type="dxa"/>
          </w:tcPr>
          <w:p w14:paraId="241449A2" w14:textId="77777777" w:rsidR="00FA1BB6" w:rsidRDefault="005654F4">
            <w:r>
              <w:t>9</w:t>
            </w:r>
          </w:p>
        </w:tc>
        <w:tc>
          <w:tcPr>
            <w:tcW w:w="1800" w:type="dxa"/>
          </w:tcPr>
          <w:p w14:paraId="395992A9" w14:textId="77777777" w:rsidR="00FA1BB6" w:rsidRDefault="00FA1BB6"/>
        </w:tc>
        <w:tc>
          <w:tcPr>
            <w:tcW w:w="1800" w:type="dxa"/>
          </w:tcPr>
          <w:p w14:paraId="3C5C29D2" w14:textId="77777777" w:rsidR="00FA1BB6" w:rsidRDefault="00FA1BB6"/>
        </w:tc>
        <w:tc>
          <w:tcPr>
            <w:tcW w:w="1800" w:type="dxa"/>
          </w:tcPr>
          <w:p w14:paraId="36BD419E" w14:textId="77777777" w:rsidR="00FA1BB6" w:rsidRDefault="00FA1BB6"/>
        </w:tc>
        <w:tc>
          <w:tcPr>
            <w:tcW w:w="1800" w:type="dxa"/>
          </w:tcPr>
          <w:p w14:paraId="158B2C8F" w14:textId="77777777" w:rsidR="00FA1BB6" w:rsidRDefault="00FA1BB6"/>
        </w:tc>
        <w:tc>
          <w:tcPr>
            <w:tcW w:w="1800" w:type="dxa"/>
          </w:tcPr>
          <w:p w14:paraId="17391B7B" w14:textId="77777777" w:rsidR="00FA1BB6" w:rsidRDefault="00FA1BB6"/>
        </w:tc>
      </w:tr>
      <w:tr w:rsidR="00FA1BB6" w14:paraId="334573B2" w14:textId="77777777">
        <w:tc>
          <w:tcPr>
            <w:tcW w:w="1800" w:type="dxa"/>
          </w:tcPr>
          <w:p w14:paraId="1E925F4D" w14:textId="77777777" w:rsidR="00FA1BB6" w:rsidRDefault="005654F4">
            <w:r>
              <w:t>10</w:t>
            </w:r>
          </w:p>
        </w:tc>
        <w:tc>
          <w:tcPr>
            <w:tcW w:w="1800" w:type="dxa"/>
          </w:tcPr>
          <w:p w14:paraId="705ED174" w14:textId="77777777" w:rsidR="00FA1BB6" w:rsidRDefault="00FA1BB6"/>
        </w:tc>
        <w:tc>
          <w:tcPr>
            <w:tcW w:w="1800" w:type="dxa"/>
          </w:tcPr>
          <w:p w14:paraId="00965019" w14:textId="77777777" w:rsidR="00FA1BB6" w:rsidRDefault="00FA1BB6"/>
        </w:tc>
        <w:tc>
          <w:tcPr>
            <w:tcW w:w="1800" w:type="dxa"/>
          </w:tcPr>
          <w:p w14:paraId="218B736D" w14:textId="77777777" w:rsidR="00FA1BB6" w:rsidRDefault="00FA1BB6"/>
        </w:tc>
        <w:tc>
          <w:tcPr>
            <w:tcW w:w="1800" w:type="dxa"/>
          </w:tcPr>
          <w:p w14:paraId="7DD7D3BE" w14:textId="77777777" w:rsidR="00FA1BB6" w:rsidRDefault="00FA1BB6"/>
        </w:tc>
        <w:tc>
          <w:tcPr>
            <w:tcW w:w="1800" w:type="dxa"/>
          </w:tcPr>
          <w:p w14:paraId="5BE31FBD" w14:textId="77777777" w:rsidR="00FA1BB6" w:rsidRDefault="00FA1BB6"/>
        </w:tc>
      </w:tr>
      <w:tr w:rsidR="00FA1BB6" w14:paraId="2778A6AD" w14:textId="77777777">
        <w:tc>
          <w:tcPr>
            <w:tcW w:w="1800" w:type="dxa"/>
          </w:tcPr>
          <w:p w14:paraId="0A744BEF" w14:textId="77777777" w:rsidR="00FA1BB6" w:rsidRDefault="005654F4">
            <w:r>
              <w:t>11</w:t>
            </w:r>
          </w:p>
        </w:tc>
        <w:tc>
          <w:tcPr>
            <w:tcW w:w="1800" w:type="dxa"/>
          </w:tcPr>
          <w:p w14:paraId="2A91C241" w14:textId="77777777" w:rsidR="00FA1BB6" w:rsidRDefault="00FA1BB6"/>
        </w:tc>
        <w:tc>
          <w:tcPr>
            <w:tcW w:w="1800" w:type="dxa"/>
          </w:tcPr>
          <w:p w14:paraId="34D5F475" w14:textId="77777777" w:rsidR="00FA1BB6" w:rsidRDefault="00FA1BB6"/>
        </w:tc>
        <w:tc>
          <w:tcPr>
            <w:tcW w:w="1800" w:type="dxa"/>
          </w:tcPr>
          <w:p w14:paraId="0F0FF2DD" w14:textId="77777777" w:rsidR="00FA1BB6" w:rsidRDefault="00FA1BB6"/>
        </w:tc>
        <w:tc>
          <w:tcPr>
            <w:tcW w:w="1800" w:type="dxa"/>
          </w:tcPr>
          <w:p w14:paraId="71E4D143" w14:textId="77777777" w:rsidR="00FA1BB6" w:rsidRDefault="00FA1BB6"/>
        </w:tc>
        <w:tc>
          <w:tcPr>
            <w:tcW w:w="1800" w:type="dxa"/>
          </w:tcPr>
          <w:p w14:paraId="723CF464" w14:textId="77777777" w:rsidR="00FA1BB6" w:rsidRDefault="00FA1BB6"/>
        </w:tc>
      </w:tr>
      <w:tr w:rsidR="00FA1BB6" w14:paraId="62797469" w14:textId="77777777">
        <w:tc>
          <w:tcPr>
            <w:tcW w:w="1800" w:type="dxa"/>
          </w:tcPr>
          <w:p w14:paraId="5A9F088C" w14:textId="77777777" w:rsidR="00FA1BB6" w:rsidRDefault="005654F4">
            <w:r>
              <w:t>12</w:t>
            </w:r>
          </w:p>
        </w:tc>
        <w:tc>
          <w:tcPr>
            <w:tcW w:w="1800" w:type="dxa"/>
          </w:tcPr>
          <w:p w14:paraId="2217CA90" w14:textId="77777777" w:rsidR="00FA1BB6" w:rsidRDefault="00FA1BB6"/>
        </w:tc>
        <w:tc>
          <w:tcPr>
            <w:tcW w:w="1800" w:type="dxa"/>
          </w:tcPr>
          <w:p w14:paraId="05C2B8C7" w14:textId="77777777" w:rsidR="00FA1BB6" w:rsidRDefault="00FA1BB6"/>
        </w:tc>
        <w:tc>
          <w:tcPr>
            <w:tcW w:w="1800" w:type="dxa"/>
          </w:tcPr>
          <w:p w14:paraId="1A376231" w14:textId="77777777" w:rsidR="00FA1BB6" w:rsidRDefault="00FA1BB6"/>
        </w:tc>
        <w:tc>
          <w:tcPr>
            <w:tcW w:w="1800" w:type="dxa"/>
          </w:tcPr>
          <w:p w14:paraId="59BEB89B" w14:textId="77777777" w:rsidR="00FA1BB6" w:rsidRDefault="00FA1BB6"/>
        </w:tc>
        <w:tc>
          <w:tcPr>
            <w:tcW w:w="1800" w:type="dxa"/>
          </w:tcPr>
          <w:p w14:paraId="04BD051A" w14:textId="77777777" w:rsidR="00FA1BB6" w:rsidRDefault="00FA1BB6"/>
        </w:tc>
      </w:tr>
      <w:tr w:rsidR="00FA1BB6" w14:paraId="34284300" w14:textId="77777777">
        <w:tc>
          <w:tcPr>
            <w:tcW w:w="1800" w:type="dxa"/>
          </w:tcPr>
          <w:p w14:paraId="6873C24C" w14:textId="77777777" w:rsidR="00FA1BB6" w:rsidRDefault="005654F4">
            <w:r>
              <w:t>13</w:t>
            </w:r>
          </w:p>
        </w:tc>
        <w:tc>
          <w:tcPr>
            <w:tcW w:w="1800" w:type="dxa"/>
          </w:tcPr>
          <w:p w14:paraId="3BF1DBDD" w14:textId="77777777" w:rsidR="00FA1BB6" w:rsidRDefault="00FA1BB6"/>
        </w:tc>
        <w:tc>
          <w:tcPr>
            <w:tcW w:w="1800" w:type="dxa"/>
          </w:tcPr>
          <w:p w14:paraId="488C8999" w14:textId="77777777" w:rsidR="00FA1BB6" w:rsidRDefault="00FA1BB6"/>
        </w:tc>
        <w:tc>
          <w:tcPr>
            <w:tcW w:w="1800" w:type="dxa"/>
          </w:tcPr>
          <w:p w14:paraId="52878407" w14:textId="77777777" w:rsidR="00FA1BB6" w:rsidRDefault="00FA1BB6"/>
        </w:tc>
        <w:tc>
          <w:tcPr>
            <w:tcW w:w="1800" w:type="dxa"/>
          </w:tcPr>
          <w:p w14:paraId="33E0EB64" w14:textId="77777777" w:rsidR="00FA1BB6" w:rsidRDefault="00FA1BB6"/>
        </w:tc>
        <w:tc>
          <w:tcPr>
            <w:tcW w:w="1800" w:type="dxa"/>
          </w:tcPr>
          <w:p w14:paraId="56B335EA" w14:textId="77777777" w:rsidR="00FA1BB6" w:rsidRDefault="00FA1BB6"/>
        </w:tc>
      </w:tr>
      <w:tr w:rsidR="00FA1BB6" w14:paraId="6D67F4B3" w14:textId="77777777">
        <w:tc>
          <w:tcPr>
            <w:tcW w:w="1800" w:type="dxa"/>
          </w:tcPr>
          <w:p w14:paraId="079F2D8C" w14:textId="77777777" w:rsidR="00FA1BB6" w:rsidRDefault="005654F4">
            <w:r>
              <w:t>14</w:t>
            </w:r>
          </w:p>
        </w:tc>
        <w:tc>
          <w:tcPr>
            <w:tcW w:w="1800" w:type="dxa"/>
          </w:tcPr>
          <w:p w14:paraId="00A2FF79" w14:textId="77777777" w:rsidR="00FA1BB6" w:rsidRDefault="00FA1BB6"/>
        </w:tc>
        <w:tc>
          <w:tcPr>
            <w:tcW w:w="1800" w:type="dxa"/>
          </w:tcPr>
          <w:p w14:paraId="082F6D7F" w14:textId="77777777" w:rsidR="00FA1BB6" w:rsidRDefault="00FA1BB6"/>
        </w:tc>
        <w:tc>
          <w:tcPr>
            <w:tcW w:w="1800" w:type="dxa"/>
          </w:tcPr>
          <w:p w14:paraId="1E885EE2" w14:textId="77777777" w:rsidR="00FA1BB6" w:rsidRDefault="00FA1BB6"/>
        </w:tc>
        <w:tc>
          <w:tcPr>
            <w:tcW w:w="1800" w:type="dxa"/>
          </w:tcPr>
          <w:p w14:paraId="70ACB67D" w14:textId="77777777" w:rsidR="00FA1BB6" w:rsidRDefault="00FA1BB6"/>
        </w:tc>
        <w:tc>
          <w:tcPr>
            <w:tcW w:w="1800" w:type="dxa"/>
          </w:tcPr>
          <w:p w14:paraId="2CE1CC50" w14:textId="77777777" w:rsidR="00FA1BB6" w:rsidRDefault="00FA1BB6"/>
        </w:tc>
      </w:tr>
    </w:tbl>
    <w:p w14:paraId="4823567C" w14:textId="77777777" w:rsidR="00FA1BB6" w:rsidRDefault="005654F4">
      <w:r>
        <w:rPr>
          <w:b/>
        </w:rPr>
        <w:t>14. Which species provide environmental benefits?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0"/>
        <w:gridCol w:w="1798"/>
        <w:gridCol w:w="1798"/>
        <w:gridCol w:w="1798"/>
        <w:gridCol w:w="1798"/>
        <w:gridCol w:w="1798"/>
      </w:tblGrid>
      <w:tr w:rsidR="00FA1BB6" w14:paraId="1B8B7B29" w14:textId="77777777">
        <w:tc>
          <w:tcPr>
            <w:tcW w:w="1800" w:type="dxa"/>
          </w:tcPr>
          <w:p w14:paraId="0EB9BCC6" w14:textId="77777777" w:rsidR="00FA1BB6" w:rsidRDefault="005654F4">
            <w:r>
              <w:t>Photo</w:t>
            </w:r>
          </w:p>
        </w:tc>
        <w:tc>
          <w:tcPr>
            <w:tcW w:w="1800" w:type="dxa"/>
          </w:tcPr>
          <w:p w14:paraId="068BB6B9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38ED92ED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0D2A5F06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2D8C2340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74311F52" w14:textId="77777777" w:rsidR="00FA1BB6" w:rsidRDefault="005654F4">
            <w:r>
              <w:t>5</w:t>
            </w:r>
          </w:p>
        </w:tc>
      </w:tr>
      <w:tr w:rsidR="00FA1BB6" w14:paraId="0C671CB3" w14:textId="77777777">
        <w:tc>
          <w:tcPr>
            <w:tcW w:w="1800" w:type="dxa"/>
          </w:tcPr>
          <w:p w14:paraId="51009CCD" w14:textId="77777777" w:rsidR="00FA1BB6" w:rsidRDefault="005654F4">
            <w:r>
              <w:lastRenderedPageBreak/>
              <w:t>1</w:t>
            </w:r>
          </w:p>
        </w:tc>
        <w:tc>
          <w:tcPr>
            <w:tcW w:w="1800" w:type="dxa"/>
          </w:tcPr>
          <w:p w14:paraId="1F8C3433" w14:textId="77777777" w:rsidR="00FA1BB6" w:rsidRDefault="00FA1BB6"/>
        </w:tc>
        <w:tc>
          <w:tcPr>
            <w:tcW w:w="1800" w:type="dxa"/>
          </w:tcPr>
          <w:p w14:paraId="60BB4631" w14:textId="77777777" w:rsidR="00FA1BB6" w:rsidRDefault="00FA1BB6"/>
        </w:tc>
        <w:tc>
          <w:tcPr>
            <w:tcW w:w="1800" w:type="dxa"/>
          </w:tcPr>
          <w:p w14:paraId="0B80B273" w14:textId="77777777" w:rsidR="00FA1BB6" w:rsidRDefault="00FA1BB6"/>
        </w:tc>
        <w:tc>
          <w:tcPr>
            <w:tcW w:w="1800" w:type="dxa"/>
          </w:tcPr>
          <w:p w14:paraId="634AA7CA" w14:textId="77777777" w:rsidR="00FA1BB6" w:rsidRDefault="00FA1BB6"/>
        </w:tc>
        <w:tc>
          <w:tcPr>
            <w:tcW w:w="1800" w:type="dxa"/>
          </w:tcPr>
          <w:p w14:paraId="4213CB32" w14:textId="77777777" w:rsidR="00FA1BB6" w:rsidRDefault="00FA1BB6"/>
        </w:tc>
      </w:tr>
      <w:tr w:rsidR="00FA1BB6" w14:paraId="27468D04" w14:textId="77777777">
        <w:tc>
          <w:tcPr>
            <w:tcW w:w="1800" w:type="dxa"/>
          </w:tcPr>
          <w:p w14:paraId="6AC4C934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1A67C95A" w14:textId="77777777" w:rsidR="00FA1BB6" w:rsidRDefault="00FA1BB6"/>
        </w:tc>
        <w:tc>
          <w:tcPr>
            <w:tcW w:w="1800" w:type="dxa"/>
          </w:tcPr>
          <w:p w14:paraId="1AA4461C" w14:textId="77777777" w:rsidR="00FA1BB6" w:rsidRDefault="00FA1BB6"/>
        </w:tc>
        <w:tc>
          <w:tcPr>
            <w:tcW w:w="1800" w:type="dxa"/>
          </w:tcPr>
          <w:p w14:paraId="2B224D6E" w14:textId="77777777" w:rsidR="00FA1BB6" w:rsidRDefault="00FA1BB6"/>
        </w:tc>
        <w:tc>
          <w:tcPr>
            <w:tcW w:w="1800" w:type="dxa"/>
          </w:tcPr>
          <w:p w14:paraId="5E0143B6" w14:textId="77777777" w:rsidR="00FA1BB6" w:rsidRDefault="00FA1BB6"/>
        </w:tc>
        <w:tc>
          <w:tcPr>
            <w:tcW w:w="1800" w:type="dxa"/>
          </w:tcPr>
          <w:p w14:paraId="718F7348" w14:textId="77777777" w:rsidR="00FA1BB6" w:rsidRDefault="00FA1BB6"/>
        </w:tc>
      </w:tr>
      <w:tr w:rsidR="00FA1BB6" w14:paraId="3D1D1091" w14:textId="77777777">
        <w:tc>
          <w:tcPr>
            <w:tcW w:w="1800" w:type="dxa"/>
          </w:tcPr>
          <w:p w14:paraId="589C8FAB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09407C53" w14:textId="77777777" w:rsidR="00FA1BB6" w:rsidRDefault="00FA1BB6"/>
        </w:tc>
        <w:tc>
          <w:tcPr>
            <w:tcW w:w="1800" w:type="dxa"/>
          </w:tcPr>
          <w:p w14:paraId="09EE3088" w14:textId="77777777" w:rsidR="00FA1BB6" w:rsidRDefault="00FA1BB6"/>
        </w:tc>
        <w:tc>
          <w:tcPr>
            <w:tcW w:w="1800" w:type="dxa"/>
          </w:tcPr>
          <w:p w14:paraId="11C8839D" w14:textId="77777777" w:rsidR="00FA1BB6" w:rsidRDefault="00FA1BB6"/>
        </w:tc>
        <w:tc>
          <w:tcPr>
            <w:tcW w:w="1800" w:type="dxa"/>
          </w:tcPr>
          <w:p w14:paraId="546DC5F9" w14:textId="77777777" w:rsidR="00FA1BB6" w:rsidRDefault="00FA1BB6"/>
        </w:tc>
        <w:tc>
          <w:tcPr>
            <w:tcW w:w="1800" w:type="dxa"/>
          </w:tcPr>
          <w:p w14:paraId="1250B42E" w14:textId="77777777" w:rsidR="00FA1BB6" w:rsidRDefault="00FA1BB6"/>
        </w:tc>
      </w:tr>
      <w:tr w:rsidR="00FA1BB6" w14:paraId="57CB686D" w14:textId="77777777">
        <w:tc>
          <w:tcPr>
            <w:tcW w:w="1800" w:type="dxa"/>
          </w:tcPr>
          <w:p w14:paraId="1F116BEF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7A6680D2" w14:textId="77777777" w:rsidR="00FA1BB6" w:rsidRDefault="00FA1BB6"/>
        </w:tc>
        <w:tc>
          <w:tcPr>
            <w:tcW w:w="1800" w:type="dxa"/>
          </w:tcPr>
          <w:p w14:paraId="4968DFB1" w14:textId="77777777" w:rsidR="00FA1BB6" w:rsidRDefault="00FA1BB6"/>
        </w:tc>
        <w:tc>
          <w:tcPr>
            <w:tcW w:w="1800" w:type="dxa"/>
          </w:tcPr>
          <w:p w14:paraId="575A5640" w14:textId="77777777" w:rsidR="00FA1BB6" w:rsidRDefault="00FA1BB6"/>
        </w:tc>
        <w:tc>
          <w:tcPr>
            <w:tcW w:w="1800" w:type="dxa"/>
          </w:tcPr>
          <w:p w14:paraId="3FABC3FF" w14:textId="77777777" w:rsidR="00FA1BB6" w:rsidRDefault="00FA1BB6"/>
        </w:tc>
        <w:tc>
          <w:tcPr>
            <w:tcW w:w="1800" w:type="dxa"/>
          </w:tcPr>
          <w:p w14:paraId="3B8AD2F2" w14:textId="77777777" w:rsidR="00FA1BB6" w:rsidRDefault="00FA1BB6"/>
        </w:tc>
      </w:tr>
      <w:tr w:rsidR="00FA1BB6" w14:paraId="42FDA3C0" w14:textId="77777777">
        <w:tc>
          <w:tcPr>
            <w:tcW w:w="1800" w:type="dxa"/>
          </w:tcPr>
          <w:p w14:paraId="3172079F" w14:textId="77777777" w:rsidR="00FA1BB6" w:rsidRDefault="005654F4">
            <w:r>
              <w:t>5</w:t>
            </w:r>
          </w:p>
        </w:tc>
        <w:tc>
          <w:tcPr>
            <w:tcW w:w="1800" w:type="dxa"/>
          </w:tcPr>
          <w:p w14:paraId="7E9B396C" w14:textId="77777777" w:rsidR="00FA1BB6" w:rsidRDefault="00FA1BB6"/>
        </w:tc>
        <w:tc>
          <w:tcPr>
            <w:tcW w:w="1800" w:type="dxa"/>
          </w:tcPr>
          <w:p w14:paraId="23F6DC32" w14:textId="77777777" w:rsidR="00FA1BB6" w:rsidRDefault="00FA1BB6"/>
        </w:tc>
        <w:tc>
          <w:tcPr>
            <w:tcW w:w="1800" w:type="dxa"/>
          </w:tcPr>
          <w:p w14:paraId="506A3CA9" w14:textId="77777777" w:rsidR="00FA1BB6" w:rsidRDefault="00FA1BB6"/>
        </w:tc>
        <w:tc>
          <w:tcPr>
            <w:tcW w:w="1800" w:type="dxa"/>
          </w:tcPr>
          <w:p w14:paraId="16A5F8B6" w14:textId="77777777" w:rsidR="00FA1BB6" w:rsidRDefault="00FA1BB6"/>
        </w:tc>
        <w:tc>
          <w:tcPr>
            <w:tcW w:w="1800" w:type="dxa"/>
          </w:tcPr>
          <w:p w14:paraId="7843255F" w14:textId="77777777" w:rsidR="00FA1BB6" w:rsidRDefault="00FA1BB6"/>
        </w:tc>
      </w:tr>
      <w:tr w:rsidR="00FA1BB6" w14:paraId="42DF8FF4" w14:textId="77777777">
        <w:tc>
          <w:tcPr>
            <w:tcW w:w="1800" w:type="dxa"/>
          </w:tcPr>
          <w:p w14:paraId="177FC881" w14:textId="77777777" w:rsidR="00FA1BB6" w:rsidRDefault="005654F4">
            <w:r>
              <w:t>6</w:t>
            </w:r>
          </w:p>
        </w:tc>
        <w:tc>
          <w:tcPr>
            <w:tcW w:w="1800" w:type="dxa"/>
          </w:tcPr>
          <w:p w14:paraId="1C3BC8D8" w14:textId="77777777" w:rsidR="00FA1BB6" w:rsidRDefault="00FA1BB6"/>
        </w:tc>
        <w:tc>
          <w:tcPr>
            <w:tcW w:w="1800" w:type="dxa"/>
          </w:tcPr>
          <w:p w14:paraId="3C94C0FD" w14:textId="77777777" w:rsidR="00FA1BB6" w:rsidRDefault="00FA1BB6"/>
        </w:tc>
        <w:tc>
          <w:tcPr>
            <w:tcW w:w="1800" w:type="dxa"/>
          </w:tcPr>
          <w:p w14:paraId="31BC7E6E" w14:textId="77777777" w:rsidR="00FA1BB6" w:rsidRDefault="00FA1BB6"/>
        </w:tc>
        <w:tc>
          <w:tcPr>
            <w:tcW w:w="1800" w:type="dxa"/>
          </w:tcPr>
          <w:p w14:paraId="274B179B" w14:textId="77777777" w:rsidR="00FA1BB6" w:rsidRDefault="00FA1BB6"/>
        </w:tc>
        <w:tc>
          <w:tcPr>
            <w:tcW w:w="1800" w:type="dxa"/>
          </w:tcPr>
          <w:p w14:paraId="06D56064" w14:textId="77777777" w:rsidR="00FA1BB6" w:rsidRDefault="00FA1BB6"/>
        </w:tc>
      </w:tr>
      <w:tr w:rsidR="00FA1BB6" w14:paraId="52395D72" w14:textId="77777777">
        <w:tc>
          <w:tcPr>
            <w:tcW w:w="1800" w:type="dxa"/>
          </w:tcPr>
          <w:p w14:paraId="15A26341" w14:textId="77777777" w:rsidR="00FA1BB6" w:rsidRDefault="005654F4">
            <w:r>
              <w:t>7</w:t>
            </w:r>
          </w:p>
        </w:tc>
        <w:tc>
          <w:tcPr>
            <w:tcW w:w="1800" w:type="dxa"/>
          </w:tcPr>
          <w:p w14:paraId="11C65F67" w14:textId="77777777" w:rsidR="00FA1BB6" w:rsidRDefault="00FA1BB6"/>
        </w:tc>
        <w:tc>
          <w:tcPr>
            <w:tcW w:w="1800" w:type="dxa"/>
          </w:tcPr>
          <w:p w14:paraId="02469B08" w14:textId="77777777" w:rsidR="00FA1BB6" w:rsidRDefault="00FA1BB6"/>
        </w:tc>
        <w:tc>
          <w:tcPr>
            <w:tcW w:w="1800" w:type="dxa"/>
          </w:tcPr>
          <w:p w14:paraId="69B6469D" w14:textId="77777777" w:rsidR="00FA1BB6" w:rsidRDefault="00FA1BB6"/>
        </w:tc>
        <w:tc>
          <w:tcPr>
            <w:tcW w:w="1800" w:type="dxa"/>
          </w:tcPr>
          <w:p w14:paraId="10BFE489" w14:textId="77777777" w:rsidR="00FA1BB6" w:rsidRDefault="00FA1BB6"/>
        </w:tc>
        <w:tc>
          <w:tcPr>
            <w:tcW w:w="1800" w:type="dxa"/>
          </w:tcPr>
          <w:p w14:paraId="2CAF0AAD" w14:textId="77777777" w:rsidR="00FA1BB6" w:rsidRDefault="00FA1BB6"/>
        </w:tc>
      </w:tr>
      <w:tr w:rsidR="00FA1BB6" w14:paraId="636598BF" w14:textId="77777777">
        <w:tc>
          <w:tcPr>
            <w:tcW w:w="1800" w:type="dxa"/>
          </w:tcPr>
          <w:p w14:paraId="7DC2CD01" w14:textId="77777777" w:rsidR="00FA1BB6" w:rsidRDefault="005654F4">
            <w:r>
              <w:t>8</w:t>
            </w:r>
          </w:p>
        </w:tc>
        <w:tc>
          <w:tcPr>
            <w:tcW w:w="1800" w:type="dxa"/>
          </w:tcPr>
          <w:p w14:paraId="353FA376" w14:textId="77777777" w:rsidR="00FA1BB6" w:rsidRDefault="00FA1BB6"/>
        </w:tc>
        <w:tc>
          <w:tcPr>
            <w:tcW w:w="1800" w:type="dxa"/>
          </w:tcPr>
          <w:p w14:paraId="656EC8B2" w14:textId="77777777" w:rsidR="00FA1BB6" w:rsidRDefault="00FA1BB6"/>
        </w:tc>
        <w:tc>
          <w:tcPr>
            <w:tcW w:w="1800" w:type="dxa"/>
          </w:tcPr>
          <w:p w14:paraId="661644E8" w14:textId="77777777" w:rsidR="00FA1BB6" w:rsidRDefault="00FA1BB6"/>
        </w:tc>
        <w:tc>
          <w:tcPr>
            <w:tcW w:w="1800" w:type="dxa"/>
          </w:tcPr>
          <w:p w14:paraId="7F5E55DD" w14:textId="77777777" w:rsidR="00FA1BB6" w:rsidRDefault="00FA1BB6"/>
        </w:tc>
        <w:tc>
          <w:tcPr>
            <w:tcW w:w="1800" w:type="dxa"/>
          </w:tcPr>
          <w:p w14:paraId="6110FA77" w14:textId="77777777" w:rsidR="00FA1BB6" w:rsidRDefault="00FA1BB6"/>
        </w:tc>
      </w:tr>
      <w:tr w:rsidR="00FA1BB6" w14:paraId="6671C595" w14:textId="77777777">
        <w:tc>
          <w:tcPr>
            <w:tcW w:w="1800" w:type="dxa"/>
          </w:tcPr>
          <w:p w14:paraId="4BA1B858" w14:textId="77777777" w:rsidR="00FA1BB6" w:rsidRDefault="005654F4">
            <w:r>
              <w:t>9</w:t>
            </w:r>
          </w:p>
        </w:tc>
        <w:tc>
          <w:tcPr>
            <w:tcW w:w="1800" w:type="dxa"/>
          </w:tcPr>
          <w:p w14:paraId="1629E376" w14:textId="77777777" w:rsidR="00FA1BB6" w:rsidRDefault="00FA1BB6"/>
        </w:tc>
        <w:tc>
          <w:tcPr>
            <w:tcW w:w="1800" w:type="dxa"/>
          </w:tcPr>
          <w:p w14:paraId="6007D106" w14:textId="77777777" w:rsidR="00FA1BB6" w:rsidRDefault="00FA1BB6"/>
        </w:tc>
        <w:tc>
          <w:tcPr>
            <w:tcW w:w="1800" w:type="dxa"/>
          </w:tcPr>
          <w:p w14:paraId="26EAC4FF" w14:textId="77777777" w:rsidR="00FA1BB6" w:rsidRDefault="00FA1BB6"/>
        </w:tc>
        <w:tc>
          <w:tcPr>
            <w:tcW w:w="1800" w:type="dxa"/>
          </w:tcPr>
          <w:p w14:paraId="1794411B" w14:textId="77777777" w:rsidR="00FA1BB6" w:rsidRDefault="00FA1BB6"/>
        </w:tc>
        <w:tc>
          <w:tcPr>
            <w:tcW w:w="1800" w:type="dxa"/>
          </w:tcPr>
          <w:p w14:paraId="2D9273D0" w14:textId="77777777" w:rsidR="00FA1BB6" w:rsidRDefault="00FA1BB6"/>
        </w:tc>
      </w:tr>
      <w:tr w:rsidR="00FA1BB6" w14:paraId="634742DA" w14:textId="77777777">
        <w:tc>
          <w:tcPr>
            <w:tcW w:w="1800" w:type="dxa"/>
          </w:tcPr>
          <w:p w14:paraId="35B5C8DC" w14:textId="77777777" w:rsidR="00FA1BB6" w:rsidRDefault="005654F4">
            <w:r>
              <w:t>10</w:t>
            </w:r>
          </w:p>
        </w:tc>
        <w:tc>
          <w:tcPr>
            <w:tcW w:w="1800" w:type="dxa"/>
          </w:tcPr>
          <w:p w14:paraId="19E770B2" w14:textId="77777777" w:rsidR="00FA1BB6" w:rsidRDefault="00FA1BB6"/>
        </w:tc>
        <w:tc>
          <w:tcPr>
            <w:tcW w:w="1800" w:type="dxa"/>
          </w:tcPr>
          <w:p w14:paraId="5EDB2F29" w14:textId="77777777" w:rsidR="00FA1BB6" w:rsidRDefault="00FA1BB6"/>
        </w:tc>
        <w:tc>
          <w:tcPr>
            <w:tcW w:w="1800" w:type="dxa"/>
          </w:tcPr>
          <w:p w14:paraId="19AD1136" w14:textId="77777777" w:rsidR="00FA1BB6" w:rsidRDefault="00FA1BB6"/>
        </w:tc>
        <w:tc>
          <w:tcPr>
            <w:tcW w:w="1800" w:type="dxa"/>
          </w:tcPr>
          <w:p w14:paraId="1F7A0BE0" w14:textId="77777777" w:rsidR="00FA1BB6" w:rsidRDefault="00FA1BB6"/>
        </w:tc>
        <w:tc>
          <w:tcPr>
            <w:tcW w:w="1800" w:type="dxa"/>
          </w:tcPr>
          <w:p w14:paraId="28266040" w14:textId="77777777" w:rsidR="00FA1BB6" w:rsidRDefault="00FA1BB6"/>
        </w:tc>
      </w:tr>
      <w:tr w:rsidR="00FA1BB6" w14:paraId="73F3FFCA" w14:textId="77777777">
        <w:tc>
          <w:tcPr>
            <w:tcW w:w="1800" w:type="dxa"/>
          </w:tcPr>
          <w:p w14:paraId="3FDC8999" w14:textId="77777777" w:rsidR="00FA1BB6" w:rsidRDefault="005654F4">
            <w:r>
              <w:t>11</w:t>
            </w:r>
          </w:p>
        </w:tc>
        <w:tc>
          <w:tcPr>
            <w:tcW w:w="1800" w:type="dxa"/>
          </w:tcPr>
          <w:p w14:paraId="0A979BB6" w14:textId="77777777" w:rsidR="00FA1BB6" w:rsidRDefault="00FA1BB6"/>
        </w:tc>
        <w:tc>
          <w:tcPr>
            <w:tcW w:w="1800" w:type="dxa"/>
          </w:tcPr>
          <w:p w14:paraId="753D4285" w14:textId="77777777" w:rsidR="00FA1BB6" w:rsidRDefault="00FA1BB6"/>
        </w:tc>
        <w:tc>
          <w:tcPr>
            <w:tcW w:w="1800" w:type="dxa"/>
          </w:tcPr>
          <w:p w14:paraId="4A2DEB5E" w14:textId="77777777" w:rsidR="00FA1BB6" w:rsidRDefault="00FA1BB6"/>
        </w:tc>
        <w:tc>
          <w:tcPr>
            <w:tcW w:w="1800" w:type="dxa"/>
          </w:tcPr>
          <w:p w14:paraId="5EAB4326" w14:textId="77777777" w:rsidR="00FA1BB6" w:rsidRDefault="00FA1BB6"/>
        </w:tc>
        <w:tc>
          <w:tcPr>
            <w:tcW w:w="1800" w:type="dxa"/>
          </w:tcPr>
          <w:p w14:paraId="6B3BE603" w14:textId="77777777" w:rsidR="00FA1BB6" w:rsidRDefault="00FA1BB6"/>
        </w:tc>
      </w:tr>
      <w:tr w:rsidR="00FA1BB6" w14:paraId="1B49994F" w14:textId="77777777">
        <w:tc>
          <w:tcPr>
            <w:tcW w:w="1800" w:type="dxa"/>
          </w:tcPr>
          <w:p w14:paraId="72A8EE94" w14:textId="77777777" w:rsidR="00FA1BB6" w:rsidRDefault="005654F4">
            <w:r>
              <w:t>12</w:t>
            </w:r>
          </w:p>
        </w:tc>
        <w:tc>
          <w:tcPr>
            <w:tcW w:w="1800" w:type="dxa"/>
          </w:tcPr>
          <w:p w14:paraId="55D589E4" w14:textId="77777777" w:rsidR="00FA1BB6" w:rsidRDefault="00FA1BB6"/>
        </w:tc>
        <w:tc>
          <w:tcPr>
            <w:tcW w:w="1800" w:type="dxa"/>
          </w:tcPr>
          <w:p w14:paraId="7C17DFD8" w14:textId="77777777" w:rsidR="00FA1BB6" w:rsidRDefault="00FA1BB6"/>
        </w:tc>
        <w:tc>
          <w:tcPr>
            <w:tcW w:w="1800" w:type="dxa"/>
          </w:tcPr>
          <w:p w14:paraId="3AF35083" w14:textId="77777777" w:rsidR="00FA1BB6" w:rsidRDefault="00FA1BB6"/>
        </w:tc>
        <w:tc>
          <w:tcPr>
            <w:tcW w:w="1800" w:type="dxa"/>
          </w:tcPr>
          <w:p w14:paraId="236492EC" w14:textId="77777777" w:rsidR="00FA1BB6" w:rsidRDefault="00FA1BB6"/>
        </w:tc>
        <w:tc>
          <w:tcPr>
            <w:tcW w:w="1800" w:type="dxa"/>
          </w:tcPr>
          <w:p w14:paraId="64653FB3" w14:textId="77777777" w:rsidR="00FA1BB6" w:rsidRDefault="00FA1BB6"/>
        </w:tc>
      </w:tr>
      <w:tr w:rsidR="00FA1BB6" w14:paraId="1C4623F4" w14:textId="77777777">
        <w:tc>
          <w:tcPr>
            <w:tcW w:w="1800" w:type="dxa"/>
          </w:tcPr>
          <w:p w14:paraId="718B3906" w14:textId="77777777" w:rsidR="00FA1BB6" w:rsidRDefault="005654F4">
            <w:r>
              <w:t>13</w:t>
            </w:r>
          </w:p>
        </w:tc>
        <w:tc>
          <w:tcPr>
            <w:tcW w:w="1800" w:type="dxa"/>
          </w:tcPr>
          <w:p w14:paraId="05178668" w14:textId="77777777" w:rsidR="00FA1BB6" w:rsidRDefault="00FA1BB6"/>
        </w:tc>
        <w:tc>
          <w:tcPr>
            <w:tcW w:w="1800" w:type="dxa"/>
          </w:tcPr>
          <w:p w14:paraId="728BF48F" w14:textId="77777777" w:rsidR="00FA1BB6" w:rsidRDefault="00FA1BB6"/>
        </w:tc>
        <w:tc>
          <w:tcPr>
            <w:tcW w:w="1800" w:type="dxa"/>
          </w:tcPr>
          <w:p w14:paraId="7E31F54D" w14:textId="77777777" w:rsidR="00FA1BB6" w:rsidRDefault="00FA1BB6"/>
        </w:tc>
        <w:tc>
          <w:tcPr>
            <w:tcW w:w="1800" w:type="dxa"/>
          </w:tcPr>
          <w:p w14:paraId="5D9C85C7" w14:textId="77777777" w:rsidR="00FA1BB6" w:rsidRDefault="00FA1BB6"/>
        </w:tc>
        <w:tc>
          <w:tcPr>
            <w:tcW w:w="1800" w:type="dxa"/>
          </w:tcPr>
          <w:p w14:paraId="58C51868" w14:textId="77777777" w:rsidR="00FA1BB6" w:rsidRDefault="00FA1BB6"/>
        </w:tc>
      </w:tr>
      <w:tr w:rsidR="00FA1BB6" w14:paraId="3A6B6538" w14:textId="77777777">
        <w:tc>
          <w:tcPr>
            <w:tcW w:w="1800" w:type="dxa"/>
          </w:tcPr>
          <w:p w14:paraId="49DDF6C5" w14:textId="77777777" w:rsidR="00FA1BB6" w:rsidRDefault="005654F4">
            <w:r>
              <w:t>14</w:t>
            </w:r>
          </w:p>
        </w:tc>
        <w:tc>
          <w:tcPr>
            <w:tcW w:w="1800" w:type="dxa"/>
          </w:tcPr>
          <w:p w14:paraId="6350C712" w14:textId="77777777" w:rsidR="00FA1BB6" w:rsidRDefault="00FA1BB6"/>
        </w:tc>
        <w:tc>
          <w:tcPr>
            <w:tcW w:w="1800" w:type="dxa"/>
          </w:tcPr>
          <w:p w14:paraId="2CF1DFC6" w14:textId="77777777" w:rsidR="00FA1BB6" w:rsidRDefault="00FA1BB6"/>
        </w:tc>
        <w:tc>
          <w:tcPr>
            <w:tcW w:w="1800" w:type="dxa"/>
          </w:tcPr>
          <w:p w14:paraId="5622676D" w14:textId="77777777" w:rsidR="00FA1BB6" w:rsidRDefault="00FA1BB6"/>
        </w:tc>
        <w:tc>
          <w:tcPr>
            <w:tcW w:w="1800" w:type="dxa"/>
          </w:tcPr>
          <w:p w14:paraId="00E698CB" w14:textId="77777777" w:rsidR="00FA1BB6" w:rsidRDefault="00FA1BB6"/>
        </w:tc>
        <w:tc>
          <w:tcPr>
            <w:tcW w:w="1800" w:type="dxa"/>
          </w:tcPr>
          <w:p w14:paraId="29804F35" w14:textId="77777777" w:rsidR="00FA1BB6" w:rsidRDefault="00FA1BB6"/>
        </w:tc>
      </w:tr>
    </w:tbl>
    <w:p w14:paraId="4516E6D4" w14:textId="77777777" w:rsidR="00FA1BB6" w:rsidRDefault="005654F4">
      <w:r>
        <w:rPr>
          <w:b/>
        </w:rPr>
        <w:t>15. Which species are associated with superstitions or omens? If yes, specify.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0"/>
        <w:gridCol w:w="1798"/>
        <w:gridCol w:w="1798"/>
        <w:gridCol w:w="1798"/>
        <w:gridCol w:w="1798"/>
        <w:gridCol w:w="1798"/>
      </w:tblGrid>
      <w:tr w:rsidR="00FA1BB6" w14:paraId="08433344" w14:textId="77777777">
        <w:tc>
          <w:tcPr>
            <w:tcW w:w="1800" w:type="dxa"/>
          </w:tcPr>
          <w:p w14:paraId="1AA22E22" w14:textId="77777777" w:rsidR="00FA1BB6" w:rsidRDefault="005654F4">
            <w:r>
              <w:t>Photo</w:t>
            </w:r>
          </w:p>
        </w:tc>
        <w:tc>
          <w:tcPr>
            <w:tcW w:w="1800" w:type="dxa"/>
          </w:tcPr>
          <w:p w14:paraId="5AD07D08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0B597BF8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02F58754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205557C4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0514C12B" w14:textId="77777777" w:rsidR="00FA1BB6" w:rsidRDefault="005654F4">
            <w:r>
              <w:t>5</w:t>
            </w:r>
          </w:p>
        </w:tc>
      </w:tr>
      <w:tr w:rsidR="00FA1BB6" w14:paraId="4ED8F1D4" w14:textId="77777777">
        <w:tc>
          <w:tcPr>
            <w:tcW w:w="1800" w:type="dxa"/>
          </w:tcPr>
          <w:p w14:paraId="1512645D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7DA10126" w14:textId="77777777" w:rsidR="00FA1BB6" w:rsidRDefault="00FA1BB6"/>
        </w:tc>
        <w:tc>
          <w:tcPr>
            <w:tcW w:w="1800" w:type="dxa"/>
          </w:tcPr>
          <w:p w14:paraId="24B605F1" w14:textId="77777777" w:rsidR="00FA1BB6" w:rsidRDefault="00FA1BB6"/>
        </w:tc>
        <w:tc>
          <w:tcPr>
            <w:tcW w:w="1800" w:type="dxa"/>
          </w:tcPr>
          <w:p w14:paraId="760EC132" w14:textId="77777777" w:rsidR="00FA1BB6" w:rsidRDefault="00FA1BB6"/>
        </w:tc>
        <w:tc>
          <w:tcPr>
            <w:tcW w:w="1800" w:type="dxa"/>
          </w:tcPr>
          <w:p w14:paraId="2F16826B" w14:textId="77777777" w:rsidR="00FA1BB6" w:rsidRDefault="00FA1BB6"/>
        </w:tc>
        <w:tc>
          <w:tcPr>
            <w:tcW w:w="1800" w:type="dxa"/>
          </w:tcPr>
          <w:p w14:paraId="0D96020A" w14:textId="77777777" w:rsidR="00FA1BB6" w:rsidRDefault="00FA1BB6"/>
        </w:tc>
      </w:tr>
      <w:tr w:rsidR="00FA1BB6" w14:paraId="490F2310" w14:textId="77777777">
        <w:tc>
          <w:tcPr>
            <w:tcW w:w="1800" w:type="dxa"/>
          </w:tcPr>
          <w:p w14:paraId="73C234B1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7C6C72F7" w14:textId="77777777" w:rsidR="00FA1BB6" w:rsidRDefault="00FA1BB6"/>
        </w:tc>
        <w:tc>
          <w:tcPr>
            <w:tcW w:w="1800" w:type="dxa"/>
          </w:tcPr>
          <w:p w14:paraId="678379EB" w14:textId="77777777" w:rsidR="00FA1BB6" w:rsidRDefault="00FA1BB6"/>
        </w:tc>
        <w:tc>
          <w:tcPr>
            <w:tcW w:w="1800" w:type="dxa"/>
          </w:tcPr>
          <w:p w14:paraId="39E926E1" w14:textId="77777777" w:rsidR="00FA1BB6" w:rsidRDefault="00FA1BB6"/>
        </w:tc>
        <w:tc>
          <w:tcPr>
            <w:tcW w:w="1800" w:type="dxa"/>
          </w:tcPr>
          <w:p w14:paraId="40855EE7" w14:textId="77777777" w:rsidR="00FA1BB6" w:rsidRDefault="00FA1BB6"/>
        </w:tc>
        <w:tc>
          <w:tcPr>
            <w:tcW w:w="1800" w:type="dxa"/>
          </w:tcPr>
          <w:p w14:paraId="5796A39A" w14:textId="77777777" w:rsidR="00FA1BB6" w:rsidRDefault="00FA1BB6"/>
        </w:tc>
      </w:tr>
      <w:tr w:rsidR="00FA1BB6" w14:paraId="5B9FAFA9" w14:textId="77777777">
        <w:tc>
          <w:tcPr>
            <w:tcW w:w="1800" w:type="dxa"/>
          </w:tcPr>
          <w:p w14:paraId="64C0E7AA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57845034" w14:textId="77777777" w:rsidR="00FA1BB6" w:rsidRDefault="00FA1BB6"/>
        </w:tc>
        <w:tc>
          <w:tcPr>
            <w:tcW w:w="1800" w:type="dxa"/>
          </w:tcPr>
          <w:p w14:paraId="0A05C6DE" w14:textId="77777777" w:rsidR="00FA1BB6" w:rsidRDefault="00FA1BB6"/>
        </w:tc>
        <w:tc>
          <w:tcPr>
            <w:tcW w:w="1800" w:type="dxa"/>
          </w:tcPr>
          <w:p w14:paraId="1AAADC50" w14:textId="77777777" w:rsidR="00FA1BB6" w:rsidRDefault="00FA1BB6"/>
        </w:tc>
        <w:tc>
          <w:tcPr>
            <w:tcW w:w="1800" w:type="dxa"/>
          </w:tcPr>
          <w:p w14:paraId="27D29C3E" w14:textId="77777777" w:rsidR="00FA1BB6" w:rsidRDefault="00FA1BB6"/>
        </w:tc>
        <w:tc>
          <w:tcPr>
            <w:tcW w:w="1800" w:type="dxa"/>
          </w:tcPr>
          <w:p w14:paraId="55C0AC52" w14:textId="77777777" w:rsidR="00FA1BB6" w:rsidRDefault="00FA1BB6"/>
        </w:tc>
      </w:tr>
      <w:tr w:rsidR="00FA1BB6" w14:paraId="78E58227" w14:textId="77777777">
        <w:tc>
          <w:tcPr>
            <w:tcW w:w="1800" w:type="dxa"/>
          </w:tcPr>
          <w:p w14:paraId="1822D97D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0BFE43E4" w14:textId="77777777" w:rsidR="00FA1BB6" w:rsidRDefault="00FA1BB6"/>
        </w:tc>
        <w:tc>
          <w:tcPr>
            <w:tcW w:w="1800" w:type="dxa"/>
          </w:tcPr>
          <w:p w14:paraId="347F2D23" w14:textId="77777777" w:rsidR="00FA1BB6" w:rsidRDefault="00FA1BB6"/>
        </w:tc>
        <w:tc>
          <w:tcPr>
            <w:tcW w:w="1800" w:type="dxa"/>
          </w:tcPr>
          <w:p w14:paraId="0DF3711C" w14:textId="77777777" w:rsidR="00FA1BB6" w:rsidRDefault="00FA1BB6"/>
        </w:tc>
        <w:tc>
          <w:tcPr>
            <w:tcW w:w="1800" w:type="dxa"/>
          </w:tcPr>
          <w:p w14:paraId="4F46E708" w14:textId="77777777" w:rsidR="00FA1BB6" w:rsidRDefault="00FA1BB6"/>
        </w:tc>
        <w:tc>
          <w:tcPr>
            <w:tcW w:w="1800" w:type="dxa"/>
          </w:tcPr>
          <w:p w14:paraId="6E1A1005" w14:textId="77777777" w:rsidR="00FA1BB6" w:rsidRDefault="00FA1BB6"/>
        </w:tc>
      </w:tr>
      <w:tr w:rsidR="00FA1BB6" w14:paraId="5A38BF26" w14:textId="77777777">
        <w:tc>
          <w:tcPr>
            <w:tcW w:w="1800" w:type="dxa"/>
          </w:tcPr>
          <w:p w14:paraId="17BF1991" w14:textId="77777777" w:rsidR="00FA1BB6" w:rsidRDefault="005654F4">
            <w:r>
              <w:t>5</w:t>
            </w:r>
          </w:p>
        </w:tc>
        <w:tc>
          <w:tcPr>
            <w:tcW w:w="1800" w:type="dxa"/>
          </w:tcPr>
          <w:p w14:paraId="19448BD9" w14:textId="77777777" w:rsidR="00FA1BB6" w:rsidRDefault="00FA1BB6"/>
        </w:tc>
        <w:tc>
          <w:tcPr>
            <w:tcW w:w="1800" w:type="dxa"/>
          </w:tcPr>
          <w:p w14:paraId="75B5B1D6" w14:textId="77777777" w:rsidR="00FA1BB6" w:rsidRDefault="00FA1BB6"/>
        </w:tc>
        <w:tc>
          <w:tcPr>
            <w:tcW w:w="1800" w:type="dxa"/>
          </w:tcPr>
          <w:p w14:paraId="56744CD0" w14:textId="77777777" w:rsidR="00FA1BB6" w:rsidRDefault="00FA1BB6"/>
        </w:tc>
        <w:tc>
          <w:tcPr>
            <w:tcW w:w="1800" w:type="dxa"/>
          </w:tcPr>
          <w:p w14:paraId="46B39AF5" w14:textId="77777777" w:rsidR="00FA1BB6" w:rsidRDefault="00FA1BB6"/>
        </w:tc>
        <w:tc>
          <w:tcPr>
            <w:tcW w:w="1800" w:type="dxa"/>
          </w:tcPr>
          <w:p w14:paraId="734C8936" w14:textId="77777777" w:rsidR="00FA1BB6" w:rsidRDefault="00FA1BB6"/>
        </w:tc>
      </w:tr>
      <w:tr w:rsidR="00FA1BB6" w14:paraId="39E0AB71" w14:textId="77777777">
        <w:tc>
          <w:tcPr>
            <w:tcW w:w="1800" w:type="dxa"/>
          </w:tcPr>
          <w:p w14:paraId="4E09E940" w14:textId="77777777" w:rsidR="00FA1BB6" w:rsidRDefault="005654F4">
            <w:r>
              <w:t>6</w:t>
            </w:r>
          </w:p>
        </w:tc>
        <w:tc>
          <w:tcPr>
            <w:tcW w:w="1800" w:type="dxa"/>
          </w:tcPr>
          <w:p w14:paraId="6D460AEC" w14:textId="77777777" w:rsidR="00FA1BB6" w:rsidRDefault="00FA1BB6"/>
        </w:tc>
        <w:tc>
          <w:tcPr>
            <w:tcW w:w="1800" w:type="dxa"/>
          </w:tcPr>
          <w:p w14:paraId="331DF54C" w14:textId="77777777" w:rsidR="00FA1BB6" w:rsidRDefault="00FA1BB6"/>
        </w:tc>
        <w:tc>
          <w:tcPr>
            <w:tcW w:w="1800" w:type="dxa"/>
          </w:tcPr>
          <w:p w14:paraId="1F583E4D" w14:textId="77777777" w:rsidR="00FA1BB6" w:rsidRDefault="00FA1BB6"/>
        </w:tc>
        <w:tc>
          <w:tcPr>
            <w:tcW w:w="1800" w:type="dxa"/>
          </w:tcPr>
          <w:p w14:paraId="175AD3B6" w14:textId="77777777" w:rsidR="00FA1BB6" w:rsidRDefault="00FA1BB6"/>
        </w:tc>
        <w:tc>
          <w:tcPr>
            <w:tcW w:w="1800" w:type="dxa"/>
          </w:tcPr>
          <w:p w14:paraId="1278A863" w14:textId="77777777" w:rsidR="00FA1BB6" w:rsidRDefault="00FA1BB6"/>
        </w:tc>
      </w:tr>
      <w:tr w:rsidR="00FA1BB6" w14:paraId="75FD5EFD" w14:textId="77777777">
        <w:tc>
          <w:tcPr>
            <w:tcW w:w="1800" w:type="dxa"/>
          </w:tcPr>
          <w:p w14:paraId="7B1DE0D8" w14:textId="77777777" w:rsidR="00FA1BB6" w:rsidRDefault="005654F4">
            <w:r>
              <w:t>7</w:t>
            </w:r>
          </w:p>
        </w:tc>
        <w:tc>
          <w:tcPr>
            <w:tcW w:w="1800" w:type="dxa"/>
          </w:tcPr>
          <w:p w14:paraId="4447B3A8" w14:textId="77777777" w:rsidR="00FA1BB6" w:rsidRDefault="00FA1BB6"/>
        </w:tc>
        <w:tc>
          <w:tcPr>
            <w:tcW w:w="1800" w:type="dxa"/>
          </w:tcPr>
          <w:p w14:paraId="0DC4112C" w14:textId="77777777" w:rsidR="00FA1BB6" w:rsidRDefault="00FA1BB6"/>
        </w:tc>
        <w:tc>
          <w:tcPr>
            <w:tcW w:w="1800" w:type="dxa"/>
          </w:tcPr>
          <w:p w14:paraId="35D36FFF" w14:textId="77777777" w:rsidR="00FA1BB6" w:rsidRDefault="00FA1BB6"/>
        </w:tc>
        <w:tc>
          <w:tcPr>
            <w:tcW w:w="1800" w:type="dxa"/>
          </w:tcPr>
          <w:p w14:paraId="0B7C4728" w14:textId="77777777" w:rsidR="00FA1BB6" w:rsidRDefault="00FA1BB6"/>
        </w:tc>
        <w:tc>
          <w:tcPr>
            <w:tcW w:w="1800" w:type="dxa"/>
          </w:tcPr>
          <w:p w14:paraId="39C281E1" w14:textId="77777777" w:rsidR="00FA1BB6" w:rsidRDefault="00FA1BB6"/>
        </w:tc>
      </w:tr>
      <w:tr w:rsidR="00FA1BB6" w14:paraId="4EE9F15A" w14:textId="77777777">
        <w:tc>
          <w:tcPr>
            <w:tcW w:w="1800" w:type="dxa"/>
          </w:tcPr>
          <w:p w14:paraId="14321057" w14:textId="77777777" w:rsidR="00FA1BB6" w:rsidRDefault="005654F4">
            <w:r>
              <w:t>8</w:t>
            </w:r>
          </w:p>
        </w:tc>
        <w:tc>
          <w:tcPr>
            <w:tcW w:w="1800" w:type="dxa"/>
          </w:tcPr>
          <w:p w14:paraId="5FA999F8" w14:textId="77777777" w:rsidR="00FA1BB6" w:rsidRDefault="00FA1BB6"/>
        </w:tc>
        <w:tc>
          <w:tcPr>
            <w:tcW w:w="1800" w:type="dxa"/>
          </w:tcPr>
          <w:p w14:paraId="08849A0F" w14:textId="77777777" w:rsidR="00FA1BB6" w:rsidRDefault="00FA1BB6"/>
        </w:tc>
        <w:tc>
          <w:tcPr>
            <w:tcW w:w="1800" w:type="dxa"/>
          </w:tcPr>
          <w:p w14:paraId="6216F88E" w14:textId="77777777" w:rsidR="00FA1BB6" w:rsidRDefault="00FA1BB6"/>
        </w:tc>
        <w:tc>
          <w:tcPr>
            <w:tcW w:w="1800" w:type="dxa"/>
          </w:tcPr>
          <w:p w14:paraId="264A47E3" w14:textId="77777777" w:rsidR="00FA1BB6" w:rsidRDefault="00FA1BB6"/>
        </w:tc>
        <w:tc>
          <w:tcPr>
            <w:tcW w:w="1800" w:type="dxa"/>
          </w:tcPr>
          <w:p w14:paraId="0AB4A350" w14:textId="77777777" w:rsidR="00FA1BB6" w:rsidRDefault="00FA1BB6"/>
        </w:tc>
      </w:tr>
      <w:tr w:rsidR="00FA1BB6" w14:paraId="49993EA7" w14:textId="77777777">
        <w:tc>
          <w:tcPr>
            <w:tcW w:w="1800" w:type="dxa"/>
          </w:tcPr>
          <w:p w14:paraId="7FDCF9DC" w14:textId="77777777" w:rsidR="00FA1BB6" w:rsidRDefault="005654F4">
            <w:r>
              <w:t>9</w:t>
            </w:r>
          </w:p>
        </w:tc>
        <w:tc>
          <w:tcPr>
            <w:tcW w:w="1800" w:type="dxa"/>
          </w:tcPr>
          <w:p w14:paraId="5B6A69E7" w14:textId="77777777" w:rsidR="00FA1BB6" w:rsidRDefault="00FA1BB6"/>
        </w:tc>
        <w:tc>
          <w:tcPr>
            <w:tcW w:w="1800" w:type="dxa"/>
          </w:tcPr>
          <w:p w14:paraId="1C6D9BDC" w14:textId="77777777" w:rsidR="00FA1BB6" w:rsidRDefault="00FA1BB6"/>
        </w:tc>
        <w:tc>
          <w:tcPr>
            <w:tcW w:w="1800" w:type="dxa"/>
          </w:tcPr>
          <w:p w14:paraId="340111B4" w14:textId="77777777" w:rsidR="00FA1BB6" w:rsidRDefault="00FA1BB6"/>
        </w:tc>
        <w:tc>
          <w:tcPr>
            <w:tcW w:w="1800" w:type="dxa"/>
          </w:tcPr>
          <w:p w14:paraId="2810E482" w14:textId="77777777" w:rsidR="00FA1BB6" w:rsidRDefault="00FA1BB6"/>
        </w:tc>
        <w:tc>
          <w:tcPr>
            <w:tcW w:w="1800" w:type="dxa"/>
          </w:tcPr>
          <w:p w14:paraId="2B1B18F5" w14:textId="77777777" w:rsidR="00FA1BB6" w:rsidRDefault="00FA1BB6"/>
        </w:tc>
      </w:tr>
      <w:tr w:rsidR="00FA1BB6" w14:paraId="42F05BA0" w14:textId="77777777">
        <w:tc>
          <w:tcPr>
            <w:tcW w:w="1800" w:type="dxa"/>
          </w:tcPr>
          <w:p w14:paraId="170569BB" w14:textId="77777777" w:rsidR="00FA1BB6" w:rsidRDefault="005654F4">
            <w:r>
              <w:t>10</w:t>
            </w:r>
          </w:p>
        </w:tc>
        <w:tc>
          <w:tcPr>
            <w:tcW w:w="1800" w:type="dxa"/>
          </w:tcPr>
          <w:p w14:paraId="45B5F556" w14:textId="77777777" w:rsidR="00FA1BB6" w:rsidRDefault="00FA1BB6"/>
        </w:tc>
        <w:tc>
          <w:tcPr>
            <w:tcW w:w="1800" w:type="dxa"/>
          </w:tcPr>
          <w:p w14:paraId="7091CC3D" w14:textId="77777777" w:rsidR="00FA1BB6" w:rsidRDefault="00FA1BB6"/>
        </w:tc>
        <w:tc>
          <w:tcPr>
            <w:tcW w:w="1800" w:type="dxa"/>
          </w:tcPr>
          <w:p w14:paraId="245544DC" w14:textId="77777777" w:rsidR="00FA1BB6" w:rsidRDefault="00FA1BB6"/>
        </w:tc>
        <w:tc>
          <w:tcPr>
            <w:tcW w:w="1800" w:type="dxa"/>
          </w:tcPr>
          <w:p w14:paraId="763F79C5" w14:textId="77777777" w:rsidR="00FA1BB6" w:rsidRDefault="00FA1BB6"/>
        </w:tc>
        <w:tc>
          <w:tcPr>
            <w:tcW w:w="1800" w:type="dxa"/>
          </w:tcPr>
          <w:p w14:paraId="7C2F7033" w14:textId="77777777" w:rsidR="00FA1BB6" w:rsidRDefault="00FA1BB6"/>
        </w:tc>
      </w:tr>
      <w:tr w:rsidR="00FA1BB6" w14:paraId="4703BAFA" w14:textId="77777777">
        <w:tc>
          <w:tcPr>
            <w:tcW w:w="1800" w:type="dxa"/>
          </w:tcPr>
          <w:p w14:paraId="19F7CFC9" w14:textId="77777777" w:rsidR="00FA1BB6" w:rsidRDefault="005654F4">
            <w:r>
              <w:t>11</w:t>
            </w:r>
          </w:p>
        </w:tc>
        <w:tc>
          <w:tcPr>
            <w:tcW w:w="1800" w:type="dxa"/>
          </w:tcPr>
          <w:p w14:paraId="52EB1082" w14:textId="77777777" w:rsidR="00FA1BB6" w:rsidRDefault="00FA1BB6"/>
        </w:tc>
        <w:tc>
          <w:tcPr>
            <w:tcW w:w="1800" w:type="dxa"/>
          </w:tcPr>
          <w:p w14:paraId="1EE537CD" w14:textId="77777777" w:rsidR="00FA1BB6" w:rsidRDefault="00FA1BB6"/>
        </w:tc>
        <w:tc>
          <w:tcPr>
            <w:tcW w:w="1800" w:type="dxa"/>
          </w:tcPr>
          <w:p w14:paraId="5A9A6E84" w14:textId="77777777" w:rsidR="00FA1BB6" w:rsidRDefault="00FA1BB6"/>
        </w:tc>
        <w:tc>
          <w:tcPr>
            <w:tcW w:w="1800" w:type="dxa"/>
          </w:tcPr>
          <w:p w14:paraId="718E9CE2" w14:textId="77777777" w:rsidR="00FA1BB6" w:rsidRDefault="00FA1BB6"/>
        </w:tc>
        <w:tc>
          <w:tcPr>
            <w:tcW w:w="1800" w:type="dxa"/>
          </w:tcPr>
          <w:p w14:paraId="07258FA1" w14:textId="77777777" w:rsidR="00FA1BB6" w:rsidRDefault="00FA1BB6"/>
        </w:tc>
      </w:tr>
      <w:tr w:rsidR="00FA1BB6" w14:paraId="7EFD5C36" w14:textId="77777777">
        <w:tc>
          <w:tcPr>
            <w:tcW w:w="1800" w:type="dxa"/>
          </w:tcPr>
          <w:p w14:paraId="7528D817" w14:textId="77777777" w:rsidR="00FA1BB6" w:rsidRDefault="005654F4">
            <w:r>
              <w:t>12</w:t>
            </w:r>
          </w:p>
        </w:tc>
        <w:tc>
          <w:tcPr>
            <w:tcW w:w="1800" w:type="dxa"/>
          </w:tcPr>
          <w:p w14:paraId="3AF6F14D" w14:textId="77777777" w:rsidR="00FA1BB6" w:rsidRDefault="00FA1BB6"/>
        </w:tc>
        <w:tc>
          <w:tcPr>
            <w:tcW w:w="1800" w:type="dxa"/>
          </w:tcPr>
          <w:p w14:paraId="2E93F60F" w14:textId="77777777" w:rsidR="00FA1BB6" w:rsidRDefault="00FA1BB6"/>
        </w:tc>
        <w:tc>
          <w:tcPr>
            <w:tcW w:w="1800" w:type="dxa"/>
          </w:tcPr>
          <w:p w14:paraId="7D53642E" w14:textId="77777777" w:rsidR="00FA1BB6" w:rsidRDefault="00FA1BB6"/>
        </w:tc>
        <w:tc>
          <w:tcPr>
            <w:tcW w:w="1800" w:type="dxa"/>
          </w:tcPr>
          <w:p w14:paraId="03372489" w14:textId="77777777" w:rsidR="00FA1BB6" w:rsidRDefault="00FA1BB6"/>
        </w:tc>
        <w:tc>
          <w:tcPr>
            <w:tcW w:w="1800" w:type="dxa"/>
          </w:tcPr>
          <w:p w14:paraId="75815DEE" w14:textId="77777777" w:rsidR="00FA1BB6" w:rsidRDefault="00FA1BB6"/>
        </w:tc>
      </w:tr>
      <w:tr w:rsidR="00FA1BB6" w14:paraId="219F25E7" w14:textId="77777777">
        <w:tc>
          <w:tcPr>
            <w:tcW w:w="1800" w:type="dxa"/>
          </w:tcPr>
          <w:p w14:paraId="58C771FC" w14:textId="77777777" w:rsidR="00FA1BB6" w:rsidRDefault="005654F4">
            <w:r>
              <w:t>13</w:t>
            </w:r>
          </w:p>
        </w:tc>
        <w:tc>
          <w:tcPr>
            <w:tcW w:w="1800" w:type="dxa"/>
          </w:tcPr>
          <w:p w14:paraId="766CBFD0" w14:textId="77777777" w:rsidR="00FA1BB6" w:rsidRDefault="00FA1BB6"/>
        </w:tc>
        <w:tc>
          <w:tcPr>
            <w:tcW w:w="1800" w:type="dxa"/>
          </w:tcPr>
          <w:p w14:paraId="450784A6" w14:textId="77777777" w:rsidR="00FA1BB6" w:rsidRDefault="00FA1BB6"/>
        </w:tc>
        <w:tc>
          <w:tcPr>
            <w:tcW w:w="1800" w:type="dxa"/>
          </w:tcPr>
          <w:p w14:paraId="4C78B855" w14:textId="77777777" w:rsidR="00FA1BB6" w:rsidRDefault="00FA1BB6"/>
        </w:tc>
        <w:tc>
          <w:tcPr>
            <w:tcW w:w="1800" w:type="dxa"/>
          </w:tcPr>
          <w:p w14:paraId="4E448186" w14:textId="77777777" w:rsidR="00FA1BB6" w:rsidRDefault="00FA1BB6"/>
        </w:tc>
        <w:tc>
          <w:tcPr>
            <w:tcW w:w="1800" w:type="dxa"/>
          </w:tcPr>
          <w:p w14:paraId="3529DA0E" w14:textId="77777777" w:rsidR="00FA1BB6" w:rsidRDefault="00FA1BB6"/>
        </w:tc>
      </w:tr>
      <w:tr w:rsidR="00FA1BB6" w14:paraId="202ABCBD" w14:textId="77777777">
        <w:tc>
          <w:tcPr>
            <w:tcW w:w="1800" w:type="dxa"/>
          </w:tcPr>
          <w:p w14:paraId="717DC816" w14:textId="77777777" w:rsidR="00FA1BB6" w:rsidRDefault="005654F4">
            <w:r>
              <w:t>14</w:t>
            </w:r>
          </w:p>
        </w:tc>
        <w:tc>
          <w:tcPr>
            <w:tcW w:w="1800" w:type="dxa"/>
          </w:tcPr>
          <w:p w14:paraId="0171E48A" w14:textId="77777777" w:rsidR="00FA1BB6" w:rsidRDefault="00FA1BB6"/>
        </w:tc>
        <w:tc>
          <w:tcPr>
            <w:tcW w:w="1800" w:type="dxa"/>
          </w:tcPr>
          <w:p w14:paraId="09592F05" w14:textId="77777777" w:rsidR="00FA1BB6" w:rsidRDefault="00FA1BB6"/>
        </w:tc>
        <w:tc>
          <w:tcPr>
            <w:tcW w:w="1800" w:type="dxa"/>
          </w:tcPr>
          <w:p w14:paraId="3D6D7EBA" w14:textId="77777777" w:rsidR="00FA1BB6" w:rsidRDefault="00FA1BB6"/>
        </w:tc>
        <w:tc>
          <w:tcPr>
            <w:tcW w:w="1800" w:type="dxa"/>
          </w:tcPr>
          <w:p w14:paraId="2CA3757C" w14:textId="77777777" w:rsidR="00FA1BB6" w:rsidRDefault="00FA1BB6"/>
        </w:tc>
        <w:tc>
          <w:tcPr>
            <w:tcW w:w="1800" w:type="dxa"/>
          </w:tcPr>
          <w:p w14:paraId="15DED1FE" w14:textId="77777777" w:rsidR="00FA1BB6" w:rsidRDefault="00FA1BB6"/>
        </w:tc>
      </w:tr>
    </w:tbl>
    <w:p w14:paraId="229772BB" w14:textId="77777777" w:rsidR="00FA1BB6" w:rsidRDefault="005654F4">
      <w:r>
        <w:rPr>
          <w:b/>
        </w:rPr>
        <w:t>16. What would you do if you encountered the species shown?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799"/>
        <w:gridCol w:w="1798"/>
        <w:gridCol w:w="1798"/>
        <w:gridCol w:w="1799"/>
      </w:tblGrid>
      <w:tr w:rsidR="00FA1BB6" w14:paraId="1AD58CD4" w14:textId="77777777">
        <w:tc>
          <w:tcPr>
            <w:tcW w:w="1800" w:type="dxa"/>
          </w:tcPr>
          <w:p w14:paraId="27194222" w14:textId="77777777" w:rsidR="00FA1BB6" w:rsidRDefault="005654F4">
            <w:r>
              <w:t>Photo</w:t>
            </w:r>
          </w:p>
        </w:tc>
        <w:tc>
          <w:tcPr>
            <w:tcW w:w="1800" w:type="dxa"/>
          </w:tcPr>
          <w:p w14:paraId="0F0ACFCC" w14:textId="77777777" w:rsidR="00FA1BB6" w:rsidRDefault="005654F4">
            <w:r>
              <w:t>Avoid</w:t>
            </w:r>
          </w:p>
        </w:tc>
        <w:tc>
          <w:tcPr>
            <w:tcW w:w="1800" w:type="dxa"/>
          </w:tcPr>
          <w:p w14:paraId="2CD2767D" w14:textId="77777777" w:rsidR="00FA1BB6" w:rsidRDefault="005654F4">
            <w:r>
              <w:t>No intervention</w:t>
            </w:r>
          </w:p>
        </w:tc>
        <w:tc>
          <w:tcPr>
            <w:tcW w:w="1800" w:type="dxa"/>
          </w:tcPr>
          <w:p w14:paraId="211867CA" w14:textId="77777777" w:rsidR="00FA1BB6" w:rsidRDefault="005654F4">
            <w:r>
              <w:t>Observe</w:t>
            </w:r>
          </w:p>
        </w:tc>
        <w:tc>
          <w:tcPr>
            <w:tcW w:w="1800" w:type="dxa"/>
          </w:tcPr>
          <w:p w14:paraId="405263B6" w14:textId="77777777" w:rsidR="00FA1BB6" w:rsidRDefault="005654F4">
            <w:r>
              <w:t>Harm</w:t>
            </w:r>
          </w:p>
        </w:tc>
        <w:tc>
          <w:tcPr>
            <w:tcW w:w="1800" w:type="dxa"/>
          </w:tcPr>
          <w:p w14:paraId="33C800DA" w14:textId="77777777" w:rsidR="00FA1BB6" w:rsidRDefault="005654F4">
            <w:r>
              <w:t>Chase/Attack</w:t>
            </w:r>
          </w:p>
        </w:tc>
      </w:tr>
      <w:tr w:rsidR="00FA1BB6" w14:paraId="65601E25" w14:textId="77777777">
        <w:tc>
          <w:tcPr>
            <w:tcW w:w="1800" w:type="dxa"/>
          </w:tcPr>
          <w:p w14:paraId="0D886E7F" w14:textId="77777777" w:rsidR="00FA1BB6" w:rsidRDefault="005654F4">
            <w:r>
              <w:t>1</w:t>
            </w:r>
          </w:p>
        </w:tc>
        <w:tc>
          <w:tcPr>
            <w:tcW w:w="1800" w:type="dxa"/>
          </w:tcPr>
          <w:p w14:paraId="4603AA92" w14:textId="77777777" w:rsidR="00FA1BB6" w:rsidRDefault="00FA1BB6"/>
        </w:tc>
        <w:tc>
          <w:tcPr>
            <w:tcW w:w="1800" w:type="dxa"/>
          </w:tcPr>
          <w:p w14:paraId="15B371DE" w14:textId="77777777" w:rsidR="00FA1BB6" w:rsidRDefault="00FA1BB6"/>
        </w:tc>
        <w:tc>
          <w:tcPr>
            <w:tcW w:w="1800" w:type="dxa"/>
          </w:tcPr>
          <w:p w14:paraId="2024086C" w14:textId="77777777" w:rsidR="00FA1BB6" w:rsidRDefault="00FA1BB6"/>
        </w:tc>
        <w:tc>
          <w:tcPr>
            <w:tcW w:w="1800" w:type="dxa"/>
          </w:tcPr>
          <w:p w14:paraId="2163E89C" w14:textId="77777777" w:rsidR="00FA1BB6" w:rsidRDefault="00FA1BB6"/>
        </w:tc>
        <w:tc>
          <w:tcPr>
            <w:tcW w:w="1800" w:type="dxa"/>
          </w:tcPr>
          <w:p w14:paraId="10DF6631" w14:textId="77777777" w:rsidR="00FA1BB6" w:rsidRDefault="00FA1BB6"/>
        </w:tc>
      </w:tr>
      <w:tr w:rsidR="00FA1BB6" w14:paraId="641A113B" w14:textId="77777777">
        <w:tc>
          <w:tcPr>
            <w:tcW w:w="1800" w:type="dxa"/>
          </w:tcPr>
          <w:p w14:paraId="3371620F" w14:textId="77777777" w:rsidR="00FA1BB6" w:rsidRDefault="005654F4">
            <w:r>
              <w:t>2</w:t>
            </w:r>
          </w:p>
        </w:tc>
        <w:tc>
          <w:tcPr>
            <w:tcW w:w="1800" w:type="dxa"/>
          </w:tcPr>
          <w:p w14:paraId="1FCBB384" w14:textId="77777777" w:rsidR="00FA1BB6" w:rsidRDefault="00FA1BB6"/>
        </w:tc>
        <w:tc>
          <w:tcPr>
            <w:tcW w:w="1800" w:type="dxa"/>
          </w:tcPr>
          <w:p w14:paraId="64B28F2A" w14:textId="77777777" w:rsidR="00FA1BB6" w:rsidRDefault="00FA1BB6"/>
        </w:tc>
        <w:tc>
          <w:tcPr>
            <w:tcW w:w="1800" w:type="dxa"/>
          </w:tcPr>
          <w:p w14:paraId="312B31A6" w14:textId="77777777" w:rsidR="00FA1BB6" w:rsidRDefault="00FA1BB6"/>
        </w:tc>
        <w:tc>
          <w:tcPr>
            <w:tcW w:w="1800" w:type="dxa"/>
          </w:tcPr>
          <w:p w14:paraId="611C7CA7" w14:textId="77777777" w:rsidR="00FA1BB6" w:rsidRDefault="00FA1BB6"/>
        </w:tc>
        <w:tc>
          <w:tcPr>
            <w:tcW w:w="1800" w:type="dxa"/>
          </w:tcPr>
          <w:p w14:paraId="1CE6FA39" w14:textId="77777777" w:rsidR="00FA1BB6" w:rsidRDefault="00FA1BB6"/>
        </w:tc>
      </w:tr>
      <w:tr w:rsidR="00FA1BB6" w14:paraId="546D772F" w14:textId="77777777">
        <w:tc>
          <w:tcPr>
            <w:tcW w:w="1800" w:type="dxa"/>
          </w:tcPr>
          <w:p w14:paraId="5713EAEF" w14:textId="77777777" w:rsidR="00FA1BB6" w:rsidRDefault="005654F4">
            <w:r>
              <w:t>3</w:t>
            </w:r>
          </w:p>
        </w:tc>
        <w:tc>
          <w:tcPr>
            <w:tcW w:w="1800" w:type="dxa"/>
          </w:tcPr>
          <w:p w14:paraId="3228BF3F" w14:textId="77777777" w:rsidR="00FA1BB6" w:rsidRDefault="00FA1BB6"/>
        </w:tc>
        <w:tc>
          <w:tcPr>
            <w:tcW w:w="1800" w:type="dxa"/>
          </w:tcPr>
          <w:p w14:paraId="603DA75B" w14:textId="77777777" w:rsidR="00FA1BB6" w:rsidRDefault="00FA1BB6"/>
        </w:tc>
        <w:tc>
          <w:tcPr>
            <w:tcW w:w="1800" w:type="dxa"/>
          </w:tcPr>
          <w:p w14:paraId="384A353C" w14:textId="77777777" w:rsidR="00FA1BB6" w:rsidRDefault="00FA1BB6"/>
        </w:tc>
        <w:tc>
          <w:tcPr>
            <w:tcW w:w="1800" w:type="dxa"/>
          </w:tcPr>
          <w:p w14:paraId="11E91D36" w14:textId="77777777" w:rsidR="00FA1BB6" w:rsidRDefault="00FA1BB6"/>
        </w:tc>
        <w:tc>
          <w:tcPr>
            <w:tcW w:w="1800" w:type="dxa"/>
          </w:tcPr>
          <w:p w14:paraId="37124F00" w14:textId="77777777" w:rsidR="00FA1BB6" w:rsidRDefault="00FA1BB6"/>
        </w:tc>
      </w:tr>
      <w:tr w:rsidR="00FA1BB6" w14:paraId="36A35590" w14:textId="77777777">
        <w:tc>
          <w:tcPr>
            <w:tcW w:w="1800" w:type="dxa"/>
          </w:tcPr>
          <w:p w14:paraId="06822B28" w14:textId="77777777" w:rsidR="00FA1BB6" w:rsidRDefault="005654F4">
            <w:r>
              <w:t>4</w:t>
            </w:r>
          </w:p>
        </w:tc>
        <w:tc>
          <w:tcPr>
            <w:tcW w:w="1800" w:type="dxa"/>
          </w:tcPr>
          <w:p w14:paraId="4ABE5248" w14:textId="77777777" w:rsidR="00FA1BB6" w:rsidRDefault="00FA1BB6"/>
        </w:tc>
        <w:tc>
          <w:tcPr>
            <w:tcW w:w="1800" w:type="dxa"/>
          </w:tcPr>
          <w:p w14:paraId="02676934" w14:textId="77777777" w:rsidR="00FA1BB6" w:rsidRDefault="00FA1BB6"/>
        </w:tc>
        <w:tc>
          <w:tcPr>
            <w:tcW w:w="1800" w:type="dxa"/>
          </w:tcPr>
          <w:p w14:paraId="543BA996" w14:textId="77777777" w:rsidR="00FA1BB6" w:rsidRDefault="00FA1BB6"/>
        </w:tc>
        <w:tc>
          <w:tcPr>
            <w:tcW w:w="1800" w:type="dxa"/>
          </w:tcPr>
          <w:p w14:paraId="0FE5B418" w14:textId="77777777" w:rsidR="00FA1BB6" w:rsidRDefault="00FA1BB6"/>
        </w:tc>
        <w:tc>
          <w:tcPr>
            <w:tcW w:w="1800" w:type="dxa"/>
          </w:tcPr>
          <w:p w14:paraId="7A3AA39A" w14:textId="77777777" w:rsidR="00FA1BB6" w:rsidRDefault="00FA1BB6"/>
        </w:tc>
      </w:tr>
      <w:tr w:rsidR="00FA1BB6" w14:paraId="1D7EC66C" w14:textId="77777777">
        <w:tc>
          <w:tcPr>
            <w:tcW w:w="1800" w:type="dxa"/>
          </w:tcPr>
          <w:p w14:paraId="331650A7" w14:textId="77777777" w:rsidR="00FA1BB6" w:rsidRDefault="005654F4">
            <w:r>
              <w:t>5</w:t>
            </w:r>
          </w:p>
        </w:tc>
        <w:tc>
          <w:tcPr>
            <w:tcW w:w="1800" w:type="dxa"/>
          </w:tcPr>
          <w:p w14:paraId="7A20DA40" w14:textId="77777777" w:rsidR="00FA1BB6" w:rsidRDefault="00FA1BB6"/>
        </w:tc>
        <w:tc>
          <w:tcPr>
            <w:tcW w:w="1800" w:type="dxa"/>
          </w:tcPr>
          <w:p w14:paraId="5961C34F" w14:textId="77777777" w:rsidR="00FA1BB6" w:rsidRDefault="00FA1BB6"/>
        </w:tc>
        <w:tc>
          <w:tcPr>
            <w:tcW w:w="1800" w:type="dxa"/>
          </w:tcPr>
          <w:p w14:paraId="168E837F" w14:textId="77777777" w:rsidR="00FA1BB6" w:rsidRDefault="00FA1BB6"/>
        </w:tc>
        <w:tc>
          <w:tcPr>
            <w:tcW w:w="1800" w:type="dxa"/>
          </w:tcPr>
          <w:p w14:paraId="745751C9" w14:textId="77777777" w:rsidR="00FA1BB6" w:rsidRDefault="00FA1BB6"/>
        </w:tc>
        <w:tc>
          <w:tcPr>
            <w:tcW w:w="1800" w:type="dxa"/>
          </w:tcPr>
          <w:p w14:paraId="54E98421" w14:textId="77777777" w:rsidR="00FA1BB6" w:rsidRDefault="00FA1BB6"/>
        </w:tc>
      </w:tr>
      <w:tr w:rsidR="00FA1BB6" w14:paraId="0DEBC708" w14:textId="77777777">
        <w:tc>
          <w:tcPr>
            <w:tcW w:w="1800" w:type="dxa"/>
          </w:tcPr>
          <w:p w14:paraId="238EEE4F" w14:textId="77777777" w:rsidR="00FA1BB6" w:rsidRDefault="005654F4">
            <w:r>
              <w:t>6</w:t>
            </w:r>
          </w:p>
        </w:tc>
        <w:tc>
          <w:tcPr>
            <w:tcW w:w="1800" w:type="dxa"/>
          </w:tcPr>
          <w:p w14:paraId="3D5914B5" w14:textId="77777777" w:rsidR="00FA1BB6" w:rsidRDefault="00FA1BB6"/>
        </w:tc>
        <w:tc>
          <w:tcPr>
            <w:tcW w:w="1800" w:type="dxa"/>
          </w:tcPr>
          <w:p w14:paraId="1D7C2C96" w14:textId="77777777" w:rsidR="00FA1BB6" w:rsidRDefault="00FA1BB6"/>
        </w:tc>
        <w:tc>
          <w:tcPr>
            <w:tcW w:w="1800" w:type="dxa"/>
          </w:tcPr>
          <w:p w14:paraId="3FC73F3F" w14:textId="77777777" w:rsidR="00FA1BB6" w:rsidRDefault="00FA1BB6"/>
        </w:tc>
        <w:tc>
          <w:tcPr>
            <w:tcW w:w="1800" w:type="dxa"/>
          </w:tcPr>
          <w:p w14:paraId="59D23C09" w14:textId="77777777" w:rsidR="00FA1BB6" w:rsidRDefault="00FA1BB6"/>
        </w:tc>
        <w:tc>
          <w:tcPr>
            <w:tcW w:w="1800" w:type="dxa"/>
          </w:tcPr>
          <w:p w14:paraId="7156118A" w14:textId="77777777" w:rsidR="00FA1BB6" w:rsidRDefault="00FA1BB6"/>
        </w:tc>
      </w:tr>
      <w:tr w:rsidR="00FA1BB6" w14:paraId="45ACF781" w14:textId="77777777">
        <w:tc>
          <w:tcPr>
            <w:tcW w:w="1800" w:type="dxa"/>
          </w:tcPr>
          <w:p w14:paraId="293F46F7" w14:textId="77777777" w:rsidR="00FA1BB6" w:rsidRDefault="005654F4">
            <w:r>
              <w:t>7</w:t>
            </w:r>
          </w:p>
        </w:tc>
        <w:tc>
          <w:tcPr>
            <w:tcW w:w="1800" w:type="dxa"/>
          </w:tcPr>
          <w:p w14:paraId="7B922906" w14:textId="77777777" w:rsidR="00FA1BB6" w:rsidRDefault="00FA1BB6"/>
        </w:tc>
        <w:tc>
          <w:tcPr>
            <w:tcW w:w="1800" w:type="dxa"/>
          </w:tcPr>
          <w:p w14:paraId="313CCD55" w14:textId="77777777" w:rsidR="00FA1BB6" w:rsidRDefault="00FA1BB6"/>
        </w:tc>
        <w:tc>
          <w:tcPr>
            <w:tcW w:w="1800" w:type="dxa"/>
          </w:tcPr>
          <w:p w14:paraId="049DFCFD" w14:textId="77777777" w:rsidR="00FA1BB6" w:rsidRDefault="00FA1BB6"/>
        </w:tc>
        <w:tc>
          <w:tcPr>
            <w:tcW w:w="1800" w:type="dxa"/>
          </w:tcPr>
          <w:p w14:paraId="3BFF37D9" w14:textId="77777777" w:rsidR="00FA1BB6" w:rsidRDefault="00FA1BB6"/>
        </w:tc>
        <w:tc>
          <w:tcPr>
            <w:tcW w:w="1800" w:type="dxa"/>
          </w:tcPr>
          <w:p w14:paraId="490E53AD" w14:textId="77777777" w:rsidR="00FA1BB6" w:rsidRDefault="00FA1BB6"/>
        </w:tc>
      </w:tr>
      <w:tr w:rsidR="00FA1BB6" w14:paraId="5F7E79C5" w14:textId="77777777">
        <w:tc>
          <w:tcPr>
            <w:tcW w:w="1800" w:type="dxa"/>
          </w:tcPr>
          <w:p w14:paraId="179FD9AC" w14:textId="77777777" w:rsidR="00FA1BB6" w:rsidRDefault="005654F4">
            <w:r>
              <w:t>8</w:t>
            </w:r>
          </w:p>
        </w:tc>
        <w:tc>
          <w:tcPr>
            <w:tcW w:w="1800" w:type="dxa"/>
          </w:tcPr>
          <w:p w14:paraId="6A6E4BBC" w14:textId="77777777" w:rsidR="00FA1BB6" w:rsidRDefault="00FA1BB6"/>
        </w:tc>
        <w:tc>
          <w:tcPr>
            <w:tcW w:w="1800" w:type="dxa"/>
          </w:tcPr>
          <w:p w14:paraId="245C6A9A" w14:textId="77777777" w:rsidR="00FA1BB6" w:rsidRDefault="00FA1BB6"/>
        </w:tc>
        <w:tc>
          <w:tcPr>
            <w:tcW w:w="1800" w:type="dxa"/>
          </w:tcPr>
          <w:p w14:paraId="087260BA" w14:textId="77777777" w:rsidR="00FA1BB6" w:rsidRDefault="00FA1BB6"/>
        </w:tc>
        <w:tc>
          <w:tcPr>
            <w:tcW w:w="1800" w:type="dxa"/>
          </w:tcPr>
          <w:p w14:paraId="26F57DB0" w14:textId="77777777" w:rsidR="00FA1BB6" w:rsidRDefault="00FA1BB6"/>
        </w:tc>
        <w:tc>
          <w:tcPr>
            <w:tcW w:w="1800" w:type="dxa"/>
          </w:tcPr>
          <w:p w14:paraId="32E392AB" w14:textId="77777777" w:rsidR="00FA1BB6" w:rsidRDefault="00FA1BB6"/>
        </w:tc>
      </w:tr>
      <w:tr w:rsidR="00FA1BB6" w14:paraId="3AB6240C" w14:textId="77777777">
        <w:tc>
          <w:tcPr>
            <w:tcW w:w="1800" w:type="dxa"/>
          </w:tcPr>
          <w:p w14:paraId="121257A1" w14:textId="77777777" w:rsidR="00FA1BB6" w:rsidRDefault="005654F4">
            <w:r>
              <w:t>9</w:t>
            </w:r>
          </w:p>
        </w:tc>
        <w:tc>
          <w:tcPr>
            <w:tcW w:w="1800" w:type="dxa"/>
          </w:tcPr>
          <w:p w14:paraId="64B885E4" w14:textId="77777777" w:rsidR="00FA1BB6" w:rsidRDefault="00FA1BB6"/>
        </w:tc>
        <w:tc>
          <w:tcPr>
            <w:tcW w:w="1800" w:type="dxa"/>
          </w:tcPr>
          <w:p w14:paraId="15F563D5" w14:textId="77777777" w:rsidR="00FA1BB6" w:rsidRDefault="00FA1BB6"/>
        </w:tc>
        <w:tc>
          <w:tcPr>
            <w:tcW w:w="1800" w:type="dxa"/>
          </w:tcPr>
          <w:p w14:paraId="02039A5B" w14:textId="77777777" w:rsidR="00FA1BB6" w:rsidRDefault="00FA1BB6"/>
        </w:tc>
        <w:tc>
          <w:tcPr>
            <w:tcW w:w="1800" w:type="dxa"/>
          </w:tcPr>
          <w:p w14:paraId="5F453C78" w14:textId="77777777" w:rsidR="00FA1BB6" w:rsidRDefault="00FA1BB6"/>
        </w:tc>
        <w:tc>
          <w:tcPr>
            <w:tcW w:w="1800" w:type="dxa"/>
          </w:tcPr>
          <w:p w14:paraId="7E2DB643" w14:textId="77777777" w:rsidR="00FA1BB6" w:rsidRDefault="00FA1BB6"/>
        </w:tc>
      </w:tr>
      <w:tr w:rsidR="00FA1BB6" w14:paraId="5A8E4D50" w14:textId="77777777">
        <w:tc>
          <w:tcPr>
            <w:tcW w:w="1800" w:type="dxa"/>
          </w:tcPr>
          <w:p w14:paraId="7891B600" w14:textId="77777777" w:rsidR="00FA1BB6" w:rsidRDefault="005654F4">
            <w:r>
              <w:t>10</w:t>
            </w:r>
          </w:p>
        </w:tc>
        <w:tc>
          <w:tcPr>
            <w:tcW w:w="1800" w:type="dxa"/>
          </w:tcPr>
          <w:p w14:paraId="09000F72" w14:textId="77777777" w:rsidR="00FA1BB6" w:rsidRDefault="00FA1BB6"/>
        </w:tc>
        <w:tc>
          <w:tcPr>
            <w:tcW w:w="1800" w:type="dxa"/>
          </w:tcPr>
          <w:p w14:paraId="625D3C30" w14:textId="77777777" w:rsidR="00FA1BB6" w:rsidRDefault="00FA1BB6"/>
        </w:tc>
        <w:tc>
          <w:tcPr>
            <w:tcW w:w="1800" w:type="dxa"/>
          </w:tcPr>
          <w:p w14:paraId="2DDAEAFC" w14:textId="77777777" w:rsidR="00FA1BB6" w:rsidRDefault="00FA1BB6"/>
        </w:tc>
        <w:tc>
          <w:tcPr>
            <w:tcW w:w="1800" w:type="dxa"/>
          </w:tcPr>
          <w:p w14:paraId="42758E74" w14:textId="77777777" w:rsidR="00FA1BB6" w:rsidRDefault="00FA1BB6"/>
        </w:tc>
        <w:tc>
          <w:tcPr>
            <w:tcW w:w="1800" w:type="dxa"/>
          </w:tcPr>
          <w:p w14:paraId="32E6C7DE" w14:textId="77777777" w:rsidR="00FA1BB6" w:rsidRDefault="00FA1BB6"/>
        </w:tc>
      </w:tr>
      <w:tr w:rsidR="00FA1BB6" w14:paraId="3EA66C93" w14:textId="77777777">
        <w:tc>
          <w:tcPr>
            <w:tcW w:w="1800" w:type="dxa"/>
          </w:tcPr>
          <w:p w14:paraId="2038E2B6" w14:textId="77777777" w:rsidR="00FA1BB6" w:rsidRDefault="005654F4">
            <w:r>
              <w:t>11</w:t>
            </w:r>
          </w:p>
        </w:tc>
        <w:tc>
          <w:tcPr>
            <w:tcW w:w="1800" w:type="dxa"/>
          </w:tcPr>
          <w:p w14:paraId="415E2221" w14:textId="77777777" w:rsidR="00FA1BB6" w:rsidRDefault="00FA1BB6"/>
        </w:tc>
        <w:tc>
          <w:tcPr>
            <w:tcW w:w="1800" w:type="dxa"/>
          </w:tcPr>
          <w:p w14:paraId="535026CD" w14:textId="77777777" w:rsidR="00FA1BB6" w:rsidRDefault="00FA1BB6"/>
        </w:tc>
        <w:tc>
          <w:tcPr>
            <w:tcW w:w="1800" w:type="dxa"/>
          </w:tcPr>
          <w:p w14:paraId="44ED6602" w14:textId="77777777" w:rsidR="00FA1BB6" w:rsidRDefault="00FA1BB6"/>
        </w:tc>
        <w:tc>
          <w:tcPr>
            <w:tcW w:w="1800" w:type="dxa"/>
          </w:tcPr>
          <w:p w14:paraId="626F24E7" w14:textId="77777777" w:rsidR="00FA1BB6" w:rsidRDefault="00FA1BB6"/>
        </w:tc>
        <w:tc>
          <w:tcPr>
            <w:tcW w:w="1800" w:type="dxa"/>
          </w:tcPr>
          <w:p w14:paraId="5CE7AB60" w14:textId="77777777" w:rsidR="00FA1BB6" w:rsidRDefault="00FA1BB6"/>
        </w:tc>
      </w:tr>
      <w:tr w:rsidR="00FA1BB6" w14:paraId="772A3F31" w14:textId="77777777">
        <w:tc>
          <w:tcPr>
            <w:tcW w:w="1800" w:type="dxa"/>
          </w:tcPr>
          <w:p w14:paraId="11A0100F" w14:textId="77777777" w:rsidR="00FA1BB6" w:rsidRDefault="005654F4">
            <w:r>
              <w:t>12</w:t>
            </w:r>
          </w:p>
        </w:tc>
        <w:tc>
          <w:tcPr>
            <w:tcW w:w="1800" w:type="dxa"/>
          </w:tcPr>
          <w:p w14:paraId="4494BBF5" w14:textId="77777777" w:rsidR="00FA1BB6" w:rsidRDefault="00FA1BB6"/>
        </w:tc>
        <w:tc>
          <w:tcPr>
            <w:tcW w:w="1800" w:type="dxa"/>
          </w:tcPr>
          <w:p w14:paraId="18FB7BCD" w14:textId="77777777" w:rsidR="00FA1BB6" w:rsidRDefault="00FA1BB6"/>
        </w:tc>
        <w:tc>
          <w:tcPr>
            <w:tcW w:w="1800" w:type="dxa"/>
          </w:tcPr>
          <w:p w14:paraId="02C91A21" w14:textId="77777777" w:rsidR="00FA1BB6" w:rsidRDefault="00FA1BB6"/>
        </w:tc>
        <w:tc>
          <w:tcPr>
            <w:tcW w:w="1800" w:type="dxa"/>
          </w:tcPr>
          <w:p w14:paraId="77FC0F5E" w14:textId="77777777" w:rsidR="00FA1BB6" w:rsidRDefault="00FA1BB6"/>
        </w:tc>
        <w:tc>
          <w:tcPr>
            <w:tcW w:w="1800" w:type="dxa"/>
          </w:tcPr>
          <w:p w14:paraId="1BE68FE0" w14:textId="77777777" w:rsidR="00FA1BB6" w:rsidRDefault="00FA1BB6"/>
        </w:tc>
      </w:tr>
      <w:tr w:rsidR="00FA1BB6" w14:paraId="3AA33AC1" w14:textId="77777777">
        <w:tc>
          <w:tcPr>
            <w:tcW w:w="1800" w:type="dxa"/>
          </w:tcPr>
          <w:p w14:paraId="2AC72B32" w14:textId="77777777" w:rsidR="00FA1BB6" w:rsidRDefault="005654F4">
            <w:r>
              <w:t>13</w:t>
            </w:r>
          </w:p>
        </w:tc>
        <w:tc>
          <w:tcPr>
            <w:tcW w:w="1800" w:type="dxa"/>
          </w:tcPr>
          <w:p w14:paraId="35D0E253" w14:textId="77777777" w:rsidR="00FA1BB6" w:rsidRDefault="00FA1BB6"/>
        </w:tc>
        <w:tc>
          <w:tcPr>
            <w:tcW w:w="1800" w:type="dxa"/>
          </w:tcPr>
          <w:p w14:paraId="298756BB" w14:textId="77777777" w:rsidR="00FA1BB6" w:rsidRDefault="00FA1BB6"/>
        </w:tc>
        <w:tc>
          <w:tcPr>
            <w:tcW w:w="1800" w:type="dxa"/>
          </w:tcPr>
          <w:p w14:paraId="48170FD6" w14:textId="77777777" w:rsidR="00FA1BB6" w:rsidRDefault="00FA1BB6"/>
        </w:tc>
        <w:tc>
          <w:tcPr>
            <w:tcW w:w="1800" w:type="dxa"/>
          </w:tcPr>
          <w:p w14:paraId="37C75EA8" w14:textId="77777777" w:rsidR="00FA1BB6" w:rsidRDefault="00FA1BB6"/>
        </w:tc>
        <w:tc>
          <w:tcPr>
            <w:tcW w:w="1800" w:type="dxa"/>
          </w:tcPr>
          <w:p w14:paraId="76872BAB" w14:textId="77777777" w:rsidR="00FA1BB6" w:rsidRDefault="00FA1BB6"/>
        </w:tc>
      </w:tr>
      <w:tr w:rsidR="00FA1BB6" w14:paraId="1518987F" w14:textId="77777777">
        <w:tc>
          <w:tcPr>
            <w:tcW w:w="1800" w:type="dxa"/>
          </w:tcPr>
          <w:p w14:paraId="2311CCDD" w14:textId="77777777" w:rsidR="00FA1BB6" w:rsidRDefault="005654F4">
            <w:r>
              <w:t>14</w:t>
            </w:r>
          </w:p>
        </w:tc>
        <w:tc>
          <w:tcPr>
            <w:tcW w:w="1800" w:type="dxa"/>
          </w:tcPr>
          <w:p w14:paraId="7CED1073" w14:textId="77777777" w:rsidR="00FA1BB6" w:rsidRDefault="00FA1BB6"/>
        </w:tc>
        <w:tc>
          <w:tcPr>
            <w:tcW w:w="1800" w:type="dxa"/>
          </w:tcPr>
          <w:p w14:paraId="2D9D07A3" w14:textId="77777777" w:rsidR="00FA1BB6" w:rsidRDefault="00FA1BB6"/>
        </w:tc>
        <w:tc>
          <w:tcPr>
            <w:tcW w:w="1800" w:type="dxa"/>
          </w:tcPr>
          <w:p w14:paraId="7C3AB56E" w14:textId="77777777" w:rsidR="00FA1BB6" w:rsidRDefault="00FA1BB6"/>
        </w:tc>
        <w:tc>
          <w:tcPr>
            <w:tcW w:w="1800" w:type="dxa"/>
          </w:tcPr>
          <w:p w14:paraId="734F2628" w14:textId="77777777" w:rsidR="00FA1BB6" w:rsidRDefault="00FA1BB6"/>
        </w:tc>
        <w:tc>
          <w:tcPr>
            <w:tcW w:w="1800" w:type="dxa"/>
          </w:tcPr>
          <w:p w14:paraId="3E77CDA2" w14:textId="77777777" w:rsidR="00FA1BB6" w:rsidRDefault="00FA1BB6"/>
        </w:tc>
      </w:tr>
    </w:tbl>
    <w:p w14:paraId="6B9EEF0A" w14:textId="0BD321CA" w:rsidR="005654F4" w:rsidRDefault="00C654CD">
      <w:r>
        <w:rPr>
          <w:noProof/>
        </w:rPr>
        <w:lastRenderedPageBreak/>
        <w:drawing>
          <wp:inline distT="0" distB="0" distL="0" distR="0" wp14:anchorId="6C5177AD" wp14:editId="7C662F5D">
            <wp:extent cx="6858000" cy="4572000"/>
            <wp:effectExtent l="0" t="0" r="0" b="0"/>
            <wp:docPr id="17375725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54F4" w:rsidSect="0003461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0707298">
    <w:abstractNumId w:val="8"/>
  </w:num>
  <w:num w:numId="2" w16cid:durableId="1998724730">
    <w:abstractNumId w:val="6"/>
  </w:num>
  <w:num w:numId="3" w16cid:durableId="1609317125">
    <w:abstractNumId w:val="5"/>
  </w:num>
  <w:num w:numId="4" w16cid:durableId="458494710">
    <w:abstractNumId w:val="4"/>
  </w:num>
  <w:num w:numId="5" w16cid:durableId="19092555">
    <w:abstractNumId w:val="7"/>
  </w:num>
  <w:num w:numId="6" w16cid:durableId="1782069122">
    <w:abstractNumId w:val="3"/>
  </w:num>
  <w:num w:numId="7" w16cid:durableId="1012144857">
    <w:abstractNumId w:val="2"/>
  </w:num>
  <w:num w:numId="8" w16cid:durableId="1201626413">
    <w:abstractNumId w:val="1"/>
  </w:num>
  <w:num w:numId="9" w16cid:durableId="192441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58BF"/>
    <w:rsid w:val="0015074B"/>
    <w:rsid w:val="0029639D"/>
    <w:rsid w:val="00326F90"/>
    <w:rsid w:val="005654F4"/>
    <w:rsid w:val="00AA1D8D"/>
    <w:rsid w:val="00B47730"/>
    <w:rsid w:val="00C654CD"/>
    <w:rsid w:val="00CB0664"/>
    <w:rsid w:val="00FA1B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07541"/>
  <w14:defaultImageDpi w14:val="300"/>
  <w15:docId w15:val="{6FB11BB8-6424-49B8-9289-51C07A53C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377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HERNAN DARIO GRANDA RODRIGUEZ</cp:lastModifiedBy>
  <cp:revision>2</cp:revision>
  <dcterms:created xsi:type="dcterms:W3CDTF">2026-07-06T15:49:00Z</dcterms:created>
  <dcterms:modified xsi:type="dcterms:W3CDTF">2026-07-06T15:49:00Z</dcterms:modified>
  <cp:category/>
</cp:coreProperties>
</file>