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D48E" w14:textId="739F29AE" w:rsidR="00F8698C" w:rsidRPr="005C7792" w:rsidRDefault="00000000">
      <w:pPr>
        <w:rPr>
          <w:rFonts w:ascii="Times New Roman" w:eastAsia="Hiragino Mincho Pro W3" w:hAnsi="Times New Roman" w:cs="Times New Roman"/>
        </w:rPr>
      </w:pPr>
      <w:r w:rsidRPr="005C7792">
        <w:rPr>
          <w:rFonts w:ascii="Times New Roman" w:eastAsia="Hiragino Mincho Pro W3" w:hAnsi="Times New Roman" w:cs="Times New Roman"/>
        </w:rPr>
        <w:t>Supplementary 1. Usability Questionnaire (Japanese)</w:t>
      </w:r>
    </w:p>
    <w:p w14:paraId="321D10E5" w14:textId="77777777" w:rsidR="00F8698C" w:rsidRDefault="00000000">
      <w:pPr>
        <w:rPr>
          <w:rFonts w:ascii="Hiragino Mincho Pro W3" w:eastAsia="Hiragino Mincho Pro W3" w:hAnsi="Hiragino Mincho Pro W3"/>
          <w:lang w:eastAsia="ja-JP"/>
        </w:rPr>
      </w:pPr>
      <w:r w:rsidRPr="005C7792">
        <w:rPr>
          <w:rFonts w:ascii="Hiragino Mincho Pro W3" w:eastAsia="Hiragino Mincho Pro W3" w:hAnsi="Hiragino Mincho Pro W3" w:hint="eastAsia"/>
          <w:lang w:eastAsia="ja-JP"/>
        </w:rPr>
        <w:t>各設問について、該当する回答を</w:t>
      </w:r>
      <w:r w:rsidRPr="005C7792">
        <w:rPr>
          <w:rFonts w:ascii="Hiragino Mincho Pro W3" w:eastAsia="Hiragino Mincho Pro W3" w:hAnsi="Hiragino Mincho Pro W3"/>
          <w:lang w:eastAsia="ja-JP"/>
        </w:rPr>
        <w:t>1</w:t>
      </w:r>
      <w:r w:rsidRPr="005C7792">
        <w:rPr>
          <w:rFonts w:ascii="Hiragino Mincho Pro W3" w:eastAsia="Hiragino Mincho Pro W3" w:hAnsi="Hiragino Mincho Pro W3" w:hint="eastAsia"/>
          <w:lang w:eastAsia="ja-JP"/>
        </w:rPr>
        <w:t>つ選択してください。</w:t>
      </w:r>
    </w:p>
    <w:p w14:paraId="5BDE442E" w14:textId="77777777" w:rsidR="007F35D2" w:rsidRPr="005C7792" w:rsidRDefault="007F35D2">
      <w:pPr>
        <w:rPr>
          <w:rFonts w:ascii="Hiragino Mincho Pro W3" w:eastAsia="Hiragino Mincho Pro W3" w:hAnsi="Hiragino Mincho Pro W3"/>
          <w:lang w:eastAsia="ja-JP"/>
        </w:rPr>
      </w:pPr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2880"/>
        <w:gridCol w:w="5909"/>
      </w:tblGrid>
      <w:tr w:rsidR="005D4C51" w:rsidRPr="00302492" w14:paraId="48283495" w14:textId="77777777" w:rsidTr="005C7792">
        <w:trPr>
          <w:jc w:val="center"/>
        </w:trPr>
        <w:tc>
          <w:tcPr>
            <w:tcW w:w="2880" w:type="dxa"/>
          </w:tcPr>
          <w:p w14:paraId="394E126A" w14:textId="3C0EDB31" w:rsidR="005D4C51" w:rsidRPr="005C7792" w:rsidRDefault="005D4C51">
            <w:pPr>
              <w:rPr>
                <w:rFonts w:ascii="Hiragino Mincho Pro W3" w:eastAsia="Hiragino Mincho Pro W3" w:hAnsi="Hiragino Mincho Pro W3"/>
              </w:rPr>
            </w:pPr>
          </w:p>
        </w:tc>
        <w:tc>
          <w:tcPr>
            <w:tcW w:w="5909" w:type="dxa"/>
          </w:tcPr>
          <w:p w14:paraId="0325472D" w14:textId="74CF689C" w:rsidR="005D4C51" w:rsidRPr="005C7792" w:rsidRDefault="005D4C51">
            <w:pPr>
              <w:rPr>
                <w:rFonts w:ascii="Hiragino Mincho Pro W3" w:eastAsia="Hiragino Mincho Pro W3" w:hAnsi="Hiragino Mincho Pro W3"/>
              </w:rPr>
            </w:pPr>
            <w:proofErr w:type="spellStart"/>
            <w:r w:rsidRPr="005C7792">
              <w:rPr>
                <w:rFonts w:ascii="Hiragino Mincho Pro W3" w:eastAsia="Hiragino Mincho Pro W3" w:hAnsi="Hiragino Mincho Pro W3" w:hint="eastAsia"/>
              </w:rPr>
              <w:t>選択肢</w:t>
            </w:r>
            <w:proofErr w:type="spellEnd"/>
          </w:p>
        </w:tc>
      </w:tr>
      <w:tr w:rsidR="005D4C51" w:rsidRPr="00302492" w14:paraId="6ADB4DCD" w14:textId="77777777" w:rsidTr="005C7792">
        <w:trPr>
          <w:jc w:val="center"/>
        </w:trPr>
        <w:tc>
          <w:tcPr>
            <w:tcW w:w="2880" w:type="dxa"/>
          </w:tcPr>
          <w:p w14:paraId="507FAC92" w14:textId="35465EC2" w:rsidR="005D4C51" w:rsidRPr="005C7792" w:rsidRDefault="007F35D2">
            <w:pPr>
              <w:rPr>
                <w:rFonts w:ascii="Hiragino Mincho Pro W3" w:eastAsia="Hiragino Mincho Pro W3" w:hAnsi="Hiragino Mincho Pro W3"/>
                <w:lang w:eastAsia="ja-JP"/>
              </w:rPr>
            </w:pPr>
            <w:r>
              <w:rPr>
                <w:rFonts w:ascii="Hiragino Mincho Pro W3" w:eastAsia="Hiragino Mincho Pro W3" w:hAnsi="Hiragino Mincho Pro W3"/>
                <w:lang w:eastAsia="ja-JP"/>
              </w:rPr>
              <w:t xml:space="preserve">1. </w:t>
            </w:r>
            <w:r w:rsidR="005D4C51"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毎日の症状日誌は使いやすかったですか？</w:t>
            </w:r>
          </w:p>
        </w:tc>
        <w:tc>
          <w:tcPr>
            <w:tcW w:w="5909" w:type="dxa"/>
          </w:tcPr>
          <w:p w14:paraId="4D0C45B7" w14:textId="77777777" w:rsidR="005D4C51" w:rsidRPr="005C7792" w:rsidRDefault="005D4C51">
            <w:pPr>
              <w:rPr>
                <w:rFonts w:ascii="Hiragino Mincho Pro W3" w:eastAsia="Hiragino Mincho Pro W3" w:hAnsi="Hiragino Mincho Pro W3"/>
                <w:lang w:eastAsia="ja-JP"/>
              </w:rPr>
            </w:pPr>
            <w:r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とても使いにくい／使いにくい／どちらでもない／使いやすい／とても使いやすい</w:t>
            </w:r>
          </w:p>
        </w:tc>
      </w:tr>
      <w:tr w:rsidR="005D4C51" w:rsidRPr="00302492" w14:paraId="0547088C" w14:textId="77777777" w:rsidTr="005C7792">
        <w:trPr>
          <w:jc w:val="center"/>
        </w:trPr>
        <w:tc>
          <w:tcPr>
            <w:tcW w:w="2880" w:type="dxa"/>
          </w:tcPr>
          <w:p w14:paraId="36C31E38" w14:textId="3F51820A" w:rsidR="005D4C51" w:rsidRPr="005C7792" w:rsidRDefault="007F35D2">
            <w:pPr>
              <w:rPr>
                <w:rFonts w:ascii="Hiragino Mincho Pro W3" w:eastAsia="Hiragino Mincho Pro W3" w:hAnsi="Hiragino Mincho Pro W3"/>
                <w:lang w:eastAsia="ja-JP"/>
              </w:rPr>
            </w:pPr>
            <w:r>
              <w:rPr>
                <w:rFonts w:ascii="Hiragino Mincho Pro W3" w:eastAsia="Hiragino Mincho Pro W3" w:hAnsi="Hiragino Mincho Pro W3"/>
                <w:lang w:eastAsia="ja-JP"/>
              </w:rPr>
              <w:t xml:space="preserve">2. </w:t>
            </w:r>
            <w:r w:rsidR="005D4C51"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毎日の症状日誌</w:t>
            </w:r>
            <w:r w:rsidR="00914723">
              <w:rPr>
                <w:rFonts w:ascii="Hiragino Mincho Pro W3" w:eastAsia="Hiragino Mincho Pro W3" w:hAnsi="Hiragino Mincho Pro W3" w:hint="eastAsia"/>
                <w:lang w:eastAsia="ja-JP"/>
              </w:rPr>
              <w:t>は</w:t>
            </w:r>
            <w:r w:rsidR="005D4C51"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続けたいと思いましたか？</w:t>
            </w:r>
          </w:p>
        </w:tc>
        <w:tc>
          <w:tcPr>
            <w:tcW w:w="5909" w:type="dxa"/>
          </w:tcPr>
          <w:p w14:paraId="766B1665" w14:textId="77777777" w:rsidR="005D4C51" w:rsidRPr="005C7792" w:rsidRDefault="005D4C51">
            <w:pPr>
              <w:rPr>
                <w:rFonts w:ascii="Hiragino Mincho Pro W3" w:eastAsia="Hiragino Mincho Pro W3" w:hAnsi="Hiragino Mincho Pro W3"/>
                <w:lang w:eastAsia="ja-JP"/>
              </w:rPr>
            </w:pPr>
            <w:r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まったくそう思わない／そう思わない／どちらでもない／そう思う／とてもそう思う</w:t>
            </w:r>
          </w:p>
        </w:tc>
      </w:tr>
      <w:tr w:rsidR="005D4C51" w:rsidRPr="00302492" w14:paraId="31298224" w14:textId="77777777" w:rsidTr="005C7792">
        <w:trPr>
          <w:jc w:val="center"/>
        </w:trPr>
        <w:tc>
          <w:tcPr>
            <w:tcW w:w="2880" w:type="dxa"/>
          </w:tcPr>
          <w:p w14:paraId="0272C2F4" w14:textId="34F69053" w:rsidR="005D4C51" w:rsidRPr="005C7792" w:rsidRDefault="007F35D2">
            <w:pPr>
              <w:rPr>
                <w:rFonts w:ascii="Hiragino Mincho Pro W3" w:eastAsia="Hiragino Mincho Pro W3" w:hAnsi="Hiragino Mincho Pro W3"/>
                <w:lang w:eastAsia="ja-JP"/>
              </w:rPr>
            </w:pPr>
            <w:r>
              <w:rPr>
                <w:rFonts w:ascii="Hiragino Mincho Pro W3" w:eastAsia="Hiragino Mincho Pro W3" w:hAnsi="Hiragino Mincho Pro W3"/>
                <w:lang w:eastAsia="ja-JP"/>
              </w:rPr>
              <w:t xml:space="preserve">3. </w:t>
            </w:r>
            <w:r w:rsidR="005D4C51"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不安階層表</w:t>
            </w:r>
            <w:r w:rsidR="00914723">
              <w:rPr>
                <w:rFonts w:ascii="Hiragino Mincho Pro W3" w:eastAsia="Hiragino Mincho Pro W3" w:hAnsi="Hiragino Mincho Pro W3" w:hint="eastAsia"/>
                <w:lang w:eastAsia="ja-JP"/>
              </w:rPr>
              <w:t>は記入しやすかったですか</w:t>
            </w:r>
            <w:r w:rsidR="005D4C51"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？</w:t>
            </w:r>
          </w:p>
        </w:tc>
        <w:tc>
          <w:tcPr>
            <w:tcW w:w="5909" w:type="dxa"/>
          </w:tcPr>
          <w:p w14:paraId="07ADC9F5" w14:textId="77777777" w:rsidR="005D4C51" w:rsidRPr="005C7792" w:rsidRDefault="005D4C51">
            <w:pPr>
              <w:rPr>
                <w:rFonts w:ascii="Hiragino Mincho Pro W3" w:eastAsia="Hiragino Mincho Pro W3" w:hAnsi="Hiragino Mincho Pro W3"/>
                <w:lang w:eastAsia="ja-JP"/>
              </w:rPr>
            </w:pPr>
            <w:r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とても難しい／難しい／どちらでもない／簡単／とても簡単</w:t>
            </w:r>
          </w:p>
        </w:tc>
      </w:tr>
      <w:tr w:rsidR="005D4C51" w:rsidRPr="00302492" w14:paraId="4837BB7E" w14:textId="77777777" w:rsidTr="005C7792">
        <w:trPr>
          <w:jc w:val="center"/>
        </w:trPr>
        <w:tc>
          <w:tcPr>
            <w:tcW w:w="2880" w:type="dxa"/>
          </w:tcPr>
          <w:p w14:paraId="605EFE8B" w14:textId="43084C78" w:rsidR="005D4C51" w:rsidRPr="005C7792" w:rsidRDefault="005D4C51">
            <w:pPr>
              <w:rPr>
                <w:rFonts w:ascii="Hiragino Mincho Pro W3" w:eastAsia="Hiragino Mincho Pro W3" w:hAnsi="Hiragino Mincho Pro W3"/>
                <w:lang w:eastAsia="ja-JP"/>
              </w:rPr>
            </w:pPr>
            <w:r w:rsidRPr="005C7792">
              <w:rPr>
                <w:rFonts w:ascii="Hiragino Mincho Pro W3" w:eastAsia="Hiragino Mincho Pro W3" w:hAnsi="Hiragino Mincho Pro W3"/>
                <w:lang w:eastAsia="ja-JP"/>
              </w:rPr>
              <w:t xml:space="preserve">4. </w:t>
            </w:r>
            <w:r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曝露療法の記録</w:t>
            </w:r>
            <w:r w:rsidR="00914723">
              <w:rPr>
                <w:rFonts w:ascii="Hiragino Mincho Pro W3" w:eastAsia="Hiragino Mincho Pro W3" w:hAnsi="Hiragino Mincho Pro W3" w:hint="eastAsia"/>
                <w:lang w:eastAsia="ja-JP"/>
              </w:rPr>
              <w:t>は記入しやすかったですか</w:t>
            </w:r>
            <w:r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？</w:t>
            </w:r>
          </w:p>
        </w:tc>
        <w:tc>
          <w:tcPr>
            <w:tcW w:w="5909" w:type="dxa"/>
          </w:tcPr>
          <w:p w14:paraId="37580EAC" w14:textId="77777777" w:rsidR="005D4C51" w:rsidRPr="005C7792" w:rsidRDefault="005D4C51">
            <w:pPr>
              <w:rPr>
                <w:rFonts w:ascii="Hiragino Mincho Pro W3" w:eastAsia="Hiragino Mincho Pro W3" w:hAnsi="Hiragino Mincho Pro W3"/>
                <w:lang w:eastAsia="ja-JP"/>
              </w:rPr>
            </w:pPr>
            <w:r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とても難しい／難しい／どちらでもない／簡単／とても簡単</w:t>
            </w:r>
          </w:p>
        </w:tc>
      </w:tr>
      <w:tr w:rsidR="005D4C51" w:rsidRPr="00302492" w14:paraId="056599ED" w14:textId="77777777" w:rsidTr="005C7792">
        <w:trPr>
          <w:jc w:val="center"/>
        </w:trPr>
        <w:tc>
          <w:tcPr>
            <w:tcW w:w="2880" w:type="dxa"/>
          </w:tcPr>
          <w:p w14:paraId="0B158580" w14:textId="54EF78B7" w:rsidR="005D4C51" w:rsidRPr="005C7792" w:rsidRDefault="005D4C51">
            <w:pPr>
              <w:rPr>
                <w:rFonts w:ascii="Hiragino Mincho Pro W3" w:eastAsia="Hiragino Mincho Pro W3" w:hAnsi="Hiragino Mincho Pro W3"/>
                <w:lang w:eastAsia="ja-JP"/>
              </w:rPr>
            </w:pPr>
            <w:r w:rsidRPr="005C7792">
              <w:rPr>
                <w:rFonts w:ascii="Hiragino Mincho Pro W3" w:eastAsia="Hiragino Mincho Pro W3" w:hAnsi="Hiragino Mincho Pro W3"/>
                <w:lang w:eastAsia="ja-JP"/>
              </w:rPr>
              <w:t xml:space="preserve">5. </w:t>
            </w:r>
            <w:r w:rsidR="00F2610B">
              <w:rPr>
                <w:rFonts w:ascii="Hiragino Mincho Pro W3" w:eastAsia="Hiragino Mincho Pro W3" w:hAnsi="Hiragino Mincho Pro W3" w:hint="eastAsia"/>
                <w:lang w:eastAsia="ja-JP"/>
              </w:rPr>
              <w:t>疾患教育のためのウェブ</w:t>
            </w:r>
            <w:r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サイト</w:t>
            </w:r>
            <w:r w:rsidR="00DD757A">
              <w:rPr>
                <w:rFonts w:ascii="Hiragino Mincho Pro W3" w:eastAsia="Hiragino Mincho Pro W3" w:hAnsi="Hiragino Mincho Pro W3" w:hint="eastAsia"/>
                <w:lang w:eastAsia="ja-JP"/>
              </w:rPr>
              <w:t>は活用</w:t>
            </w:r>
            <w:r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しましたか？</w:t>
            </w:r>
          </w:p>
        </w:tc>
        <w:tc>
          <w:tcPr>
            <w:tcW w:w="5909" w:type="dxa"/>
          </w:tcPr>
          <w:p w14:paraId="53AF4136" w14:textId="77777777" w:rsidR="005D4C51" w:rsidRPr="005C7792" w:rsidRDefault="005D4C51">
            <w:pPr>
              <w:rPr>
                <w:rFonts w:ascii="Hiragino Mincho Pro W3" w:eastAsia="Hiragino Mincho Pro W3" w:hAnsi="Hiragino Mincho Pro W3"/>
                <w:lang w:eastAsia="ja-JP"/>
              </w:rPr>
            </w:pPr>
            <w:r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まったく利用しなかった／あまり利用しなかった／どちらでもない／利用した／よく利用した</w:t>
            </w:r>
          </w:p>
        </w:tc>
      </w:tr>
      <w:tr w:rsidR="005D4C51" w:rsidRPr="00302492" w14:paraId="5BCF66AC" w14:textId="77777777" w:rsidTr="005C7792">
        <w:trPr>
          <w:jc w:val="center"/>
        </w:trPr>
        <w:tc>
          <w:tcPr>
            <w:tcW w:w="2880" w:type="dxa"/>
          </w:tcPr>
          <w:p w14:paraId="071E1103" w14:textId="38C2F77B" w:rsidR="005D4C51" w:rsidRPr="005C7792" w:rsidRDefault="005D4C51">
            <w:pPr>
              <w:rPr>
                <w:rFonts w:ascii="Hiragino Mincho Pro W3" w:eastAsia="Hiragino Mincho Pro W3" w:hAnsi="Hiragino Mincho Pro W3"/>
                <w:lang w:eastAsia="ja-JP"/>
              </w:rPr>
            </w:pPr>
            <w:r w:rsidRPr="005C7792">
              <w:rPr>
                <w:rFonts w:ascii="Hiragino Mincho Pro W3" w:eastAsia="Hiragino Mincho Pro W3" w:hAnsi="Hiragino Mincho Pro W3"/>
                <w:lang w:eastAsia="ja-JP"/>
              </w:rPr>
              <w:t xml:space="preserve">6. </w:t>
            </w:r>
            <w:r w:rsidR="00F2610B">
              <w:rPr>
                <w:rFonts w:ascii="Hiragino Mincho Pro W3" w:eastAsia="Hiragino Mincho Pro W3" w:hAnsi="Hiragino Mincho Pro W3" w:hint="eastAsia"/>
                <w:lang w:eastAsia="ja-JP"/>
              </w:rPr>
              <w:t>疾患教育のためのウェブ</w:t>
            </w:r>
            <w:r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サイトから提供され</w:t>
            </w:r>
            <w:r w:rsidR="00DD757A">
              <w:rPr>
                <w:rFonts w:ascii="Hiragino Mincho Pro W3" w:eastAsia="Hiragino Mincho Pro W3" w:hAnsi="Hiragino Mincho Pro W3" w:hint="eastAsia"/>
                <w:lang w:eastAsia="ja-JP"/>
              </w:rPr>
              <w:t>る</w:t>
            </w:r>
            <w:r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情報は役に立ちましたか？</w:t>
            </w:r>
          </w:p>
        </w:tc>
        <w:tc>
          <w:tcPr>
            <w:tcW w:w="5909" w:type="dxa"/>
          </w:tcPr>
          <w:p w14:paraId="277F5AE9" w14:textId="77777777" w:rsidR="005D4C51" w:rsidRPr="005C7792" w:rsidRDefault="005D4C51">
            <w:pPr>
              <w:rPr>
                <w:rFonts w:ascii="Hiragino Mincho Pro W3" w:eastAsia="Hiragino Mincho Pro W3" w:hAnsi="Hiragino Mincho Pro W3"/>
                <w:lang w:eastAsia="ja-JP"/>
              </w:rPr>
            </w:pPr>
            <w:r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まったく役に立たなかった／あまり役に立たなかった／どちらでもない／役に立った／とても役に立った</w:t>
            </w:r>
          </w:p>
        </w:tc>
      </w:tr>
      <w:tr w:rsidR="005D4C51" w:rsidRPr="00302492" w14:paraId="444E6B13" w14:textId="77777777" w:rsidTr="005C7792">
        <w:trPr>
          <w:jc w:val="center"/>
        </w:trPr>
        <w:tc>
          <w:tcPr>
            <w:tcW w:w="2880" w:type="dxa"/>
          </w:tcPr>
          <w:p w14:paraId="04ACD94F" w14:textId="2C35DE6E" w:rsidR="005D4C51" w:rsidRPr="005C7792" w:rsidRDefault="005D4C51">
            <w:pPr>
              <w:rPr>
                <w:rFonts w:ascii="Hiragino Mincho Pro W3" w:eastAsia="Hiragino Mincho Pro W3" w:hAnsi="Hiragino Mincho Pro W3"/>
                <w:lang w:eastAsia="ja-JP"/>
              </w:rPr>
            </w:pPr>
            <w:r w:rsidRPr="005C7792">
              <w:rPr>
                <w:rFonts w:ascii="Hiragino Mincho Pro W3" w:eastAsia="Hiragino Mincho Pro W3" w:hAnsi="Hiragino Mincho Pro W3"/>
                <w:lang w:eastAsia="ja-JP"/>
              </w:rPr>
              <w:t xml:space="preserve">7. </w:t>
            </w:r>
            <w:r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この</w:t>
            </w:r>
            <w:r w:rsidR="00121882">
              <w:rPr>
                <w:rFonts w:ascii="Hiragino Mincho Pro W3" w:eastAsia="Hiragino Mincho Pro W3" w:hAnsi="Hiragino Mincho Pro W3" w:hint="eastAsia"/>
                <w:lang w:eastAsia="ja-JP"/>
              </w:rPr>
              <w:t>プロトタイプ</w:t>
            </w:r>
            <w:r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アプリケーションを、過敏性腸症候群（</w:t>
            </w:r>
            <w:r w:rsidRPr="005C7792">
              <w:rPr>
                <w:rFonts w:ascii="Hiragino Mincho Pro W3" w:eastAsia="Hiragino Mincho Pro W3" w:hAnsi="Hiragino Mincho Pro W3"/>
                <w:lang w:eastAsia="ja-JP"/>
              </w:rPr>
              <w:t>IBS</w:t>
            </w:r>
            <w:r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）の症状</w:t>
            </w:r>
            <w:r w:rsidR="00DD757A">
              <w:rPr>
                <w:rFonts w:ascii="Hiragino Mincho Pro W3" w:eastAsia="Hiragino Mincho Pro W3" w:hAnsi="Hiragino Mincho Pro W3" w:hint="eastAsia"/>
                <w:lang w:eastAsia="ja-JP"/>
              </w:rPr>
              <w:t>を持つ</w:t>
            </w:r>
            <w:r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友人・知人・家族に勧めたいと思いますか？</w:t>
            </w:r>
          </w:p>
        </w:tc>
        <w:tc>
          <w:tcPr>
            <w:tcW w:w="5909" w:type="dxa"/>
          </w:tcPr>
          <w:p w14:paraId="7619513C" w14:textId="77777777" w:rsidR="005D4C51" w:rsidRPr="005C7792" w:rsidRDefault="005D4C51">
            <w:pPr>
              <w:rPr>
                <w:rFonts w:ascii="Hiragino Mincho Pro W3" w:eastAsia="Hiragino Mincho Pro W3" w:hAnsi="Hiragino Mincho Pro W3"/>
                <w:lang w:eastAsia="ja-JP"/>
              </w:rPr>
            </w:pPr>
            <w:r w:rsidRPr="005C7792">
              <w:rPr>
                <w:rFonts w:ascii="Hiragino Mincho Pro W3" w:eastAsia="Hiragino Mincho Pro W3" w:hAnsi="Hiragino Mincho Pro W3" w:hint="eastAsia"/>
                <w:lang w:eastAsia="ja-JP"/>
              </w:rPr>
              <w:t>まったくそう思わない／そう思わない／どちらでもない／そう思う／とてもそう思う</w:t>
            </w:r>
          </w:p>
        </w:tc>
      </w:tr>
    </w:tbl>
    <w:p w14:paraId="0F6E908C" w14:textId="77777777" w:rsidR="007A748F" w:rsidRPr="005C7792" w:rsidRDefault="007A748F">
      <w:pPr>
        <w:rPr>
          <w:rFonts w:ascii="Hiragino Mincho Pro W3" w:eastAsia="Hiragino Mincho Pro W3" w:hAnsi="Hiragino Mincho Pro W3"/>
          <w:lang w:eastAsia="ja-JP"/>
        </w:rPr>
      </w:pPr>
    </w:p>
    <w:sectPr w:rsidR="007A748F" w:rsidRPr="005C779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Hiragino Mincho Pro W3">
    <w:panose1 w:val="02020300000000000000"/>
    <w:charset w:val="80"/>
    <w:family w:val="roman"/>
    <w:pitch w:val="variable"/>
    <w:sig w:usb0="E00002FF" w:usb1="7AC7FFFF" w:usb2="00000012" w:usb3="00000000" w:csb0="0002000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8337880">
    <w:abstractNumId w:val="8"/>
  </w:num>
  <w:num w:numId="2" w16cid:durableId="176700334">
    <w:abstractNumId w:val="6"/>
  </w:num>
  <w:num w:numId="3" w16cid:durableId="105927359">
    <w:abstractNumId w:val="5"/>
  </w:num>
  <w:num w:numId="4" w16cid:durableId="301617233">
    <w:abstractNumId w:val="4"/>
  </w:num>
  <w:num w:numId="5" w16cid:durableId="1913733674">
    <w:abstractNumId w:val="7"/>
  </w:num>
  <w:num w:numId="6" w16cid:durableId="1295528270">
    <w:abstractNumId w:val="3"/>
  </w:num>
  <w:num w:numId="7" w16cid:durableId="1993019017">
    <w:abstractNumId w:val="2"/>
  </w:num>
  <w:num w:numId="8" w16cid:durableId="1502895536">
    <w:abstractNumId w:val="1"/>
  </w:num>
  <w:num w:numId="9" w16cid:durableId="754859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4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1882"/>
    <w:rsid w:val="0015074B"/>
    <w:rsid w:val="0029639D"/>
    <w:rsid w:val="00302492"/>
    <w:rsid w:val="00326F90"/>
    <w:rsid w:val="005C7792"/>
    <w:rsid w:val="005D4C51"/>
    <w:rsid w:val="006E05C0"/>
    <w:rsid w:val="007A748F"/>
    <w:rsid w:val="007F35D2"/>
    <w:rsid w:val="008F61A0"/>
    <w:rsid w:val="00914723"/>
    <w:rsid w:val="009B2497"/>
    <w:rsid w:val="009C60E1"/>
    <w:rsid w:val="00A56342"/>
    <w:rsid w:val="00AA1D8D"/>
    <w:rsid w:val="00B47730"/>
    <w:rsid w:val="00C766D7"/>
    <w:rsid w:val="00CB0664"/>
    <w:rsid w:val="00DD757A"/>
    <w:rsid w:val="00F2610B"/>
    <w:rsid w:val="00F8698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EF46EA"/>
  <w14:defaultImageDpi w14:val="300"/>
  <w15:docId w15:val="{D005C632-A661-7344-9206-A4255F64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5D4C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301</Characters>
  <Application>Microsoft Office Word</Application>
  <DocSecurity>0</DocSecurity>
  <Lines>21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Yamazaki, Tadahiro</cp:lastModifiedBy>
  <cp:revision>3</cp:revision>
  <dcterms:created xsi:type="dcterms:W3CDTF">2026-02-21T23:33:00Z</dcterms:created>
  <dcterms:modified xsi:type="dcterms:W3CDTF">2026-02-21T23:33:00Z</dcterms:modified>
  <cp:category/>
</cp:coreProperties>
</file>