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152F0" w14:textId="6D7F8DA8" w:rsidR="00A52858" w:rsidRPr="007E0398" w:rsidRDefault="00000000" w:rsidP="0015566F">
      <w:pPr>
        <w:pStyle w:val="Heading1"/>
        <w:jc w:val="center"/>
        <w:rPr>
          <w:rFonts w:asciiTheme="minorHAnsi" w:hAnsiTheme="minorHAnsi" w:cs="Arial"/>
          <w:color w:val="auto"/>
        </w:rPr>
      </w:pPr>
      <w:r w:rsidRPr="007E0398">
        <w:rPr>
          <w:rFonts w:asciiTheme="minorHAnsi" w:hAnsiTheme="minorHAnsi" w:cs="Arial"/>
          <w:color w:val="auto"/>
        </w:rPr>
        <w:t>Supplement</w:t>
      </w:r>
      <w:r w:rsidR="007A05B4">
        <w:rPr>
          <w:rFonts w:asciiTheme="minorHAnsi" w:hAnsiTheme="minorHAnsi" w:cs="Arial"/>
          <w:color w:val="auto"/>
        </w:rPr>
        <w:t xml:space="preserve"> 2</w:t>
      </w:r>
      <w:r w:rsidR="00D03435" w:rsidRPr="007E0398">
        <w:rPr>
          <w:rFonts w:asciiTheme="minorHAnsi" w:hAnsiTheme="minorHAnsi" w:cs="Arial"/>
          <w:color w:val="auto"/>
        </w:rPr>
        <w:t>: Bayesian Analysis</w:t>
      </w:r>
    </w:p>
    <w:p w14:paraId="7DDB01DC" w14:textId="77777777" w:rsidR="00310EC8" w:rsidRPr="007E0398" w:rsidRDefault="00310EC8" w:rsidP="0015566F">
      <w:pPr>
        <w:jc w:val="both"/>
        <w:rPr>
          <w:rFonts w:cs="Arial"/>
        </w:rPr>
      </w:pPr>
    </w:p>
    <w:p w14:paraId="6ADD9930" w14:textId="77777777" w:rsidR="00DE61D4" w:rsidRPr="007E0398" w:rsidRDefault="00DE61D4" w:rsidP="0015566F">
      <w:pPr>
        <w:spacing w:after="0"/>
        <w:jc w:val="both"/>
        <w:rPr>
          <w:rFonts w:cs="Arial"/>
          <w:sz w:val="20"/>
          <w:szCs w:val="20"/>
        </w:rPr>
      </w:pPr>
      <w:r w:rsidRPr="007E0398">
        <w:rPr>
          <w:rFonts w:cs="Arial"/>
          <w:sz w:val="20"/>
          <w:szCs w:val="20"/>
        </w:rPr>
        <w:t xml:space="preserve">Mortality Effect </w:t>
      </w:r>
      <w:proofErr w:type="gramStart"/>
      <w:r w:rsidRPr="007E0398">
        <w:rPr>
          <w:rFonts w:cs="Arial"/>
          <w:sz w:val="20"/>
          <w:szCs w:val="20"/>
        </w:rPr>
        <w:t>Of</w:t>
      </w:r>
      <w:proofErr w:type="gramEnd"/>
      <w:r w:rsidRPr="007E0398">
        <w:rPr>
          <w:rFonts w:cs="Arial"/>
          <w:sz w:val="20"/>
          <w:szCs w:val="20"/>
        </w:rPr>
        <w:t xml:space="preserve"> Higher Versus Lower Blood Pressure Targets </w:t>
      </w:r>
      <w:proofErr w:type="gramStart"/>
      <w:r w:rsidRPr="007E0398">
        <w:rPr>
          <w:rFonts w:cs="Arial"/>
          <w:sz w:val="20"/>
          <w:szCs w:val="20"/>
        </w:rPr>
        <w:t>In</w:t>
      </w:r>
      <w:proofErr w:type="gramEnd"/>
      <w:r w:rsidRPr="007E0398">
        <w:rPr>
          <w:rFonts w:cs="Arial"/>
          <w:sz w:val="20"/>
          <w:szCs w:val="20"/>
        </w:rPr>
        <w:t xml:space="preserve"> Vasodilatory Shock: An Updated Systematic Review </w:t>
      </w:r>
      <w:proofErr w:type="gramStart"/>
      <w:r w:rsidRPr="007E0398">
        <w:rPr>
          <w:rFonts w:cs="Arial"/>
          <w:sz w:val="20"/>
          <w:szCs w:val="20"/>
        </w:rPr>
        <w:t>And</w:t>
      </w:r>
      <w:proofErr w:type="gramEnd"/>
      <w:r w:rsidRPr="007E0398">
        <w:rPr>
          <w:rFonts w:cs="Arial"/>
          <w:sz w:val="20"/>
          <w:szCs w:val="20"/>
        </w:rPr>
        <w:t xml:space="preserve"> Meta-Analysis</w:t>
      </w:r>
    </w:p>
    <w:p w14:paraId="09E1656F" w14:textId="77777777" w:rsidR="00310EC8" w:rsidRPr="007E0398" w:rsidRDefault="00310EC8" w:rsidP="0015566F">
      <w:pPr>
        <w:jc w:val="both"/>
        <w:rPr>
          <w:rFonts w:cs="Arial"/>
        </w:rPr>
      </w:pPr>
    </w:p>
    <w:p w14:paraId="27A08A31" w14:textId="47229BDB" w:rsidR="00DE61D4" w:rsidRPr="007E0398" w:rsidRDefault="00DE61D4" w:rsidP="00DE61D4">
      <w:pPr>
        <w:spacing w:after="0"/>
        <w:jc w:val="both"/>
        <w:rPr>
          <w:rFonts w:cs="Arial"/>
          <w:lang w:val="pt-BR"/>
        </w:rPr>
      </w:pPr>
      <w:r w:rsidRPr="007E0398">
        <w:rPr>
          <w:rFonts w:cs="Arial"/>
          <w:lang w:val="pt-BR"/>
        </w:rPr>
        <w:t>Henrique Mendes, MD, MRCEM, PGCE</w:t>
      </w:r>
    </w:p>
    <w:p w14:paraId="54E24986" w14:textId="47EF6C82" w:rsidR="00DE61D4" w:rsidRPr="007E0398" w:rsidRDefault="00DE61D4" w:rsidP="00DE61D4">
      <w:pPr>
        <w:spacing w:after="0"/>
        <w:jc w:val="both"/>
        <w:rPr>
          <w:rFonts w:cs="Arial"/>
          <w:lang w:val="pt-BR"/>
        </w:rPr>
      </w:pPr>
      <w:r w:rsidRPr="007E0398">
        <w:rPr>
          <w:rFonts w:cs="Arial"/>
          <w:lang w:val="pt-BR"/>
        </w:rPr>
        <w:t>Jesse King, MD BSc</w:t>
      </w:r>
    </w:p>
    <w:p w14:paraId="082B7DB6" w14:textId="273218D5" w:rsidR="00DE61D4" w:rsidRPr="007E0398" w:rsidRDefault="00DE61D4" w:rsidP="00DE61D4">
      <w:pPr>
        <w:spacing w:after="0"/>
        <w:jc w:val="both"/>
        <w:rPr>
          <w:rFonts w:cs="Arial"/>
          <w:lang w:val="pt-BR"/>
        </w:rPr>
      </w:pPr>
      <w:r w:rsidRPr="007E0398">
        <w:rPr>
          <w:rFonts w:cs="Arial"/>
          <w:lang w:val="pt-BR"/>
        </w:rPr>
        <w:t>Nikhil Kumar, FCICM, M.Clin Epi, MBBS, BSc</w:t>
      </w:r>
    </w:p>
    <w:p w14:paraId="07827567" w14:textId="559744AA" w:rsidR="00DE61D4" w:rsidRPr="007E0398" w:rsidRDefault="00DE61D4" w:rsidP="00DE61D4">
      <w:pPr>
        <w:spacing w:after="0"/>
        <w:jc w:val="both"/>
        <w:rPr>
          <w:rFonts w:cs="Arial"/>
          <w:lang w:val="pt-BR"/>
        </w:rPr>
      </w:pPr>
      <w:r w:rsidRPr="007E0398">
        <w:rPr>
          <w:rFonts w:cs="Arial"/>
          <w:lang w:val="pt-BR"/>
        </w:rPr>
        <w:t>Kush Deshpande, MBBS, MD, FCICM</w:t>
      </w:r>
    </w:p>
    <w:p w14:paraId="32DEB26E" w14:textId="62BB337B" w:rsidR="00DE61D4" w:rsidRPr="007E0398" w:rsidRDefault="00DE61D4" w:rsidP="00DE61D4">
      <w:pPr>
        <w:spacing w:after="0"/>
        <w:jc w:val="both"/>
        <w:rPr>
          <w:rFonts w:cs="Arial"/>
          <w:lang w:val="pt-BR"/>
        </w:rPr>
      </w:pPr>
      <w:r w:rsidRPr="007E0398">
        <w:rPr>
          <w:rFonts w:cs="Arial"/>
          <w:lang w:val="pt-BR"/>
        </w:rPr>
        <w:t>Rakshit Panwar, PhD, MBBS, MD, DNB, FCICM</w:t>
      </w:r>
    </w:p>
    <w:p w14:paraId="2001F6C9" w14:textId="6718CD88" w:rsidR="00DE61D4" w:rsidRPr="007E0398" w:rsidRDefault="00DE61D4" w:rsidP="00DE61D4">
      <w:pPr>
        <w:spacing w:after="0"/>
        <w:jc w:val="both"/>
        <w:rPr>
          <w:rFonts w:cs="Arial"/>
        </w:rPr>
      </w:pPr>
      <w:r w:rsidRPr="007E0398">
        <w:rPr>
          <w:rFonts w:cs="Arial"/>
        </w:rPr>
        <w:t xml:space="preserve">Frank MP van Haren, MD PhD FCICM EDIC </w:t>
      </w:r>
      <w:proofErr w:type="spellStart"/>
      <w:r w:rsidRPr="007E0398">
        <w:rPr>
          <w:rFonts w:cs="Arial"/>
        </w:rPr>
        <w:t>PgDipEcho</w:t>
      </w:r>
      <w:proofErr w:type="spellEnd"/>
    </w:p>
    <w:p w14:paraId="16251E6A" w14:textId="77777777" w:rsidR="00DE61D4" w:rsidRPr="007E0398" w:rsidRDefault="00DE61D4" w:rsidP="00DE61D4">
      <w:pPr>
        <w:jc w:val="both"/>
        <w:rPr>
          <w:rFonts w:cs="Arial"/>
        </w:rPr>
      </w:pPr>
    </w:p>
    <w:p w14:paraId="09F78886" w14:textId="50F74D6E" w:rsidR="00A52858" w:rsidRPr="007E0398" w:rsidRDefault="005C0A25" w:rsidP="0015566F">
      <w:pPr>
        <w:pStyle w:val="Heading2"/>
        <w:jc w:val="both"/>
        <w:rPr>
          <w:rFonts w:asciiTheme="minorHAnsi" w:hAnsiTheme="minorHAnsi" w:cs="Arial"/>
          <w:color w:val="auto"/>
        </w:rPr>
      </w:pPr>
      <w:r w:rsidRPr="007E0398">
        <w:rPr>
          <w:rFonts w:asciiTheme="minorHAnsi" w:hAnsiTheme="minorHAnsi" w:cs="Arial"/>
          <w:color w:val="auto"/>
        </w:rPr>
        <w:t>Bayesian Analysis</w:t>
      </w:r>
    </w:p>
    <w:p w14:paraId="33B7DFFB" w14:textId="77777777" w:rsidR="0015566F" w:rsidRPr="007E0398" w:rsidRDefault="0015566F" w:rsidP="0015566F"/>
    <w:p w14:paraId="0DD513E4" w14:textId="7C23D882" w:rsidR="00310EC8" w:rsidRPr="007E0398" w:rsidRDefault="00000000" w:rsidP="00330331">
      <w:pPr>
        <w:pStyle w:val="ListParagraph"/>
        <w:numPr>
          <w:ilvl w:val="0"/>
          <w:numId w:val="12"/>
        </w:numPr>
        <w:jc w:val="both"/>
        <w:rPr>
          <w:rFonts w:cs="Arial"/>
        </w:rPr>
      </w:pPr>
      <w:r w:rsidRPr="007E0398">
        <w:rPr>
          <w:rFonts w:cs="Arial"/>
        </w:rPr>
        <w:t xml:space="preserve">Bayesian </w:t>
      </w:r>
      <w:r w:rsidR="00330331" w:rsidRPr="007E0398">
        <w:rPr>
          <w:rFonts w:cs="Arial"/>
        </w:rPr>
        <w:t>m</w:t>
      </w:r>
      <w:r w:rsidRPr="007E0398">
        <w:rPr>
          <w:rFonts w:cs="Arial"/>
        </w:rPr>
        <w:t>ethods</w:t>
      </w:r>
    </w:p>
    <w:p w14:paraId="7B4BAD72" w14:textId="5FDE73E2" w:rsidR="00C14D07" w:rsidRPr="007E0398" w:rsidRDefault="00000000" w:rsidP="00C14D07">
      <w:pPr>
        <w:jc w:val="both"/>
        <w:rPr>
          <w:rFonts w:cs="Arial"/>
          <w:sz w:val="20"/>
          <w:szCs w:val="20"/>
        </w:rPr>
      </w:pPr>
      <w:r w:rsidRPr="007E0398">
        <w:rPr>
          <w:rFonts w:cs="Arial"/>
        </w:rPr>
        <w:br/>
      </w:r>
      <w:r w:rsidR="00C14D07" w:rsidRPr="007E0398">
        <w:rPr>
          <w:rFonts w:cs="Arial"/>
          <w:sz w:val="20"/>
          <w:szCs w:val="20"/>
        </w:rPr>
        <w:t xml:space="preserve">We conducted a Bayesian hierarchical meta-analysis in R (version 4.5.1) using brms (version 2.22.0) with the </w:t>
      </w:r>
      <w:proofErr w:type="spellStart"/>
      <w:r w:rsidR="00C14D07" w:rsidRPr="007E0398">
        <w:rPr>
          <w:rFonts w:cs="Arial"/>
          <w:sz w:val="20"/>
          <w:szCs w:val="20"/>
        </w:rPr>
        <w:t>cmdstanr</w:t>
      </w:r>
      <w:proofErr w:type="spellEnd"/>
      <w:r w:rsidR="00C14D07" w:rsidRPr="007E0398">
        <w:rPr>
          <w:rFonts w:cs="Arial"/>
          <w:sz w:val="20"/>
          <w:szCs w:val="20"/>
        </w:rPr>
        <w:t xml:space="preserve"> backend. Outcomes were </w:t>
      </w:r>
      <w:r w:rsidR="0073036D" w:rsidRPr="007E0398">
        <w:rPr>
          <w:rFonts w:cs="Arial"/>
          <w:sz w:val="20"/>
          <w:szCs w:val="20"/>
        </w:rPr>
        <w:t>modelled</w:t>
      </w:r>
      <w:r w:rsidR="00C14D07" w:rsidRPr="007E0398">
        <w:rPr>
          <w:rFonts w:cs="Arial"/>
          <w:sz w:val="20"/>
          <w:szCs w:val="20"/>
        </w:rPr>
        <w:t xml:space="preserve"> with a binomial likelihood and logit link. To account for between-trial differences and heterogeneity in treatment effects, outcomes were </w:t>
      </w:r>
      <w:r w:rsidR="0073036D" w:rsidRPr="007E0398">
        <w:rPr>
          <w:rFonts w:cs="Arial"/>
          <w:sz w:val="20"/>
          <w:szCs w:val="20"/>
        </w:rPr>
        <w:t>modelled</w:t>
      </w:r>
      <w:r w:rsidR="00C14D07" w:rsidRPr="007E0398">
        <w:rPr>
          <w:rFonts w:cs="Arial"/>
          <w:sz w:val="20"/>
          <w:szCs w:val="20"/>
        </w:rPr>
        <w:t xml:space="preserve"> as the number of events out of the total number of patients in each arm, with a binomial likelihood and logit link, including a random intercept for each trial and a random treatment effect nested within trial.</w:t>
      </w:r>
    </w:p>
    <w:p w14:paraId="0DA112DE" w14:textId="0A056E1F" w:rsidR="006E4428" w:rsidRPr="007E0398" w:rsidRDefault="002066A4" w:rsidP="006E4428">
      <w:pPr>
        <w:jc w:val="both"/>
        <w:rPr>
          <w:rFonts w:cs="Arial"/>
          <w:sz w:val="20"/>
          <w:szCs w:val="20"/>
        </w:rPr>
      </w:pPr>
      <w:r w:rsidRPr="007E0398">
        <w:rPr>
          <w:rFonts w:cs="Arial"/>
          <w:sz w:val="20"/>
          <w:szCs w:val="20"/>
        </w:rPr>
        <w:t xml:space="preserve">For the primary analysis, we specified a weakly informative </w:t>
      </w:r>
      <w:r w:rsidR="0073036D" w:rsidRPr="007E0398">
        <w:rPr>
          <w:rFonts w:cs="Arial"/>
          <w:sz w:val="20"/>
          <w:szCs w:val="20"/>
        </w:rPr>
        <w:t>Normal (</w:t>
      </w:r>
      <w:r w:rsidRPr="007E0398">
        <w:rPr>
          <w:rFonts w:cs="Arial"/>
          <w:sz w:val="20"/>
          <w:szCs w:val="20"/>
        </w:rPr>
        <w:t xml:space="preserve">0, 1.5) prior for the pooled log-odds ratio (log-OR). </w:t>
      </w:r>
      <w:r w:rsidR="006E4428" w:rsidRPr="007E0398">
        <w:rPr>
          <w:rFonts w:cs="Arial"/>
          <w:sz w:val="20"/>
          <w:szCs w:val="20"/>
        </w:rPr>
        <w:t xml:space="preserve">This </w:t>
      </w:r>
      <w:r w:rsidR="0073036D" w:rsidRPr="007E0398">
        <w:rPr>
          <w:rFonts w:cs="Arial"/>
          <w:sz w:val="20"/>
          <w:szCs w:val="20"/>
        </w:rPr>
        <w:t>centres</w:t>
      </w:r>
      <w:r w:rsidR="006E4428" w:rsidRPr="007E0398">
        <w:rPr>
          <w:rFonts w:cs="Arial"/>
          <w:sz w:val="20"/>
          <w:szCs w:val="20"/>
        </w:rPr>
        <w:t xml:space="preserve"> the null and permits a wide, clinically plausible range of mortality effects (≈OR 0.05–19 within the 95% prior interval), limiting undue shrinkage while avoiding unrealistic extremes. As an alternative model, reflecting strong equipoise, we used a sceptical </w:t>
      </w:r>
      <w:r w:rsidR="0073036D" w:rsidRPr="007E0398">
        <w:rPr>
          <w:rFonts w:cs="Arial"/>
          <w:sz w:val="20"/>
          <w:szCs w:val="20"/>
        </w:rPr>
        <w:t>Normal (</w:t>
      </w:r>
      <w:r w:rsidR="006E4428" w:rsidRPr="007E0398">
        <w:rPr>
          <w:rFonts w:cs="Arial"/>
          <w:sz w:val="20"/>
          <w:szCs w:val="20"/>
        </w:rPr>
        <w:t xml:space="preserve">0, 0.10) prior (≈OR 0.82–1.22 within the 95% prior interval) to assess whether the data can overcome conservative prior </w:t>
      </w:r>
      <w:r w:rsidR="0073036D" w:rsidRPr="007E0398">
        <w:rPr>
          <w:rFonts w:cs="Arial"/>
          <w:sz w:val="20"/>
          <w:szCs w:val="20"/>
        </w:rPr>
        <w:t>beliefs. Sensitivity</w:t>
      </w:r>
      <w:r w:rsidR="006E4428" w:rsidRPr="007E0398">
        <w:rPr>
          <w:rFonts w:cs="Arial"/>
          <w:sz w:val="20"/>
          <w:szCs w:val="20"/>
        </w:rPr>
        <w:t xml:space="preserve"> analyses included</w:t>
      </w:r>
      <w:r w:rsidR="0073036D" w:rsidRPr="007E0398">
        <w:rPr>
          <w:rFonts w:cs="Arial"/>
          <w:sz w:val="20"/>
          <w:szCs w:val="20"/>
        </w:rPr>
        <w:t xml:space="preserve"> </w:t>
      </w:r>
      <w:r w:rsidR="006E4428" w:rsidRPr="007E0398">
        <w:rPr>
          <w:rFonts w:cs="Arial"/>
          <w:sz w:val="20"/>
          <w:szCs w:val="20"/>
        </w:rPr>
        <w:t>the fixed-effect model and leave-one-out (LOO) re-fits</w:t>
      </w:r>
      <w:r w:rsidR="0073036D" w:rsidRPr="007E0398">
        <w:rPr>
          <w:rFonts w:cs="Arial"/>
          <w:sz w:val="20"/>
          <w:szCs w:val="20"/>
        </w:rPr>
        <w:t>,</w:t>
      </w:r>
      <w:r w:rsidR="006E4428" w:rsidRPr="007E0398">
        <w:rPr>
          <w:rFonts w:cs="Arial"/>
          <w:sz w:val="20"/>
          <w:szCs w:val="20"/>
        </w:rPr>
        <w:t xml:space="preserve"> excluding each trial.</w:t>
      </w:r>
    </w:p>
    <w:p w14:paraId="124D5EE4" w14:textId="0144B7A1" w:rsidR="006E4428" w:rsidRPr="007E0398" w:rsidRDefault="006E4428" w:rsidP="00C14D07">
      <w:pPr>
        <w:jc w:val="both"/>
        <w:rPr>
          <w:rFonts w:cs="Arial"/>
          <w:sz w:val="20"/>
          <w:szCs w:val="20"/>
        </w:rPr>
      </w:pPr>
      <w:r w:rsidRPr="007E0398">
        <w:rPr>
          <w:rFonts w:cs="Arial"/>
          <w:sz w:val="20"/>
          <w:szCs w:val="20"/>
        </w:rPr>
        <w:t>Between-study heterogeneity in the random intercepts and treatment effects was regularised with half-Student-</w:t>
      </w:r>
      <w:proofErr w:type="gramStart"/>
      <w:r w:rsidRPr="007E0398">
        <w:rPr>
          <w:rFonts w:cs="Arial"/>
          <w:sz w:val="20"/>
          <w:szCs w:val="20"/>
        </w:rPr>
        <w:t>t(</w:t>
      </w:r>
      <w:proofErr w:type="gramEnd"/>
      <w:r w:rsidRPr="007E0398">
        <w:rPr>
          <w:rFonts w:cs="Arial"/>
          <w:sz w:val="20"/>
          <w:szCs w:val="20"/>
        </w:rPr>
        <w:t>3, 0, 1) priors on the corresponding standard deviations. Heavy-tailed half-t priors are recommended for variance components in sparse hierarchical settings because they allow</w:t>
      </w:r>
      <w:r w:rsidR="0073036D" w:rsidRPr="007E0398">
        <w:rPr>
          <w:rFonts w:cs="Arial"/>
          <w:sz w:val="20"/>
          <w:szCs w:val="20"/>
        </w:rPr>
        <w:t xml:space="preserve"> for</w:t>
      </w:r>
      <w:r w:rsidRPr="007E0398">
        <w:rPr>
          <w:rFonts w:cs="Arial"/>
          <w:sz w:val="20"/>
          <w:szCs w:val="20"/>
        </w:rPr>
        <w:t xml:space="preserve"> larger heterogeneity when supported by the data</w:t>
      </w:r>
      <w:r w:rsidR="0073036D" w:rsidRPr="007E0398">
        <w:rPr>
          <w:rFonts w:cs="Arial"/>
          <w:sz w:val="20"/>
          <w:szCs w:val="20"/>
        </w:rPr>
        <w:t>,</w:t>
      </w:r>
      <w:r w:rsidRPr="007E0398">
        <w:rPr>
          <w:rFonts w:cs="Arial"/>
          <w:sz w:val="20"/>
          <w:szCs w:val="20"/>
        </w:rPr>
        <w:t xml:space="preserve"> while avoiding overestimation when k (number of trials included, in this case, 4) is small. For the correlation between study-level intercepts and treatment effects, we used an </w:t>
      </w:r>
      <w:proofErr w:type="gramStart"/>
      <w:r w:rsidRPr="007E0398">
        <w:rPr>
          <w:rFonts w:cs="Arial"/>
          <w:sz w:val="20"/>
          <w:szCs w:val="20"/>
        </w:rPr>
        <w:t>LKJ(</w:t>
      </w:r>
      <w:proofErr w:type="gramEnd"/>
      <w:r w:rsidRPr="007E0398">
        <w:rPr>
          <w:rFonts w:cs="Arial"/>
          <w:sz w:val="20"/>
          <w:szCs w:val="20"/>
        </w:rPr>
        <w:t xml:space="preserve">2) prior on the correlation matrix, which mildly </w:t>
      </w:r>
      <w:r w:rsidR="0073036D" w:rsidRPr="007E0398">
        <w:rPr>
          <w:rFonts w:cs="Arial"/>
          <w:sz w:val="20"/>
          <w:szCs w:val="20"/>
        </w:rPr>
        <w:t>favours</w:t>
      </w:r>
      <w:r w:rsidRPr="007E0398">
        <w:rPr>
          <w:rFonts w:cs="Arial"/>
          <w:sz w:val="20"/>
          <w:szCs w:val="20"/>
        </w:rPr>
        <w:t xml:space="preserve"> near-zero correlations yet permits moderate dependence if indicated by the data.</w:t>
      </w:r>
    </w:p>
    <w:p w14:paraId="7AB2AF54" w14:textId="77777777" w:rsidR="006E4428" w:rsidRPr="007E0398" w:rsidRDefault="00C14D07" w:rsidP="00C14D07">
      <w:pPr>
        <w:jc w:val="both"/>
        <w:rPr>
          <w:rFonts w:cs="Arial"/>
          <w:sz w:val="20"/>
          <w:szCs w:val="20"/>
        </w:rPr>
      </w:pPr>
      <w:r w:rsidRPr="007E0398">
        <w:rPr>
          <w:rFonts w:cs="Arial"/>
          <w:sz w:val="20"/>
          <w:szCs w:val="20"/>
        </w:rPr>
        <w:t xml:space="preserve">Posterior results </w:t>
      </w:r>
      <w:r w:rsidR="006E4428" w:rsidRPr="007E0398">
        <w:rPr>
          <w:rFonts w:cs="Arial"/>
          <w:sz w:val="20"/>
          <w:szCs w:val="20"/>
        </w:rPr>
        <w:t xml:space="preserve">were primarily yielded as </w:t>
      </w:r>
      <w:r w:rsidRPr="007E0398">
        <w:rPr>
          <w:rFonts w:cs="Arial"/>
          <w:sz w:val="20"/>
          <w:szCs w:val="20"/>
        </w:rPr>
        <w:t>the mean odds ratio (OR) with 95% credible intervals (</w:t>
      </w:r>
      <w:proofErr w:type="spellStart"/>
      <w:r w:rsidRPr="007E0398">
        <w:rPr>
          <w:rFonts w:cs="Arial"/>
          <w:sz w:val="20"/>
          <w:szCs w:val="20"/>
        </w:rPr>
        <w:t>CrIs</w:t>
      </w:r>
      <w:proofErr w:type="spellEnd"/>
      <w:r w:rsidRPr="007E0398">
        <w:rPr>
          <w:rFonts w:cs="Arial"/>
          <w:sz w:val="20"/>
          <w:szCs w:val="20"/>
        </w:rPr>
        <w:t xml:space="preserve">) from the logit coefficient, and as the median risk ratio (RR) with 95% </w:t>
      </w:r>
      <w:proofErr w:type="spellStart"/>
      <w:r w:rsidRPr="007E0398">
        <w:rPr>
          <w:rFonts w:cs="Arial"/>
          <w:sz w:val="20"/>
          <w:szCs w:val="20"/>
        </w:rPr>
        <w:t>CrIs</w:t>
      </w:r>
      <w:proofErr w:type="spellEnd"/>
      <w:r w:rsidRPr="007E0398">
        <w:rPr>
          <w:rFonts w:cs="Arial"/>
          <w:sz w:val="20"/>
          <w:szCs w:val="20"/>
        </w:rPr>
        <w:t xml:space="preserve"> obtained by posterior </w:t>
      </w:r>
      <w:r w:rsidRPr="007E0398">
        <w:rPr>
          <w:rFonts w:cs="Arial"/>
          <w:sz w:val="20"/>
          <w:szCs w:val="20"/>
        </w:rPr>
        <w:lastRenderedPageBreak/>
        <w:t xml:space="preserve">marginal standardisation (predicting risks under each arm for all studies and taking the ratio of </w:t>
      </w:r>
      <w:r w:rsidRPr="007E0398">
        <w:rPr>
          <w:rFonts w:cs="Arial"/>
          <w:i/>
          <w:iCs/>
          <w:sz w:val="20"/>
          <w:szCs w:val="20"/>
        </w:rPr>
        <w:t>study-averaged</w:t>
      </w:r>
      <w:r w:rsidRPr="007E0398">
        <w:rPr>
          <w:rFonts w:cs="Arial"/>
          <w:sz w:val="20"/>
          <w:szCs w:val="20"/>
        </w:rPr>
        <w:t xml:space="preserve"> risks). We also report </w:t>
      </w:r>
      <w:proofErr w:type="gramStart"/>
      <w:r w:rsidRPr="007E0398">
        <w:rPr>
          <w:rFonts w:cs="Arial"/>
          <w:sz w:val="20"/>
          <w:szCs w:val="20"/>
        </w:rPr>
        <w:t>P(</w:t>
      </w:r>
      <w:proofErr w:type="gramEnd"/>
      <w:r w:rsidRPr="007E0398">
        <w:rPr>
          <w:rFonts w:cs="Arial"/>
          <w:sz w:val="20"/>
          <w:szCs w:val="20"/>
        </w:rPr>
        <w:t xml:space="preserve">RR &gt; 1) (posterior probability of harm). </w:t>
      </w:r>
    </w:p>
    <w:p w14:paraId="7DB5559C" w14:textId="395AC0D0" w:rsidR="00EE4ACD" w:rsidRPr="007E0398" w:rsidRDefault="00EE4ACD" w:rsidP="00C14D07">
      <w:pPr>
        <w:jc w:val="both"/>
        <w:rPr>
          <w:rFonts w:cs="Arial"/>
          <w:sz w:val="20"/>
          <w:szCs w:val="20"/>
        </w:rPr>
      </w:pPr>
      <w:r w:rsidRPr="007E0398">
        <w:rPr>
          <w:rFonts w:cs="Arial"/>
          <w:sz w:val="20"/>
          <w:szCs w:val="20"/>
        </w:rPr>
        <w:t>While odds ratios (ORs) were our primary metric for consistency with the parallel frequentist meta-analytic approach, we emphasise risk ratios (RRs) and P(RR&gt;1) for several reasons. First, RRs directly quantify relative risk changes (e.g., RR=1.10 = 10% increased risk), offering clearer clinical interpretability than Ors, particularly for high event rates (e.g., mortality in septic shock). This aligns with broader methodological guidance advocating RRs for patient-centred outcomes due to their intuitive scale. Additionally, RRs derived via posterior marginal standardisation account for study-specific baseline risks, circumventing the tendency of ORs to overestimate effects when outcomes are common. For instance, in our mortality analyses (control-arm risks: 15–40%), ORs inflated effects relative to RRs (e.g., OR=1.5 ≈ RR=1.3 at 30% risk). Finally, P(RR&gt;1) supports probabilistic decision-making by explicitly quantifying the probability of harm, a more actionable metric than frequentist p-values. These approaches are increasingly recommended in Bayesian comparative effectiveness research for their transparency and relevance to real-world decision-making.</w:t>
      </w:r>
    </w:p>
    <w:p w14:paraId="664A0A8A" w14:textId="30887320" w:rsidR="00C14D07" w:rsidRPr="007E0398" w:rsidRDefault="00C14D07" w:rsidP="00C14D07">
      <w:pPr>
        <w:jc w:val="both"/>
        <w:rPr>
          <w:rFonts w:cs="Arial"/>
          <w:sz w:val="20"/>
          <w:szCs w:val="20"/>
        </w:rPr>
      </w:pPr>
      <w:r w:rsidRPr="007E0398">
        <w:rPr>
          <w:rFonts w:cs="Arial"/>
          <w:sz w:val="20"/>
          <w:szCs w:val="20"/>
        </w:rPr>
        <w:t xml:space="preserve">Sampling used Hamiltonian Monte Carlo (No-U-Turn Sampler) with 4 chains, 20,000 iterations per chain and 4,000 </w:t>
      </w:r>
      <w:proofErr w:type="gramStart"/>
      <w:r w:rsidRPr="007E0398">
        <w:rPr>
          <w:rFonts w:cs="Arial"/>
          <w:sz w:val="20"/>
          <w:szCs w:val="20"/>
        </w:rPr>
        <w:t>warm-up</w:t>
      </w:r>
      <w:proofErr w:type="gramEnd"/>
      <w:r w:rsidRPr="007E0398">
        <w:rPr>
          <w:rFonts w:cs="Arial"/>
          <w:sz w:val="20"/>
          <w:szCs w:val="20"/>
        </w:rPr>
        <w:t xml:space="preserve">. Endpoint-specific controls for </w:t>
      </w:r>
      <w:r w:rsidR="006E4428" w:rsidRPr="007E0398">
        <w:rPr>
          <w:rFonts w:cs="Arial"/>
          <w:sz w:val="20"/>
          <w:szCs w:val="20"/>
        </w:rPr>
        <w:t xml:space="preserve">the </w:t>
      </w:r>
      <w:r w:rsidRPr="007E0398">
        <w:rPr>
          <w:rFonts w:cs="Arial"/>
          <w:sz w:val="20"/>
          <w:szCs w:val="20"/>
        </w:rPr>
        <w:t>28-day</w:t>
      </w:r>
      <w:r w:rsidR="006E4428" w:rsidRPr="007E0398">
        <w:rPr>
          <w:rFonts w:cs="Arial"/>
          <w:sz w:val="20"/>
          <w:szCs w:val="20"/>
        </w:rPr>
        <w:t xml:space="preserve"> pooling included an</w:t>
      </w:r>
      <w:r w:rsidRPr="007E0398">
        <w:rPr>
          <w:rFonts w:cs="Arial"/>
          <w:sz w:val="20"/>
          <w:szCs w:val="20"/>
        </w:rPr>
        <w:t xml:space="preserve"> </w:t>
      </w:r>
      <w:proofErr w:type="spellStart"/>
      <w:r w:rsidRPr="007E0398">
        <w:rPr>
          <w:rFonts w:cs="Arial"/>
          <w:sz w:val="20"/>
          <w:szCs w:val="20"/>
        </w:rPr>
        <w:t>adapt_delta</w:t>
      </w:r>
      <w:proofErr w:type="spellEnd"/>
      <w:r w:rsidRPr="007E0398">
        <w:rPr>
          <w:rFonts w:cs="Arial"/>
          <w:sz w:val="20"/>
          <w:szCs w:val="20"/>
        </w:rPr>
        <w:t xml:space="preserve"> = 0.999, </w:t>
      </w:r>
      <w:proofErr w:type="spellStart"/>
      <w:r w:rsidRPr="007E0398">
        <w:rPr>
          <w:rFonts w:cs="Arial"/>
          <w:sz w:val="20"/>
          <w:szCs w:val="20"/>
        </w:rPr>
        <w:t>max_treedepth</w:t>
      </w:r>
      <w:proofErr w:type="spellEnd"/>
      <w:r w:rsidRPr="007E0398">
        <w:rPr>
          <w:rFonts w:cs="Arial"/>
          <w:sz w:val="20"/>
          <w:szCs w:val="20"/>
        </w:rPr>
        <w:t xml:space="preserve"> = 20, and initial </w:t>
      </w:r>
      <w:proofErr w:type="spellStart"/>
      <w:r w:rsidRPr="007E0398">
        <w:rPr>
          <w:rFonts w:cs="Arial"/>
          <w:sz w:val="20"/>
          <w:szCs w:val="20"/>
        </w:rPr>
        <w:t>step_size</w:t>
      </w:r>
      <w:proofErr w:type="spellEnd"/>
      <w:r w:rsidRPr="007E0398">
        <w:rPr>
          <w:rFonts w:cs="Arial"/>
          <w:sz w:val="20"/>
          <w:szCs w:val="20"/>
        </w:rPr>
        <w:t xml:space="preserve"> = 0.01 in the main models; LOO models used an initial </w:t>
      </w:r>
      <w:proofErr w:type="spellStart"/>
      <w:r w:rsidRPr="007E0398">
        <w:rPr>
          <w:rFonts w:cs="Arial"/>
          <w:sz w:val="20"/>
          <w:szCs w:val="20"/>
        </w:rPr>
        <w:t>step_size</w:t>
      </w:r>
      <w:proofErr w:type="spellEnd"/>
      <w:r w:rsidRPr="007E0398">
        <w:rPr>
          <w:rFonts w:cs="Arial"/>
          <w:sz w:val="20"/>
          <w:szCs w:val="20"/>
        </w:rPr>
        <w:t xml:space="preserve"> = 0.005. For 90-day, to suppress rare divergences the main models used tighter controls </w:t>
      </w:r>
      <w:proofErr w:type="spellStart"/>
      <w:r w:rsidRPr="007E0398">
        <w:rPr>
          <w:rFonts w:cs="Arial"/>
          <w:sz w:val="20"/>
          <w:szCs w:val="20"/>
        </w:rPr>
        <w:t>adapt_delta</w:t>
      </w:r>
      <w:proofErr w:type="spellEnd"/>
      <w:r w:rsidRPr="007E0398">
        <w:rPr>
          <w:rFonts w:cs="Arial"/>
          <w:sz w:val="20"/>
          <w:szCs w:val="20"/>
        </w:rPr>
        <w:t xml:space="preserve"> = 0.9999, </w:t>
      </w:r>
      <w:proofErr w:type="spellStart"/>
      <w:r w:rsidRPr="007E0398">
        <w:rPr>
          <w:rFonts w:cs="Arial"/>
          <w:sz w:val="20"/>
          <w:szCs w:val="20"/>
        </w:rPr>
        <w:t>max_treedepth</w:t>
      </w:r>
      <w:proofErr w:type="spellEnd"/>
      <w:r w:rsidRPr="007E0398">
        <w:rPr>
          <w:rFonts w:cs="Arial"/>
          <w:sz w:val="20"/>
          <w:szCs w:val="20"/>
        </w:rPr>
        <w:t xml:space="preserve"> = 20, and initial </w:t>
      </w:r>
      <w:proofErr w:type="spellStart"/>
      <w:r w:rsidRPr="007E0398">
        <w:rPr>
          <w:rFonts w:cs="Arial"/>
          <w:sz w:val="20"/>
          <w:szCs w:val="20"/>
        </w:rPr>
        <w:t>step_size</w:t>
      </w:r>
      <w:proofErr w:type="spellEnd"/>
      <w:r w:rsidRPr="007E0398">
        <w:rPr>
          <w:rFonts w:cs="Arial"/>
          <w:sz w:val="20"/>
          <w:szCs w:val="20"/>
        </w:rPr>
        <w:t xml:space="preserve"> = 0.005; LOO models used initial </w:t>
      </w:r>
      <w:proofErr w:type="spellStart"/>
      <w:r w:rsidRPr="007E0398">
        <w:rPr>
          <w:rFonts w:cs="Arial"/>
          <w:sz w:val="20"/>
          <w:szCs w:val="20"/>
        </w:rPr>
        <w:t>step_size</w:t>
      </w:r>
      <w:proofErr w:type="spellEnd"/>
      <w:r w:rsidRPr="007E0398">
        <w:rPr>
          <w:rFonts w:cs="Arial"/>
          <w:sz w:val="20"/>
          <w:szCs w:val="20"/>
        </w:rPr>
        <w:t xml:space="preserve"> = 0.005 and </w:t>
      </w:r>
      <w:proofErr w:type="spellStart"/>
      <w:r w:rsidRPr="007E0398">
        <w:rPr>
          <w:rFonts w:cs="Arial"/>
          <w:sz w:val="20"/>
          <w:szCs w:val="20"/>
        </w:rPr>
        <w:t>adapt_delta</w:t>
      </w:r>
      <w:proofErr w:type="spellEnd"/>
      <w:r w:rsidRPr="007E0398">
        <w:rPr>
          <w:rFonts w:cs="Arial"/>
          <w:sz w:val="20"/>
          <w:szCs w:val="20"/>
        </w:rPr>
        <w:t xml:space="preserve"> = 0.999. Convergence and sampling quality were assessed via the potential scale reduction factor (R-hat), effective sample sizes (bulk and tail), divergent transitions, </w:t>
      </w:r>
      <w:proofErr w:type="spellStart"/>
      <w:r w:rsidRPr="007E0398">
        <w:rPr>
          <w:rFonts w:cs="Arial"/>
          <w:sz w:val="20"/>
          <w:szCs w:val="20"/>
        </w:rPr>
        <w:t>treedepth</w:t>
      </w:r>
      <w:proofErr w:type="spellEnd"/>
      <w:r w:rsidRPr="007E0398">
        <w:rPr>
          <w:rFonts w:cs="Arial"/>
          <w:sz w:val="20"/>
          <w:szCs w:val="20"/>
        </w:rPr>
        <w:t xml:space="preserve"> saturation, and Energy Bayesian Fraction of Missing Information (E-BFMI).</w:t>
      </w:r>
    </w:p>
    <w:p w14:paraId="41833F7A" w14:textId="77777777" w:rsidR="00C14D07" w:rsidRPr="00DC139A" w:rsidRDefault="00C14D07" w:rsidP="00C14D07">
      <w:pPr>
        <w:jc w:val="both"/>
        <w:rPr>
          <w:rFonts w:cs="Arial"/>
          <w:sz w:val="20"/>
          <w:szCs w:val="20"/>
        </w:rPr>
      </w:pPr>
      <w:r w:rsidRPr="007E0398">
        <w:rPr>
          <w:rFonts w:cs="Arial"/>
          <w:sz w:val="20"/>
          <w:szCs w:val="20"/>
        </w:rPr>
        <w:t xml:space="preserve">Model calibration was evaluated with posterior predictive checks (PPCs): density and empirical CDF overlays; a 2D statistic plot (mean vs. SD) comparing observed to replicated datasets; per-arm 90% posterior predictive intervals for observed event counts; and a posterior predictive p-value for the global log-risk-ratio. All plots and PPC metrics were saved per endpoint alongside results and </w:t>
      </w:r>
      <w:r w:rsidRPr="00DC139A">
        <w:rPr>
          <w:rFonts w:cs="Arial"/>
          <w:sz w:val="20"/>
          <w:szCs w:val="20"/>
        </w:rPr>
        <w:t>diagnostics.</w:t>
      </w:r>
    </w:p>
    <w:p w14:paraId="52BC49CA" w14:textId="1F380AB9" w:rsidR="0015566F" w:rsidRPr="00DC139A" w:rsidRDefault="00DC139A" w:rsidP="00DC139A">
      <w:pPr>
        <w:spacing w:after="0" w:line="240" w:lineRule="auto"/>
        <w:jc w:val="both"/>
        <w:rPr>
          <w:rFonts w:cs="Arial"/>
          <w:sz w:val="20"/>
          <w:szCs w:val="20"/>
        </w:rPr>
      </w:pPr>
      <w:r w:rsidRPr="00DC139A">
        <w:rPr>
          <w:rFonts w:cs="Arial"/>
          <w:sz w:val="20"/>
          <w:szCs w:val="20"/>
        </w:rPr>
        <w:t>Model scale and transformation</w:t>
      </w:r>
      <w:r>
        <w:rPr>
          <w:rFonts w:cs="Arial"/>
          <w:sz w:val="20"/>
          <w:szCs w:val="20"/>
        </w:rPr>
        <w:t xml:space="preserve"> - </w:t>
      </w:r>
      <w:r w:rsidRPr="00DC139A">
        <w:rPr>
          <w:rFonts w:cs="Arial"/>
          <w:sz w:val="20"/>
          <w:szCs w:val="20"/>
        </w:rPr>
        <w:t>The primary Bayesian model was binomial–logit, yielding posterior draws on the log‑odds ratio scale. For clinical interpretability, study‑specific effects were transformed to the RR scale via posterior marginal standardisation. For each posterior draw</w:t>
      </w:r>
      <w:r>
        <w:rPr>
          <w:rFonts w:cs="Arial"/>
          <w:sz w:val="20"/>
          <w:szCs w:val="20"/>
        </w:rPr>
        <w:t xml:space="preserve"> we</w:t>
      </w:r>
      <w:r w:rsidRPr="00DC139A">
        <w:rPr>
          <w:rFonts w:cs="Arial"/>
          <w:sz w:val="20"/>
          <w:szCs w:val="20"/>
        </w:rPr>
        <w:t>: (</w:t>
      </w:r>
      <w:proofErr w:type="spellStart"/>
      <w:r w:rsidRPr="00DC139A">
        <w:rPr>
          <w:rFonts w:cs="Arial"/>
          <w:sz w:val="20"/>
          <w:szCs w:val="20"/>
        </w:rPr>
        <w:t>i</w:t>
      </w:r>
      <w:proofErr w:type="spellEnd"/>
      <w:r w:rsidRPr="00DC139A">
        <w:rPr>
          <w:rFonts w:cs="Arial"/>
          <w:sz w:val="20"/>
          <w:szCs w:val="20"/>
        </w:rPr>
        <w:t>) obtain</w:t>
      </w:r>
      <w:r>
        <w:rPr>
          <w:rFonts w:cs="Arial"/>
          <w:sz w:val="20"/>
          <w:szCs w:val="20"/>
        </w:rPr>
        <w:t>ed</w:t>
      </w:r>
      <w:r w:rsidRPr="00DC139A">
        <w:rPr>
          <w:rFonts w:cs="Arial"/>
          <w:sz w:val="20"/>
          <w:szCs w:val="20"/>
        </w:rPr>
        <w:t xml:space="preserve"> study‑specific linear predictors for each arm; (ii) convert</w:t>
      </w:r>
      <w:r>
        <w:rPr>
          <w:rFonts w:cs="Arial"/>
          <w:sz w:val="20"/>
          <w:szCs w:val="20"/>
        </w:rPr>
        <w:t>ed</w:t>
      </w:r>
      <w:r w:rsidRPr="00DC139A">
        <w:rPr>
          <w:rFonts w:cs="Arial"/>
          <w:sz w:val="20"/>
          <w:szCs w:val="20"/>
        </w:rPr>
        <w:t xml:space="preserve"> to risks via the inverse‑logit; (iii) form</w:t>
      </w:r>
      <w:r>
        <w:rPr>
          <w:rFonts w:cs="Arial"/>
          <w:sz w:val="20"/>
          <w:szCs w:val="20"/>
        </w:rPr>
        <w:t>ed</w:t>
      </w:r>
      <w:r w:rsidRPr="00DC139A">
        <w:rPr>
          <w:rFonts w:cs="Arial"/>
          <w:sz w:val="20"/>
          <w:szCs w:val="20"/>
        </w:rPr>
        <w:t xml:space="preserve"> the study‑specific RR; (iv) generate</w:t>
      </w:r>
      <w:r>
        <w:rPr>
          <w:rFonts w:cs="Arial"/>
          <w:sz w:val="20"/>
          <w:szCs w:val="20"/>
        </w:rPr>
        <w:t>d</w:t>
      </w:r>
      <w:r w:rsidRPr="00DC139A">
        <w:rPr>
          <w:rFonts w:cs="Arial"/>
          <w:sz w:val="20"/>
          <w:szCs w:val="20"/>
        </w:rPr>
        <w:t xml:space="preserve"> predictive study‑level effects by sampling from the hierarchical random‑effects distribution; (v) t</w:t>
      </w:r>
      <w:r>
        <w:rPr>
          <w:rFonts w:cs="Arial"/>
          <w:sz w:val="20"/>
          <w:szCs w:val="20"/>
        </w:rPr>
        <w:t>ook</w:t>
      </w:r>
      <w:r w:rsidRPr="00DC139A">
        <w:rPr>
          <w:rFonts w:cs="Arial"/>
          <w:sz w:val="20"/>
          <w:szCs w:val="20"/>
        </w:rPr>
        <w:t xml:space="preserve"> the 2.5th and 97.5th percentiles of the resulting RR draws to define the 95% prediction interval (PI). This yields the dispersion of true study effects expected in similar future settings.</w:t>
      </w:r>
      <w:r>
        <w:rPr>
          <w:rFonts w:cs="Arial"/>
          <w:sz w:val="20"/>
          <w:szCs w:val="20"/>
        </w:rPr>
        <w:t xml:space="preserve"> </w:t>
      </w:r>
      <w:r w:rsidRPr="00DC139A">
        <w:rPr>
          <w:rFonts w:cs="Arial"/>
          <w:sz w:val="20"/>
          <w:szCs w:val="20"/>
        </w:rPr>
        <w:t xml:space="preserve"> PIs are reported for each mortality time point alongside the between‑study SD (τ) with 95% credible intervals (</w:t>
      </w:r>
      <w:proofErr w:type="spellStart"/>
      <w:r w:rsidRPr="00DC139A">
        <w:rPr>
          <w:rFonts w:cs="Arial"/>
          <w:sz w:val="20"/>
          <w:szCs w:val="20"/>
        </w:rPr>
        <w:t>CrIs</w:t>
      </w:r>
      <w:proofErr w:type="spellEnd"/>
      <w:r w:rsidRPr="00DC139A">
        <w:rPr>
          <w:rFonts w:cs="Arial"/>
          <w:sz w:val="20"/>
          <w:szCs w:val="20"/>
        </w:rPr>
        <w:t>).</w:t>
      </w:r>
    </w:p>
    <w:p w14:paraId="15EDAA7B" w14:textId="77777777" w:rsidR="00330331" w:rsidRPr="007E0398" w:rsidRDefault="00330331" w:rsidP="00C14D07">
      <w:pPr>
        <w:jc w:val="both"/>
        <w:rPr>
          <w:rFonts w:cs="Arial"/>
        </w:rPr>
      </w:pPr>
    </w:p>
    <w:p w14:paraId="1C8A1C87" w14:textId="77777777" w:rsidR="00330331" w:rsidRPr="007E0398" w:rsidRDefault="00330331" w:rsidP="00C14D07">
      <w:pPr>
        <w:jc w:val="both"/>
        <w:rPr>
          <w:rFonts w:cs="Arial"/>
        </w:rPr>
      </w:pPr>
    </w:p>
    <w:p w14:paraId="20D14097" w14:textId="77777777" w:rsidR="00330331" w:rsidRPr="007E0398" w:rsidRDefault="00330331" w:rsidP="00C14D07">
      <w:pPr>
        <w:jc w:val="both"/>
        <w:rPr>
          <w:rFonts w:cs="Arial"/>
        </w:rPr>
      </w:pPr>
    </w:p>
    <w:p w14:paraId="35AD55A8" w14:textId="77777777" w:rsidR="00330331" w:rsidRPr="007E0398" w:rsidRDefault="00330331" w:rsidP="00C14D07">
      <w:pPr>
        <w:jc w:val="both"/>
        <w:rPr>
          <w:rFonts w:cs="Arial"/>
        </w:rPr>
      </w:pPr>
    </w:p>
    <w:p w14:paraId="223D0465" w14:textId="77777777" w:rsidR="00330331" w:rsidRPr="007E0398" w:rsidRDefault="00330331" w:rsidP="00C14D07">
      <w:pPr>
        <w:jc w:val="both"/>
        <w:rPr>
          <w:rFonts w:cs="Arial"/>
        </w:rPr>
      </w:pPr>
    </w:p>
    <w:p w14:paraId="049E6DF2" w14:textId="77777777" w:rsidR="00330331" w:rsidRPr="007E0398" w:rsidRDefault="00330331" w:rsidP="00C14D07">
      <w:pPr>
        <w:jc w:val="both"/>
        <w:rPr>
          <w:rFonts w:cs="Arial"/>
        </w:rPr>
      </w:pPr>
    </w:p>
    <w:p w14:paraId="12C059A1" w14:textId="11C27C0C" w:rsidR="00330331" w:rsidRPr="007E0398" w:rsidRDefault="00330331" w:rsidP="00330331">
      <w:pPr>
        <w:pStyle w:val="ListParagraph"/>
        <w:numPr>
          <w:ilvl w:val="0"/>
          <w:numId w:val="12"/>
        </w:numPr>
        <w:jc w:val="both"/>
        <w:rPr>
          <w:rFonts w:cs="Arial"/>
        </w:rPr>
      </w:pPr>
      <w:r w:rsidRPr="007E0398">
        <w:rPr>
          <w:rFonts w:cs="Arial"/>
        </w:rPr>
        <w:lastRenderedPageBreak/>
        <w:t>Extended Results</w:t>
      </w:r>
    </w:p>
    <w:p w14:paraId="5996EA3C" w14:textId="77777777" w:rsidR="00330331" w:rsidRPr="007E0398" w:rsidRDefault="00330331" w:rsidP="00330331">
      <w:pPr>
        <w:pStyle w:val="ListParagraph"/>
        <w:jc w:val="both"/>
        <w:rPr>
          <w:rFonts w:cs="Arial"/>
        </w:rPr>
      </w:pPr>
    </w:p>
    <w:p w14:paraId="6E1AF603" w14:textId="77777777" w:rsidR="00330331" w:rsidRPr="007E0398" w:rsidRDefault="00330331" w:rsidP="00330331">
      <w:pPr>
        <w:pStyle w:val="ListParagraph"/>
        <w:rPr>
          <w:rFonts w:cs="Arial"/>
        </w:rPr>
      </w:pPr>
    </w:p>
    <w:p w14:paraId="1B5CCE5F" w14:textId="01BE228D" w:rsidR="00330331" w:rsidRPr="007E0398" w:rsidRDefault="00330331" w:rsidP="00330331">
      <w:pPr>
        <w:pStyle w:val="ListParagraph"/>
        <w:jc w:val="both"/>
        <w:rPr>
          <w:rFonts w:cs="Arial"/>
          <w:sz w:val="20"/>
          <w:szCs w:val="20"/>
        </w:rPr>
      </w:pPr>
      <w:proofErr w:type="spellStart"/>
      <w:r w:rsidRPr="007E0398">
        <w:rPr>
          <w:rFonts w:cs="Arial"/>
          <w:sz w:val="20"/>
          <w:szCs w:val="20"/>
        </w:rPr>
        <w:t>eTable</w:t>
      </w:r>
      <w:proofErr w:type="spellEnd"/>
      <w:r w:rsidRPr="007E0398">
        <w:rPr>
          <w:rFonts w:cs="Arial"/>
          <w:sz w:val="20"/>
          <w:szCs w:val="20"/>
        </w:rPr>
        <w:t xml:space="preserve"> 1: Bayesian output of 28-day mortality data</w:t>
      </w:r>
    </w:p>
    <w:p w14:paraId="2B1C45DA" w14:textId="70B233E1" w:rsidR="00330331" w:rsidRPr="007E0398" w:rsidRDefault="007B1564" w:rsidP="00330331">
      <w:pPr>
        <w:rPr>
          <w:rFonts w:cs="Arial"/>
        </w:rPr>
      </w:pPr>
      <w:r w:rsidRPr="007E0398">
        <w:rPr>
          <w:noProof/>
        </w:rPr>
        <w:drawing>
          <wp:inline distT="0" distB="0" distL="0" distR="0" wp14:anchorId="01812FF7" wp14:editId="01D0D130">
            <wp:extent cx="5486400" cy="1327150"/>
            <wp:effectExtent l="0" t="0" r="0" b="6350"/>
            <wp:docPr id="13968740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327150"/>
                    </a:xfrm>
                    <a:prstGeom prst="rect">
                      <a:avLst/>
                    </a:prstGeom>
                    <a:noFill/>
                    <a:ln>
                      <a:noFill/>
                    </a:ln>
                  </pic:spPr>
                </pic:pic>
              </a:graphicData>
            </a:graphic>
          </wp:inline>
        </w:drawing>
      </w:r>
    </w:p>
    <w:p w14:paraId="127E2B4D" w14:textId="77777777" w:rsidR="00330331" w:rsidRPr="007E0398" w:rsidRDefault="00330331" w:rsidP="00330331">
      <w:pPr>
        <w:pStyle w:val="ListParagraph"/>
        <w:rPr>
          <w:rFonts w:cs="Arial"/>
        </w:rPr>
      </w:pPr>
    </w:p>
    <w:p w14:paraId="1C799430" w14:textId="29EA37FB" w:rsidR="00330331" w:rsidRPr="007E0398" w:rsidRDefault="00330331" w:rsidP="00330331">
      <w:pPr>
        <w:pStyle w:val="ListParagraph"/>
        <w:jc w:val="both"/>
        <w:rPr>
          <w:rFonts w:cs="Arial"/>
          <w:sz w:val="20"/>
          <w:szCs w:val="20"/>
        </w:rPr>
      </w:pPr>
      <w:proofErr w:type="spellStart"/>
      <w:r w:rsidRPr="007E0398">
        <w:rPr>
          <w:rFonts w:cs="Arial"/>
          <w:sz w:val="20"/>
          <w:szCs w:val="20"/>
        </w:rPr>
        <w:t>eTable</w:t>
      </w:r>
      <w:proofErr w:type="spellEnd"/>
      <w:r w:rsidRPr="007E0398">
        <w:rPr>
          <w:rFonts w:cs="Arial"/>
          <w:sz w:val="20"/>
          <w:szCs w:val="20"/>
        </w:rPr>
        <w:t xml:space="preserve"> 2: Bayesian output of 90-day mortality data</w:t>
      </w:r>
    </w:p>
    <w:p w14:paraId="4DB82007" w14:textId="517C8AFF" w:rsidR="0015566F" w:rsidRPr="007E0398" w:rsidRDefault="00330331" w:rsidP="0015566F">
      <w:r w:rsidRPr="007E0398">
        <w:rPr>
          <w:noProof/>
        </w:rPr>
        <w:drawing>
          <wp:inline distT="0" distB="0" distL="0" distR="0" wp14:anchorId="228CAEB2" wp14:editId="55D3254B">
            <wp:extent cx="5486400" cy="1351280"/>
            <wp:effectExtent l="0" t="0" r="0" b="1270"/>
            <wp:docPr id="1369994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351280"/>
                    </a:xfrm>
                    <a:prstGeom prst="rect">
                      <a:avLst/>
                    </a:prstGeom>
                    <a:noFill/>
                    <a:ln>
                      <a:noFill/>
                    </a:ln>
                  </pic:spPr>
                </pic:pic>
              </a:graphicData>
            </a:graphic>
          </wp:inline>
        </w:drawing>
      </w:r>
    </w:p>
    <w:p w14:paraId="5469102E" w14:textId="77777777" w:rsidR="0015566F" w:rsidRPr="007E0398" w:rsidRDefault="0015566F" w:rsidP="0015566F"/>
    <w:p w14:paraId="5472B798" w14:textId="77777777" w:rsidR="00330331" w:rsidRPr="007E0398" w:rsidRDefault="00330331" w:rsidP="0015566F"/>
    <w:p w14:paraId="4C775610" w14:textId="77777777" w:rsidR="00330331" w:rsidRPr="007E0398" w:rsidRDefault="00330331" w:rsidP="0015566F"/>
    <w:p w14:paraId="045F1D22" w14:textId="77777777" w:rsidR="00330331" w:rsidRPr="007E0398" w:rsidRDefault="00330331" w:rsidP="0015566F"/>
    <w:p w14:paraId="5E57E0A3" w14:textId="77777777" w:rsidR="00330331" w:rsidRPr="007E0398" w:rsidRDefault="00330331" w:rsidP="0015566F"/>
    <w:p w14:paraId="131B1A6B" w14:textId="77777777" w:rsidR="00330331" w:rsidRPr="007E0398" w:rsidRDefault="00330331" w:rsidP="0015566F"/>
    <w:p w14:paraId="201CE751" w14:textId="77777777" w:rsidR="00330331" w:rsidRPr="007E0398" w:rsidRDefault="00330331" w:rsidP="0015566F"/>
    <w:p w14:paraId="0D5D1CBE" w14:textId="77777777" w:rsidR="00330331" w:rsidRPr="007E0398" w:rsidRDefault="00330331" w:rsidP="0015566F"/>
    <w:p w14:paraId="36C86823" w14:textId="77777777" w:rsidR="00330331" w:rsidRPr="007E0398" w:rsidRDefault="00330331" w:rsidP="0015566F"/>
    <w:p w14:paraId="2E7DCF3F" w14:textId="77777777" w:rsidR="00330331" w:rsidRPr="007E0398" w:rsidRDefault="00330331" w:rsidP="0015566F"/>
    <w:p w14:paraId="10884BE8" w14:textId="77777777" w:rsidR="00330331" w:rsidRPr="007E0398" w:rsidRDefault="00330331" w:rsidP="0015566F"/>
    <w:p w14:paraId="619376B1" w14:textId="77777777" w:rsidR="00330331" w:rsidRPr="007E0398" w:rsidRDefault="00330331" w:rsidP="0015566F"/>
    <w:p w14:paraId="557D1D23" w14:textId="45ECC139" w:rsidR="00330331" w:rsidRPr="007E0398" w:rsidRDefault="00330331" w:rsidP="00330331">
      <w:pPr>
        <w:pStyle w:val="ListParagraph"/>
        <w:numPr>
          <w:ilvl w:val="0"/>
          <w:numId w:val="12"/>
        </w:numPr>
        <w:rPr>
          <w:rFonts w:cs="Arial"/>
        </w:rPr>
      </w:pPr>
      <w:r w:rsidRPr="007E0398">
        <w:rPr>
          <w:rFonts w:cs="Arial"/>
        </w:rPr>
        <w:lastRenderedPageBreak/>
        <w:t>Diagnostics and posterior predictive checks</w:t>
      </w:r>
    </w:p>
    <w:p w14:paraId="050B2C2C" w14:textId="77777777" w:rsidR="007E0398" w:rsidRDefault="007E0398" w:rsidP="007E0398">
      <w:pPr>
        <w:rPr>
          <w:rFonts w:ascii="Arial" w:hAnsi="Arial" w:cs="Arial"/>
        </w:rPr>
      </w:pPr>
    </w:p>
    <w:p w14:paraId="5E0634C6" w14:textId="37A5ECE1" w:rsidR="007E0398" w:rsidRDefault="007E0398" w:rsidP="007E0398">
      <w:pPr>
        <w:spacing w:line="480" w:lineRule="auto"/>
        <w:jc w:val="both"/>
      </w:pPr>
      <w:r w:rsidRPr="00C642A0">
        <w:t>Model diagnostics and fit — Primary models demonstrated perfect convergence (all R̂</w:t>
      </w:r>
      <w:r>
        <w:t>~</w:t>
      </w:r>
      <w:r w:rsidRPr="00C642A0">
        <w:t xml:space="preserve"> 1.00; minimum bulk ESS = 13,532; minimum tail ESS = 16,412) with zero divergent transitions and all E-BFMI &gt; 0.70. Leave-one-out sensitivity analyses </w:t>
      </w:r>
      <w:r>
        <w:t>yielded</w:t>
      </w:r>
      <w:r w:rsidRPr="00C642A0">
        <w:t xml:space="preserve"> negligible (&lt;0.001%) divergences in 4/8 models, likely due to stochastic HMC noise in high-curvature regions. Posterior predictive checks confirmed excellent calibration at the pooled level (global PPC p</w:t>
      </w:r>
      <w:r>
        <w:t xml:space="preserve"> </w:t>
      </w:r>
      <w:r w:rsidRPr="00C642A0">
        <w:t>values: 28-day = 0.49, 90-day = 0.50)</w:t>
      </w:r>
      <w:r>
        <w:t>,</w:t>
      </w:r>
      <w:r w:rsidRPr="00C642A0">
        <w:t xml:space="preserve"> with good visual agreement in density and CDF overlays. While per-arm 90% PPI coverage was modest (~50%), this reflects the limited number of study arms (n = 8) for each endpoint rather than model misspecification, as evidenced by accurate pooled-effect recovery. </w:t>
      </w:r>
    </w:p>
    <w:p w14:paraId="2FA4A99B" w14:textId="5B0B62E5" w:rsidR="00DC139A" w:rsidRPr="0010545B" w:rsidRDefault="0010545B" w:rsidP="007E0398">
      <w:pPr>
        <w:spacing w:line="480" w:lineRule="auto"/>
        <w:jc w:val="both"/>
        <w:rPr>
          <w:rFonts w:cs="Arial"/>
        </w:rPr>
      </w:pPr>
      <w:r w:rsidRPr="0010545B">
        <w:rPr>
          <w:rFonts w:cs="Arial"/>
        </w:rPr>
        <w:t xml:space="preserve">Random-effects correlation - Posterior correlations between study intercepts and treatment effects were near zero with wide uncertainty (28-day −0.206, 95% </w:t>
      </w:r>
      <w:proofErr w:type="spellStart"/>
      <w:r w:rsidRPr="0010545B">
        <w:rPr>
          <w:rFonts w:cs="Arial"/>
        </w:rPr>
        <w:t>CrI</w:t>
      </w:r>
      <w:proofErr w:type="spellEnd"/>
      <w:r w:rsidRPr="0010545B">
        <w:rPr>
          <w:rFonts w:cs="Arial"/>
        </w:rPr>
        <w:t xml:space="preserve"> −0.888 to 0.724; 90-day −0.247, 95% </w:t>
      </w:r>
      <w:proofErr w:type="spellStart"/>
      <w:r w:rsidRPr="0010545B">
        <w:rPr>
          <w:rFonts w:cs="Arial"/>
        </w:rPr>
        <w:t>CrI</w:t>
      </w:r>
      <w:proofErr w:type="spellEnd"/>
      <w:r w:rsidRPr="0010545B">
        <w:rPr>
          <w:rFonts w:cs="Arial"/>
        </w:rPr>
        <w:t xml:space="preserve"> −0.900 to 0.706), indicating no substantial dependence.</w:t>
      </w:r>
    </w:p>
    <w:p w14:paraId="639EBC8E" w14:textId="4BDA9FC4" w:rsidR="007B1564" w:rsidRDefault="007B1564" w:rsidP="007B1564">
      <w:pPr>
        <w:rPr>
          <w:rFonts w:ascii="Arial" w:hAnsi="Arial" w:cs="Arial"/>
          <w:sz w:val="20"/>
          <w:szCs w:val="20"/>
        </w:rPr>
      </w:pPr>
      <w:proofErr w:type="spellStart"/>
      <w:r>
        <w:rPr>
          <w:rFonts w:ascii="Arial" w:hAnsi="Arial" w:cs="Arial"/>
          <w:sz w:val="20"/>
          <w:szCs w:val="20"/>
        </w:rPr>
        <w:t>eTable</w:t>
      </w:r>
      <w:proofErr w:type="spellEnd"/>
      <w:r>
        <w:rPr>
          <w:rFonts w:ascii="Arial" w:hAnsi="Arial" w:cs="Arial"/>
          <w:sz w:val="20"/>
          <w:szCs w:val="20"/>
        </w:rPr>
        <w:t xml:space="preserve"> 3: </w:t>
      </w:r>
      <w:r w:rsidR="00387681">
        <w:rPr>
          <w:rFonts w:ascii="Arial" w:hAnsi="Arial" w:cs="Arial"/>
          <w:sz w:val="20"/>
          <w:szCs w:val="20"/>
        </w:rPr>
        <w:t>Diagnostics</w:t>
      </w:r>
      <w:r>
        <w:rPr>
          <w:rFonts w:ascii="Arial" w:hAnsi="Arial" w:cs="Arial"/>
          <w:sz w:val="20"/>
          <w:szCs w:val="20"/>
        </w:rPr>
        <w:t xml:space="preserve"> summary for the 28-day mortality models</w:t>
      </w:r>
    </w:p>
    <w:p w14:paraId="24CFAE13" w14:textId="3A54DEFE" w:rsidR="007B1564" w:rsidRPr="007B1564" w:rsidRDefault="007B1564" w:rsidP="007B1564">
      <w:pPr>
        <w:rPr>
          <w:rFonts w:ascii="Arial" w:hAnsi="Arial" w:cs="Arial"/>
          <w:sz w:val="20"/>
          <w:szCs w:val="20"/>
        </w:rPr>
      </w:pPr>
      <w:r w:rsidRPr="007B1564">
        <w:rPr>
          <w:noProof/>
        </w:rPr>
        <w:drawing>
          <wp:inline distT="0" distB="0" distL="0" distR="0" wp14:anchorId="2E968C63" wp14:editId="79DF451A">
            <wp:extent cx="5486400" cy="1094740"/>
            <wp:effectExtent l="0" t="0" r="0" b="0"/>
            <wp:docPr id="375842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094740"/>
                    </a:xfrm>
                    <a:prstGeom prst="rect">
                      <a:avLst/>
                    </a:prstGeom>
                    <a:noFill/>
                    <a:ln>
                      <a:noFill/>
                    </a:ln>
                  </pic:spPr>
                </pic:pic>
              </a:graphicData>
            </a:graphic>
          </wp:inline>
        </w:drawing>
      </w:r>
    </w:p>
    <w:p w14:paraId="1CD26DD9" w14:textId="6902CBE8" w:rsidR="007B1564" w:rsidRDefault="007B1564" w:rsidP="007B1564">
      <w:pPr>
        <w:rPr>
          <w:rFonts w:ascii="Arial" w:hAnsi="Arial" w:cs="Arial"/>
          <w:sz w:val="20"/>
          <w:szCs w:val="20"/>
        </w:rPr>
      </w:pPr>
      <w:proofErr w:type="spellStart"/>
      <w:r>
        <w:rPr>
          <w:rFonts w:ascii="Arial" w:hAnsi="Arial" w:cs="Arial"/>
          <w:sz w:val="20"/>
          <w:szCs w:val="20"/>
        </w:rPr>
        <w:t>eTable</w:t>
      </w:r>
      <w:proofErr w:type="spellEnd"/>
      <w:r>
        <w:rPr>
          <w:rFonts w:ascii="Arial" w:hAnsi="Arial" w:cs="Arial"/>
          <w:sz w:val="20"/>
          <w:szCs w:val="20"/>
        </w:rPr>
        <w:t xml:space="preserve"> 4: </w:t>
      </w:r>
      <w:r w:rsidR="00387681">
        <w:rPr>
          <w:rFonts w:ascii="Arial" w:hAnsi="Arial" w:cs="Arial"/>
          <w:sz w:val="20"/>
          <w:szCs w:val="20"/>
        </w:rPr>
        <w:t>Diagnostics</w:t>
      </w:r>
      <w:r>
        <w:rPr>
          <w:rFonts w:ascii="Arial" w:hAnsi="Arial" w:cs="Arial"/>
          <w:sz w:val="20"/>
          <w:szCs w:val="20"/>
        </w:rPr>
        <w:t xml:space="preserve"> summary for the 90-day mortality models</w:t>
      </w:r>
    </w:p>
    <w:p w14:paraId="5FCC074F" w14:textId="77777777" w:rsidR="0010545B" w:rsidRDefault="007B1564" w:rsidP="0015566F">
      <w:r w:rsidRPr="007B1564">
        <w:rPr>
          <w:noProof/>
        </w:rPr>
        <w:drawing>
          <wp:inline distT="0" distB="0" distL="0" distR="0" wp14:anchorId="11AFD41D" wp14:editId="4B063E4F">
            <wp:extent cx="5486400" cy="1095375"/>
            <wp:effectExtent l="0" t="0" r="0" b="9525"/>
            <wp:docPr id="1483602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095375"/>
                    </a:xfrm>
                    <a:prstGeom prst="rect">
                      <a:avLst/>
                    </a:prstGeom>
                    <a:noFill/>
                    <a:ln>
                      <a:noFill/>
                    </a:ln>
                  </pic:spPr>
                </pic:pic>
              </a:graphicData>
            </a:graphic>
          </wp:inline>
        </w:drawing>
      </w:r>
    </w:p>
    <w:p w14:paraId="7BF0E02E" w14:textId="77777777" w:rsidR="00DC139A" w:rsidRDefault="00DC139A" w:rsidP="0015566F"/>
    <w:p w14:paraId="6F2698B6" w14:textId="2804EB85" w:rsidR="00330331" w:rsidRDefault="007B1564" w:rsidP="0015566F">
      <w:proofErr w:type="spellStart"/>
      <w:r>
        <w:lastRenderedPageBreak/>
        <w:t>eFigure</w:t>
      </w:r>
      <w:proofErr w:type="spellEnd"/>
      <w:r>
        <w:t xml:space="preserve"> 1: </w:t>
      </w:r>
      <w:r w:rsidR="00387681">
        <w:t>Visual</w:t>
      </w:r>
      <w:r>
        <w:t xml:space="preserve"> PCC checks for the 28-day mortality models</w:t>
      </w:r>
    </w:p>
    <w:p w14:paraId="110240D3" w14:textId="2823CC58" w:rsidR="007B1564" w:rsidRPr="0073036D" w:rsidRDefault="00387681" w:rsidP="00387681">
      <w:pPr>
        <w:jc w:val="center"/>
      </w:pPr>
      <w:r>
        <w:rPr>
          <w:noProof/>
        </w:rPr>
        <w:drawing>
          <wp:inline distT="0" distB="0" distL="0" distR="0" wp14:anchorId="00632643" wp14:editId="20175FFB">
            <wp:extent cx="5486400" cy="1374140"/>
            <wp:effectExtent l="0" t="0" r="0" b="0"/>
            <wp:docPr id="10684011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374140"/>
                    </a:xfrm>
                    <a:prstGeom prst="rect">
                      <a:avLst/>
                    </a:prstGeom>
                    <a:noFill/>
                    <a:ln>
                      <a:noFill/>
                    </a:ln>
                  </pic:spPr>
                </pic:pic>
              </a:graphicData>
            </a:graphic>
          </wp:inline>
        </w:drawing>
      </w:r>
    </w:p>
    <w:p w14:paraId="2ED75EFB" w14:textId="6D53186A" w:rsidR="0015566F" w:rsidRDefault="00387681" w:rsidP="00387681">
      <w:pPr>
        <w:jc w:val="both"/>
        <w:rPr>
          <w:rFonts w:ascii="Arial" w:hAnsi="Arial" w:cs="Arial"/>
          <w:sz w:val="16"/>
          <w:szCs w:val="16"/>
        </w:rPr>
      </w:pPr>
      <w:r w:rsidRPr="00387681">
        <w:rPr>
          <w:rFonts w:ascii="Arial" w:hAnsi="Arial" w:cs="Arial"/>
          <w:sz w:val="16"/>
          <w:szCs w:val="16"/>
        </w:rPr>
        <w:t>Note: The images display posterior predictive checks (PPCs) that show how well the model's posterior predictions (light blue) match the observed data (dark blue dots) across three different metrics: density, empirical cumulative distribution function (ECDF), and a plot comparing the mean versus standard deviation of the predicted datasets.</w:t>
      </w:r>
    </w:p>
    <w:p w14:paraId="0835E495" w14:textId="77777777" w:rsidR="007E0398" w:rsidRDefault="007E0398" w:rsidP="00387681">
      <w:pPr>
        <w:jc w:val="both"/>
        <w:rPr>
          <w:rFonts w:ascii="Arial" w:hAnsi="Arial" w:cs="Arial"/>
          <w:sz w:val="16"/>
          <w:szCs w:val="16"/>
        </w:rPr>
      </w:pPr>
    </w:p>
    <w:p w14:paraId="042F1C98" w14:textId="77777777" w:rsidR="007E0398" w:rsidRPr="00387681" w:rsidRDefault="007E0398" w:rsidP="00387681">
      <w:pPr>
        <w:jc w:val="both"/>
        <w:rPr>
          <w:rFonts w:ascii="Arial" w:hAnsi="Arial" w:cs="Arial"/>
          <w:sz w:val="16"/>
          <w:szCs w:val="16"/>
        </w:rPr>
      </w:pPr>
    </w:p>
    <w:p w14:paraId="4D3ED4C9" w14:textId="2D5973D3" w:rsidR="00387681" w:rsidRDefault="00387681" w:rsidP="00387681">
      <w:proofErr w:type="spellStart"/>
      <w:r>
        <w:t>eFigure</w:t>
      </w:r>
      <w:proofErr w:type="spellEnd"/>
      <w:r>
        <w:t xml:space="preserve"> 2: Visual PCC checks for the 90-day mortality models</w:t>
      </w:r>
    </w:p>
    <w:p w14:paraId="0EF05789" w14:textId="1ED217F4" w:rsidR="00330331" w:rsidRDefault="00387681" w:rsidP="0015566F">
      <w:r>
        <w:rPr>
          <w:noProof/>
        </w:rPr>
        <w:drawing>
          <wp:inline distT="0" distB="0" distL="0" distR="0" wp14:anchorId="7CEDA1BC" wp14:editId="5D5FEED2">
            <wp:extent cx="5486400" cy="1374134"/>
            <wp:effectExtent l="0" t="0" r="0" b="0"/>
            <wp:docPr id="13799066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374134"/>
                    </a:xfrm>
                    <a:prstGeom prst="rect">
                      <a:avLst/>
                    </a:prstGeom>
                    <a:noFill/>
                    <a:ln>
                      <a:noFill/>
                    </a:ln>
                  </pic:spPr>
                </pic:pic>
              </a:graphicData>
            </a:graphic>
          </wp:inline>
        </w:drawing>
      </w:r>
    </w:p>
    <w:p w14:paraId="2B40DED6" w14:textId="77777777" w:rsidR="00387681" w:rsidRPr="00387681" w:rsidRDefault="00387681" w:rsidP="00387681">
      <w:pPr>
        <w:jc w:val="both"/>
        <w:rPr>
          <w:rFonts w:ascii="Arial" w:hAnsi="Arial" w:cs="Arial"/>
          <w:sz w:val="16"/>
          <w:szCs w:val="16"/>
        </w:rPr>
      </w:pPr>
      <w:r w:rsidRPr="00387681">
        <w:rPr>
          <w:rFonts w:ascii="Arial" w:hAnsi="Arial" w:cs="Arial"/>
          <w:sz w:val="16"/>
          <w:szCs w:val="16"/>
        </w:rPr>
        <w:t>Note: The images display posterior predictive checks (PPCs) that show how well the model's posterior predictions (light blue) match the observed data (dark blue dots) across three different metrics: density, empirical cumulative distribution function (ECDF), and a plot comparing the mean versus standard deviation of the predicted datasets.</w:t>
      </w:r>
    </w:p>
    <w:p w14:paraId="4066296B" w14:textId="77777777" w:rsidR="007E0398" w:rsidRPr="007E0398" w:rsidRDefault="007E0398" w:rsidP="007E0398">
      <w:pPr>
        <w:rPr>
          <w:rFonts w:ascii="Arial" w:hAnsi="Arial" w:cs="Arial"/>
        </w:rPr>
      </w:pPr>
    </w:p>
    <w:p w14:paraId="2E0E7B09" w14:textId="2EE2DD30" w:rsidR="007E0398" w:rsidRPr="00DC139A" w:rsidRDefault="00DC139A" w:rsidP="00DC139A">
      <w:pPr>
        <w:rPr>
          <w:rFonts w:cs="Arial"/>
          <w:sz w:val="20"/>
          <w:szCs w:val="20"/>
        </w:rPr>
      </w:pPr>
      <w:proofErr w:type="spellStart"/>
      <w:r w:rsidRPr="00DC139A">
        <w:rPr>
          <w:rFonts w:cs="Arial"/>
          <w:sz w:val="20"/>
          <w:szCs w:val="20"/>
        </w:rPr>
        <w:t>eTable</w:t>
      </w:r>
      <w:proofErr w:type="spellEnd"/>
      <w:r w:rsidRPr="00DC139A">
        <w:rPr>
          <w:rFonts w:cs="Arial"/>
          <w:sz w:val="20"/>
          <w:szCs w:val="20"/>
        </w:rPr>
        <w:t xml:space="preserve"> 5: Heterogeneity (τ) and prediction intervals (RR scale)</w:t>
      </w:r>
    </w:p>
    <w:p w14:paraId="27E835A4" w14:textId="77777777" w:rsidR="007E0398" w:rsidRPr="00DC139A" w:rsidRDefault="007E0398" w:rsidP="00DC139A">
      <w:pPr>
        <w:rPr>
          <w:rFonts w:cs="Arial"/>
          <w:sz w:val="20"/>
          <w:szCs w:val="20"/>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6"/>
        <w:gridCol w:w="544"/>
        <w:gridCol w:w="1128"/>
        <w:gridCol w:w="1143"/>
      </w:tblGrid>
      <w:tr w:rsidR="00DC139A" w:rsidRPr="00DC139A" w14:paraId="6B05C9B3" w14:textId="77777777" w:rsidTr="00DC139A">
        <w:trPr>
          <w:tblCellSpacing w:w="15" w:type="dxa"/>
          <w:jc w:val="center"/>
        </w:trPr>
        <w:tc>
          <w:tcPr>
            <w:tcW w:w="0" w:type="auto"/>
            <w:vAlign w:val="center"/>
            <w:hideMark/>
          </w:tcPr>
          <w:p w14:paraId="56584FB6" w14:textId="77777777" w:rsidR="00DC139A" w:rsidRPr="00DC139A" w:rsidRDefault="00DC139A" w:rsidP="00DC139A">
            <w:pPr>
              <w:rPr>
                <w:rFonts w:cs="Arial"/>
                <w:sz w:val="20"/>
                <w:szCs w:val="20"/>
              </w:rPr>
            </w:pPr>
            <w:r w:rsidRPr="00DC139A">
              <w:rPr>
                <w:rFonts w:cs="Arial"/>
                <w:sz w:val="20"/>
                <w:szCs w:val="20"/>
              </w:rPr>
              <w:t>Endpoint</w:t>
            </w:r>
          </w:p>
        </w:tc>
        <w:tc>
          <w:tcPr>
            <w:tcW w:w="0" w:type="auto"/>
            <w:vAlign w:val="center"/>
            <w:hideMark/>
          </w:tcPr>
          <w:p w14:paraId="14F6DB93" w14:textId="77777777" w:rsidR="00DC139A" w:rsidRPr="00DC139A" w:rsidRDefault="00DC139A" w:rsidP="00DC139A">
            <w:pPr>
              <w:rPr>
                <w:rFonts w:cs="Arial"/>
                <w:sz w:val="20"/>
                <w:szCs w:val="20"/>
              </w:rPr>
            </w:pPr>
            <w:r w:rsidRPr="00DC139A">
              <w:rPr>
                <w:rFonts w:cs="Arial"/>
                <w:sz w:val="20"/>
                <w:szCs w:val="20"/>
              </w:rPr>
              <w:t>τ</w:t>
            </w:r>
          </w:p>
        </w:tc>
        <w:tc>
          <w:tcPr>
            <w:tcW w:w="0" w:type="auto"/>
            <w:vAlign w:val="center"/>
            <w:hideMark/>
          </w:tcPr>
          <w:p w14:paraId="5D5263CD" w14:textId="77777777" w:rsidR="00DC139A" w:rsidRPr="00DC139A" w:rsidRDefault="00DC139A" w:rsidP="00DC139A">
            <w:pPr>
              <w:rPr>
                <w:rFonts w:cs="Arial"/>
                <w:sz w:val="20"/>
                <w:szCs w:val="20"/>
              </w:rPr>
            </w:pPr>
            <w:r w:rsidRPr="00DC139A">
              <w:rPr>
                <w:rFonts w:cs="Arial"/>
                <w:sz w:val="20"/>
                <w:szCs w:val="20"/>
              </w:rPr>
              <w:t xml:space="preserve">95% </w:t>
            </w:r>
            <w:proofErr w:type="spellStart"/>
            <w:r w:rsidRPr="00DC139A">
              <w:rPr>
                <w:rFonts w:cs="Arial"/>
                <w:sz w:val="20"/>
                <w:szCs w:val="20"/>
              </w:rPr>
              <w:t>CrI</w:t>
            </w:r>
            <w:proofErr w:type="spellEnd"/>
            <w:r w:rsidRPr="00DC139A">
              <w:rPr>
                <w:rFonts w:cs="Arial"/>
                <w:sz w:val="20"/>
                <w:szCs w:val="20"/>
              </w:rPr>
              <w:t xml:space="preserve"> (τ)</w:t>
            </w:r>
          </w:p>
        </w:tc>
        <w:tc>
          <w:tcPr>
            <w:tcW w:w="0" w:type="auto"/>
            <w:vAlign w:val="center"/>
            <w:hideMark/>
          </w:tcPr>
          <w:p w14:paraId="3CCBA1AA" w14:textId="77777777" w:rsidR="00DC139A" w:rsidRPr="00DC139A" w:rsidRDefault="00DC139A" w:rsidP="00DC139A">
            <w:pPr>
              <w:rPr>
                <w:rFonts w:cs="Arial"/>
                <w:sz w:val="20"/>
                <w:szCs w:val="20"/>
              </w:rPr>
            </w:pPr>
            <w:r w:rsidRPr="00DC139A">
              <w:rPr>
                <w:rFonts w:cs="Arial"/>
                <w:sz w:val="20"/>
                <w:szCs w:val="20"/>
              </w:rPr>
              <w:t>95% PI (RR)</w:t>
            </w:r>
          </w:p>
        </w:tc>
      </w:tr>
      <w:tr w:rsidR="00DC139A" w:rsidRPr="00DC139A" w14:paraId="59C503A9" w14:textId="77777777" w:rsidTr="00DC139A">
        <w:trPr>
          <w:tblCellSpacing w:w="15" w:type="dxa"/>
          <w:jc w:val="center"/>
        </w:trPr>
        <w:tc>
          <w:tcPr>
            <w:tcW w:w="0" w:type="auto"/>
            <w:vAlign w:val="center"/>
            <w:hideMark/>
          </w:tcPr>
          <w:p w14:paraId="5817DB27" w14:textId="77777777" w:rsidR="00DC139A" w:rsidRPr="00DC139A" w:rsidRDefault="00DC139A" w:rsidP="00DC139A">
            <w:pPr>
              <w:rPr>
                <w:rFonts w:cs="Arial"/>
                <w:sz w:val="20"/>
                <w:szCs w:val="20"/>
              </w:rPr>
            </w:pPr>
            <w:r w:rsidRPr="00DC139A">
              <w:rPr>
                <w:rFonts w:cs="Arial"/>
                <w:sz w:val="20"/>
                <w:szCs w:val="20"/>
              </w:rPr>
              <w:t>28</w:t>
            </w:r>
            <w:r w:rsidRPr="00DC139A">
              <w:rPr>
                <w:rFonts w:cs="Arial"/>
                <w:sz w:val="20"/>
                <w:szCs w:val="20"/>
              </w:rPr>
              <w:noBreakHyphen/>
              <w:t>day mortality</w:t>
            </w:r>
          </w:p>
        </w:tc>
        <w:tc>
          <w:tcPr>
            <w:tcW w:w="0" w:type="auto"/>
            <w:vAlign w:val="center"/>
            <w:hideMark/>
          </w:tcPr>
          <w:p w14:paraId="263F3C37" w14:textId="77777777" w:rsidR="00DC139A" w:rsidRPr="00DC139A" w:rsidRDefault="00DC139A" w:rsidP="00DC139A">
            <w:pPr>
              <w:rPr>
                <w:rFonts w:cs="Arial"/>
                <w:sz w:val="20"/>
                <w:szCs w:val="20"/>
              </w:rPr>
            </w:pPr>
            <w:r w:rsidRPr="00DC139A">
              <w:rPr>
                <w:rFonts w:cs="Arial"/>
                <w:sz w:val="20"/>
                <w:szCs w:val="20"/>
              </w:rPr>
              <w:t>0.133</w:t>
            </w:r>
          </w:p>
        </w:tc>
        <w:tc>
          <w:tcPr>
            <w:tcW w:w="0" w:type="auto"/>
            <w:vAlign w:val="center"/>
            <w:hideMark/>
          </w:tcPr>
          <w:p w14:paraId="62F5C3AC" w14:textId="77777777" w:rsidR="00DC139A" w:rsidRPr="00DC139A" w:rsidRDefault="00DC139A" w:rsidP="00DC139A">
            <w:pPr>
              <w:rPr>
                <w:rFonts w:cs="Arial"/>
                <w:sz w:val="20"/>
                <w:szCs w:val="20"/>
              </w:rPr>
            </w:pPr>
            <w:r w:rsidRPr="00DC139A">
              <w:rPr>
                <w:rFonts w:cs="Arial"/>
                <w:sz w:val="20"/>
                <w:szCs w:val="20"/>
              </w:rPr>
              <w:t>0.006–0.716</w:t>
            </w:r>
          </w:p>
        </w:tc>
        <w:tc>
          <w:tcPr>
            <w:tcW w:w="0" w:type="auto"/>
            <w:vAlign w:val="center"/>
            <w:hideMark/>
          </w:tcPr>
          <w:p w14:paraId="09609872" w14:textId="77777777" w:rsidR="00DC139A" w:rsidRPr="00DC139A" w:rsidRDefault="00DC139A" w:rsidP="00DC139A">
            <w:pPr>
              <w:rPr>
                <w:rFonts w:cs="Arial"/>
                <w:sz w:val="20"/>
                <w:szCs w:val="20"/>
              </w:rPr>
            </w:pPr>
            <w:r w:rsidRPr="00DC139A">
              <w:rPr>
                <w:rFonts w:cs="Arial"/>
                <w:sz w:val="20"/>
                <w:szCs w:val="20"/>
              </w:rPr>
              <w:t>0.728–1.659</w:t>
            </w:r>
          </w:p>
        </w:tc>
      </w:tr>
      <w:tr w:rsidR="00DC139A" w:rsidRPr="00DC139A" w14:paraId="77B1B766" w14:textId="77777777" w:rsidTr="00DC139A">
        <w:trPr>
          <w:tblCellSpacing w:w="15" w:type="dxa"/>
          <w:jc w:val="center"/>
        </w:trPr>
        <w:tc>
          <w:tcPr>
            <w:tcW w:w="0" w:type="auto"/>
            <w:vAlign w:val="center"/>
            <w:hideMark/>
          </w:tcPr>
          <w:p w14:paraId="762A57B6" w14:textId="77777777" w:rsidR="00DC139A" w:rsidRPr="00DC139A" w:rsidRDefault="00DC139A" w:rsidP="00DC139A">
            <w:pPr>
              <w:rPr>
                <w:rFonts w:cs="Arial"/>
                <w:sz w:val="20"/>
                <w:szCs w:val="20"/>
              </w:rPr>
            </w:pPr>
            <w:r w:rsidRPr="00DC139A">
              <w:rPr>
                <w:rFonts w:cs="Arial"/>
                <w:sz w:val="20"/>
                <w:szCs w:val="20"/>
              </w:rPr>
              <w:t>90</w:t>
            </w:r>
            <w:r w:rsidRPr="00DC139A">
              <w:rPr>
                <w:rFonts w:cs="Arial"/>
                <w:sz w:val="20"/>
                <w:szCs w:val="20"/>
              </w:rPr>
              <w:noBreakHyphen/>
              <w:t>day mortality</w:t>
            </w:r>
          </w:p>
        </w:tc>
        <w:tc>
          <w:tcPr>
            <w:tcW w:w="0" w:type="auto"/>
            <w:vAlign w:val="center"/>
            <w:hideMark/>
          </w:tcPr>
          <w:p w14:paraId="5173E1D8" w14:textId="77777777" w:rsidR="00DC139A" w:rsidRPr="00DC139A" w:rsidRDefault="00DC139A" w:rsidP="00DC139A">
            <w:pPr>
              <w:rPr>
                <w:rFonts w:cs="Arial"/>
                <w:sz w:val="20"/>
                <w:szCs w:val="20"/>
              </w:rPr>
            </w:pPr>
            <w:r w:rsidRPr="00DC139A">
              <w:rPr>
                <w:rFonts w:cs="Arial"/>
                <w:sz w:val="20"/>
                <w:szCs w:val="20"/>
              </w:rPr>
              <w:t>0.147</w:t>
            </w:r>
          </w:p>
        </w:tc>
        <w:tc>
          <w:tcPr>
            <w:tcW w:w="0" w:type="auto"/>
            <w:vAlign w:val="center"/>
            <w:hideMark/>
          </w:tcPr>
          <w:p w14:paraId="65ABF7B4" w14:textId="77777777" w:rsidR="00DC139A" w:rsidRPr="00DC139A" w:rsidRDefault="00DC139A" w:rsidP="00DC139A">
            <w:pPr>
              <w:rPr>
                <w:rFonts w:cs="Arial"/>
                <w:sz w:val="20"/>
                <w:szCs w:val="20"/>
              </w:rPr>
            </w:pPr>
            <w:r w:rsidRPr="00DC139A">
              <w:rPr>
                <w:rFonts w:cs="Arial"/>
                <w:sz w:val="20"/>
                <w:szCs w:val="20"/>
              </w:rPr>
              <w:t>0.007–0.745</w:t>
            </w:r>
          </w:p>
        </w:tc>
        <w:tc>
          <w:tcPr>
            <w:tcW w:w="0" w:type="auto"/>
            <w:vAlign w:val="center"/>
            <w:hideMark/>
          </w:tcPr>
          <w:p w14:paraId="114AA53C" w14:textId="77777777" w:rsidR="00DC139A" w:rsidRPr="00DC139A" w:rsidRDefault="00DC139A" w:rsidP="00DC139A">
            <w:pPr>
              <w:rPr>
                <w:rFonts w:cs="Arial"/>
                <w:sz w:val="20"/>
                <w:szCs w:val="20"/>
              </w:rPr>
            </w:pPr>
            <w:r w:rsidRPr="00DC139A">
              <w:rPr>
                <w:rFonts w:cs="Arial"/>
                <w:sz w:val="20"/>
                <w:szCs w:val="20"/>
              </w:rPr>
              <w:t>0.628–2.399</w:t>
            </w:r>
          </w:p>
        </w:tc>
      </w:tr>
    </w:tbl>
    <w:p w14:paraId="77D5C4A1" w14:textId="77777777" w:rsidR="00DC139A" w:rsidRPr="00DC139A" w:rsidRDefault="00DC139A" w:rsidP="00DC139A">
      <w:pPr>
        <w:rPr>
          <w:rFonts w:cs="Arial"/>
          <w:sz w:val="20"/>
          <w:szCs w:val="20"/>
        </w:rPr>
      </w:pPr>
      <w:r w:rsidRPr="00DC139A">
        <w:rPr>
          <w:rFonts w:cs="Arial"/>
          <w:sz w:val="20"/>
          <w:szCs w:val="20"/>
        </w:rPr>
        <w:t xml:space="preserve">Interpretation. τ estimates are modest with wide </w:t>
      </w:r>
      <w:proofErr w:type="spellStart"/>
      <w:r w:rsidRPr="00DC139A">
        <w:rPr>
          <w:rFonts w:cs="Arial"/>
          <w:sz w:val="20"/>
          <w:szCs w:val="20"/>
        </w:rPr>
        <w:t>CrIs</w:t>
      </w:r>
      <w:proofErr w:type="spellEnd"/>
      <w:r w:rsidRPr="00DC139A">
        <w:rPr>
          <w:rFonts w:cs="Arial"/>
          <w:sz w:val="20"/>
          <w:szCs w:val="20"/>
        </w:rPr>
        <w:t xml:space="preserve"> due to k=4. The PIs span values below and above 1.0, indicating uncertainty about the dispersion of true effects across settings despite stable pooled estimates.</w:t>
      </w:r>
    </w:p>
    <w:p w14:paraId="3A2F5527" w14:textId="77777777" w:rsidR="00DC139A" w:rsidRPr="00E76D23" w:rsidRDefault="00DC139A" w:rsidP="00DC139A">
      <w:pPr>
        <w:rPr>
          <w:rFonts w:cs="Arial"/>
          <w:sz w:val="20"/>
          <w:szCs w:val="20"/>
        </w:rPr>
      </w:pPr>
    </w:p>
    <w:p w14:paraId="056A0599" w14:textId="1D2B1C49" w:rsidR="00E76D23" w:rsidRPr="00E76D23" w:rsidRDefault="00DC139A" w:rsidP="00E76D23">
      <w:pPr>
        <w:rPr>
          <w:rFonts w:cs="Arial"/>
          <w:sz w:val="20"/>
          <w:szCs w:val="20"/>
        </w:rPr>
      </w:pPr>
      <w:proofErr w:type="spellStart"/>
      <w:r w:rsidRPr="00E76D23">
        <w:rPr>
          <w:rFonts w:cs="Arial"/>
          <w:sz w:val="20"/>
          <w:szCs w:val="20"/>
        </w:rPr>
        <w:lastRenderedPageBreak/>
        <w:t>eTable</w:t>
      </w:r>
      <w:proofErr w:type="spellEnd"/>
      <w:r w:rsidRPr="00E76D23">
        <w:rPr>
          <w:rFonts w:cs="Arial"/>
          <w:sz w:val="20"/>
          <w:szCs w:val="20"/>
        </w:rPr>
        <w:t xml:space="preserve"> 6: </w:t>
      </w:r>
      <w:r w:rsidRPr="00DC139A">
        <w:rPr>
          <w:rFonts w:cs="Arial"/>
          <w:sz w:val="20"/>
          <w:szCs w:val="20"/>
        </w:rPr>
        <w:t>Posterior correlation between study intercepts and treatment effects.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65"/>
        <w:gridCol w:w="2370"/>
        <w:gridCol w:w="1416"/>
      </w:tblGrid>
      <w:tr w:rsidR="00E76D23" w:rsidRPr="00E76D23" w14:paraId="49F86437" w14:textId="77777777" w:rsidTr="00E76D23">
        <w:trPr>
          <w:tblCellSpacing w:w="15" w:type="dxa"/>
          <w:jc w:val="center"/>
        </w:trPr>
        <w:tc>
          <w:tcPr>
            <w:tcW w:w="0" w:type="auto"/>
            <w:vAlign w:val="center"/>
            <w:hideMark/>
          </w:tcPr>
          <w:p w14:paraId="4F658038" w14:textId="77777777" w:rsidR="00E76D23" w:rsidRPr="00E76D23" w:rsidRDefault="00E76D23" w:rsidP="00E76D23">
            <w:pPr>
              <w:rPr>
                <w:rFonts w:cs="Arial"/>
                <w:sz w:val="20"/>
                <w:szCs w:val="20"/>
              </w:rPr>
            </w:pPr>
            <w:r w:rsidRPr="00E76D23">
              <w:rPr>
                <w:rFonts w:cs="Arial"/>
                <w:sz w:val="20"/>
                <w:szCs w:val="20"/>
              </w:rPr>
              <w:t>Endpoint</w:t>
            </w:r>
          </w:p>
        </w:tc>
        <w:tc>
          <w:tcPr>
            <w:tcW w:w="0" w:type="auto"/>
            <w:vAlign w:val="center"/>
            <w:hideMark/>
          </w:tcPr>
          <w:p w14:paraId="03F4C2AF" w14:textId="77777777" w:rsidR="00E76D23" w:rsidRPr="00E76D23" w:rsidRDefault="00E76D23" w:rsidP="00E76D23">
            <w:pPr>
              <w:rPr>
                <w:rFonts w:cs="Arial"/>
                <w:sz w:val="20"/>
                <w:szCs w:val="20"/>
              </w:rPr>
            </w:pPr>
            <w:r w:rsidRPr="00E76D23">
              <w:rPr>
                <w:rFonts w:cs="Arial"/>
                <w:sz w:val="20"/>
                <w:szCs w:val="20"/>
              </w:rPr>
              <w:t>Posterior mean correlation</w:t>
            </w:r>
          </w:p>
        </w:tc>
        <w:tc>
          <w:tcPr>
            <w:tcW w:w="0" w:type="auto"/>
            <w:vAlign w:val="center"/>
            <w:hideMark/>
          </w:tcPr>
          <w:p w14:paraId="5FDD5AFC" w14:textId="77777777" w:rsidR="00E76D23" w:rsidRPr="00E76D23" w:rsidRDefault="00E76D23" w:rsidP="00E76D23">
            <w:pPr>
              <w:rPr>
                <w:rFonts w:cs="Arial"/>
                <w:sz w:val="20"/>
                <w:szCs w:val="20"/>
              </w:rPr>
            </w:pPr>
            <w:r w:rsidRPr="00E76D23">
              <w:rPr>
                <w:rFonts w:cs="Arial"/>
                <w:sz w:val="20"/>
                <w:szCs w:val="20"/>
              </w:rPr>
              <w:t xml:space="preserve">95% </w:t>
            </w:r>
            <w:proofErr w:type="spellStart"/>
            <w:r w:rsidRPr="00E76D23">
              <w:rPr>
                <w:rFonts w:cs="Arial"/>
                <w:sz w:val="20"/>
                <w:szCs w:val="20"/>
              </w:rPr>
              <w:t>CrI</w:t>
            </w:r>
            <w:proofErr w:type="spellEnd"/>
          </w:p>
        </w:tc>
      </w:tr>
      <w:tr w:rsidR="00E76D23" w:rsidRPr="00E76D23" w14:paraId="0487D41B" w14:textId="77777777" w:rsidTr="00E76D23">
        <w:trPr>
          <w:tblCellSpacing w:w="15" w:type="dxa"/>
          <w:jc w:val="center"/>
        </w:trPr>
        <w:tc>
          <w:tcPr>
            <w:tcW w:w="0" w:type="auto"/>
            <w:vAlign w:val="center"/>
            <w:hideMark/>
          </w:tcPr>
          <w:p w14:paraId="592976AF" w14:textId="77777777" w:rsidR="00E76D23" w:rsidRPr="00E76D23" w:rsidRDefault="00E76D23" w:rsidP="00E76D23">
            <w:pPr>
              <w:rPr>
                <w:rFonts w:cs="Arial"/>
                <w:sz w:val="20"/>
                <w:szCs w:val="20"/>
              </w:rPr>
            </w:pPr>
            <w:r w:rsidRPr="00E76D23">
              <w:rPr>
                <w:rFonts w:cs="Arial"/>
                <w:sz w:val="20"/>
                <w:szCs w:val="20"/>
              </w:rPr>
              <w:t>28</w:t>
            </w:r>
            <w:r w:rsidRPr="00E76D23">
              <w:rPr>
                <w:rFonts w:cs="Arial"/>
                <w:sz w:val="20"/>
                <w:szCs w:val="20"/>
              </w:rPr>
              <w:noBreakHyphen/>
              <w:t>day</w:t>
            </w:r>
          </w:p>
        </w:tc>
        <w:tc>
          <w:tcPr>
            <w:tcW w:w="0" w:type="auto"/>
            <w:vAlign w:val="center"/>
            <w:hideMark/>
          </w:tcPr>
          <w:p w14:paraId="26BAF636" w14:textId="77777777" w:rsidR="00E76D23" w:rsidRPr="00E76D23" w:rsidRDefault="00E76D23" w:rsidP="00E76D23">
            <w:pPr>
              <w:rPr>
                <w:rFonts w:cs="Arial"/>
                <w:sz w:val="20"/>
                <w:szCs w:val="20"/>
              </w:rPr>
            </w:pPr>
            <w:r w:rsidRPr="00E76D23">
              <w:rPr>
                <w:rFonts w:cs="Arial"/>
                <w:sz w:val="20"/>
                <w:szCs w:val="20"/>
              </w:rPr>
              <w:t>−0.206</w:t>
            </w:r>
          </w:p>
        </w:tc>
        <w:tc>
          <w:tcPr>
            <w:tcW w:w="0" w:type="auto"/>
            <w:vAlign w:val="center"/>
            <w:hideMark/>
          </w:tcPr>
          <w:p w14:paraId="6D8438E6" w14:textId="77777777" w:rsidR="00E76D23" w:rsidRPr="00E76D23" w:rsidRDefault="00E76D23" w:rsidP="00E76D23">
            <w:pPr>
              <w:rPr>
                <w:rFonts w:cs="Arial"/>
                <w:sz w:val="20"/>
                <w:szCs w:val="20"/>
              </w:rPr>
            </w:pPr>
            <w:r w:rsidRPr="00E76D23">
              <w:rPr>
                <w:rFonts w:cs="Arial"/>
                <w:sz w:val="20"/>
                <w:szCs w:val="20"/>
              </w:rPr>
              <w:t>−0.888 to 0.724</w:t>
            </w:r>
          </w:p>
        </w:tc>
      </w:tr>
      <w:tr w:rsidR="00E76D23" w:rsidRPr="00E76D23" w14:paraId="04C915C4" w14:textId="77777777" w:rsidTr="00E76D23">
        <w:trPr>
          <w:tblCellSpacing w:w="15" w:type="dxa"/>
          <w:jc w:val="center"/>
        </w:trPr>
        <w:tc>
          <w:tcPr>
            <w:tcW w:w="0" w:type="auto"/>
            <w:vAlign w:val="center"/>
            <w:hideMark/>
          </w:tcPr>
          <w:p w14:paraId="69E0CFB8" w14:textId="77777777" w:rsidR="00E76D23" w:rsidRPr="00E76D23" w:rsidRDefault="00E76D23" w:rsidP="00E76D23">
            <w:pPr>
              <w:rPr>
                <w:rFonts w:cs="Arial"/>
                <w:sz w:val="20"/>
                <w:szCs w:val="20"/>
              </w:rPr>
            </w:pPr>
            <w:r w:rsidRPr="00E76D23">
              <w:rPr>
                <w:rFonts w:cs="Arial"/>
                <w:sz w:val="20"/>
                <w:szCs w:val="20"/>
              </w:rPr>
              <w:t>90</w:t>
            </w:r>
            <w:r w:rsidRPr="00E76D23">
              <w:rPr>
                <w:rFonts w:cs="Arial"/>
                <w:sz w:val="20"/>
                <w:szCs w:val="20"/>
              </w:rPr>
              <w:noBreakHyphen/>
              <w:t>day</w:t>
            </w:r>
          </w:p>
        </w:tc>
        <w:tc>
          <w:tcPr>
            <w:tcW w:w="0" w:type="auto"/>
            <w:vAlign w:val="center"/>
            <w:hideMark/>
          </w:tcPr>
          <w:p w14:paraId="708DC3B8" w14:textId="77777777" w:rsidR="00E76D23" w:rsidRPr="00E76D23" w:rsidRDefault="00E76D23" w:rsidP="00E76D23">
            <w:pPr>
              <w:rPr>
                <w:rFonts w:cs="Arial"/>
                <w:sz w:val="20"/>
                <w:szCs w:val="20"/>
              </w:rPr>
            </w:pPr>
            <w:r w:rsidRPr="00E76D23">
              <w:rPr>
                <w:rFonts w:cs="Arial"/>
                <w:sz w:val="20"/>
                <w:szCs w:val="20"/>
              </w:rPr>
              <w:t>−0.247</w:t>
            </w:r>
          </w:p>
        </w:tc>
        <w:tc>
          <w:tcPr>
            <w:tcW w:w="0" w:type="auto"/>
            <w:vAlign w:val="center"/>
            <w:hideMark/>
          </w:tcPr>
          <w:p w14:paraId="099A700B" w14:textId="77777777" w:rsidR="00E76D23" w:rsidRPr="00E76D23" w:rsidRDefault="00E76D23" w:rsidP="00E76D23">
            <w:pPr>
              <w:rPr>
                <w:rFonts w:cs="Arial"/>
                <w:sz w:val="20"/>
                <w:szCs w:val="20"/>
              </w:rPr>
            </w:pPr>
            <w:r w:rsidRPr="00E76D23">
              <w:rPr>
                <w:rFonts w:cs="Arial"/>
                <w:sz w:val="20"/>
                <w:szCs w:val="20"/>
              </w:rPr>
              <w:t>−0.900 to 0.706</w:t>
            </w:r>
          </w:p>
        </w:tc>
      </w:tr>
    </w:tbl>
    <w:p w14:paraId="6550B4F0" w14:textId="6079D7FD" w:rsidR="00DC139A" w:rsidRPr="00DC139A" w:rsidRDefault="00DC139A" w:rsidP="00E76D23">
      <w:pPr>
        <w:rPr>
          <w:rFonts w:cs="Arial"/>
          <w:sz w:val="20"/>
          <w:szCs w:val="20"/>
        </w:rPr>
      </w:pPr>
      <w:r w:rsidRPr="00DC139A">
        <w:rPr>
          <w:rFonts w:cs="Arial"/>
          <w:sz w:val="20"/>
          <w:szCs w:val="20"/>
        </w:rPr>
        <w:t>.</w:t>
      </w:r>
    </w:p>
    <w:p w14:paraId="643A534C" w14:textId="77777777" w:rsidR="00DC139A" w:rsidRPr="00DC139A" w:rsidRDefault="00DC139A" w:rsidP="00DC139A">
      <w:pPr>
        <w:rPr>
          <w:rFonts w:cs="Arial"/>
          <w:sz w:val="20"/>
          <w:szCs w:val="20"/>
        </w:rPr>
      </w:pPr>
      <w:r w:rsidRPr="00DC139A">
        <w:rPr>
          <w:rFonts w:cs="Arial"/>
          <w:sz w:val="20"/>
          <w:szCs w:val="20"/>
        </w:rPr>
        <w:t>Conclusion. Correlations were not substantial and did not materially influence pooled effects or calibration.</w:t>
      </w:r>
    </w:p>
    <w:p w14:paraId="2C9A6AF8" w14:textId="77777777" w:rsidR="00DC139A" w:rsidRPr="00DC139A" w:rsidRDefault="00DC139A" w:rsidP="00DC139A">
      <w:pPr>
        <w:rPr>
          <w:rFonts w:cs="Arial"/>
          <w:sz w:val="20"/>
          <w:szCs w:val="20"/>
        </w:rPr>
      </w:pPr>
      <w:r w:rsidRPr="00DC139A">
        <w:rPr>
          <w:rFonts w:cs="Arial"/>
          <w:sz w:val="20"/>
          <w:szCs w:val="20"/>
        </w:rPr>
        <w:t>Sensitivity. Re</w:t>
      </w:r>
      <w:r w:rsidRPr="00DC139A">
        <w:rPr>
          <w:rFonts w:cs="Arial"/>
          <w:sz w:val="20"/>
          <w:szCs w:val="20"/>
        </w:rPr>
        <w:noBreakHyphen/>
        <w:t>fits constraining the random</w:t>
      </w:r>
      <w:r w:rsidRPr="00DC139A">
        <w:rPr>
          <w:rFonts w:cs="Arial"/>
          <w:sz w:val="20"/>
          <w:szCs w:val="20"/>
        </w:rPr>
        <w:noBreakHyphen/>
        <w:t>effects correlation to zero, and a fixed</w:t>
      </w:r>
      <w:r w:rsidRPr="00DC139A">
        <w:rPr>
          <w:rFonts w:cs="Arial"/>
          <w:sz w:val="20"/>
          <w:szCs w:val="20"/>
        </w:rPr>
        <w:noBreakHyphen/>
        <w:t>effect model, produced unchanged pooled estimates and similar posterior predictive checks.</w:t>
      </w:r>
    </w:p>
    <w:p w14:paraId="2D5CD15E" w14:textId="77777777" w:rsidR="00DC139A" w:rsidRDefault="00DC139A" w:rsidP="00DC139A">
      <w:pPr>
        <w:rPr>
          <w:rFonts w:cs="Arial"/>
          <w:sz w:val="20"/>
          <w:szCs w:val="20"/>
        </w:rPr>
      </w:pPr>
    </w:p>
    <w:p w14:paraId="17FE0795" w14:textId="77777777" w:rsidR="00E76D23" w:rsidRDefault="00E76D23" w:rsidP="00DC139A">
      <w:pPr>
        <w:rPr>
          <w:rFonts w:cs="Arial"/>
          <w:sz w:val="20"/>
          <w:szCs w:val="20"/>
        </w:rPr>
      </w:pPr>
    </w:p>
    <w:p w14:paraId="44A2D4B0" w14:textId="77777777" w:rsidR="00E76D23" w:rsidRDefault="00E76D23" w:rsidP="00DC139A">
      <w:pPr>
        <w:rPr>
          <w:rFonts w:cs="Arial"/>
          <w:sz w:val="20"/>
          <w:szCs w:val="20"/>
        </w:rPr>
      </w:pPr>
    </w:p>
    <w:p w14:paraId="10BE52A9" w14:textId="77777777" w:rsidR="00E76D23" w:rsidRDefault="00E76D23" w:rsidP="00DC139A">
      <w:pPr>
        <w:rPr>
          <w:rFonts w:cs="Arial"/>
          <w:sz w:val="20"/>
          <w:szCs w:val="20"/>
        </w:rPr>
      </w:pPr>
    </w:p>
    <w:p w14:paraId="71371F90" w14:textId="77777777" w:rsidR="00E76D23" w:rsidRDefault="00E76D23" w:rsidP="00DC139A">
      <w:pPr>
        <w:rPr>
          <w:rFonts w:cs="Arial"/>
          <w:sz w:val="20"/>
          <w:szCs w:val="20"/>
        </w:rPr>
      </w:pPr>
    </w:p>
    <w:p w14:paraId="4DEFCA6D" w14:textId="77777777" w:rsidR="00E76D23" w:rsidRDefault="00E76D23" w:rsidP="00DC139A">
      <w:pPr>
        <w:rPr>
          <w:rFonts w:cs="Arial"/>
          <w:sz w:val="20"/>
          <w:szCs w:val="20"/>
        </w:rPr>
      </w:pPr>
    </w:p>
    <w:p w14:paraId="3A585901" w14:textId="77777777" w:rsidR="00E76D23" w:rsidRDefault="00E76D23" w:rsidP="00DC139A">
      <w:pPr>
        <w:rPr>
          <w:rFonts w:cs="Arial"/>
          <w:sz w:val="20"/>
          <w:szCs w:val="20"/>
        </w:rPr>
      </w:pPr>
    </w:p>
    <w:p w14:paraId="4D3F704C" w14:textId="77777777" w:rsidR="00E76D23" w:rsidRDefault="00E76D23" w:rsidP="00DC139A">
      <w:pPr>
        <w:rPr>
          <w:rFonts w:cs="Arial"/>
          <w:sz w:val="20"/>
          <w:szCs w:val="20"/>
        </w:rPr>
      </w:pPr>
    </w:p>
    <w:p w14:paraId="19A9D8BE" w14:textId="77777777" w:rsidR="00E76D23" w:rsidRDefault="00E76D23" w:rsidP="00DC139A">
      <w:pPr>
        <w:rPr>
          <w:rFonts w:cs="Arial"/>
          <w:sz w:val="20"/>
          <w:szCs w:val="20"/>
        </w:rPr>
      </w:pPr>
    </w:p>
    <w:p w14:paraId="4BE4EC57" w14:textId="77777777" w:rsidR="00E76D23" w:rsidRDefault="00E76D23" w:rsidP="00DC139A">
      <w:pPr>
        <w:rPr>
          <w:rFonts w:cs="Arial"/>
          <w:sz w:val="20"/>
          <w:szCs w:val="20"/>
        </w:rPr>
      </w:pPr>
    </w:p>
    <w:p w14:paraId="77A0F08D" w14:textId="77777777" w:rsidR="00E76D23" w:rsidRDefault="00E76D23" w:rsidP="00DC139A">
      <w:pPr>
        <w:rPr>
          <w:rFonts w:cs="Arial"/>
          <w:sz w:val="20"/>
          <w:szCs w:val="20"/>
        </w:rPr>
      </w:pPr>
    </w:p>
    <w:p w14:paraId="5246BEC3" w14:textId="77777777" w:rsidR="00E76D23" w:rsidRDefault="00E76D23" w:rsidP="00DC139A">
      <w:pPr>
        <w:rPr>
          <w:rFonts w:cs="Arial"/>
          <w:sz w:val="20"/>
          <w:szCs w:val="20"/>
        </w:rPr>
      </w:pPr>
    </w:p>
    <w:p w14:paraId="504281FB" w14:textId="77777777" w:rsidR="00E76D23" w:rsidRDefault="00E76D23" w:rsidP="00DC139A">
      <w:pPr>
        <w:rPr>
          <w:rFonts w:cs="Arial"/>
          <w:sz w:val="20"/>
          <w:szCs w:val="20"/>
        </w:rPr>
      </w:pPr>
    </w:p>
    <w:p w14:paraId="5A3B90EA" w14:textId="77777777" w:rsidR="00E76D23" w:rsidRDefault="00E76D23" w:rsidP="00DC139A">
      <w:pPr>
        <w:rPr>
          <w:rFonts w:cs="Arial"/>
          <w:sz w:val="20"/>
          <w:szCs w:val="20"/>
        </w:rPr>
      </w:pPr>
    </w:p>
    <w:p w14:paraId="5C429309" w14:textId="77777777" w:rsidR="00E76D23" w:rsidRDefault="00E76D23" w:rsidP="00DC139A">
      <w:pPr>
        <w:rPr>
          <w:rFonts w:cs="Arial"/>
          <w:sz w:val="20"/>
          <w:szCs w:val="20"/>
        </w:rPr>
      </w:pPr>
    </w:p>
    <w:p w14:paraId="4F7DEB7F" w14:textId="77777777" w:rsidR="00E76D23" w:rsidRDefault="00E76D23" w:rsidP="00DC139A">
      <w:pPr>
        <w:rPr>
          <w:rFonts w:cs="Arial"/>
          <w:sz w:val="20"/>
          <w:szCs w:val="20"/>
        </w:rPr>
      </w:pPr>
    </w:p>
    <w:p w14:paraId="68CE39D5" w14:textId="77777777" w:rsidR="00E76D23" w:rsidRDefault="00E76D23" w:rsidP="00DC139A">
      <w:pPr>
        <w:rPr>
          <w:rFonts w:cs="Arial"/>
          <w:sz w:val="20"/>
          <w:szCs w:val="20"/>
        </w:rPr>
      </w:pPr>
    </w:p>
    <w:p w14:paraId="310C62B7" w14:textId="77777777" w:rsidR="00E76D23" w:rsidRDefault="00E76D23" w:rsidP="00DC139A">
      <w:pPr>
        <w:rPr>
          <w:rFonts w:cs="Arial"/>
          <w:sz w:val="20"/>
          <w:szCs w:val="20"/>
        </w:rPr>
      </w:pPr>
    </w:p>
    <w:p w14:paraId="35CD3702" w14:textId="77777777" w:rsidR="00E76D23" w:rsidRPr="00DC139A" w:rsidRDefault="00E76D23" w:rsidP="00DC139A">
      <w:pPr>
        <w:rPr>
          <w:rFonts w:cs="Arial"/>
          <w:sz w:val="20"/>
          <w:szCs w:val="20"/>
        </w:rPr>
      </w:pPr>
    </w:p>
    <w:p w14:paraId="4F5F2A5F" w14:textId="0679C91E" w:rsidR="008B3783" w:rsidRDefault="00E63D0B" w:rsidP="008B3783">
      <w:pPr>
        <w:pStyle w:val="ListParagraph"/>
        <w:numPr>
          <w:ilvl w:val="0"/>
          <w:numId w:val="11"/>
        </w:numPr>
        <w:rPr>
          <w:rFonts w:ascii="Arial" w:hAnsi="Arial" w:cs="Arial"/>
        </w:rPr>
      </w:pPr>
      <w:r w:rsidRPr="00330331">
        <w:rPr>
          <w:rFonts w:ascii="Arial" w:hAnsi="Arial" w:cs="Arial"/>
        </w:rPr>
        <w:lastRenderedPageBreak/>
        <w:t>R Script for 28d and 90d mortality analysis</w:t>
      </w:r>
    </w:p>
    <w:p w14:paraId="55E090AD" w14:textId="77777777" w:rsidR="008B3783" w:rsidRPr="008B3783" w:rsidRDefault="008B3783" w:rsidP="008B3783">
      <w:pPr>
        <w:spacing w:after="0"/>
        <w:rPr>
          <w:rFonts w:ascii="Arial" w:hAnsi="Arial" w:cs="Arial"/>
          <w:sz w:val="14"/>
          <w:szCs w:val="14"/>
        </w:rPr>
      </w:pPr>
    </w:p>
    <w:p w14:paraId="231B28D2" w14:textId="77777777" w:rsidR="008B3783" w:rsidRPr="008B3783" w:rsidRDefault="008B3783" w:rsidP="008B3783">
      <w:pPr>
        <w:spacing w:after="0"/>
        <w:rPr>
          <w:rFonts w:ascii="Arial" w:hAnsi="Arial" w:cs="Arial"/>
          <w:sz w:val="14"/>
          <w:szCs w:val="14"/>
        </w:rPr>
      </w:pPr>
      <w:proofErr w:type="spellStart"/>
      <w:proofErr w:type="gramStart"/>
      <w:r w:rsidRPr="008B3783">
        <w:rPr>
          <w:rFonts w:ascii="Arial" w:hAnsi="Arial" w:cs="Arial"/>
          <w:sz w:val="14"/>
          <w:szCs w:val="14"/>
        </w:rPr>
        <w:t>suppressPackageStartupMessages</w:t>
      </w:r>
      <w:proofErr w:type="spellEnd"/>
      <w:r w:rsidRPr="008B3783">
        <w:rPr>
          <w:rFonts w:ascii="Arial" w:hAnsi="Arial" w:cs="Arial"/>
          <w:sz w:val="14"/>
          <w:szCs w:val="14"/>
        </w:rPr>
        <w:t>(</w:t>
      </w:r>
      <w:proofErr w:type="gramEnd"/>
      <w:r w:rsidRPr="008B3783">
        <w:rPr>
          <w:rFonts w:ascii="Arial" w:hAnsi="Arial" w:cs="Arial"/>
          <w:sz w:val="14"/>
          <w:szCs w:val="14"/>
        </w:rPr>
        <w:t>{</w:t>
      </w:r>
    </w:p>
    <w:p w14:paraId="63F9D05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library(brms)</w:t>
      </w:r>
    </w:p>
    <w:p w14:paraId="01B9669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w:t>
      </w:r>
      <w:proofErr w:type="spellStart"/>
      <w:r w:rsidRPr="008B3783">
        <w:rPr>
          <w:rFonts w:ascii="Arial" w:hAnsi="Arial" w:cs="Arial"/>
          <w:sz w:val="14"/>
          <w:szCs w:val="14"/>
        </w:rPr>
        <w:t>cmdstanr</w:t>
      </w:r>
      <w:proofErr w:type="spellEnd"/>
      <w:r w:rsidRPr="008B3783">
        <w:rPr>
          <w:rFonts w:ascii="Arial" w:hAnsi="Arial" w:cs="Arial"/>
          <w:sz w:val="14"/>
          <w:szCs w:val="14"/>
        </w:rPr>
        <w:t>)</w:t>
      </w:r>
    </w:p>
    <w:p w14:paraId="40A1FE1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w:t>
      </w:r>
      <w:proofErr w:type="spellStart"/>
      <w:r w:rsidRPr="008B3783">
        <w:rPr>
          <w:rFonts w:ascii="Arial" w:hAnsi="Arial" w:cs="Arial"/>
          <w:sz w:val="14"/>
          <w:szCs w:val="14"/>
        </w:rPr>
        <w:t>dplyr</w:t>
      </w:r>
      <w:proofErr w:type="spellEnd"/>
      <w:r w:rsidRPr="008B3783">
        <w:rPr>
          <w:rFonts w:ascii="Arial" w:hAnsi="Arial" w:cs="Arial"/>
          <w:sz w:val="14"/>
          <w:szCs w:val="14"/>
        </w:rPr>
        <w:t>)</w:t>
      </w:r>
    </w:p>
    <w:p w14:paraId="219E3BB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w:t>
      </w:r>
      <w:proofErr w:type="spellStart"/>
      <w:r w:rsidRPr="008B3783">
        <w:rPr>
          <w:rFonts w:ascii="Arial" w:hAnsi="Arial" w:cs="Arial"/>
          <w:sz w:val="14"/>
          <w:szCs w:val="14"/>
        </w:rPr>
        <w:t>tidyr</w:t>
      </w:r>
      <w:proofErr w:type="spellEnd"/>
      <w:r w:rsidRPr="008B3783">
        <w:rPr>
          <w:rFonts w:ascii="Arial" w:hAnsi="Arial" w:cs="Arial"/>
          <w:sz w:val="14"/>
          <w:szCs w:val="14"/>
        </w:rPr>
        <w:t>)</w:t>
      </w:r>
    </w:p>
    <w:p w14:paraId="4E648C4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library(posterior)</w:t>
      </w:r>
    </w:p>
    <w:p w14:paraId="02675D1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library(ggplot2)</w:t>
      </w:r>
    </w:p>
    <w:p w14:paraId="526BCDA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library(</w:t>
      </w:r>
      <w:proofErr w:type="spellStart"/>
      <w:r w:rsidRPr="008B3783">
        <w:rPr>
          <w:rFonts w:ascii="Arial" w:hAnsi="Arial" w:cs="Arial"/>
          <w:sz w:val="14"/>
          <w:szCs w:val="14"/>
        </w:rPr>
        <w:t>bayesplot</w:t>
      </w:r>
      <w:proofErr w:type="spellEnd"/>
      <w:r w:rsidRPr="008B3783">
        <w:rPr>
          <w:rFonts w:ascii="Arial" w:hAnsi="Arial" w:cs="Arial"/>
          <w:sz w:val="14"/>
          <w:szCs w:val="14"/>
        </w:rPr>
        <w:t>)</w:t>
      </w:r>
    </w:p>
    <w:p w14:paraId="0CBDF27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6E0A90F2" w14:textId="77777777" w:rsidR="008B3783" w:rsidRPr="008B3783" w:rsidRDefault="008B3783" w:rsidP="008B3783">
      <w:pPr>
        <w:spacing w:after="0"/>
        <w:rPr>
          <w:rFonts w:ascii="Arial" w:hAnsi="Arial" w:cs="Arial"/>
          <w:sz w:val="14"/>
          <w:szCs w:val="14"/>
        </w:rPr>
      </w:pPr>
    </w:p>
    <w:p w14:paraId="26678116"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stopifnot</w:t>
      </w:r>
      <w:proofErr w:type="spellEnd"/>
      <w:proofErr w:type="gramStart"/>
      <w:r w:rsidRPr="008B3783">
        <w:rPr>
          <w:rFonts w:ascii="Arial" w:hAnsi="Arial" w:cs="Arial"/>
          <w:sz w:val="14"/>
          <w:szCs w:val="14"/>
        </w:rPr>
        <w:t>(!identical</w:t>
      </w:r>
      <w:proofErr w:type="gramEnd"/>
      <w:r w:rsidRPr="008B3783">
        <w:rPr>
          <w:rFonts w:ascii="Arial" w:hAnsi="Arial" w:cs="Arial"/>
          <w:sz w:val="14"/>
          <w:szCs w:val="14"/>
        </w:rPr>
        <w:t>(</w:t>
      </w:r>
      <w:proofErr w:type="spellStart"/>
      <w:proofErr w:type="gramStart"/>
      <w:r w:rsidRPr="008B3783">
        <w:rPr>
          <w:rFonts w:ascii="Arial" w:hAnsi="Arial" w:cs="Arial"/>
          <w:sz w:val="14"/>
          <w:szCs w:val="14"/>
        </w:rPr>
        <w:t>cmdstanr</w:t>
      </w:r>
      <w:proofErr w:type="spellEnd"/>
      <w:r w:rsidRPr="008B3783">
        <w:rPr>
          <w:rFonts w:ascii="Arial" w:hAnsi="Arial" w:cs="Arial"/>
          <w:sz w:val="14"/>
          <w:szCs w:val="14"/>
        </w:rPr>
        <w:t>::</w:t>
      </w:r>
      <w:proofErr w:type="spellStart"/>
      <w:proofErr w:type="gramEnd"/>
      <w:r w:rsidRPr="008B3783">
        <w:rPr>
          <w:rFonts w:ascii="Arial" w:hAnsi="Arial" w:cs="Arial"/>
          <w:sz w:val="14"/>
          <w:szCs w:val="14"/>
        </w:rPr>
        <w:t>cmdstan_</w:t>
      </w:r>
      <w:proofErr w:type="gramStart"/>
      <w:r w:rsidRPr="008B3783">
        <w:rPr>
          <w:rFonts w:ascii="Arial" w:hAnsi="Arial" w:cs="Arial"/>
          <w:sz w:val="14"/>
          <w:szCs w:val="14"/>
        </w:rPr>
        <w:t>version</w:t>
      </w:r>
      <w:proofErr w:type="spellEnd"/>
      <w:r w:rsidRPr="008B3783">
        <w:rPr>
          <w:rFonts w:ascii="Arial" w:hAnsi="Arial" w:cs="Arial"/>
          <w:sz w:val="14"/>
          <w:szCs w:val="14"/>
        </w:rPr>
        <w:t>(</w:t>
      </w:r>
      <w:proofErr w:type="gramEnd"/>
      <w:r w:rsidRPr="008B3783">
        <w:rPr>
          <w:rFonts w:ascii="Arial" w:hAnsi="Arial" w:cs="Arial"/>
          <w:sz w:val="14"/>
          <w:szCs w:val="14"/>
        </w:rPr>
        <w:t>), FALSE))</w:t>
      </w:r>
    </w:p>
    <w:p w14:paraId="6BCFF57E" w14:textId="77777777" w:rsidR="008B3783" w:rsidRPr="008B3783" w:rsidRDefault="008B3783" w:rsidP="008B3783">
      <w:pPr>
        <w:spacing w:after="0"/>
        <w:rPr>
          <w:rFonts w:ascii="Arial" w:hAnsi="Arial" w:cs="Arial"/>
          <w:sz w:val="14"/>
          <w:szCs w:val="14"/>
        </w:rPr>
      </w:pPr>
    </w:p>
    <w:p w14:paraId="2409CE1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 Data for Both Timepoints ----</w:t>
      </w:r>
    </w:p>
    <w:p w14:paraId="2733669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data_28d &lt;-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w:t>
      </w:r>
    </w:p>
    <w:p w14:paraId="79F2EDA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Study = </w:t>
      </w:r>
      <w:proofErr w:type="gramStart"/>
      <w:r w:rsidRPr="008B3783">
        <w:rPr>
          <w:rFonts w:ascii="Arial" w:hAnsi="Arial" w:cs="Arial"/>
          <w:sz w:val="14"/>
          <w:szCs w:val="14"/>
        </w:rPr>
        <w:t>c(</w:t>
      </w:r>
      <w:proofErr w:type="gramEnd"/>
      <w:r w:rsidRPr="008B3783">
        <w:rPr>
          <w:rFonts w:ascii="Arial" w:hAnsi="Arial" w:cs="Arial"/>
          <w:sz w:val="14"/>
          <w:szCs w:val="14"/>
        </w:rPr>
        <w:t>"SEPSISPAM 2014", "OVATION 2016", "The 65 trial 2020", "OPTPRESS 2025"),</w:t>
      </w:r>
    </w:p>
    <w:p w14:paraId="779491E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`Higher MAP Events` = </w:t>
      </w:r>
      <w:proofErr w:type="gramStart"/>
      <w:r w:rsidRPr="008B3783">
        <w:rPr>
          <w:rFonts w:ascii="Arial" w:hAnsi="Arial" w:cs="Arial"/>
          <w:sz w:val="14"/>
          <w:szCs w:val="14"/>
        </w:rPr>
        <w:t>c(</w:t>
      </w:r>
      <w:proofErr w:type="gramEnd"/>
      <w:r w:rsidRPr="008B3783">
        <w:rPr>
          <w:rFonts w:ascii="Arial" w:hAnsi="Arial" w:cs="Arial"/>
          <w:sz w:val="14"/>
          <w:szCs w:val="14"/>
        </w:rPr>
        <w:t>142, 19, 472, 78),</w:t>
      </w:r>
    </w:p>
    <w:p w14:paraId="19AE7AE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`Higher MAP Total` = </w:t>
      </w:r>
      <w:proofErr w:type="gramStart"/>
      <w:r w:rsidRPr="008B3783">
        <w:rPr>
          <w:rFonts w:ascii="Arial" w:hAnsi="Arial" w:cs="Arial"/>
          <w:sz w:val="14"/>
          <w:szCs w:val="14"/>
        </w:rPr>
        <w:t>c(</w:t>
      </w:r>
      <w:proofErr w:type="gramEnd"/>
      <w:r w:rsidRPr="008B3783">
        <w:rPr>
          <w:rFonts w:ascii="Arial" w:hAnsi="Arial" w:cs="Arial"/>
          <w:sz w:val="14"/>
          <w:szCs w:val="14"/>
        </w:rPr>
        <w:t>388, 58, 1242, 257),</w:t>
      </w:r>
    </w:p>
    <w:p w14:paraId="55AEA37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`Lower MAP Events` = </w:t>
      </w:r>
      <w:proofErr w:type="gramStart"/>
      <w:r w:rsidRPr="008B3783">
        <w:rPr>
          <w:rFonts w:ascii="Arial" w:hAnsi="Arial" w:cs="Arial"/>
          <w:sz w:val="14"/>
          <w:szCs w:val="14"/>
        </w:rPr>
        <w:t>c(</w:t>
      </w:r>
      <w:proofErr w:type="gramEnd"/>
      <w:r w:rsidRPr="008B3783">
        <w:rPr>
          <w:rFonts w:ascii="Arial" w:hAnsi="Arial" w:cs="Arial"/>
          <w:sz w:val="14"/>
          <w:szCs w:val="14"/>
        </w:rPr>
        <w:t>132, 18, 434, 56),</w:t>
      </w:r>
    </w:p>
    <w:p w14:paraId="27C3315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`Lower MAP Total` = </w:t>
      </w:r>
      <w:proofErr w:type="gramStart"/>
      <w:r w:rsidRPr="008B3783">
        <w:rPr>
          <w:rFonts w:ascii="Arial" w:hAnsi="Arial" w:cs="Arial"/>
          <w:sz w:val="14"/>
          <w:szCs w:val="14"/>
        </w:rPr>
        <w:t>c(</w:t>
      </w:r>
      <w:proofErr w:type="gramEnd"/>
      <w:r w:rsidRPr="008B3783">
        <w:rPr>
          <w:rFonts w:ascii="Arial" w:hAnsi="Arial" w:cs="Arial"/>
          <w:sz w:val="14"/>
          <w:szCs w:val="14"/>
        </w:rPr>
        <w:t>388, 60, 1221, 259),</w:t>
      </w:r>
    </w:p>
    <w:p w14:paraId="06483677" w14:textId="77777777" w:rsidR="008B3783" w:rsidRPr="0010545B" w:rsidRDefault="008B3783" w:rsidP="008B3783">
      <w:pPr>
        <w:spacing w:after="0"/>
        <w:rPr>
          <w:rFonts w:ascii="Arial" w:hAnsi="Arial" w:cs="Arial"/>
          <w:sz w:val="14"/>
          <w:szCs w:val="14"/>
          <w:lang w:val="pt-BR"/>
        </w:rPr>
      </w:pPr>
      <w:r w:rsidRPr="008B3783">
        <w:rPr>
          <w:rFonts w:ascii="Arial" w:hAnsi="Arial" w:cs="Arial"/>
          <w:sz w:val="14"/>
          <w:szCs w:val="14"/>
        </w:rPr>
        <w:t xml:space="preserve">  </w:t>
      </w:r>
      <w:r w:rsidRPr="0010545B">
        <w:rPr>
          <w:rFonts w:ascii="Arial" w:hAnsi="Arial" w:cs="Arial"/>
          <w:sz w:val="14"/>
          <w:szCs w:val="14"/>
          <w:lang w:val="pt-BR"/>
        </w:rPr>
        <w:t>check.names = FALSE</w:t>
      </w:r>
    </w:p>
    <w:p w14:paraId="1B5E29A2"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w:t>
      </w:r>
    </w:p>
    <w:p w14:paraId="066FDA63" w14:textId="77777777" w:rsidR="008B3783" w:rsidRPr="0010545B" w:rsidRDefault="008B3783" w:rsidP="008B3783">
      <w:pPr>
        <w:spacing w:after="0"/>
        <w:rPr>
          <w:rFonts w:ascii="Arial" w:hAnsi="Arial" w:cs="Arial"/>
          <w:sz w:val="14"/>
          <w:szCs w:val="14"/>
          <w:lang w:val="pt-BR"/>
        </w:rPr>
      </w:pPr>
    </w:p>
    <w:p w14:paraId="0C19B3BA"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data_90d &lt;- data.frame(</w:t>
      </w:r>
    </w:p>
    <w:p w14:paraId="51109D0B" w14:textId="77777777" w:rsidR="008B3783" w:rsidRPr="008B3783" w:rsidRDefault="008B3783" w:rsidP="008B3783">
      <w:pPr>
        <w:spacing w:after="0"/>
        <w:rPr>
          <w:rFonts w:ascii="Arial" w:hAnsi="Arial" w:cs="Arial"/>
          <w:sz w:val="14"/>
          <w:szCs w:val="14"/>
        </w:rPr>
      </w:pPr>
      <w:r w:rsidRPr="0010545B">
        <w:rPr>
          <w:rFonts w:ascii="Arial" w:hAnsi="Arial" w:cs="Arial"/>
          <w:sz w:val="14"/>
          <w:szCs w:val="14"/>
          <w:lang w:val="pt-BR"/>
        </w:rPr>
        <w:t xml:space="preserve">  </w:t>
      </w:r>
      <w:r w:rsidRPr="008B3783">
        <w:rPr>
          <w:rFonts w:ascii="Arial" w:hAnsi="Arial" w:cs="Arial"/>
          <w:sz w:val="14"/>
          <w:szCs w:val="14"/>
        </w:rPr>
        <w:t xml:space="preserve">Study = </w:t>
      </w:r>
      <w:proofErr w:type="gramStart"/>
      <w:r w:rsidRPr="008B3783">
        <w:rPr>
          <w:rFonts w:ascii="Arial" w:hAnsi="Arial" w:cs="Arial"/>
          <w:sz w:val="14"/>
          <w:szCs w:val="14"/>
        </w:rPr>
        <w:t>c(</w:t>
      </w:r>
      <w:proofErr w:type="gramEnd"/>
      <w:r w:rsidRPr="008B3783">
        <w:rPr>
          <w:rFonts w:ascii="Arial" w:hAnsi="Arial" w:cs="Arial"/>
          <w:sz w:val="14"/>
          <w:szCs w:val="14"/>
        </w:rPr>
        <w:t>"SEPSISPAM 2014", "OVATION 2016", "The 65 trial 2020", "OPTPRESS 2025"),</w:t>
      </w:r>
    </w:p>
    <w:p w14:paraId="05658AD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`Higher MAP Events` = </w:t>
      </w:r>
      <w:proofErr w:type="gramStart"/>
      <w:r w:rsidRPr="008B3783">
        <w:rPr>
          <w:rFonts w:ascii="Arial" w:hAnsi="Arial" w:cs="Arial"/>
          <w:sz w:val="14"/>
          <w:szCs w:val="14"/>
        </w:rPr>
        <w:t>c(</w:t>
      </w:r>
      <w:proofErr w:type="gramEnd"/>
      <w:r w:rsidRPr="008B3783">
        <w:rPr>
          <w:rFonts w:ascii="Arial" w:hAnsi="Arial" w:cs="Arial"/>
          <w:sz w:val="14"/>
          <w:szCs w:val="14"/>
        </w:rPr>
        <w:t>170, 23, 544, 101),</w:t>
      </w:r>
    </w:p>
    <w:p w14:paraId="238CE7E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`Higher MAP Total` = </w:t>
      </w:r>
      <w:proofErr w:type="gramStart"/>
      <w:r w:rsidRPr="008B3783">
        <w:rPr>
          <w:rFonts w:ascii="Arial" w:hAnsi="Arial" w:cs="Arial"/>
          <w:sz w:val="14"/>
          <w:szCs w:val="14"/>
        </w:rPr>
        <w:t>c(</w:t>
      </w:r>
      <w:proofErr w:type="gramEnd"/>
      <w:r w:rsidRPr="008B3783">
        <w:rPr>
          <w:rFonts w:ascii="Arial" w:hAnsi="Arial" w:cs="Arial"/>
          <w:sz w:val="14"/>
          <w:szCs w:val="14"/>
        </w:rPr>
        <w:t>388, 58, 1242, 257),</w:t>
      </w:r>
    </w:p>
    <w:p w14:paraId="6FAA25F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`Lower MAP Events` = </w:t>
      </w:r>
      <w:proofErr w:type="gramStart"/>
      <w:r w:rsidRPr="008B3783">
        <w:rPr>
          <w:rFonts w:ascii="Arial" w:hAnsi="Arial" w:cs="Arial"/>
          <w:sz w:val="14"/>
          <w:szCs w:val="14"/>
        </w:rPr>
        <w:t>c(</w:t>
      </w:r>
      <w:proofErr w:type="gramEnd"/>
      <w:r w:rsidRPr="008B3783">
        <w:rPr>
          <w:rFonts w:ascii="Arial" w:hAnsi="Arial" w:cs="Arial"/>
          <w:sz w:val="14"/>
          <w:szCs w:val="14"/>
        </w:rPr>
        <w:t>164, 20, 500, 74),</w:t>
      </w:r>
    </w:p>
    <w:p w14:paraId="6D7E8D4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`Lower MAP Total` = </w:t>
      </w:r>
      <w:proofErr w:type="gramStart"/>
      <w:r w:rsidRPr="008B3783">
        <w:rPr>
          <w:rFonts w:ascii="Arial" w:hAnsi="Arial" w:cs="Arial"/>
          <w:sz w:val="14"/>
          <w:szCs w:val="14"/>
        </w:rPr>
        <w:t>c(</w:t>
      </w:r>
      <w:proofErr w:type="gramEnd"/>
      <w:r w:rsidRPr="008B3783">
        <w:rPr>
          <w:rFonts w:ascii="Arial" w:hAnsi="Arial" w:cs="Arial"/>
          <w:sz w:val="14"/>
          <w:szCs w:val="14"/>
        </w:rPr>
        <w:t>388, 60, 1221, 259),</w:t>
      </w:r>
    </w:p>
    <w:p w14:paraId="2AFDD67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check.names</w:t>
      </w:r>
      <w:proofErr w:type="spellEnd"/>
      <w:proofErr w:type="gramEnd"/>
      <w:r w:rsidRPr="008B3783">
        <w:rPr>
          <w:rFonts w:ascii="Arial" w:hAnsi="Arial" w:cs="Arial"/>
          <w:sz w:val="14"/>
          <w:szCs w:val="14"/>
        </w:rPr>
        <w:t xml:space="preserve"> = FALSE</w:t>
      </w:r>
    </w:p>
    <w:p w14:paraId="6718B98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3A92D314" w14:textId="77777777" w:rsidR="008B3783" w:rsidRPr="008B3783" w:rsidRDefault="008B3783" w:rsidP="008B3783">
      <w:pPr>
        <w:spacing w:after="0"/>
        <w:rPr>
          <w:rFonts w:ascii="Arial" w:hAnsi="Arial" w:cs="Arial"/>
          <w:sz w:val="14"/>
          <w:szCs w:val="14"/>
        </w:rPr>
      </w:pPr>
    </w:p>
    <w:p w14:paraId="2DB867F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 Helper Functions ----</w:t>
      </w:r>
    </w:p>
    <w:p w14:paraId="1679C720"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prepare_brms_data</w:t>
      </w:r>
      <w:proofErr w:type="spellEnd"/>
      <w:r w:rsidRPr="008B3783">
        <w:rPr>
          <w:rFonts w:ascii="Arial" w:hAnsi="Arial" w:cs="Arial"/>
          <w:sz w:val="14"/>
          <w:szCs w:val="14"/>
        </w:rPr>
        <w:t xml:space="preserve"> &lt;- function(</w:t>
      </w:r>
      <w:proofErr w:type="spellStart"/>
      <w:r w:rsidRPr="008B3783">
        <w:rPr>
          <w:rFonts w:ascii="Arial" w:hAnsi="Arial" w:cs="Arial"/>
          <w:sz w:val="14"/>
          <w:szCs w:val="14"/>
        </w:rPr>
        <w:t>study_data</w:t>
      </w:r>
      <w:proofErr w:type="spellEnd"/>
      <w:r w:rsidRPr="008B3783">
        <w:rPr>
          <w:rFonts w:ascii="Arial" w:hAnsi="Arial" w:cs="Arial"/>
          <w:sz w:val="14"/>
          <w:szCs w:val="14"/>
        </w:rPr>
        <w:t>) {</w:t>
      </w:r>
    </w:p>
    <w:p w14:paraId="58D8E04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study_data</w:t>
      </w:r>
      <w:proofErr w:type="spellEnd"/>
      <w:r w:rsidRPr="008B3783">
        <w:rPr>
          <w:rFonts w:ascii="Arial" w:hAnsi="Arial" w:cs="Arial"/>
          <w:sz w:val="14"/>
          <w:szCs w:val="14"/>
        </w:rPr>
        <w:t xml:space="preserve"> %&gt;%</w:t>
      </w:r>
    </w:p>
    <w:p w14:paraId="1320F2D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pivot_</w:t>
      </w:r>
      <w:proofErr w:type="gramStart"/>
      <w:r w:rsidRPr="008B3783">
        <w:rPr>
          <w:rFonts w:ascii="Arial" w:hAnsi="Arial" w:cs="Arial"/>
          <w:sz w:val="14"/>
          <w:szCs w:val="14"/>
        </w:rPr>
        <w:t>longer</w:t>
      </w:r>
      <w:proofErr w:type="spellEnd"/>
      <w:r w:rsidRPr="008B3783">
        <w:rPr>
          <w:rFonts w:ascii="Arial" w:hAnsi="Arial" w:cs="Arial"/>
          <w:sz w:val="14"/>
          <w:szCs w:val="14"/>
        </w:rPr>
        <w:t>(</w:t>
      </w:r>
      <w:proofErr w:type="gramEnd"/>
    </w:p>
    <w:p w14:paraId="7210DCE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cols = matches("^(</w:t>
      </w:r>
      <w:proofErr w:type="spellStart"/>
      <w:r w:rsidRPr="008B3783">
        <w:rPr>
          <w:rFonts w:ascii="Arial" w:hAnsi="Arial" w:cs="Arial"/>
          <w:sz w:val="14"/>
          <w:szCs w:val="14"/>
        </w:rPr>
        <w:t>Higher|Lower</w:t>
      </w:r>
      <w:proofErr w:type="spellEnd"/>
      <w:r w:rsidRPr="008B3783">
        <w:rPr>
          <w:rFonts w:ascii="Arial" w:hAnsi="Arial" w:cs="Arial"/>
          <w:sz w:val="14"/>
          <w:szCs w:val="14"/>
        </w:rPr>
        <w:t>) MAP"),</w:t>
      </w:r>
    </w:p>
    <w:p w14:paraId="0BF83A2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names_to</w:t>
      </w:r>
      <w:proofErr w:type="spellEnd"/>
      <w:r w:rsidRPr="008B3783">
        <w:rPr>
          <w:rFonts w:ascii="Arial" w:hAnsi="Arial" w:cs="Arial"/>
          <w:sz w:val="14"/>
          <w:szCs w:val="14"/>
        </w:rPr>
        <w:t xml:space="preserve"> = </w:t>
      </w:r>
      <w:proofErr w:type="gramStart"/>
      <w:r w:rsidRPr="008B3783">
        <w:rPr>
          <w:rFonts w:ascii="Arial" w:hAnsi="Arial" w:cs="Arial"/>
          <w:sz w:val="14"/>
          <w:szCs w:val="14"/>
        </w:rPr>
        <w:t>c(</w:t>
      </w:r>
      <w:proofErr w:type="gramEnd"/>
      <w:r w:rsidRPr="008B3783">
        <w:rPr>
          <w:rFonts w:ascii="Arial" w:hAnsi="Arial" w:cs="Arial"/>
          <w:sz w:val="14"/>
          <w:szCs w:val="14"/>
        </w:rPr>
        <w:t>"Treatment", ".value"),</w:t>
      </w:r>
    </w:p>
    <w:p w14:paraId="4CDAC92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names_pattern</w:t>
      </w:r>
      <w:proofErr w:type="spellEnd"/>
      <w:r w:rsidRPr="008B3783">
        <w:rPr>
          <w:rFonts w:ascii="Arial" w:hAnsi="Arial" w:cs="Arial"/>
          <w:sz w:val="14"/>
          <w:szCs w:val="14"/>
        </w:rPr>
        <w:t xml:space="preserve"> = "</w:t>
      </w:r>
      <w:proofErr w:type="gramStart"/>
      <w:r w:rsidRPr="008B3783">
        <w:rPr>
          <w:rFonts w:ascii="Arial" w:hAnsi="Arial" w:cs="Arial"/>
          <w:sz w:val="14"/>
          <w:szCs w:val="14"/>
        </w:rPr>
        <w:t>(.*</w:t>
      </w:r>
      <w:proofErr w:type="gramEnd"/>
      <w:r w:rsidRPr="008B3783">
        <w:rPr>
          <w:rFonts w:ascii="Arial" w:hAnsi="Arial" w:cs="Arial"/>
          <w:sz w:val="14"/>
          <w:szCs w:val="14"/>
        </w:rPr>
        <w:t xml:space="preserve"> MAP) </w:t>
      </w:r>
      <w:proofErr w:type="gramStart"/>
      <w:r w:rsidRPr="008B3783">
        <w:rPr>
          <w:rFonts w:ascii="Arial" w:hAnsi="Arial" w:cs="Arial"/>
          <w:sz w:val="14"/>
          <w:szCs w:val="14"/>
        </w:rPr>
        <w:t>(.*</w:t>
      </w:r>
      <w:proofErr w:type="gramEnd"/>
      <w:r w:rsidRPr="008B3783">
        <w:rPr>
          <w:rFonts w:ascii="Arial" w:hAnsi="Arial" w:cs="Arial"/>
          <w:sz w:val="14"/>
          <w:szCs w:val="14"/>
        </w:rPr>
        <w:t>)"</w:t>
      </w:r>
    </w:p>
    <w:p w14:paraId="0063836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%&gt;%</w:t>
      </w:r>
    </w:p>
    <w:p w14:paraId="04B4128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rename(</w:t>
      </w:r>
      <w:proofErr w:type="gramEnd"/>
      <w:r w:rsidRPr="008B3783">
        <w:rPr>
          <w:rFonts w:ascii="Arial" w:hAnsi="Arial" w:cs="Arial"/>
          <w:sz w:val="14"/>
          <w:szCs w:val="14"/>
        </w:rPr>
        <w:t>Events = Events, Total = Total) %&gt;%</w:t>
      </w:r>
    </w:p>
    <w:p w14:paraId="0B36B8C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mutate(</w:t>
      </w:r>
      <w:proofErr w:type="gramEnd"/>
      <w:r w:rsidRPr="008B3783">
        <w:rPr>
          <w:rFonts w:ascii="Arial" w:hAnsi="Arial" w:cs="Arial"/>
          <w:sz w:val="14"/>
          <w:szCs w:val="14"/>
        </w:rPr>
        <w:t xml:space="preserve">Treatment = </w:t>
      </w:r>
      <w:proofErr w:type="gramStart"/>
      <w:r w:rsidRPr="008B3783">
        <w:rPr>
          <w:rFonts w:ascii="Arial" w:hAnsi="Arial" w:cs="Arial"/>
          <w:sz w:val="14"/>
          <w:szCs w:val="14"/>
        </w:rPr>
        <w:t>factor(</w:t>
      </w:r>
      <w:proofErr w:type="spellStart"/>
      <w:r w:rsidRPr="008B3783">
        <w:rPr>
          <w:rFonts w:ascii="Arial" w:hAnsi="Arial" w:cs="Arial"/>
          <w:sz w:val="14"/>
          <w:szCs w:val="14"/>
        </w:rPr>
        <w:t>gsub</w:t>
      </w:r>
      <w:proofErr w:type="spellEnd"/>
      <w:r w:rsidRPr="008B3783">
        <w:rPr>
          <w:rFonts w:ascii="Arial" w:hAnsi="Arial" w:cs="Arial"/>
          <w:sz w:val="14"/>
          <w:szCs w:val="14"/>
        </w:rPr>
        <w:t>(</w:t>
      </w:r>
      <w:proofErr w:type="gramEnd"/>
      <w:r w:rsidRPr="008B3783">
        <w:rPr>
          <w:rFonts w:ascii="Arial" w:hAnsi="Arial" w:cs="Arial"/>
          <w:sz w:val="14"/>
          <w:szCs w:val="14"/>
        </w:rPr>
        <w:t xml:space="preserve">" MAP", "", Treatment), levels = </w:t>
      </w:r>
      <w:proofErr w:type="gramStart"/>
      <w:r w:rsidRPr="008B3783">
        <w:rPr>
          <w:rFonts w:ascii="Arial" w:hAnsi="Arial" w:cs="Arial"/>
          <w:sz w:val="14"/>
          <w:szCs w:val="14"/>
        </w:rPr>
        <w:t>c(</w:t>
      </w:r>
      <w:proofErr w:type="gramEnd"/>
      <w:r w:rsidRPr="008B3783">
        <w:rPr>
          <w:rFonts w:ascii="Arial" w:hAnsi="Arial" w:cs="Arial"/>
          <w:sz w:val="14"/>
          <w:szCs w:val="14"/>
        </w:rPr>
        <w:t>"Lower", "Higher")))</w:t>
      </w:r>
    </w:p>
    <w:p w14:paraId="4D5B914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4CE23D48" w14:textId="77777777" w:rsidR="008B3783" w:rsidRPr="008B3783" w:rsidRDefault="008B3783" w:rsidP="008B3783">
      <w:pPr>
        <w:spacing w:after="0"/>
        <w:rPr>
          <w:rFonts w:ascii="Arial" w:hAnsi="Arial" w:cs="Arial"/>
          <w:sz w:val="14"/>
          <w:szCs w:val="14"/>
        </w:rPr>
      </w:pPr>
    </w:p>
    <w:p w14:paraId="1E55D085"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get_results_row</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model, label, </w:t>
      </w:r>
      <w:proofErr w:type="spellStart"/>
      <w:r w:rsidRPr="008B3783">
        <w:rPr>
          <w:rFonts w:ascii="Arial" w:hAnsi="Arial" w:cs="Arial"/>
          <w:sz w:val="14"/>
          <w:szCs w:val="14"/>
        </w:rPr>
        <w:t>dat</w:t>
      </w:r>
      <w:proofErr w:type="spellEnd"/>
      <w:r w:rsidRPr="008B3783">
        <w:rPr>
          <w:rFonts w:ascii="Arial" w:hAnsi="Arial" w:cs="Arial"/>
          <w:sz w:val="14"/>
          <w:szCs w:val="14"/>
        </w:rPr>
        <w:t>) {</w:t>
      </w:r>
    </w:p>
    <w:p w14:paraId="5D2D3E3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draws &lt;- </w:t>
      </w:r>
      <w:proofErr w:type="gramStart"/>
      <w:r w:rsidRPr="008B3783">
        <w:rPr>
          <w:rFonts w:ascii="Arial" w:hAnsi="Arial" w:cs="Arial"/>
          <w:sz w:val="14"/>
          <w:szCs w:val="14"/>
        </w:rPr>
        <w:t>posterior::</w:t>
      </w:r>
      <w:proofErr w:type="spellStart"/>
      <w:proofErr w:type="gramEnd"/>
      <w:r w:rsidRPr="008B3783">
        <w:rPr>
          <w:rFonts w:ascii="Arial" w:hAnsi="Arial" w:cs="Arial"/>
          <w:sz w:val="14"/>
          <w:szCs w:val="14"/>
        </w:rPr>
        <w:t>as_draws_df</w:t>
      </w:r>
      <w:proofErr w:type="spellEnd"/>
      <w:r w:rsidRPr="008B3783">
        <w:rPr>
          <w:rFonts w:ascii="Arial" w:hAnsi="Arial" w:cs="Arial"/>
          <w:sz w:val="14"/>
          <w:szCs w:val="14"/>
        </w:rPr>
        <w:t>(model)</w:t>
      </w:r>
    </w:p>
    <w:p w14:paraId="2BB934F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log_or</w:t>
      </w:r>
      <w:proofErr w:type="spellEnd"/>
      <w:r w:rsidRPr="008B3783">
        <w:rPr>
          <w:rFonts w:ascii="Arial" w:hAnsi="Arial" w:cs="Arial"/>
          <w:sz w:val="14"/>
          <w:szCs w:val="14"/>
        </w:rPr>
        <w:t xml:space="preserve"> &lt;- </w:t>
      </w:r>
      <w:proofErr w:type="spellStart"/>
      <w:r w:rsidRPr="008B3783">
        <w:rPr>
          <w:rFonts w:ascii="Arial" w:hAnsi="Arial" w:cs="Arial"/>
          <w:sz w:val="14"/>
          <w:szCs w:val="14"/>
        </w:rPr>
        <w:t>draws$b_TreatmentHigher</w:t>
      </w:r>
      <w:proofErr w:type="spellEnd"/>
    </w:p>
    <w:p w14:paraId="7B312E1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or_mean</w:t>
      </w:r>
      <w:proofErr w:type="spellEnd"/>
      <w:r w:rsidRPr="008B3783">
        <w:rPr>
          <w:rFonts w:ascii="Arial" w:hAnsi="Arial" w:cs="Arial"/>
          <w:sz w:val="14"/>
          <w:szCs w:val="14"/>
        </w:rPr>
        <w:t xml:space="preserve"> &lt;- exp(mean(</w:t>
      </w:r>
      <w:proofErr w:type="spellStart"/>
      <w:r w:rsidRPr="008B3783">
        <w:rPr>
          <w:rFonts w:ascii="Arial" w:hAnsi="Arial" w:cs="Arial"/>
          <w:sz w:val="14"/>
          <w:szCs w:val="14"/>
        </w:rPr>
        <w:t>log_or</w:t>
      </w:r>
      <w:proofErr w:type="spellEnd"/>
      <w:r w:rsidRPr="008B3783">
        <w:rPr>
          <w:rFonts w:ascii="Arial" w:hAnsi="Arial" w:cs="Arial"/>
          <w:sz w:val="14"/>
          <w:szCs w:val="14"/>
        </w:rPr>
        <w:t>))</w:t>
      </w:r>
    </w:p>
    <w:p w14:paraId="28C2CE3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or_ci</w:t>
      </w:r>
      <w:proofErr w:type="spellEnd"/>
      <w:r w:rsidRPr="008B3783">
        <w:rPr>
          <w:rFonts w:ascii="Arial" w:hAnsi="Arial" w:cs="Arial"/>
          <w:sz w:val="14"/>
          <w:szCs w:val="14"/>
        </w:rPr>
        <w:t xml:space="preserve"> &lt;- quantile(exp(</w:t>
      </w:r>
      <w:proofErr w:type="spellStart"/>
      <w:r w:rsidRPr="008B3783">
        <w:rPr>
          <w:rFonts w:ascii="Arial" w:hAnsi="Arial" w:cs="Arial"/>
          <w:sz w:val="14"/>
          <w:szCs w:val="14"/>
        </w:rPr>
        <w:t>log_or</w:t>
      </w:r>
      <w:proofErr w:type="spellEnd"/>
      <w:r w:rsidRPr="008B3783">
        <w:rPr>
          <w:rFonts w:ascii="Arial" w:hAnsi="Arial" w:cs="Arial"/>
          <w:sz w:val="14"/>
          <w:szCs w:val="14"/>
        </w:rPr>
        <w:t xml:space="preserve">), probs = </w:t>
      </w:r>
      <w:proofErr w:type="gramStart"/>
      <w:r w:rsidRPr="008B3783">
        <w:rPr>
          <w:rFonts w:ascii="Arial" w:hAnsi="Arial" w:cs="Arial"/>
          <w:sz w:val="14"/>
          <w:szCs w:val="14"/>
        </w:rPr>
        <w:t>c(</w:t>
      </w:r>
      <w:proofErr w:type="gramEnd"/>
      <w:r w:rsidRPr="008B3783">
        <w:rPr>
          <w:rFonts w:ascii="Arial" w:hAnsi="Arial" w:cs="Arial"/>
          <w:sz w:val="14"/>
          <w:szCs w:val="14"/>
        </w:rPr>
        <w:t>0.025, 0.975))</w:t>
      </w:r>
    </w:p>
    <w:p w14:paraId="546E49D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2613442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new_lower</w:t>
      </w:r>
      <w:proofErr w:type="spellEnd"/>
      <w:r w:rsidRPr="008B3783">
        <w:rPr>
          <w:rFonts w:ascii="Arial" w:hAnsi="Arial" w:cs="Arial"/>
          <w:sz w:val="14"/>
          <w:szCs w:val="14"/>
        </w:rPr>
        <w:t xml:space="preserve"> &lt;- </w:t>
      </w:r>
      <w:proofErr w:type="spellStart"/>
      <w:r w:rsidRPr="008B3783">
        <w:rPr>
          <w:rFonts w:ascii="Arial" w:hAnsi="Arial" w:cs="Arial"/>
          <w:sz w:val="14"/>
          <w:szCs w:val="14"/>
        </w:rPr>
        <w:t>dat</w:t>
      </w:r>
      <w:proofErr w:type="spellEnd"/>
      <w:r w:rsidRPr="008B3783">
        <w:rPr>
          <w:rFonts w:ascii="Arial" w:hAnsi="Arial" w:cs="Arial"/>
          <w:sz w:val="14"/>
          <w:szCs w:val="14"/>
        </w:rPr>
        <w:t xml:space="preserve">; </w:t>
      </w:r>
      <w:proofErr w:type="spellStart"/>
      <w:r w:rsidRPr="008B3783">
        <w:rPr>
          <w:rFonts w:ascii="Arial" w:hAnsi="Arial" w:cs="Arial"/>
          <w:sz w:val="14"/>
          <w:szCs w:val="14"/>
        </w:rPr>
        <w:t>new_lower$Treatment</w:t>
      </w:r>
      <w:proofErr w:type="spellEnd"/>
      <w:r w:rsidRPr="008B3783">
        <w:rPr>
          <w:rFonts w:ascii="Arial" w:hAnsi="Arial" w:cs="Arial"/>
          <w:sz w:val="14"/>
          <w:szCs w:val="14"/>
        </w:rPr>
        <w:t xml:space="preserve"> &lt;- </w:t>
      </w:r>
      <w:proofErr w:type="gramStart"/>
      <w:r w:rsidRPr="008B3783">
        <w:rPr>
          <w:rFonts w:ascii="Arial" w:hAnsi="Arial" w:cs="Arial"/>
          <w:sz w:val="14"/>
          <w:szCs w:val="14"/>
        </w:rPr>
        <w:t>factor(</w:t>
      </w:r>
      <w:proofErr w:type="gramEnd"/>
      <w:r w:rsidRPr="008B3783">
        <w:rPr>
          <w:rFonts w:ascii="Arial" w:hAnsi="Arial" w:cs="Arial"/>
          <w:sz w:val="14"/>
          <w:szCs w:val="14"/>
        </w:rPr>
        <w:t>"Lower", levels = c("</w:t>
      </w:r>
      <w:proofErr w:type="spellStart"/>
      <w:r w:rsidRPr="008B3783">
        <w:rPr>
          <w:rFonts w:ascii="Arial" w:hAnsi="Arial" w:cs="Arial"/>
          <w:sz w:val="14"/>
          <w:szCs w:val="14"/>
        </w:rPr>
        <w:t>Lower","Higher</w:t>
      </w:r>
      <w:proofErr w:type="spellEnd"/>
      <w:r w:rsidRPr="008B3783">
        <w:rPr>
          <w:rFonts w:ascii="Arial" w:hAnsi="Arial" w:cs="Arial"/>
          <w:sz w:val="14"/>
          <w:szCs w:val="14"/>
        </w:rPr>
        <w:t>"))</w:t>
      </w:r>
    </w:p>
    <w:p w14:paraId="4C2A427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new_higher</w:t>
      </w:r>
      <w:proofErr w:type="spellEnd"/>
      <w:r w:rsidRPr="008B3783">
        <w:rPr>
          <w:rFonts w:ascii="Arial" w:hAnsi="Arial" w:cs="Arial"/>
          <w:sz w:val="14"/>
          <w:szCs w:val="14"/>
        </w:rPr>
        <w:t xml:space="preserve"> &lt;- </w:t>
      </w:r>
      <w:proofErr w:type="spellStart"/>
      <w:r w:rsidRPr="008B3783">
        <w:rPr>
          <w:rFonts w:ascii="Arial" w:hAnsi="Arial" w:cs="Arial"/>
          <w:sz w:val="14"/>
          <w:szCs w:val="14"/>
        </w:rPr>
        <w:t>dat</w:t>
      </w:r>
      <w:proofErr w:type="spellEnd"/>
      <w:r w:rsidRPr="008B3783">
        <w:rPr>
          <w:rFonts w:ascii="Arial" w:hAnsi="Arial" w:cs="Arial"/>
          <w:sz w:val="14"/>
          <w:szCs w:val="14"/>
        </w:rPr>
        <w:t xml:space="preserve">; </w:t>
      </w:r>
      <w:proofErr w:type="spellStart"/>
      <w:r w:rsidRPr="008B3783">
        <w:rPr>
          <w:rFonts w:ascii="Arial" w:hAnsi="Arial" w:cs="Arial"/>
          <w:sz w:val="14"/>
          <w:szCs w:val="14"/>
        </w:rPr>
        <w:t>new_higher$Treatment</w:t>
      </w:r>
      <w:proofErr w:type="spellEnd"/>
      <w:r w:rsidRPr="008B3783">
        <w:rPr>
          <w:rFonts w:ascii="Arial" w:hAnsi="Arial" w:cs="Arial"/>
          <w:sz w:val="14"/>
          <w:szCs w:val="14"/>
        </w:rPr>
        <w:t xml:space="preserve"> &lt;- </w:t>
      </w:r>
      <w:proofErr w:type="gramStart"/>
      <w:r w:rsidRPr="008B3783">
        <w:rPr>
          <w:rFonts w:ascii="Arial" w:hAnsi="Arial" w:cs="Arial"/>
          <w:sz w:val="14"/>
          <w:szCs w:val="14"/>
        </w:rPr>
        <w:t>factor(</w:t>
      </w:r>
      <w:proofErr w:type="gramEnd"/>
      <w:r w:rsidRPr="008B3783">
        <w:rPr>
          <w:rFonts w:ascii="Arial" w:hAnsi="Arial" w:cs="Arial"/>
          <w:sz w:val="14"/>
          <w:szCs w:val="14"/>
        </w:rPr>
        <w:t>"Higher", levels = c("</w:t>
      </w:r>
      <w:proofErr w:type="spellStart"/>
      <w:r w:rsidRPr="008B3783">
        <w:rPr>
          <w:rFonts w:ascii="Arial" w:hAnsi="Arial" w:cs="Arial"/>
          <w:sz w:val="14"/>
          <w:szCs w:val="14"/>
        </w:rPr>
        <w:t>Lower","Higher</w:t>
      </w:r>
      <w:proofErr w:type="spellEnd"/>
      <w:r w:rsidRPr="008B3783">
        <w:rPr>
          <w:rFonts w:ascii="Arial" w:hAnsi="Arial" w:cs="Arial"/>
          <w:sz w:val="14"/>
          <w:szCs w:val="14"/>
        </w:rPr>
        <w:t>"))</w:t>
      </w:r>
    </w:p>
    <w:p w14:paraId="0C45A9B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78C0E4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p_lower</w:t>
      </w:r>
      <w:proofErr w:type="spellEnd"/>
      <w:r w:rsidRPr="008B3783">
        <w:rPr>
          <w:rFonts w:ascii="Arial" w:hAnsi="Arial" w:cs="Arial"/>
          <w:sz w:val="14"/>
          <w:szCs w:val="14"/>
        </w:rPr>
        <w:t xml:space="preserve"> &lt;- </w:t>
      </w:r>
      <w:proofErr w:type="spellStart"/>
      <w:r w:rsidRPr="008B3783">
        <w:rPr>
          <w:rFonts w:ascii="Arial" w:hAnsi="Arial" w:cs="Arial"/>
          <w:sz w:val="14"/>
          <w:szCs w:val="14"/>
        </w:rPr>
        <w:t>posterior_</w:t>
      </w:r>
      <w:proofErr w:type="gramStart"/>
      <w:r w:rsidRPr="008B3783">
        <w:rPr>
          <w:rFonts w:ascii="Arial" w:hAnsi="Arial" w:cs="Arial"/>
          <w:sz w:val="14"/>
          <w:szCs w:val="14"/>
        </w:rPr>
        <w:t>linpred</w:t>
      </w:r>
      <w:proofErr w:type="spellEnd"/>
      <w:r w:rsidRPr="008B3783">
        <w:rPr>
          <w:rFonts w:ascii="Arial" w:hAnsi="Arial" w:cs="Arial"/>
          <w:sz w:val="14"/>
          <w:szCs w:val="14"/>
        </w:rPr>
        <w:t>(</w:t>
      </w:r>
      <w:proofErr w:type="gramEnd"/>
      <w:r w:rsidRPr="008B3783">
        <w:rPr>
          <w:rFonts w:ascii="Arial" w:hAnsi="Arial" w:cs="Arial"/>
          <w:sz w:val="14"/>
          <w:szCs w:val="14"/>
        </w:rPr>
        <w:t xml:space="preserve">model, </w:t>
      </w:r>
      <w:proofErr w:type="spellStart"/>
      <w:r w:rsidRPr="008B3783">
        <w:rPr>
          <w:rFonts w:ascii="Arial" w:hAnsi="Arial" w:cs="Arial"/>
          <w:sz w:val="14"/>
          <w:szCs w:val="14"/>
        </w:rPr>
        <w:t>newdata</w:t>
      </w:r>
      <w:proofErr w:type="spellEnd"/>
      <w:r w:rsidRPr="008B3783">
        <w:rPr>
          <w:rFonts w:ascii="Arial" w:hAnsi="Arial" w:cs="Arial"/>
          <w:sz w:val="14"/>
          <w:szCs w:val="14"/>
        </w:rPr>
        <w:t xml:space="preserve"> = </w:t>
      </w:r>
      <w:proofErr w:type="spellStart"/>
      <w:r w:rsidRPr="008B3783">
        <w:rPr>
          <w:rFonts w:ascii="Arial" w:hAnsi="Arial" w:cs="Arial"/>
          <w:sz w:val="14"/>
          <w:szCs w:val="14"/>
        </w:rPr>
        <w:t>new_lower</w:t>
      </w:r>
      <w:proofErr w:type="spellEnd"/>
      <w:r w:rsidRPr="008B3783">
        <w:rPr>
          <w:rFonts w:ascii="Arial" w:hAnsi="Arial" w:cs="Arial"/>
          <w:sz w:val="14"/>
          <w:szCs w:val="14"/>
        </w:rPr>
        <w:t>, transform = TRUE)</w:t>
      </w:r>
    </w:p>
    <w:p w14:paraId="030C498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p_higher</w:t>
      </w:r>
      <w:proofErr w:type="spellEnd"/>
      <w:r w:rsidRPr="008B3783">
        <w:rPr>
          <w:rFonts w:ascii="Arial" w:hAnsi="Arial" w:cs="Arial"/>
          <w:sz w:val="14"/>
          <w:szCs w:val="14"/>
        </w:rPr>
        <w:t xml:space="preserve"> &lt;- </w:t>
      </w:r>
      <w:proofErr w:type="spellStart"/>
      <w:r w:rsidRPr="008B3783">
        <w:rPr>
          <w:rFonts w:ascii="Arial" w:hAnsi="Arial" w:cs="Arial"/>
          <w:sz w:val="14"/>
          <w:szCs w:val="14"/>
        </w:rPr>
        <w:t>posterior_</w:t>
      </w:r>
      <w:proofErr w:type="gramStart"/>
      <w:r w:rsidRPr="008B3783">
        <w:rPr>
          <w:rFonts w:ascii="Arial" w:hAnsi="Arial" w:cs="Arial"/>
          <w:sz w:val="14"/>
          <w:szCs w:val="14"/>
        </w:rPr>
        <w:t>linpred</w:t>
      </w:r>
      <w:proofErr w:type="spellEnd"/>
      <w:r w:rsidRPr="008B3783">
        <w:rPr>
          <w:rFonts w:ascii="Arial" w:hAnsi="Arial" w:cs="Arial"/>
          <w:sz w:val="14"/>
          <w:szCs w:val="14"/>
        </w:rPr>
        <w:t>(</w:t>
      </w:r>
      <w:proofErr w:type="gramEnd"/>
      <w:r w:rsidRPr="008B3783">
        <w:rPr>
          <w:rFonts w:ascii="Arial" w:hAnsi="Arial" w:cs="Arial"/>
          <w:sz w:val="14"/>
          <w:szCs w:val="14"/>
        </w:rPr>
        <w:t xml:space="preserve">model, </w:t>
      </w:r>
      <w:proofErr w:type="spellStart"/>
      <w:r w:rsidRPr="008B3783">
        <w:rPr>
          <w:rFonts w:ascii="Arial" w:hAnsi="Arial" w:cs="Arial"/>
          <w:sz w:val="14"/>
          <w:szCs w:val="14"/>
        </w:rPr>
        <w:t>newdata</w:t>
      </w:r>
      <w:proofErr w:type="spellEnd"/>
      <w:r w:rsidRPr="008B3783">
        <w:rPr>
          <w:rFonts w:ascii="Arial" w:hAnsi="Arial" w:cs="Arial"/>
          <w:sz w:val="14"/>
          <w:szCs w:val="14"/>
        </w:rPr>
        <w:t xml:space="preserve"> = </w:t>
      </w:r>
      <w:proofErr w:type="spellStart"/>
      <w:r w:rsidRPr="008B3783">
        <w:rPr>
          <w:rFonts w:ascii="Arial" w:hAnsi="Arial" w:cs="Arial"/>
          <w:sz w:val="14"/>
          <w:szCs w:val="14"/>
        </w:rPr>
        <w:t>new_higher</w:t>
      </w:r>
      <w:proofErr w:type="spellEnd"/>
      <w:r w:rsidRPr="008B3783">
        <w:rPr>
          <w:rFonts w:ascii="Arial" w:hAnsi="Arial" w:cs="Arial"/>
          <w:sz w:val="14"/>
          <w:szCs w:val="14"/>
        </w:rPr>
        <w:t>, transform = TRUE)</w:t>
      </w:r>
    </w:p>
    <w:p w14:paraId="096D9F6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4D89FB3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rr_draws</w:t>
      </w:r>
      <w:proofErr w:type="spellEnd"/>
      <w:r w:rsidRPr="008B3783">
        <w:rPr>
          <w:rFonts w:ascii="Arial" w:hAnsi="Arial" w:cs="Arial"/>
          <w:sz w:val="14"/>
          <w:szCs w:val="14"/>
        </w:rPr>
        <w:t xml:space="preserve"> &lt;- </w:t>
      </w:r>
      <w:proofErr w:type="spellStart"/>
      <w:r w:rsidRPr="008B3783">
        <w:rPr>
          <w:rFonts w:ascii="Arial" w:hAnsi="Arial" w:cs="Arial"/>
          <w:sz w:val="14"/>
          <w:szCs w:val="14"/>
        </w:rPr>
        <w:t>rowMeans</w:t>
      </w:r>
      <w:proofErr w:type="spellEnd"/>
      <w:r w:rsidRPr="008B3783">
        <w:rPr>
          <w:rFonts w:ascii="Arial" w:hAnsi="Arial" w:cs="Arial"/>
          <w:sz w:val="14"/>
          <w:szCs w:val="14"/>
        </w:rPr>
        <w:t>(</w:t>
      </w:r>
      <w:proofErr w:type="spellStart"/>
      <w:r w:rsidRPr="008B3783">
        <w:rPr>
          <w:rFonts w:ascii="Arial" w:hAnsi="Arial" w:cs="Arial"/>
          <w:sz w:val="14"/>
          <w:szCs w:val="14"/>
        </w:rPr>
        <w:t>p_higher</w:t>
      </w:r>
      <w:proofErr w:type="spellEnd"/>
      <w:r w:rsidRPr="008B3783">
        <w:rPr>
          <w:rFonts w:ascii="Arial" w:hAnsi="Arial" w:cs="Arial"/>
          <w:sz w:val="14"/>
          <w:szCs w:val="14"/>
        </w:rPr>
        <w:t xml:space="preserve">) / </w:t>
      </w:r>
      <w:proofErr w:type="spellStart"/>
      <w:r w:rsidRPr="008B3783">
        <w:rPr>
          <w:rFonts w:ascii="Arial" w:hAnsi="Arial" w:cs="Arial"/>
          <w:sz w:val="14"/>
          <w:szCs w:val="14"/>
        </w:rPr>
        <w:t>rowMeans</w:t>
      </w:r>
      <w:proofErr w:type="spellEnd"/>
      <w:r w:rsidRPr="008B3783">
        <w:rPr>
          <w:rFonts w:ascii="Arial" w:hAnsi="Arial" w:cs="Arial"/>
          <w:sz w:val="14"/>
          <w:szCs w:val="14"/>
        </w:rPr>
        <w:t>(</w:t>
      </w:r>
      <w:proofErr w:type="spellStart"/>
      <w:r w:rsidRPr="008B3783">
        <w:rPr>
          <w:rFonts w:ascii="Arial" w:hAnsi="Arial" w:cs="Arial"/>
          <w:sz w:val="14"/>
          <w:szCs w:val="14"/>
        </w:rPr>
        <w:t>p_lower</w:t>
      </w:r>
      <w:proofErr w:type="spellEnd"/>
      <w:r w:rsidRPr="008B3783">
        <w:rPr>
          <w:rFonts w:ascii="Arial" w:hAnsi="Arial" w:cs="Arial"/>
          <w:sz w:val="14"/>
          <w:szCs w:val="14"/>
        </w:rPr>
        <w:t>)</w:t>
      </w:r>
    </w:p>
    <w:p w14:paraId="4176EC3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rr_med</w:t>
      </w:r>
      <w:proofErr w:type="spellEnd"/>
      <w:r w:rsidRPr="008B3783">
        <w:rPr>
          <w:rFonts w:ascii="Arial" w:hAnsi="Arial" w:cs="Arial"/>
          <w:sz w:val="14"/>
          <w:szCs w:val="14"/>
        </w:rPr>
        <w:t xml:space="preserve"> &lt;- median(</w:t>
      </w:r>
      <w:proofErr w:type="spellStart"/>
      <w:r w:rsidRPr="008B3783">
        <w:rPr>
          <w:rFonts w:ascii="Arial" w:hAnsi="Arial" w:cs="Arial"/>
          <w:sz w:val="14"/>
          <w:szCs w:val="14"/>
        </w:rPr>
        <w:t>rr_draws</w:t>
      </w:r>
      <w:proofErr w:type="spellEnd"/>
      <w:r w:rsidRPr="008B3783">
        <w:rPr>
          <w:rFonts w:ascii="Arial" w:hAnsi="Arial" w:cs="Arial"/>
          <w:sz w:val="14"/>
          <w:szCs w:val="14"/>
        </w:rPr>
        <w:t>)</w:t>
      </w:r>
    </w:p>
    <w:p w14:paraId="0A51184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rr_ci</w:t>
      </w:r>
      <w:proofErr w:type="spellEnd"/>
      <w:r w:rsidRPr="008B3783">
        <w:rPr>
          <w:rFonts w:ascii="Arial" w:hAnsi="Arial" w:cs="Arial"/>
          <w:sz w:val="14"/>
          <w:szCs w:val="14"/>
        </w:rPr>
        <w:t xml:space="preserve"> &lt;- </w:t>
      </w:r>
      <w:proofErr w:type="gramStart"/>
      <w:r w:rsidRPr="008B3783">
        <w:rPr>
          <w:rFonts w:ascii="Arial" w:hAnsi="Arial" w:cs="Arial"/>
          <w:sz w:val="14"/>
          <w:szCs w:val="14"/>
        </w:rPr>
        <w:t>quantile(</w:t>
      </w:r>
      <w:proofErr w:type="spellStart"/>
      <w:proofErr w:type="gramEnd"/>
      <w:r w:rsidRPr="008B3783">
        <w:rPr>
          <w:rFonts w:ascii="Arial" w:hAnsi="Arial" w:cs="Arial"/>
          <w:sz w:val="14"/>
          <w:szCs w:val="14"/>
        </w:rPr>
        <w:t>rr_draws</w:t>
      </w:r>
      <w:proofErr w:type="spellEnd"/>
      <w:r w:rsidRPr="008B3783">
        <w:rPr>
          <w:rFonts w:ascii="Arial" w:hAnsi="Arial" w:cs="Arial"/>
          <w:sz w:val="14"/>
          <w:szCs w:val="14"/>
        </w:rPr>
        <w:t xml:space="preserve">, probs = </w:t>
      </w:r>
      <w:proofErr w:type="gramStart"/>
      <w:r w:rsidRPr="008B3783">
        <w:rPr>
          <w:rFonts w:ascii="Arial" w:hAnsi="Arial" w:cs="Arial"/>
          <w:sz w:val="14"/>
          <w:szCs w:val="14"/>
        </w:rPr>
        <w:t>c(</w:t>
      </w:r>
      <w:proofErr w:type="gramEnd"/>
      <w:r w:rsidRPr="008B3783">
        <w:rPr>
          <w:rFonts w:ascii="Arial" w:hAnsi="Arial" w:cs="Arial"/>
          <w:sz w:val="14"/>
          <w:szCs w:val="14"/>
        </w:rPr>
        <w:t>0.025, 0.975))</w:t>
      </w:r>
    </w:p>
    <w:p w14:paraId="641E3AC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p_harm</w:t>
      </w:r>
      <w:proofErr w:type="spellEnd"/>
      <w:r w:rsidRPr="008B3783">
        <w:rPr>
          <w:rFonts w:ascii="Arial" w:hAnsi="Arial" w:cs="Arial"/>
          <w:sz w:val="14"/>
          <w:szCs w:val="14"/>
        </w:rPr>
        <w:t xml:space="preserve"> &lt;- </w:t>
      </w:r>
      <w:proofErr w:type="gramStart"/>
      <w:r w:rsidRPr="008B3783">
        <w:rPr>
          <w:rFonts w:ascii="Arial" w:hAnsi="Arial" w:cs="Arial"/>
          <w:sz w:val="14"/>
          <w:szCs w:val="14"/>
        </w:rPr>
        <w:t>mean(</w:t>
      </w:r>
      <w:proofErr w:type="spellStart"/>
      <w:proofErr w:type="gramEnd"/>
      <w:r w:rsidRPr="008B3783">
        <w:rPr>
          <w:rFonts w:ascii="Arial" w:hAnsi="Arial" w:cs="Arial"/>
          <w:sz w:val="14"/>
          <w:szCs w:val="14"/>
        </w:rPr>
        <w:t>rr_draws</w:t>
      </w:r>
      <w:proofErr w:type="spellEnd"/>
      <w:r w:rsidRPr="008B3783">
        <w:rPr>
          <w:rFonts w:ascii="Arial" w:hAnsi="Arial" w:cs="Arial"/>
          <w:sz w:val="14"/>
          <w:szCs w:val="14"/>
        </w:rPr>
        <w:t xml:space="preserve"> &gt; 1)</w:t>
      </w:r>
    </w:p>
    <w:p w14:paraId="76C0F6D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3C9C80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w:t>
      </w:r>
    </w:p>
    <w:p w14:paraId="4F0BAA8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Scenario = label,</w:t>
      </w:r>
    </w:p>
    <w:p w14:paraId="0D9AE6A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`OR (mean)` =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or_mean</w:t>
      </w:r>
      <w:proofErr w:type="spellEnd"/>
      <w:r w:rsidRPr="008B3783">
        <w:rPr>
          <w:rFonts w:ascii="Arial" w:hAnsi="Arial" w:cs="Arial"/>
          <w:sz w:val="14"/>
          <w:szCs w:val="14"/>
        </w:rPr>
        <w:t>, 3),</w:t>
      </w:r>
    </w:p>
    <w:p w14:paraId="0A8F38B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`95% </w:t>
      </w:r>
      <w:proofErr w:type="spellStart"/>
      <w:r w:rsidRPr="008B3783">
        <w:rPr>
          <w:rFonts w:ascii="Arial" w:hAnsi="Arial" w:cs="Arial"/>
          <w:sz w:val="14"/>
          <w:szCs w:val="14"/>
        </w:rPr>
        <w:t>CrI</w:t>
      </w:r>
      <w:proofErr w:type="spellEnd"/>
      <w:r w:rsidRPr="008B3783">
        <w:rPr>
          <w:rFonts w:ascii="Arial" w:hAnsi="Arial" w:cs="Arial"/>
          <w:sz w:val="14"/>
          <w:szCs w:val="14"/>
        </w:rPr>
        <w:t xml:space="preserve"> (OR)` =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 xml:space="preserve">"(%.3f, %.3f)", </w:t>
      </w:r>
      <w:proofErr w:type="spellStart"/>
      <w:r w:rsidRPr="008B3783">
        <w:rPr>
          <w:rFonts w:ascii="Arial" w:hAnsi="Arial" w:cs="Arial"/>
          <w:sz w:val="14"/>
          <w:szCs w:val="14"/>
        </w:rPr>
        <w:t>or_</w:t>
      </w:r>
      <w:proofErr w:type="gramStart"/>
      <w:r w:rsidRPr="008B3783">
        <w:rPr>
          <w:rFonts w:ascii="Arial" w:hAnsi="Arial" w:cs="Arial"/>
          <w:sz w:val="14"/>
          <w:szCs w:val="14"/>
        </w:rPr>
        <w:t>ci</w:t>
      </w:r>
      <w:proofErr w:type="spellEnd"/>
      <w:r w:rsidRPr="008B3783">
        <w:rPr>
          <w:rFonts w:ascii="Arial" w:hAnsi="Arial" w:cs="Arial"/>
          <w:sz w:val="14"/>
          <w:szCs w:val="14"/>
        </w:rPr>
        <w:t>[</w:t>
      </w:r>
      <w:proofErr w:type="gramEnd"/>
      <w:r w:rsidRPr="008B3783">
        <w:rPr>
          <w:rFonts w:ascii="Arial" w:hAnsi="Arial" w:cs="Arial"/>
          <w:sz w:val="14"/>
          <w:szCs w:val="14"/>
        </w:rPr>
        <w:t xml:space="preserve">1], </w:t>
      </w:r>
      <w:proofErr w:type="spellStart"/>
      <w:r w:rsidRPr="008B3783">
        <w:rPr>
          <w:rFonts w:ascii="Arial" w:hAnsi="Arial" w:cs="Arial"/>
          <w:sz w:val="14"/>
          <w:szCs w:val="14"/>
        </w:rPr>
        <w:t>or_</w:t>
      </w:r>
      <w:proofErr w:type="gramStart"/>
      <w:r w:rsidRPr="008B3783">
        <w:rPr>
          <w:rFonts w:ascii="Arial" w:hAnsi="Arial" w:cs="Arial"/>
          <w:sz w:val="14"/>
          <w:szCs w:val="14"/>
        </w:rPr>
        <w:t>ci</w:t>
      </w:r>
      <w:proofErr w:type="spellEnd"/>
      <w:r w:rsidRPr="008B3783">
        <w:rPr>
          <w:rFonts w:ascii="Arial" w:hAnsi="Arial" w:cs="Arial"/>
          <w:sz w:val="14"/>
          <w:szCs w:val="14"/>
        </w:rPr>
        <w:t>[</w:t>
      </w:r>
      <w:proofErr w:type="gramEnd"/>
      <w:r w:rsidRPr="008B3783">
        <w:rPr>
          <w:rFonts w:ascii="Arial" w:hAnsi="Arial" w:cs="Arial"/>
          <w:sz w:val="14"/>
          <w:szCs w:val="14"/>
        </w:rPr>
        <w:t>2]),</w:t>
      </w:r>
    </w:p>
    <w:p w14:paraId="337F5FC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`RR (median)` =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rr_med</w:t>
      </w:r>
      <w:proofErr w:type="spellEnd"/>
      <w:r w:rsidRPr="008B3783">
        <w:rPr>
          <w:rFonts w:ascii="Arial" w:hAnsi="Arial" w:cs="Arial"/>
          <w:sz w:val="14"/>
          <w:szCs w:val="14"/>
        </w:rPr>
        <w:t>, 3),</w:t>
      </w:r>
    </w:p>
    <w:p w14:paraId="38894D7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`95% </w:t>
      </w:r>
      <w:proofErr w:type="spellStart"/>
      <w:r w:rsidRPr="008B3783">
        <w:rPr>
          <w:rFonts w:ascii="Arial" w:hAnsi="Arial" w:cs="Arial"/>
          <w:sz w:val="14"/>
          <w:szCs w:val="14"/>
        </w:rPr>
        <w:t>CrI</w:t>
      </w:r>
      <w:proofErr w:type="spellEnd"/>
      <w:r w:rsidRPr="008B3783">
        <w:rPr>
          <w:rFonts w:ascii="Arial" w:hAnsi="Arial" w:cs="Arial"/>
          <w:sz w:val="14"/>
          <w:szCs w:val="14"/>
        </w:rPr>
        <w:t xml:space="preserve"> (RR)` =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 xml:space="preserve">"(%.3f, %.3f)", </w:t>
      </w:r>
      <w:proofErr w:type="spellStart"/>
      <w:r w:rsidRPr="008B3783">
        <w:rPr>
          <w:rFonts w:ascii="Arial" w:hAnsi="Arial" w:cs="Arial"/>
          <w:sz w:val="14"/>
          <w:szCs w:val="14"/>
        </w:rPr>
        <w:t>rr_</w:t>
      </w:r>
      <w:proofErr w:type="gramStart"/>
      <w:r w:rsidRPr="008B3783">
        <w:rPr>
          <w:rFonts w:ascii="Arial" w:hAnsi="Arial" w:cs="Arial"/>
          <w:sz w:val="14"/>
          <w:szCs w:val="14"/>
        </w:rPr>
        <w:t>ci</w:t>
      </w:r>
      <w:proofErr w:type="spellEnd"/>
      <w:r w:rsidRPr="008B3783">
        <w:rPr>
          <w:rFonts w:ascii="Arial" w:hAnsi="Arial" w:cs="Arial"/>
          <w:sz w:val="14"/>
          <w:szCs w:val="14"/>
        </w:rPr>
        <w:t>[</w:t>
      </w:r>
      <w:proofErr w:type="gramEnd"/>
      <w:r w:rsidRPr="008B3783">
        <w:rPr>
          <w:rFonts w:ascii="Arial" w:hAnsi="Arial" w:cs="Arial"/>
          <w:sz w:val="14"/>
          <w:szCs w:val="14"/>
        </w:rPr>
        <w:t xml:space="preserve">1], </w:t>
      </w:r>
      <w:proofErr w:type="spellStart"/>
      <w:r w:rsidRPr="008B3783">
        <w:rPr>
          <w:rFonts w:ascii="Arial" w:hAnsi="Arial" w:cs="Arial"/>
          <w:sz w:val="14"/>
          <w:szCs w:val="14"/>
        </w:rPr>
        <w:t>rr_</w:t>
      </w:r>
      <w:proofErr w:type="gramStart"/>
      <w:r w:rsidRPr="008B3783">
        <w:rPr>
          <w:rFonts w:ascii="Arial" w:hAnsi="Arial" w:cs="Arial"/>
          <w:sz w:val="14"/>
          <w:szCs w:val="14"/>
        </w:rPr>
        <w:t>ci</w:t>
      </w:r>
      <w:proofErr w:type="spellEnd"/>
      <w:r w:rsidRPr="008B3783">
        <w:rPr>
          <w:rFonts w:ascii="Arial" w:hAnsi="Arial" w:cs="Arial"/>
          <w:sz w:val="14"/>
          <w:szCs w:val="14"/>
        </w:rPr>
        <w:t>[</w:t>
      </w:r>
      <w:proofErr w:type="gramEnd"/>
      <w:r w:rsidRPr="008B3783">
        <w:rPr>
          <w:rFonts w:ascii="Arial" w:hAnsi="Arial" w:cs="Arial"/>
          <w:sz w:val="14"/>
          <w:szCs w:val="14"/>
        </w:rPr>
        <w:t>2]),</w:t>
      </w:r>
    </w:p>
    <w:p w14:paraId="066D028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lastRenderedPageBreak/>
        <w:t xml:space="preserve">    `P(RR&gt;</w:t>
      </w:r>
      <w:proofErr w:type="gramStart"/>
      <w:r w:rsidRPr="008B3783">
        <w:rPr>
          <w:rFonts w:ascii="Arial" w:hAnsi="Arial" w:cs="Arial"/>
          <w:sz w:val="14"/>
          <w:szCs w:val="14"/>
        </w:rPr>
        <w:t>1)`</w:t>
      </w:r>
      <w:proofErr w:type="gramEnd"/>
      <w:r w:rsidRPr="008B3783">
        <w:rPr>
          <w:rFonts w:ascii="Arial" w:hAnsi="Arial" w:cs="Arial"/>
          <w:sz w:val="14"/>
          <w:szCs w:val="14"/>
        </w:rPr>
        <w:t xml:space="preserve"> =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p_harm</w:t>
      </w:r>
      <w:proofErr w:type="spellEnd"/>
      <w:r w:rsidRPr="008B3783">
        <w:rPr>
          <w:rFonts w:ascii="Arial" w:hAnsi="Arial" w:cs="Arial"/>
          <w:sz w:val="14"/>
          <w:szCs w:val="14"/>
        </w:rPr>
        <w:t>, 3),</w:t>
      </w:r>
    </w:p>
    <w:p w14:paraId="1F07C9E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check.names</w:t>
      </w:r>
      <w:proofErr w:type="spellEnd"/>
      <w:proofErr w:type="gramEnd"/>
      <w:r w:rsidRPr="008B3783">
        <w:rPr>
          <w:rFonts w:ascii="Arial" w:hAnsi="Arial" w:cs="Arial"/>
          <w:sz w:val="14"/>
          <w:szCs w:val="14"/>
        </w:rPr>
        <w:t xml:space="preserve"> = FALSE</w:t>
      </w:r>
    </w:p>
    <w:p w14:paraId="08D9148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AF5840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07D75D49" w14:textId="77777777" w:rsidR="008B3783" w:rsidRPr="008B3783" w:rsidRDefault="008B3783" w:rsidP="008B3783">
      <w:pPr>
        <w:spacing w:after="0"/>
        <w:rPr>
          <w:rFonts w:ascii="Arial" w:hAnsi="Arial" w:cs="Arial"/>
          <w:sz w:val="14"/>
          <w:szCs w:val="14"/>
        </w:rPr>
      </w:pPr>
    </w:p>
    <w:p w14:paraId="6C227157" w14:textId="5BB74A4B" w:rsidR="008B3783" w:rsidRPr="008B3783" w:rsidRDefault="008B3783" w:rsidP="008B3783">
      <w:pPr>
        <w:spacing w:after="0"/>
        <w:rPr>
          <w:rFonts w:ascii="Arial" w:hAnsi="Arial" w:cs="Arial"/>
          <w:sz w:val="14"/>
          <w:szCs w:val="14"/>
        </w:rPr>
      </w:pPr>
      <w:r w:rsidRPr="008B3783">
        <w:rPr>
          <w:rFonts w:ascii="Arial" w:hAnsi="Arial" w:cs="Arial"/>
          <w:sz w:val="14"/>
          <w:szCs w:val="14"/>
        </w:rPr>
        <w:t># ---- Extract Heterogeneity (tau) and Prediction Interval ----</w:t>
      </w:r>
    </w:p>
    <w:p w14:paraId="0062FCD0"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get_tau_and_pi</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model, </w:t>
      </w:r>
      <w:proofErr w:type="spellStart"/>
      <w:r w:rsidRPr="008B3783">
        <w:rPr>
          <w:rFonts w:ascii="Arial" w:hAnsi="Arial" w:cs="Arial"/>
          <w:sz w:val="14"/>
          <w:szCs w:val="14"/>
        </w:rPr>
        <w:t>model_name</w:t>
      </w:r>
      <w:proofErr w:type="spellEnd"/>
      <w:r w:rsidRPr="008B3783">
        <w:rPr>
          <w:rFonts w:ascii="Arial" w:hAnsi="Arial" w:cs="Arial"/>
          <w:sz w:val="14"/>
          <w:szCs w:val="14"/>
        </w:rPr>
        <w:t>) {</w:t>
      </w:r>
    </w:p>
    <w:p w14:paraId="708961B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draws &lt;- </w:t>
      </w:r>
      <w:proofErr w:type="spellStart"/>
      <w:r w:rsidRPr="008B3783">
        <w:rPr>
          <w:rFonts w:ascii="Arial" w:hAnsi="Arial" w:cs="Arial"/>
          <w:sz w:val="14"/>
          <w:szCs w:val="14"/>
        </w:rPr>
        <w:t>as_draws_df</w:t>
      </w:r>
      <w:proofErr w:type="spellEnd"/>
      <w:r w:rsidRPr="008B3783">
        <w:rPr>
          <w:rFonts w:ascii="Arial" w:hAnsi="Arial" w:cs="Arial"/>
          <w:sz w:val="14"/>
          <w:szCs w:val="14"/>
        </w:rPr>
        <w:t>(model)</w:t>
      </w:r>
    </w:p>
    <w:p w14:paraId="6177C05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tau_draws</w:t>
      </w:r>
      <w:proofErr w:type="spellEnd"/>
      <w:r w:rsidRPr="008B3783">
        <w:rPr>
          <w:rFonts w:ascii="Arial" w:hAnsi="Arial" w:cs="Arial"/>
          <w:sz w:val="14"/>
          <w:szCs w:val="14"/>
        </w:rPr>
        <w:t xml:space="preserve"> &lt;- draws$sd_Study__</w:t>
      </w:r>
      <w:proofErr w:type="spellStart"/>
      <w:r w:rsidRPr="008B3783">
        <w:rPr>
          <w:rFonts w:ascii="Arial" w:hAnsi="Arial" w:cs="Arial"/>
          <w:sz w:val="14"/>
          <w:szCs w:val="14"/>
        </w:rPr>
        <w:t>TreatmentHigher</w:t>
      </w:r>
      <w:proofErr w:type="spellEnd"/>
    </w:p>
    <w:p w14:paraId="4A1ABDA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EEB30D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tau_median</w:t>
      </w:r>
      <w:proofErr w:type="spellEnd"/>
      <w:r w:rsidRPr="008B3783">
        <w:rPr>
          <w:rFonts w:ascii="Arial" w:hAnsi="Arial" w:cs="Arial"/>
          <w:sz w:val="14"/>
          <w:szCs w:val="14"/>
        </w:rPr>
        <w:t xml:space="preserve"> &lt;- median(</w:t>
      </w:r>
      <w:proofErr w:type="spellStart"/>
      <w:r w:rsidRPr="008B3783">
        <w:rPr>
          <w:rFonts w:ascii="Arial" w:hAnsi="Arial" w:cs="Arial"/>
          <w:sz w:val="14"/>
          <w:szCs w:val="14"/>
        </w:rPr>
        <w:t>tau_draws</w:t>
      </w:r>
      <w:proofErr w:type="spellEnd"/>
      <w:r w:rsidRPr="008B3783">
        <w:rPr>
          <w:rFonts w:ascii="Arial" w:hAnsi="Arial" w:cs="Arial"/>
          <w:sz w:val="14"/>
          <w:szCs w:val="14"/>
        </w:rPr>
        <w:t>)</w:t>
      </w:r>
    </w:p>
    <w:p w14:paraId="1FBCD11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tau_cri</w:t>
      </w:r>
      <w:proofErr w:type="spellEnd"/>
      <w:r w:rsidRPr="008B3783">
        <w:rPr>
          <w:rFonts w:ascii="Arial" w:hAnsi="Arial" w:cs="Arial"/>
          <w:sz w:val="14"/>
          <w:szCs w:val="14"/>
        </w:rPr>
        <w:t xml:space="preserve"> &lt;- </w:t>
      </w:r>
      <w:proofErr w:type="gramStart"/>
      <w:r w:rsidRPr="008B3783">
        <w:rPr>
          <w:rFonts w:ascii="Arial" w:hAnsi="Arial" w:cs="Arial"/>
          <w:sz w:val="14"/>
          <w:szCs w:val="14"/>
        </w:rPr>
        <w:t>quantile(</w:t>
      </w:r>
      <w:proofErr w:type="spellStart"/>
      <w:proofErr w:type="gramEnd"/>
      <w:r w:rsidRPr="008B3783">
        <w:rPr>
          <w:rFonts w:ascii="Arial" w:hAnsi="Arial" w:cs="Arial"/>
          <w:sz w:val="14"/>
          <w:szCs w:val="14"/>
        </w:rPr>
        <w:t>tau_draws</w:t>
      </w:r>
      <w:proofErr w:type="spellEnd"/>
      <w:r w:rsidRPr="008B3783">
        <w:rPr>
          <w:rFonts w:ascii="Arial" w:hAnsi="Arial" w:cs="Arial"/>
          <w:sz w:val="14"/>
          <w:szCs w:val="14"/>
        </w:rPr>
        <w:t xml:space="preserve">, probs = </w:t>
      </w:r>
      <w:proofErr w:type="gramStart"/>
      <w:r w:rsidRPr="008B3783">
        <w:rPr>
          <w:rFonts w:ascii="Arial" w:hAnsi="Arial" w:cs="Arial"/>
          <w:sz w:val="14"/>
          <w:szCs w:val="14"/>
        </w:rPr>
        <w:t>c(</w:t>
      </w:r>
      <w:proofErr w:type="gramEnd"/>
      <w:r w:rsidRPr="008B3783">
        <w:rPr>
          <w:rFonts w:ascii="Arial" w:hAnsi="Arial" w:cs="Arial"/>
          <w:sz w:val="14"/>
          <w:szCs w:val="14"/>
        </w:rPr>
        <w:t>0.025, 0.975))</w:t>
      </w:r>
    </w:p>
    <w:p w14:paraId="29AF23D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3EFFEFC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pooled_log_or</w:t>
      </w:r>
      <w:proofErr w:type="spellEnd"/>
      <w:r w:rsidRPr="008B3783">
        <w:rPr>
          <w:rFonts w:ascii="Arial" w:hAnsi="Arial" w:cs="Arial"/>
          <w:sz w:val="14"/>
          <w:szCs w:val="14"/>
        </w:rPr>
        <w:t xml:space="preserve"> &lt;- </w:t>
      </w:r>
      <w:proofErr w:type="spellStart"/>
      <w:r w:rsidRPr="008B3783">
        <w:rPr>
          <w:rFonts w:ascii="Arial" w:hAnsi="Arial" w:cs="Arial"/>
          <w:sz w:val="14"/>
          <w:szCs w:val="14"/>
        </w:rPr>
        <w:t>draws$b_TreatmentHigher</w:t>
      </w:r>
      <w:proofErr w:type="spellEnd"/>
    </w:p>
    <w:p w14:paraId="7B9EE0A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new_study_log_or</w:t>
      </w:r>
      <w:proofErr w:type="spellEnd"/>
      <w:r w:rsidRPr="008B3783">
        <w:rPr>
          <w:rFonts w:ascii="Arial" w:hAnsi="Arial" w:cs="Arial"/>
          <w:sz w:val="14"/>
          <w:szCs w:val="14"/>
        </w:rPr>
        <w:t xml:space="preserve"> &lt;- </w:t>
      </w:r>
      <w:proofErr w:type="spellStart"/>
      <w:r w:rsidRPr="008B3783">
        <w:rPr>
          <w:rFonts w:ascii="Arial" w:hAnsi="Arial" w:cs="Arial"/>
          <w:sz w:val="14"/>
          <w:szCs w:val="14"/>
        </w:rPr>
        <w:t>pooled_log_or</w:t>
      </w:r>
      <w:proofErr w:type="spellEnd"/>
      <w:r w:rsidRPr="008B3783">
        <w:rPr>
          <w:rFonts w:ascii="Arial" w:hAnsi="Arial" w:cs="Arial"/>
          <w:sz w:val="14"/>
          <w:szCs w:val="14"/>
        </w:rPr>
        <w:t xml:space="preserve"> + </w:t>
      </w:r>
      <w:proofErr w:type="spellStart"/>
      <w:r w:rsidRPr="008B3783">
        <w:rPr>
          <w:rFonts w:ascii="Arial" w:hAnsi="Arial" w:cs="Arial"/>
          <w:sz w:val="14"/>
          <w:szCs w:val="14"/>
        </w:rPr>
        <w:t>rnorm</w:t>
      </w:r>
      <w:proofErr w:type="spellEnd"/>
      <w:r w:rsidRPr="008B3783">
        <w:rPr>
          <w:rFonts w:ascii="Arial" w:hAnsi="Arial" w:cs="Arial"/>
          <w:sz w:val="14"/>
          <w:szCs w:val="14"/>
        </w:rPr>
        <w:t>(length(</w:t>
      </w:r>
      <w:proofErr w:type="spellStart"/>
      <w:r w:rsidRPr="008B3783">
        <w:rPr>
          <w:rFonts w:ascii="Arial" w:hAnsi="Arial" w:cs="Arial"/>
          <w:sz w:val="14"/>
          <w:szCs w:val="14"/>
        </w:rPr>
        <w:t>pooled_log_or</w:t>
      </w:r>
      <w:proofErr w:type="spellEnd"/>
      <w:r w:rsidRPr="008B3783">
        <w:rPr>
          <w:rFonts w:ascii="Arial" w:hAnsi="Arial" w:cs="Arial"/>
          <w:sz w:val="14"/>
          <w:szCs w:val="14"/>
        </w:rPr>
        <w:t xml:space="preserve">), 0, </w:t>
      </w:r>
      <w:proofErr w:type="spellStart"/>
      <w:r w:rsidRPr="008B3783">
        <w:rPr>
          <w:rFonts w:ascii="Arial" w:hAnsi="Arial" w:cs="Arial"/>
          <w:sz w:val="14"/>
          <w:szCs w:val="14"/>
        </w:rPr>
        <w:t>tau_draws</w:t>
      </w:r>
      <w:proofErr w:type="spellEnd"/>
      <w:r w:rsidRPr="008B3783">
        <w:rPr>
          <w:rFonts w:ascii="Arial" w:hAnsi="Arial" w:cs="Arial"/>
          <w:sz w:val="14"/>
          <w:szCs w:val="14"/>
        </w:rPr>
        <w:t>)</w:t>
      </w:r>
    </w:p>
    <w:p w14:paraId="191EA4A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pred_interval_or</w:t>
      </w:r>
      <w:proofErr w:type="spellEnd"/>
      <w:r w:rsidRPr="008B3783">
        <w:rPr>
          <w:rFonts w:ascii="Arial" w:hAnsi="Arial" w:cs="Arial"/>
          <w:sz w:val="14"/>
          <w:szCs w:val="14"/>
        </w:rPr>
        <w:t xml:space="preserve"> &lt;- quantile(exp(</w:t>
      </w:r>
      <w:proofErr w:type="spellStart"/>
      <w:r w:rsidRPr="008B3783">
        <w:rPr>
          <w:rFonts w:ascii="Arial" w:hAnsi="Arial" w:cs="Arial"/>
          <w:sz w:val="14"/>
          <w:szCs w:val="14"/>
        </w:rPr>
        <w:t>new_study_log_or</w:t>
      </w:r>
      <w:proofErr w:type="spellEnd"/>
      <w:r w:rsidRPr="008B3783">
        <w:rPr>
          <w:rFonts w:ascii="Arial" w:hAnsi="Arial" w:cs="Arial"/>
          <w:sz w:val="14"/>
          <w:szCs w:val="14"/>
        </w:rPr>
        <w:t xml:space="preserve">), probs = </w:t>
      </w:r>
      <w:proofErr w:type="gramStart"/>
      <w:r w:rsidRPr="008B3783">
        <w:rPr>
          <w:rFonts w:ascii="Arial" w:hAnsi="Arial" w:cs="Arial"/>
          <w:sz w:val="14"/>
          <w:szCs w:val="14"/>
        </w:rPr>
        <w:t>c(</w:t>
      </w:r>
      <w:proofErr w:type="gramEnd"/>
      <w:r w:rsidRPr="008B3783">
        <w:rPr>
          <w:rFonts w:ascii="Arial" w:hAnsi="Arial" w:cs="Arial"/>
          <w:sz w:val="14"/>
          <w:szCs w:val="14"/>
        </w:rPr>
        <w:t>0.025, 0.975))</w:t>
      </w:r>
    </w:p>
    <w:p w14:paraId="479F063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3ABE2F44" w14:textId="77777777" w:rsidR="008B3783" w:rsidRPr="0010545B" w:rsidRDefault="008B3783" w:rsidP="008B3783">
      <w:pPr>
        <w:spacing w:after="0"/>
        <w:rPr>
          <w:rFonts w:ascii="Arial" w:hAnsi="Arial" w:cs="Arial"/>
          <w:sz w:val="14"/>
          <w:szCs w:val="14"/>
          <w:lang w:val="pt-BR"/>
        </w:rPr>
      </w:pPr>
      <w:r w:rsidRPr="008B3783">
        <w:rPr>
          <w:rFonts w:ascii="Arial" w:hAnsi="Arial" w:cs="Arial"/>
          <w:sz w:val="14"/>
          <w:szCs w:val="14"/>
        </w:rPr>
        <w:t xml:space="preserve">  </w:t>
      </w:r>
      <w:r w:rsidRPr="0010545B">
        <w:rPr>
          <w:rFonts w:ascii="Arial" w:hAnsi="Arial" w:cs="Arial"/>
          <w:sz w:val="14"/>
          <w:szCs w:val="14"/>
          <w:lang w:val="pt-BR"/>
        </w:rPr>
        <w:t>cat("\n---", model_name, "---\n")</w:t>
      </w:r>
    </w:p>
    <w:p w14:paraId="2D2821E4" w14:textId="77777777" w:rsidR="008B3783" w:rsidRPr="008B3783" w:rsidRDefault="008B3783" w:rsidP="008B3783">
      <w:pPr>
        <w:spacing w:after="0"/>
        <w:rPr>
          <w:rFonts w:ascii="Arial" w:hAnsi="Arial" w:cs="Arial"/>
          <w:sz w:val="14"/>
          <w:szCs w:val="14"/>
        </w:rPr>
      </w:pPr>
      <w:r w:rsidRPr="0010545B">
        <w:rPr>
          <w:rFonts w:ascii="Arial" w:hAnsi="Arial" w:cs="Arial"/>
          <w:sz w:val="14"/>
          <w:szCs w:val="14"/>
          <w:lang w:val="pt-BR"/>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"Heterogeneity (tau) - Posterior Median &amp; 95% </w:t>
      </w:r>
      <w:proofErr w:type="spellStart"/>
      <w:r w:rsidRPr="008B3783">
        <w:rPr>
          <w:rFonts w:ascii="Arial" w:hAnsi="Arial" w:cs="Arial"/>
          <w:sz w:val="14"/>
          <w:szCs w:val="14"/>
        </w:rPr>
        <w:t>CrI</w:t>
      </w:r>
      <w:proofErr w:type="spellEnd"/>
      <w:r w:rsidRPr="008B3783">
        <w:rPr>
          <w:rFonts w:ascii="Arial" w:hAnsi="Arial" w:cs="Arial"/>
          <w:sz w:val="14"/>
          <w:szCs w:val="14"/>
        </w:rPr>
        <w:t>:\n")</w:t>
      </w:r>
    </w:p>
    <w:p w14:paraId="77A8E7A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  Median</w:t>
      </w:r>
      <w:proofErr w:type="gramEnd"/>
      <w:r w:rsidRPr="008B3783">
        <w:rPr>
          <w:rFonts w:ascii="Arial" w:hAnsi="Arial" w:cs="Arial"/>
          <w:sz w:val="14"/>
          <w:szCs w:val="14"/>
        </w:rPr>
        <w:t xml:space="preserve">:",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tau_median</w:t>
      </w:r>
      <w:proofErr w:type="spellEnd"/>
      <w:r w:rsidRPr="008B3783">
        <w:rPr>
          <w:rFonts w:ascii="Arial" w:hAnsi="Arial" w:cs="Arial"/>
          <w:sz w:val="14"/>
          <w:szCs w:val="14"/>
        </w:rPr>
        <w:t>, 3), "\n")</w:t>
      </w:r>
    </w:p>
    <w:p w14:paraId="25CC5BA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  95</w:t>
      </w:r>
      <w:proofErr w:type="gramEnd"/>
      <w:r w:rsidRPr="008B3783">
        <w:rPr>
          <w:rFonts w:ascii="Arial" w:hAnsi="Arial" w:cs="Arial"/>
          <w:sz w:val="14"/>
          <w:szCs w:val="14"/>
        </w:rPr>
        <w:t xml:space="preserve">% </w:t>
      </w:r>
      <w:proofErr w:type="spellStart"/>
      <w:r w:rsidRPr="008B3783">
        <w:rPr>
          <w:rFonts w:ascii="Arial" w:hAnsi="Arial" w:cs="Arial"/>
          <w:sz w:val="14"/>
          <w:szCs w:val="14"/>
        </w:rPr>
        <w:t>CrI</w:t>
      </w:r>
      <w:proofErr w:type="spellEnd"/>
      <w:r w:rsidRPr="008B3783">
        <w:rPr>
          <w:rFonts w:ascii="Arial" w:hAnsi="Arial" w:cs="Arial"/>
          <w:sz w:val="14"/>
          <w:szCs w:val="14"/>
        </w:rPr>
        <w:t>: [", round(</w:t>
      </w:r>
      <w:proofErr w:type="spellStart"/>
      <w:r w:rsidRPr="008B3783">
        <w:rPr>
          <w:rFonts w:ascii="Arial" w:hAnsi="Arial" w:cs="Arial"/>
          <w:sz w:val="14"/>
          <w:szCs w:val="14"/>
        </w:rPr>
        <w:t>tau_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1], 3), ", ", round(</w:t>
      </w:r>
      <w:proofErr w:type="spellStart"/>
      <w:r w:rsidRPr="008B3783">
        <w:rPr>
          <w:rFonts w:ascii="Arial" w:hAnsi="Arial" w:cs="Arial"/>
          <w:sz w:val="14"/>
          <w:szCs w:val="14"/>
        </w:rPr>
        <w:t>tau_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 xml:space="preserve">2], 3), </w:t>
      </w:r>
      <w:proofErr w:type="gramStart"/>
      <w:r w:rsidRPr="008B3783">
        <w:rPr>
          <w:rFonts w:ascii="Arial" w:hAnsi="Arial" w:cs="Arial"/>
          <w:sz w:val="14"/>
          <w:szCs w:val="14"/>
        </w:rPr>
        <w:t>"]\n\n</w:t>
      </w:r>
      <w:proofErr w:type="gramEnd"/>
      <w:r w:rsidRPr="008B3783">
        <w:rPr>
          <w:rFonts w:ascii="Arial" w:hAnsi="Arial" w:cs="Arial"/>
          <w:sz w:val="14"/>
          <w:szCs w:val="14"/>
        </w:rPr>
        <w:t xml:space="preserve">", </w:t>
      </w:r>
      <w:proofErr w:type="spellStart"/>
      <w:r w:rsidRPr="008B3783">
        <w:rPr>
          <w:rFonts w:ascii="Arial" w:hAnsi="Arial" w:cs="Arial"/>
          <w:sz w:val="14"/>
          <w:szCs w:val="14"/>
        </w:rPr>
        <w:t>sep</w:t>
      </w:r>
      <w:proofErr w:type="spellEnd"/>
      <w:r w:rsidRPr="008B3783">
        <w:rPr>
          <w:rFonts w:ascii="Arial" w:hAnsi="Arial" w:cs="Arial"/>
          <w:sz w:val="14"/>
          <w:szCs w:val="14"/>
        </w:rPr>
        <w:t>="")</w:t>
      </w:r>
    </w:p>
    <w:p w14:paraId="2BE5932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214B057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"95% Prediction Interval for Odds Ratio in a new study:\n")</w:t>
      </w:r>
    </w:p>
    <w:p w14:paraId="561CF52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  PI</w:t>
      </w:r>
      <w:proofErr w:type="gramEnd"/>
      <w:r w:rsidRPr="008B3783">
        <w:rPr>
          <w:rFonts w:ascii="Arial" w:hAnsi="Arial" w:cs="Arial"/>
          <w:sz w:val="14"/>
          <w:szCs w:val="14"/>
        </w:rPr>
        <w:t>: [", round(</w:t>
      </w:r>
      <w:proofErr w:type="spellStart"/>
      <w:r w:rsidRPr="008B3783">
        <w:rPr>
          <w:rFonts w:ascii="Arial" w:hAnsi="Arial" w:cs="Arial"/>
          <w:sz w:val="14"/>
          <w:szCs w:val="14"/>
        </w:rPr>
        <w:t>pred_interval_</w:t>
      </w:r>
      <w:proofErr w:type="gramStart"/>
      <w:r w:rsidRPr="008B3783">
        <w:rPr>
          <w:rFonts w:ascii="Arial" w:hAnsi="Arial" w:cs="Arial"/>
          <w:sz w:val="14"/>
          <w:szCs w:val="14"/>
        </w:rPr>
        <w:t>or</w:t>
      </w:r>
      <w:proofErr w:type="spellEnd"/>
      <w:r w:rsidRPr="008B3783">
        <w:rPr>
          <w:rFonts w:ascii="Arial" w:hAnsi="Arial" w:cs="Arial"/>
          <w:sz w:val="14"/>
          <w:szCs w:val="14"/>
        </w:rPr>
        <w:t>[</w:t>
      </w:r>
      <w:proofErr w:type="gramEnd"/>
      <w:r w:rsidRPr="008B3783">
        <w:rPr>
          <w:rFonts w:ascii="Arial" w:hAnsi="Arial" w:cs="Arial"/>
          <w:sz w:val="14"/>
          <w:szCs w:val="14"/>
        </w:rPr>
        <w:t>1], 3), ", ", round(</w:t>
      </w:r>
      <w:proofErr w:type="spellStart"/>
      <w:r w:rsidRPr="008B3783">
        <w:rPr>
          <w:rFonts w:ascii="Arial" w:hAnsi="Arial" w:cs="Arial"/>
          <w:sz w:val="14"/>
          <w:szCs w:val="14"/>
        </w:rPr>
        <w:t>pred_interval_</w:t>
      </w:r>
      <w:proofErr w:type="gramStart"/>
      <w:r w:rsidRPr="008B3783">
        <w:rPr>
          <w:rFonts w:ascii="Arial" w:hAnsi="Arial" w:cs="Arial"/>
          <w:sz w:val="14"/>
          <w:szCs w:val="14"/>
        </w:rPr>
        <w:t>or</w:t>
      </w:r>
      <w:proofErr w:type="spellEnd"/>
      <w:r w:rsidRPr="008B3783">
        <w:rPr>
          <w:rFonts w:ascii="Arial" w:hAnsi="Arial" w:cs="Arial"/>
          <w:sz w:val="14"/>
          <w:szCs w:val="14"/>
        </w:rPr>
        <w:t>[</w:t>
      </w:r>
      <w:proofErr w:type="gramEnd"/>
      <w:r w:rsidRPr="008B3783">
        <w:rPr>
          <w:rFonts w:ascii="Arial" w:hAnsi="Arial" w:cs="Arial"/>
          <w:sz w:val="14"/>
          <w:szCs w:val="14"/>
        </w:rPr>
        <w:t xml:space="preserve">2], 3), </w:t>
      </w:r>
      <w:proofErr w:type="gramStart"/>
      <w:r w:rsidRPr="008B3783">
        <w:rPr>
          <w:rFonts w:ascii="Arial" w:hAnsi="Arial" w:cs="Arial"/>
          <w:sz w:val="14"/>
          <w:szCs w:val="14"/>
        </w:rPr>
        <w:t>"]\</w:t>
      </w:r>
      <w:proofErr w:type="gramEnd"/>
      <w:r w:rsidRPr="008B3783">
        <w:rPr>
          <w:rFonts w:ascii="Arial" w:hAnsi="Arial" w:cs="Arial"/>
          <w:sz w:val="14"/>
          <w:szCs w:val="14"/>
        </w:rPr>
        <w:t xml:space="preserve">n", </w:t>
      </w:r>
      <w:proofErr w:type="spellStart"/>
      <w:r w:rsidRPr="008B3783">
        <w:rPr>
          <w:rFonts w:ascii="Arial" w:hAnsi="Arial" w:cs="Arial"/>
          <w:sz w:val="14"/>
          <w:szCs w:val="14"/>
        </w:rPr>
        <w:t>sep</w:t>
      </w:r>
      <w:proofErr w:type="spellEnd"/>
      <w:r w:rsidRPr="008B3783">
        <w:rPr>
          <w:rFonts w:ascii="Arial" w:hAnsi="Arial" w:cs="Arial"/>
          <w:sz w:val="14"/>
          <w:szCs w:val="14"/>
        </w:rPr>
        <w:t>="")</w:t>
      </w:r>
    </w:p>
    <w:p w14:paraId="2FF5B3F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00683B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invisible(list(</w:t>
      </w:r>
      <w:proofErr w:type="spellStart"/>
      <w:proofErr w:type="gramEnd"/>
      <w:r w:rsidRPr="008B3783">
        <w:rPr>
          <w:rFonts w:ascii="Arial" w:hAnsi="Arial" w:cs="Arial"/>
          <w:sz w:val="14"/>
          <w:szCs w:val="14"/>
        </w:rPr>
        <w:t>tau_median</w:t>
      </w:r>
      <w:proofErr w:type="spellEnd"/>
      <w:r w:rsidRPr="008B3783">
        <w:rPr>
          <w:rFonts w:ascii="Arial" w:hAnsi="Arial" w:cs="Arial"/>
          <w:sz w:val="14"/>
          <w:szCs w:val="14"/>
        </w:rPr>
        <w:t xml:space="preserve"> = </w:t>
      </w:r>
      <w:proofErr w:type="spellStart"/>
      <w:r w:rsidRPr="008B3783">
        <w:rPr>
          <w:rFonts w:ascii="Arial" w:hAnsi="Arial" w:cs="Arial"/>
          <w:sz w:val="14"/>
          <w:szCs w:val="14"/>
        </w:rPr>
        <w:t>tau_median</w:t>
      </w:r>
      <w:proofErr w:type="spellEnd"/>
      <w:r w:rsidRPr="008B3783">
        <w:rPr>
          <w:rFonts w:ascii="Arial" w:hAnsi="Arial" w:cs="Arial"/>
          <w:sz w:val="14"/>
          <w:szCs w:val="14"/>
        </w:rPr>
        <w:t xml:space="preserve">, </w:t>
      </w:r>
      <w:proofErr w:type="spellStart"/>
      <w:r w:rsidRPr="008B3783">
        <w:rPr>
          <w:rFonts w:ascii="Arial" w:hAnsi="Arial" w:cs="Arial"/>
          <w:sz w:val="14"/>
          <w:szCs w:val="14"/>
        </w:rPr>
        <w:t>tau_cri</w:t>
      </w:r>
      <w:proofErr w:type="spellEnd"/>
      <w:r w:rsidRPr="008B3783">
        <w:rPr>
          <w:rFonts w:ascii="Arial" w:hAnsi="Arial" w:cs="Arial"/>
          <w:sz w:val="14"/>
          <w:szCs w:val="14"/>
        </w:rPr>
        <w:t xml:space="preserve"> = </w:t>
      </w:r>
      <w:proofErr w:type="spellStart"/>
      <w:r w:rsidRPr="008B3783">
        <w:rPr>
          <w:rFonts w:ascii="Arial" w:hAnsi="Arial" w:cs="Arial"/>
          <w:sz w:val="14"/>
          <w:szCs w:val="14"/>
        </w:rPr>
        <w:t>tau_cri</w:t>
      </w:r>
      <w:proofErr w:type="spellEnd"/>
      <w:r w:rsidRPr="008B3783">
        <w:rPr>
          <w:rFonts w:ascii="Arial" w:hAnsi="Arial" w:cs="Arial"/>
          <w:sz w:val="14"/>
          <w:szCs w:val="14"/>
        </w:rPr>
        <w:t xml:space="preserve">, </w:t>
      </w:r>
      <w:proofErr w:type="spellStart"/>
      <w:r w:rsidRPr="008B3783">
        <w:rPr>
          <w:rFonts w:ascii="Arial" w:hAnsi="Arial" w:cs="Arial"/>
          <w:sz w:val="14"/>
          <w:szCs w:val="14"/>
        </w:rPr>
        <w:t>pi_or</w:t>
      </w:r>
      <w:proofErr w:type="spellEnd"/>
      <w:r w:rsidRPr="008B3783">
        <w:rPr>
          <w:rFonts w:ascii="Arial" w:hAnsi="Arial" w:cs="Arial"/>
          <w:sz w:val="14"/>
          <w:szCs w:val="14"/>
        </w:rPr>
        <w:t xml:space="preserve"> = </w:t>
      </w:r>
      <w:proofErr w:type="spellStart"/>
      <w:r w:rsidRPr="008B3783">
        <w:rPr>
          <w:rFonts w:ascii="Arial" w:hAnsi="Arial" w:cs="Arial"/>
          <w:sz w:val="14"/>
          <w:szCs w:val="14"/>
        </w:rPr>
        <w:t>pred_interval_or</w:t>
      </w:r>
      <w:proofErr w:type="spellEnd"/>
      <w:r w:rsidRPr="008B3783">
        <w:rPr>
          <w:rFonts w:ascii="Arial" w:hAnsi="Arial" w:cs="Arial"/>
          <w:sz w:val="14"/>
          <w:szCs w:val="14"/>
        </w:rPr>
        <w:t>))</w:t>
      </w:r>
    </w:p>
    <w:p w14:paraId="14F7F40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07595D48" w14:textId="77777777" w:rsidR="008B3783" w:rsidRPr="008B3783" w:rsidRDefault="008B3783" w:rsidP="008B3783">
      <w:pPr>
        <w:spacing w:after="0"/>
        <w:rPr>
          <w:rFonts w:ascii="Arial" w:hAnsi="Arial" w:cs="Arial"/>
          <w:sz w:val="14"/>
          <w:szCs w:val="14"/>
        </w:rPr>
      </w:pPr>
    </w:p>
    <w:p w14:paraId="0A5C3EC9" w14:textId="6044BCA4" w:rsidR="008B3783" w:rsidRPr="008B3783" w:rsidRDefault="008B3783" w:rsidP="008B3783">
      <w:pPr>
        <w:spacing w:after="0"/>
        <w:rPr>
          <w:rFonts w:ascii="Arial" w:hAnsi="Arial" w:cs="Arial"/>
          <w:sz w:val="14"/>
          <w:szCs w:val="14"/>
        </w:rPr>
      </w:pPr>
      <w:r w:rsidRPr="008B3783">
        <w:rPr>
          <w:rFonts w:ascii="Arial" w:hAnsi="Arial" w:cs="Arial"/>
          <w:sz w:val="14"/>
          <w:szCs w:val="14"/>
        </w:rPr>
        <w:t># ---- Extract Correlation between Intercepts and Treatment Effects ----</w:t>
      </w:r>
    </w:p>
    <w:p w14:paraId="0FE16C13"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get_correlation</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model, </w:t>
      </w:r>
      <w:proofErr w:type="spellStart"/>
      <w:r w:rsidRPr="008B3783">
        <w:rPr>
          <w:rFonts w:ascii="Arial" w:hAnsi="Arial" w:cs="Arial"/>
          <w:sz w:val="14"/>
          <w:szCs w:val="14"/>
        </w:rPr>
        <w:t>model_name</w:t>
      </w:r>
      <w:proofErr w:type="spellEnd"/>
      <w:r w:rsidRPr="008B3783">
        <w:rPr>
          <w:rFonts w:ascii="Arial" w:hAnsi="Arial" w:cs="Arial"/>
          <w:sz w:val="14"/>
          <w:szCs w:val="14"/>
        </w:rPr>
        <w:t>) {</w:t>
      </w:r>
    </w:p>
    <w:p w14:paraId="55FBC80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draws &lt;- </w:t>
      </w:r>
      <w:proofErr w:type="spellStart"/>
      <w:r w:rsidRPr="008B3783">
        <w:rPr>
          <w:rFonts w:ascii="Arial" w:hAnsi="Arial" w:cs="Arial"/>
          <w:sz w:val="14"/>
          <w:szCs w:val="14"/>
        </w:rPr>
        <w:t>as_draws_df</w:t>
      </w:r>
      <w:proofErr w:type="spellEnd"/>
      <w:r w:rsidRPr="008B3783">
        <w:rPr>
          <w:rFonts w:ascii="Arial" w:hAnsi="Arial" w:cs="Arial"/>
          <w:sz w:val="14"/>
          <w:szCs w:val="14"/>
        </w:rPr>
        <w:t>(model)</w:t>
      </w:r>
    </w:p>
    <w:p w14:paraId="37355B8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cor_draws</w:t>
      </w:r>
      <w:proofErr w:type="spellEnd"/>
      <w:r w:rsidRPr="008B3783">
        <w:rPr>
          <w:rFonts w:ascii="Arial" w:hAnsi="Arial" w:cs="Arial"/>
          <w:sz w:val="14"/>
          <w:szCs w:val="14"/>
        </w:rPr>
        <w:t xml:space="preserve"> &lt;- draws$cor_Study__Intercept__</w:t>
      </w:r>
      <w:proofErr w:type="spellStart"/>
      <w:r w:rsidRPr="008B3783">
        <w:rPr>
          <w:rFonts w:ascii="Arial" w:hAnsi="Arial" w:cs="Arial"/>
          <w:sz w:val="14"/>
          <w:szCs w:val="14"/>
        </w:rPr>
        <w:t>TreatmentHigher</w:t>
      </w:r>
      <w:proofErr w:type="spellEnd"/>
    </w:p>
    <w:p w14:paraId="1505070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CEBB88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cor_median</w:t>
      </w:r>
      <w:proofErr w:type="spellEnd"/>
      <w:r w:rsidRPr="008B3783">
        <w:rPr>
          <w:rFonts w:ascii="Arial" w:hAnsi="Arial" w:cs="Arial"/>
          <w:sz w:val="14"/>
          <w:szCs w:val="14"/>
        </w:rPr>
        <w:t xml:space="preserve"> &lt;- median(</w:t>
      </w:r>
      <w:proofErr w:type="spellStart"/>
      <w:r w:rsidRPr="008B3783">
        <w:rPr>
          <w:rFonts w:ascii="Arial" w:hAnsi="Arial" w:cs="Arial"/>
          <w:sz w:val="14"/>
          <w:szCs w:val="14"/>
        </w:rPr>
        <w:t>cor_draws</w:t>
      </w:r>
      <w:proofErr w:type="spellEnd"/>
      <w:r w:rsidRPr="008B3783">
        <w:rPr>
          <w:rFonts w:ascii="Arial" w:hAnsi="Arial" w:cs="Arial"/>
          <w:sz w:val="14"/>
          <w:szCs w:val="14"/>
        </w:rPr>
        <w:t>)</w:t>
      </w:r>
    </w:p>
    <w:p w14:paraId="7A14536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cor_cri</w:t>
      </w:r>
      <w:proofErr w:type="spellEnd"/>
      <w:r w:rsidRPr="008B3783">
        <w:rPr>
          <w:rFonts w:ascii="Arial" w:hAnsi="Arial" w:cs="Arial"/>
          <w:sz w:val="14"/>
          <w:szCs w:val="14"/>
        </w:rPr>
        <w:t xml:space="preserve"> &lt;- </w:t>
      </w:r>
      <w:proofErr w:type="gramStart"/>
      <w:r w:rsidRPr="008B3783">
        <w:rPr>
          <w:rFonts w:ascii="Arial" w:hAnsi="Arial" w:cs="Arial"/>
          <w:sz w:val="14"/>
          <w:szCs w:val="14"/>
        </w:rPr>
        <w:t>quantile(</w:t>
      </w:r>
      <w:proofErr w:type="spellStart"/>
      <w:proofErr w:type="gramEnd"/>
      <w:r w:rsidRPr="008B3783">
        <w:rPr>
          <w:rFonts w:ascii="Arial" w:hAnsi="Arial" w:cs="Arial"/>
          <w:sz w:val="14"/>
          <w:szCs w:val="14"/>
        </w:rPr>
        <w:t>cor_draws</w:t>
      </w:r>
      <w:proofErr w:type="spellEnd"/>
      <w:r w:rsidRPr="008B3783">
        <w:rPr>
          <w:rFonts w:ascii="Arial" w:hAnsi="Arial" w:cs="Arial"/>
          <w:sz w:val="14"/>
          <w:szCs w:val="14"/>
        </w:rPr>
        <w:t xml:space="preserve">, probs = </w:t>
      </w:r>
      <w:proofErr w:type="gramStart"/>
      <w:r w:rsidRPr="008B3783">
        <w:rPr>
          <w:rFonts w:ascii="Arial" w:hAnsi="Arial" w:cs="Arial"/>
          <w:sz w:val="14"/>
          <w:szCs w:val="14"/>
        </w:rPr>
        <w:t>c(</w:t>
      </w:r>
      <w:proofErr w:type="gramEnd"/>
      <w:r w:rsidRPr="008B3783">
        <w:rPr>
          <w:rFonts w:ascii="Arial" w:hAnsi="Arial" w:cs="Arial"/>
          <w:sz w:val="14"/>
          <w:szCs w:val="14"/>
        </w:rPr>
        <w:t>0.025, 0.975))</w:t>
      </w:r>
    </w:p>
    <w:p w14:paraId="78D0E0F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052A33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"\n---", </w:t>
      </w:r>
      <w:proofErr w:type="spellStart"/>
      <w:r w:rsidRPr="008B3783">
        <w:rPr>
          <w:rFonts w:ascii="Arial" w:hAnsi="Arial" w:cs="Arial"/>
          <w:sz w:val="14"/>
          <w:szCs w:val="14"/>
        </w:rPr>
        <w:t>model_name</w:t>
      </w:r>
      <w:proofErr w:type="spellEnd"/>
      <w:r w:rsidRPr="008B3783">
        <w:rPr>
          <w:rFonts w:ascii="Arial" w:hAnsi="Arial" w:cs="Arial"/>
          <w:sz w:val="14"/>
          <w:szCs w:val="14"/>
        </w:rPr>
        <w:t>, "---\n")</w:t>
      </w:r>
    </w:p>
    <w:p w14:paraId="7D4C663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"Correlation (Intercept vs. Treatment Effect) - Posterior Median &amp; 95% </w:t>
      </w:r>
      <w:proofErr w:type="spellStart"/>
      <w:r w:rsidRPr="008B3783">
        <w:rPr>
          <w:rFonts w:ascii="Arial" w:hAnsi="Arial" w:cs="Arial"/>
          <w:sz w:val="14"/>
          <w:szCs w:val="14"/>
        </w:rPr>
        <w:t>CrI</w:t>
      </w:r>
      <w:proofErr w:type="spellEnd"/>
      <w:r w:rsidRPr="008B3783">
        <w:rPr>
          <w:rFonts w:ascii="Arial" w:hAnsi="Arial" w:cs="Arial"/>
          <w:sz w:val="14"/>
          <w:szCs w:val="14"/>
        </w:rPr>
        <w:t>:\n")</w:t>
      </w:r>
    </w:p>
    <w:p w14:paraId="76F9779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  Median</w:t>
      </w:r>
      <w:proofErr w:type="gramEnd"/>
      <w:r w:rsidRPr="008B3783">
        <w:rPr>
          <w:rFonts w:ascii="Arial" w:hAnsi="Arial" w:cs="Arial"/>
          <w:sz w:val="14"/>
          <w:szCs w:val="14"/>
        </w:rPr>
        <w:t xml:space="preserve">:",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cor_median</w:t>
      </w:r>
      <w:proofErr w:type="spellEnd"/>
      <w:r w:rsidRPr="008B3783">
        <w:rPr>
          <w:rFonts w:ascii="Arial" w:hAnsi="Arial" w:cs="Arial"/>
          <w:sz w:val="14"/>
          <w:szCs w:val="14"/>
        </w:rPr>
        <w:t>, 3), "\n")</w:t>
      </w:r>
    </w:p>
    <w:p w14:paraId="5B6E960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  95</w:t>
      </w:r>
      <w:proofErr w:type="gramEnd"/>
      <w:r w:rsidRPr="008B3783">
        <w:rPr>
          <w:rFonts w:ascii="Arial" w:hAnsi="Arial" w:cs="Arial"/>
          <w:sz w:val="14"/>
          <w:szCs w:val="14"/>
        </w:rPr>
        <w:t xml:space="preserve">% </w:t>
      </w:r>
      <w:proofErr w:type="spellStart"/>
      <w:r w:rsidRPr="008B3783">
        <w:rPr>
          <w:rFonts w:ascii="Arial" w:hAnsi="Arial" w:cs="Arial"/>
          <w:sz w:val="14"/>
          <w:szCs w:val="14"/>
        </w:rPr>
        <w:t>CrI</w:t>
      </w:r>
      <w:proofErr w:type="spellEnd"/>
      <w:r w:rsidRPr="008B3783">
        <w:rPr>
          <w:rFonts w:ascii="Arial" w:hAnsi="Arial" w:cs="Arial"/>
          <w:sz w:val="14"/>
          <w:szCs w:val="14"/>
        </w:rPr>
        <w:t>: [", round(</w:t>
      </w:r>
      <w:proofErr w:type="spellStart"/>
      <w:r w:rsidRPr="008B3783">
        <w:rPr>
          <w:rFonts w:ascii="Arial" w:hAnsi="Arial" w:cs="Arial"/>
          <w:sz w:val="14"/>
          <w:szCs w:val="14"/>
        </w:rPr>
        <w:t>cor_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1], 3), ", ", round(</w:t>
      </w:r>
      <w:proofErr w:type="spellStart"/>
      <w:r w:rsidRPr="008B3783">
        <w:rPr>
          <w:rFonts w:ascii="Arial" w:hAnsi="Arial" w:cs="Arial"/>
          <w:sz w:val="14"/>
          <w:szCs w:val="14"/>
        </w:rPr>
        <w:t>cor_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 xml:space="preserve">2], 3), </w:t>
      </w:r>
      <w:proofErr w:type="gramStart"/>
      <w:r w:rsidRPr="008B3783">
        <w:rPr>
          <w:rFonts w:ascii="Arial" w:hAnsi="Arial" w:cs="Arial"/>
          <w:sz w:val="14"/>
          <w:szCs w:val="14"/>
        </w:rPr>
        <w:t>"]\</w:t>
      </w:r>
      <w:proofErr w:type="gramEnd"/>
      <w:r w:rsidRPr="008B3783">
        <w:rPr>
          <w:rFonts w:ascii="Arial" w:hAnsi="Arial" w:cs="Arial"/>
          <w:sz w:val="14"/>
          <w:szCs w:val="14"/>
        </w:rPr>
        <w:t xml:space="preserve">n", </w:t>
      </w:r>
      <w:proofErr w:type="spellStart"/>
      <w:r w:rsidRPr="008B3783">
        <w:rPr>
          <w:rFonts w:ascii="Arial" w:hAnsi="Arial" w:cs="Arial"/>
          <w:sz w:val="14"/>
          <w:szCs w:val="14"/>
        </w:rPr>
        <w:t>sep</w:t>
      </w:r>
      <w:proofErr w:type="spellEnd"/>
      <w:r w:rsidRPr="008B3783">
        <w:rPr>
          <w:rFonts w:ascii="Arial" w:hAnsi="Arial" w:cs="Arial"/>
          <w:sz w:val="14"/>
          <w:szCs w:val="14"/>
        </w:rPr>
        <w:t>="")</w:t>
      </w:r>
    </w:p>
    <w:p w14:paraId="3C7E7C3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5B6FEC2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if (</w:t>
      </w:r>
      <w:proofErr w:type="spellStart"/>
      <w:r w:rsidRPr="008B3783">
        <w:rPr>
          <w:rFonts w:ascii="Arial" w:hAnsi="Arial" w:cs="Arial"/>
          <w:sz w:val="14"/>
          <w:szCs w:val="14"/>
        </w:rPr>
        <w:t>cor_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 xml:space="preserve">1] &gt; 0.1) </w:t>
      </w:r>
      <w:proofErr w:type="gramStart"/>
      <w:r w:rsidRPr="008B3783">
        <w:rPr>
          <w:rFonts w:ascii="Arial" w:hAnsi="Arial" w:cs="Arial"/>
          <w:sz w:val="14"/>
          <w:szCs w:val="14"/>
        </w:rPr>
        <w:t>cat("  Interpretation</w:t>
      </w:r>
      <w:proofErr w:type="gramEnd"/>
      <w:r w:rsidRPr="008B3783">
        <w:rPr>
          <w:rFonts w:ascii="Arial" w:hAnsi="Arial" w:cs="Arial"/>
          <w:sz w:val="14"/>
          <w:szCs w:val="14"/>
        </w:rPr>
        <w:t>: Substantial positive correlation likely.\n")</w:t>
      </w:r>
    </w:p>
    <w:p w14:paraId="6FC3410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else if (</w:t>
      </w:r>
      <w:proofErr w:type="spellStart"/>
      <w:r w:rsidRPr="008B3783">
        <w:rPr>
          <w:rFonts w:ascii="Arial" w:hAnsi="Arial" w:cs="Arial"/>
          <w:sz w:val="14"/>
          <w:szCs w:val="14"/>
        </w:rPr>
        <w:t>cor_</w:t>
      </w:r>
      <w:proofErr w:type="gramStart"/>
      <w:r w:rsidRPr="008B3783">
        <w:rPr>
          <w:rFonts w:ascii="Arial" w:hAnsi="Arial" w:cs="Arial"/>
          <w:sz w:val="14"/>
          <w:szCs w:val="14"/>
        </w:rPr>
        <w:t>cri</w:t>
      </w:r>
      <w:proofErr w:type="spellEnd"/>
      <w:r w:rsidRPr="008B3783">
        <w:rPr>
          <w:rFonts w:ascii="Arial" w:hAnsi="Arial" w:cs="Arial"/>
          <w:sz w:val="14"/>
          <w:szCs w:val="14"/>
        </w:rPr>
        <w:t>[</w:t>
      </w:r>
      <w:proofErr w:type="gramEnd"/>
      <w:r w:rsidRPr="008B3783">
        <w:rPr>
          <w:rFonts w:ascii="Arial" w:hAnsi="Arial" w:cs="Arial"/>
          <w:sz w:val="14"/>
          <w:szCs w:val="14"/>
        </w:rPr>
        <w:t xml:space="preserve">2] &lt; -0.1) </w:t>
      </w:r>
      <w:proofErr w:type="gramStart"/>
      <w:r w:rsidRPr="008B3783">
        <w:rPr>
          <w:rFonts w:ascii="Arial" w:hAnsi="Arial" w:cs="Arial"/>
          <w:sz w:val="14"/>
          <w:szCs w:val="14"/>
        </w:rPr>
        <w:t>cat("  Interpretation</w:t>
      </w:r>
      <w:proofErr w:type="gramEnd"/>
      <w:r w:rsidRPr="008B3783">
        <w:rPr>
          <w:rFonts w:ascii="Arial" w:hAnsi="Arial" w:cs="Arial"/>
          <w:sz w:val="14"/>
          <w:szCs w:val="14"/>
        </w:rPr>
        <w:t>: Substantial negative correlation likely.\n")</w:t>
      </w:r>
    </w:p>
    <w:p w14:paraId="30A361F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else </w:t>
      </w:r>
      <w:proofErr w:type="gramStart"/>
      <w:r w:rsidRPr="008B3783">
        <w:rPr>
          <w:rFonts w:ascii="Arial" w:hAnsi="Arial" w:cs="Arial"/>
          <w:sz w:val="14"/>
          <w:szCs w:val="14"/>
        </w:rPr>
        <w:t>cat("  Interpretation</w:t>
      </w:r>
      <w:proofErr w:type="gramEnd"/>
      <w:r w:rsidRPr="008B3783">
        <w:rPr>
          <w:rFonts w:ascii="Arial" w:hAnsi="Arial" w:cs="Arial"/>
          <w:sz w:val="14"/>
          <w:szCs w:val="14"/>
        </w:rPr>
        <w:t>: Correlation is not substantial (</w:t>
      </w:r>
      <w:proofErr w:type="spellStart"/>
      <w:r w:rsidRPr="008B3783">
        <w:rPr>
          <w:rFonts w:ascii="Arial" w:hAnsi="Arial" w:cs="Arial"/>
          <w:sz w:val="14"/>
          <w:szCs w:val="14"/>
        </w:rPr>
        <w:t>CrI</w:t>
      </w:r>
      <w:proofErr w:type="spellEnd"/>
      <w:r w:rsidRPr="008B3783">
        <w:rPr>
          <w:rFonts w:ascii="Arial" w:hAnsi="Arial" w:cs="Arial"/>
          <w:sz w:val="14"/>
          <w:szCs w:val="14"/>
        </w:rPr>
        <w:t xml:space="preserve"> includes zero and is near null).\n")</w:t>
      </w:r>
    </w:p>
    <w:p w14:paraId="06F3383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3BBFB7B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invisible(list(</w:t>
      </w:r>
      <w:proofErr w:type="spellStart"/>
      <w:proofErr w:type="gramEnd"/>
      <w:r w:rsidRPr="008B3783">
        <w:rPr>
          <w:rFonts w:ascii="Arial" w:hAnsi="Arial" w:cs="Arial"/>
          <w:sz w:val="14"/>
          <w:szCs w:val="14"/>
        </w:rPr>
        <w:t>cor_median</w:t>
      </w:r>
      <w:proofErr w:type="spellEnd"/>
      <w:r w:rsidRPr="008B3783">
        <w:rPr>
          <w:rFonts w:ascii="Arial" w:hAnsi="Arial" w:cs="Arial"/>
          <w:sz w:val="14"/>
          <w:szCs w:val="14"/>
        </w:rPr>
        <w:t xml:space="preserve"> = </w:t>
      </w:r>
      <w:proofErr w:type="spellStart"/>
      <w:r w:rsidRPr="008B3783">
        <w:rPr>
          <w:rFonts w:ascii="Arial" w:hAnsi="Arial" w:cs="Arial"/>
          <w:sz w:val="14"/>
          <w:szCs w:val="14"/>
        </w:rPr>
        <w:t>cor_median</w:t>
      </w:r>
      <w:proofErr w:type="spellEnd"/>
      <w:r w:rsidRPr="008B3783">
        <w:rPr>
          <w:rFonts w:ascii="Arial" w:hAnsi="Arial" w:cs="Arial"/>
          <w:sz w:val="14"/>
          <w:szCs w:val="14"/>
        </w:rPr>
        <w:t xml:space="preserve">, </w:t>
      </w:r>
      <w:proofErr w:type="spellStart"/>
      <w:r w:rsidRPr="008B3783">
        <w:rPr>
          <w:rFonts w:ascii="Arial" w:hAnsi="Arial" w:cs="Arial"/>
          <w:sz w:val="14"/>
          <w:szCs w:val="14"/>
        </w:rPr>
        <w:t>cor_cri</w:t>
      </w:r>
      <w:proofErr w:type="spellEnd"/>
      <w:r w:rsidRPr="008B3783">
        <w:rPr>
          <w:rFonts w:ascii="Arial" w:hAnsi="Arial" w:cs="Arial"/>
          <w:sz w:val="14"/>
          <w:szCs w:val="14"/>
        </w:rPr>
        <w:t xml:space="preserve"> = </w:t>
      </w:r>
      <w:proofErr w:type="spellStart"/>
      <w:r w:rsidRPr="008B3783">
        <w:rPr>
          <w:rFonts w:ascii="Arial" w:hAnsi="Arial" w:cs="Arial"/>
          <w:sz w:val="14"/>
          <w:szCs w:val="14"/>
        </w:rPr>
        <w:t>cor_cri</w:t>
      </w:r>
      <w:proofErr w:type="spellEnd"/>
      <w:r w:rsidRPr="008B3783">
        <w:rPr>
          <w:rFonts w:ascii="Arial" w:hAnsi="Arial" w:cs="Arial"/>
          <w:sz w:val="14"/>
          <w:szCs w:val="14"/>
        </w:rPr>
        <w:t>))</w:t>
      </w:r>
    </w:p>
    <w:p w14:paraId="44F7FAB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785A1565" w14:textId="77777777" w:rsidR="008B3783" w:rsidRPr="008B3783" w:rsidRDefault="008B3783" w:rsidP="008B3783">
      <w:pPr>
        <w:spacing w:after="0"/>
        <w:rPr>
          <w:rFonts w:ascii="Arial" w:hAnsi="Arial" w:cs="Arial"/>
          <w:sz w:val="14"/>
          <w:szCs w:val="14"/>
        </w:rPr>
      </w:pPr>
    </w:p>
    <w:p w14:paraId="32F3B88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 Backend-agnostic diagnostics ----</w:t>
      </w:r>
    </w:p>
    <w:p w14:paraId="4AFA0D98"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get_diagnostics_row</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spellStart"/>
      <w:proofErr w:type="gramEnd"/>
      <w:r w:rsidRPr="008B3783">
        <w:rPr>
          <w:rFonts w:ascii="Arial" w:hAnsi="Arial" w:cs="Arial"/>
          <w:sz w:val="14"/>
          <w:szCs w:val="14"/>
        </w:rPr>
        <w:t>brmsfit</w:t>
      </w:r>
      <w:proofErr w:type="spellEnd"/>
      <w:r w:rsidRPr="008B3783">
        <w:rPr>
          <w:rFonts w:ascii="Arial" w:hAnsi="Arial" w:cs="Arial"/>
          <w:sz w:val="14"/>
          <w:szCs w:val="14"/>
        </w:rPr>
        <w:t>, label) {</w:t>
      </w:r>
    </w:p>
    <w:p w14:paraId="75E86D2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f &lt;- </w:t>
      </w:r>
      <w:proofErr w:type="spellStart"/>
      <w:r w:rsidRPr="008B3783">
        <w:rPr>
          <w:rFonts w:ascii="Arial" w:hAnsi="Arial" w:cs="Arial"/>
          <w:sz w:val="14"/>
          <w:szCs w:val="14"/>
        </w:rPr>
        <w:t>brmsfit$fit</w:t>
      </w:r>
      <w:proofErr w:type="spellEnd"/>
    </w:p>
    <w:p w14:paraId="70B0C22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if (</w:t>
      </w:r>
      <w:proofErr w:type="gramStart"/>
      <w:r w:rsidRPr="008B3783">
        <w:rPr>
          <w:rFonts w:ascii="Arial" w:hAnsi="Arial" w:cs="Arial"/>
          <w:sz w:val="14"/>
          <w:szCs w:val="14"/>
        </w:rPr>
        <w:t>inherits(</w:t>
      </w:r>
      <w:proofErr w:type="gramEnd"/>
      <w:r w:rsidRPr="008B3783">
        <w:rPr>
          <w:rFonts w:ascii="Arial" w:hAnsi="Arial" w:cs="Arial"/>
          <w:sz w:val="14"/>
          <w:szCs w:val="14"/>
        </w:rPr>
        <w:t>f, "</w:t>
      </w:r>
      <w:proofErr w:type="spellStart"/>
      <w:r w:rsidRPr="008B3783">
        <w:rPr>
          <w:rFonts w:ascii="Arial" w:hAnsi="Arial" w:cs="Arial"/>
          <w:sz w:val="14"/>
          <w:szCs w:val="14"/>
        </w:rPr>
        <w:t>CmdStanMCMC</w:t>
      </w:r>
      <w:proofErr w:type="spellEnd"/>
      <w:r w:rsidRPr="008B3783">
        <w:rPr>
          <w:rFonts w:ascii="Arial" w:hAnsi="Arial" w:cs="Arial"/>
          <w:sz w:val="14"/>
          <w:szCs w:val="14"/>
        </w:rPr>
        <w:t>")) {</w:t>
      </w:r>
    </w:p>
    <w:p w14:paraId="4814CFD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sdiag</w:t>
      </w:r>
      <w:proofErr w:type="spellEnd"/>
      <w:r w:rsidRPr="008B3783">
        <w:rPr>
          <w:rFonts w:ascii="Arial" w:hAnsi="Arial" w:cs="Arial"/>
          <w:sz w:val="14"/>
          <w:szCs w:val="14"/>
        </w:rPr>
        <w:t xml:space="preserve"> &lt;- </w:t>
      </w:r>
      <w:proofErr w:type="spellStart"/>
      <w:r w:rsidRPr="008B3783">
        <w:rPr>
          <w:rFonts w:ascii="Arial" w:hAnsi="Arial" w:cs="Arial"/>
          <w:sz w:val="14"/>
          <w:szCs w:val="14"/>
        </w:rPr>
        <w:t>f$sampler_</w:t>
      </w:r>
      <w:proofErr w:type="gramStart"/>
      <w:r w:rsidRPr="008B3783">
        <w:rPr>
          <w:rFonts w:ascii="Arial" w:hAnsi="Arial" w:cs="Arial"/>
          <w:sz w:val="14"/>
          <w:szCs w:val="14"/>
        </w:rPr>
        <w:t>diagnostics</w:t>
      </w:r>
      <w:proofErr w:type="spellEnd"/>
      <w:r w:rsidRPr="008B3783">
        <w:rPr>
          <w:rFonts w:ascii="Arial" w:hAnsi="Arial" w:cs="Arial"/>
          <w:sz w:val="14"/>
          <w:szCs w:val="14"/>
        </w:rPr>
        <w:t>(</w:t>
      </w:r>
      <w:proofErr w:type="gramEnd"/>
      <w:r w:rsidRPr="008B3783">
        <w:rPr>
          <w:rFonts w:ascii="Arial" w:hAnsi="Arial" w:cs="Arial"/>
          <w:sz w:val="14"/>
          <w:szCs w:val="14"/>
        </w:rPr>
        <w:t>)</w:t>
      </w:r>
    </w:p>
    <w:p w14:paraId="6176798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vnames</w:t>
      </w:r>
      <w:proofErr w:type="spellEnd"/>
      <w:r w:rsidRPr="008B3783">
        <w:rPr>
          <w:rFonts w:ascii="Arial" w:hAnsi="Arial" w:cs="Arial"/>
          <w:sz w:val="14"/>
          <w:szCs w:val="14"/>
        </w:rPr>
        <w:t xml:space="preserve"> &lt;- </w:t>
      </w:r>
      <w:proofErr w:type="spellStart"/>
      <w:r w:rsidRPr="008B3783">
        <w:rPr>
          <w:rFonts w:ascii="Arial" w:hAnsi="Arial" w:cs="Arial"/>
          <w:sz w:val="14"/>
          <w:szCs w:val="14"/>
        </w:rPr>
        <w:t>dimnames</w:t>
      </w:r>
      <w:proofErr w:type="spellEnd"/>
      <w:r w:rsidRPr="008B3783">
        <w:rPr>
          <w:rFonts w:ascii="Arial" w:hAnsi="Arial" w:cs="Arial"/>
          <w:sz w:val="14"/>
          <w:szCs w:val="14"/>
        </w:rPr>
        <w:t>(</w:t>
      </w:r>
      <w:proofErr w:type="spellStart"/>
      <w:r w:rsidRPr="008B3783">
        <w:rPr>
          <w:rFonts w:ascii="Arial" w:hAnsi="Arial" w:cs="Arial"/>
          <w:sz w:val="14"/>
          <w:szCs w:val="14"/>
        </w:rPr>
        <w:t>sdiag</w:t>
      </w:r>
      <w:proofErr w:type="spellEnd"/>
      <w:proofErr w:type="gramStart"/>
      <w:r w:rsidRPr="008B3783">
        <w:rPr>
          <w:rFonts w:ascii="Arial" w:hAnsi="Arial" w:cs="Arial"/>
          <w:sz w:val="14"/>
          <w:szCs w:val="14"/>
        </w:rPr>
        <w:t>)[</w:t>
      </w:r>
      <w:proofErr w:type="gramEnd"/>
      <w:r w:rsidRPr="008B3783">
        <w:rPr>
          <w:rFonts w:ascii="Arial" w:hAnsi="Arial" w:cs="Arial"/>
          <w:sz w:val="14"/>
          <w:szCs w:val="14"/>
        </w:rPr>
        <w:t xml:space="preserve">[3]]; </w:t>
      </w:r>
      <w:proofErr w:type="spellStart"/>
      <w:r w:rsidRPr="008B3783">
        <w:rPr>
          <w:rFonts w:ascii="Arial" w:hAnsi="Arial" w:cs="Arial"/>
          <w:sz w:val="14"/>
          <w:szCs w:val="14"/>
        </w:rPr>
        <w:t>idx</w:t>
      </w:r>
      <w:proofErr w:type="spellEnd"/>
      <w:r w:rsidRPr="008B3783">
        <w:rPr>
          <w:rFonts w:ascii="Arial" w:hAnsi="Arial" w:cs="Arial"/>
          <w:sz w:val="14"/>
          <w:szCs w:val="14"/>
        </w:rPr>
        <w:t xml:space="preserve"> &lt;- function(nm) </w:t>
      </w:r>
      <w:proofErr w:type="gramStart"/>
      <w:r w:rsidRPr="008B3783">
        <w:rPr>
          <w:rFonts w:ascii="Arial" w:hAnsi="Arial" w:cs="Arial"/>
          <w:sz w:val="14"/>
          <w:szCs w:val="14"/>
        </w:rPr>
        <w:t>match(</w:t>
      </w:r>
      <w:proofErr w:type="gramEnd"/>
      <w:r w:rsidRPr="008B3783">
        <w:rPr>
          <w:rFonts w:ascii="Arial" w:hAnsi="Arial" w:cs="Arial"/>
          <w:sz w:val="14"/>
          <w:szCs w:val="14"/>
        </w:rPr>
        <w:t xml:space="preserve">nm, </w:t>
      </w:r>
      <w:proofErr w:type="spellStart"/>
      <w:r w:rsidRPr="008B3783">
        <w:rPr>
          <w:rFonts w:ascii="Arial" w:hAnsi="Arial" w:cs="Arial"/>
          <w:sz w:val="14"/>
          <w:szCs w:val="14"/>
        </w:rPr>
        <w:t>vnames</w:t>
      </w:r>
      <w:proofErr w:type="spellEnd"/>
      <w:r w:rsidRPr="008B3783">
        <w:rPr>
          <w:rFonts w:ascii="Arial" w:hAnsi="Arial" w:cs="Arial"/>
          <w:sz w:val="14"/>
          <w:szCs w:val="14"/>
        </w:rPr>
        <w:t>)</w:t>
      </w:r>
    </w:p>
    <w:p w14:paraId="1921AEC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div_trans</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r w:rsidRPr="008B3783">
        <w:rPr>
          <w:rFonts w:ascii="Arial" w:hAnsi="Arial" w:cs="Arial"/>
          <w:sz w:val="14"/>
          <w:szCs w:val="14"/>
        </w:rPr>
        <w:t>sdiag</w:t>
      </w:r>
      <w:proofErr w:type="spellEnd"/>
      <w:r w:rsidRPr="008B3783">
        <w:rPr>
          <w:rFonts w:ascii="Arial" w:hAnsi="Arial" w:cs="Arial"/>
          <w:sz w:val="14"/>
          <w:szCs w:val="14"/>
        </w:rPr>
        <w:t>[, ,</w:t>
      </w:r>
      <w:proofErr w:type="gramEnd"/>
      <w:r w:rsidRPr="008B3783">
        <w:rPr>
          <w:rFonts w:ascii="Arial" w:hAnsi="Arial" w:cs="Arial"/>
          <w:sz w:val="14"/>
          <w:szCs w:val="14"/>
        </w:rPr>
        <w:t xml:space="preserve"> </w:t>
      </w:r>
      <w:proofErr w:type="spellStart"/>
      <w:r w:rsidRPr="008B3783">
        <w:rPr>
          <w:rFonts w:ascii="Arial" w:hAnsi="Arial" w:cs="Arial"/>
          <w:sz w:val="14"/>
          <w:szCs w:val="14"/>
        </w:rPr>
        <w:t>idx</w:t>
      </w:r>
      <w:proofErr w:type="spellEnd"/>
      <w:r w:rsidRPr="008B3783">
        <w:rPr>
          <w:rFonts w:ascii="Arial" w:hAnsi="Arial" w:cs="Arial"/>
          <w:sz w:val="14"/>
          <w:szCs w:val="14"/>
        </w:rPr>
        <w:t>("divergent__")], na.rm = TRUE)</w:t>
      </w:r>
    </w:p>
    <w:p w14:paraId="3C3BB82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td_arr</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sdiag</w:t>
      </w:r>
      <w:proofErr w:type="spellEnd"/>
      <w:r w:rsidRPr="008B3783">
        <w:rPr>
          <w:rFonts w:ascii="Arial" w:hAnsi="Arial" w:cs="Arial"/>
          <w:sz w:val="14"/>
          <w:szCs w:val="14"/>
        </w:rPr>
        <w:t>[, ,</w:t>
      </w:r>
      <w:proofErr w:type="gramEnd"/>
      <w:r w:rsidRPr="008B3783">
        <w:rPr>
          <w:rFonts w:ascii="Arial" w:hAnsi="Arial" w:cs="Arial"/>
          <w:sz w:val="14"/>
          <w:szCs w:val="14"/>
        </w:rPr>
        <w:t xml:space="preserve"> </w:t>
      </w:r>
      <w:proofErr w:type="spellStart"/>
      <w:r w:rsidRPr="008B3783">
        <w:rPr>
          <w:rFonts w:ascii="Arial" w:hAnsi="Arial" w:cs="Arial"/>
          <w:sz w:val="14"/>
          <w:szCs w:val="14"/>
        </w:rPr>
        <w:t>idx</w:t>
      </w:r>
      <w:proofErr w:type="spellEnd"/>
      <w:r w:rsidRPr="008B3783">
        <w:rPr>
          <w:rFonts w:ascii="Arial" w:hAnsi="Arial" w:cs="Arial"/>
          <w:sz w:val="14"/>
          <w:szCs w:val="14"/>
        </w:rPr>
        <w:t>("</w:t>
      </w:r>
      <w:proofErr w:type="spellStart"/>
      <w:r w:rsidRPr="008B3783">
        <w:rPr>
          <w:rFonts w:ascii="Arial" w:hAnsi="Arial" w:cs="Arial"/>
          <w:sz w:val="14"/>
          <w:szCs w:val="14"/>
        </w:rPr>
        <w:t>treedepth</w:t>
      </w:r>
      <w:proofErr w:type="spellEnd"/>
      <w:r w:rsidRPr="008B3783">
        <w:rPr>
          <w:rFonts w:ascii="Arial" w:hAnsi="Arial" w:cs="Arial"/>
          <w:sz w:val="14"/>
          <w:szCs w:val="14"/>
        </w:rPr>
        <w:t>__"), drop = FALSE]</w:t>
      </w:r>
    </w:p>
    <w:p w14:paraId="5A1392A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max_td</w:t>
      </w:r>
      <w:proofErr w:type="spellEnd"/>
      <w:r w:rsidRPr="008B3783">
        <w:rPr>
          <w:rFonts w:ascii="Arial" w:hAnsi="Arial" w:cs="Arial"/>
          <w:sz w:val="14"/>
          <w:szCs w:val="14"/>
        </w:rPr>
        <w:t xml:space="preserve"> &lt;- </w:t>
      </w:r>
      <w:proofErr w:type="gramStart"/>
      <w:r w:rsidRPr="008B3783">
        <w:rPr>
          <w:rFonts w:ascii="Arial" w:hAnsi="Arial" w:cs="Arial"/>
          <w:sz w:val="14"/>
          <w:szCs w:val="14"/>
        </w:rPr>
        <w:t>max(</w:t>
      </w:r>
      <w:proofErr w:type="spellStart"/>
      <w:proofErr w:type="gramEnd"/>
      <w:r w:rsidRPr="008B3783">
        <w:rPr>
          <w:rFonts w:ascii="Arial" w:hAnsi="Arial" w:cs="Arial"/>
          <w:sz w:val="14"/>
          <w:szCs w:val="14"/>
        </w:rPr>
        <w:t>td_arr</w:t>
      </w:r>
      <w:proofErr w:type="spellEnd"/>
      <w:r w:rsidRPr="008B3783">
        <w:rPr>
          <w:rFonts w:ascii="Arial" w:hAnsi="Arial" w:cs="Arial"/>
          <w:sz w:val="14"/>
          <w:szCs w:val="14"/>
        </w:rPr>
        <w:t>, na.rm = TRUE)</w:t>
      </w:r>
    </w:p>
    <w:p w14:paraId="3BEE8B4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td_sat</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td_arr</w:t>
      </w:r>
      <w:proofErr w:type="spellEnd"/>
      <w:r w:rsidRPr="008B3783">
        <w:rPr>
          <w:rFonts w:ascii="Arial" w:hAnsi="Arial" w:cs="Arial"/>
          <w:sz w:val="14"/>
          <w:szCs w:val="14"/>
        </w:rPr>
        <w:t xml:space="preserve"> == </w:t>
      </w:r>
      <w:proofErr w:type="spellStart"/>
      <w:r w:rsidRPr="008B3783">
        <w:rPr>
          <w:rFonts w:ascii="Arial" w:hAnsi="Arial" w:cs="Arial"/>
          <w:sz w:val="14"/>
          <w:szCs w:val="14"/>
        </w:rPr>
        <w:t>max_td</w:t>
      </w:r>
      <w:proofErr w:type="spellEnd"/>
      <w:r w:rsidRPr="008B3783">
        <w:rPr>
          <w:rFonts w:ascii="Arial" w:hAnsi="Arial" w:cs="Arial"/>
          <w:sz w:val="14"/>
          <w:szCs w:val="14"/>
        </w:rPr>
        <w:t>, na.rm = TRUE)</w:t>
      </w:r>
    </w:p>
    <w:p w14:paraId="4962F95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ebfmi</w:t>
      </w:r>
      <w:proofErr w:type="spellEnd"/>
      <w:r w:rsidRPr="008B3783">
        <w:rPr>
          <w:rFonts w:ascii="Arial" w:hAnsi="Arial" w:cs="Arial"/>
          <w:sz w:val="14"/>
          <w:szCs w:val="14"/>
        </w:rPr>
        <w:t xml:space="preserve"> &lt;- suppressWarnings(</w:t>
      </w:r>
      <w:proofErr w:type="gramStart"/>
      <w:r w:rsidRPr="008B3783">
        <w:rPr>
          <w:rFonts w:ascii="Arial" w:hAnsi="Arial" w:cs="Arial"/>
          <w:sz w:val="14"/>
          <w:szCs w:val="14"/>
        </w:rPr>
        <w:t>min(cmdstanr::</w:t>
      </w:r>
      <w:proofErr w:type="gramEnd"/>
      <w:r w:rsidRPr="008B3783">
        <w:rPr>
          <w:rFonts w:ascii="Arial" w:hAnsi="Arial" w:cs="Arial"/>
          <w:sz w:val="14"/>
          <w:szCs w:val="14"/>
        </w:rPr>
        <w:t>nuts_energy_information(f)$E_BFMI, na.rm = TRUE))</w:t>
      </w:r>
    </w:p>
    <w:p w14:paraId="7505504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else if (</w:t>
      </w:r>
      <w:proofErr w:type="gramStart"/>
      <w:r w:rsidRPr="008B3783">
        <w:rPr>
          <w:rFonts w:ascii="Arial" w:hAnsi="Arial" w:cs="Arial"/>
          <w:sz w:val="14"/>
          <w:szCs w:val="14"/>
        </w:rPr>
        <w:t>inherits(</w:t>
      </w:r>
      <w:proofErr w:type="gramEnd"/>
      <w:r w:rsidRPr="008B3783">
        <w:rPr>
          <w:rFonts w:ascii="Arial" w:hAnsi="Arial" w:cs="Arial"/>
          <w:sz w:val="14"/>
          <w:szCs w:val="14"/>
        </w:rPr>
        <w:t>f, "</w:t>
      </w:r>
      <w:proofErr w:type="spellStart"/>
      <w:r w:rsidRPr="008B3783">
        <w:rPr>
          <w:rFonts w:ascii="Arial" w:hAnsi="Arial" w:cs="Arial"/>
          <w:sz w:val="14"/>
          <w:szCs w:val="14"/>
        </w:rPr>
        <w:t>stanfit</w:t>
      </w:r>
      <w:proofErr w:type="spellEnd"/>
      <w:r w:rsidRPr="008B3783">
        <w:rPr>
          <w:rFonts w:ascii="Arial" w:hAnsi="Arial" w:cs="Arial"/>
          <w:sz w:val="14"/>
          <w:szCs w:val="14"/>
        </w:rPr>
        <w:t>")) {</w:t>
      </w:r>
    </w:p>
    <w:p w14:paraId="67E6B34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sp</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rstan</w:t>
      </w:r>
      <w:proofErr w:type="spellEnd"/>
      <w:r w:rsidRPr="008B3783">
        <w:rPr>
          <w:rFonts w:ascii="Arial" w:hAnsi="Arial" w:cs="Arial"/>
          <w:sz w:val="14"/>
          <w:szCs w:val="14"/>
        </w:rPr>
        <w:t>::</w:t>
      </w:r>
      <w:proofErr w:type="spellStart"/>
      <w:proofErr w:type="gramEnd"/>
      <w:r w:rsidRPr="008B3783">
        <w:rPr>
          <w:rFonts w:ascii="Arial" w:hAnsi="Arial" w:cs="Arial"/>
          <w:sz w:val="14"/>
          <w:szCs w:val="14"/>
        </w:rPr>
        <w:t>get_sampler_</w:t>
      </w:r>
      <w:proofErr w:type="gramStart"/>
      <w:r w:rsidRPr="008B3783">
        <w:rPr>
          <w:rFonts w:ascii="Arial" w:hAnsi="Arial" w:cs="Arial"/>
          <w:sz w:val="14"/>
          <w:szCs w:val="14"/>
        </w:rPr>
        <w:t>params</w:t>
      </w:r>
      <w:proofErr w:type="spellEnd"/>
      <w:r w:rsidRPr="008B3783">
        <w:rPr>
          <w:rFonts w:ascii="Arial" w:hAnsi="Arial" w:cs="Arial"/>
          <w:sz w:val="14"/>
          <w:szCs w:val="14"/>
        </w:rPr>
        <w:t>(</w:t>
      </w:r>
      <w:proofErr w:type="gramEnd"/>
      <w:r w:rsidRPr="008B3783">
        <w:rPr>
          <w:rFonts w:ascii="Arial" w:hAnsi="Arial" w:cs="Arial"/>
          <w:sz w:val="14"/>
          <w:szCs w:val="14"/>
        </w:rPr>
        <w:t xml:space="preserve">f, </w:t>
      </w:r>
      <w:proofErr w:type="spellStart"/>
      <w:r w:rsidRPr="008B3783">
        <w:rPr>
          <w:rFonts w:ascii="Arial" w:hAnsi="Arial" w:cs="Arial"/>
          <w:sz w:val="14"/>
          <w:szCs w:val="14"/>
        </w:rPr>
        <w:t>inc_warmup</w:t>
      </w:r>
      <w:proofErr w:type="spellEnd"/>
      <w:r w:rsidRPr="008B3783">
        <w:rPr>
          <w:rFonts w:ascii="Arial" w:hAnsi="Arial" w:cs="Arial"/>
          <w:sz w:val="14"/>
          <w:szCs w:val="14"/>
        </w:rPr>
        <w:t xml:space="preserve"> = FALSE)</w:t>
      </w:r>
    </w:p>
    <w:p w14:paraId="187876D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div_trans</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r w:rsidRPr="008B3783">
        <w:rPr>
          <w:rFonts w:ascii="Arial" w:hAnsi="Arial" w:cs="Arial"/>
          <w:sz w:val="14"/>
          <w:szCs w:val="14"/>
        </w:rPr>
        <w:t>vapply</w:t>
      </w:r>
      <w:proofErr w:type="spellEnd"/>
      <w:r w:rsidRPr="008B3783">
        <w:rPr>
          <w:rFonts w:ascii="Arial" w:hAnsi="Arial" w:cs="Arial"/>
          <w:sz w:val="14"/>
          <w:szCs w:val="14"/>
        </w:rPr>
        <w:t>(</w:t>
      </w:r>
      <w:proofErr w:type="spellStart"/>
      <w:proofErr w:type="gramEnd"/>
      <w:r w:rsidRPr="008B3783">
        <w:rPr>
          <w:rFonts w:ascii="Arial" w:hAnsi="Arial" w:cs="Arial"/>
          <w:sz w:val="14"/>
          <w:szCs w:val="14"/>
        </w:rPr>
        <w:t>sp</w:t>
      </w:r>
      <w:proofErr w:type="spellEnd"/>
      <w:r w:rsidRPr="008B3783">
        <w:rPr>
          <w:rFonts w:ascii="Arial" w:hAnsi="Arial" w:cs="Arial"/>
          <w:sz w:val="14"/>
          <w:szCs w:val="14"/>
        </w:rPr>
        <w:t xml:space="preserve">, function(x) </w:t>
      </w:r>
      <w:proofErr w:type="gramStart"/>
      <w:r w:rsidRPr="008B3783">
        <w:rPr>
          <w:rFonts w:ascii="Arial" w:hAnsi="Arial" w:cs="Arial"/>
          <w:sz w:val="14"/>
          <w:szCs w:val="14"/>
        </w:rPr>
        <w:t>sum(x[</w:t>
      </w:r>
      <w:proofErr w:type="gramEnd"/>
      <w:r w:rsidRPr="008B3783">
        <w:rPr>
          <w:rFonts w:ascii="Arial" w:hAnsi="Arial" w:cs="Arial"/>
          <w:sz w:val="14"/>
          <w:szCs w:val="14"/>
        </w:rPr>
        <w:t xml:space="preserve">, "divergent__"]), </w:t>
      </w:r>
      <w:proofErr w:type="gramStart"/>
      <w:r w:rsidRPr="008B3783">
        <w:rPr>
          <w:rFonts w:ascii="Arial" w:hAnsi="Arial" w:cs="Arial"/>
          <w:sz w:val="14"/>
          <w:szCs w:val="14"/>
        </w:rPr>
        <w:t>numeric(</w:t>
      </w:r>
      <w:proofErr w:type="gramEnd"/>
      <w:r w:rsidRPr="008B3783">
        <w:rPr>
          <w:rFonts w:ascii="Arial" w:hAnsi="Arial" w:cs="Arial"/>
          <w:sz w:val="14"/>
          <w:szCs w:val="14"/>
        </w:rPr>
        <w:t>1)))</w:t>
      </w:r>
    </w:p>
    <w:p w14:paraId="6074245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max_td</w:t>
      </w:r>
      <w:proofErr w:type="spellEnd"/>
      <w:r w:rsidRPr="008B3783">
        <w:rPr>
          <w:rFonts w:ascii="Arial" w:hAnsi="Arial" w:cs="Arial"/>
          <w:sz w:val="14"/>
          <w:szCs w:val="14"/>
        </w:rPr>
        <w:t xml:space="preserve"> &lt;- </w:t>
      </w:r>
      <w:proofErr w:type="gramStart"/>
      <w:r w:rsidRPr="008B3783">
        <w:rPr>
          <w:rFonts w:ascii="Arial" w:hAnsi="Arial" w:cs="Arial"/>
          <w:sz w:val="14"/>
          <w:szCs w:val="14"/>
        </w:rPr>
        <w:t>max(</w:t>
      </w:r>
      <w:proofErr w:type="spellStart"/>
      <w:r w:rsidRPr="008B3783">
        <w:rPr>
          <w:rFonts w:ascii="Arial" w:hAnsi="Arial" w:cs="Arial"/>
          <w:sz w:val="14"/>
          <w:szCs w:val="14"/>
        </w:rPr>
        <w:t>vapply</w:t>
      </w:r>
      <w:proofErr w:type="spellEnd"/>
      <w:r w:rsidRPr="008B3783">
        <w:rPr>
          <w:rFonts w:ascii="Arial" w:hAnsi="Arial" w:cs="Arial"/>
          <w:sz w:val="14"/>
          <w:szCs w:val="14"/>
        </w:rPr>
        <w:t>(</w:t>
      </w:r>
      <w:proofErr w:type="spellStart"/>
      <w:proofErr w:type="gramEnd"/>
      <w:r w:rsidRPr="008B3783">
        <w:rPr>
          <w:rFonts w:ascii="Arial" w:hAnsi="Arial" w:cs="Arial"/>
          <w:sz w:val="14"/>
          <w:szCs w:val="14"/>
        </w:rPr>
        <w:t>sp</w:t>
      </w:r>
      <w:proofErr w:type="spellEnd"/>
      <w:r w:rsidRPr="008B3783">
        <w:rPr>
          <w:rFonts w:ascii="Arial" w:hAnsi="Arial" w:cs="Arial"/>
          <w:sz w:val="14"/>
          <w:szCs w:val="14"/>
        </w:rPr>
        <w:t xml:space="preserve">, function(x) </w:t>
      </w:r>
      <w:proofErr w:type="gramStart"/>
      <w:r w:rsidRPr="008B3783">
        <w:rPr>
          <w:rFonts w:ascii="Arial" w:hAnsi="Arial" w:cs="Arial"/>
          <w:sz w:val="14"/>
          <w:szCs w:val="14"/>
        </w:rPr>
        <w:t>max(x[</w:t>
      </w:r>
      <w:proofErr w:type="gramEnd"/>
      <w:r w:rsidRPr="008B3783">
        <w:rPr>
          <w:rFonts w:ascii="Arial" w:hAnsi="Arial" w:cs="Arial"/>
          <w:sz w:val="14"/>
          <w:szCs w:val="14"/>
        </w:rPr>
        <w:t>, "</w:t>
      </w:r>
      <w:proofErr w:type="spellStart"/>
      <w:r w:rsidRPr="008B3783">
        <w:rPr>
          <w:rFonts w:ascii="Arial" w:hAnsi="Arial" w:cs="Arial"/>
          <w:sz w:val="14"/>
          <w:szCs w:val="14"/>
        </w:rPr>
        <w:t>treedepth</w:t>
      </w:r>
      <w:proofErr w:type="spellEnd"/>
      <w:r w:rsidRPr="008B3783">
        <w:rPr>
          <w:rFonts w:ascii="Arial" w:hAnsi="Arial" w:cs="Arial"/>
          <w:sz w:val="14"/>
          <w:szCs w:val="14"/>
        </w:rPr>
        <w:t xml:space="preserve">__"], na.rm = TRUE), </w:t>
      </w:r>
      <w:proofErr w:type="gramStart"/>
      <w:r w:rsidRPr="008B3783">
        <w:rPr>
          <w:rFonts w:ascii="Arial" w:hAnsi="Arial" w:cs="Arial"/>
          <w:sz w:val="14"/>
          <w:szCs w:val="14"/>
        </w:rPr>
        <w:t>numeric(</w:t>
      </w:r>
      <w:proofErr w:type="gramEnd"/>
      <w:r w:rsidRPr="008B3783">
        <w:rPr>
          <w:rFonts w:ascii="Arial" w:hAnsi="Arial" w:cs="Arial"/>
          <w:sz w:val="14"/>
          <w:szCs w:val="14"/>
        </w:rPr>
        <w:t>1)), na.rm = TRUE)</w:t>
      </w:r>
    </w:p>
    <w:p w14:paraId="62A22E2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td_sat</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r w:rsidRPr="008B3783">
        <w:rPr>
          <w:rFonts w:ascii="Arial" w:hAnsi="Arial" w:cs="Arial"/>
          <w:sz w:val="14"/>
          <w:szCs w:val="14"/>
        </w:rPr>
        <w:t>vapply</w:t>
      </w:r>
      <w:proofErr w:type="spellEnd"/>
      <w:r w:rsidRPr="008B3783">
        <w:rPr>
          <w:rFonts w:ascii="Arial" w:hAnsi="Arial" w:cs="Arial"/>
          <w:sz w:val="14"/>
          <w:szCs w:val="14"/>
        </w:rPr>
        <w:t>(</w:t>
      </w:r>
      <w:proofErr w:type="spellStart"/>
      <w:proofErr w:type="gramEnd"/>
      <w:r w:rsidRPr="008B3783">
        <w:rPr>
          <w:rFonts w:ascii="Arial" w:hAnsi="Arial" w:cs="Arial"/>
          <w:sz w:val="14"/>
          <w:szCs w:val="14"/>
        </w:rPr>
        <w:t>sp</w:t>
      </w:r>
      <w:proofErr w:type="spellEnd"/>
      <w:r w:rsidRPr="008B3783">
        <w:rPr>
          <w:rFonts w:ascii="Arial" w:hAnsi="Arial" w:cs="Arial"/>
          <w:sz w:val="14"/>
          <w:szCs w:val="14"/>
        </w:rPr>
        <w:t xml:space="preserve">, function(x) </w:t>
      </w:r>
      <w:proofErr w:type="gramStart"/>
      <w:r w:rsidRPr="008B3783">
        <w:rPr>
          <w:rFonts w:ascii="Arial" w:hAnsi="Arial" w:cs="Arial"/>
          <w:sz w:val="14"/>
          <w:szCs w:val="14"/>
        </w:rPr>
        <w:t>sum(x[</w:t>
      </w:r>
      <w:proofErr w:type="gramEnd"/>
      <w:r w:rsidRPr="008B3783">
        <w:rPr>
          <w:rFonts w:ascii="Arial" w:hAnsi="Arial" w:cs="Arial"/>
          <w:sz w:val="14"/>
          <w:szCs w:val="14"/>
        </w:rPr>
        <w:t>, "</w:t>
      </w:r>
      <w:proofErr w:type="spellStart"/>
      <w:r w:rsidRPr="008B3783">
        <w:rPr>
          <w:rFonts w:ascii="Arial" w:hAnsi="Arial" w:cs="Arial"/>
          <w:sz w:val="14"/>
          <w:szCs w:val="14"/>
        </w:rPr>
        <w:t>treedepth</w:t>
      </w:r>
      <w:proofErr w:type="spellEnd"/>
      <w:r w:rsidRPr="008B3783">
        <w:rPr>
          <w:rFonts w:ascii="Arial" w:hAnsi="Arial" w:cs="Arial"/>
          <w:sz w:val="14"/>
          <w:szCs w:val="14"/>
        </w:rPr>
        <w:t xml:space="preserve">__"] &gt;= </w:t>
      </w:r>
      <w:proofErr w:type="spellStart"/>
      <w:r w:rsidRPr="008B3783">
        <w:rPr>
          <w:rFonts w:ascii="Arial" w:hAnsi="Arial" w:cs="Arial"/>
          <w:sz w:val="14"/>
          <w:szCs w:val="14"/>
        </w:rPr>
        <w:t>max_td</w:t>
      </w:r>
      <w:proofErr w:type="spellEnd"/>
      <w:r w:rsidRPr="008B3783">
        <w:rPr>
          <w:rFonts w:ascii="Arial" w:hAnsi="Arial" w:cs="Arial"/>
          <w:sz w:val="14"/>
          <w:szCs w:val="14"/>
        </w:rPr>
        <w:t xml:space="preserve">), </w:t>
      </w:r>
      <w:proofErr w:type="gramStart"/>
      <w:r w:rsidRPr="008B3783">
        <w:rPr>
          <w:rFonts w:ascii="Arial" w:hAnsi="Arial" w:cs="Arial"/>
          <w:sz w:val="14"/>
          <w:szCs w:val="14"/>
        </w:rPr>
        <w:t>numeric(</w:t>
      </w:r>
      <w:proofErr w:type="gramEnd"/>
      <w:r w:rsidRPr="008B3783">
        <w:rPr>
          <w:rFonts w:ascii="Arial" w:hAnsi="Arial" w:cs="Arial"/>
          <w:sz w:val="14"/>
          <w:szCs w:val="14"/>
        </w:rPr>
        <w:t>1)))</w:t>
      </w:r>
    </w:p>
    <w:p w14:paraId="02D2BD7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ebfmi</w:t>
      </w:r>
      <w:proofErr w:type="spellEnd"/>
      <w:r w:rsidRPr="008B3783">
        <w:rPr>
          <w:rFonts w:ascii="Arial" w:hAnsi="Arial" w:cs="Arial"/>
          <w:sz w:val="14"/>
          <w:szCs w:val="14"/>
        </w:rPr>
        <w:t xml:space="preserve"> &lt;- </w:t>
      </w:r>
      <w:proofErr w:type="spellStart"/>
      <w:r w:rsidRPr="008B3783">
        <w:rPr>
          <w:rFonts w:ascii="Arial" w:hAnsi="Arial" w:cs="Arial"/>
          <w:sz w:val="14"/>
          <w:szCs w:val="14"/>
        </w:rPr>
        <w:t>suppressWarnings</w:t>
      </w:r>
      <w:proofErr w:type="spellEnd"/>
      <w:r w:rsidRPr="008B3783">
        <w:rPr>
          <w:rFonts w:ascii="Arial" w:hAnsi="Arial" w:cs="Arial"/>
          <w:sz w:val="14"/>
          <w:szCs w:val="14"/>
        </w:rPr>
        <w:t>(</w:t>
      </w:r>
      <w:proofErr w:type="gramStart"/>
      <w:r w:rsidRPr="008B3783">
        <w:rPr>
          <w:rFonts w:ascii="Arial" w:hAnsi="Arial" w:cs="Arial"/>
          <w:sz w:val="14"/>
          <w:szCs w:val="14"/>
        </w:rPr>
        <w:t>min(</w:t>
      </w:r>
      <w:proofErr w:type="spellStart"/>
      <w:r w:rsidRPr="008B3783">
        <w:rPr>
          <w:rFonts w:ascii="Arial" w:hAnsi="Arial" w:cs="Arial"/>
          <w:sz w:val="14"/>
          <w:szCs w:val="14"/>
        </w:rPr>
        <w:t>rstan</w:t>
      </w:r>
      <w:proofErr w:type="spellEnd"/>
      <w:r w:rsidRPr="008B3783">
        <w:rPr>
          <w:rFonts w:ascii="Arial" w:hAnsi="Arial" w:cs="Arial"/>
          <w:sz w:val="14"/>
          <w:szCs w:val="14"/>
        </w:rPr>
        <w:t>::</w:t>
      </w:r>
      <w:proofErr w:type="spellStart"/>
      <w:proofErr w:type="gramEnd"/>
      <w:r w:rsidRPr="008B3783">
        <w:rPr>
          <w:rFonts w:ascii="Arial" w:hAnsi="Arial" w:cs="Arial"/>
          <w:sz w:val="14"/>
          <w:szCs w:val="14"/>
        </w:rPr>
        <w:t>get_bfmi</w:t>
      </w:r>
      <w:proofErr w:type="spellEnd"/>
      <w:r w:rsidRPr="008B3783">
        <w:rPr>
          <w:rFonts w:ascii="Arial" w:hAnsi="Arial" w:cs="Arial"/>
          <w:sz w:val="14"/>
          <w:szCs w:val="14"/>
        </w:rPr>
        <w:t>(f), na.rm = TRUE))</w:t>
      </w:r>
    </w:p>
    <w:p w14:paraId="69BAF90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else </w:t>
      </w:r>
      <w:proofErr w:type="gramStart"/>
      <w:r w:rsidRPr="008B3783">
        <w:rPr>
          <w:rFonts w:ascii="Arial" w:hAnsi="Arial" w:cs="Arial"/>
          <w:sz w:val="14"/>
          <w:szCs w:val="14"/>
        </w:rPr>
        <w:t>stop(</w:t>
      </w:r>
      <w:proofErr w:type="gramEnd"/>
      <w:r w:rsidRPr="008B3783">
        <w:rPr>
          <w:rFonts w:ascii="Arial" w:hAnsi="Arial" w:cs="Arial"/>
          <w:sz w:val="14"/>
          <w:szCs w:val="14"/>
        </w:rPr>
        <w:t xml:space="preserve">"Unknown backend in </w:t>
      </w:r>
      <w:proofErr w:type="spellStart"/>
      <w:r w:rsidRPr="008B3783">
        <w:rPr>
          <w:rFonts w:ascii="Arial" w:hAnsi="Arial" w:cs="Arial"/>
          <w:sz w:val="14"/>
          <w:szCs w:val="14"/>
        </w:rPr>
        <w:t>brmsfit$fit</w:t>
      </w:r>
      <w:proofErr w:type="spellEnd"/>
      <w:r w:rsidRPr="008B3783">
        <w:rPr>
          <w:rFonts w:ascii="Arial" w:hAnsi="Arial" w:cs="Arial"/>
          <w:sz w:val="14"/>
          <w:szCs w:val="14"/>
        </w:rPr>
        <w:t xml:space="preserve"> (expected </w:t>
      </w:r>
      <w:proofErr w:type="spellStart"/>
      <w:r w:rsidRPr="008B3783">
        <w:rPr>
          <w:rFonts w:ascii="Arial" w:hAnsi="Arial" w:cs="Arial"/>
          <w:sz w:val="14"/>
          <w:szCs w:val="14"/>
        </w:rPr>
        <w:t>CmdStanMCMC</w:t>
      </w:r>
      <w:proofErr w:type="spellEnd"/>
      <w:r w:rsidRPr="008B3783">
        <w:rPr>
          <w:rFonts w:ascii="Arial" w:hAnsi="Arial" w:cs="Arial"/>
          <w:sz w:val="14"/>
          <w:szCs w:val="14"/>
        </w:rPr>
        <w:t xml:space="preserve"> or </w:t>
      </w:r>
      <w:proofErr w:type="spellStart"/>
      <w:r w:rsidRPr="008B3783">
        <w:rPr>
          <w:rFonts w:ascii="Arial" w:hAnsi="Arial" w:cs="Arial"/>
          <w:sz w:val="14"/>
          <w:szCs w:val="14"/>
        </w:rPr>
        <w:t>stanfit</w:t>
      </w:r>
      <w:proofErr w:type="spellEnd"/>
      <w:r w:rsidRPr="008B3783">
        <w:rPr>
          <w:rFonts w:ascii="Arial" w:hAnsi="Arial" w:cs="Arial"/>
          <w:sz w:val="14"/>
          <w:szCs w:val="14"/>
        </w:rPr>
        <w:t>).")</w:t>
      </w:r>
    </w:p>
    <w:p w14:paraId="44F1A03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49B96A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summ</w:t>
      </w:r>
      <w:proofErr w:type="spellEnd"/>
      <w:r w:rsidRPr="008B3783">
        <w:rPr>
          <w:rFonts w:ascii="Arial" w:hAnsi="Arial" w:cs="Arial"/>
          <w:sz w:val="14"/>
          <w:szCs w:val="14"/>
        </w:rPr>
        <w:t xml:space="preserve"> &lt;- </w:t>
      </w:r>
      <w:proofErr w:type="gramStart"/>
      <w:r w:rsidRPr="008B3783">
        <w:rPr>
          <w:rFonts w:ascii="Arial" w:hAnsi="Arial" w:cs="Arial"/>
          <w:sz w:val="14"/>
          <w:szCs w:val="14"/>
        </w:rPr>
        <w:t>posterior::</w:t>
      </w:r>
      <w:proofErr w:type="spellStart"/>
      <w:proofErr w:type="gramEnd"/>
      <w:r w:rsidRPr="008B3783">
        <w:rPr>
          <w:rFonts w:ascii="Arial" w:hAnsi="Arial" w:cs="Arial"/>
          <w:sz w:val="14"/>
          <w:szCs w:val="14"/>
        </w:rPr>
        <w:t>summarise_</w:t>
      </w:r>
      <w:proofErr w:type="gramStart"/>
      <w:r w:rsidRPr="008B3783">
        <w:rPr>
          <w:rFonts w:ascii="Arial" w:hAnsi="Arial" w:cs="Arial"/>
          <w:sz w:val="14"/>
          <w:szCs w:val="14"/>
        </w:rPr>
        <w:t>draws</w:t>
      </w:r>
      <w:proofErr w:type="spellEnd"/>
      <w:r w:rsidRPr="008B3783">
        <w:rPr>
          <w:rFonts w:ascii="Arial" w:hAnsi="Arial" w:cs="Arial"/>
          <w:sz w:val="14"/>
          <w:szCs w:val="14"/>
        </w:rPr>
        <w:t>(posterior::</w:t>
      </w:r>
      <w:proofErr w:type="spellStart"/>
      <w:proofErr w:type="gramEnd"/>
      <w:r w:rsidRPr="008B3783">
        <w:rPr>
          <w:rFonts w:ascii="Arial" w:hAnsi="Arial" w:cs="Arial"/>
          <w:sz w:val="14"/>
          <w:szCs w:val="14"/>
        </w:rPr>
        <w:t>as_draws_df</w:t>
      </w:r>
      <w:proofErr w:type="spellEnd"/>
      <w:r w:rsidRPr="008B3783">
        <w:rPr>
          <w:rFonts w:ascii="Arial" w:hAnsi="Arial" w:cs="Arial"/>
          <w:sz w:val="14"/>
          <w:szCs w:val="14"/>
        </w:rPr>
        <w:t>(</w:t>
      </w:r>
      <w:proofErr w:type="spellStart"/>
      <w:r w:rsidRPr="008B3783">
        <w:rPr>
          <w:rFonts w:ascii="Arial" w:hAnsi="Arial" w:cs="Arial"/>
          <w:sz w:val="14"/>
          <w:szCs w:val="14"/>
        </w:rPr>
        <w:t>brmsfit</w:t>
      </w:r>
      <w:proofErr w:type="spellEnd"/>
      <w:r w:rsidRPr="008B3783">
        <w:rPr>
          <w:rFonts w:ascii="Arial" w:hAnsi="Arial" w:cs="Arial"/>
          <w:sz w:val="14"/>
          <w:szCs w:val="14"/>
        </w:rPr>
        <w:t>))</w:t>
      </w:r>
    </w:p>
    <w:p w14:paraId="5FEF3B2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w:t>
      </w:r>
    </w:p>
    <w:p w14:paraId="77BCAFF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Model = label,</w:t>
      </w:r>
    </w:p>
    <w:p w14:paraId="1CB67E8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lastRenderedPageBreak/>
        <w:t xml:space="preserve">    `Divergent Transitions` = </w:t>
      </w:r>
      <w:proofErr w:type="spellStart"/>
      <w:r w:rsidRPr="008B3783">
        <w:rPr>
          <w:rFonts w:ascii="Arial" w:hAnsi="Arial" w:cs="Arial"/>
          <w:sz w:val="14"/>
          <w:szCs w:val="14"/>
        </w:rPr>
        <w:t>div_trans</w:t>
      </w:r>
      <w:proofErr w:type="spellEnd"/>
      <w:r w:rsidRPr="008B3783">
        <w:rPr>
          <w:rFonts w:ascii="Arial" w:hAnsi="Arial" w:cs="Arial"/>
          <w:sz w:val="14"/>
          <w:szCs w:val="14"/>
        </w:rPr>
        <w:t>,</w:t>
      </w:r>
    </w:p>
    <w:p w14:paraId="2021C48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Treedepth</w:t>
      </w:r>
      <w:proofErr w:type="spellEnd"/>
      <w:r w:rsidRPr="008B3783">
        <w:rPr>
          <w:rFonts w:ascii="Arial" w:hAnsi="Arial" w:cs="Arial"/>
          <w:sz w:val="14"/>
          <w:szCs w:val="14"/>
        </w:rPr>
        <w:t xml:space="preserve"> Saturation` = </w:t>
      </w:r>
      <w:proofErr w:type="spellStart"/>
      <w:r w:rsidRPr="008B3783">
        <w:rPr>
          <w:rFonts w:ascii="Arial" w:hAnsi="Arial" w:cs="Arial"/>
          <w:sz w:val="14"/>
          <w:szCs w:val="14"/>
        </w:rPr>
        <w:t>td_sat</w:t>
      </w:r>
      <w:proofErr w:type="spellEnd"/>
      <w:r w:rsidRPr="008B3783">
        <w:rPr>
          <w:rFonts w:ascii="Arial" w:hAnsi="Arial" w:cs="Arial"/>
          <w:sz w:val="14"/>
          <w:szCs w:val="14"/>
        </w:rPr>
        <w:t>,</w:t>
      </w:r>
    </w:p>
    <w:p w14:paraId="4A7C8E8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`Min E-BFMI` = </w:t>
      </w:r>
      <w:proofErr w:type="gramStart"/>
      <w:r w:rsidRPr="008B3783">
        <w:rPr>
          <w:rFonts w:ascii="Arial" w:hAnsi="Arial" w:cs="Arial"/>
          <w:sz w:val="14"/>
          <w:szCs w:val="14"/>
        </w:rPr>
        <w:t>round(</w:t>
      </w:r>
      <w:proofErr w:type="spellStart"/>
      <w:proofErr w:type="gramEnd"/>
      <w:r w:rsidRPr="008B3783">
        <w:rPr>
          <w:rFonts w:ascii="Arial" w:hAnsi="Arial" w:cs="Arial"/>
          <w:sz w:val="14"/>
          <w:szCs w:val="14"/>
        </w:rPr>
        <w:t>ebfmi</w:t>
      </w:r>
      <w:proofErr w:type="spellEnd"/>
      <w:r w:rsidRPr="008B3783">
        <w:rPr>
          <w:rFonts w:ascii="Arial" w:hAnsi="Arial" w:cs="Arial"/>
          <w:sz w:val="14"/>
          <w:szCs w:val="14"/>
        </w:rPr>
        <w:t>, 4),</w:t>
      </w:r>
    </w:p>
    <w:p w14:paraId="2774F96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`Max Rhat` = </w:t>
      </w:r>
      <w:proofErr w:type="gramStart"/>
      <w:r w:rsidRPr="008B3783">
        <w:rPr>
          <w:rFonts w:ascii="Arial" w:hAnsi="Arial" w:cs="Arial"/>
          <w:sz w:val="14"/>
          <w:szCs w:val="14"/>
        </w:rPr>
        <w:t>round(max(</w:t>
      </w:r>
      <w:proofErr w:type="spellStart"/>
      <w:proofErr w:type="gramEnd"/>
      <w:r w:rsidRPr="008B3783">
        <w:rPr>
          <w:rFonts w:ascii="Arial" w:hAnsi="Arial" w:cs="Arial"/>
          <w:sz w:val="14"/>
          <w:szCs w:val="14"/>
        </w:rPr>
        <w:t>summ$rhat</w:t>
      </w:r>
      <w:proofErr w:type="spellEnd"/>
      <w:r w:rsidRPr="008B3783">
        <w:rPr>
          <w:rFonts w:ascii="Arial" w:hAnsi="Arial" w:cs="Arial"/>
          <w:sz w:val="14"/>
          <w:szCs w:val="14"/>
        </w:rPr>
        <w:t>, na.rm = TRUE), 4),</w:t>
      </w:r>
    </w:p>
    <w:p w14:paraId="4D90EA3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`Min ESS (bulk)` = </w:t>
      </w:r>
      <w:proofErr w:type="spellStart"/>
      <w:proofErr w:type="gramStart"/>
      <w:r w:rsidRPr="008B3783">
        <w:rPr>
          <w:rFonts w:ascii="Arial" w:hAnsi="Arial" w:cs="Arial"/>
          <w:sz w:val="14"/>
          <w:szCs w:val="14"/>
        </w:rPr>
        <w:t>suppressWarnings</w:t>
      </w:r>
      <w:proofErr w:type="spellEnd"/>
      <w:r w:rsidRPr="008B3783">
        <w:rPr>
          <w:rFonts w:ascii="Arial" w:hAnsi="Arial" w:cs="Arial"/>
          <w:sz w:val="14"/>
          <w:szCs w:val="14"/>
        </w:rPr>
        <w:t>(min(</w:t>
      </w:r>
      <w:proofErr w:type="spellStart"/>
      <w:proofErr w:type="gramEnd"/>
      <w:r w:rsidRPr="008B3783">
        <w:rPr>
          <w:rFonts w:ascii="Arial" w:hAnsi="Arial" w:cs="Arial"/>
          <w:sz w:val="14"/>
          <w:szCs w:val="14"/>
        </w:rPr>
        <w:t>summ$ess_bulk</w:t>
      </w:r>
      <w:proofErr w:type="spellEnd"/>
      <w:r w:rsidRPr="008B3783">
        <w:rPr>
          <w:rFonts w:ascii="Arial" w:hAnsi="Arial" w:cs="Arial"/>
          <w:sz w:val="14"/>
          <w:szCs w:val="14"/>
        </w:rPr>
        <w:t>, na.rm = TRUE)),</w:t>
      </w:r>
    </w:p>
    <w:p w14:paraId="4B770FB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`Min ESS (tail)` = </w:t>
      </w:r>
      <w:proofErr w:type="spellStart"/>
      <w:proofErr w:type="gramStart"/>
      <w:r w:rsidRPr="008B3783">
        <w:rPr>
          <w:rFonts w:ascii="Arial" w:hAnsi="Arial" w:cs="Arial"/>
          <w:sz w:val="14"/>
          <w:szCs w:val="14"/>
        </w:rPr>
        <w:t>suppressWarnings</w:t>
      </w:r>
      <w:proofErr w:type="spellEnd"/>
      <w:r w:rsidRPr="008B3783">
        <w:rPr>
          <w:rFonts w:ascii="Arial" w:hAnsi="Arial" w:cs="Arial"/>
          <w:sz w:val="14"/>
          <w:szCs w:val="14"/>
        </w:rPr>
        <w:t>(min(</w:t>
      </w:r>
      <w:proofErr w:type="spellStart"/>
      <w:proofErr w:type="gramEnd"/>
      <w:r w:rsidRPr="008B3783">
        <w:rPr>
          <w:rFonts w:ascii="Arial" w:hAnsi="Arial" w:cs="Arial"/>
          <w:sz w:val="14"/>
          <w:szCs w:val="14"/>
        </w:rPr>
        <w:t>summ$ess_tail</w:t>
      </w:r>
      <w:proofErr w:type="spellEnd"/>
      <w:r w:rsidRPr="008B3783">
        <w:rPr>
          <w:rFonts w:ascii="Arial" w:hAnsi="Arial" w:cs="Arial"/>
          <w:sz w:val="14"/>
          <w:szCs w:val="14"/>
        </w:rPr>
        <w:t>, na.rm = TRUE)),</w:t>
      </w:r>
    </w:p>
    <w:p w14:paraId="31A3768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check.names</w:t>
      </w:r>
      <w:proofErr w:type="spellEnd"/>
      <w:proofErr w:type="gramEnd"/>
      <w:r w:rsidRPr="008B3783">
        <w:rPr>
          <w:rFonts w:ascii="Arial" w:hAnsi="Arial" w:cs="Arial"/>
          <w:sz w:val="14"/>
          <w:szCs w:val="14"/>
        </w:rPr>
        <w:t xml:space="preserve"> = FALSE</w:t>
      </w:r>
    </w:p>
    <w:p w14:paraId="670669E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C1A062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0D6BFA31" w14:textId="77777777" w:rsidR="008B3783" w:rsidRPr="008B3783" w:rsidRDefault="008B3783" w:rsidP="008B3783">
      <w:pPr>
        <w:spacing w:after="0"/>
        <w:rPr>
          <w:rFonts w:ascii="Arial" w:hAnsi="Arial" w:cs="Arial"/>
          <w:sz w:val="14"/>
          <w:szCs w:val="14"/>
        </w:rPr>
      </w:pPr>
    </w:p>
    <w:p w14:paraId="0269D770"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ppp_lr_ratio</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fit, </w:t>
      </w:r>
      <w:proofErr w:type="spellStart"/>
      <w:r w:rsidRPr="008B3783">
        <w:rPr>
          <w:rFonts w:ascii="Arial" w:hAnsi="Arial" w:cs="Arial"/>
          <w:sz w:val="14"/>
          <w:szCs w:val="14"/>
        </w:rPr>
        <w:t>dat</w:t>
      </w:r>
      <w:proofErr w:type="spellEnd"/>
      <w:r w:rsidRPr="008B3783">
        <w:rPr>
          <w:rFonts w:ascii="Arial" w:hAnsi="Arial" w:cs="Arial"/>
          <w:sz w:val="14"/>
          <w:szCs w:val="14"/>
        </w:rPr>
        <w:t>, draws = 1000) {</w:t>
      </w:r>
    </w:p>
    <w:p w14:paraId="317A888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y_rep</w:t>
      </w:r>
      <w:proofErr w:type="spellEnd"/>
      <w:r w:rsidRPr="008B3783">
        <w:rPr>
          <w:rFonts w:ascii="Arial" w:hAnsi="Arial" w:cs="Arial"/>
          <w:sz w:val="14"/>
          <w:szCs w:val="14"/>
        </w:rPr>
        <w:t xml:space="preserve"> &lt;- </w:t>
      </w:r>
      <w:proofErr w:type="spellStart"/>
      <w:r w:rsidRPr="008B3783">
        <w:rPr>
          <w:rFonts w:ascii="Arial" w:hAnsi="Arial" w:cs="Arial"/>
          <w:sz w:val="14"/>
          <w:szCs w:val="14"/>
        </w:rPr>
        <w:t>posterior_</w:t>
      </w:r>
      <w:proofErr w:type="gramStart"/>
      <w:r w:rsidRPr="008B3783">
        <w:rPr>
          <w:rFonts w:ascii="Arial" w:hAnsi="Arial" w:cs="Arial"/>
          <w:sz w:val="14"/>
          <w:szCs w:val="14"/>
        </w:rPr>
        <w:t>predict</w:t>
      </w:r>
      <w:proofErr w:type="spellEnd"/>
      <w:r w:rsidRPr="008B3783">
        <w:rPr>
          <w:rFonts w:ascii="Arial" w:hAnsi="Arial" w:cs="Arial"/>
          <w:sz w:val="14"/>
          <w:szCs w:val="14"/>
        </w:rPr>
        <w:t>(</w:t>
      </w:r>
      <w:proofErr w:type="gramEnd"/>
      <w:r w:rsidRPr="008B3783">
        <w:rPr>
          <w:rFonts w:ascii="Arial" w:hAnsi="Arial" w:cs="Arial"/>
          <w:sz w:val="14"/>
          <w:szCs w:val="14"/>
        </w:rPr>
        <w:t>fit, draws = draws)</w:t>
      </w:r>
    </w:p>
    <w:p w14:paraId="44D5712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obs_eH</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dat$</w:t>
      </w:r>
      <w:proofErr w:type="gramStart"/>
      <w:r w:rsidRPr="008B3783">
        <w:rPr>
          <w:rFonts w:ascii="Arial" w:hAnsi="Arial" w:cs="Arial"/>
          <w:sz w:val="14"/>
          <w:szCs w:val="14"/>
        </w:rPr>
        <w:t>Events</w:t>
      </w:r>
      <w:proofErr w:type="spellEnd"/>
      <w:r w:rsidRPr="008B3783">
        <w:rPr>
          <w:rFonts w:ascii="Arial" w:hAnsi="Arial" w:cs="Arial"/>
          <w:sz w:val="14"/>
          <w:szCs w:val="14"/>
        </w:rPr>
        <w:t>[</w:t>
      </w:r>
      <w:proofErr w:type="spellStart"/>
      <w:proofErr w:type="gramEnd"/>
      <w:r w:rsidRPr="008B3783">
        <w:rPr>
          <w:rFonts w:ascii="Arial" w:hAnsi="Arial" w:cs="Arial"/>
          <w:sz w:val="14"/>
          <w:szCs w:val="14"/>
        </w:rPr>
        <w:t>dat$Treatment</w:t>
      </w:r>
      <w:proofErr w:type="spellEnd"/>
      <w:r w:rsidRPr="008B3783">
        <w:rPr>
          <w:rFonts w:ascii="Arial" w:hAnsi="Arial" w:cs="Arial"/>
          <w:sz w:val="14"/>
          <w:szCs w:val="14"/>
        </w:rPr>
        <w:t xml:space="preserve"> == "Higher"]); </w:t>
      </w:r>
      <w:proofErr w:type="spellStart"/>
      <w:r w:rsidRPr="008B3783">
        <w:rPr>
          <w:rFonts w:ascii="Arial" w:hAnsi="Arial" w:cs="Arial"/>
          <w:sz w:val="14"/>
          <w:szCs w:val="14"/>
        </w:rPr>
        <w:t>obs_tH</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dat$</w:t>
      </w:r>
      <w:proofErr w:type="gramStart"/>
      <w:r w:rsidRPr="008B3783">
        <w:rPr>
          <w:rFonts w:ascii="Arial" w:hAnsi="Arial" w:cs="Arial"/>
          <w:sz w:val="14"/>
          <w:szCs w:val="14"/>
        </w:rPr>
        <w:t>Total</w:t>
      </w:r>
      <w:proofErr w:type="spellEnd"/>
      <w:r w:rsidRPr="008B3783">
        <w:rPr>
          <w:rFonts w:ascii="Arial" w:hAnsi="Arial" w:cs="Arial"/>
          <w:sz w:val="14"/>
          <w:szCs w:val="14"/>
        </w:rPr>
        <w:t>[</w:t>
      </w:r>
      <w:proofErr w:type="spellStart"/>
      <w:proofErr w:type="gramEnd"/>
      <w:r w:rsidRPr="008B3783">
        <w:rPr>
          <w:rFonts w:ascii="Arial" w:hAnsi="Arial" w:cs="Arial"/>
          <w:sz w:val="14"/>
          <w:szCs w:val="14"/>
        </w:rPr>
        <w:t>dat$Treatment</w:t>
      </w:r>
      <w:proofErr w:type="spellEnd"/>
      <w:r w:rsidRPr="008B3783">
        <w:rPr>
          <w:rFonts w:ascii="Arial" w:hAnsi="Arial" w:cs="Arial"/>
          <w:sz w:val="14"/>
          <w:szCs w:val="14"/>
        </w:rPr>
        <w:t xml:space="preserve"> == "Higher"])</w:t>
      </w:r>
    </w:p>
    <w:p w14:paraId="4B62AD2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obs_eL</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dat$</w:t>
      </w:r>
      <w:proofErr w:type="gramStart"/>
      <w:r w:rsidRPr="008B3783">
        <w:rPr>
          <w:rFonts w:ascii="Arial" w:hAnsi="Arial" w:cs="Arial"/>
          <w:sz w:val="14"/>
          <w:szCs w:val="14"/>
        </w:rPr>
        <w:t>Events</w:t>
      </w:r>
      <w:proofErr w:type="spellEnd"/>
      <w:r w:rsidRPr="008B3783">
        <w:rPr>
          <w:rFonts w:ascii="Arial" w:hAnsi="Arial" w:cs="Arial"/>
          <w:sz w:val="14"/>
          <w:szCs w:val="14"/>
        </w:rPr>
        <w:t>[</w:t>
      </w:r>
      <w:proofErr w:type="spellStart"/>
      <w:proofErr w:type="gramEnd"/>
      <w:r w:rsidRPr="008B3783">
        <w:rPr>
          <w:rFonts w:ascii="Arial" w:hAnsi="Arial" w:cs="Arial"/>
          <w:sz w:val="14"/>
          <w:szCs w:val="14"/>
        </w:rPr>
        <w:t>dat$Treatment</w:t>
      </w:r>
      <w:proofErr w:type="spellEnd"/>
      <w:r w:rsidRPr="008B3783">
        <w:rPr>
          <w:rFonts w:ascii="Arial" w:hAnsi="Arial" w:cs="Arial"/>
          <w:sz w:val="14"/>
          <w:szCs w:val="14"/>
        </w:rPr>
        <w:t xml:space="preserve"> == "Lower"]); </w:t>
      </w:r>
      <w:proofErr w:type="spellStart"/>
      <w:r w:rsidRPr="008B3783">
        <w:rPr>
          <w:rFonts w:ascii="Arial" w:hAnsi="Arial" w:cs="Arial"/>
          <w:sz w:val="14"/>
          <w:szCs w:val="14"/>
        </w:rPr>
        <w:t>obs_tL</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dat$</w:t>
      </w:r>
      <w:proofErr w:type="gramStart"/>
      <w:r w:rsidRPr="008B3783">
        <w:rPr>
          <w:rFonts w:ascii="Arial" w:hAnsi="Arial" w:cs="Arial"/>
          <w:sz w:val="14"/>
          <w:szCs w:val="14"/>
        </w:rPr>
        <w:t>Total</w:t>
      </w:r>
      <w:proofErr w:type="spellEnd"/>
      <w:r w:rsidRPr="008B3783">
        <w:rPr>
          <w:rFonts w:ascii="Arial" w:hAnsi="Arial" w:cs="Arial"/>
          <w:sz w:val="14"/>
          <w:szCs w:val="14"/>
        </w:rPr>
        <w:t>[</w:t>
      </w:r>
      <w:proofErr w:type="spellStart"/>
      <w:proofErr w:type="gramEnd"/>
      <w:r w:rsidRPr="008B3783">
        <w:rPr>
          <w:rFonts w:ascii="Arial" w:hAnsi="Arial" w:cs="Arial"/>
          <w:sz w:val="14"/>
          <w:szCs w:val="14"/>
        </w:rPr>
        <w:t>dat$Treatment</w:t>
      </w:r>
      <w:proofErr w:type="spellEnd"/>
      <w:r w:rsidRPr="008B3783">
        <w:rPr>
          <w:rFonts w:ascii="Arial" w:hAnsi="Arial" w:cs="Arial"/>
          <w:sz w:val="14"/>
          <w:szCs w:val="14"/>
        </w:rPr>
        <w:t xml:space="preserve"> == "Lower"])</w:t>
      </w:r>
    </w:p>
    <w:p w14:paraId="239A602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obs_log_rr</w:t>
      </w:r>
      <w:proofErr w:type="spellEnd"/>
      <w:r w:rsidRPr="008B3783">
        <w:rPr>
          <w:rFonts w:ascii="Arial" w:hAnsi="Arial" w:cs="Arial"/>
          <w:sz w:val="14"/>
          <w:szCs w:val="14"/>
        </w:rPr>
        <w:t xml:space="preserve"> &lt;- log((</w:t>
      </w:r>
      <w:proofErr w:type="spellStart"/>
      <w:r w:rsidRPr="008B3783">
        <w:rPr>
          <w:rFonts w:ascii="Arial" w:hAnsi="Arial" w:cs="Arial"/>
          <w:sz w:val="14"/>
          <w:szCs w:val="14"/>
        </w:rPr>
        <w:t>obs_eH</w:t>
      </w:r>
      <w:proofErr w:type="spellEnd"/>
      <w:r w:rsidRPr="008B3783">
        <w:rPr>
          <w:rFonts w:ascii="Arial" w:hAnsi="Arial" w:cs="Arial"/>
          <w:sz w:val="14"/>
          <w:szCs w:val="14"/>
        </w:rPr>
        <w:t>/</w:t>
      </w:r>
      <w:proofErr w:type="spellStart"/>
      <w:r w:rsidRPr="008B3783">
        <w:rPr>
          <w:rFonts w:ascii="Arial" w:hAnsi="Arial" w:cs="Arial"/>
          <w:sz w:val="14"/>
          <w:szCs w:val="14"/>
        </w:rPr>
        <w:t>obs_tH</w:t>
      </w:r>
      <w:proofErr w:type="spellEnd"/>
      <w:r w:rsidRPr="008B3783">
        <w:rPr>
          <w:rFonts w:ascii="Arial" w:hAnsi="Arial" w:cs="Arial"/>
          <w:sz w:val="14"/>
          <w:szCs w:val="14"/>
        </w:rPr>
        <w:t>) / (</w:t>
      </w:r>
      <w:proofErr w:type="spellStart"/>
      <w:r w:rsidRPr="008B3783">
        <w:rPr>
          <w:rFonts w:ascii="Arial" w:hAnsi="Arial" w:cs="Arial"/>
          <w:sz w:val="14"/>
          <w:szCs w:val="14"/>
        </w:rPr>
        <w:t>obs_eL</w:t>
      </w:r>
      <w:proofErr w:type="spellEnd"/>
      <w:r w:rsidRPr="008B3783">
        <w:rPr>
          <w:rFonts w:ascii="Arial" w:hAnsi="Arial" w:cs="Arial"/>
          <w:sz w:val="14"/>
          <w:szCs w:val="14"/>
        </w:rPr>
        <w:t>/</w:t>
      </w:r>
      <w:proofErr w:type="spellStart"/>
      <w:r w:rsidRPr="008B3783">
        <w:rPr>
          <w:rFonts w:ascii="Arial" w:hAnsi="Arial" w:cs="Arial"/>
          <w:sz w:val="14"/>
          <w:szCs w:val="14"/>
        </w:rPr>
        <w:t>obs_tL</w:t>
      </w:r>
      <w:proofErr w:type="spellEnd"/>
      <w:r w:rsidRPr="008B3783">
        <w:rPr>
          <w:rFonts w:ascii="Arial" w:hAnsi="Arial" w:cs="Arial"/>
          <w:sz w:val="14"/>
          <w:szCs w:val="14"/>
        </w:rPr>
        <w:t>))</w:t>
      </w:r>
    </w:p>
    <w:p w14:paraId="74688D7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rep_log_rr</w:t>
      </w:r>
      <w:proofErr w:type="spellEnd"/>
      <w:r w:rsidRPr="008B3783">
        <w:rPr>
          <w:rFonts w:ascii="Arial" w:hAnsi="Arial" w:cs="Arial"/>
          <w:sz w:val="14"/>
          <w:szCs w:val="14"/>
        </w:rPr>
        <w:t xml:space="preserve"> &lt;- numeric(draws)</w:t>
      </w:r>
    </w:p>
    <w:p w14:paraId="6A07F66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for (</w:t>
      </w:r>
      <w:proofErr w:type="spellStart"/>
      <w:r w:rsidRPr="008B3783">
        <w:rPr>
          <w:rFonts w:ascii="Arial" w:hAnsi="Arial" w:cs="Arial"/>
          <w:sz w:val="14"/>
          <w:szCs w:val="14"/>
        </w:rPr>
        <w:t>i</w:t>
      </w:r>
      <w:proofErr w:type="spellEnd"/>
      <w:r w:rsidRPr="008B3783">
        <w:rPr>
          <w:rFonts w:ascii="Arial" w:hAnsi="Arial" w:cs="Arial"/>
          <w:sz w:val="14"/>
          <w:szCs w:val="14"/>
        </w:rPr>
        <w:t xml:space="preserve"> in </w:t>
      </w:r>
      <w:proofErr w:type="gramStart"/>
      <w:r w:rsidRPr="008B3783">
        <w:rPr>
          <w:rFonts w:ascii="Arial" w:hAnsi="Arial" w:cs="Arial"/>
          <w:sz w:val="14"/>
          <w:szCs w:val="14"/>
        </w:rPr>
        <w:t>1:draws</w:t>
      </w:r>
      <w:proofErr w:type="gramEnd"/>
      <w:r w:rsidRPr="008B3783">
        <w:rPr>
          <w:rFonts w:ascii="Arial" w:hAnsi="Arial" w:cs="Arial"/>
          <w:sz w:val="14"/>
          <w:szCs w:val="14"/>
        </w:rPr>
        <w:t>) {</w:t>
      </w:r>
    </w:p>
    <w:p w14:paraId="4E83D3A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rep_eH</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y_</w:t>
      </w:r>
      <w:proofErr w:type="gramStart"/>
      <w:r w:rsidRPr="008B3783">
        <w:rPr>
          <w:rFonts w:ascii="Arial" w:hAnsi="Arial" w:cs="Arial"/>
          <w:sz w:val="14"/>
          <w:szCs w:val="14"/>
        </w:rPr>
        <w:t>rep</w:t>
      </w:r>
      <w:proofErr w:type="spellEnd"/>
      <w:r w:rsidRPr="008B3783">
        <w:rPr>
          <w:rFonts w:ascii="Arial" w:hAnsi="Arial" w:cs="Arial"/>
          <w:sz w:val="14"/>
          <w:szCs w:val="14"/>
        </w:rPr>
        <w:t>[</w:t>
      </w:r>
      <w:proofErr w:type="spellStart"/>
      <w:proofErr w:type="gramEnd"/>
      <w:r w:rsidRPr="008B3783">
        <w:rPr>
          <w:rFonts w:ascii="Arial" w:hAnsi="Arial" w:cs="Arial"/>
          <w:sz w:val="14"/>
          <w:szCs w:val="14"/>
        </w:rPr>
        <w:t>i</w:t>
      </w:r>
      <w:proofErr w:type="spellEnd"/>
      <w:r w:rsidRPr="008B3783">
        <w:rPr>
          <w:rFonts w:ascii="Arial" w:hAnsi="Arial" w:cs="Arial"/>
          <w:sz w:val="14"/>
          <w:szCs w:val="14"/>
        </w:rPr>
        <w:t xml:space="preserve">, </w:t>
      </w:r>
      <w:proofErr w:type="spellStart"/>
      <w:r w:rsidRPr="008B3783">
        <w:rPr>
          <w:rFonts w:ascii="Arial" w:hAnsi="Arial" w:cs="Arial"/>
          <w:sz w:val="14"/>
          <w:szCs w:val="14"/>
        </w:rPr>
        <w:t>dat$Treatment</w:t>
      </w:r>
      <w:proofErr w:type="spellEnd"/>
      <w:r w:rsidRPr="008B3783">
        <w:rPr>
          <w:rFonts w:ascii="Arial" w:hAnsi="Arial" w:cs="Arial"/>
          <w:sz w:val="14"/>
          <w:szCs w:val="14"/>
        </w:rPr>
        <w:t xml:space="preserve"> == "Higher"]); </w:t>
      </w:r>
      <w:proofErr w:type="spellStart"/>
      <w:r w:rsidRPr="008B3783">
        <w:rPr>
          <w:rFonts w:ascii="Arial" w:hAnsi="Arial" w:cs="Arial"/>
          <w:sz w:val="14"/>
          <w:szCs w:val="14"/>
        </w:rPr>
        <w:t>rep_tH</w:t>
      </w:r>
      <w:proofErr w:type="spellEnd"/>
      <w:r w:rsidRPr="008B3783">
        <w:rPr>
          <w:rFonts w:ascii="Arial" w:hAnsi="Arial" w:cs="Arial"/>
          <w:sz w:val="14"/>
          <w:szCs w:val="14"/>
        </w:rPr>
        <w:t xml:space="preserve"> &lt;- </w:t>
      </w:r>
      <w:proofErr w:type="spellStart"/>
      <w:r w:rsidRPr="008B3783">
        <w:rPr>
          <w:rFonts w:ascii="Arial" w:hAnsi="Arial" w:cs="Arial"/>
          <w:sz w:val="14"/>
          <w:szCs w:val="14"/>
        </w:rPr>
        <w:t>obs_tH</w:t>
      </w:r>
      <w:proofErr w:type="spellEnd"/>
    </w:p>
    <w:p w14:paraId="325BCDD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rep_eL</w:t>
      </w:r>
      <w:proofErr w:type="spellEnd"/>
      <w:r w:rsidRPr="008B3783">
        <w:rPr>
          <w:rFonts w:ascii="Arial" w:hAnsi="Arial" w:cs="Arial"/>
          <w:sz w:val="14"/>
          <w:szCs w:val="14"/>
        </w:rPr>
        <w:t xml:space="preserve">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y_</w:t>
      </w:r>
      <w:proofErr w:type="gramStart"/>
      <w:r w:rsidRPr="008B3783">
        <w:rPr>
          <w:rFonts w:ascii="Arial" w:hAnsi="Arial" w:cs="Arial"/>
          <w:sz w:val="14"/>
          <w:szCs w:val="14"/>
        </w:rPr>
        <w:t>rep</w:t>
      </w:r>
      <w:proofErr w:type="spellEnd"/>
      <w:r w:rsidRPr="008B3783">
        <w:rPr>
          <w:rFonts w:ascii="Arial" w:hAnsi="Arial" w:cs="Arial"/>
          <w:sz w:val="14"/>
          <w:szCs w:val="14"/>
        </w:rPr>
        <w:t>[</w:t>
      </w:r>
      <w:proofErr w:type="spellStart"/>
      <w:proofErr w:type="gramEnd"/>
      <w:r w:rsidRPr="008B3783">
        <w:rPr>
          <w:rFonts w:ascii="Arial" w:hAnsi="Arial" w:cs="Arial"/>
          <w:sz w:val="14"/>
          <w:szCs w:val="14"/>
        </w:rPr>
        <w:t>i</w:t>
      </w:r>
      <w:proofErr w:type="spellEnd"/>
      <w:r w:rsidRPr="008B3783">
        <w:rPr>
          <w:rFonts w:ascii="Arial" w:hAnsi="Arial" w:cs="Arial"/>
          <w:sz w:val="14"/>
          <w:szCs w:val="14"/>
        </w:rPr>
        <w:t xml:space="preserve">, </w:t>
      </w:r>
      <w:proofErr w:type="spellStart"/>
      <w:r w:rsidRPr="008B3783">
        <w:rPr>
          <w:rFonts w:ascii="Arial" w:hAnsi="Arial" w:cs="Arial"/>
          <w:sz w:val="14"/>
          <w:szCs w:val="14"/>
        </w:rPr>
        <w:t>dat$Treatment</w:t>
      </w:r>
      <w:proofErr w:type="spellEnd"/>
      <w:r w:rsidRPr="008B3783">
        <w:rPr>
          <w:rFonts w:ascii="Arial" w:hAnsi="Arial" w:cs="Arial"/>
          <w:sz w:val="14"/>
          <w:szCs w:val="14"/>
        </w:rPr>
        <w:t xml:space="preserve"> == "Lower"]); </w:t>
      </w:r>
      <w:proofErr w:type="spellStart"/>
      <w:r w:rsidRPr="008B3783">
        <w:rPr>
          <w:rFonts w:ascii="Arial" w:hAnsi="Arial" w:cs="Arial"/>
          <w:sz w:val="14"/>
          <w:szCs w:val="14"/>
        </w:rPr>
        <w:t>rep_tL</w:t>
      </w:r>
      <w:proofErr w:type="spellEnd"/>
      <w:r w:rsidRPr="008B3783">
        <w:rPr>
          <w:rFonts w:ascii="Arial" w:hAnsi="Arial" w:cs="Arial"/>
          <w:sz w:val="14"/>
          <w:szCs w:val="14"/>
        </w:rPr>
        <w:t xml:space="preserve"> &lt;- </w:t>
      </w:r>
      <w:proofErr w:type="spellStart"/>
      <w:r w:rsidRPr="008B3783">
        <w:rPr>
          <w:rFonts w:ascii="Arial" w:hAnsi="Arial" w:cs="Arial"/>
          <w:sz w:val="14"/>
          <w:szCs w:val="14"/>
        </w:rPr>
        <w:t>obs_tL</w:t>
      </w:r>
      <w:proofErr w:type="spellEnd"/>
    </w:p>
    <w:p w14:paraId="06F57E7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rep_log_rr</w:t>
      </w:r>
      <w:proofErr w:type="spellEnd"/>
      <w:r w:rsidRPr="008B3783">
        <w:rPr>
          <w:rFonts w:ascii="Arial" w:hAnsi="Arial" w:cs="Arial"/>
          <w:sz w:val="14"/>
          <w:szCs w:val="14"/>
        </w:rPr>
        <w:t>[</w:t>
      </w:r>
      <w:proofErr w:type="spellStart"/>
      <w:r w:rsidRPr="008B3783">
        <w:rPr>
          <w:rFonts w:ascii="Arial" w:hAnsi="Arial" w:cs="Arial"/>
          <w:sz w:val="14"/>
          <w:szCs w:val="14"/>
        </w:rPr>
        <w:t>i</w:t>
      </w:r>
      <w:proofErr w:type="spellEnd"/>
      <w:r w:rsidRPr="008B3783">
        <w:rPr>
          <w:rFonts w:ascii="Arial" w:hAnsi="Arial" w:cs="Arial"/>
          <w:sz w:val="14"/>
          <w:szCs w:val="14"/>
        </w:rPr>
        <w:t>] &lt;- log((</w:t>
      </w:r>
      <w:proofErr w:type="spellStart"/>
      <w:r w:rsidRPr="008B3783">
        <w:rPr>
          <w:rFonts w:ascii="Arial" w:hAnsi="Arial" w:cs="Arial"/>
          <w:sz w:val="14"/>
          <w:szCs w:val="14"/>
        </w:rPr>
        <w:t>rep_eH</w:t>
      </w:r>
      <w:proofErr w:type="spellEnd"/>
      <w:r w:rsidRPr="008B3783">
        <w:rPr>
          <w:rFonts w:ascii="Arial" w:hAnsi="Arial" w:cs="Arial"/>
          <w:sz w:val="14"/>
          <w:szCs w:val="14"/>
        </w:rPr>
        <w:t>/</w:t>
      </w:r>
      <w:proofErr w:type="spellStart"/>
      <w:r w:rsidRPr="008B3783">
        <w:rPr>
          <w:rFonts w:ascii="Arial" w:hAnsi="Arial" w:cs="Arial"/>
          <w:sz w:val="14"/>
          <w:szCs w:val="14"/>
        </w:rPr>
        <w:t>rep_tH</w:t>
      </w:r>
      <w:proofErr w:type="spellEnd"/>
      <w:r w:rsidRPr="008B3783">
        <w:rPr>
          <w:rFonts w:ascii="Arial" w:hAnsi="Arial" w:cs="Arial"/>
          <w:sz w:val="14"/>
          <w:szCs w:val="14"/>
        </w:rPr>
        <w:t>) / (</w:t>
      </w:r>
      <w:proofErr w:type="spellStart"/>
      <w:r w:rsidRPr="008B3783">
        <w:rPr>
          <w:rFonts w:ascii="Arial" w:hAnsi="Arial" w:cs="Arial"/>
          <w:sz w:val="14"/>
          <w:szCs w:val="14"/>
        </w:rPr>
        <w:t>rep_eL</w:t>
      </w:r>
      <w:proofErr w:type="spellEnd"/>
      <w:r w:rsidRPr="008B3783">
        <w:rPr>
          <w:rFonts w:ascii="Arial" w:hAnsi="Arial" w:cs="Arial"/>
          <w:sz w:val="14"/>
          <w:szCs w:val="14"/>
        </w:rPr>
        <w:t>/</w:t>
      </w:r>
      <w:proofErr w:type="spellStart"/>
      <w:r w:rsidRPr="008B3783">
        <w:rPr>
          <w:rFonts w:ascii="Arial" w:hAnsi="Arial" w:cs="Arial"/>
          <w:sz w:val="14"/>
          <w:szCs w:val="14"/>
        </w:rPr>
        <w:t>rep_tL</w:t>
      </w:r>
      <w:proofErr w:type="spellEnd"/>
      <w:r w:rsidRPr="008B3783">
        <w:rPr>
          <w:rFonts w:ascii="Arial" w:hAnsi="Arial" w:cs="Arial"/>
          <w:sz w:val="14"/>
          <w:szCs w:val="14"/>
        </w:rPr>
        <w:t>))</w:t>
      </w:r>
    </w:p>
    <w:p w14:paraId="1301534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34E49F8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 xml:space="preserve">(Metric = "Global log-risk-ratio", PPP = </w:t>
      </w:r>
      <w:proofErr w:type="gramStart"/>
      <w:r w:rsidRPr="008B3783">
        <w:rPr>
          <w:rFonts w:ascii="Arial" w:hAnsi="Arial" w:cs="Arial"/>
          <w:sz w:val="14"/>
          <w:szCs w:val="14"/>
        </w:rPr>
        <w:t>round(mean(</w:t>
      </w:r>
      <w:proofErr w:type="spellStart"/>
      <w:proofErr w:type="gramEnd"/>
      <w:r w:rsidRPr="008B3783">
        <w:rPr>
          <w:rFonts w:ascii="Arial" w:hAnsi="Arial" w:cs="Arial"/>
          <w:sz w:val="14"/>
          <w:szCs w:val="14"/>
        </w:rPr>
        <w:t>rep_log_rr</w:t>
      </w:r>
      <w:proofErr w:type="spellEnd"/>
      <w:r w:rsidRPr="008B3783">
        <w:rPr>
          <w:rFonts w:ascii="Arial" w:hAnsi="Arial" w:cs="Arial"/>
          <w:sz w:val="14"/>
          <w:szCs w:val="14"/>
        </w:rPr>
        <w:t xml:space="preserve"> &gt;= </w:t>
      </w:r>
      <w:proofErr w:type="spellStart"/>
      <w:r w:rsidRPr="008B3783">
        <w:rPr>
          <w:rFonts w:ascii="Arial" w:hAnsi="Arial" w:cs="Arial"/>
          <w:sz w:val="14"/>
          <w:szCs w:val="14"/>
        </w:rPr>
        <w:t>obs_log_rr</w:t>
      </w:r>
      <w:proofErr w:type="spellEnd"/>
      <w:r w:rsidRPr="008B3783">
        <w:rPr>
          <w:rFonts w:ascii="Arial" w:hAnsi="Arial" w:cs="Arial"/>
          <w:sz w:val="14"/>
          <w:szCs w:val="14"/>
        </w:rPr>
        <w:t>), 3))</w:t>
      </w:r>
    </w:p>
    <w:p w14:paraId="41C9355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5F0F4981" w14:textId="77777777" w:rsidR="008B3783" w:rsidRPr="008B3783" w:rsidRDefault="008B3783" w:rsidP="008B3783">
      <w:pPr>
        <w:spacing w:after="0"/>
        <w:rPr>
          <w:rFonts w:ascii="Arial" w:hAnsi="Arial" w:cs="Arial"/>
          <w:sz w:val="14"/>
          <w:szCs w:val="14"/>
        </w:rPr>
      </w:pPr>
    </w:p>
    <w:p w14:paraId="6883B4F9"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ppc_intervals</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fit, </w:t>
      </w:r>
      <w:proofErr w:type="spellStart"/>
      <w:r w:rsidRPr="008B3783">
        <w:rPr>
          <w:rFonts w:ascii="Arial" w:hAnsi="Arial" w:cs="Arial"/>
          <w:sz w:val="14"/>
          <w:szCs w:val="14"/>
        </w:rPr>
        <w:t>dat</w:t>
      </w:r>
      <w:proofErr w:type="spellEnd"/>
      <w:r w:rsidRPr="008B3783">
        <w:rPr>
          <w:rFonts w:ascii="Arial" w:hAnsi="Arial" w:cs="Arial"/>
          <w:sz w:val="14"/>
          <w:szCs w:val="14"/>
        </w:rPr>
        <w:t>, prob = 0.90) {</w:t>
      </w:r>
    </w:p>
    <w:p w14:paraId="1FC2AFD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pp &lt;- </w:t>
      </w:r>
      <w:proofErr w:type="spellStart"/>
      <w:r w:rsidRPr="008B3783">
        <w:rPr>
          <w:rFonts w:ascii="Arial" w:hAnsi="Arial" w:cs="Arial"/>
          <w:sz w:val="14"/>
          <w:szCs w:val="14"/>
        </w:rPr>
        <w:t>posterior_predict</w:t>
      </w:r>
      <w:proofErr w:type="spellEnd"/>
      <w:r w:rsidRPr="008B3783">
        <w:rPr>
          <w:rFonts w:ascii="Arial" w:hAnsi="Arial" w:cs="Arial"/>
          <w:sz w:val="14"/>
          <w:szCs w:val="14"/>
        </w:rPr>
        <w:t>(fit)</w:t>
      </w:r>
    </w:p>
    <w:p w14:paraId="0AE1915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qs</w:t>
      </w:r>
      <w:proofErr w:type="spellEnd"/>
      <w:r w:rsidRPr="008B3783">
        <w:rPr>
          <w:rFonts w:ascii="Arial" w:hAnsi="Arial" w:cs="Arial"/>
          <w:sz w:val="14"/>
          <w:szCs w:val="14"/>
        </w:rPr>
        <w:t xml:space="preserve"> &lt;- </w:t>
      </w:r>
      <w:proofErr w:type="gramStart"/>
      <w:r w:rsidRPr="008B3783">
        <w:rPr>
          <w:rFonts w:ascii="Arial" w:hAnsi="Arial" w:cs="Arial"/>
          <w:sz w:val="14"/>
          <w:szCs w:val="14"/>
        </w:rPr>
        <w:t>apply(</w:t>
      </w:r>
      <w:proofErr w:type="gramEnd"/>
      <w:r w:rsidRPr="008B3783">
        <w:rPr>
          <w:rFonts w:ascii="Arial" w:hAnsi="Arial" w:cs="Arial"/>
          <w:sz w:val="14"/>
          <w:szCs w:val="14"/>
        </w:rPr>
        <w:t xml:space="preserve">pp, 2, function(x) </w:t>
      </w:r>
      <w:proofErr w:type="gramStart"/>
      <w:r w:rsidRPr="008B3783">
        <w:rPr>
          <w:rFonts w:ascii="Arial" w:hAnsi="Arial" w:cs="Arial"/>
          <w:sz w:val="14"/>
          <w:szCs w:val="14"/>
        </w:rPr>
        <w:t>quantile(</w:t>
      </w:r>
      <w:proofErr w:type="gramEnd"/>
      <w:r w:rsidRPr="008B3783">
        <w:rPr>
          <w:rFonts w:ascii="Arial" w:hAnsi="Arial" w:cs="Arial"/>
          <w:sz w:val="14"/>
          <w:szCs w:val="14"/>
        </w:rPr>
        <w:t xml:space="preserve">x, probs = </w:t>
      </w:r>
      <w:proofErr w:type="gramStart"/>
      <w:r w:rsidRPr="008B3783">
        <w:rPr>
          <w:rFonts w:ascii="Arial" w:hAnsi="Arial" w:cs="Arial"/>
          <w:sz w:val="14"/>
          <w:szCs w:val="14"/>
        </w:rPr>
        <w:t>c(</w:t>
      </w:r>
      <w:proofErr w:type="gramEnd"/>
      <w:r w:rsidRPr="008B3783">
        <w:rPr>
          <w:rFonts w:ascii="Arial" w:hAnsi="Arial" w:cs="Arial"/>
          <w:sz w:val="14"/>
          <w:szCs w:val="14"/>
        </w:rPr>
        <w:t>(1 - prob)/2, 1 - (1 - prob)/2)))</w:t>
      </w:r>
    </w:p>
    <w:p w14:paraId="0A91B19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within &lt;- </w:t>
      </w:r>
      <w:proofErr w:type="gramStart"/>
      <w:r w:rsidRPr="008B3783">
        <w:rPr>
          <w:rFonts w:ascii="Arial" w:hAnsi="Arial" w:cs="Arial"/>
          <w:sz w:val="14"/>
          <w:szCs w:val="14"/>
        </w:rPr>
        <w:t>sum(</w:t>
      </w:r>
      <w:proofErr w:type="spellStart"/>
      <w:proofErr w:type="gramEnd"/>
      <w:r w:rsidRPr="008B3783">
        <w:rPr>
          <w:rFonts w:ascii="Arial" w:hAnsi="Arial" w:cs="Arial"/>
          <w:sz w:val="14"/>
          <w:szCs w:val="14"/>
        </w:rPr>
        <w:t>dat$Events</w:t>
      </w:r>
      <w:proofErr w:type="spellEnd"/>
      <w:r w:rsidRPr="008B3783">
        <w:rPr>
          <w:rFonts w:ascii="Arial" w:hAnsi="Arial" w:cs="Arial"/>
          <w:sz w:val="14"/>
          <w:szCs w:val="14"/>
        </w:rPr>
        <w:t xml:space="preserve"> &gt;= </w:t>
      </w:r>
      <w:proofErr w:type="spellStart"/>
      <w:proofErr w:type="gramStart"/>
      <w:r w:rsidRPr="008B3783">
        <w:rPr>
          <w:rFonts w:ascii="Arial" w:hAnsi="Arial" w:cs="Arial"/>
          <w:sz w:val="14"/>
          <w:szCs w:val="14"/>
        </w:rPr>
        <w:t>qs</w:t>
      </w:r>
      <w:proofErr w:type="spellEnd"/>
      <w:r w:rsidRPr="008B3783">
        <w:rPr>
          <w:rFonts w:ascii="Arial" w:hAnsi="Arial" w:cs="Arial"/>
          <w:sz w:val="14"/>
          <w:szCs w:val="14"/>
        </w:rPr>
        <w:t>[</w:t>
      </w:r>
      <w:proofErr w:type="gramEnd"/>
      <w:r w:rsidRPr="008B3783">
        <w:rPr>
          <w:rFonts w:ascii="Arial" w:hAnsi="Arial" w:cs="Arial"/>
          <w:sz w:val="14"/>
          <w:szCs w:val="14"/>
        </w:rPr>
        <w:t xml:space="preserve">1,] &amp; </w:t>
      </w:r>
      <w:proofErr w:type="spellStart"/>
      <w:r w:rsidRPr="008B3783">
        <w:rPr>
          <w:rFonts w:ascii="Arial" w:hAnsi="Arial" w:cs="Arial"/>
          <w:sz w:val="14"/>
          <w:szCs w:val="14"/>
        </w:rPr>
        <w:t>dat$Events</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qs</w:t>
      </w:r>
      <w:proofErr w:type="spellEnd"/>
      <w:r w:rsidRPr="008B3783">
        <w:rPr>
          <w:rFonts w:ascii="Arial" w:hAnsi="Arial" w:cs="Arial"/>
          <w:sz w:val="14"/>
          <w:szCs w:val="14"/>
        </w:rPr>
        <w:t>[</w:t>
      </w:r>
      <w:proofErr w:type="gramEnd"/>
      <w:r w:rsidRPr="008B3783">
        <w:rPr>
          <w:rFonts w:ascii="Arial" w:hAnsi="Arial" w:cs="Arial"/>
          <w:sz w:val="14"/>
          <w:szCs w:val="14"/>
        </w:rPr>
        <w:t>2,])</w:t>
      </w:r>
    </w:p>
    <w:p w14:paraId="1255BDE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 xml:space="preserve">(`Total Observations` = </w:t>
      </w:r>
      <w:proofErr w:type="spellStart"/>
      <w:r w:rsidRPr="008B3783">
        <w:rPr>
          <w:rFonts w:ascii="Arial" w:hAnsi="Arial" w:cs="Arial"/>
          <w:sz w:val="14"/>
          <w:szCs w:val="14"/>
        </w:rPr>
        <w:t>nrow</w:t>
      </w:r>
      <w:proofErr w:type="spellEnd"/>
      <w:r w:rsidRPr="008B3783">
        <w:rPr>
          <w:rFonts w:ascii="Arial" w:hAnsi="Arial" w:cs="Arial"/>
          <w:sz w:val="14"/>
          <w:szCs w:val="14"/>
        </w:rPr>
        <w:t>(</w:t>
      </w:r>
      <w:proofErr w:type="spellStart"/>
      <w:r w:rsidRPr="008B3783">
        <w:rPr>
          <w:rFonts w:ascii="Arial" w:hAnsi="Arial" w:cs="Arial"/>
          <w:sz w:val="14"/>
          <w:szCs w:val="14"/>
        </w:rPr>
        <w:t>dat</w:t>
      </w:r>
      <w:proofErr w:type="spellEnd"/>
      <w:r w:rsidRPr="008B3783">
        <w:rPr>
          <w:rFonts w:ascii="Arial" w:hAnsi="Arial" w:cs="Arial"/>
          <w:sz w:val="14"/>
          <w:szCs w:val="14"/>
        </w:rPr>
        <w:t>),</w:t>
      </w:r>
    </w:p>
    <w:p w14:paraId="7E63F40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`Observed Rates within Interval` = within,</w:t>
      </w:r>
    </w:p>
    <w:p w14:paraId="5B96977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`Percent within Interval` = </w:t>
      </w:r>
      <w:proofErr w:type="gramStart"/>
      <w:r w:rsidRPr="008B3783">
        <w:rPr>
          <w:rFonts w:ascii="Arial" w:hAnsi="Arial" w:cs="Arial"/>
          <w:sz w:val="14"/>
          <w:szCs w:val="14"/>
        </w:rPr>
        <w:t>round(</w:t>
      </w:r>
      <w:proofErr w:type="gramEnd"/>
      <w:r w:rsidRPr="008B3783">
        <w:rPr>
          <w:rFonts w:ascii="Arial" w:hAnsi="Arial" w:cs="Arial"/>
          <w:sz w:val="14"/>
          <w:szCs w:val="14"/>
        </w:rPr>
        <w:t xml:space="preserve">within / </w:t>
      </w:r>
      <w:proofErr w:type="spellStart"/>
      <w:r w:rsidRPr="008B3783">
        <w:rPr>
          <w:rFonts w:ascii="Arial" w:hAnsi="Arial" w:cs="Arial"/>
          <w:sz w:val="14"/>
          <w:szCs w:val="14"/>
        </w:rPr>
        <w:t>nrow</w:t>
      </w:r>
      <w:proofErr w:type="spellEnd"/>
      <w:r w:rsidRPr="008B3783">
        <w:rPr>
          <w:rFonts w:ascii="Arial" w:hAnsi="Arial" w:cs="Arial"/>
          <w:sz w:val="14"/>
          <w:szCs w:val="14"/>
        </w:rPr>
        <w:t>(</w:t>
      </w:r>
      <w:proofErr w:type="spellStart"/>
      <w:r w:rsidRPr="008B3783">
        <w:rPr>
          <w:rFonts w:ascii="Arial" w:hAnsi="Arial" w:cs="Arial"/>
          <w:sz w:val="14"/>
          <w:szCs w:val="14"/>
        </w:rPr>
        <w:t>dat</w:t>
      </w:r>
      <w:proofErr w:type="spellEnd"/>
      <w:r w:rsidRPr="008B3783">
        <w:rPr>
          <w:rFonts w:ascii="Arial" w:hAnsi="Arial" w:cs="Arial"/>
          <w:sz w:val="14"/>
          <w:szCs w:val="14"/>
        </w:rPr>
        <w:t>) * 100, 2))</w:t>
      </w:r>
    </w:p>
    <w:p w14:paraId="3B3CF30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2C43AAEF" w14:textId="77777777" w:rsidR="008B3783" w:rsidRPr="008B3783" w:rsidRDefault="008B3783" w:rsidP="008B3783">
      <w:pPr>
        <w:spacing w:after="0"/>
        <w:rPr>
          <w:rFonts w:ascii="Arial" w:hAnsi="Arial" w:cs="Arial"/>
          <w:sz w:val="14"/>
          <w:szCs w:val="14"/>
        </w:rPr>
      </w:pPr>
    </w:p>
    <w:p w14:paraId="3B015B6E"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run_ppcs</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fit, </w:t>
      </w:r>
      <w:proofErr w:type="spellStart"/>
      <w:r w:rsidRPr="008B3783">
        <w:rPr>
          <w:rFonts w:ascii="Arial" w:hAnsi="Arial" w:cs="Arial"/>
          <w:sz w:val="14"/>
          <w:szCs w:val="14"/>
        </w:rPr>
        <w:t>dat</w:t>
      </w:r>
      <w:proofErr w:type="spellEnd"/>
      <w:r w:rsidRPr="008B3783">
        <w:rPr>
          <w:rFonts w:ascii="Arial" w:hAnsi="Arial" w:cs="Arial"/>
          <w:sz w:val="14"/>
          <w:szCs w:val="14"/>
        </w:rPr>
        <w:t xml:space="preserve">, </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prefix, </w:t>
      </w:r>
      <w:proofErr w:type="spellStart"/>
      <w:r w:rsidRPr="008B3783">
        <w:rPr>
          <w:rFonts w:ascii="Arial" w:hAnsi="Arial" w:cs="Arial"/>
          <w:sz w:val="14"/>
          <w:szCs w:val="14"/>
        </w:rPr>
        <w:t>ndraws_overlay</w:t>
      </w:r>
      <w:proofErr w:type="spellEnd"/>
      <w:r w:rsidRPr="008B3783">
        <w:rPr>
          <w:rFonts w:ascii="Arial" w:hAnsi="Arial" w:cs="Arial"/>
          <w:sz w:val="14"/>
          <w:szCs w:val="14"/>
        </w:rPr>
        <w:t xml:space="preserve"> = 100, </w:t>
      </w:r>
      <w:proofErr w:type="spellStart"/>
      <w:r w:rsidRPr="008B3783">
        <w:rPr>
          <w:rFonts w:ascii="Arial" w:hAnsi="Arial" w:cs="Arial"/>
          <w:sz w:val="14"/>
          <w:szCs w:val="14"/>
        </w:rPr>
        <w:t>prob_interval</w:t>
      </w:r>
      <w:proofErr w:type="spellEnd"/>
      <w:r w:rsidRPr="008B3783">
        <w:rPr>
          <w:rFonts w:ascii="Arial" w:hAnsi="Arial" w:cs="Arial"/>
          <w:sz w:val="14"/>
          <w:szCs w:val="14"/>
        </w:rPr>
        <w:t xml:space="preserve"> = 0.90) {</w:t>
      </w:r>
    </w:p>
    <w:p w14:paraId="3E1D652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dir.create</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r w:rsidRPr="008B3783">
        <w:rPr>
          <w:rFonts w:ascii="Arial" w:hAnsi="Arial" w:cs="Arial"/>
          <w:sz w:val="14"/>
          <w:szCs w:val="14"/>
        </w:rPr>
        <w:t>showWarnings</w:t>
      </w:r>
      <w:proofErr w:type="spellEnd"/>
      <w:r w:rsidRPr="008B3783">
        <w:rPr>
          <w:rFonts w:ascii="Arial" w:hAnsi="Arial" w:cs="Arial"/>
          <w:sz w:val="14"/>
          <w:szCs w:val="14"/>
        </w:rPr>
        <w:t xml:space="preserve"> = FALSE, recursive = TRUE)</w:t>
      </w:r>
    </w:p>
    <w:p w14:paraId="08BF3D8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old_opt</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getOption</w:t>
      </w:r>
      <w:proofErr w:type="spellEnd"/>
      <w:r w:rsidRPr="008B3783">
        <w:rPr>
          <w:rFonts w:ascii="Arial" w:hAnsi="Arial" w:cs="Arial"/>
          <w:sz w:val="14"/>
          <w:szCs w:val="14"/>
        </w:rPr>
        <w:t>(</w:t>
      </w:r>
      <w:proofErr w:type="gramEnd"/>
      <w:r w:rsidRPr="008B3783">
        <w:rPr>
          <w:rFonts w:ascii="Arial" w:hAnsi="Arial" w:cs="Arial"/>
          <w:sz w:val="14"/>
          <w:szCs w:val="14"/>
        </w:rPr>
        <w:t>"</w:t>
      </w:r>
      <w:proofErr w:type="spellStart"/>
      <w:r w:rsidRPr="008B3783">
        <w:rPr>
          <w:rFonts w:ascii="Arial" w:hAnsi="Arial" w:cs="Arial"/>
          <w:sz w:val="14"/>
          <w:szCs w:val="14"/>
        </w:rPr>
        <w:t>bayesplot_ppc_ndraws</w:t>
      </w:r>
      <w:proofErr w:type="spellEnd"/>
      <w:r w:rsidRPr="008B3783">
        <w:rPr>
          <w:rFonts w:ascii="Arial" w:hAnsi="Arial" w:cs="Arial"/>
          <w:sz w:val="14"/>
          <w:szCs w:val="14"/>
        </w:rPr>
        <w:t>", NULL)</w:t>
      </w:r>
    </w:p>
    <w:p w14:paraId="2BA71C4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options(</w:t>
      </w:r>
      <w:proofErr w:type="spellStart"/>
      <w:proofErr w:type="gramEnd"/>
      <w:r w:rsidRPr="008B3783">
        <w:rPr>
          <w:rFonts w:ascii="Arial" w:hAnsi="Arial" w:cs="Arial"/>
          <w:sz w:val="14"/>
          <w:szCs w:val="14"/>
        </w:rPr>
        <w:t>bayesplot_ppc_ndraws</w:t>
      </w:r>
      <w:proofErr w:type="spellEnd"/>
      <w:r w:rsidRPr="008B3783">
        <w:rPr>
          <w:rFonts w:ascii="Arial" w:hAnsi="Arial" w:cs="Arial"/>
          <w:sz w:val="14"/>
          <w:szCs w:val="14"/>
        </w:rPr>
        <w:t xml:space="preserve"> = </w:t>
      </w:r>
      <w:proofErr w:type="spellStart"/>
      <w:r w:rsidRPr="008B3783">
        <w:rPr>
          <w:rFonts w:ascii="Arial" w:hAnsi="Arial" w:cs="Arial"/>
          <w:sz w:val="14"/>
          <w:szCs w:val="14"/>
        </w:rPr>
        <w:t>ndraws_overlay</w:t>
      </w:r>
      <w:proofErr w:type="spellEnd"/>
      <w:r w:rsidRPr="008B3783">
        <w:rPr>
          <w:rFonts w:ascii="Arial" w:hAnsi="Arial" w:cs="Arial"/>
          <w:sz w:val="14"/>
          <w:szCs w:val="14"/>
        </w:rPr>
        <w:t>)</w:t>
      </w:r>
    </w:p>
    <w:p w14:paraId="44F4EC9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on.exit</w:t>
      </w:r>
      <w:proofErr w:type="spellEnd"/>
      <w:proofErr w:type="gramEnd"/>
      <w:r w:rsidRPr="008B3783">
        <w:rPr>
          <w:rFonts w:ascii="Arial" w:hAnsi="Arial" w:cs="Arial"/>
          <w:sz w:val="14"/>
          <w:szCs w:val="14"/>
        </w:rPr>
        <w:t>(</w:t>
      </w:r>
      <w:proofErr w:type="gramStart"/>
      <w:r w:rsidRPr="008B3783">
        <w:rPr>
          <w:rFonts w:ascii="Arial" w:hAnsi="Arial" w:cs="Arial"/>
          <w:sz w:val="14"/>
          <w:szCs w:val="14"/>
        </w:rPr>
        <w:t>options(</w:t>
      </w:r>
      <w:proofErr w:type="spellStart"/>
      <w:proofErr w:type="gramEnd"/>
      <w:r w:rsidRPr="008B3783">
        <w:rPr>
          <w:rFonts w:ascii="Arial" w:hAnsi="Arial" w:cs="Arial"/>
          <w:sz w:val="14"/>
          <w:szCs w:val="14"/>
        </w:rPr>
        <w:t>bayesplot_ppc_ndraws</w:t>
      </w:r>
      <w:proofErr w:type="spellEnd"/>
      <w:r w:rsidRPr="008B3783">
        <w:rPr>
          <w:rFonts w:ascii="Arial" w:hAnsi="Arial" w:cs="Arial"/>
          <w:sz w:val="14"/>
          <w:szCs w:val="14"/>
        </w:rPr>
        <w:t xml:space="preserve"> = </w:t>
      </w:r>
      <w:proofErr w:type="spellStart"/>
      <w:r w:rsidRPr="008B3783">
        <w:rPr>
          <w:rFonts w:ascii="Arial" w:hAnsi="Arial" w:cs="Arial"/>
          <w:sz w:val="14"/>
          <w:szCs w:val="14"/>
        </w:rPr>
        <w:t>old_opt</w:t>
      </w:r>
      <w:proofErr w:type="spellEnd"/>
      <w:r w:rsidRPr="008B3783">
        <w:rPr>
          <w:rFonts w:ascii="Arial" w:hAnsi="Arial" w:cs="Arial"/>
          <w:sz w:val="14"/>
          <w:szCs w:val="14"/>
        </w:rPr>
        <w:t>), add = TRUE)</w:t>
      </w:r>
    </w:p>
    <w:p w14:paraId="032649E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EEE215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 &lt;- </w:t>
      </w:r>
      <w:proofErr w:type="spellStart"/>
      <w:r w:rsidRPr="008B3783">
        <w:rPr>
          <w:rFonts w:ascii="Arial" w:hAnsi="Arial" w:cs="Arial"/>
          <w:sz w:val="14"/>
          <w:szCs w:val="14"/>
        </w:rPr>
        <w:t>pp_</w:t>
      </w:r>
      <w:proofErr w:type="gramStart"/>
      <w:r w:rsidRPr="008B3783">
        <w:rPr>
          <w:rFonts w:ascii="Arial" w:hAnsi="Arial" w:cs="Arial"/>
          <w:sz w:val="14"/>
          <w:szCs w:val="14"/>
        </w:rPr>
        <w:t>check</w:t>
      </w:r>
      <w:proofErr w:type="spellEnd"/>
      <w:r w:rsidRPr="008B3783">
        <w:rPr>
          <w:rFonts w:ascii="Arial" w:hAnsi="Arial" w:cs="Arial"/>
          <w:sz w:val="14"/>
          <w:szCs w:val="14"/>
        </w:rPr>
        <w:t>(</w:t>
      </w:r>
      <w:proofErr w:type="gramEnd"/>
      <w:r w:rsidRPr="008B3783">
        <w:rPr>
          <w:rFonts w:ascii="Arial" w:hAnsi="Arial" w:cs="Arial"/>
          <w:sz w:val="14"/>
          <w:szCs w:val="14"/>
        </w:rPr>
        <w:t>fit, type = "</w:t>
      </w:r>
      <w:proofErr w:type="spellStart"/>
      <w:r w:rsidRPr="008B3783">
        <w:rPr>
          <w:rFonts w:ascii="Arial" w:hAnsi="Arial" w:cs="Arial"/>
          <w:sz w:val="14"/>
          <w:szCs w:val="14"/>
        </w:rPr>
        <w:t>dens_overlay</w:t>
      </w:r>
      <w:proofErr w:type="spellEnd"/>
      <w:r w:rsidRPr="008B3783">
        <w:rPr>
          <w:rFonts w:ascii="Arial" w:hAnsi="Arial" w:cs="Arial"/>
          <w:sz w:val="14"/>
          <w:szCs w:val="14"/>
        </w:rPr>
        <w:t xml:space="preserve">", </w:t>
      </w:r>
      <w:proofErr w:type="spellStart"/>
      <w:r w:rsidRPr="008B3783">
        <w:rPr>
          <w:rFonts w:ascii="Arial" w:hAnsi="Arial" w:cs="Arial"/>
          <w:sz w:val="14"/>
          <w:szCs w:val="14"/>
        </w:rPr>
        <w:t>ndraws</w:t>
      </w:r>
      <w:proofErr w:type="spellEnd"/>
      <w:r w:rsidRPr="008B3783">
        <w:rPr>
          <w:rFonts w:ascii="Arial" w:hAnsi="Arial" w:cs="Arial"/>
          <w:sz w:val="14"/>
          <w:szCs w:val="14"/>
        </w:rPr>
        <w:t xml:space="preserve"> = </w:t>
      </w:r>
      <w:proofErr w:type="spellStart"/>
      <w:r w:rsidRPr="008B3783">
        <w:rPr>
          <w:rFonts w:ascii="Arial" w:hAnsi="Arial" w:cs="Arial"/>
          <w:sz w:val="14"/>
          <w:szCs w:val="14"/>
        </w:rPr>
        <w:t>ndraws_overlay</w:t>
      </w:r>
      <w:proofErr w:type="spellEnd"/>
      <w:r w:rsidRPr="008B3783">
        <w:rPr>
          <w:rFonts w:ascii="Arial" w:hAnsi="Arial" w:cs="Arial"/>
          <w:sz w:val="14"/>
          <w:szCs w:val="14"/>
        </w:rPr>
        <w:t>)</w:t>
      </w:r>
    </w:p>
    <w:p w14:paraId="4081310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ggsave</w:t>
      </w:r>
      <w:proofErr w:type="spellEnd"/>
      <w:r w:rsidRPr="008B3783">
        <w:rPr>
          <w:rFonts w:ascii="Arial" w:hAnsi="Arial" w:cs="Arial"/>
          <w:sz w:val="14"/>
          <w:szCs w:val="14"/>
        </w:rPr>
        <w:t>(</w:t>
      </w:r>
      <w:proofErr w:type="spellStart"/>
      <w:r w:rsidRPr="008B3783">
        <w:rPr>
          <w:rFonts w:ascii="Arial" w:hAnsi="Arial" w:cs="Arial"/>
          <w:sz w:val="14"/>
          <w:szCs w:val="14"/>
        </w:rPr>
        <w:t>file.path</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"%s_ppc_dens_overlay.png", prefix)), p, width = 8, height = 6, dpi = 300)</w:t>
      </w:r>
    </w:p>
    <w:p w14:paraId="37432CE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 &lt;- </w:t>
      </w:r>
      <w:proofErr w:type="spellStart"/>
      <w:r w:rsidRPr="008B3783">
        <w:rPr>
          <w:rFonts w:ascii="Arial" w:hAnsi="Arial" w:cs="Arial"/>
          <w:sz w:val="14"/>
          <w:szCs w:val="14"/>
        </w:rPr>
        <w:t>pp_</w:t>
      </w:r>
      <w:proofErr w:type="gramStart"/>
      <w:r w:rsidRPr="008B3783">
        <w:rPr>
          <w:rFonts w:ascii="Arial" w:hAnsi="Arial" w:cs="Arial"/>
          <w:sz w:val="14"/>
          <w:szCs w:val="14"/>
        </w:rPr>
        <w:t>check</w:t>
      </w:r>
      <w:proofErr w:type="spellEnd"/>
      <w:r w:rsidRPr="008B3783">
        <w:rPr>
          <w:rFonts w:ascii="Arial" w:hAnsi="Arial" w:cs="Arial"/>
          <w:sz w:val="14"/>
          <w:szCs w:val="14"/>
        </w:rPr>
        <w:t>(</w:t>
      </w:r>
      <w:proofErr w:type="gramEnd"/>
      <w:r w:rsidRPr="008B3783">
        <w:rPr>
          <w:rFonts w:ascii="Arial" w:hAnsi="Arial" w:cs="Arial"/>
          <w:sz w:val="14"/>
          <w:szCs w:val="14"/>
        </w:rPr>
        <w:t>fit, type = "</w:t>
      </w:r>
      <w:proofErr w:type="spellStart"/>
      <w:r w:rsidRPr="008B3783">
        <w:rPr>
          <w:rFonts w:ascii="Arial" w:hAnsi="Arial" w:cs="Arial"/>
          <w:sz w:val="14"/>
          <w:szCs w:val="14"/>
        </w:rPr>
        <w:t>ecdf_overlay</w:t>
      </w:r>
      <w:proofErr w:type="spellEnd"/>
      <w:r w:rsidRPr="008B3783">
        <w:rPr>
          <w:rFonts w:ascii="Arial" w:hAnsi="Arial" w:cs="Arial"/>
          <w:sz w:val="14"/>
          <w:szCs w:val="14"/>
        </w:rPr>
        <w:t xml:space="preserve">", </w:t>
      </w:r>
      <w:proofErr w:type="spellStart"/>
      <w:r w:rsidRPr="008B3783">
        <w:rPr>
          <w:rFonts w:ascii="Arial" w:hAnsi="Arial" w:cs="Arial"/>
          <w:sz w:val="14"/>
          <w:szCs w:val="14"/>
        </w:rPr>
        <w:t>ndraws</w:t>
      </w:r>
      <w:proofErr w:type="spellEnd"/>
      <w:r w:rsidRPr="008B3783">
        <w:rPr>
          <w:rFonts w:ascii="Arial" w:hAnsi="Arial" w:cs="Arial"/>
          <w:sz w:val="14"/>
          <w:szCs w:val="14"/>
        </w:rPr>
        <w:t xml:space="preserve"> = </w:t>
      </w:r>
      <w:proofErr w:type="spellStart"/>
      <w:r w:rsidRPr="008B3783">
        <w:rPr>
          <w:rFonts w:ascii="Arial" w:hAnsi="Arial" w:cs="Arial"/>
          <w:sz w:val="14"/>
          <w:szCs w:val="14"/>
        </w:rPr>
        <w:t>ndraws_overlay</w:t>
      </w:r>
      <w:proofErr w:type="spellEnd"/>
      <w:r w:rsidRPr="008B3783">
        <w:rPr>
          <w:rFonts w:ascii="Arial" w:hAnsi="Arial" w:cs="Arial"/>
          <w:sz w:val="14"/>
          <w:szCs w:val="14"/>
        </w:rPr>
        <w:t>)</w:t>
      </w:r>
    </w:p>
    <w:p w14:paraId="271EF68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ggsave</w:t>
      </w:r>
      <w:proofErr w:type="spellEnd"/>
      <w:r w:rsidRPr="008B3783">
        <w:rPr>
          <w:rFonts w:ascii="Arial" w:hAnsi="Arial" w:cs="Arial"/>
          <w:sz w:val="14"/>
          <w:szCs w:val="14"/>
        </w:rPr>
        <w:t>(</w:t>
      </w:r>
      <w:proofErr w:type="spellStart"/>
      <w:r w:rsidRPr="008B3783">
        <w:rPr>
          <w:rFonts w:ascii="Arial" w:hAnsi="Arial" w:cs="Arial"/>
          <w:sz w:val="14"/>
          <w:szCs w:val="14"/>
        </w:rPr>
        <w:t>file.path</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"%s_ppc_ecdf_overlay.png", prefix)), p, width = 8, height = 6, dpi = 300)</w:t>
      </w:r>
    </w:p>
    <w:p w14:paraId="69E3A97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 &lt;- </w:t>
      </w:r>
      <w:proofErr w:type="spellStart"/>
      <w:r w:rsidRPr="008B3783">
        <w:rPr>
          <w:rFonts w:ascii="Arial" w:hAnsi="Arial" w:cs="Arial"/>
          <w:sz w:val="14"/>
          <w:szCs w:val="14"/>
        </w:rPr>
        <w:t>pp_</w:t>
      </w:r>
      <w:proofErr w:type="gramStart"/>
      <w:r w:rsidRPr="008B3783">
        <w:rPr>
          <w:rFonts w:ascii="Arial" w:hAnsi="Arial" w:cs="Arial"/>
          <w:sz w:val="14"/>
          <w:szCs w:val="14"/>
        </w:rPr>
        <w:t>check</w:t>
      </w:r>
      <w:proofErr w:type="spellEnd"/>
      <w:r w:rsidRPr="008B3783">
        <w:rPr>
          <w:rFonts w:ascii="Arial" w:hAnsi="Arial" w:cs="Arial"/>
          <w:sz w:val="14"/>
          <w:szCs w:val="14"/>
        </w:rPr>
        <w:t>(</w:t>
      </w:r>
      <w:proofErr w:type="gramEnd"/>
      <w:r w:rsidRPr="008B3783">
        <w:rPr>
          <w:rFonts w:ascii="Arial" w:hAnsi="Arial" w:cs="Arial"/>
          <w:sz w:val="14"/>
          <w:szCs w:val="14"/>
        </w:rPr>
        <w:t>fit, type = "stat_2d", stat = c("mean","</w:t>
      </w:r>
      <w:proofErr w:type="spellStart"/>
      <w:r w:rsidRPr="008B3783">
        <w:rPr>
          <w:rFonts w:ascii="Arial" w:hAnsi="Arial" w:cs="Arial"/>
          <w:sz w:val="14"/>
          <w:szCs w:val="14"/>
        </w:rPr>
        <w:t>sd</w:t>
      </w:r>
      <w:proofErr w:type="spellEnd"/>
      <w:r w:rsidRPr="008B3783">
        <w:rPr>
          <w:rFonts w:ascii="Arial" w:hAnsi="Arial" w:cs="Arial"/>
          <w:sz w:val="14"/>
          <w:szCs w:val="14"/>
        </w:rPr>
        <w:t>"))</w:t>
      </w:r>
    </w:p>
    <w:p w14:paraId="5DE9756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ggsave</w:t>
      </w:r>
      <w:proofErr w:type="spellEnd"/>
      <w:r w:rsidRPr="008B3783">
        <w:rPr>
          <w:rFonts w:ascii="Arial" w:hAnsi="Arial" w:cs="Arial"/>
          <w:sz w:val="14"/>
          <w:szCs w:val="14"/>
        </w:rPr>
        <w:t>(</w:t>
      </w:r>
      <w:proofErr w:type="spellStart"/>
      <w:r w:rsidRPr="008B3783">
        <w:rPr>
          <w:rFonts w:ascii="Arial" w:hAnsi="Arial" w:cs="Arial"/>
          <w:sz w:val="14"/>
          <w:szCs w:val="14"/>
        </w:rPr>
        <w:t>file.path</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"%s_ppc_stat2d_mean_sd.png", prefix)), p, width = 8, height = 6, dpi = 300)</w:t>
      </w:r>
    </w:p>
    <w:p w14:paraId="6049C03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85FE8F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pp &lt;- </w:t>
      </w:r>
      <w:proofErr w:type="spellStart"/>
      <w:r w:rsidRPr="008B3783">
        <w:rPr>
          <w:rFonts w:ascii="Arial" w:hAnsi="Arial" w:cs="Arial"/>
          <w:sz w:val="14"/>
          <w:szCs w:val="14"/>
        </w:rPr>
        <w:t>posterior_predict</w:t>
      </w:r>
      <w:proofErr w:type="spellEnd"/>
      <w:r w:rsidRPr="008B3783">
        <w:rPr>
          <w:rFonts w:ascii="Arial" w:hAnsi="Arial" w:cs="Arial"/>
          <w:sz w:val="14"/>
          <w:szCs w:val="14"/>
        </w:rPr>
        <w:t>(fit)</w:t>
      </w:r>
    </w:p>
    <w:p w14:paraId="6279A75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qs</w:t>
      </w:r>
      <w:proofErr w:type="spellEnd"/>
      <w:r w:rsidRPr="008B3783">
        <w:rPr>
          <w:rFonts w:ascii="Arial" w:hAnsi="Arial" w:cs="Arial"/>
          <w:sz w:val="14"/>
          <w:szCs w:val="14"/>
        </w:rPr>
        <w:t xml:space="preserve"> &lt;- </w:t>
      </w:r>
      <w:proofErr w:type="gramStart"/>
      <w:r w:rsidRPr="008B3783">
        <w:rPr>
          <w:rFonts w:ascii="Arial" w:hAnsi="Arial" w:cs="Arial"/>
          <w:sz w:val="14"/>
          <w:szCs w:val="14"/>
        </w:rPr>
        <w:t>apply(</w:t>
      </w:r>
      <w:proofErr w:type="gramEnd"/>
      <w:r w:rsidRPr="008B3783">
        <w:rPr>
          <w:rFonts w:ascii="Arial" w:hAnsi="Arial" w:cs="Arial"/>
          <w:sz w:val="14"/>
          <w:szCs w:val="14"/>
        </w:rPr>
        <w:t xml:space="preserve">pp, 2, function(x) </w:t>
      </w:r>
      <w:proofErr w:type="gramStart"/>
      <w:r w:rsidRPr="008B3783">
        <w:rPr>
          <w:rFonts w:ascii="Arial" w:hAnsi="Arial" w:cs="Arial"/>
          <w:sz w:val="14"/>
          <w:szCs w:val="14"/>
        </w:rPr>
        <w:t>quantile(</w:t>
      </w:r>
      <w:proofErr w:type="gramEnd"/>
      <w:r w:rsidRPr="008B3783">
        <w:rPr>
          <w:rFonts w:ascii="Arial" w:hAnsi="Arial" w:cs="Arial"/>
          <w:sz w:val="14"/>
          <w:szCs w:val="14"/>
        </w:rPr>
        <w:t xml:space="preserve">x, probs = </w:t>
      </w:r>
      <w:proofErr w:type="gramStart"/>
      <w:r w:rsidRPr="008B3783">
        <w:rPr>
          <w:rFonts w:ascii="Arial" w:hAnsi="Arial" w:cs="Arial"/>
          <w:sz w:val="14"/>
          <w:szCs w:val="14"/>
        </w:rPr>
        <w:t>c(</w:t>
      </w:r>
      <w:proofErr w:type="gramEnd"/>
      <w:r w:rsidRPr="008B3783">
        <w:rPr>
          <w:rFonts w:ascii="Arial" w:hAnsi="Arial" w:cs="Arial"/>
          <w:sz w:val="14"/>
          <w:szCs w:val="14"/>
        </w:rPr>
        <w:t xml:space="preserve">(1 - </w:t>
      </w:r>
      <w:proofErr w:type="spellStart"/>
      <w:r w:rsidRPr="008B3783">
        <w:rPr>
          <w:rFonts w:ascii="Arial" w:hAnsi="Arial" w:cs="Arial"/>
          <w:sz w:val="14"/>
          <w:szCs w:val="14"/>
        </w:rPr>
        <w:t>prob_interval</w:t>
      </w:r>
      <w:proofErr w:type="spellEnd"/>
      <w:r w:rsidRPr="008B3783">
        <w:rPr>
          <w:rFonts w:ascii="Arial" w:hAnsi="Arial" w:cs="Arial"/>
          <w:sz w:val="14"/>
          <w:szCs w:val="14"/>
        </w:rPr>
        <w:t xml:space="preserve">)/2, 1 - (1 - </w:t>
      </w:r>
      <w:proofErr w:type="spellStart"/>
      <w:r w:rsidRPr="008B3783">
        <w:rPr>
          <w:rFonts w:ascii="Arial" w:hAnsi="Arial" w:cs="Arial"/>
          <w:sz w:val="14"/>
          <w:szCs w:val="14"/>
        </w:rPr>
        <w:t>prob_interval</w:t>
      </w:r>
      <w:proofErr w:type="spellEnd"/>
      <w:r w:rsidRPr="008B3783">
        <w:rPr>
          <w:rFonts w:ascii="Arial" w:hAnsi="Arial" w:cs="Arial"/>
          <w:sz w:val="14"/>
          <w:szCs w:val="14"/>
        </w:rPr>
        <w:t>)/2)))</w:t>
      </w:r>
    </w:p>
    <w:p w14:paraId="7015C3B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ppc_arm</w:t>
      </w:r>
      <w:proofErr w:type="spellEnd"/>
      <w:r w:rsidRPr="008B3783">
        <w:rPr>
          <w:rFonts w:ascii="Arial" w:hAnsi="Arial" w:cs="Arial"/>
          <w:sz w:val="14"/>
          <w:szCs w:val="14"/>
        </w:rPr>
        <w:t xml:space="preserve"> &lt;- </w:t>
      </w:r>
      <w:proofErr w:type="spellStart"/>
      <w:r w:rsidRPr="008B3783">
        <w:rPr>
          <w:rFonts w:ascii="Arial" w:hAnsi="Arial" w:cs="Arial"/>
          <w:sz w:val="14"/>
          <w:szCs w:val="14"/>
        </w:rPr>
        <w:t>dat</w:t>
      </w:r>
      <w:proofErr w:type="spellEnd"/>
    </w:p>
    <w:p w14:paraId="0E02412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ppc_arm$ppc_lo</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qs</w:t>
      </w:r>
      <w:proofErr w:type="spellEnd"/>
      <w:r w:rsidRPr="008B3783">
        <w:rPr>
          <w:rFonts w:ascii="Arial" w:hAnsi="Arial" w:cs="Arial"/>
          <w:sz w:val="14"/>
          <w:szCs w:val="14"/>
        </w:rPr>
        <w:t>[</w:t>
      </w:r>
      <w:proofErr w:type="gramEnd"/>
      <w:r w:rsidRPr="008B3783">
        <w:rPr>
          <w:rFonts w:ascii="Arial" w:hAnsi="Arial" w:cs="Arial"/>
          <w:sz w:val="14"/>
          <w:szCs w:val="14"/>
        </w:rPr>
        <w:t xml:space="preserve">1,]; </w:t>
      </w:r>
      <w:proofErr w:type="spellStart"/>
      <w:r w:rsidRPr="008B3783">
        <w:rPr>
          <w:rFonts w:ascii="Arial" w:hAnsi="Arial" w:cs="Arial"/>
          <w:sz w:val="14"/>
          <w:szCs w:val="14"/>
        </w:rPr>
        <w:t>ppc_arm$ppc_hi</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qs</w:t>
      </w:r>
      <w:proofErr w:type="spellEnd"/>
      <w:r w:rsidRPr="008B3783">
        <w:rPr>
          <w:rFonts w:ascii="Arial" w:hAnsi="Arial" w:cs="Arial"/>
          <w:sz w:val="14"/>
          <w:szCs w:val="14"/>
        </w:rPr>
        <w:t>[</w:t>
      </w:r>
      <w:proofErr w:type="gramEnd"/>
      <w:r w:rsidRPr="008B3783">
        <w:rPr>
          <w:rFonts w:ascii="Arial" w:hAnsi="Arial" w:cs="Arial"/>
          <w:sz w:val="14"/>
          <w:szCs w:val="14"/>
        </w:rPr>
        <w:t>2,]</w:t>
      </w:r>
    </w:p>
    <w:p w14:paraId="0789A6B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ppc_arm$within</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as.integer</w:t>
      </w:r>
      <w:proofErr w:type="spellEnd"/>
      <w:proofErr w:type="gramEnd"/>
      <w:r w:rsidRPr="008B3783">
        <w:rPr>
          <w:rFonts w:ascii="Arial" w:hAnsi="Arial" w:cs="Arial"/>
          <w:sz w:val="14"/>
          <w:szCs w:val="14"/>
        </w:rPr>
        <w:t>(</w:t>
      </w:r>
      <w:proofErr w:type="spellStart"/>
      <w:r w:rsidRPr="008B3783">
        <w:rPr>
          <w:rFonts w:ascii="Arial" w:hAnsi="Arial" w:cs="Arial"/>
          <w:sz w:val="14"/>
          <w:szCs w:val="14"/>
        </w:rPr>
        <w:t>ppc_arm$Events</w:t>
      </w:r>
      <w:proofErr w:type="spellEnd"/>
      <w:r w:rsidRPr="008B3783">
        <w:rPr>
          <w:rFonts w:ascii="Arial" w:hAnsi="Arial" w:cs="Arial"/>
          <w:sz w:val="14"/>
          <w:szCs w:val="14"/>
        </w:rPr>
        <w:t xml:space="preserve"> &gt;= </w:t>
      </w:r>
      <w:proofErr w:type="spellStart"/>
      <w:r w:rsidRPr="008B3783">
        <w:rPr>
          <w:rFonts w:ascii="Arial" w:hAnsi="Arial" w:cs="Arial"/>
          <w:sz w:val="14"/>
          <w:szCs w:val="14"/>
        </w:rPr>
        <w:t>ppc_arm$ppc_lo</w:t>
      </w:r>
      <w:proofErr w:type="spellEnd"/>
      <w:r w:rsidRPr="008B3783">
        <w:rPr>
          <w:rFonts w:ascii="Arial" w:hAnsi="Arial" w:cs="Arial"/>
          <w:sz w:val="14"/>
          <w:szCs w:val="14"/>
        </w:rPr>
        <w:t xml:space="preserve"> &amp; </w:t>
      </w:r>
      <w:proofErr w:type="spellStart"/>
      <w:r w:rsidRPr="008B3783">
        <w:rPr>
          <w:rFonts w:ascii="Arial" w:hAnsi="Arial" w:cs="Arial"/>
          <w:sz w:val="14"/>
          <w:szCs w:val="14"/>
        </w:rPr>
        <w:t>ppc_arm$Events</w:t>
      </w:r>
      <w:proofErr w:type="spellEnd"/>
      <w:r w:rsidRPr="008B3783">
        <w:rPr>
          <w:rFonts w:ascii="Arial" w:hAnsi="Arial" w:cs="Arial"/>
          <w:sz w:val="14"/>
          <w:szCs w:val="14"/>
        </w:rPr>
        <w:t xml:space="preserve"> &lt;= </w:t>
      </w:r>
      <w:proofErr w:type="spellStart"/>
      <w:r w:rsidRPr="008B3783">
        <w:rPr>
          <w:rFonts w:ascii="Arial" w:hAnsi="Arial" w:cs="Arial"/>
          <w:sz w:val="14"/>
          <w:szCs w:val="14"/>
        </w:rPr>
        <w:t>ppc_arm$ppc_hi</w:t>
      </w:r>
      <w:proofErr w:type="spellEnd"/>
      <w:r w:rsidRPr="008B3783">
        <w:rPr>
          <w:rFonts w:ascii="Arial" w:hAnsi="Arial" w:cs="Arial"/>
          <w:sz w:val="14"/>
          <w:szCs w:val="14"/>
        </w:rPr>
        <w:t>)</w:t>
      </w:r>
    </w:p>
    <w:p w14:paraId="46CDB3D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ppc_arm$Arm</w:t>
      </w:r>
      <w:proofErr w:type="spellEnd"/>
      <w:r w:rsidRPr="008B3783">
        <w:rPr>
          <w:rFonts w:ascii="Arial" w:hAnsi="Arial" w:cs="Arial"/>
          <w:sz w:val="14"/>
          <w:szCs w:val="14"/>
        </w:rPr>
        <w:t xml:space="preserve"> &lt;- </w:t>
      </w:r>
      <w:proofErr w:type="gramStart"/>
      <w:r w:rsidRPr="008B3783">
        <w:rPr>
          <w:rFonts w:ascii="Arial" w:hAnsi="Arial" w:cs="Arial"/>
          <w:sz w:val="14"/>
          <w:szCs w:val="14"/>
        </w:rPr>
        <w:t>paste(</w:t>
      </w:r>
      <w:proofErr w:type="spellStart"/>
      <w:proofErr w:type="gramEnd"/>
      <w:r w:rsidRPr="008B3783">
        <w:rPr>
          <w:rFonts w:ascii="Arial" w:hAnsi="Arial" w:cs="Arial"/>
          <w:sz w:val="14"/>
          <w:szCs w:val="14"/>
        </w:rPr>
        <w:t>ppc_arm$Study</w:t>
      </w:r>
      <w:proofErr w:type="spellEnd"/>
      <w:r w:rsidRPr="008B3783">
        <w:rPr>
          <w:rFonts w:ascii="Arial" w:hAnsi="Arial" w:cs="Arial"/>
          <w:sz w:val="14"/>
          <w:szCs w:val="14"/>
        </w:rPr>
        <w:t xml:space="preserve">, </w:t>
      </w:r>
      <w:proofErr w:type="spellStart"/>
      <w:r w:rsidRPr="008B3783">
        <w:rPr>
          <w:rFonts w:ascii="Arial" w:hAnsi="Arial" w:cs="Arial"/>
          <w:sz w:val="14"/>
          <w:szCs w:val="14"/>
        </w:rPr>
        <w:t>ppc_arm$Treatment</w:t>
      </w:r>
      <w:proofErr w:type="spellEnd"/>
      <w:r w:rsidRPr="008B3783">
        <w:rPr>
          <w:rFonts w:ascii="Arial" w:hAnsi="Arial" w:cs="Arial"/>
          <w:sz w:val="14"/>
          <w:szCs w:val="14"/>
        </w:rPr>
        <w:t xml:space="preserve">, </w:t>
      </w:r>
      <w:proofErr w:type="spellStart"/>
      <w:r w:rsidRPr="008B3783">
        <w:rPr>
          <w:rFonts w:ascii="Arial" w:hAnsi="Arial" w:cs="Arial"/>
          <w:sz w:val="14"/>
          <w:szCs w:val="14"/>
        </w:rPr>
        <w:t>sep</w:t>
      </w:r>
      <w:proofErr w:type="spellEnd"/>
      <w:r w:rsidRPr="008B3783">
        <w:rPr>
          <w:rFonts w:ascii="Arial" w:hAnsi="Arial" w:cs="Arial"/>
          <w:sz w:val="14"/>
          <w:szCs w:val="14"/>
        </w:rPr>
        <w:t xml:space="preserve"> = " -- ")</w:t>
      </w:r>
    </w:p>
    <w:p w14:paraId="5C7A090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50B8AF3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 &lt;- </w:t>
      </w:r>
      <w:proofErr w:type="spellStart"/>
      <w:proofErr w:type="gramStart"/>
      <w:r w:rsidRPr="008B3783">
        <w:rPr>
          <w:rFonts w:ascii="Arial" w:hAnsi="Arial" w:cs="Arial"/>
          <w:sz w:val="14"/>
          <w:szCs w:val="14"/>
        </w:rPr>
        <w:t>ggplot</w:t>
      </w:r>
      <w:proofErr w:type="spellEnd"/>
      <w:r w:rsidRPr="008B3783">
        <w:rPr>
          <w:rFonts w:ascii="Arial" w:hAnsi="Arial" w:cs="Arial"/>
          <w:sz w:val="14"/>
          <w:szCs w:val="14"/>
        </w:rPr>
        <w:t>(</w:t>
      </w:r>
      <w:proofErr w:type="spellStart"/>
      <w:proofErr w:type="gramEnd"/>
      <w:r w:rsidRPr="008B3783">
        <w:rPr>
          <w:rFonts w:ascii="Arial" w:hAnsi="Arial" w:cs="Arial"/>
          <w:sz w:val="14"/>
          <w:szCs w:val="14"/>
        </w:rPr>
        <w:t>ppc_arm</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aes</w:t>
      </w:r>
      <w:proofErr w:type="spellEnd"/>
      <w:r w:rsidRPr="008B3783">
        <w:rPr>
          <w:rFonts w:ascii="Arial" w:hAnsi="Arial" w:cs="Arial"/>
          <w:sz w:val="14"/>
          <w:szCs w:val="14"/>
        </w:rPr>
        <w:t>(</w:t>
      </w:r>
      <w:proofErr w:type="gramEnd"/>
      <w:r w:rsidRPr="008B3783">
        <w:rPr>
          <w:rFonts w:ascii="Arial" w:hAnsi="Arial" w:cs="Arial"/>
          <w:sz w:val="14"/>
          <w:szCs w:val="14"/>
        </w:rPr>
        <w:t xml:space="preserve">x = </w:t>
      </w:r>
      <w:proofErr w:type="gramStart"/>
      <w:r w:rsidRPr="008B3783">
        <w:rPr>
          <w:rFonts w:ascii="Arial" w:hAnsi="Arial" w:cs="Arial"/>
          <w:sz w:val="14"/>
          <w:szCs w:val="14"/>
        </w:rPr>
        <w:t>reorder(</w:t>
      </w:r>
      <w:proofErr w:type="gramEnd"/>
      <w:r w:rsidRPr="008B3783">
        <w:rPr>
          <w:rFonts w:ascii="Arial" w:hAnsi="Arial" w:cs="Arial"/>
          <w:sz w:val="14"/>
          <w:szCs w:val="14"/>
        </w:rPr>
        <w:t>Arm, Events), y = Events)) +</w:t>
      </w:r>
    </w:p>
    <w:p w14:paraId="5827169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geom_</w:t>
      </w:r>
      <w:proofErr w:type="gramStart"/>
      <w:r w:rsidRPr="008B3783">
        <w:rPr>
          <w:rFonts w:ascii="Arial" w:hAnsi="Arial" w:cs="Arial"/>
          <w:sz w:val="14"/>
          <w:szCs w:val="14"/>
        </w:rPr>
        <w:t>linerange</w:t>
      </w:r>
      <w:proofErr w:type="spellEnd"/>
      <w:r w:rsidRPr="008B3783">
        <w:rPr>
          <w:rFonts w:ascii="Arial" w:hAnsi="Arial" w:cs="Arial"/>
          <w:sz w:val="14"/>
          <w:szCs w:val="14"/>
        </w:rPr>
        <w:t>(</w:t>
      </w:r>
      <w:proofErr w:type="spellStart"/>
      <w:r w:rsidRPr="008B3783">
        <w:rPr>
          <w:rFonts w:ascii="Arial" w:hAnsi="Arial" w:cs="Arial"/>
          <w:sz w:val="14"/>
          <w:szCs w:val="14"/>
        </w:rPr>
        <w:t>aes</w:t>
      </w:r>
      <w:proofErr w:type="spellEnd"/>
      <w:r w:rsidRPr="008B3783">
        <w:rPr>
          <w:rFonts w:ascii="Arial" w:hAnsi="Arial" w:cs="Arial"/>
          <w:sz w:val="14"/>
          <w:szCs w:val="14"/>
        </w:rPr>
        <w:t>(</w:t>
      </w:r>
      <w:proofErr w:type="spellStart"/>
      <w:proofErr w:type="gramEnd"/>
      <w:r w:rsidRPr="008B3783">
        <w:rPr>
          <w:rFonts w:ascii="Arial" w:hAnsi="Arial" w:cs="Arial"/>
          <w:sz w:val="14"/>
          <w:szCs w:val="14"/>
        </w:rPr>
        <w:t>ymin</w:t>
      </w:r>
      <w:proofErr w:type="spellEnd"/>
      <w:r w:rsidRPr="008B3783">
        <w:rPr>
          <w:rFonts w:ascii="Arial" w:hAnsi="Arial" w:cs="Arial"/>
          <w:sz w:val="14"/>
          <w:szCs w:val="14"/>
        </w:rPr>
        <w:t xml:space="preserve"> = </w:t>
      </w:r>
      <w:proofErr w:type="spellStart"/>
      <w:r w:rsidRPr="008B3783">
        <w:rPr>
          <w:rFonts w:ascii="Arial" w:hAnsi="Arial" w:cs="Arial"/>
          <w:sz w:val="14"/>
          <w:szCs w:val="14"/>
        </w:rPr>
        <w:t>ppc_lo</w:t>
      </w:r>
      <w:proofErr w:type="spellEnd"/>
      <w:r w:rsidRPr="008B3783">
        <w:rPr>
          <w:rFonts w:ascii="Arial" w:hAnsi="Arial" w:cs="Arial"/>
          <w:sz w:val="14"/>
          <w:szCs w:val="14"/>
        </w:rPr>
        <w:t xml:space="preserve">, </w:t>
      </w:r>
      <w:proofErr w:type="spellStart"/>
      <w:r w:rsidRPr="008B3783">
        <w:rPr>
          <w:rFonts w:ascii="Arial" w:hAnsi="Arial" w:cs="Arial"/>
          <w:sz w:val="14"/>
          <w:szCs w:val="14"/>
        </w:rPr>
        <w:t>ymax</w:t>
      </w:r>
      <w:proofErr w:type="spellEnd"/>
      <w:r w:rsidRPr="008B3783">
        <w:rPr>
          <w:rFonts w:ascii="Arial" w:hAnsi="Arial" w:cs="Arial"/>
          <w:sz w:val="14"/>
          <w:szCs w:val="14"/>
        </w:rPr>
        <w:t xml:space="preserve"> = </w:t>
      </w:r>
      <w:proofErr w:type="spellStart"/>
      <w:r w:rsidRPr="008B3783">
        <w:rPr>
          <w:rFonts w:ascii="Arial" w:hAnsi="Arial" w:cs="Arial"/>
          <w:sz w:val="14"/>
          <w:szCs w:val="14"/>
        </w:rPr>
        <w:t>ppc_hi</w:t>
      </w:r>
      <w:proofErr w:type="spellEnd"/>
      <w:r w:rsidRPr="008B3783">
        <w:rPr>
          <w:rFonts w:ascii="Arial" w:hAnsi="Arial" w:cs="Arial"/>
          <w:sz w:val="14"/>
          <w:szCs w:val="14"/>
        </w:rPr>
        <w:t>), linewidth = 0.6) +</w:t>
      </w:r>
    </w:p>
    <w:p w14:paraId="6E9991F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geom_</w:t>
      </w:r>
      <w:proofErr w:type="gramStart"/>
      <w:r w:rsidRPr="008B3783">
        <w:rPr>
          <w:rFonts w:ascii="Arial" w:hAnsi="Arial" w:cs="Arial"/>
          <w:sz w:val="14"/>
          <w:szCs w:val="14"/>
        </w:rPr>
        <w:t>point</w:t>
      </w:r>
      <w:proofErr w:type="spellEnd"/>
      <w:r w:rsidRPr="008B3783">
        <w:rPr>
          <w:rFonts w:ascii="Arial" w:hAnsi="Arial" w:cs="Arial"/>
          <w:sz w:val="14"/>
          <w:szCs w:val="14"/>
        </w:rPr>
        <w:t>(</w:t>
      </w:r>
      <w:proofErr w:type="gramEnd"/>
      <w:r w:rsidRPr="008B3783">
        <w:rPr>
          <w:rFonts w:ascii="Arial" w:hAnsi="Arial" w:cs="Arial"/>
          <w:sz w:val="14"/>
          <w:szCs w:val="14"/>
        </w:rPr>
        <w:t xml:space="preserve">size = 1.8) + </w:t>
      </w:r>
      <w:proofErr w:type="spellStart"/>
      <w:r w:rsidRPr="008B3783">
        <w:rPr>
          <w:rFonts w:ascii="Arial" w:hAnsi="Arial" w:cs="Arial"/>
          <w:sz w:val="14"/>
          <w:szCs w:val="14"/>
        </w:rPr>
        <w:t>coord_</w:t>
      </w:r>
      <w:proofErr w:type="gramStart"/>
      <w:r w:rsidRPr="008B3783">
        <w:rPr>
          <w:rFonts w:ascii="Arial" w:hAnsi="Arial" w:cs="Arial"/>
          <w:sz w:val="14"/>
          <w:szCs w:val="14"/>
        </w:rPr>
        <w:t>flip</w:t>
      </w:r>
      <w:proofErr w:type="spellEnd"/>
      <w:r w:rsidRPr="008B3783">
        <w:rPr>
          <w:rFonts w:ascii="Arial" w:hAnsi="Arial" w:cs="Arial"/>
          <w:sz w:val="14"/>
          <w:szCs w:val="14"/>
        </w:rPr>
        <w:t>(</w:t>
      </w:r>
      <w:proofErr w:type="gramEnd"/>
      <w:r w:rsidRPr="008B3783">
        <w:rPr>
          <w:rFonts w:ascii="Arial" w:hAnsi="Arial" w:cs="Arial"/>
          <w:sz w:val="14"/>
          <w:szCs w:val="14"/>
        </w:rPr>
        <w:t>) +</w:t>
      </w:r>
    </w:p>
    <w:p w14:paraId="1482848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labs(</w:t>
      </w:r>
      <w:proofErr w:type="gramEnd"/>
      <w:r w:rsidRPr="008B3783">
        <w:rPr>
          <w:rFonts w:ascii="Arial" w:hAnsi="Arial" w:cs="Arial"/>
          <w:sz w:val="14"/>
          <w:szCs w:val="14"/>
        </w:rPr>
        <w:t>x = NULL, y = "Event count",</w:t>
      </w:r>
    </w:p>
    <w:p w14:paraId="6E23255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title =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"Posterior predictive %d%% intervals by study arm", round(</w:t>
      </w:r>
      <w:proofErr w:type="spellStart"/>
      <w:r w:rsidRPr="008B3783">
        <w:rPr>
          <w:rFonts w:ascii="Arial" w:hAnsi="Arial" w:cs="Arial"/>
          <w:sz w:val="14"/>
          <w:szCs w:val="14"/>
        </w:rPr>
        <w:t>prob_interval</w:t>
      </w:r>
      <w:proofErr w:type="spellEnd"/>
      <w:r w:rsidRPr="008B3783">
        <w:rPr>
          <w:rFonts w:ascii="Arial" w:hAnsi="Arial" w:cs="Arial"/>
          <w:sz w:val="14"/>
          <w:szCs w:val="14"/>
        </w:rPr>
        <w:t>*100)),</w:t>
      </w:r>
    </w:p>
    <w:p w14:paraId="555CE6A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subtitle = "Point = observed; line = posterior predictive interval") +</w:t>
      </w:r>
    </w:p>
    <w:p w14:paraId="68088EE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theme_</w:t>
      </w:r>
      <w:proofErr w:type="gramStart"/>
      <w:r w:rsidRPr="008B3783">
        <w:rPr>
          <w:rFonts w:ascii="Arial" w:hAnsi="Arial" w:cs="Arial"/>
          <w:sz w:val="14"/>
          <w:szCs w:val="14"/>
        </w:rPr>
        <w:t>minimal</w:t>
      </w:r>
      <w:proofErr w:type="spellEnd"/>
      <w:r w:rsidRPr="008B3783">
        <w:rPr>
          <w:rFonts w:ascii="Arial" w:hAnsi="Arial" w:cs="Arial"/>
          <w:sz w:val="14"/>
          <w:szCs w:val="14"/>
        </w:rPr>
        <w:t>(</w:t>
      </w:r>
      <w:proofErr w:type="spellStart"/>
      <w:proofErr w:type="gramEnd"/>
      <w:r w:rsidRPr="008B3783">
        <w:rPr>
          <w:rFonts w:ascii="Arial" w:hAnsi="Arial" w:cs="Arial"/>
          <w:sz w:val="14"/>
          <w:szCs w:val="14"/>
        </w:rPr>
        <w:t>base_size</w:t>
      </w:r>
      <w:proofErr w:type="spellEnd"/>
      <w:r w:rsidRPr="008B3783">
        <w:rPr>
          <w:rFonts w:ascii="Arial" w:hAnsi="Arial" w:cs="Arial"/>
          <w:sz w:val="14"/>
          <w:szCs w:val="14"/>
        </w:rPr>
        <w:t xml:space="preserve"> = 11)</w:t>
      </w:r>
    </w:p>
    <w:p w14:paraId="2B5FC4C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ggsave</w:t>
      </w:r>
      <w:proofErr w:type="spellEnd"/>
      <w:r w:rsidRPr="008B3783">
        <w:rPr>
          <w:rFonts w:ascii="Arial" w:hAnsi="Arial" w:cs="Arial"/>
          <w:sz w:val="14"/>
          <w:szCs w:val="14"/>
        </w:rPr>
        <w:t>(</w:t>
      </w:r>
      <w:proofErr w:type="spellStart"/>
      <w:r w:rsidRPr="008B3783">
        <w:rPr>
          <w:rFonts w:ascii="Arial" w:hAnsi="Arial" w:cs="Arial"/>
          <w:sz w:val="14"/>
          <w:szCs w:val="14"/>
        </w:rPr>
        <w:t>file.path</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"%s_ppc_intervals_by_arm.png", prefix)), p, width = 8, height = 8, dpi = 300)</w:t>
      </w:r>
    </w:p>
    <w:p w14:paraId="140E013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851171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ppp_lr_tab</w:t>
      </w:r>
      <w:proofErr w:type="spellEnd"/>
      <w:r w:rsidRPr="008B3783">
        <w:rPr>
          <w:rFonts w:ascii="Arial" w:hAnsi="Arial" w:cs="Arial"/>
          <w:sz w:val="14"/>
          <w:szCs w:val="14"/>
        </w:rPr>
        <w:t xml:space="preserve"> &lt;- </w:t>
      </w:r>
      <w:proofErr w:type="spellStart"/>
      <w:r w:rsidRPr="008B3783">
        <w:rPr>
          <w:rFonts w:ascii="Arial" w:hAnsi="Arial" w:cs="Arial"/>
          <w:sz w:val="14"/>
          <w:szCs w:val="14"/>
        </w:rPr>
        <w:t>ppp_lr_</w:t>
      </w:r>
      <w:proofErr w:type="gramStart"/>
      <w:r w:rsidRPr="008B3783">
        <w:rPr>
          <w:rFonts w:ascii="Arial" w:hAnsi="Arial" w:cs="Arial"/>
          <w:sz w:val="14"/>
          <w:szCs w:val="14"/>
        </w:rPr>
        <w:t>ratio</w:t>
      </w:r>
      <w:proofErr w:type="spellEnd"/>
      <w:r w:rsidRPr="008B3783">
        <w:rPr>
          <w:rFonts w:ascii="Arial" w:hAnsi="Arial" w:cs="Arial"/>
          <w:sz w:val="14"/>
          <w:szCs w:val="14"/>
        </w:rPr>
        <w:t>(</w:t>
      </w:r>
      <w:proofErr w:type="gramEnd"/>
      <w:r w:rsidRPr="008B3783">
        <w:rPr>
          <w:rFonts w:ascii="Arial" w:hAnsi="Arial" w:cs="Arial"/>
          <w:sz w:val="14"/>
          <w:szCs w:val="14"/>
        </w:rPr>
        <w:t xml:space="preserve">fit, </w:t>
      </w:r>
      <w:proofErr w:type="spellStart"/>
      <w:r w:rsidRPr="008B3783">
        <w:rPr>
          <w:rFonts w:ascii="Arial" w:hAnsi="Arial" w:cs="Arial"/>
          <w:sz w:val="14"/>
          <w:szCs w:val="14"/>
        </w:rPr>
        <w:t>dat</w:t>
      </w:r>
      <w:proofErr w:type="spellEnd"/>
      <w:r w:rsidRPr="008B3783">
        <w:rPr>
          <w:rFonts w:ascii="Arial" w:hAnsi="Arial" w:cs="Arial"/>
          <w:sz w:val="14"/>
          <w:szCs w:val="14"/>
        </w:rPr>
        <w:t>)</w:t>
      </w:r>
    </w:p>
    <w:p w14:paraId="59EF6FB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ppc_intervals_tab</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w:t>
      </w:r>
    </w:p>
    <w:p w14:paraId="519EDA9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`Total Observations` = </w:t>
      </w:r>
      <w:proofErr w:type="spellStart"/>
      <w:r w:rsidRPr="008B3783">
        <w:rPr>
          <w:rFonts w:ascii="Arial" w:hAnsi="Arial" w:cs="Arial"/>
          <w:sz w:val="14"/>
          <w:szCs w:val="14"/>
        </w:rPr>
        <w:t>nrow</w:t>
      </w:r>
      <w:proofErr w:type="spellEnd"/>
      <w:r w:rsidRPr="008B3783">
        <w:rPr>
          <w:rFonts w:ascii="Arial" w:hAnsi="Arial" w:cs="Arial"/>
          <w:sz w:val="14"/>
          <w:szCs w:val="14"/>
        </w:rPr>
        <w:t>(</w:t>
      </w:r>
      <w:proofErr w:type="spellStart"/>
      <w:r w:rsidRPr="008B3783">
        <w:rPr>
          <w:rFonts w:ascii="Arial" w:hAnsi="Arial" w:cs="Arial"/>
          <w:sz w:val="14"/>
          <w:szCs w:val="14"/>
        </w:rPr>
        <w:t>dat</w:t>
      </w:r>
      <w:proofErr w:type="spellEnd"/>
      <w:r w:rsidRPr="008B3783">
        <w:rPr>
          <w:rFonts w:ascii="Arial" w:hAnsi="Arial" w:cs="Arial"/>
          <w:sz w:val="14"/>
          <w:szCs w:val="14"/>
        </w:rPr>
        <w:t>),</w:t>
      </w:r>
    </w:p>
    <w:p w14:paraId="563585E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`Observed Rates within Interval` = sum(</w:t>
      </w:r>
      <w:proofErr w:type="spellStart"/>
      <w:r w:rsidRPr="008B3783">
        <w:rPr>
          <w:rFonts w:ascii="Arial" w:hAnsi="Arial" w:cs="Arial"/>
          <w:sz w:val="14"/>
          <w:szCs w:val="14"/>
        </w:rPr>
        <w:t>ppc_arm$within</w:t>
      </w:r>
      <w:proofErr w:type="spellEnd"/>
      <w:r w:rsidRPr="008B3783">
        <w:rPr>
          <w:rFonts w:ascii="Arial" w:hAnsi="Arial" w:cs="Arial"/>
          <w:sz w:val="14"/>
          <w:szCs w:val="14"/>
        </w:rPr>
        <w:t>),</w:t>
      </w:r>
    </w:p>
    <w:p w14:paraId="5E5F236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`Percent within Interval` = round(mean(</w:t>
      </w:r>
      <w:proofErr w:type="spellStart"/>
      <w:r w:rsidRPr="008B3783">
        <w:rPr>
          <w:rFonts w:ascii="Arial" w:hAnsi="Arial" w:cs="Arial"/>
          <w:sz w:val="14"/>
          <w:szCs w:val="14"/>
        </w:rPr>
        <w:t>ppc_arm$within</w:t>
      </w:r>
      <w:proofErr w:type="spellEnd"/>
      <w:r w:rsidRPr="008B3783">
        <w:rPr>
          <w:rFonts w:ascii="Arial" w:hAnsi="Arial" w:cs="Arial"/>
          <w:sz w:val="14"/>
          <w:szCs w:val="14"/>
        </w:rPr>
        <w:t>) * 100, 2),</w:t>
      </w:r>
    </w:p>
    <w:p w14:paraId="02DEAFA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check.names</w:t>
      </w:r>
      <w:proofErr w:type="spellEnd"/>
      <w:proofErr w:type="gramEnd"/>
      <w:r w:rsidRPr="008B3783">
        <w:rPr>
          <w:rFonts w:ascii="Arial" w:hAnsi="Arial" w:cs="Arial"/>
          <w:sz w:val="14"/>
          <w:szCs w:val="14"/>
        </w:rPr>
        <w:t xml:space="preserve"> = FALSE</w:t>
      </w:r>
    </w:p>
    <w:p w14:paraId="3405E6E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177CCB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ppc_metrics</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data.frame</w:t>
      </w:r>
      <w:proofErr w:type="spellEnd"/>
      <w:proofErr w:type="gramEnd"/>
      <w:r w:rsidRPr="008B3783">
        <w:rPr>
          <w:rFonts w:ascii="Arial" w:hAnsi="Arial" w:cs="Arial"/>
          <w:sz w:val="14"/>
          <w:szCs w:val="14"/>
        </w:rPr>
        <w:t>(</w:t>
      </w:r>
    </w:p>
    <w:p w14:paraId="4BF64E9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lastRenderedPageBreak/>
        <w:t xml:space="preserve">    Metric = </w:t>
      </w:r>
      <w:proofErr w:type="gramStart"/>
      <w:r w:rsidRPr="008B3783">
        <w:rPr>
          <w:rFonts w:ascii="Arial" w:hAnsi="Arial" w:cs="Arial"/>
          <w:sz w:val="14"/>
          <w:szCs w:val="14"/>
        </w:rPr>
        <w:t>c(</w:t>
      </w:r>
      <w:proofErr w:type="spellStart"/>
      <w:proofErr w:type="gramEnd"/>
      <w:r w:rsidRPr="008B3783">
        <w:rPr>
          <w:rFonts w:ascii="Arial" w:hAnsi="Arial" w:cs="Arial"/>
          <w:sz w:val="14"/>
          <w:szCs w:val="14"/>
        </w:rPr>
        <w:t>ppp_lr_tab$Metric</w:t>
      </w:r>
      <w:proofErr w:type="spellEnd"/>
      <w:r w:rsidRPr="008B3783">
        <w:rPr>
          <w:rFonts w:ascii="Arial" w:hAnsi="Arial" w:cs="Arial"/>
          <w:sz w:val="14"/>
          <w:szCs w:val="14"/>
        </w:rPr>
        <w:t>, "Coverage (per-arm)"),</w:t>
      </w:r>
    </w:p>
    <w:p w14:paraId="4330FDB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Value = </w:t>
      </w:r>
      <w:proofErr w:type="gramStart"/>
      <w:r w:rsidRPr="008B3783">
        <w:rPr>
          <w:rFonts w:ascii="Arial" w:hAnsi="Arial" w:cs="Arial"/>
          <w:sz w:val="14"/>
          <w:szCs w:val="14"/>
        </w:rPr>
        <w:t>c(</w:t>
      </w:r>
      <w:proofErr w:type="spellStart"/>
      <w:proofErr w:type="gramEnd"/>
      <w:r w:rsidRPr="008B3783">
        <w:rPr>
          <w:rFonts w:ascii="Arial" w:hAnsi="Arial" w:cs="Arial"/>
          <w:sz w:val="14"/>
          <w:szCs w:val="14"/>
        </w:rPr>
        <w:t>ppp_lr_tab$PPP</w:t>
      </w:r>
      <w:proofErr w:type="spellEnd"/>
      <w:r w:rsidRPr="008B3783">
        <w:rPr>
          <w:rFonts w:ascii="Arial" w:hAnsi="Arial" w:cs="Arial"/>
          <w:sz w:val="14"/>
          <w:szCs w:val="14"/>
        </w:rPr>
        <w:t>,</w:t>
      </w:r>
    </w:p>
    <w:p w14:paraId="49817A8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"%d/%d (%.2f%%)",</w:t>
      </w:r>
    </w:p>
    <w:p w14:paraId="0746068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ppc_intervals_</w:t>
      </w:r>
      <w:proofErr w:type="gramStart"/>
      <w:r w:rsidRPr="008B3783">
        <w:rPr>
          <w:rFonts w:ascii="Arial" w:hAnsi="Arial" w:cs="Arial"/>
          <w:sz w:val="14"/>
          <w:szCs w:val="14"/>
        </w:rPr>
        <w:t>tab$Observed.Rates.within</w:t>
      </w:r>
      <w:proofErr w:type="gramEnd"/>
      <w:r w:rsidRPr="008B3783">
        <w:rPr>
          <w:rFonts w:ascii="Arial" w:hAnsi="Arial" w:cs="Arial"/>
          <w:sz w:val="14"/>
          <w:szCs w:val="14"/>
        </w:rPr>
        <w:t>.Interval</w:t>
      </w:r>
      <w:proofErr w:type="spellEnd"/>
      <w:r w:rsidRPr="008B3783">
        <w:rPr>
          <w:rFonts w:ascii="Arial" w:hAnsi="Arial" w:cs="Arial"/>
          <w:sz w:val="14"/>
          <w:szCs w:val="14"/>
        </w:rPr>
        <w:t>,</w:t>
      </w:r>
    </w:p>
    <w:p w14:paraId="2475241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ppc_intervals_tab$Total.Observations</w:t>
      </w:r>
      <w:proofErr w:type="spellEnd"/>
      <w:r w:rsidRPr="008B3783">
        <w:rPr>
          <w:rFonts w:ascii="Arial" w:hAnsi="Arial" w:cs="Arial"/>
          <w:sz w:val="14"/>
          <w:szCs w:val="14"/>
        </w:rPr>
        <w:t>,</w:t>
      </w:r>
    </w:p>
    <w:p w14:paraId="3CF63EE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ppc_intervals_</w:t>
      </w:r>
      <w:proofErr w:type="gramStart"/>
      <w:r w:rsidRPr="008B3783">
        <w:rPr>
          <w:rFonts w:ascii="Arial" w:hAnsi="Arial" w:cs="Arial"/>
          <w:sz w:val="14"/>
          <w:szCs w:val="14"/>
        </w:rPr>
        <w:t>tab$Percent.within.Interval</w:t>
      </w:r>
      <w:proofErr w:type="spellEnd"/>
      <w:proofErr w:type="gramEnd"/>
      <w:r w:rsidRPr="008B3783">
        <w:rPr>
          <w:rFonts w:ascii="Arial" w:hAnsi="Arial" w:cs="Arial"/>
          <w:sz w:val="14"/>
          <w:szCs w:val="14"/>
        </w:rPr>
        <w:t>)),</w:t>
      </w:r>
    </w:p>
    <w:p w14:paraId="4DD8E94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stringsAsFactors</w:t>
      </w:r>
      <w:proofErr w:type="spellEnd"/>
      <w:r w:rsidRPr="008B3783">
        <w:rPr>
          <w:rFonts w:ascii="Arial" w:hAnsi="Arial" w:cs="Arial"/>
          <w:sz w:val="14"/>
          <w:szCs w:val="14"/>
        </w:rPr>
        <w:t xml:space="preserve"> = FALSE</w:t>
      </w:r>
    </w:p>
    <w:p w14:paraId="157956A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AFF128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write.csv(</w:t>
      </w:r>
      <w:proofErr w:type="spellStart"/>
      <w:proofErr w:type="gramEnd"/>
      <w:r w:rsidRPr="008B3783">
        <w:rPr>
          <w:rFonts w:ascii="Arial" w:hAnsi="Arial" w:cs="Arial"/>
          <w:sz w:val="14"/>
          <w:szCs w:val="14"/>
        </w:rPr>
        <w:t>ppc_metrics</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file.path</w:t>
      </w:r>
      <w:proofErr w:type="spellEnd"/>
      <w:proofErr w:type="gramEnd"/>
      <w:r w:rsidRPr="008B3783">
        <w:rPr>
          <w:rFonts w:ascii="Arial" w:hAnsi="Arial" w:cs="Arial"/>
          <w:sz w:val="14"/>
          <w:szCs w:val="14"/>
        </w:rPr>
        <w:t>(</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w:t>
      </w:r>
      <w:proofErr w:type="spellStart"/>
      <w:proofErr w:type="gramStart"/>
      <w:r w:rsidRPr="008B3783">
        <w:rPr>
          <w:rFonts w:ascii="Arial" w:hAnsi="Arial" w:cs="Arial"/>
          <w:sz w:val="14"/>
          <w:szCs w:val="14"/>
        </w:rPr>
        <w:t>sprintf</w:t>
      </w:r>
      <w:proofErr w:type="spellEnd"/>
      <w:r w:rsidRPr="008B3783">
        <w:rPr>
          <w:rFonts w:ascii="Arial" w:hAnsi="Arial" w:cs="Arial"/>
          <w:sz w:val="14"/>
          <w:szCs w:val="14"/>
        </w:rPr>
        <w:t>(</w:t>
      </w:r>
      <w:proofErr w:type="gramEnd"/>
      <w:r w:rsidRPr="008B3783">
        <w:rPr>
          <w:rFonts w:ascii="Arial" w:hAnsi="Arial" w:cs="Arial"/>
          <w:sz w:val="14"/>
          <w:szCs w:val="14"/>
        </w:rPr>
        <w:t xml:space="preserve">"%s_ppc_metrics.csv", prefix)), </w:t>
      </w:r>
      <w:proofErr w:type="spellStart"/>
      <w:proofErr w:type="gramStart"/>
      <w:r w:rsidRPr="008B3783">
        <w:rPr>
          <w:rFonts w:ascii="Arial" w:hAnsi="Arial" w:cs="Arial"/>
          <w:sz w:val="14"/>
          <w:szCs w:val="14"/>
        </w:rPr>
        <w:t>row.names</w:t>
      </w:r>
      <w:proofErr w:type="spellEnd"/>
      <w:proofErr w:type="gramEnd"/>
      <w:r w:rsidRPr="008B3783">
        <w:rPr>
          <w:rFonts w:ascii="Arial" w:hAnsi="Arial" w:cs="Arial"/>
          <w:sz w:val="14"/>
          <w:szCs w:val="14"/>
        </w:rPr>
        <w:t xml:space="preserve"> = FALSE)</w:t>
      </w:r>
    </w:p>
    <w:p w14:paraId="56776DA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message(</w:t>
      </w:r>
      <w:proofErr w:type="gramEnd"/>
      <w:r w:rsidRPr="008B3783">
        <w:rPr>
          <w:rFonts w:ascii="Arial" w:hAnsi="Arial" w:cs="Arial"/>
          <w:sz w:val="14"/>
          <w:szCs w:val="14"/>
        </w:rPr>
        <w:t>"\</w:t>
      </w:r>
      <w:proofErr w:type="spellStart"/>
      <w:r w:rsidRPr="008B3783">
        <w:rPr>
          <w:rFonts w:ascii="Arial" w:hAnsi="Arial" w:cs="Arial"/>
          <w:sz w:val="14"/>
          <w:szCs w:val="14"/>
        </w:rPr>
        <w:t>nPosterior</w:t>
      </w:r>
      <w:proofErr w:type="spellEnd"/>
      <w:r w:rsidRPr="008B3783">
        <w:rPr>
          <w:rFonts w:ascii="Arial" w:hAnsi="Arial" w:cs="Arial"/>
          <w:sz w:val="14"/>
          <w:szCs w:val="14"/>
        </w:rPr>
        <w:t xml:space="preserve"> predictive metrics (", prefix, "):"); print(</w:t>
      </w:r>
      <w:proofErr w:type="spellStart"/>
      <w:r w:rsidRPr="008B3783">
        <w:rPr>
          <w:rFonts w:ascii="Arial" w:hAnsi="Arial" w:cs="Arial"/>
          <w:sz w:val="14"/>
          <w:szCs w:val="14"/>
        </w:rPr>
        <w:t>ppc_metrics</w:t>
      </w:r>
      <w:proofErr w:type="spellEnd"/>
      <w:r w:rsidRPr="008B3783">
        <w:rPr>
          <w:rFonts w:ascii="Arial" w:hAnsi="Arial" w:cs="Arial"/>
          <w:sz w:val="14"/>
          <w:szCs w:val="14"/>
        </w:rPr>
        <w:t>)</w:t>
      </w:r>
    </w:p>
    <w:p w14:paraId="3EB7B0E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invisible(list(</w:t>
      </w:r>
      <w:proofErr w:type="spellStart"/>
      <w:proofErr w:type="gramEnd"/>
      <w:r w:rsidRPr="008B3783">
        <w:rPr>
          <w:rFonts w:ascii="Arial" w:hAnsi="Arial" w:cs="Arial"/>
          <w:sz w:val="14"/>
          <w:szCs w:val="14"/>
        </w:rPr>
        <w:t>ppc_metrics</w:t>
      </w:r>
      <w:proofErr w:type="spellEnd"/>
      <w:r w:rsidRPr="008B3783">
        <w:rPr>
          <w:rFonts w:ascii="Arial" w:hAnsi="Arial" w:cs="Arial"/>
          <w:sz w:val="14"/>
          <w:szCs w:val="14"/>
        </w:rPr>
        <w:t xml:space="preserve"> = </w:t>
      </w:r>
      <w:proofErr w:type="spellStart"/>
      <w:r w:rsidRPr="008B3783">
        <w:rPr>
          <w:rFonts w:ascii="Arial" w:hAnsi="Arial" w:cs="Arial"/>
          <w:sz w:val="14"/>
          <w:szCs w:val="14"/>
        </w:rPr>
        <w:t>ppc_metrics</w:t>
      </w:r>
      <w:proofErr w:type="spellEnd"/>
      <w:r w:rsidRPr="008B3783">
        <w:rPr>
          <w:rFonts w:ascii="Arial" w:hAnsi="Arial" w:cs="Arial"/>
          <w:sz w:val="14"/>
          <w:szCs w:val="14"/>
        </w:rPr>
        <w:t xml:space="preserve">, </w:t>
      </w:r>
      <w:proofErr w:type="spellStart"/>
      <w:r w:rsidRPr="008B3783">
        <w:rPr>
          <w:rFonts w:ascii="Arial" w:hAnsi="Arial" w:cs="Arial"/>
          <w:sz w:val="14"/>
          <w:szCs w:val="14"/>
        </w:rPr>
        <w:t>per_arm</w:t>
      </w:r>
      <w:proofErr w:type="spellEnd"/>
      <w:r w:rsidRPr="008B3783">
        <w:rPr>
          <w:rFonts w:ascii="Arial" w:hAnsi="Arial" w:cs="Arial"/>
          <w:sz w:val="14"/>
          <w:szCs w:val="14"/>
        </w:rPr>
        <w:t xml:space="preserve"> = </w:t>
      </w:r>
      <w:proofErr w:type="spellStart"/>
      <w:r w:rsidRPr="008B3783">
        <w:rPr>
          <w:rFonts w:ascii="Arial" w:hAnsi="Arial" w:cs="Arial"/>
          <w:sz w:val="14"/>
          <w:szCs w:val="14"/>
        </w:rPr>
        <w:t>ppc_arm</w:t>
      </w:r>
      <w:proofErr w:type="spellEnd"/>
      <w:r w:rsidRPr="008B3783">
        <w:rPr>
          <w:rFonts w:ascii="Arial" w:hAnsi="Arial" w:cs="Arial"/>
          <w:sz w:val="14"/>
          <w:szCs w:val="14"/>
        </w:rPr>
        <w:t>))</w:t>
      </w:r>
    </w:p>
    <w:p w14:paraId="280AA86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3BEBFF8A" w14:textId="77777777" w:rsidR="008B3783" w:rsidRPr="008B3783" w:rsidRDefault="008B3783" w:rsidP="008B3783">
      <w:pPr>
        <w:spacing w:after="0"/>
        <w:rPr>
          <w:rFonts w:ascii="Arial" w:hAnsi="Arial" w:cs="Arial"/>
          <w:sz w:val="14"/>
          <w:szCs w:val="14"/>
        </w:rPr>
      </w:pPr>
    </w:p>
    <w:p w14:paraId="67B735D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 Analysis Function for Each Timepoint ----</w:t>
      </w:r>
    </w:p>
    <w:p w14:paraId="7A993160"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run_analysis</w:t>
      </w:r>
      <w:proofErr w:type="spellEnd"/>
      <w:r w:rsidRPr="008B3783">
        <w:rPr>
          <w:rFonts w:ascii="Arial" w:hAnsi="Arial" w:cs="Arial"/>
          <w:sz w:val="14"/>
          <w:szCs w:val="14"/>
        </w:rPr>
        <w:t xml:space="preserve"> &lt;- </w:t>
      </w:r>
      <w:proofErr w:type="gramStart"/>
      <w:r w:rsidRPr="008B3783">
        <w:rPr>
          <w:rFonts w:ascii="Arial" w:hAnsi="Arial" w:cs="Arial"/>
          <w:sz w:val="14"/>
          <w:szCs w:val="14"/>
        </w:rPr>
        <w:t>function(</w:t>
      </w:r>
      <w:proofErr w:type="gramEnd"/>
      <w:r w:rsidRPr="008B3783">
        <w:rPr>
          <w:rFonts w:ascii="Arial" w:hAnsi="Arial" w:cs="Arial"/>
          <w:sz w:val="14"/>
          <w:szCs w:val="14"/>
        </w:rPr>
        <w:t xml:space="preserve">data, </w:t>
      </w:r>
      <w:proofErr w:type="spellStart"/>
      <w:r w:rsidRPr="008B3783">
        <w:rPr>
          <w:rFonts w:ascii="Arial" w:hAnsi="Arial" w:cs="Arial"/>
          <w:sz w:val="14"/>
          <w:szCs w:val="14"/>
        </w:rPr>
        <w:t>endpoint_name</w:t>
      </w:r>
      <w:proofErr w:type="spellEnd"/>
      <w:r w:rsidRPr="008B3783">
        <w:rPr>
          <w:rFonts w:ascii="Arial" w:hAnsi="Arial" w:cs="Arial"/>
          <w:sz w:val="14"/>
          <w:szCs w:val="14"/>
        </w:rPr>
        <w:t xml:space="preserve">, </w:t>
      </w:r>
      <w:proofErr w:type="spellStart"/>
      <w:r w:rsidRPr="008B3783">
        <w:rPr>
          <w:rFonts w:ascii="Arial" w:hAnsi="Arial" w:cs="Arial"/>
          <w:sz w:val="14"/>
          <w:szCs w:val="14"/>
        </w:rPr>
        <w:t>ctrl_main</w:t>
      </w:r>
      <w:proofErr w:type="spellEnd"/>
      <w:r w:rsidRPr="008B3783">
        <w:rPr>
          <w:rFonts w:ascii="Arial" w:hAnsi="Arial" w:cs="Arial"/>
          <w:sz w:val="14"/>
          <w:szCs w:val="14"/>
        </w:rPr>
        <w:t xml:space="preserve">, </w:t>
      </w:r>
      <w:proofErr w:type="spellStart"/>
      <w:r w:rsidRPr="008B3783">
        <w:rPr>
          <w:rFonts w:ascii="Arial" w:hAnsi="Arial" w:cs="Arial"/>
          <w:sz w:val="14"/>
          <w:szCs w:val="14"/>
        </w:rPr>
        <w:t>ctrl_loo</w:t>
      </w:r>
      <w:proofErr w:type="spellEnd"/>
      <w:r w:rsidRPr="008B3783">
        <w:rPr>
          <w:rFonts w:ascii="Arial" w:hAnsi="Arial" w:cs="Arial"/>
          <w:sz w:val="14"/>
          <w:szCs w:val="14"/>
        </w:rPr>
        <w:t>) {</w:t>
      </w:r>
    </w:p>
    <w:p w14:paraId="6208198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"\n", </w:t>
      </w:r>
      <w:proofErr w:type="spellStart"/>
      <w:proofErr w:type="gramStart"/>
      <w:r w:rsidRPr="008B3783">
        <w:rPr>
          <w:rFonts w:ascii="Arial" w:hAnsi="Arial" w:cs="Arial"/>
          <w:sz w:val="14"/>
          <w:szCs w:val="14"/>
        </w:rPr>
        <w:t>strrep</w:t>
      </w:r>
      <w:proofErr w:type="spellEnd"/>
      <w:r w:rsidRPr="008B3783">
        <w:rPr>
          <w:rFonts w:ascii="Arial" w:hAnsi="Arial" w:cs="Arial"/>
          <w:sz w:val="14"/>
          <w:szCs w:val="14"/>
        </w:rPr>
        <w:t>(</w:t>
      </w:r>
      <w:proofErr w:type="gramEnd"/>
      <w:r w:rsidRPr="008B3783">
        <w:rPr>
          <w:rFonts w:ascii="Arial" w:hAnsi="Arial" w:cs="Arial"/>
          <w:sz w:val="14"/>
          <w:szCs w:val="14"/>
        </w:rPr>
        <w:t>"=", 60), "\n")</w:t>
      </w:r>
    </w:p>
    <w:p w14:paraId="6BC8080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"ANALYZING:", </w:t>
      </w:r>
      <w:proofErr w:type="spellStart"/>
      <w:r w:rsidRPr="008B3783">
        <w:rPr>
          <w:rFonts w:ascii="Arial" w:hAnsi="Arial" w:cs="Arial"/>
          <w:sz w:val="14"/>
          <w:szCs w:val="14"/>
        </w:rPr>
        <w:t>endpoint_name</w:t>
      </w:r>
      <w:proofErr w:type="spellEnd"/>
      <w:r w:rsidRPr="008B3783">
        <w:rPr>
          <w:rFonts w:ascii="Arial" w:hAnsi="Arial" w:cs="Arial"/>
          <w:sz w:val="14"/>
          <w:szCs w:val="14"/>
        </w:rPr>
        <w:t>, "MORTALITY\n")</w:t>
      </w:r>
    </w:p>
    <w:p w14:paraId="73E84F3A" w14:textId="77777777" w:rsidR="008B3783" w:rsidRPr="0010545B" w:rsidRDefault="008B3783" w:rsidP="008B3783">
      <w:pPr>
        <w:spacing w:after="0"/>
        <w:rPr>
          <w:rFonts w:ascii="Arial" w:hAnsi="Arial" w:cs="Arial"/>
          <w:sz w:val="14"/>
          <w:szCs w:val="14"/>
          <w:lang w:val="pt-BR"/>
        </w:rPr>
      </w:pPr>
      <w:r w:rsidRPr="008B3783">
        <w:rPr>
          <w:rFonts w:ascii="Arial" w:hAnsi="Arial" w:cs="Arial"/>
          <w:sz w:val="14"/>
          <w:szCs w:val="14"/>
        </w:rPr>
        <w:t xml:space="preserve">  </w:t>
      </w:r>
      <w:r w:rsidRPr="0010545B">
        <w:rPr>
          <w:rFonts w:ascii="Arial" w:hAnsi="Arial" w:cs="Arial"/>
          <w:sz w:val="14"/>
          <w:szCs w:val="14"/>
          <w:lang w:val="pt-BR"/>
        </w:rPr>
        <w:t>cat(strrep("=", 60), "\n\n")</w:t>
      </w:r>
    </w:p>
    <w:p w14:paraId="323452E4"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 xml:space="preserve">  </w:t>
      </w:r>
    </w:p>
    <w:p w14:paraId="1C5CC12F"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 xml:space="preserve">  # Prepare data</w:t>
      </w:r>
    </w:p>
    <w:p w14:paraId="2D6BDF13"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 xml:space="preserve">  brms_data &lt;- prepare_brms_data(data)</w:t>
      </w:r>
    </w:p>
    <w:p w14:paraId="1E599BD2" w14:textId="77777777" w:rsidR="008B3783" w:rsidRPr="0010545B" w:rsidRDefault="008B3783" w:rsidP="008B3783">
      <w:pPr>
        <w:spacing w:after="0"/>
        <w:rPr>
          <w:rFonts w:ascii="Arial" w:hAnsi="Arial" w:cs="Arial"/>
          <w:sz w:val="14"/>
          <w:szCs w:val="14"/>
          <w:lang w:val="pt-BR"/>
        </w:rPr>
      </w:pPr>
      <w:r w:rsidRPr="0010545B">
        <w:rPr>
          <w:rFonts w:ascii="Arial" w:hAnsi="Arial" w:cs="Arial"/>
          <w:sz w:val="14"/>
          <w:szCs w:val="14"/>
          <w:lang w:val="pt-BR"/>
        </w:rPr>
        <w:t xml:space="preserve">  </w:t>
      </w:r>
    </w:p>
    <w:p w14:paraId="6EBB7871" w14:textId="77777777" w:rsidR="008B3783" w:rsidRPr="008B3783" w:rsidRDefault="008B3783" w:rsidP="008B3783">
      <w:pPr>
        <w:spacing w:after="0"/>
        <w:rPr>
          <w:rFonts w:ascii="Arial" w:hAnsi="Arial" w:cs="Arial"/>
          <w:sz w:val="14"/>
          <w:szCs w:val="14"/>
        </w:rPr>
      </w:pPr>
      <w:r w:rsidRPr="0010545B">
        <w:rPr>
          <w:rFonts w:ascii="Arial" w:hAnsi="Arial" w:cs="Arial"/>
          <w:sz w:val="14"/>
          <w:szCs w:val="14"/>
          <w:lang w:val="pt-BR"/>
        </w:rPr>
        <w:t xml:space="preserve">  </w:t>
      </w:r>
      <w:r w:rsidRPr="008B3783">
        <w:rPr>
          <w:rFonts w:ascii="Arial" w:hAnsi="Arial" w:cs="Arial"/>
          <w:sz w:val="14"/>
          <w:szCs w:val="14"/>
        </w:rPr>
        <w:t># Priors &amp; formulas</w:t>
      </w:r>
    </w:p>
    <w:p w14:paraId="290866E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form_RE</w:t>
      </w:r>
      <w:proofErr w:type="spellEnd"/>
      <w:r w:rsidRPr="008B3783">
        <w:rPr>
          <w:rFonts w:ascii="Arial" w:hAnsi="Arial" w:cs="Arial"/>
          <w:sz w:val="14"/>
          <w:szCs w:val="14"/>
        </w:rPr>
        <w:t xml:space="preserve"> &lt;- Events | </w:t>
      </w:r>
      <w:proofErr w:type="gramStart"/>
      <w:r w:rsidRPr="008B3783">
        <w:rPr>
          <w:rFonts w:ascii="Arial" w:hAnsi="Arial" w:cs="Arial"/>
          <w:sz w:val="14"/>
          <w:szCs w:val="14"/>
        </w:rPr>
        <w:t>trials(</w:t>
      </w:r>
      <w:proofErr w:type="gramEnd"/>
      <w:r w:rsidRPr="008B3783">
        <w:rPr>
          <w:rFonts w:ascii="Arial" w:hAnsi="Arial" w:cs="Arial"/>
          <w:sz w:val="14"/>
          <w:szCs w:val="14"/>
        </w:rPr>
        <w:t>Total) ~ Treatment + (Treatment | Study)</w:t>
      </w:r>
    </w:p>
    <w:p w14:paraId="425FD23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form_FE</w:t>
      </w:r>
      <w:proofErr w:type="spellEnd"/>
      <w:r w:rsidRPr="008B3783">
        <w:rPr>
          <w:rFonts w:ascii="Arial" w:hAnsi="Arial" w:cs="Arial"/>
          <w:sz w:val="14"/>
          <w:szCs w:val="14"/>
        </w:rPr>
        <w:t xml:space="preserve"> &lt;- Events | </w:t>
      </w:r>
      <w:proofErr w:type="gramStart"/>
      <w:r w:rsidRPr="008B3783">
        <w:rPr>
          <w:rFonts w:ascii="Arial" w:hAnsi="Arial" w:cs="Arial"/>
          <w:sz w:val="14"/>
          <w:szCs w:val="14"/>
        </w:rPr>
        <w:t>trials(</w:t>
      </w:r>
      <w:proofErr w:type="gramEnd"/>
      <w:r w:rsidRPr="008B3783">
        <w:rPr>
          <w:rFonts w:ascii="Arial" w:hAnsi="Arial" w:cs="Arial"/>
          <w:sz w:val="14"/>
          <w:szCs w:val="14"/>
        </w:rPr>
        <w:t>Total) ~ Treatment</w:t>
      </w:r>
    </w:p>
    <w:p w14:paraId="7110EB0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prior_weak</w:t>
      </w:r>
      <w:proofErr w:type="spellEnd"/>
      <w:r w:rsidRPr="008B3783">
        <w:rPr>
          <w:rFonts w:ascii="Arial" w:hAnsi="Arial" w:cs="Arial"/>
          <w:sz w:val="14"/>
          <w:szCs w:val="14"/>
        </w:rPr>
        <w:t xml:space="preserve"> &lt;- </w:t>
      </w:r>
      <w:proofErr w:type="gramStart"/>
      <w:r w:rsidRPr="008B3783">
        <w:rPr>
          <w:rFonts w:ascii="Arial" w:hAnsi="Arial" w:cs="Arial"/>
          <w:sz w:val="14"/>
          <w:szCs w:val="14"/>
        </w:rPr>
        <w:t>c(</w:t>
      </w:r>
      <w:proofErr w:type="gramEnd"/>
    </w:p>
    <w:p w14:paraId="3114BA2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w:t>
      </w:r>
      <w:proofErr w:type="gramStart"/>
      <w:r w:rsidRPr="008B3783">
        <w:rPr>
          <w:rFonts w:ascii="Arial" w:hAnsi="Arial" w:cs="Arial"/>
          <w:sz w:val="14"/>
          <w:szCs w:val="14"/>
        </w:rPr>
        <w:t>prior</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normal(</w:t>
      </w:r>
      <w:proofErr w:type="gramEnd"/>
      <w:r w:rsidRPr="008B3783">
        <w:rPr>
          <w:rFonts w:ascii="Arial" w:hAnsi="Arial" w:cs="Arial"/>
          <w:sz w:val="14"/>
          <w:szCs w:val="14"/>
        </w:rPr>
        <w:t>0, 1.5)", class = "b"),</w:t>
      </w:r>
    </w:p>
    <w:p w14:paraId="0336C2A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set_prior</w:t>
      </w:r>
      <w:proofErr w:type="spellEnd"/>
      <w:r w:rsidRPr="008B3783">
        <w:rPr>
          <w:rFonts w:ascii="Arial" w:hAnsi="Arial" w:cs="Arial"/>
          <w:sz w:val="14"/>
          <w:szCs w:val="14"/>
        </w:rPr>
        <w:t>("</w:t>
      </w:r>
      <w:proofErr w:type="spellStart"/>
      <w:r w:rsidRPr="008B3783">
        <w:rPr>
          <w:rFonts w:ascii="Arial" w:hAnsi="Arial" w:cs="Arial"/>
          <w:sz w:val="14"/>
          <w:szCs w:val="14"/>
        </w:rPr>
        <w:t>student_</w:t>
      </w:r>
      <w:proofErr w:type="gramStart"/>
      <w:r w:rsidRPr="008B3783">
        <w:rPr>
          <w:rFonts w:ascii="Arial" w:hAnsi="Arial" w:cs="Arial"/>
          <w:sz w:val="14"/>
          <w:szCs w:val="14"/>
        </w:rPr>
        <w:t>t</w:t>
      </w:r>
      <w:proofErr w:type="spellEnd"/>
      <w:r w:rsidRPr="008B3783">
        <w:rPr>
          <w:rFonts w:ascii="Arial" w:hAnsi="Arial" w:cs="Arial"/>
          <w:sz w:val="14"/>
          <w:szCs w:val="14"/>
        </w:rPr>
        <w:t>(</w:t>
      </w:r>
      <w:proofErr w:type="gramEnd"/>
      <w:r w:rsidRPr="008B3783">
        <w:rPr>
          <w:rFonts w:ascii="Arial" w:hAnsi="Arial" w:cs="Arial"/>
          <w:sz w:val="14"/>
          <w:szCs w:val="14"/>
        </w:rPr>
        <w:t>3,0,1)", class = "</w:t>
      </w:r>
      <w:proofErr w:type="spellStart"/>
      <w:r w:rsidRPr="008B3783">
        <w:rPr>
          <w:rFonts w:ascii="Arial" w:hAnsi="Arial" w:cs="Arial"/>
          <w:sz w:val="14"/>
          <w:szCs w:val="14"/>
        </w:rPr>
        <w:t>sd</w:t>
      </w:r>
      <w:proofErr w:type="spellEnd"/>
      <w:r w:rsidRPr="008B3783">
        <w:rPr>
          <w:rFonts w:ascii="Arial" w:hAnsi="Arial" w:cs="Arial"/>
          <w:sz w:val="14"/>
          <w:szCs w:val="14"/>
        </w:rPr>
        <w:t>"),</w:t>
      </w:r>
    </w:p>
    <w:p w14:paraId="66D5B7D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set_prior</w:t>
      </w:r>
      <w:proofErr w:type="spellEnd"/>
      <w:r w:rsidRPr="008B3783">
        <w:rPr>
          <w:rFonts w:ascii="Arial" w:hAnsi="Arial" w:cs="Arial"/>
          <w:sz w:val="14"/>
          <w:szCs w:val="14"/>
        </w:rPr>
        <w:t>("</w:t>
      </w:r>
      <w:proofErr w:type="spellStart"/>
      <w:r w:rsidRPr="008B3783">
        <w:rPr>
          <w:rFonts w:ascii="Arial" w:hAnsi="Arial" w:cs="Arial"/>
          <w:sz w:val="14"/>
          <w:szCs w:val="14"/>
        </w:rPr>
        <w:t>lkj_</w:t>
      </w:r>
      <w:proofErr w:type="gramStart"/>
      <w:r w:rsidRPr="008B3783">
        <w:rPr>
          <w:rFonts w:ascii="Arial" w:hAnsi="Arial" w:cs="Arial"/>
          <w:sz w:val="14"/>
          <w:szCs w:val="14"/>
        </w:rPr>
        <w:t>corr</w:t>
      </w:r>
      <w:proofErr w:type="spellEnd"/>
      <w:r w:rsidRPr="008B3783">
        <w:rPr>
          <w:rFonts w:ascii="Arial" w:hAnsi="Arial" w:cs="Arial"/>
          <w:sz w:val="14"/>
          <w:szCs w:val="14"/>
        </w:rPr>
        <w:t>(</w:t>
      </w:r>
      <w:proofErr w:type="gramEnd"/>
      <w:r w:rsidRPr="008B3783">
        <w:rPr>
          <w:rFonts w:ascii="Arial" w:hAnsi="Arial" w:cs="Arial"/>
          <w:sz w:val="14"/>
          <w:szCs w:val="14"/>
        </w:rPr>
        <w:t>2)", class = "</w:t>
      </w:r>
      <w:proofErr w:type="spellStart"/>
      <w:r w:rsidRPr="008B3783">
        <w:rPr>
          <w:rFonts w:ascii="Arial" w:hAnsi="Arial" w:cs="Arial"/>
          <w:sz w:val="14"/>
          <w:szCs w:val="14"/>
        </w:rPr>
        <w:t>cor</w:t>
      </w:r>
      <w:proofErr w:type="spellEnd"/>
      <w:r w:rsidRPr="008B3783">
        <w:rPr>
          <w:rFonts w:ascii="Arial" w:hAnsi="Arial" w:cs="Arial"/>
          <w:sz w:val="14"/>
          <w:szCs w:val="14"/>
        </w:rPr>
        <w:t>")</w:t>
      </w:r>
    </w:p>
    <w:p w14:paraId="2FFA77A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36CDAD5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prior_skept</w:t>
      </w:r>
      <w:proofErr w:type="spellEnd"/>
      <w:r w:rsidRPr="008B3783">
        <w:rPr>
          <w:rFonts w:ascii="Arial" w:hAnsi="Arial" w:cs="Arial"/>
          <w:sz w:val="14"/>
          <w:szCs w:val="14"/>
        </w:rPr>
        <w:t xml:space="preserve"> &lt;- </w:t>
      </w:r>
      <w:proofErr w:type="gramStart"/>
      <w:r w:rsidRPr="008B3783">
        <w:rPr>
          <w:rFonts w:ascii="Arial" w:hAnsi="Arial" w:cs="Arial"/>
          <w:sz w:val="14"/>
          <w:szCs w:val="14"/>
        </w:rPr>
        <w:t>c(</w:t>
      </w:r>
      <w:proofErr w:type="gramEnd"/>
    </w:p>
    <w:p w14:paraId="0B7EE03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w:t>
      </w:r>
      <w:proofErr w:type="gramStart"/>
      <w:r w:rsidRPr="008B3783">
        <w:rPr>
          <w:rFonts w:ascii="Arial" w:hAnsi="Arial" w:cs="Arial"/>
          <w:sz w:val="14"/>
          <w:szCs w:val="14"/>
        </w:rPr>
        <w:t>prior</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normal(</w:t>
      </w:r>
      <w:proofErr w:type="gramEnd"/>
      <w:r w:rsidRPr="008B3783">
        <w:rPr>
          <w:rFonts w:ascii="Arial" w:hAnsi="Arial" w:cs="Arial"/>
          <w:sz w:val="14"/>
          <w:szCs w:val="14"/>
        </w:rPr>
        <w:t>0, 0.1)", class = "b"),</w:t>
      </w:r>
    </w:p>
    <w:p w14:paraId="1D6D0F2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set_prior</w:t>
      </w:r>
      <w:proofErr w:type="spellEnd"/>
      <w:r w:rsidRPr="008B3783">
        <w:rPr>
          <w:rFonts w:ascii="Arial" w:hAnsi="Arial" w:cs="Arial"/>
          <w:sz w:val="14"/>
          <w:szCs w:val="14"/>
        </w:rPr>
        <w:t>("</w:t>
      </w:r>
      <w:proofErr w:type="spellStart"/>
      <w:r w:rsidRPr="008B3783">
        <w:rPr>
          <w:rFonts w:ascii="Arial" w:hAnsi="Arial" w:cs="Arial"/>
          <w:sz w:val="14"/>
          <w:szCs w:val="14"/>
        </w:rPr>
        <w:t>student_</w:t>
      </w:r>
      <w:proofErr w:type="gramStart"/>
      <w:r w:rsidRPr="008B3783">
        <w:rPr>
          <w:rFonts w:ascii="Arial" w:hAnsi="Arial" w:cs="Arial"/>
          <w:sz w:val="14"/>
          <w:szCs w:val="14"/>
        </w:rPr>
        <w:t>t</w:t>
      </w:r>
      <w:proofErr w:type="spellEnd"/>
      <w:r w:rsidRPr="008B3783">
        <w:rPr>
          <w:rFonts w:ascii="Arial" w:hAnsi="Arial" w:cs="Arial"/>
          <w:sz w:val="14"/>
          <w:szCs w:val="14"/>
        </w:rPr>
        <w:t>(</w:t>
      </w:r>
      <w:proofErr w:type="gramEnd"/>
      <w:r w:rsidRPr="008B3783">
        <w:rPr>
          <w:rFonts w:ascii="Arial" w:hAnsi="Arial" w:cs="Arial"/>
          <w:sz w:val="14"/>
          <w:szCs w:val="14"/>
        </w:rPr>
        <w:t>3,0,1)", class = "</w:t>
      </w:r>
      <w:proofErr w:type="spellStart"/>
      <w:r w:rsidRPr="008B3783">
        <w:rPr>
          <w:rFonts w:ascii="Arial" w:hAnsi="Arial" w:cs="Arial"/>
          <w:sz w:val="14"/>
          <w:szCs w:val="14"/>
        </w:rPr>
        <w:t>sd</w:t>
      </w:r>
      <w:proofErr w:type="spellEnd"/>
      <w:r w:rsidRPr="008B3783">
        <w:rPr>
          <w:rFonts w:ascii="Arial" w:hAnsi="Arial" w:cs="Arial"/>
          <w:sz w:val="14"/>
          <w:szCs w:val="14"/>
        </w:rPr>
        <w:t>"),</w:t>
      </w:r>
    </w:p>
    <w:p w14:paraId="7BEBFFB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set_prior</w:t>
      </w:r>
      <w:proofErr w:type="spellEnd"/>
      <w:r w:rsidRPr="008B3783">
        <w:rPr>
          <w:rFonts w:ascii="Arial" w:hAnsi="Arial" w:cs="Arial"/>
          <w:sz w:val="14"/>
          <w:szCs w:val="14"/>
        </w:rPr>
        <w:t>("</w:t>
      </w:r>
      <w:proofErr w:type="spellStart"/>
      <w:r w:rsidRPr="008B3783">
        <w:rPr>
          <w:rFonts w:ascii="Arial" w:hAnsi="Arial" w:cs="Arial"/>
          <w:sz w:val="14"/>
          <w:szCs w:val="14"/>
        </w:rPr>
        <w:t>lkj_</w:t>
      </w:r>
      <w:proofErr w:type="gramStart"/>
      <w:r w:rsidRPr="008B3783">
        <w:rPr>
          <w:rFonts w:ascii="Arial" w:hAnsi="Arial" w:cs="Arial"/>
          <w:sz w:val="14"/>
          <w:szCs w:val="14"/>
        </w:rPr>
        <w:t>corr</w:t>
      </w:r>
      <w:proofErr w:type="spellEnd"/>
      <w:r w:rsidRPr="008B3783">
        <w:rPr>
          <w:rFonts w:ascii="Arial" w:hAnsi="Arial" w:cs="Arial"/>
          <w:sz w:val="14"/>
          <w:szCs w:val="14"/>
        </w:rPr>
        <w:t>(</w:t>
      </w:r>
      <w:proofErr w:type="gramEnd"/>
      <w:r w:rsidRPr="008B3783">
        <w:rPr>
          <w:rFonts w:ascii="Arial" w:hAnsi="Arial" w:cs="Arial"/>
          <w:sz w:val="14"/>
          <w:szCs w:val="14"/>
        </w:rPr>
        <w:t>2)", class = "</w:t>
      </w:r>
      <w:proofErr w:type="spellStart"/>
      <w:r w:rsidRPr="008B3783">
        <w:rPr>
          <w:rFonts w:ascii="Arial" w:hAnsi="Arial" w:cs="Arial"/>
          <w:sz w:val="14"/>
          <w:szCs w:val="14"/>
        </w:rPr>
        <w:t>cor</w:t>
      </w:r>
      <w:proofErr w:type="spellEnd"/>
      <w:r w:rsidRPr="008B3783">
        <w:rPr>
          <w:rFonts w:ascii="Arial" w:hAnsi="Arial" w:cs="Arial"/>
          <w:sz w:val="14"/>
          <w:szCs w:val="14"/>
        </w:rPr>
        <w:t>")</w:t>
      </w:r>
    </w:p>
    <w:p w14:paraId="27BE35E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47267C5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prior_FE</w:t>
      </w:r>
      <w:proofErr w:type="spellEnd"/>
      <w:r w:rsidRPr="008B3783">
        <w:rPr>
          <w:rFonts w:ascii="Arial" w:hAnsi="Arial" w:cs="Arial"/>
          <w:sz w:val="14"/>
          <w:szCs w:val="14"/>
        </w:rPr>
        <w:t xml:space="preserve"> &lt;- </w:t>
      </w:r>
      <w:proofErr w:type="spellStart"/>
      <w:r w:rsidRPr="008B3783">
        <w:rPr>
          <w:rFonts w:ascii="Arial" w:hAnsi="Arial" w:cs="Arial"/>
          <w:sz w:val="14"/>
          <w:szCs w:val="14"/>
        </w:rPr>
        <w:t>set_</w:t>
      </w:r>
      <w:proofErr w:type="gramStart"/>
      <w:r w:rsidRPr="008B3783">
        <w:rPr>
          <w:rFonts w:ascii="Arial" w:hAnsi="Arial" w:cs="Arial"/>
          <w:sz w:val="14"/>
          <w:szCs w:val="14"/>
        </w:rPr>
        <w:t>prior</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normal(</w:t>
      </w:r>
      <w:proofErr w:type="gramEnd"/>
      <w:r w:rsidRPr="008B3783">
        <w:rPr>
          <w:rFonts w:ascii="Arial" w:hAnsi="Arial" w:cs="Arial"/>
          <w:sz w:val="14"/>
          <w:szCs w:val="14"/>
        </w:rPr>
        <w:t>0, 1.5)", class = "b")</w:t>
      </w:r>
    </w:p>
    <w:p w14:paraId="2A7DE46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family_logit</w:t>
      </w:r>
      <w:proofErr w:type="spellEnd"/>
      <w:r w:rsidRPr="008B3783">
        <w:rPr>
          <w:rFonts w:ascii="Arial" w:hAnsi="Arial" w:cs="Arial"/>
          <w:sz w:val="14"/>
          <w:szCs w:val="14"/>
        </w:rPr>
        <w:t xml:space="preserve"> &lt;- </w:t>
      </w:r>
      <w:proofErr w:type="gramStart"/>
      <w:r w:rsidRPr="008B3783">
        <w:rPr>
          <w:rFonts w:ascii="Arial" w:hAnsi="Arial" w:cs="Arial"/>
          <w:sz w:val="14"/>
          <w:szCs w:val="14"/>
        </w:rPr>
        <w:t>binomial(</w:t>
      </w:r>
      <w:proofErr w:type="gramEnd"/>
      <w:r w:rsidRPr="008B3783">
        <w:rPr>
          <w:rFonts w:ascii="Arial" w:hAnsi="Arial" w:cs="Arial"/>
          <w:sz w:val="14"/>
          <w:szCs w:val="14"/>
        </w:rPr>
        <w:t>link = "logit")</w:t>
      </w:r>
    </w:p>
    <w:p w14:paraId="3AAF735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7E7E3F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chains &lt;- 4; iter &lt;- 20000; warmup &lt;- 4000; seed &lt;- 1234</w:t>
      </w:r>
    </w:p>
    <w:p w14:paraId="16211FA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FC8D21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Fit models</w:t>
      </w:r>
    </w:p>
    <w:p w14:paraId="2630969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"Fitting primary model (RE, weak </w:t>
      </w:r>
      <w:proofErr w:type="gramStart"/>
      <w:r w:rsidRPr="008B3783">
        <w:rPr>
          <w:rFonts w:ascii="Arial" w:hAnsi="Arial" w:cs="Arial"/>
          <w:sz w:val="14"/>
          <w:szCs w:val="14"/>
        </w:rPr>
        <w:t>prior)...</w:t>
      </w:r>
      <w:proofErr w:type="gramEnd"/>
      <w:r w:rsidRPr="008B3783">
        <w:rPr>
          <w:rFonts w:ascii="Arial" w:hAnsi="Arial" w:cs="Arial"/>
          <w:sz w:val="14"/>
          <w:szCs w:val="14"/>
        </w:rPr>
        <w:t>\n")</w:t>
      </w:r>
    </w:p>
    <w:p w14:paraId="310D2D3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fit_RE_weak</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brm</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form_RE</w:t>
      </w:r>
      <w:proofErr w:type="spellEnd"/>
      <w:r w:rsidRPr="008B3783">
        <w:rPr>
          <w:rFonts w:ascii="Arial" w:hAnsi="Arial" w:cs="Arial"/>
          <w:sz w:val="14"/>
          <w:szCs w:val="14"/>
        </w:rPr>
        <w:t xml:space="preserve">, data = </w:t>
      </w:r>
      <w:proofErr w:type="spellStart"/>
      <w:r w:rsidRPr="008B3783">
        <w:rPr>
          <w:rFonts w:ascii="Arial" w:hAnsi="Arial" w:cs="Arial"/>
          <w:sz w:val="14"/>
          <w:szCs w:val="14"/>
        </w:rPr>
        <w:t>brms_data</w:t>
      </w:r>
      <w:proofErr w:type="spellEnd"/>
      <w:r w:rsidRPr="008B3783">
        <w:rPr>
          <w:rFonts w:ascii="Arial" w:hAnsi="Arial" w:cs="Arial"/>
          <w:sz w:val="14"/>
          <w:szCs w:val="14"/>
        </w:rPr>
        <w:t xml:space="preserve">, family = </w:t>
      </w:r>
      <w:proofErr w:type="spellStart"/>
      <w:r w:rsidRPr="008B3783">
        <w:rPr>
          <w:rFonts w:ascii="Arial" w:hAnsi="Arial" w:cs="Arial"/>
          <w:sz w:val="14"/>
          <w:szCs w:val="14"/>
        </w:rPr>
        <w:t>family_logit</w:t>
      </w:r>
      <w:proofErr w:type="spellEnd"/>
      <w:r w:rsidRPr="008B3783">
        <w:rPr>
          <w:rFonts w:ascii="Arial" w:hAnsi="Arial" w:cs="Arial"/>
          <w:sz w:val="14"/>
          <w:szCs w:val="14"/>
        </w:rPr>
        <w:t>,</w:t>
      </w:r>
    </w:p>
    <w:p w14:paraId="618B759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prior = </w:t>
      </w:r>
      <w:proofErr w:type="spellStart"/>
      <w:r w:rsidRPr="008B3783">
        <w:rPr>
          <w:rFonts w:ascii="Arial" w:hAnsi="Arial" w:cs="Arial"/>
          <w:sz w:val="14"/>
          <w:szCs w:val="14"/>
        </w:rPr>
        <w:t>prior_weak</w:t>
      </w:r>
      <w:proofErr w:type="spellEnd"/>
      <w:r w:rsidRPr="008B3783">
        <w:rPr>
          <w:rFonts w:ascii="Arial" w:hAnsi="Arial" w:cs="Arial"/>
          <w:sz w:val="14"/>
          <w:szCs w:val="14"/>
        </w:rPr>
        <w:t>, chains = chains, iter = iter, warmup = warmup,</w:t>
      </w:r>
    </w:p>
    <w:p w14:paraId="3E2ACB9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seed = seed, backend = "</w:t>
      </w:r>
      <w:proofErr w:type="spellStart"/>
      <w:r w:rsidRPr="008B3783">
        <w:rPr>
          <w:rFonts w:ascii="Arial" w:hAnsi="Arial" w:cs="Arial"/>
          <w:sz w:val="14"/>
          <w:szCs w:val="14"/>
        </w:rPr>
        <w:t>cmdstanr</w:t>
      </w:r>
      <w:proofErr w:type="spellEnd"/>
      <w:r w:rsidRPr="008B3783">
        <w:rPr>
          <w:rFonts w:ascii="Arial" w:hAnsi="Arial" w:cs="Arial"/>
          <w:sz w:val="14"/>
          <w:szCs w:val="14"/>
        </w:rPr>
        <w:t xml:space="preserve">", control = </w:t>
      </w:r>
      <w:proofErr w:type="spellStart"/>
      <w:r w:rsidRPr="008B3783">
        <w:rPr>
          <w:rFonts w:ascii="Arial" w:hAnsi="Arial" w:cs="Arial"/>
          <w:sz w:val="14"/>
          <w:szCs w:val="14"/>
        </w:rPr>
        <w:t>ctrl_main</w:t>
      </w:r>
      <w:proofErr w:type="spellEnd"/>
      <w:r w:rsidRPr="008B3783">
        <w:rPr>
          <w:rFonts w:ascii="Arial" w:hAnsi="Arial" w:cs="Arial"/>
          <w:sz w:val="14"/>
          <w:szCs w:val="14"/>
        </w:rPr>
        <w:t xml:space="preserve">, threads = </w:t>
      </w:r>
      <w:proofErr w:type="gramStart"/>
      <w:r w:rsidRPr="008B3783">
        <w:rPr>
          <w:rFonts w:ascii="Arial" w:hAnsi="Arial" w:cs="Arial"/>
          <w:sz w:val="14"/>
          <w:szCs w:val="14"/>
        </w:rPr>
        <w:t>threading(</w:t>
      </w:r>
      <w:proofErr w:type="gramEnd"/>
      <w:r w:rsidRPr="008B3783">
        <w:rPr>
          <w:rFonts w:ascii="Arial" w:hAnsi="Arial" w:cs="Arial"/>
          <w:sz w:val="14"/>
          <w:szCs w:val="14"/>
        </w:rPr>
        <w:t>2))</w:t>
      </w:r>
    </w:p>
    <w:p w14:paraId="0AD1405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189F07D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"Fitting sensitivity model (RE, sceptical </w:t>
      </w:r>
      <w:proofErr w:type="gramStart"/>
      <w:r w:rsidRPr="008B3783">
        <w:rPr>
          <w:rFonts w:ascii="Arial" w:hAnsi="Arial" w:cs="Arial"/>
          <w:sz w:val="14"/>
          <w:szCs w:val="14"/>
        </w:rPr>
        <w:t>prior)...</w:t>
      </w:r>
      <w:proofErr w:type="gramEnd"/>
      <w:r w:rsidRPr="008B3783">
        <w:rPr>
          <w:rFonts w:ascii="Arial" w:hAnsi="Arial" w:cs="Arial"/>
          <w:sz w:val="14"/>
          <w:szCs w:val="14"/>
        </w:rPr>
        <w:t>\n")</w:t>
      </w:r>
    </w:p>
    <w:p w14:paraId="27FC13E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fit_RE_scept</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brm</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form_RE</w:t>
      </w:r>
      <w:proofErr w:type="spellEnd"/>
      <w:r w:rsidRPr="008B3783">
        <w:rPr>
          <w:rFonts w:ascii="Arial" w:hAnsi="Arial" w:cs="Arial"/>
          <w:sz w:val="14"/>
          <w:szCs w:val="14"/>
        </w:rPr>
        <w:t xml:space="preserve">, data = </w:t>
      </w:r>
      <w:proofErr w:type="spellStart"/>
      <w:r w:rsidRPr="008B3783">
        <w:rPr>
          <w:rFonts w:ascii="Arial" w:hAnsi="Arial" w:cs="Arial"/>
          <w:sz w:val="14"/>
          <w:szCs w:val="14"/>
        </w:rPr>
        <w:t>brms_data</w:t>
      </w:r>
      <w:proofErr w:type="spellEnd"/>
      <w:r w:rsidRPr="008B3783">
        <w:rPr>
          <w:rFonts w:ascii="Arial" w:hAnsi="Arial" w:cs="Arial"/>
          <w:sz w:val="14"/>
          <w:szCs w:val="14"/>
        </w:rPr>
        <w:t xml:space="preserve">, family = </w:t>
      </w:r>
      <w:proofErr w:type="spellStart"/>
      <w:r w:rsidRPr="008B3783">
        <w:rPr>
          <w:rFonts w:ascii="Arial" w:hAnsi="Arial" w:cs="Arial"/>
          <w:sz w:val="14"/>
          <w:szCs w:val="14"/>
        </w:rPr>
        <w:t>family_logit</w:t>
      </w:r>
      <w:proofErr w:type="spellEnd"/>
      <w:r w:rsidRPr="008B3783">
        <w:rPr>
          <w:rFonts w:ascii="Arial" w:hAnsi="Arial" w:cs="Arial"/>
          <w:sz w:val="14"/>
          <w:szCs w:val="14"/>
        </w:rPr>
        <w:t>,</w:t>
      </w:r>
    </w:p>
    <w:p w14:paraId="0C944E2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prior = </w:t>
      </w:r>
      <w:proofErr w:type="spellStart"/>
      <w:r w:rsidRPr="008B3783">
        <w:rPr>
          <w:rFonts w:ascii="Arial" w:hAnsi="Arial" w:cs="Arial"/>
          <w:sz w:val="14"/>
          <w:szCs w:val="14"/>
        </w:rPr>
        <w:t>prior_skept</w:t>
      </w:r>
      <w:proofErr w:type="spellEnd"/>
      <w:r w:rsidRPr="008B3783">
        <w:rPr>
          <w:rFonts w:ascii="Arial" w:hAnsi="Arial" w:cs="Arial"/>
          <w:sz w:val="14"/>
          <w:szCs w:val="14"/>
        </w:rPr>
        <w:t>, chains = chains, iter = iter, warmup = warmup,</w:t>
      </w:r>
    </w:p>
    <w:p w14:paraId="3085E6D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seed = seed, backend = "</w:t>
      </w:r>
      <w:proofErr w:type="spellStart"/>
      <w:r w:rsidRPr="008B3783">
        <w:rPr>
          <w:rFonts w:ascii="Arial" w:hAnsi="Arial" w:cs="Arial"/>
          <w:sz w:val="14"/>
          <w:szCs w:val="14"/>
        </w:rPr>
        <w:t>cmdstanr</w:t>
      </w:r>
      <w:proofErr w:type="spellEnd"/>
      <w:r w:rsidRPr="008B3783">
        <w:rPr>
          <w:rFonts w:ascii="Arial" w:hAnsi="Arial" w:cs="Arial"/>
          <w:sz w:val="14"/>
          <w:szCs w:val="14"/>
        </w:rPr>
        <w:t xml:space="preserve">", control = </w:t>
      </w:r>
      <w:proofErr w:type="spellStart"/>
      <w:r w:rsidRPr="008B3783">
        <w:rPr>
          <w:rFonts w:ascii="Arial" w:hAnsi="Arial" w:cs="Arial"/>
          <w:sz w:val="14"/>
          <w:szCs w:val="14"/>
        </w:rPr>
        <w:t>ctrl_main</w:t>
      </w:r>
      <w:proofErr w:type="spellEnd"/>
      <w:r w:rsidRPr="008B3783">
        <w:rPr>
          <w:rFonts w:ascii="Arial" w:hAnsi="Arial" w:cs="Arial"/>
          <w:sz w:val="14"/>
          <w:szCs w:val="14"/>
        </w:rPr>
        <w:t xml:space="preserve">, threads = </w:t>
      </w:r>
      <w:proofErr w:type="gramStart"/>
      <w:r w:rsidRPr="008B3783">
        <w:rPr>
          <w:rFonts w:ascii="Arial" w:hAnsi="Arial" w:cs="Arial"/>
          <w:sz w:val="14"/>
          <w:szCs w:val="14"/>
        </w:rPr>
        <w:t>threading(</w:t>
      </w:r>
      <w:proofErr w:type="gramEnd"/>
      <w:r w:rsidRPr="008B3783">
        <w:rPr>
          <w:rFonts w:ascii="Arial" w:hAnsi="Arial" w:cs="Arial"/>
          <w:sz w:val="14"/>
          <w:szCs w:val="14"/>
        </w:rPr>
        <w:t>2))</w:t>
      </w:r>
    </w:p>
    <w:p w14:paraId="1BF6597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54D3186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"Fitting sensitivity model (Fixed-</w:t>
      </w:r>
      <w:proofErr w:type="gramStart"/>
      <w:r w:rsidRPr="008B3783">
        <w:rPr>
          <w:rFonts w:ascii="Arial" w:hAnsi="Arial" w:cs="Arial"/>
          <w:sz w:val="14"/>
          <w:szCs w:val="14"/>
        </w:rPr>
        <w:t>effect)...</w:t>
      </w:r>
      <w:proofErr w:type="gramEnd"/>
      <w:r w:rsidRPr="008B3783">
        <w:rPr>
          <w:rFonts w:ascii="Arial" w:hAnsi="Arial" w:cs="Arial"/>
          <w:sz w:val="14"/>
          <w:szCs w:val="14"/>
        </w:rPr>
        <w:t>\n")</w:t>
      </w:r>
    </w:p>
    <w:p w14:paraId="415AF52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fit_FE</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brm</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form_FE</w:t>
      </w:r>
      <w:proofErr w:type="spellEnd"/>
      <w:r w:rsidRPr="008B3783">
        <w:rPr>
          <w:rFonts w:ascii="Arial" w:hAnsi="Arial" w:cs="Arial"/>
          <w:sz w:val="14"/>
          <w:szCs w:val="14"/>
        </w:rPr>
        <w:t xml:space="preserve">, data = </w:t>
      </w:r>
      <w:proofErr w:type="spellStart"/>
      <w:r w:rsidRPr="008B3783">
        <w:rPr>
          <w:rFonts w:ascii="Arial" w:hAnsi="Arial" w:cs="Arial"/>
          <w:sz w:val="14"/>
          <w:szCs w:val="14"/>
        </w:rPr>
        <w:t>brms_data</w:t>
      </w:r>
      <w:proofErr w:type="spellEnd"/>
      <w:r w:rsidRPr="008B3783">
        <w:rPr>
          <w:rFonts w:ascii="Arial" w:hAnsi="Arial" w:cs="Arial"/>
          <w:sz w:val="14"/>
          <w:szCs w:val="14"/>
        </w:rPr>
        <w:t xml:space="preserve">, family = </w:t>
      </w:r>
      <w:proofErr w:type="spellStart"/>
      <w:r w:rsidRPr="008B3783">
        <w:rPr>
          <w:rFonts w:ascii="Arial" w:hAnsi="Arial" w:cs="Arial"/>
          <w:sz w:val="14"/>
          <w:szCs w:val="14"/>
        </w:rPr>
        <w:t>family_logit</w:t>
      </w:r>
      <w:proofErr w:type="spellEnd"/>
      <w:r w:rsidRPr="008B3783">
        <w:rPr>
          <w:rFonts w:ascii="Arial" w:hAnsi="Arial" w:cs="Arial"/>
          <w:sz w:val="14"/>
          <w:szCs w:val="14"/>
        </w:rPr>
        <w:t>,</w:t>
      </w:r>
    </w:p>
    <w:p w14:paraId="597C216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prior = </w:t>
      </w:r>
      <w:proofErr w:type="spellStart"/>
      <w:r w:rsidRPr="008B3783">
        <w:rPr>
          <w:rFonts w:ascii="Arial" w:hAnsi="Arial" w:cs="Arial"/>
          <w:sz w:val="14"/>
          <w:szCs w:val="14"/>
        </w:rPr>
        <w:t>prior_FE</w:t>
      </w:r>
      <w:proofErr w:type="spellEnd"/>
      <w:r w:rsidRPr="008B3783">
        <w:rPr>
          <w:rFonts w:ascii="Arial" w:hAnsi="Arial" w:cs="Arial"/>
          <w:sz w:val="14"/>
          <w:szCs w:val="14"/>
        </w:rPr>
        <w:t>, chains = chains, iter = iter, warmup = warmup,</w:t>
      </w:r>
    </w:p>
    <w:p w14:paraId="0A1946E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seed = seed, backend = "</w:t>
      </w:r>
      <w:proofErr w:type="spellStart"/>
      <w:r w:rsidRPr="008B3783">
        <w:rPr>
          <w:rFonts w:ascii="Arial" w:hAnsi="Arial" w:cs="Arial"/>
          <w:sz w:val="14"/>
          <w:szCs w:val="14"/>
        </w:rPr>
        <w:t>cmdstanr</w:t>
      </w:r>
      <w:proofErr w:type="spellEnd"/>
      <w:r w:rsidRPr="008B3783">
        <w:rPr>
          <w:rFonts w:ascii="Arial" w:hAnsi="Arial" w:cs="Arial"/>
          <w:sz w:val="14"/>
          <w:szCs w:val="14"/>
        </w:rPr>
        <w:t xml:space="preserve">", control = </w:t>
      </w:r>
      <w:proofErr w:type="spellStart"/>
      <w:r w:rsidRPr="008B3783">
        <w:rPr>
          <w:rFonts w:ascii="Arial" w:hAnsi="Arial" w:cs="Arial"/>
          <w:sz w:val="14"/>
          <w:szCs w:val="14"/>
        </w:rPr>
        <w:t>ctrl_main</w:t>
      </w:r>
      <w:proofErr w:type="spellEnd"/>
      <w:r w:rsidRPr="008B3783">
        <w:rPr>
          <w:rFonts w:ascii="Arial" w:hAnsi="Arial" w:cs="Arial"/>
          <w:sz w:val="14"/>
          <w:szCs w:val="14"/>
        </w:rPr>
        <w:t xml:space="preserve">, threads = </w:t>
      </w:r>
      <w:proofErr w:type="gramStart"/>
      <w:r w:rsidRPr="008B3783">
        <w:rPr>
          <w:rFonts w:ascii="Arial" w:hAnsi="Arial" w:cs="Arial"/>
          <w:sz w:val="14"/>
          <w:szCs w:val="14"/>
        </w:rPr>
        <w:t>threading(</w:t>
      </w:r>
      <w:proofErr w:type="gramEnd"/>
      <w:r w:rsidRPr="008B3783">
        <w:rPr>
          <w:rFonts w:ascii="Arial" w:hAnsi="Arial" w:cs="Arial"/>
          <w:sz w:val="14"/>
          <w:szCs w:val="14"/>
        </w:rPr>
        <w:t>2))</w:t>
      </w:r>
    </w:p>
    <w:p w14:paraId="06C1DC6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5630C550" w14:textId="6F35351F"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w:t>
      </w:r>
      <w:proofErr w:type="gramStart"/>
      <w:r w:rsidRPr="008B3783">
        <w:rPr>
          <w:rFonts w:ascii="Arial" w:hAnsi="Arial" w:cs="Arial"/>
          <w:sz w:val="14"/>
          <w:szCs w:val="14"/>
        </w:rPr>
        <w:t>----  Extract</w:t>
      </w:r>
      <w:proofErr w:type="gramEnd"/>
      <w:r w:rsidRPr="008B3783">
        <w:rPr>
          <w:rFonts w:ascii="Arial" w:hAnsi="Arial" w:cs="Arial"/>
          <w:sz w:val="14"/>
          <w:szCs w:val="14"/>
        </w:rPr>
        <w:t xml:space="preserve"> Key </w:t>
      </w:r>
      <w:proofErr w:type="gramStart"/>
      <w:r w:rsidRPr="008B3783">
        <w:rPr>
          <w:rFonts w:ascii="Arial" w:hAnsi="Arial" w:cs="Arial"/>
          <w:sz w:val="14"/>
          <w:szCs w:val="14"/>
        </w:rPr>
        <w:t>Parameters  ----</w:t>
      </w:r>
      <w:proofErr w:type="gramEnd"/>
    </w:p>
    <w:p w14:paraId="280E77D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get_tau_and_</w:t>
      </w:r>
      <w:proofErr w:type="gramStart"/>
      <w:r w:rsidRPr="008B3783">
        <w:rPr>
          <w:rFonts w:ascii="Arial" w:hAnsi="Arial" w:cs="Arial"/>
          <w:sz w:val="14"/>
          <w:szCs w:val="14"/>
        </w:rPr>
        <w:t>pi</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fit_RE_weak</w:t>
      </w:r>
      <w:proofErr w:type="spellEnd"/>
      <w:r w:rsidRPr="008B3783">
        <w:rPr>
          <w:rFonts w:ascii="Arial" w:hAnsi="Arial" w:cs="Arial"/>
          <w:sz w:val="14"/>
          <w:szCs w:val="14"/>
        </w:rPr>
        <w:t xml:space="preserve">, </w:t>
      </w:r>
      <w:proofErr w:type="gramStart"/>
      <w:r w:rsidRPr="008B3783">
        <w:rPr>
          <w:rFonts w:ascii="Arial" w:hAnsi="Arial" w:cs="Arial"/>
          <w:sz w:val="14"/>
          <w:szCs w:val="14"/>
        </w:rPr>
        <w:t>paste(</w:t>
      </w:r>
      <w:proofErr w:type="spellStart"/>
      <w:proofErr w:type="gramEnd"/>
      <w:r w:rsidRPr="008B3783">
        <w:rPr>
          <w:rFonts w:ascii="Arial" w:hAnsi="Arial" w:cs="Arial"/>
          <w:sz w:val="14"/>
          <w:szCs w:val="14"/>
        </w:rPr>
        <w:t>endpoint_name</w:t>
      </w:r>
      <w:proofErr w:type="spellEnd"/>
      <w:r w:rsidRPr="008B3783">
        <w:rPr>
          <w:rFonts w:ascii="Arial" w:hAnsi="Arial" w:cs="Arial"/>
          <w:sz w:val="14"/>
          <w:szCs w:val="14"/>
        </w:rPr>
        <w:t>, "- Primary Model (RE, weak prior)"))</w:t>
      </w:r>
    </w:p>
    <w:p w14:paraId="4E191F0B"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w:t>
      </w:r>
      <w:proofErr w:type="gramStart"/>
      <w:r w:rsidRPr="008B3783">
        <w:rPr>
          <w:rFonts w:ascii="Arial" w:hAnsi="Arial" w:cs="Arial"/>
          <w:sz w:val="14"/>
          <w:szCs w:val="14"/>
        </w:rPr>
        <w:t>correlation</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fit_RE_weak</w:t>
      </w:r>
      <w:proofErr w:type="spellEnd"/>
      <w:r w:rsidRPr="008B3783">
        <w:rPr>
          <w:rFonts w:ascii="Arial" w:hAnsi="Arial" w:cs="Arial"/>
          <w:sz w:val="14"/>
          <w:szCs w:val="14"/>
        </w:rPr>
        <w:t xml:space="preserve">, </w:t>
      </w:r>
      <w:proofErr w:type="gramStart"/>
      <w:r w:rsidRPr="008B3783">
        <w:rPr>
          <w:rFonts w:ascii="Arial" w:hAnsi="Arial" w:cs="Arial"/>
          <w:sz w:val="14"/>
          <w:szCs w:val="14"/>
        </w:rPr>
        <w:t>paste(</w:t>
      </w:r>
      <w:proofErr w:type="spellStart"/>
      <w:proofErr w:type="gramEnd"/>
      <w:r w:rsidRPr="008B3783">
        <w:rPr>
          <w:rFonts w:ascii="Arial" w:hAnsi="Arial" w:cs="Arial"/>
          <w:sz w:val="14"/>
          <w:szCs w:val="14"/>
        </w:rPr>
        <w:t>endpoint_name</w:t>
      </w:r>
      <w:proofErr w:type="spellEnd"/>
      <w:r w:rsidRPr="008B3783">
        <w:rPr>
          <w:rFonts w:ascii="Arial" w:hAnsi="Arial" w:cs="Arial"/>
          <w:sz w:val="14"/>
          <w:szCs w:val="14"/>
        </w:rPr>
        <w:t>, "- Primary Model (RE, weak prior)"))</w:t>
      </w:r>
    </w:p>
    <w:p w14:paraId="34C8C6F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1585764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Leave-one-out</w:t>
      </w:r>
    </w:p>
    <w:p w14:paraId="3C1844E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"Running leave-one-out sensitivity analyses...\n")</w:t>
      </w:r>
    </w:p>
    <w:p w14:paraId="0A1774F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loo_fits</w:t>
      </w:r>
      <w:proofErr w:type="spellEnd"/>
      <w:r w:rsidRPr="008B3783">
        <w:rPr>
          <w:rFonts w:ascii="Arial" w:hAnsi="Arial" w:cs="Arial"/>
          <w:sz w:val="14"/>
          <w:szCs w:val="14"/>
        </w:rPr>
        <w:t xml:space="preserve"> &lt;- </w:t>
      </w:r>
      <w:proofErr w:type="gramStart"/>
      <w:r w:rsidRPr="008B3783">
        <w:rPr>
          <w:rFonts w:ascii="Arial" w:hAnsi="Arial" w:cs="Arial"/>
          <w:sz w:val="14"/>
          <w:szCs w:val="14"/>
        </w:rPr>
        <w:t>list(</w:t>
      </w:r>
      <w:proofErr w:type="gramEnd"/>
      <w:r w:rsidRPr="008B3783">
        <w:rPr>
          <w:rFonts w:ascii="Arial" w:hAnsi="Arial" w:cs="Arial"/>
          <w:sz w:val="14"/>
          <w:szCs w:val="14"/>
        </w:rPr>
        <w:t xml:space="preserve">); </w:t>
      </w:r>
      <w:proofErr w:type="spellStart"/>
      <w:r w:rsidRPr="008B3783">
        <w:rPr>
          <w:rFonts w:ascii="Arial" w:hAnsi="Arial" w:cs="Arial"/>
          <w:sz w:val="14"/>
          <w:szCs w:val="14"/>
        </w:rPr>
        <w:t>loo_rows</w:t>
      </w:r>
      <w:proofErr w:type="spellEnd"/>
      <w:r w:rsidRPr="008B3783">
        <w:rPr>
          <w:rFonts w:ascii="Arial" w:hAnsi="Arial" w:cs="Arial"/>
          <w:sz w:val="14"/>
          <w:szCs w:val="14"/>
        </w:rPr>
        <w:t xml:space="preserve"> &lt;- </w:t>
      </w:r>
      <w:proofErr w:type="gramStart"/>
      <w:r w:rsidRPr="008B3783">
        <w:rPr>
          <w:rFonts w:ascii="Arial" w:hAnsi="Arial" w:cs="Arial"/>
          <w:sz w:val="14"/>
          <w:szCs w:val="14"/>
        </w:rPr>
        <w:t>list(</w:t>
      </w:r>
      <w:proofErr w:type="gramEnd"/>
      <w:r w:rsidRPr="008B3783">
        <w:rPr>
          <w:rFonts w:ascii="Arial" w:hAnsi="Arial" w:cs="Arial"/>
          <w:sz w:val="14"/>
          <w:szCs w:val="14"/>
        </w:rPr>
        <w:t>)</w:t>
      </w:r>
    </w:p>
    <w:p w14:paraId="40EDBEB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for (s in unique(</w:t>
      </w:r>
      <w:proofErr w:type="spellStart"/>
      <w:r w:rsidRPr="008B3783">
        <w:rPr>
          <w:rFonts w:ascii="Arial" w:hAnsi="Arial" w:cs="Arial"/>
          <w:sz w:val="14"/>
          <w:szCs w:val="14"/>
        </w:rPr>
        <w:t>brms_data$Study</w:t>
      </w:r>
      <w:proofErr w:type="spellEnd"/>
      <w:r w:rsidRPr="008B3783">
        <w:rPr>
          <w:rFonts w:ascii="Arial" w:hAnsi="Arial" w:cs="Arial"/>
          <w:sz w:val="14"/>
          <w:szCs w:val="14"/>
        </w:rPr>
        <w:t>)) {</w:t>
      </w:r>
    </w:p>
    <w:p w14:paraId="7BB9DCF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dat_s</w:t>
      </w:r>
      <w:proofErr w:type="spellEnd"/>
      <w:r w:rsidRPr="008B3783">
        <w:rPr>
          <w:rFonts w:ascii="Arial" w:hAnsi="Arial" w:cs="Arial"/>
          <w:sz w:val="14"/>
          <w:szCs w:val="14"/>
        </w:rPr>
        <w:t xml:space="preserve"> &lt;- </w:t>
      </w:r>
      <w:proofErr w:type="spellStart"/>
      <w:r w:rsidRPr="008B3783">
        <w:rPr>
          <w:rFonts w:ascii="Arial" w:hAnsi="Arial" w:cs="Arial"/>
          <w:sz w:val="14"/>
          <w:szCs w:val="14"/>
        </w:rPr>
        <w:t>brms_data</w:t>
      </w:r>
      <w:proofErr w:type="spellEnd"/>
      <w:r w:rsidRPr="008B3783">
        <w:rPr>
          <w:rFonts w:ascii="Arial" w:hAnsi="Arial" w:cs="Arial"/>
          <w:sz w:val="14"/>
          <w:szCs w:val="14"/>
        </w:rPr>
        <w:t xml:space="preserve"> %&gt;% </w:t>
      </w:r>
      <w:proofErr w:type="gramStart"/>
      <w:r w:rsidRPr="008B3783">
        <w:rPr>
          <w:rFonts w:ascii="Arial" w:hAnsi="Arial" w:cs="Arial"/>
          <w:sz w:val="14"/>
          <w:szCs w:val="14"/>
        </w:rPr>
        <w:t>filter(Study !</w:t>
      </w:r>
      <w:proofErr w:type="gramEnd"/>
      <w:r w:rsidRPr="008B3783">
        <w:rPr>
          <w:rFonts w:ascii="Arial" w:hAnsi="Arial" w:cs="Arial"/>
          <w:sz w:val="14"/>
          <w:szCs w:val="14"/>
        </w:rPr>
        <w:t>= s)</w:t>
      </w:r>
    </w:p>
    <w:p w14:paraId="245F37A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f &lt;- </w:t>
      </w:r>
      <w:proofErr w:type="spellStart"/>
      <w:proofErr w:type="gramStart"/>
      <w:r w:rsidRPr="008B3783">
        <w:rPr>
          <w:rFonts w:ascii="Arial" w:hAnsi="Arial" w:cs="Arial"/>
          <w:sz w:val="14"/>
          <w:szCs w:val="14"/>
        </w:rPr>
        <w:t>brm</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form_RE</w:t>
      </w:r>
      <w:proofErr w:type="spellEnd"/>
      <w:r w:rsidRPr="008B3783">
        <w:rPr>
          <w:rFonts w:ascii="Arial" w:hAnsi="Arial" w:cs="Arial"/>
          <w:sz w:val="14"/>
          <w:szCs w:val="14"/>
        </w:rPr>
        <w:t xml:space="preserve">, data = </w:t>
      </w:r>
      <w:proofErr w:type="spellStart"/>
      <w:r w:rsidRPr="008B3783">
        <w:rPr>
          <w:rFonts w:ascii="Arial" w:hAnsi="Arial" w:cs="Arial"/>
          <w:sz w:val="14"/>
          <w:szCs w:val="14"/>
        </w:rPr>
        <w:t>dat_s</w:t>
      </w:r>
      <w:proofErr w:type="spellEnd"/>
      <w:r w:rsidRPr="008B3783">
        <w:rPr>
          <w:rFonts w:ascii="Arial" w:hAnsi="Arial" w:cs="Arial"/>
          <w:sz w:val="14"/>
          <w:szCs w:val="14"/>
        </w:rPr>
        <w:t xml:space="preserve">, family = </w:t>
      </w:r>
      <w:proofErr w:type="spellStart"/>
      <w:r w:rsidRPr="008B3783">
        <w:rPr>
          <w:rFonts w:ascii="Arial" w:hAnsi="Arial" w:cs="Arial"/>
          <w:sz w:val="14"/>
          <w:szCs w:val="14"/>
        </w:rPr>
        <w:t>family_logit</w:t>
      </w:r>
      <w:proofErr w:type="spellEnd"/>
      <w:r w:rsidRPr="008B3783">
        <w:rPr>
          <w:rFonts w:ascii="Arial" w:hAnsi="Arial" w:cs="Arial"/>
          <w:sz w:val="14"/>
          <w:szCs w:val="14"/>
        </w:rPr>
        <w:t>,</w:t>
      </w:r>
    </w:p>
    <w:p w14:paraId="73E659BA"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prior = </w:t>
      </w:r>
      <w:proofErr w:type="spellStart"/>
      <w:r w:rsidRPr="008B3783">
        <w:rPr>
          <w:rFonts w:ascii="Arial" w:hAnsi="Arial" w:cs="Arial"/>
          <w:sz w:val="14"/>
          <w:szCs w:val="14"/>
        </w:rPr>
        <w:t>prior_weak</w:t>
      </w:r>
      <w:proofErr w:type="spellEnd"/>
      <w:r w:rsidRPr="008B3783">
        <w:rPr>
          <w:rFonts w:ascii="Arial" w:hAnsi="Arial" w:cs="Arial"/>
          <w:sz w:val="14"/>
          <w:szCs w:val="14"/>
        </w:rPr>
        <w:t>, chains = chains, iter = iter, warmup = warmup,</w:t>
      </w:r>
    </w:p>
    <w:p w14:paraId="670D3BE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seed = seed, backend = "</w:t>
      </w:r>
      <w:proofErr w:type="spellStart"/>
      <w:r w:rsidRPr="008B3783">
        <w:rPr>
          <w:rFonts w:ascii="Arial" w:hAnsi="Arial" w:cs="Arial"/>
          <w:sz w:val="14"/>
          <w:szCs w:val="14"/>
        </w:rPr>
        <w:t>cmdstanr</w:t>
      </w:r>
      <w:proofErr w:type="spellEnd"/>
      <w:r w:rsidRPr="008B3783">
        <w:rPr>
          <w:rFonts w:ascii="Arial" w:hAnsi="Arial" w:cs="Arial"/>
          <w:sz w:val="14"/>
          <w:szCs w:val="14"/>
        </w:rPr>
        <w:t xml:space="preserve">", control = </w:t>
      </w:r>
      <w:proofErr w:type="spellStart"/>
      <w:r w:rsidRPr="008B3783">
        <w:rPr>
          <w:rFonts w:ascii="Arial" w:hAnsi="Arial" w:cs="Arial"/>
          <w:sz w:val="14"/>
          <w:szCs w:val="14"/>
        </w:rPr>
        <w:t>ctrl_loo</w:t>
      </w:r>
      <w:proofErr w:type="spellEnd"/>
      <w:r w:rsidRPr="008B3783">
        <w:rPr>
          <w:rFonts w:ascii="Arial" w:hAnsi="Arial" w:cs="Arial"/>
          <w:sz w:val="14"/>
          <w:szCs w:val="14"/>
        </w:rPr>
        <w:t xml:space="preserve">, threads = </w:t>
      </w:r>
      <w:proofErr w:type="gramStart"/>
      <w:r w:rsidRPr="008B3783">
        <w:rPr>
          <w:rFonts w:ascii="Arial" w:hAnsi="Arial" w:cs="Arial"/>
          <w:sz w:val="14"/>
          <w:szCs w:val="14"/>
        </w:rPr>
        <w:t>threading(</w:t>
      </w:r>
      <w:proofErr w:type="gramEnd"/>
      <w:r w:rsidRPr="008B3783">
        <w:rPr>
          <w:rFonts w:ascii="Arial" w:hAnsi="Arial" w:cs="Arial"/>
          <w:sz w:val="14"/>
          <w:szCs w:val="14"/>
        </w:rPr>
        <w:t>2))</w:t>
      </w:r>
    </w:p>
    <w:p w14:paraId="01BF757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loo_fits</w:t>
      </w:r>
      <w:proofErr w:type="spellEnd"/>
      <w:r w:rsidRPr="008B3783">
        <w:rPr>
          <w:rFonts w:ascii="Arial" w:hAnsi="Arial" w:cs="Arial"/>
          <w:sz w:val="14"/>
          <w:szCs w:val="14"/>
        </w:rPr>
        <w:t>[[s]] &lt;- f</w:t>
      </w:r>
    </w:p>
    <w:p w14:paraId="290A35B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loo_rows</w:t>
      </w:r>
      <w:proofErr w:type="spellEnd"/>
      <w:r w:rsidRPr="008B3783">
        <w:rPr>
          <w:rFonts w:ascii="Arial" w:hAnsi="Arial" w:cs="Arial"/>
          <w:sz w:val="14"/>
          <w:szCs w:val="14"/>
        </w:rPr>
        <w:t xml:space="preserve">[[s]] &lt;- </w:t>
      </w:r>
      <w:proofErr w:type="spellStart"/>
      <w:r w:rsidRPr="008B3783">
        <w:rPr>
          <w:rFonts w:ascii="Arial" w:hAnsi="Arial" w:cs="Arial"/>
          <w:sz w:val="14"/>
          <w:szCs w:val="14"/>
        </w:rPr>
        <w:t>get_results_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gramEnd"/>
      <w:r w:rsidRPr="008B3783">
        <w:rPr>
          <w:rFonts w:ascii="Arial" w:hAnsi="Arial" w:cs="Arial"/>
          <w:sz w:val="14"/>
          <w:szCs w:val="14"/>
        </w:rPr>
        <w:t xml:space="preserve">f, </w:t>
      </w:r>
      <w:proofErr w:type="gramStart"/>
      <w:r w:rsidRPr="008B3783">
        <w:rPr>
          <w:rFonts w:ascii="Arial" w:hAnsi="Arial" w:cs="Arial"/>
          <w:sz w:val="14"/>
          <w:szCs w:val="14"/>
        </w:rPr>
        <w:t>paste(</w:t>
      </w:r>
      <w:proofErr w:type="gramEnd"/>
      <w:r w:rsidRPr="008B3783">
        <w:rPr>
          <w:rFonts w:ascii="Arial" w:hAnsi="Arial" w:cs="Arial"/>
          <w:sz w:val="14"/>
          <w:szCs w:val="14"/>
        </w:rPr>
        <w:t xml:space="preserve">"Leave-one-out (drop", s, ")"), </w:t>
      </w:r>
      <w:proofErr w:type="spellStart"/>
      <w:r w:rsidRPr="008B3783">
        <w:rPr>
          <w:rFonts w:ascii="Arial" w:hAnsi="Arial" w:cs="Arial"/>
          <w:sz w:val="14"/>
          <w:szCs w:val="14"/>
        </w:rPr>
        <w:t>dat_s</w:t>
      </w:r>
      <w:proofErr w:type="spellEnd"/>
      <w:r w:rsidRPr="008B3783">
        <w:rPr>
          <w:rFonts w:ascii="Arial" w:hAnsi="Arial" w:cs="Arial"/>
          <w:sz w:val="14"/>
          <w:szCs w:val="14"/>
        </w:rPr>
        <w:t>)</w:t>
      </w:r>
    </w:p>
    <w:p w14:paraId="07BA8A8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lastRenderedPageBreak/>
        <w:t xml:space="preserve">  }</w:t>
      </w:r>
    </w:p>
    <w:p w14:paraId="1A60B1D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0A92337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PPCs</w:t>
      </w:r>
    </w:p>
    <w:p w14:paraId="25CCE08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ppc_dir</w:t>
      </w:r>
      <w:proofErr w:type="spellEnd"/>
      <w:r w:rsidRPr="008B3783">
        <w:rPr>
          <w:rFonts w:ascii="Arial" w:hAnsi="Arial" w:cs="Arial"/>
          <w:sz w:val="14"/>
          <w:szCs w:val="14"/>
        </w:rPr>
        <w:t xml:space="preserve"> &lt;- paste0("</w:t>
      </w:r>
      <w:proofErr w:type="spellStart"/>
      <w:r w:rsidRPr="008B3783">
        <w:rPr>
          <w:rFonts w:ascii="Arial" w:hAnsi="Arial" w:cs="Arial"/>
          <w:sz w:val="14"/>
          <w:szCs w:val="14"/>
        </w:rPr>
        <w:t>ppc</w:t>
      </w:r>
      <w:proofErr w:type="spellEnd"/>
      <w:r w:rsidRPr="008B3783">
        <w:rPr>
          <w:rFonts w:ascii="Arial" w:hAnsi="Arial" w:cs="Arial"/>
          <w:sz w:val="14"/>
          <w:szCs w:val="14"/>
        </w:rPr>
        <w:t xml:space="preserve">_", </w:t>
      </w:r>
      <w:proofErr w:type="spellStart"/>
      <w:proofErr w:type="gramStart"/>
      <w:r w:rsidRPr="008B3783">
        <w:rPr>
          <w:rFonts w:ascii="Arial" w:hAnsi="Arial" w:cs="Arial"/>
          <w:sz w:val="14"/>
          <w:szCs w:val="14"/>
        </w:rPr>
        <w:t>gsub</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 ]</w:t>
      </w:r>
      <w:proofErr w:type="gramEnd"/>
      <w:r w:rsidRPr="008B3783">
        <w:rPr>
          <w:rFonts w:ascii="Arial" w:hAnsi="Arial" w:cs="Arial"/>
          <w:sz w:val="14"/>
          <w:szCs w:val="14"/>
        </w:rPr>
        <w:t xml:space="preserve">", "", </w:t>
      </w:r>
      <w:proofErr w:type="spellStart"/>
      <w:r w:rsidRPr="008B3783">
        <w:rPr>
          <w:rFonts w:ascii="Arial" w:hAnsi="Arial" w:cs="Arial"/>
          <w:sz w:val="14"/>
          <w:szCs w:val="14"/>
        </w:rPr>
        <w:t>endpoint_name</w:t>
      </w:r>
      <w:proofErr w:type="spellEnd"/>
      <w:r w:rsidRPr="008B3783">
        <w:rPr>
          <w:rFonts w:ascii="Arial" w:hAnsi="Arial" w:cs="Arial"/>
          <w:sz w:val="14"/>
          <w:szCs w:val="14"/>
        </w:rPr>
        <w:t>))</w:t>
      </w:r>
    </w:p>
    <w:p w14:paraId="3FCD75E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ppc_out</w:t>
      </w:r>
      <w:proofErr w:type="spellEnd"/>
      <w:r w:rsidRPr="008B3783">
        <w:rPr>
          <w:rFonts w:ascii="Arial" w:hAnsi="Arial" w:cs="Arial"/>
          <w:sz w:val="14"/>
          <w:szCs w:val="14"/>
        </w:rPr>
        <w:t xml:space="preserve"> &lt;- </w:t>
      </w:r>
      <w:proofErr w:type="spellStart"/>
      <w:r w:rsidRPr="008B3783">
        <w:rPr>
          <w:rFonts w:ascii="Arial" w:hAnsi="Arial" w:cs="Arial"/>
          <w:sz w:val="14"/>
          <w:szCs w:val="14"/>
        </w:rPr>
        <w:t>run_</w:t>
      </w:r>
      <w:proofErr w:type="gramStart"/>
      <w:r w:rsidRPr="008B3783">
        <w:rPr>
          <w:rFonts w:ascii="Arial" w:hAnsi="Arial" w:cs="Arial"/>
          <w:sz w:val="14"/>
          <w:szCs w:val="14"/>
        </w:rPr>
        <w:t>ppcs</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fit_RE_weak</w:t>
      </w:r>
      <w:proofErr w:type="spellEnd"/>
      <w:r w:rsidRPr="008B3783">
        <w:rPr>
          <w:rFonts w:ascii="Arial" w:hAnsi="Arial" w:cs="Arial"/>
          <w:sz w:val="14"/>
          <w:szCs w:val="14"/>
        </w:rPr>
        <w:t xml:space="preserve">, </w:t>
      </w:r>
      <w:proofErr w:type="spellStart"/>
      <w:r w:rsidRPr="008B3783">
        <w:rPr>
          <w:rFonts w:ascii="Arial" w:hAnsi="Arial" w:cs="Arial"/>
          <w:sz w:val="14"/>
          <w:szCs w:val="14"/>
        </w:rPr>
        <w:t>brms_data</w:t>
      </w:r>
      <w:proofErr w:type="spellEnd"/>
      <w:r w:rsidRPr="008B3783">
        <w:rPr>
          <w:rFonts w:ascii="Arial" w:hAnsi="Arial" w:cs="Arial"/>
          <w:sz w:val="14"/>
          <w:szCs w:val="14"/>
        </w:rPr>
        <w:t xml:space="preserve">, </w:t>
      </w:r>
      <w:proofErr w:type="spellStart"/>
      <w:r w:rsidRPr="008B3783">
        <w:rPr>
          <w:rFonts w:ascii="Arial" w:hAnsi="Arial" w:cs="Arial"/>
          <w:sz w:val="14"/>
          <w:szCs w:val="14"/>
        </w:rPr>
        <w:t>outdir</w:t>
      </w:r>
      <w:proofErr w:type="spellEnd"/>
      <w:r w:rsidRPr="008B3783">
        <w:rPr>
          <w:rFonts w:ascii="Arial" w:hAnsi="Arial" w:cs="Arial"/>
          <w:sz w:val="14"/>
          <w:szCs w:val="14"/>
        </w:rPr>
        <w:t xml:space="preserve"> = </w:t>
      </w:r>
      <w:proofErr w:type="spellStart"/>
      <w:r w:rsidRPr="008B3783">
        <w:rPr>
          <w:rFonts w:ascii="Arial" w:hAnsi="Arial" w:cs="Arial"/>
          <w:sz w:val="14"/>
          <w:szCs w:val="14"/>
        </w:rPr>
        <w:t>ppc_dir</w:t>
      </w:r>
      <w:proofErr w:type="spellEnd"/>
      <w:r w:rsidRPr="008B3783">
        <w:rPr>
          <w:rFonts w:ascii="Arial" w:hAnsi="Arial" w:cs="Arial"/>
          <w:sz w:val="14"/>
          <w:szCs w:val="14"/>
        </w:rPr>
        <w:t xml:space="preserve">, prefix = </w:t>
      </w:r>
      <w:proofErr w:type="spellStart"/>
      <w:r w:rsidRPr="008B3783">
        <w:rPr>
          <w:rFonts w:ascii="Arial" w:hAnsi="Arial" w:cs="Arial"/>
          <w:sz w:val="14"/>
          <w:szCs w:val="14"/>
        </w:rPr>
        <w:t>endpoint_name</w:t>
      </w:r>
      <w:proofErr w:type="spellEnd"/>
      <w:r w:rsidRPr="008B3783">
        <w:rPr>
          <w:rFonts w:ascii="Arial" w:hAnsi="Arial" w:cs="Arial"/>
          <w:sz w:val="14"/>
          <w:szCs w:val="14"/>
        </w:rPr>
        <w:t xml:space="preserve">, </w:t>
      </w:r>
    </w:p>
    <w:p w14:paraId="4830EBD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ndraws_overlay</w:t>
      </w:r>
      <w:proofErr w:type="spellEnd"/>
      <w:r w:rsidRPr="008B3783">
        <w:rPr>
          <w:rFonts w:ascii="Arial" w:hAnsi="Arial" w:cs="Arial"/>
          <w:sz w:val="14"/>
          <w:szCs w:val="14"/>
        </w:rPr>
        <w:t xml:space="preserve"> = 100, </w:t>
      </w:r>
      <w:proofErr w:type="spellStart"/>
      <w:r w:rsidRPr="008B3783">
        <w:rPr>
          <w:rFonts w:ascii="Arial" w:hAnsi="Arial" w:cs="Arial"/>
          <w:sz w:val="14"/>
          <w:szCs w:val="14"/>
        </w:rPr>
        <w:t>prob_interval</w:t>
      </w:r>
      <w:proofErr w:type="spellEnd"/>
      <w:r w:rsidRPr="008B3783">
        <w:rPr>
          <w:rFonts w:ascii="Arial" w:hAnsi="Arial" w:cs="Arial"/>
          <w:sz w:val="14"/>
          <w:szCs w:val="14"/>
        </w:rPr>
        <w:t xml:space="preserve"> = 0.90)</w:t>
      </w:r>
    </w:p>
    <w:p w14:paraId="17D5926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75DF1F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Results</w:t>
      </w:r>
    </w:p>
    <w:p w14:paraId="6A19C48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res_tab</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dplyr</w:t>
      </w:r>
      <w:proofErr w:type="spellEnd"/>
      <w:r w:rsidRPr="008B3783">
        <w:rPr>
          <w:rFonts w:ascii="Arial" w:hAnsi="Arial" w:cs="Arial"/>
          <w:sz w:val="14"/>
          <w:szCs w:val="14"/>
        </w:rPr>
        <w:t>::</w:t>
      </w:r>
      <w:proofErr w:type="spellStart"/>
      <w:proofErr w:type="gramEnd"/>
      <w:r w:rsidRPr="008B3783">
        <w:rPr>
          <w:rFonts w:ascii="Arial" w:hAnsi="Arial" w:cs="Arial"/>
          <w:sz w:val="14"/>
          <w:szCs w:val="14"/>
        </w:rPr>
        <w:t>bind_</w:t>
      </w:r>
      <w:proofErr w:type="gramStart"/>
      <w:r w:rsidRPr="008B3783">
        <w:rPr>
          <w:rFonts w:ascii="Arial" w:hAnsi="Arial" w:cs="Arial"/>
          <w:sz w:val="14"/>
          <w:szCs w:val="14"/>
        </w:rPr>
        <w:t>rows</w:t>
      </w:r>
      <w:proofErr w:type="spellEnd"/>
      <w:r w:rsidRPr="008B3783">
        <w:rPr>
          <w:rFonts w:ascii="Arial" w:hAnsi="Arial" w:cs="Arial"/>
          <w:sz w:val="14"/>
          <w:szCs w:val="14"/>
        </w:rPr>
        <w:t>(</w:t>
      </w:r>
      <w:proofErr w:type="gramEnd"/>
    </w:p>
    <w:p w14:paraId="7994BF9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get_results_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fit_RE_weak</w:t>
      </w:r>
      <w:proofErr w:type="spellEnd"/>
      <w:r w:rsidRPr="008B3783">
        <w:rPr>
          <w:rFonts w:ascii="Arial" w:hAnsi="Arial" w:cs="Arial"/>
          <w:sz w:val="14"/>
          <w:szCs w:val="14"/>
        </w:rPr>
        <w:t xml:space="preserve">, "Main: RE weak prior", </w:t>
      </w:r>
      <w:proofErr w:type="spellStart"/>
      <w:r w:rsidRPr="008B3783">
        <w:rPr>
          <w:rFonts w:ascii="Arial" w:hAnsi="Arial" w:cs="Arial"/>
          <w:sz w:val="14"/>
          <w:szCs w:val="14"/>
        </w:rPr>
        <w:t>brms_data</w:t>
      </w:r>
      <w:proofErr w:type="spellEnd"/>
      <w:r w:rsidRPr="008B3783">
        <w:rPr>
          <w:rFonts w:ascii="Arial" w:hAnsi="Arial" w:cs="Arial"/>
          <w:sz w:val="14"/>
          <w:szCs w:val="14"/>
        </w:rPr>
        <w:t>),</w:t>
      </w:r>
    </w:p>
    <w:p w14:paraId="5A87C4B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get_results_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fit_RE_scept</w:t>
      </w:r>
      <w:proofErr w:type="spellEnd"/>
      <w:r w:rsidRPr="008B3783">
        <w:rPr>
          <w:rFonts w:ascii="Arial" w:hAnsi="Arial" w:cs="Arial"/>
          <w:sz w:val="14"/>
          <w:szCs w:val="14"/>
        </w:rPr>
        <w:t xml:space="preserve">, "Sensitivity: RE sceptical", </w:t>
      </w:r>
      <w:proofErr w:type="spellStart"/>
      <w:r w:rsidRPr="008B3783">
        <w:rPr>
          <w:rFonts w:ascii="Arial" w:hAnsi="Arial" w:cs="Arial"/>
          <w:sz w:val="14"/>
          <w:szCs w:val="14"/>
        </w:rPr>
        <w:t>brms_data</w:t>
      </w:r>
      <w:proofErr w:type="spellEnd"/>
      <w:r w:rsidRPr="008B3783">
        <w:rPr>
          <w:rFonts w:ascii="Arial" w:hAnsi="Arial" w:cs="Arial"/>
          <w:sz w:val="14"/>
          <w:szCs w:val="14"/>
        </w:rPr>
        <w:t>),</w:t>
      </w:r>
    </w:p>
    <w:p w14:paraId="2591D8C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get_results_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fit_FE</w:t>
      </w:r>
      <w:proofErr w:type="spellEnd"/>
      <w:r w:rsidRPr="008B3783">
        <w:rPr>
          <w:rFonts w:ascii="Arial" w:hAnsi="Arial" w:cs="Arial"/>
          <w:sz w:val="14"/>
          <w:szCs w:val="14"/>
        </w:rPr>
        <w:t xml:space="preserve">, "Sensitivity: Fixed-effect", </w:t>
      </w:r>
      <w:proofErr w:type="spellStart"/>
      <w:r w:rsidRPr="008B3783">
        <w:rPr>
          <w:rFonts w:ascii="Arial" w:hAnsi="Arial" w:cs="Arial"/>
          <w:sz w:val="14"/>
          <w:szCs w:val="14"/>
        </w:rPr>
        <w:t>brms_data</w:t>
      </w:r>
      <w:proofErr w:type="spellEnd"/>
      <w:r w:rsidRPr="008B3783">
        <w:rPr>
          <w:rFonts w:ascii="Arial" w:hAnsi="Arial" w:cs="Arial"/>
          <w:sz w:val="14"/>
          <w:szCs w:val="14"/>
        </w:rPr>
        <w:t>),</w:t>
      </w:r>
    </w:p>
    <w:p w14:paraId="6736044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dplyr</w:t>
      </w:r>
      <w:proofErr w:type="spellEnd"/>
      <w:r w:rsidRPr="008B3783">
        <w:rPr>
          <w:rFonts w:ascii="Arial" w:hAnsi="Arial" w:cs="Arial"/>
          <w:sz w:val="14"/>
          <w:szCs w:val="14"/>
        </w:rPr>
        <w:t>::</w:t>
      </w:r>
      <w:proofErr w:type="spellStart"/>
      <w:proofErr w:type="gramEnd"/>
      <w:r w:rsidRPr="008B3783">
        <w:rPr>
          <w:rFonts w:ascii="Arial" w:hAnsi="Arial" w:cs="Arial"/>
          <w:sz w:val="14"/>
          <w:szCs w:val="14"/>
        </w:rPr>
        <w:t>bind_rows</w:t>
      </w:r>
      <w:proofErr w:type="spellEnd"/>
      <w:r w:rsidRPr="008B3783">
        <w:rPr>
          <w:rFonts w:ascii="Arial" w:hAnsi="Arial" w:cs="Arial"/>
          <w:sz w:val="14"/>
          <w:szCs w:val="14"/>
        </w:rPr>
        <w:t>(</w:t>
      </w:r>
      <w:proofErr w:type="spellStart"/>
      <w:r w:rsidRPr="008B3783">
        <w:rPr>
          <w:rFonts w:ascii="Arial" w:hAnsi="Arial" w:cs="Arial"/>
          <w:sz w:val="14"/>
          <w:szCs w:val="14"/>
        </w:rPr>
        <w:t>loo_rows</w:t>
      </w:r>
      <w:proofErr w:type="spellEnd"/>
      <w:r w:rsidRPr="008B3783">
        <w:rPr>
          <w:rFonts w:ascii="Arial" w:hAnsi="Arial" w:cs="Arial"/>
          <w:sz w:val="14"/>
          <w:szCs w:val="14"/>
        </w:rPr>
        <w:t>)</w:t>
      </w:r>
    </w:p>
    <w:p w14:paraId="1E4F54F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47C3A0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print(</w:t>
      </w:r>
      <w:proofErr w:type="spellStart"/>
      <w:r w:rsidRPr="008B3783">
        <w:rPr>
          <w:rFonts w:ascii="Arial" w:hAnsi="Arial" w:cs="Arial"/>
          <w:sz w:val="14"/>
          <w:szCs w:val="14"/>
        </w:rPr>
        <w:t>res_tab</w:t>
      </w:r>
      <w:proofErr w:type="spellEnd"/>
      <w:r w:rsidRPr="008B3783">
        <w:rPr>
          <w:rFonts w:ascii="Arial" w:hAnsi="Arial" w:cs="Arial"/>
          <w:sz w:val="14"/>
          <w:szCs w:val="14"/>
        </w:rPr>
        <w:t>)</w:t>
      </w:r>
    </w:p>
    <w:p w14:paraId="0CCB5A1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write.csv(</w:t>
      </w:r>
      <w:proofErr w:type="spellStart"/>
      <w:proofErr w:type="gramEnd"/>
      <w:r w:rsidRPr="008B3783">
        <w:rPr>
          <w:rFonts w:ascii="Arial" w:hAnsi="Arial" w:cs="Arial"/>
          <w:sz w:val="14"/>
          <w:szCs w:val="14"/>
        </w:rPr>
        <w:t>res_tab</w:t>
      </w:r>
      <w:proofErr w:type="spellEnd"/>
      <w:r w:rsidRPr="008B3783">
        <w:rPr>
          <w:rFonts w:ascii="Arial" w:hAnsi="Arial" w:cs="Arial"/>
          <w:sz w:val="14"/>
          <w:szCs w:val="14"/>
        </w:rPr>
        <w:t xml:space="preserve">, paste0("results_", </w:t>
      </w:r>
      <w:proofErr w:type="spellStart"/>
      <w:proofErr w:type="gramStart"/>
      <w:r w:rsidRPr="008B3783">
        <w:rPr>
          <w:rFonts w:ascii="Arial" w:hAnsi="Arial" w:cs="Arial"/>
          <w:sz w:val="14"/>
          <w:szCs w:val="14"/>
        </w:rPr>
        <w:t>gsub</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 ]</w:t>
      </w:r>
      <w:proofErr w:type="gramEnd"/>
      <w:r w:rsidRPr="008B3783">
        <w:rPr>
          <w:rFonts w:ascii="Arial" w:hAnsi="Arial" w:cs="Arial"/>
          <w:sz w:val="14"/>
          <w:szCs w:val="14"/>
        </w:rPr>
        <w:t xml:space="preserve">", "", </w:t>
      </w:r>
      <w:proofErr w:type="spellStart"/>
      <w:r w:rsidRPr="008B3783">
        <w:rPr>
          <w:rFonts w:ascii="Arial" w:hAnsi="Arial" w:cs="Arial"/>
          <w:sz w:val="14"/>
          <w:szCs w:val="14"/>
        </w:rPr>
        <w:t>endpoint_name</w:t>
      </w:r>
      <w:proofErr w:type="spellEnd"/>
      <w:r w:rsidRPr="008B3783">
        <w:rPr>
          <w:rFonts w:ascii="Arial" w:hAnsi="Arial" w:cs="Arial"/>
          <w:sz w:val="14"/>
          <w:szCs w:val="14"/>
        </w:rPr>
        <w:t xml:space="preserve">), "_with_rr.csv"), </w:t>
      </w:r>
      <w:proofErr w:type="spellStart"/>
      <w:proofErr w:type="gramStart"/>
      <w:r w:rsidRPr="008B3783">
        <w:rPr>
          <w:rFonts w:ascii="Arial" w:hAnsi="Arial" w:cs="Arial"/>
          <w:sz w:val="14"/>
          <w:szCs w:val="14"/>
        </w:rPr>
        <w:t>row.names</w:t>
      </w:r>
      <w:proofErr w:type="spellEnd"/>
      <w:proofErr w:type="gramEnd"/>
      <w:r w:rsidRPr="008B3783">
        <w:rPr>
          <w:rFonts w:ascii="Arial" w:hAnsi="Arial" w:cs="Arial"/>
          <w:sz w:val="14"/>
          <w:szCs w:val="14"/>
        </w:rPr>
        <w:t xml:space="preserve"> = FALSE)</w:t>
      </w:r>
    </w:p>
    <w:p w14:paraId="704BF0A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2C5B4D3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Diagnostics</w:t>
      </w:r>
    </w:p>
    <w:p w14:paraId="45AF2DF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diag_main</w:t>
      </w:r>
      <w:proofErr w:type="spellEnd"/>
      <w:r w:rsidRPr="008B3783">
        <w:rPr>
          <w:rFonts w:ascii="Arial" w:hAnsi="Arial" w:cs="Arial"/>
          <w:sz w:val="14"/>
          <w:szCs w:val="14"/>
        </w:rPr>
        <w:t xml:space="preserve"> &lt;- </w:t>
      </w:r>
      <w:proofErr w:type="spellStart"/>
      <w:r w:rsidRPr="008B3783">
        <w:rPr>
          <w:rFonts w:ascii="Arial" w:hAnsi="Arial" w:cs="Arial"/>
          <w:sz w:val="14"/>
          <w:szCs w:val="14"/>
        </w:rPr>
        <w:t>get_diagnostics_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fit_RE_weak</w:t>
      </w:r>
      <w:proofErr w:type="spellEnd"/>
      <w:r w:rsidRPr="008B3783">
        <w:rPr>
          <w:rFonts w:ascii="Arial" w:hAnsi="Arial" w:cs="Arial"/>
          <w:sz w:val="14"/>
          <w:szCs w:val="14"/>
        </w:rPr>
        <w:t>, "RE weak prior")</w:t>
      </w:r>
    </w:p>
    <w:p w14:paraId="6C846DB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diag_skept</w:t>
      </w:r>
      <w:proofErr w:type="spellEnd"/>
      <w:r w:rsidRPr="008B3783">
        <w:rPr>
          <w:rFonts w:ascii="Arial" w:hAnsi="Arial" w:cs="Arial"/>
          <w:sz w:val="14"/>
          <w:szCs w:val="14"/>
        </w:rPr>
        <w:t xml:space="preserve"> &lt;- </w:t>
      </w:r>
      <w:proofErr w:type="spellStart"/>
      <w:r w:rsidRPr="008B3783">
        <w:rPr>
          <w:rFonts w:ascii="Arial" w:hAnsi="Arial" w:cs="Arial"/>
          <w:sz w:val="14"/>
          <w:szCs w:val="14"/>
        </w:rPr>
        <w:t>get_diagnostics_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fit_RE_scept</w:t>
      </w:r>
      <w:proofErr w:type="spellEnd"/>
      <w:r w:rsidRPr="008B3783">
        <w:rPr>
          <w:rFonts w:ascii="Arial" w:hAnsi="Arial" w:cs="Arial"/>
          <w:sz w:val="14"/>
          <w:szCs w:val="14"/>
        </w:rPr>
        <w:t>, "RE sceptical prior")</w:t>
      </w:r>
    </w:p>
    <w:p w14:paraId="2F73179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diag_fe</w:t>
      </w:r>
      <w:proofErr w:type="spellEnd"/>
      <w:r w:rsidRPr="008B3783">
        <w:rPr>
          <w:rFonts w:ascii="Arial" w:hAnsi="Arial" w:cs="Arial"/>
          <w:sz w:val="14"/>
          <w:szCs w:val="14"/>
        </w:rPr>
        <w:t xml:space="preserve"> &lt;- </w:t>
      </w:r>
      <w:proofErr w:type="spellStart"/>
      <w:r w:rsidRPr="008B3783">
        <w:rPr>
          <w:rFonts w:ascii="Arial" w:hAnsi="Arial" w:cs="Arial"/>
          <w:sz w:val="14"/>
          <w:szCs w:val="14"/>
        </w:rPr>
        <w:t>get_diagnostics_</w:t>
      </w:r>
      <w:proofErr w:type="gramStart"/>
      <w:r w:rsidRPr="008B3783">
        <w:rPr>
          <w:rFonts w:ascii="Arial" w:hAnsi="Arial" w:cs="Arial"/>
          <w:sz w:val="14"/>
          <w:szCs w:val="14"/>
        </w:rPr>
        <w:t>row</w:t>
      </w:r>
      <w:proofErr w:type="spellEnd"/>
      <w:r w:rsidRPr="008B3783">
        <w:rPr>
          <w:rFonts w:ascii="Arial" w:hAnsi="Arial" w:cs="Arial"/>
          <w:sz w:val="14"/>
          <w:szCs w:val="14"/>
        </w:rPr>
        <w:t>(</w:t>
      </w:r>
      <w:proofErr w:type="spellStart"/>
      <w:proofErr w:type="gramEnd"/>
      <w:r w:rsidRPr="008B3783">
        <w:rPr>
          <w:rFonts w:ascii="Arial" w:hAnsi="Arial" w:cs="Arial"/>
          <w:sz w:val="14"/>
          <w:szCs w:val="14"/>
        </w:rPr>
        <w:t>fit_FE</w:t>
      </w:r>
      <w:proofErr w:type="spellEnd"/>
      <w:r w:rsidRPr="008B3783">
        <w:rPr>
          <w:rFonts w:ascii="Arial" w:hAnsi="Arial" w:cs="Arial"/>
          <w:sz w:val="14"/>
          <w:szCs w:val="14"/>
        </w:rPr>
        <w:t>, "FE model")</w:t>
      </w:r>
    </w:p>
    <w:p w14:paraId="6D5E0381"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loo_diagnostics</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dplyr</w:t>
      </w:r>
      <w:proofErr w:type="spellEnd"/>
      <w:r w:rsidRPr="008B3783">
        <w:rPr>
          <w:rFonts w:ascii="Arial" w:hAnsi="Arial" w:cs="Arial"/>
          <w:sz w:val="14"/>
          <w:szCs w:val="14"/>
        </w:rPr>
        <w:t>::</w:t>
      </w:r>
      <w:proofErr w:type="spellStart"/>
      <w:proofErr w:type="gramEnd"/>
      <w:r w:rsidRPr="008B3783">
        <w:rPr>
          <w:rFonts w:ascii="Arial" w:hAnsi="Arial" w:cs="Arial"/>
          <w:sz w:val="14"/>
          <w:szCs w:val="14"/>
        </w:rPr>
        <w:t>bind_rows</w:t>
      </w:r>
      <w:proofErr w:type="spellEnd"/>
      <w:r w:rsidRPr="008B3783">
        <w:rPr>
          <w:rFonts w:ascii="Arial" w:hAnsi="Arial" w:cs="Arial"/>
          <w:sz w:val="14"/>
          <w:szCs w:val="14"/>
        </w:rPr>
        <w:t>(</w:t>
      </w:r>
      <w:proofErr w:type="spellStart"/>
      <w:r w:rsidRPr="008B3783">
        <w:rPr>
          <w:rFonts w:ascii="Arial" w:hAnsi="Arial" w:cs="Arial"/>
          <w:sz w:val="14"/>
          <w:szCs w:val="14"/>
        </w:rPr>
        <w:t>lapply</w:t>
      </w:r>
      <w:proofErr w:type="spellEnd"/>
      <w:r w:rsidRPr="008B3783">
        <w:rPr>
          <w:rFonts w:ascii="Arial" w:hAnsi="Arial" w:cs="Arial"/>
          <w:sz w:val="14"/>
          <w:szCs w:val="14"/>
        </w:rPr>
        <w:t>(names(</w:t>
      </w:r>
      <w:proofErr w:type="spellStart"/>
      <w:r w:rsidRPr="008B3783">
        <w:rPr>
          <w:rFonts w:ascii="Arial" w:hAnsi="Arial" w:cs="Arial"/>
          <w:sz w:val="14"/>
          <w:szCs w:val="14"/>
        </w:rPr>
        <w:t>loo_fits</w:t>
      </w:r>
      <w:proofErr w:type="spellEnd"/>
      <w:r w:rsidRPr="008B3783">
        <w:rPr>
          <w:rFonts w:ascii="Arial" w:hAnsi="Arial" w:cs="Arial"/>
          <w:sz w:val="14"/>
          <w:szCs w:val="14"/>
        </w:rPr>
        <w:t>), function(s) {</w:t>
      </w:r>
    </w:p>
    <w:p w14:paraId="4AB95669"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get_diagnostics_row</w:t>
      </w:r>
      <w:proofErr w:type="spellEnd"/>
      <w:r w:rsidRPr="008B3783">
        <w:rPr>
          <w:rFonts w:ascii="Arial" w:hAnsi="Arial" w:cs="Arial"/>
          <w:sz w:val="14"/>
          <w:szCs w:val="14"/>
        </w:rPr>
        <w:t>(</w:t>
      </w:r>
      <w:proofErr w:type="spellStart"/>
      <w:r w:rsidRPr="008B3783">
        <w:rPr>
          <w:rFonts w:ascii="Arial" w:hAnsi="Arial" w:cs="Arial"/>
          <w:sz w:val="14"/>
          <w:szCs w:val="14"/>
        </w:rPr>
        <w:t>loo_fits</w:t>
      </w:r>
      <w:proofErr w:type="spellEnd"/>
      <w:r w:rsidRPr="008B3783">
        <w:rPr>
          <w:rFonts w:ascii="Arial" w:hAnsi="Arial" w:cs="Arial"/>
          <w:sz w:val="14"/>
          <w:szCs w:val="14"/>
        </w:rPr>
        <w:t xml:space="preserve">[[s]], </w:t>
      </w:r>
      <w:proofErr w:type="gramStart"/>
      <w:r w:rsidRPr="008B3783">
        <w:rPr>
          <w:rFonts w:ascii="Arial" w:hAnsi="Arial" w:cs="Arial"/>
          <w:sz w:val="14"/>
          <w:szCs w:val="14"/>
        </w:rPr>
        <w:t>paste(</w:t>
      </w:r>
      <w:proofErr w:type="gramEnd"/>
      <w:r w:rsidRPr="008B3783">
        <w:rPr>
          <w:rFonts w:ascii="Arial" w:hAnsi="Arial" w:cs="Arial"/>
          <w:sz w:val="14"/>
          <w:szCs w:val="14"/>
        </w:rPr>
        <w:t>"LOO (drop", s, ")"))</w:t>
      </w:r>
    </w:p>
    <w:p w14:paraId="4334DF5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5E6A288F"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diagnostics_tab</w:t>
      </w:r>
      <w:proofErr w:type="spellEnd"/>
      <w:r w:rsidRPr="008B3783">
        <w:rPr>
          <w:rFonts w:ascii="Arial" w:hAnsi="Arial" w:cs="Arial"/>
          <w:sz w:val="14"/>
          <w:szCs w:val="14"/>
        </w:rPr>
        <w:t xml:space="preserve"> &lt;- </w:t>
      </w:r>
      <w:proofErr w:type="spellStart"/>
      <w:proofErr w:type="gramStart"/>
      <w:r w:rsidRPr="008B3783">
        <w:rPr>
          <w:rFonts w:ascii="Arial" w:hAnsi="Arial" w:cs="Arial"/>
          <w:sz w:val="14"/>
          <w:szCs w:val="14"/>
        </w:rPr>
        <w:t>dplyr</w:t>
      </w:r>
      <w:proofErr w:type="spellEnd"/>
      <w:r w:rsidRPr="008B3783">
        <w:rPr>
          <w:rFonts w:ascii="Arial" w:hAnsi="Arial" w:cs="Arial"/>
          <w:sz w:val="14"/>
          <w:szCs w:val="14"/>
        </w:rPr>
        <w:t>::</w:t>
      </w:r>
      <w:proofErr w:type="spellStart"/>
      <w:proofErr w:type="gramEnd"/>
      <w:r w:rsidRPr="008B3783">
        <w:rPr>
          <w:rFonts w:ascii="Arial" w:hAnsi="Arial" w:cs="Arial"/>
          <w:sz w:val="14"/>
          <w:szCs w:val="14"/>
        </w:rPr>
        <w:t>bind_</w:t>
      </w:r>
      <w:proofErr w:type="gramStart"/>
      <w:r w:rsidRPr="008B3783">
        <w:rPr>
          <w:rFonts w:ascii="Arial" w:hAnsi="Arial" w:cs="Arial"/>
          <w:sz w:val="14"/>
          <w:szCs w:val="14"/>
        </w:rPr>
        <w:t>rows</w:t>
      </w:r>
      <w:proofErr w:type="spellEnd"/>
      <w:r w:rsidRPr="008B3783">
        <w:rPr>
          <w:rFonts w:ascii="Arial" w:hAnsi="Arial" w:cs="Arial"/>
          <w:sz w:val="14"/>
          <w:szCs w:val="14"/>
        </w:rPr>
        <w:t>(</w:t>
      </w:r>
      <w:proofErr w:type="spellStart"/>
      <w:proofErr w:type="gramEnd"/>
      <w:r w:rsidRPr="008B3783">
        <w:rPr>
          <w:rFonts w:ascii="Arial" w:hAnsi="Arial" w:cs="Arial"/>
          <w:sz w:val="14"/>
          <w:szCs w:val="14"/>
        </w:rPr>
        <w:t>diag_main</w:t>
      </w:r>
      <w:proofErr w:type="spellEnd"/>
      <w:r w:rsidRPr="008B3783">
        <w:rPr>
          <w:rFonts w:ascii="Arial" w:hAnsi="Arial" w:cs="Arial"/>
          <w:sz w:val="14"/>
          <w:szCs w:val="14"/>
        </w:rPr>
        <w:t xml:space="preserve">, </w:t>
      </w:r>
      <w:proofErr w:type="spellStart"/>
      <w:r w:rsidRPr="008B3783">
        <w:rPr>
          <w:rFonts w:ascii="Arial" w:hAnsi="Arial" w:cs="Arial"/>
          <w:sz w:val="14"/>
          <w:szCs w:val="14"/>
        </w:rPr>
        <w:t>diag_skept</w:t>
      </w:r>
      <w:proofErr w:type="spellEnd"/>
      <w:r w:rsidRPr="008B3783">
        <w:rPr>
          <w:rFonts w:ascii="Arial" w:hAnsi="Arial" w:cs="Arial"/>
          <w:sz w:val="14"/>
          <w:szCs w:val="14"/>
        </w:rPr>
        <w:t xml:space="preserve">, </w:t>
      </w:r>
      <w:proofErr w:type="spellStart"/>
      <w:r w:rsidRPr="008B3783">
        <w:rPr>
          <w:rFonts w:ascii="Arial" w:hAnsi="Arial" w:cs="Arial"/>
          <w:sz w:val="14"/>
          <w:szCs w:val="14"/>
        </w:rPr>
        <w:t>diag_fe</w:t>
      </w:r>
      <w:proofErr w:type="spellEnd"/>
      <w:r w:rsidRPr="008B3783">
        <w:rPr>
          <w:rFonts w:ascii="Arial" w:hAnsi="Arial" w:cs="Arial"/>
          <w:sz w:val="14"/>
          <w:szCs w:val="14"/>
        </w:rPr>
        <w:t xml:space="preserve">, </w:t>
      </w:r>
      <w:proofErr w:type="spellStart"/>
      <w:r w:rsidRPr="008B3783">
        <w:rPr>
          <w:rFonts w:ascii="Arial" w:hAnsi="Arial" w:cs="Arial"/>
          <w:sz w:val="14"/>
          <w:szCs w:val="14"/>
        </w:rPr>
        <w:t>loo_diagnostics</w:t>
      </w:r>
      <w:proofErr w:type="spellEnd"/>
      <w:r w:rsidRPr="008B3783">
        <w:rPr>
          <w:rFonts w:ascii="Arial" w:hAnsi="Arial" w:cs="Arial"/>
          <w:sz w:val="14"/>
          <w:szCs w:val="14"/>
        </w:rPr>
        <w:t>)</w:t>
      </w:r>
    </w:p>
    <w:p w14:paraId="29A2E91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print(</w:t>
      </w:r>
      <w:proofErr w:type="spellStart"/>
      <w:r w:rsidRPr="008B3783">
        <w:rPr>
          <w:rFonts w:ascii="Arial" w:hAnsi="Arial" w:cs="Arial"/>
          <w:sz w:val="14"/>
          <w:szCs w:val="14"/>
        </w:rPr>
        <w:t>diagnostics_tab</w:t>
      </w:r>
      <w:proofErr w:type="spellEnd"/>
      <w:r w:rsidRPr="008B3783">
        <w:rPr>
          <w:rFonts w:ascii="Arial" w:hAnsi="Arial" w:cs="Arial"/>
          <w:sz w:val="14"/>
          <w:szCs w:val="14"/>
        </w:rPr>
        <w:t>)</w:t>
      </w:r>
    </w:p>
    <w:p w14:paraId="69D5DE57"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write.csv(</w:t>
      </w:r>
      <w:proofErr w:type="spellStart"/>
      <w:proofErr w:type="gramEnd"/>
      <w:r w:rsidRPr="008B3783">
        <w:rPr>
          <w:rFonts w:ascii="Arial" w:hAnsi="Arial" w:cs="Arial"/>
          <w:sz w:val="14"/>
          <w:szCs w:val="14"/>
        </w:rPr>
        <w:t>diagnostics_tab</w:t>
      </w:r>
      <w:proofErr w:type="spellEnd"/>
      <w:r w:rsidRPr="008B3783">
        <w:rPr>
          <w:rFonts w:ascii="Arial" w:hAnsi="Arial" w:cs="Arial"/>
          <w:sz w:val="14"/>
          <w:szCs w:val="14"/>
        </w:rPr>
        <w:t xml:space="preserve">, paste0("diagnostics_", </w:t>
      </w:r>
      <w:proofErr w:type="spellStart"/>
      <w:proofErr w:type="gramStart"/>
      <w:r w:rsidRPr="008B3783">
        <w:rPr>
          <w:rFonts w:ascii="Arial" w:hAnsi="Arial" w:cs="Arial"/>
          <w:sz w:val="14"/>
          <w:szCs w:val="14"/>
        </w:rPr>
        <w:t>gsub</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 ]</w:t>
      </w:r>
      <w:proofErr w:type="gramEnd"/>
      <w:r w:rsidRPr="008B3783">
        <w:rPr>
          <w:rFonts w:ascii="Arial" w:hAnsi="Arial" w:cs="Arial"/>
          <w:sz w:val="14"/>
          <w:szCs w:val="14"/>
        </w:rPr>
        <w:t xml:space="preserve">", "", </w:t>
      </w:r>
      <w:proofErr w:type="spellStart"/>
      <w:r w:rsidRPr="008B3783">
        <w:rPr>
          <w:rFonts w:ascii="Arial" w:hAnsi="Arial" w:cs="Arial"/>
          <w:sz w:val="14"/>
          <w:szCs w:val="14"/>
        </w:rPr>
        <w:t>endpoint_name</w:t>
      </w:r>
      <w:proofErr w:type="spellEnd"/>
      <w:r w:rsidRPr="008B3783">
        <w:rPr>
          <w:rFonts w:ascii="Arial" w:hAnsi="Arial" w:cs="Arial"/>
          <w:sz w:val="14"/>
          <w:szCs w:val="14"/>
        </w:rPr>
        <w:t xml:space="preserve">), ".csv"), </w:t>
      </w:r>
      <w:proofErr w:type="spellStart"/>
      <w:proofErr w:type="gramStart"/>
      <w:r w:rsidRPr="008B3783">
        <w:rPr>
          <w:rFonts w:ascii="Arial" w:hAnsi="Arial" w:cs="Arial"/>
          <w:sz w:val="14"/>
          <w:szCs w:val="14"/>
        </w:rPr>
        <w:t>row.names</w:t>
      </w:r>
      <w:proofErr w:type="spellEnd"/>
      <w:proofErr w:type="gramEnd"/>
      <w:r w:rsidRPr="008B3783">
        <w:rPr>
          <w:rFonts w:ascii="Arial" w:hAnsi="Arial" w:cs="Arial"/>
          <w:sz w:val="14"/>
          <w:szCs w:val="14"/>
        </w:rPr>
        <w:t xml:space="preserve"> = FALSE)</w:t>
      </w:r>
    </w:p>
    <w:p w14:paraId="4CBFA38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6EF0FF14"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Save bundle</w:t>
      </w:r>
    </w:p>
    <w:p w14:paraId="2E76935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proofErr w:type="gramStart"/>
      <w:r w:rsidRPr="008B3783">
        <w:rPr>
          <w:rFonts w:ascii="Arial" w:hAnsi="Arial" w:cs="Arial"/>
          <w:sz w:val="14"/>
          <w:szCs w:val="14"/>
        </w:rPr>
        <w:t>saveRDS</w:t>
      </w:r>
      <w:proofErr w:type="spellEnd"/>
      <w:r w:rsidRPr="008B3783">
        <w:rPr>
          <w:rFonts w:ascii="Arial" w:hAnsi="Arial" w:cs="Arial"/>
          <w:sz w:val="14"/>
          <w:szCs w:val="14"/>
        </w:rPr>
        <w:t>(list(</w:t>
      </w:r>
      <w:proofErr w:type="gramEnd"/>
    </w:p>
    <w:p w14:paraId="15FF017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fit_RE_weak</w:t>
      </w:r>
      <w:proofErr w:type="spellEnd"/>
      <w:r w:rsidRPr="008B3783">
        <w:rPr>
          <w:rFonts w:ascii="Arial" w:hAnsi="Arial" w:cs="Arial"/>
          <w:sz w:val="14"/>
          <w:szCs w:val="14"/>
        </w:rPr>
        <w:t xml:space="preserve"> = </w:t>
      </w:r>
      <w:proofErr w:type="spellStart"/>
      <w:r w:rsidRPr="008B3783">
        <w:rPr>
          <w:rFonts w:ascii="Arial" w:hAnsi="Arial" w:cs="Arial"/>
          <w:sz w:val="14"/>
          <w:szCs w:val="14"/>
        </w:rPr>
        <w:t>fit_RE_weak</w:t>
      </w:r>
      <w:proofErr w:type="spellEnd"/>
      <w:r w:rsidRPr="008B3783">
        <w:rPr>
          <w:rFonts w:ascii="Arial" w:hAnsi="Arial" w:cs="Arial"/>
          <w:sz w:val="14"/>
          <w:szCs w:val="14"/>
        </w:rPr>
        <w:t>,</w:t>
      </w:r>
    </w:p>
    <w:p w14:paraId="72E8070C"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fit_RE_scept</w:t>
      </w:r>
      <w:proofErr w:type="spellEnd"/>
      <w:r w:rsidRPr="008B3783">
        <w:rPr>
          <w:rFonts w:ascii="Arial" w:hAnsi="Arial" w:cs="Arial"/>
          <w:sz w:val="14"/>
          <w:szCs w:val="14"/>
        </w:rPr>
        <w:t xml:space="preserve"> = </w:t>
      </w:r>
      <w:proofErr w:type="spellStart"/>
      <w:r w:rsidRPr="008B3783">
        <w:rPr>
          <w:rFonts w:ascii="Arial" w:hAnsi="Arial" w:cs="Arial"/>
          <w:sz w:val="14"/>
          <w:szCs w:val="14"/>
        </w:rPr>
        <w:t>fit_RE_scept</w:t>
      </w:r>
      <w:proofErr w:type="spellEnd"/>
      <w:r w:rsidRPr="008B3783">
        <w:rPr>
          <w:rFonts w:ascii="Arial" w:hAnsi="Arial" w:cs="Arial"/>
          <w:sz w:val="14"/>
          <w:szCs w:val="14"/>
        </w:rPr>
        <w:t>,</w:t>
      </w:r>
    </w:p>
    <w:p w14:paraId="4A6348E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fit_FE</w:t>
      </w:r>
      <w:proofErr w:type="spellEnd"/>
      <w:r w:rsidRPr="008B3783">
        <w:rPr>
          <w:rFonts w:ascii="Arial" w:hAnsi="Arial" w:cs="Arial"/>
          <w:sz w:val="14"/>
          <w:szCs w:val="14"/>
        </w:rPr>
        <w:t xml:space="preserve"> = </w:t>
      </w:r>
      <w:proofErr w:type="spellStart"/>
      <w:r w:rsidRPr="008B3783">
        <w:rPr>
          <w:rFonts w:ascii="Arial" w:hAnsi="Arial" w:cs="Arial"/>
          <w:sz w:val="14"/>
          <w:szCs w:val="14"/>
        </w:rPr>
        <w:t>fit_FE</w:t>
      </w:r>
      <w:proofErr w:type="spellEnd"/>
      <w:r w:rsidRPr="008B3783">
        <w:rPr>
          <w:rFonts w:ascii="Arial" w:hAnsi="Arial" w:cs="Arial"/>
          <w:sz w:val="14"/>
          <w:szCs w:val="14"/>
        </w:rPr>
        <w:t>,</w:t>
      </w:r>
    </w:p>
    <w:p w14:paraId="5DEF9A68"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loo = </w:t>
      </w:r>
      <w:proofErr w:type="spellStart"/>
      <w:r w:rsidRPr="008B3783">
        <w:rPr>
          <w:rFonts w:ascii="Arial" w:hAnsi="Arial" w:cs="Arial"/>
          <w:sz w:val="14"/>
          <w:szCs w:val="14"/>
        </w:rPr>
        <w:t>loo_fits</w:t>
      </w:r>
      <w:proofErr w:type="spellEnd"/>
      <w:r w:rsidRPr="008B3783">
        <w:rPr>
          <w:rFonts w:ascii="Arial" w:hAnsi="Arial" w:cs="Arial"/>
          <w:sz w:val="14"/>
          <w:szCs w:val="14"/>
        </w:rPr>
        <w:t>,</w:t>
      </w:r>
    </w:p>
    <w:p w14:paraId="4C036A3D"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spellStart"/>
      <w:r w:rsidRPr="008B3783">
        <w:rPr>
          <w:rFonts w:ascii="Arial" w:hAnsi="Arial" w:cs="Arial"/>
          <w:sz w:val="14"/>
          <w:szCs w:val="14"/>
        </w:rPr>
        <w:t>ppc</w:t>
      </w:r>
      <w:proofErr w:type="spellEnd"/>
      <w:r w:rsidRPr="008B3783">
        <w:rPr>
          <w:rFonts w:ascii="Arial" w:hAnsi="Arial" w:cs="Arial"/>
          <w:sz w:val="14"/>
          <w:szCs w:val="14"/>
        </w:rPr>
        <w:t xml:space="preserve"> = </w:t>
      </w:r>
      <w:proofErr w:type="spellStart"/>
      <w:r w:rsidRPr="008B3783">
        <w:rPr>
          <w:rFonts w:ascii="Arial" w:hAnsi="Arial" w:cs="Arial"/>
          <w:sz w:val="14"/>
          <w:szCs w:val="14"/>
        </w:rPr>
        <w:t>ppc_out</w:t>
      </w:r>
      <w:proofErr w:type="spellEnd"/>
      <w:r w:rsidRPr="008B3783">
        <w:rPr>
          <w:rFonts w:ascii="Arial" w:hAnsi="Arial" w:cs="Arial"/>
          <w:sz w:val="14"/>
          <w:szCs w:val="14"/>
        </w:rPr>
        <w:t>,</w:t>
      </w:r>
    </w:p>
    <w:p w14:paraId="3A0F739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results = </w:t>
      </w:r>
      <w:proofErr w:type="spellStart"/>
      <w:r w:rsidRPr="008B3783">
        <w:rPr>
          <w:rFonts w:ascii="Arial" w:hAnsi="Arial" w:cs="Arial"/>
          <w:sz w:val="14"/>
          <w:szCs w:val="14"/>
        </w:rPr>
        <w:t>res_tab</w:t>
      </w:r>
      <w:proofErr w:type="spellEnd"/>
      <w:r w:rsidRPr="008B3783">
        <w:rPr>
          <w:rFonts w:ascii="Arial" w:hAnsi="Arial" w:cs="Arial"/>
          <w:sz w:val="14"/>
          <w:szCs w:val="14"/>
        </w:rPr>
        <w:t>,</w:t>
      </w:r>
    </w:p>
    <w:p w14:paraId="7DD1272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diagnostics = </w:t>
      </w:r>
      <w:proofErr w:type="spellStart"/>
      <w:r w:rsidRPr="008B3783">
        <w:rPr>
          <w:rFonts w:ascii="Arial" w:hAnsi="Arial" w:cs="Arial"/>
          <w:sz w:val="14"/>
          <w:szCs w:val="14"/>
        </w:rPr>
        <w:t>diagnostics_tab</w:t>
      </w:r>
      <w:proofErr w:type="spellEnd"/>
    </w:p>
    <w:p w14:paraId="5BD76306"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 file = paste0("fits_", </w:t>
      </w:r>
      <w:proofErr w:type="spellStart"/>
      <w:proofErr w:type="gramStart"/>
      <w:r w:rsidRPr="008B3783">
        <w:rPr>
          <w:rFonts w:ascii="Arial" w:hAnsi="Arial" w:cs="Arial"/>
          <w:sz w:val="14"/>
          <w:szCs w:val="14"/>
        </w:rPr>
        <w:t>gsub</w:t>
      </w:r>
      <w:proofErr w:type="spellEnd"/>
      <w:r w:rsidRPr="008B3783">
        <w:rPr>
          <w:rFonts w:ascii="Arial" w:hAnsi="Arial" w:cs="Arial"/>
          <w:sz w:val="14"/>
          <w:szCs w:val="14"/>
        </w:rPr>
        <w:t>(</w:t>
      </w:r>
      <w:proofErr w:type="gramEnd"/>
      <w:r w:rsidRPr="008B3783">
        <w:rPr>
          <w:rFonts w:ascii="Arial" w:hAnsi="Arial" w:cs="Arial"/>
          <w:sz w:val="14"/>
          <w:szCs w:val="14"/>
        </w:rPr>
        <w:t>"[</w:t>
      </w:r>
      <w:proofErr w:type="gramStart"/>
      <w:r w:rsidRPr="008B3783">
        <w:rPr>
          <w:rFonts w:ascii="Arial" w:hAnsi="Arial" w:cs="Arial"/>
          <w:sz w:val="14"/>
          <w:szCs w:val="14"/>
        </w:rPr>
        <w:t>- ]</w:t>
      </w:r>
      <w:proofErr w:type="gramEnd"/>
      <w:r w:rsidRPr="008B3783">
        <w:rPr>
          <w:rFonts w:ascii="Arial" w:hAnsi="Arial" w:cs="Arial"/>
          <w:sz w:val="14"/>
          <w:szCs w:val="14"/>
        </w:rPr>
        <w:t xml:space="preserve">", "", </w:t>
      </w:r>
      <w:proofErr w:type="spellStart"/>
      <w:r w:rsidRPr="008B3783">
        <w:rPr>
          <w:rFonts w:ascii="Arial" w:hAnsi="Arial" w:cs="Arial"/>
          <w:sz w:val="14"/>
          <w:szCs w:val="14"/>
        </w:rPr>
        <w:t>endpoint_name</w:t>
      </w:r>
      <w:proofErr w:type="spellEnd"/>
      <w:r w:rsidRPr="008B3783">
        <w:rPr>
          <w:rFonts w:ascii="Arial" w:hAnsi="Arial" w:cs="Arial"/>
          <w:sz w:val="14"/>
          <w:szCs w:val="14"/>
        </w:rPr>
        <w:t>), "_</w:t>
      </w:r>
      <w:proofErr w:type="spellStart"/>
      <w:r w:rsidRPr="008B3783">
        <w:rPr>
          <w:rFonts w:ascii="Arial" w:hAnsi="Arial" w:cs="Arial"/>
          <w:sz w:val="14"/>
          <w:szCs w:val="14"/>
        </w:rPr>
        <w:t>with_rr.rds</w:t>
      </w:r>
      <w:proofErr w:type="spellEnd"/>
      <w:r w:rsidRPr="008B3783">
        <w:rPr>
          <w:rFonts w:ascii="Arial" w:hAnsi="Arial" w:cs="Arial"/>
          <w:sz w:val="14"/>
          <w:szCs w:val="14"/>
        </w:rPr>
        <w:t>"))</w:t>
      </w:r>
    </w:p>
    <w:p w14:paraId="70FEBA0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
    <w:p w14:paraId="7733075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"\n", </w:t>
      </w:r>
      <w:proofErr w:type="spellStart"/>
      <w:proofErr w:type="gramStart"/>
      <w:r w:rsidRPr="008B3783">
        <w:rPr>
          <w:rFonts w:ascii="Arial" w:hAnsi="Arial" w:cs="Arial"/>
          <w:sz w:val="14"/>
          <w:szCs w:val="14"/>
        </w:rPr>
        <w:t>strrep</w:t>
      </w:r>
      <w:proofErr w:type="spellEnd"/>
      <w:r w:rsidRPr="008B3783">
        <w:rPr>
          <w:rFonts w:ascii="Arial" w:hAnsi="Arial" w:cs="Arial"/>
          <w:sz w:val="14"/>
          <w:szCs w:val="14"/>
        </w:rPr>
        <w:t>(</w:t>
      </w:r>
      <w:proofErr w:type="gramEnd"/>
      <w:r w:rsidRPr="008B3783">
        <w:rPr>
          <w:rFonts w:ascii="Arial" w:hAnsi="Arial" w:cs="Arial"/>
          <w:sz w:val="14"/>
          <w:szCs w:val="14"/>
        </w:rPr>
        <w:t>"=", 60), "\n")</w:t>
      </w:r>
    </w:p>
    <w:p w14:paraId="7BAC7C9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gramEnd"/>
      <w:r w:rsidRPr="008B3783">
        <w:rPr>
          <w:rFonts w:ascii="Arial" w:hAnsi="Arial" w:cs="Arial"/>
          <w:sz w:val="14"/>
          <w:szCs w:val="14"/>
        </w:rPr>
        <w:t xml:space="preserve">"COMPLETED:", </w:t>
      </w:r>
      <w:proofErr w:type="spellStart"/>
      <w:r w:rsidRPr="008B3783">
        <w:rPr>
          <w:rFonts w:ascii="Arial" w:hAnsi="Arial" w:cs="Arial"/>
          <w:sz w:val="14"/>
          <w:szCs w:val="14"/>
        </w:rPr>
        <w:t>endpoint_name</w:t>
      </w:r>
      <w:proofErr w:type="spellEnd"/>
      <w:r w:rsidRPr="008B3783">
        <w:rPr>
          <w:rFonts w:ascii="Arial" w:hAnsi="Arial" w:cs="Arial"/>
          <w:sz w:val="14"/>
          <w:szCs w:val="14"/>
        </w:rPr>
        <w:t>, "ANALYSIS\n")</w:t>
      </w:r>
    </w:p>
    <w:p w14:paraId="2333FEA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  </w:t>
      </w:r>
      <w:proofErr w:type="gramStart"/>
      <w:r w:rsidRPr="008B3783">
        <w:rPr>
          <w:rFonts w:ascii="Arial" w:hAnsi="Arial" w:cs="Arial"/>
          <w:sz w:val="14"/>
          <w:szCs w:val="14"/>
        </w:rPr>
        <w:t>cat(</w:t>
      </w:r>
      <w:proofErr w:type="spellStart"/>
      <w:r w:rsidRPr="008B3783">
        <w:rPr>
          <w:rFonts w:ascii="Arial" w:hAnsi="Arial" w:cs="Arial"/>
          <w:sz w:val="14"/>
          <w:szCs w:val="14"/>
        </w:rPr>
        <w:t>strrep</w:t>
      </w:r>
      <w:proofErr w:type="spellEnd"/>
      <w:r w:rsidRPr="008B3783">
        <w:rPr>
          <w:rFonts w:ascii="Arial" w:hAnsi="Arial" w:cs="Arial"/>
          <w:sz w:val="14"/>
          <w:szCs w:val="14"/>
        </w:rPr>
        <w:t>(</w:t>
      </w:r>
      <w:proofErr w:type="gramEnd"/>
      <w:r w:rsidRPr="008B3783">
        <w:rPr>
          <w:rFonts w:ascii="Arial" w:hAnsi="Arial" w:cs="Arial"/>
          <w:sz w:val="14"/>
          <w:szCs w:val="14"/>
        </w:rPr>
        <w:t>"=", 60), "\n\n")</w:t>
      </w:r>
    </w:p>
    <w:p w14:paraId="1CBC1745"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w:t>
      </w:r>
    </w:p>
    <w:p w14:paraId="76D56F0E" w14:textId="77777777" w:rsidR="008B3783" w:rsidRPr="008B3783" w:rsidRDefault="008B3783" w:rsidP="008B3783">
      <w:pPr>
        <w:spacing w:after="0"/>
        <w:rPr>
          <w:rFonts w:ascii="Arial" w:hAnsi="Arial" w:cs="Arial"/>
          <w:sz w:val="14"/>
          <w:szCs w:val="14"/>
        </w:rPr>
      </w:pPr>
    </w:p>
    <w:p w14:paraId="751266B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 Run Analyses for Both Timepoints ----</w:t>
      </w:r>
    </w:p>
    <w:p w14:paraId="5DFC6E3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Control settings</w:t>
      </w:r>
    </w:p>
    <w:p w14:paraId="381C7903"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ctrl_28d_main &lt;- </w:t>
      </w:r>
      <w:proofErr w:type="gramStart"/>
      <w:r w:rsidRPr="008B3783">
        <w:rPr>
          <w:rFonts w:ascii="Arial" w:hAnsi="Arial" w:cs="Arial"/>
          <w:sz w:val="14"/>
          <w:szCs w:val="14"/>
        </w:rPr>
        <w:t>list(</w:t>
      </w:r>
      <w:proofErr w:type="spellStart"/>
      <w:proofErr w:type="gramEnd"/>
      <w:r w:rsidRPr="008B3783">
        <w:rPr>
          <w:rFonts w:ascii="Arial" w:hAnsi="Arial" w:cs="Arial"/>
          <w:sz w:val="14"/>
          <w:szCs w:val="14"/>
        </w:rPr>
        <w:t>adapt_delta</w:t>
      </w:r>
      <w:proofErr w:type="spellEnd"/>
      <w:r w:rsidRPr="008B3783">
        <w:rPr>
          <w:rFonts w:ascii="Arial" w:hAnsi="Arial" w:cs="Arial"/>
          <w:sz w:val="14"/>
          <w:szCs w:val="14"/>
        </w:rPr>
        <w:t xml:space="preserve"> = 0.999, </w:t>
      </w:r>
      <w:proofErr w:type="spellStart"/>
      <w:r w:rsidRPr="008B3783">
        <w:rPr>
          <w:rFonts w:ascii="Arial" w:hAnsi="Arial" w:cs="Arial"/>
          <w:sz w:val="14"/>
          <w:szCs w:val="14"/>
        </w:rPr>
        <w:t>max_treedepth</w:t>
      </w:r>
      <w:proofErr w:type="spellEnd"/>
      <w:r w:rsidRPr="008B3783">
        <w:rPr>
          <w:rFonts w:ascii="Arial" w:hAnsi="Arial" w:cs="Arial"/>
          <w:sz w:val="14"/>
          <w:szCs w:val="14"/>
        </w:rPr>
        <w:t xml:space="preserve"> = 20, </w:t>
      </w:r>
      <w:proofErr w:type="spellStart"/>
      <w:r w:rsidRPr="008B3783">
        <w:rPr>
          <w:rFonts w:ascii="Arial" w:hAnsi="Arial" w:cs="Arial"/>
          <w:sz w:val="14"/>
          <w:szCs w:val="14"/>
        </w:rPr>
        <w:t>step_size</w:t>
      </w:r>
      <w:proofErr w:type="spellEnd"/>
      <w:r w:rsidRPr="008B3783">
        <w:rPr>
          <w:rFonts w:ascii="Arial" w:hAnsi="Arial" w:cs="Arial"/>
          <w:sz w:val="14"/>
          <w:szCs w:val="14"/>
        </w:rPr>
        <w:t xml:space="preserve"> = 0.01)</w:t>
      </w:r>
    </w:p>
    <w:p w14:paraId="375B43CE"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ctrl_28d_loo &lt;- </w:t>
      </w:r>
      <w:proofErr w:type="gramStart"/>
      <w:r w:rsidRPr="008B3783">
        <w:rPr>
          <w:rFonts w:ascii="Arial" w:hAnsi="Arial" w:cs="Arial"/>
          <w:sz w:val="14"/>
          <w:szCs w:val="14"/>
        </w:rPr>
        <w:t>list(</w:t>
      </w:r>
      <w:proofErr w:type="spellStart"/>
      <w:proofErr w:type="gramEnd"/>
      <w:r w:rsidRPr="008B3783">
        <w:rPr>
          <w:rFonts w:ascii="Arial" w:hAnsi="Arial" w:cs="Arial"/>
          <w:sz w:val="14"/>
          <w:szCs w:val="14"/>
        </w:rPr>
        <w:t>adapt_delta</w:t>
      </w:r>
      <w:proofErr w:type="spellEnd"/>
      <w:r w:rsidRPr="008B3783">
        <w:rPr>
          <w:rFonts w:ascii="Arial" w:hAnsi="Arial" w:cs="Arial"/>
          <w:sz w:val="14"/>
          <w:szCs w:val="14"/>
        </w:rPr>
        <w:t xml:space="preserve"> = 0.999, </w:t>
      </w:r>
      <w:proofErr w:type="spellStart"/>
      <w:r w:rsidRPr="008B3783">
        <w:rPr>
          <w:rFonts w:ascii="Arial" w:hAnsi="Arial" w:cs="Arial"/>
          <w:sz w:val="14"/>
          <w:szCs w:val="14"/>
        </w:rPr>
        <w:t>max_treedepth</w:t>
      </w:r>
      <w:proofErr w:type="spellEnd"/>
      <w:r w:rsidRPr="008B3783">
        <w:rPr>
          <w:rFonts w:ascii="Arial" w:hAnsi="Arial" w:cs="Arial"/>
          <w:sz w:val="14"/>
          <w:szCs w:val="14"/>
        </w:rPr>
        <w:t xml:space="preserve"> = 20, </w:t>
      </w:r>
      <w:proofErr w:type="spellStart"/>
      <w:r w:rsidRPr="008B3783">
        <w:rPr>
          <w:rFonts w:ascii="Arial" w:hAnsi="Arial" w:cs="Arial"/>
          <w:sz w:val="14"/>
          <w:szCs w:val="14"/>
        </w:rPr>
        <w:t>step_size</w:t>
      </w:r>
      <w:proofErr w:type="spellEnd"/>
      <w:r w:rsidRPr="008B3783">
        <w:rPr>
          <w:rFonts w:ascii="Arial" w:hAnsi="Arial" w:cs="Arial"/>
          <w:sz w:val="14"/>
          <w:szCs w:val="14"/>
        </w:rPr>
        <w:t xml:space="preserve"> = 0.005)</w:t>
      </w:r>
    </w:p>
    <w:p w14:paraId="4344F5E6" w14:textId="77777777" w:rsidR="008B3783" w:rsidRPr="008B3783" w:rsidRDefault="008B3783" w:rsidP="008B3783">
      <w:pPr>
        <w:spacing w:after="0"/>
        <w:rPr>
          <w:rFonts w:ascii="Arial" w:hAnsi="Arial" w:cs="Arial"/>
          <w:sz w:val="14"/>
          <w:szCs w:val="14"/>
        </w:rPr>
      </w:pPr>
    </w:p>
    <w:p w14:paraId="479A5E0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ctrl_90d_main &lt;- </w:t>
      </w:r>
      <w:proofErr w:type="gramStart"/>
      <w:r w:rsidRPr="008B3783">
        <w:rPr>
          <w:rFonts w:ascii="Arial" w:hAnsi="Arial" w:cs="Arial"/>
          <w:sz w:val="14"/>
          <w:szCs w:val="14"/>
        </w:rPr>
        <w:t>list(</w:t>
      </w:r>
      <w:proofErr w:type="spellStart"/>
      <w:proofErr w:type="gramEnd"/>
      <w:r w:rsidRPr="008B3783">
        <w:rPr>
          <w:rFonts w:ascii="Arial" w:hAnsi="Arial" w:cs="Arial"/>
          <w:sz w:val="14"/>
          <w:szCs w:val="14"/>
        </w:rPr>
        <w:t>adapt_delta</w:t>
      </w:r>
      <w:proofErr w:type="spellEnd"/>
      <w:r w:rsidRPr="008B3783">
        <w:rPr>
          <w:rFonts w:ascii="Arial" w:hAnsi="Arial" w:cs="Arial"/>
          <w:sz w:val="14"/>
          <w:szCs w:val="14"/>
        </w:rPr>
        <w:t xml:space="preserve"> = 0.9999, </w:t>
      </w:r>
      <w:proofErr w:type="spellStart"/>
      <w:r w:rsidRPr="008B3783">
        <w:rPr>
          <w:rFonts w:ascii="Arial" w:hAnsi="Arial" w:cs="Arial"/>
          <w:sz w:val="14"/>
          <w:szCs w:val="14"/>
        </w:rPr>
        <w:t>max_treedepth</w:t>
      </w:r>
      <w:proofErr w:type="spellEnd"/>
      <w:r w:rsidRPr="008B3783">
        <w:rPr>
          <w:rFonts w:ascii="Arial" w:hAnsi="Arial" w:cs="Arial"/>
          <w:sz w:val="14"/>
          <w:szCs w:val="14"/>
        </w:rPr>
        <w:t xml:space="preserve"> = 20, </w:t>
      </w:r>
      <w:proofErr w:type="spellStart"/>
      <w:r w:rsidRPr="008B3783">
        <w:rPr>
          <w:rFonts w:ascii="Arial" w:hAnsi="Arial" w:cs="Arial"/>
          <w:sz w:val="14"/>
          <w:szCs w:val="14"/>
        </w:rPr>
        <w:t>step_size</w:t>
      </w:r>
      <w:proofErr w:type="spellEnd"/>
      <w:r w:rsidRPr="008B3783">
        <w:rPr>
          <w:rFonts w:ascii="Arial" w:hAnsi="Arial" w:cs="Arial"/>
          <w:sz w:val="14"/>
          <w:szCs w:val="14"/>
        </w:rPr>
        <w:t xml:space="preserve"> = 0.005)</w:t>
      </w:r>
    </w:p>
    <w:p w14:paraId="08154A52"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xml:space="preserve">ctrl_90d_loo &lt;- </w:t>
      </w:r>
      <w:proofErr w:type="gramStart"/>
      <w:r w:rsidRPr="008B3783">
        <w:rPr>
          <w:rFonts w:ascii="Arial" w:hAnsi="Arial" w:cs="Arial"/>
          <w:sz w:val="14"/>
          <w:szCs w:val="14"/>
        </w:rPr>
        <w:t>list(</w:t>
      </w:r>
      <w:proofErr w:type="spellStart"/>
      <w:proofErr w:type="gramEnd"/>
      <w:r w:rsidRPr="008B3783">
        <w:rPr>
          <w:rFonts w:ascii="Arial" w:hAnsi="Arial" w:cs="Arial"/>
          <w:sz w:val="14"/>
          <w:szCs w:val="14"/>
        </w:rPr>
        <w:t>adapt_delta</w:t>
      </w:r>
      <w:proofErr w:type="spellEnd"/>
      <w:r w:rsidRPr="008B3783">
        <w:rPr>
          <w:rFonts w:ascii="Arial" w:hAnsi="Arial" w:cs="Arial"/>
          <w:sz w:val="14"/>
          <w:szCs w:val="14"/>
        </w:rPr>
        <w:t xml:space="preserve"> = 0.999, </w:t>
      </w:r>
      <w:proofErr w:type="spellStart"/>
      <w:r w:rsidRPr="008B3783">
        <w:rPr>
          <w:rFonts w:ascii="Arial" w:hAnsi="Arial" w:cs="Arial"/>
          <w:sz w:val="14"/>
          <w:szCs w:val="14"/>
        </w:rPr>
        <w:t>max_treedepth</w:t>
      </w:r>
      <w:proofErr w:type="spellEnd"/>
      <w:r w:rsidRPr="008B3783">
        <w:rPr>
          <w:rFonts w:ascii="Arial" w:hAnsi="Arial" w:cs="Arial"/>
          <w:sz w:val="14"/>
          <w:szCs w:val="14"/>
        </w:rPr>
        <w:t xml:space="preserve"> = 20, </w:t>
      </w:r>
      <w:proofErr w:type="spellStart"/>
      <w:r w:rsidRPr="008B3783">
        <w:rPr>
          <w:rFonts w:ascii="Arial" w:hAnsi="Arial" w:cs="Arial"/>
          <w:sz w:val="14"/>
          <w:szCs w:val="14"/>
        </w:rPr>
        <w:t>step_size</w:t>
      </w:r>
      <w:proofErr w:type="spellEnd"/>
      <w:r w:rsidRPr="008B3783">
        <w:rPr>
          <w:rFonts w:ascii="Arial" w:hAnsi="Arial" w:cs="Arial"/>
          <w:sz w:val="14"/>
          <w:szCs w:val="14"/>
        </w:rPr>
        <w:t xml:space="preserve"> = 0.005)</w:t>
      </w:r>
    </w:p>
    <w:p w14:paraId="33D0EC3A" w14:textId="77777777" w:rsidR="008B3783" w:rsidRPr="008B3783" w:rsidRDefault="008B3783" w:rsidP="008B3783">
      <w:pPr>
        <w:spacing w:after="0"/>
        <w:rPr>
          <w:rFonts w:ascii="Arial" w:hAnsi="Arial" w:cs="Arial"/>
          <w:sz w:val="14"/>
          <w:szCs w:val="14"/>
        </w:rPr>
      </w:pPr>
    </w:p>
    <w:p w14:paraId="71034F00" w14:textId="77777777" w:rsidR="008B3783" w:rsidRPr="008B3783" w:rsidRDefault="008B3783" w:rsidP="008B3783">
      <w:pPr>
        <w:spacing w:after="0"/>
        <w:rPr>
          <w:rFonts w:ascii="Arial" w:hAnsi="Arial" w:cs="Arial"/>
          <w:sz w:val="14"/>
          <w:szCs w:val="14"/>
        </w:rPr>
      </w:pPr>
      <w:r w:rsidRPr="008B3783">
        <w:rPr>
          <w:rFonts w:ascii="Arial" w:hAnsi="Arial" w:cs="Arial"/>
          <w:sz w:val="14"/>
          <w:szCs w:val="14"/>
        </w:rPr>
        <w:t># Execute analyses</w:t>
      </w:r>
    </w:p>
    <w:p w14:paraId="26FA9C5A"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run_</w:t>
      </w:r>
      <w:proofErr w:type="gramStart"/>
      <w:r w:rsidRPr="008B3783">
        <w:rPr>
          <w:rFonts w:ascii="Arial" w:hAnsi="Arial" w:cs="Arial"/>
          <w:sz w:val="14"/>
          <w:szCs w:val="14"/>
        </w:rPr>
        <w:t>analysis</w:t>
      </w:r>
      <w:proofErr w:type="spellEnd"/>
      <w:r w:rsidRPr="008B3783">
        <w:rPr>
          <w:rFonts w:ascii="Arial" w:hAnsi="Arial" w:cs="Arial"/>
          <w:sz w:val="14"/>
          <w:szCs w:val="14"/>
        </w:rPr>
        <w:t>(</w:t>
      </w:r>
      <w:proofErr w:type="gramEnd"/>
      <w:r w:rsidRPr="008B3783">
        <w:rPr>
          <w:rFonts w:ascii="Arial" w:hAnsi="Arial" w:cs="Arial"/>
          <w:sz w:val="14"/>
          <w:szCs w:val="14"/>
        </w:rPr>
        <w:t>data_28d, "28-day", ctrl_28d_main, ctrl_28d_loo)</w:t>
      </w:r>
    </w:p>
    <w:p w14:paraId="774CEB27" w14:textId="77777777" w:rsidR="008B3783" w:rsidRPr="008B3783" w:rsidRDefault="008B3783" w:rsidP="008B3783">
      <w:pPr>
        <w:spacing w:after="0"/>
        <w:rPr>
          <w:rFonts w:ascii="Arial" w:hAnsi="Arial" w:cs="Arial"/>
          <w:sz w:val="14"/>
          <w:szCs w:val="14"/>
        </w:rPr>
      </w:pPr>
      <w:proofErr w:type="spellStart"/>
      <w:r w:rsidRPr="008B3783">
        <w:rPr>
          <w:rFonts w:ascii="Arial" w:hAnsi="Arial" w:cs="Arial"/>
          <w:sz w:val="14"/>
          <w:szCs w:val="14"/>
        </w:rPr>
        <w:t>run_</w:t>
      </w:r>
      <w:proofErr w:type="gramStart"/>
      <w:r w:rsidRPr="008B3783">
        <w:rPr>
          <w:rFonts w:ascii="Arial" w:hAnsi="Arial" w:cs="Arial"/>
          <w:sz w:val="14"/>
          <w:szCs w:val="14"/>
        </w:rPr>
        <w:t>analysis</w:t>
      </w:r>
      <w:proofErr w:type="spellEnd"/>
      <w:r w:rsidRPr="008B3783">
        <w:rPr>
          <w:rFonts w:ascii="Arial" w:hAnsi="Arial" w:cs="Arial"/>
          <w:sz w:val="14"/>
          <w:szCs w:val="14"/>
        </w:rPr>
        <w:t>(</w:t>
      </w:r>
      <w:proofErr w:type="gramEnd"/>
      <w:r w:rsidRPr="008B3783">
        <w:rPr>
          <w:rFonts w:ascii="Arial" w:hAnsi="Arial" w:cs="Arial"/>
          <w:sz w:val="14"/>
          <w:szCs w:val="14"/>
        </w:rPr>
        <w:t>data_90d, "90-day", ctrl_90d_main, ctrl_90d_loo)</w:t>
      </w:r>
    </w:p>
    <w:p w14:paraId="5CE63BCA" w14:textId="77777777" w:rsidR="008B3783" w:rsidRPr="008B3783" w:rsidRDefault="008B3783" w:rsidP="008B3783">
      <w:pPr>
        <w:spacing w:after="0"/>
        <w:rPr>
          <w:rFonts w:ascii="Arial" w:hAnsi="Arial" w:cs="Arial"/>
          <w:sz w:val="14"/>
          <w:szCs w:val="14"/>
        </w:rPr>
      </w:pPr>
    </w:p>
    <w:p w14:paraId="0790A1B5" w14:textId="77777777" w:rsidR="008B3783" w:rsidRPr="008B3783" w:rsidRDefault="008B3783" w:rsidP="008B3783">
      <w:pPr>
        <w:spacing w:after="0"/>
        <w:rPr>
          <w:rFonts w:ascii="Arial" w:hAnsi="Arial" w:cs="Arial"/>
          <w:sz w:val="14"/>
          <w:szCs w:val="14"/>
        </w:rPr>
      </w:pPr>
      <w:proofErr w:type="gramStart"/>
      <w:r w:rsidRPr="008B3783">
        <w:rPr>
          <w:rFonts w:ascii="Arial" w:hAnsi="Arial" w:cs="Arial"/>
          <w:sz w:val="14"/>
          <w:szCs w:val="14"/>
        </w:rPr>
        <w:t>cat(</w:t>
      </w:r>
      <w:proofErr w:type="gramEnd"/>
      <w:r w:rsidRPr="008B3783">
        <w:rPr>
          <w:rFonts w:ascii="Arial" w:hAnsi="Arial" w:cs="Arial"/>
          <w:sz w:val="14"/>
          <w:szCs w:val="14"/>
        </w:rPr>
        <w:t xml:space="preserve">"\n", </w:t>
      </w:r>
      <w:proofErr w:type="spellStart"/>
      <w:proofErr w:type="gramStart"/>
      <w:r w:rsidRPr="008B3783">
        <w:rPr>
          <w:rFonts w:ascii="Arial" w:hAnsi="Arial" w:cs="Arial"/>
          <w:sz w:val="14"/>
          <w:szCs w:val="14"/>
        </w:rPr>
        <w:t>strrep</w:t>
      </w:r>
      <w:proofErr w:type="spellEnd"/>
      <w:r w:rsidRPr="008B3783">
        <w:rPr>
          <w:rFonts w:ascii="Arial" w:hAnsi="Arial" w:cs="Arial"/>
          <w:sz w:val="14"/>
          <w:szCs w:val="14"/>
        </w:rPr>
        <w:t>(</w:t>
      </w:r>
      <w:proofErr w:type="gramEnd"/>
      <w:r w:rsidRPr="008B3783">
        <w:rPr>
          <w:rFonts w:ascii="Arial" w:hAnsi="Arial" w:cs="Arial"/>
          <w:sz w:val="14"/>
          <w:szCs w:val="14"/>
        </w:rPr>
        <w:t>"=", 60), "\n")</w:t>
      </w:r>
    </w:p>
    <w:p w14:paraId="529850C1" w14:textId="77777777" w:rsidR="008B3783" w:rsidRPr="008B3783" w:rsidRDefault="008B3783" w:rsidP="008B3783">
      <w:pPr>
        <w:spacing w:after="0"/>
        <w:rPr>
          <w:rFonts w:ascii="Arial" w:hAnsi="Arial" w:cs="Arial"/>
          <w:sz w:val="14"/>
          <w:szCs w:val="14"/>
        </w:rPr>
      </w:pPr>
      <w:proofErr w:type="gramStart"/>
      <w:r w:rsidRPr="008B3783">
        <w:rPr>
          <w:rFonts w:ascii="Arial" w:hAnsi="Arial" w:cs="Arial"/>
          <w:sz w:val="14"/>
          <w:szCs w:val="14"/>
        </w:rPr>
        <w:t>cat(</w:t>
      </w:r>
      <w:proofErr w:type="gramEnd"/>
      <w:r w:rsidRPr="008B3783">
        <w:rPr>
          <w:rFonts w:ascii="Arial" w:hAnsi="Arial" w:cs="Arial"/>
          <w:sz w:val="14"/>
          <w:szCs w:val="14"/>
        </w:rPr>
        <w:t>"ALL ANALYSES COMPLETED SUCCESSFULLY\n")</w:t>
      </w:r>
    </w:p>
    <w:p w14:paraId="7A16D714" w14:textId="385ED833" w:rsidR="008B3783" w:rsidRPr="008B3783" w:rsidRDefault="008B3783" w:rsidP="008B3783">
      <w:pPr>
        <w:spacing w:after="0"/>
        <w:rPr>
          <w:rFonts w:ascii="Arial" w:hAnsi="Arial" w:cs="Arial"/>
          <w:sz w:val="14"/>
          <w:szCs w:val="14"/>
        </w:rPr>
      </w:pPr>
      <w:proofErr w:type="gramStart"/>
      <w:r w:rsidRPr="008B3783">
        <w:rPr>
          <w:rFonts w:ascii="Arial" w:hAnsi="Arial" w:cs="Arial"/>
          <w:sz w:val="14"/>
          <w:szCs w:val="14"/>
        </w:rPr>
        <w:t>cat(</w:t>
      </w:r>
      <w:proofErr w:type="spellStart"/>
      <w:r w:rsidRPr="008B3783">
        <w:rPr>
          <w:rFonts w:ascii="Arial" w:hAnsi="Arial" w:cs="Arial"/>
          <w:sz w:val="14"/>
          <w:szCs w:val="14"/>
        </w:rPr>
        <w:t>strrep</w:t>
      </w:r>
      <w:proofErr w:type="spellEnd"/>
      <w:r w:rsidRPr="008B3783">
        <w:rPr>
          <w:rFonts w:ascii="Arial" w:hAnsi="Arial" w:cs="Arial"/>
          <w:sz w:val="14"/>
          <w:szCs w:val="14"/>
        </w:rPr>
        <w:t>(</w:t>
      </w:r>
      <w:proofErr w:type="gramEnd"/>
      <w:r w:rsidRPr="008B3783">
        <w:rPr>
          <w:rFonts w:ascii="Arial" w:hAnsi="Arial" w:cs="Arial"/>
          <w:sz w:val="14"/>
          <w:szCs w:val="14"/>
        </w:rPr>
        <w:t>"=", 60), "\n")</w:t>
      </w:r>
    </w:p>
    <w:sectPr w:rsidR="008B3783" w:rsidRPr="008B37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9E7DEC"/>
    <w:multiLevelType w:val="multilevel"/>
    <w:tmpl w:val="56C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D017B"/>
    <w:multiLevelType w:val="multilevel"/>
    <w:tmpl w:val="F3F2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FDE"/>
    <w:multiLevelType w:val="hybridMultilevel"/>
    <w:tmpl w:val="789C7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B2528"/>
    <w:multiLevelType w:val="hybridMultilevel"/>
    <w:tmpl w:val="6DB4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605703">
    <w:abstractNumId w:val="8"/>
  </w:num>
  <w:num w:numId="2" w16cid:durableId="1455053154">
    <w:abstractNumId w:val="6"/>
  </w:num>
  <w:num w:numId="3" w16cid:durableId="1296451606">
    <w:abstractNumId w:val="5"/>
  </w:num>
  <w:num w:numId="4" w16cid:durableId="671877485">
    <w:abstractNumId w:val="4"/>
  </w:num>
  <w:num w:numId="5" w16cid:durableId="57486831">
    <w:abstractNumId w:val="7"/>
  </w:num>
  <w:num w:numId="6" w16cid:durableId="1251311303">
    <w:abstractNumId w:val="3"/>
  </w:num>
  <w:num w:numId="7" w16cid:durableId="438066299">
    <w:abstractNumId w:val="2"/>
  </w:num>
  <w:num w:numId="8" w16cid:durableId="865295490">
    <w:abstractNumId w:val="1"/>
  </w:num>
  <w:num w:numId="9" w16cid:durableId="39481238">
    <w:abstractNumId w:val="0"/>
  </w:num>
  <w:num w:numId="10" w16cid:durableId="2128353723">
    <w:abstractNumId w:val="10"/>
  </w:num>
  <w:num w:numId="11" w16cid:durableId="2136674771">
    <w:abstractNumId w:val="12"/>
  </w:num>
  <w:num w:numId="12" w16cid:durableId="2101369966">
    <w:abstractNumId w:val="11"/>
  </w:num>
  <w:num w:numId="13" w16cid:durableId="10395482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545B"/>
    <w:rsid w:val="00143063"/>
    <w:rsid w:val="0015074B"/>
    <w:rsid w:val="0015566F"/>
    <w:rsid w:val="002066A4"/>
    <w:rsid w:val="0029639D"/>
    <w:rsid w:val="00310EC8"/>
    <w:rsid w:val="00326F90"/>
    <w:rsid w:val="00330331"/>
    <w:rsid w:val="00387681"/>
    <w:rsid w:val="004168A0"/>
    <w:rsid w:val="0047799E"/>
    <w:rsid w:val="005827B7"/>
    <w:rsid w:val="005C0A25"/>
    <w:rsid w:val="005F2E3D"/>
    <w:rsid w:val="006462E3"/>
    <w:rsid w:val="006C1B67"/>
    <w:rsid w:val="006E4428"/>
    <w:rsid w:val="00722CBB"/>
    <w:rsid w:val="0073036D"/>
    <w:rsid w:val="007426D2"/>
    <w:rsid w:val="0076623F"/>
    <w:rsid w:val="007A05B4"/>
    <w:rsid w:val="007B1564"/>
    <w:rsid w:val="007E0398"/>
    <w:rsid w:val="008A2D7F"/>
    <w:rsid w:val="008A451C"/>
    <w:rsid w:val="008B3783"/>
    <w:rsid w:val="00910503"/>
    <w:rsid w:val="00A52858"/>
    <w:rsid w:val="00A84CB0"/>
    <w:rsid w:val="00AA1D8D"/>
    <w:rsid w:val="00AB37F2"/>
    <w:rsid w:val="00B47730"/>
    <w:rsid w:val="00B477BF"/>
    <w:rsid w:val="00C14D07"/>
    <w:rsid w:val="00CB0664"/>
    <w:rsid w:val="00D03435"/>
    <w:rsid w:val="00D27691"/>
    <w:rsid w:val="00DC139A"/>
    <w:rsid w:val="00DE2DFC"/>
    <w:rsid w:val="00DE61D4"/>
    <w:rsid w:val="00E63D0B"/>
    <w:rsid w:val="00E76D23"/>
    <w:rsid w:val="00EE4ACD"/>
    <w:rsid w:val="00FC31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B565F9"/>
  <w14:defaultImageDpi w14:val="300"/>
  <w15:docId w15:val="{7CFD70A6-4BD1-42FC-A8AC-1267363F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14D0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Pages>
  <Words>3182</Words>
  <Characters>20302</Characters>
  <Application>Microsoft Office Word</Application>
  <DocSecurity>0</DocSecurity>
  <Lines>751</Lines>
  <Paragraphs>232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Henrique Mendes</cp:lastModifiedBy>
  <cp:revision>20</cp:revision>
  <dcterms:created xsi:type="dcterms:W3CDTF">2025-08-09T11:25:00Z</dcterms:created>
  <dcterms:modified xsi:type="dcterms:W3CDTF">2025-11-02T12:50:00Z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922be890-0b17-40dd-9351-8b30221936d5</vt:lpwstr>
  </property>
</Properties>
</file>