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A990" w14:textId="7CDA92FE" w:rsidR="006649DE" w:rsidRPr="00483CAB" w:rsidRDefault="00483CAB" w:rsidP="00483CAB">
      <w:pPr>
        <w:spacing w:after="0" w:line="240" w:lineRule="auto"/>
        <w:jc w:val="both"/>
        <w:rPr>
          <w:rFonts w:ascii="Arial" w:hAnsi="Arial" w:cs="Arial"/>
        </w:rPr>
      </w:pPr>
      <w:r w:rsidRPr="00483CAB">
        <w:rPr>
          <w:rFonts w:ascii="Arial" w:hAnsi="Arial" w:cs="Arial"/>
          <w:b/>
        </w:rPr>
        <w:t>Supplementa</w:t>
      </w:r>
      <w:r w:rsidR="002E3E6A">
        <w:rPr>
          <w:rFonts w:ascii="Arial" w:hAnsi="Arial" w:cs="Arial"/>
          <w:b/>
        </w:rPr>
        <w:t>ry</w:t>
      </w:r>
      <w:r w:rsidRPr="00483CAB">
        <w:rPr>
          <w:rFonts w:ascii="Arial" w:hAnsi="Arial" w:cs="Arial"/>
          <w:b/>
        </w:rPr>
        <w:t xml:space="preserve"> Table S</w:t>
      </w:r>
      <w:r>
        <w:rPr>
          <w:rFonts w:ascii="Arial" w:hAnsi="Arial" w:cs="Arial"/>
          <w:b/>
        </w:rPr>
        <w:t>1</w:t>
      </w:r>
      <w:r w:rsidRPr="00483CAB">
        <w:rPr>
          <w:rFonts w:ascii="Arial" w:hAnsi="Arial" w:cs="Arial"/>
          <w:b/>
        </w:rPr>
        <w:t>. Gene loadings for PCA of NanoString IO360/BC360 expression profiles</w:t>
      </w:r>
      <w:r>
        <w:rPr>
          <w:rFonts w:ascii="Arial" w:hAnsi="Arial" w:cs="Arial"/>
        </w:rPr>
        <w:t xml:space="preserve">. </w:t>
      </w:r>
      <w:r w:rsidRPr="00483CAB">
        <w:rPr>
          <w:rFonts w:ascii="Arial" w:hAnsi="Arial" w:cs="Arial"/>
        </w:rPr>
        <w:t>Top positive and negative gene loadings for PC1 and PC2 from PCA of NanoString-normalized gene expression profiles in 24 sclerosing adenosis (SA) biopsies (9 cases, 15 controls). PCA was performed on per-gene z-scores across samples (as described in Methods). The sign of PCA components is arbitrary; components are oriented such that higher PC1 scores correspond to higher expression of cytotoxic/IFN-γ–associated immune genes (e.g., GZMB, PDCD1). PC1 and PC2 explain 19.6% and 11.3% of the variance, respectively.</w:t>
      </w:r>
    </w:p>
    <w:p w14:paraId="0D75C6DE" w14:textId="77777777" w:rsidR="006649DE" w:rsidRPr="00483CAB" w:rsidRDefault="006649DE" w:rsidP="00483CAB">
      <w:pPr>
        <w:spacing w:after="0" w:line="240" w:lineRule="auto"/>
        <w:rPr>
          <w:rFonts w:ascii="Arial" w:hAnsi="Arial" w:cs="Arial"/>
        </w:rPr>
      </w:pPr>
    </w:p>
    <w:p w14:paraId="7A5AE60C" w14:textId="700CF171" w:rsidR="006649DE" w:rsidRPr="00483CAB" w:rsidRDefault="00483CAB" w:rsidP="00483CAB">
      <w:pPr>
        <w:spacing w:after="0" w:line="240" w:lineRule="auto"/>
        <w:rPr>
          <w:rFonts w:ascii="Arial" w:hAnsi="Arial" w:cs="Arial"/>
        </w:rPr>
      </w:pPr>
      <w:r w:rsidRPr="00483CAB">
        <w:rPr>
          <w:rFonts w:ascii="Arial" w:hAnsi="Arial" w:cs="Arial"/>
          <w:b/>
        </w:rPr>
        <w:t>Table S</w:t>
      </w:r>
      <w:r>
        <w:rPr>
          <w:rFonts w:ascii="Arial" w:hAnsi="Arial" w:cs="Arial"/>
          <w:b/>
        </w:rPr>
        <w:t>1</w:t>
      </w:r>
      <w:r w:rsidRPr="00483CAB">
        <w:rPr>
          <w:rFonts w:ascii="Arial" w:hAnsi="Arial" w:cs="Arial"/>
          <w:b/>
        </w:rPr>
        <w:t>A. Top gene loadings</w:t>
      </w:r>
    </w:p>
    <w:tbl>
      <w:tblPr>
        <w:tblStyle w:val="GridTable1Light-Accent1"/>
        <w:tblW w:w="0" w:type="auto"/>
        <w:tblLayout w:type="fixed"/>
        <w:tblLook w:val="04A0" w:firstRow="1" w:lastRow="0" w:firstColumn="1" w:lastColumn="0" w:noHBand="0" w:noVBand="1"/>
      </w:tblPr>
      <w:tblGrid>
        <w:gridCol w:w="715"/>
        <w:gridCol w:w="1089"/>
        <w:gridCol w:w="1071"/>
        <w:gridCol w:w="1132"/>
        <w:gridCol w:w="938"/>
        <w:gridCol w:w="874"/>
        <w:gridCol w:w="842"/>
        <w:gridCol w:w="1127"/>
        <w:gridCol w:w="842"/>
      </w:tblGrid>
      <w:tr w:rsidR="006649DE" w:rsidRPr="00483CAB" w14:paraId="48859AC1" w14:textId="77777777" w:rsidTr="00093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C384B6E" w14:textId="77777777" w:rsidR="006649DE" w:rsidRPr="00093CC4" w:rsidRDefault="00483CAB" w:rsidP="00483C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Rank</w:t>
            </w:r>
          </w:p>
        </w:tc>
        <w:tc>
          <w:tcPr>
            <w:tcW w:w="1089" w:type="dxa"/>
          </w:tcPr>
          <w:p w14:paraId="66B2722E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PC1 positive gene</w:t>
            </w:r>
          </w:p>
        </w:tc>
        <w:tc>
          <w:tcPr>
            <w:tcW w:w="1071" w:type="dxa"/>
          </w:tcPr>
          <w:p w14:paraId="66D349E4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PC1 loading (+)</w:t>
            </w:r>
          </w:p>
        </w:tc>
        <w:tc>
          <w:tcPr>
            <w:tcW w:w="1132" w:type="dxa"/>
          </w:tcPr>
          <w:p w14:paraId="52C6A158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PC1 negative gene</w:t>
            </w:r>
          </w:p>
        </w:tc>
        <w:tc>
          <w:tcPr>
            <w:tcW w:w="938" w:type="dxa"/>
          </w:tcPr>
          <w:p w14:paraId="29288DED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PC1 loading (−)</w:t>
            </w:r>
          </w:p>
        </w:tc>
        <w:tc>
          <w:tcPr>
            <w:tcW w:w="874" w:type="dxa"/>
          </w:tcPr>
          <w:p w14:paraId="13D99897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PC2 positive gene</w:t>
            </w:r>
          </w:p>
        </w:tc>
        <w:tc>
          <w:tcPr>
            <w:tcW w:w="842" w:type="dxa"/>
          </w:tcPr>
          <w:p w14:paraId="1DBF8404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PC2 loading (+)</w:t>
            </w:r>
          </w:p>
        </w:tc>
        <w:tc>
          <w:tcPr>
            <w:tcW w:w="1127" w:type="dxa"/>
          </w:tcPr>
          <w:p w14:paraId="573858E8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PC2 negative gene</w:t>
            </w:r>
          </w:p>
        </w:tc>
        <w:tc>
          <w:tcPr>
            <w:tcW w:w="842" w:type="dxa"/>
          </w:tcPr>
          <w:p w14:paraId="27B792C0" w14:textId="77777777" w:rsidR="006649DE" w:rsidRPr="00093CC4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93CC4">
              <w:rPr>
                <w:rFonts w:ascii="Arial" w:hAnsi="Arial" w:cs="Arial"/>
                <w:sz w:val="16"/>
                <w:szCs w:val="16"/>
              </w:rPr>
              <w:t>PC2 loading (−)</w:t>
            </w:r>
          </w:p>
        </w:tc>
      </w:tr>
      <w:tr w:rsidR="006649DE" w:rsidRPr="00483CAB" w14:paraId="14C79A77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88EB122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89" w:type="dxa"/>
          </w:tcPr>
          <w:p w14:paraId="252E491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SOX2</w:t>
            </w:r>
          </w:p>
        </w:tc>
        <w:tc>
          <w:tcPr>
            <w:tcW w:w="1071" w:type="dxa"/>
          </w:tcPr>
          <w:p w14:paraId="7BB67B6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0.0597</w:t>
            </w:r>
          </w:p>
        </w:tc>
        <w:tc>
          <w:tcPr>
            <w:tcW w:w="1132" w:type="dxa"/>
          </w:tcPr>
          <w:p w14:paraId="22A8F0E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MDM2</w:t>
            </w:r>
          </w:p>
        </w:tc>
        <w:tc>
          <w:tcPr>
            <w:tcW w:w="938" w:type="dxa"/>
          </w:tcPr>
          <w:p w14:paraId="462F1A6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-0.0492</w:t>
            </w:r>
          </w:p>
        </w:tc>
        <w:tc>
          <w:tcPr>
            <w:tcW w:w="874" w:type="dxa"/>
          </w:tcPr>
          <w:p w14:paraId="1814894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NETO2</w:t>
            </w:r>
          </w:p>
        </w:tc>
        <w:tc>
          <w:tcPr>
            <w:tcW w:w="842" w:type="dxa"/>
          </w:tcPr>
          <w:p w14:paraId="66E35AE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0.0724</w:t>
            </w:r>
          </w:p>
        </w:tc>
        <w:tc>
          <w:tcPr>
            <w:tcW w:w="1127" w:type="dxa"/>
          </w:tcPr>
          <w:p w14:paraId="3B23689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LRRC32</w:t>
            </w:r>
          </w:p>
        </w:tc>
        <w:tc>
          <w:tcPr>
            <w:tcW w:w="842" w:type="dxa"/>
          </w:tcPr>
          <w:p w14:paraId="58717CA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-0.0711</w:t>
            </w:r>
          </w:p>
        </w:tc>
      </w:tr>
      <w:tr w:rsidR="006649DE" w:rsidRPr="00483CAB" w14:paraId="75E80ADC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87D7683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89" w:type="dxa"/>
          </w:tcPr>
          <w:p w14:paraId="10384AA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ZIC2</w:t>
            </w:r>
          </w:p>
        </w:tc>
        <w:tc>
          <w:tcPr>
            <w:tcW w:w="1071" w:type="dxa"/>
          </w:tcPr>
          <w:p w14:paraId="5A955C1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0.0596</w:t>
            </w:r>
          </w:p>
        </w:tc>
        <w:tc>
          <w:tcPr>
            <w:tcW w:w="1132" w:type="dxa"/>
          </w:tcPr>
          <w:p w14:paraId="2EFB7DC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RBL2</w:t>
            </w:r>
          </w:p>
        </w:tc>
        <w:tc>
          <w:tcPr>
            <w:tcW w:w="938" w:type="dxa"/>
          </w:tcPr>
          <w:p w14:paraId="011532C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-0.0488</w:t>
            </w:r>
          </w:p>
        </w:tc>
        <w:tc>
          <w:tcPr>
            <w:tcW w:w="874" w:type="dxa"/>
          </w:tcPr>
          <w:p w14:paraId="254AD7D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CLDN7</w:t>
            </w:r>
          </w:p>
        </w:tc>
        <w:tc>
          <w:tcPr>
            <w:tcW w:w="842" w:type="dxa"/>
          </w:tcPr>
          <w:p w14:paraId="43460B4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0.0691</w:t>
            </w:r>
          </w:p>
        </w:tc>
        <w:tc>
          <w:tcPr>
            <w:tcW w:w="1127" w:type="dxa"/>
          </w:tcPr>
          <w:p w14:paraId="712B510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TNFRSF1A</w:t>
            </w:r>
          </w:p>
        </w:tc>
        <w:tc>
          <w:tcPr>
            <w:tcW w:w="842" w:type="dxa"/>
          </w:tcPr>
          <w:p w14:paraId="25D19FB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-0.0683</w:t>
            </w:r>
          </w:p>
        </w:tc>
      </w:tr>
      <w:tr w:rsidR="006649DE" w:rsidRPr="00483CAB" w14:paraId="07BE08DC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1F597A6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89" w:type="dxa"/>
          </w:tcPr>
          <w:p w14:paraId="25C7B3B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PAX5</w:t>
            </w:r>
          </w:p>
        </w:tc>
        <w:tc>
          <w:tcPr>
            <w:tcW w:w="1071" w:type="dxa"/>
          </w:tcPr>
          <w:p w14:paraId="7946495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0.0594</w:t>
            </w:r>
          </w:p>
        </w:tc>
        <w:tc>
          <w:tcPr>
            <w:tcW w:w="1132" w:type="dxa"/>
          </w:tcPr>
          <w:p w14:paraId="1878BB5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CDKN1B</w:t>
            </w:r>
          </w:p>
        </w:tc>
        <w:tc>
          <w:tcPr>
            <w:tcW w:w="938" w:type="dxa"/>
          </w:tcPr>
          <w:p w14:paraId="6AB6E02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-0.0488</w:t>
            </w:r>
          </w:p>
        </w:tc>
        <w:tc>
          <w:tcPr>
            <w:tcW w:w="874" w:type="dxa"/>
          </w:tcPr>
          <w:p w14:paraId="04C1135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PFKM</w:t>
            </w:r>
          </w:p>
        </w:tc>
        <w:tc>
          <w:tcPr>
            <w:tcW w:w="842" w:type="dxa"/>
          </w:tcPr>
          <w:p w14:paraId="7E0F3FF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0.0667</w:t>
            </w:r>
          </w:p>
        </w:tc>
        <w:tc>
          <w:tcPr>
            <w:tcW w:w="1127" w:type="dxa"/>
          </w:tcPr>
          <w:p w14:paraId="2A16381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CFD</w:t>
            </w:r>
          </w:p>
        </w:tc>
        <w:tc>
          <w:tcPr>
            <w:tcW w:w="842" w:type="dxa"/>
          </w:tcPr>
          <w:p w14:paraId="3172449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-0.0682</w:t>
            </w:r>
          </w:p>
        </w:tc>
      </w:tr>
      <w:tr w:rsidR="006649DE" w:rsidRPr="00483CAB" w14:paraId="3362938F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206695A6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89" w:type="dxa"/>
          </w:tcPr>
          <w:p w14:paraId="1A87BDD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TRIP13</w:t>
            </w:r>
          </w:p>
        </w:tc>
        <w:tc>
          <w:tcPr>
            <w:tcW w:w="1071" w:type="dxa"/>
          </w:tcPr>
          <w:p w14:paraId="648AFEA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0.0593</w:t>
            </w:r>
          </w:p>
        </w:tc>
        <w:tc>
          <w:tcPr>
            <w:tcW w:w="1132" w:type="dxa"/>
          </w:tcPr>
          <w:p w14:paraId="435932A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ADD1</w:t>
            </w:r>
          </w:p>
        </w:tc>
        <w:tc>
          <w:tcPr>
            <w:tcW w:w="938" w:type="dxa"/>
          </w:tcPr>
          <w:p w14:paraId="4FF9EC0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-0.0475</w:t>
            </w:r>
          </w:p>
        </w:tc>
        <w:tc>
          <w:tcPr>
            <w:tcW w:w="874" w:type="dxa"/>
          </w:tcPr>
          <w:p w14:paraId="41E129A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FANCA</w:t>
            </w:r>
          </w:p>
        </w:tc>
        <w:tc>
          <w:tcPr>
            <w:tcW w:w="842" w:type="dxa"/>
          </w:tcPr>
          <w:p w14:paraId="7606D1D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0.0665</w:t>
            </w:r>
          </w:p>
        </w:tc>
        <w:tc>
          <w:tcPr>
            <w:tcW w:w="1127" w:type="dxa"/>
          </w:tcPr>
          <w:p w14:paraId="7EAD027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PECAM1</w:t>
            </w:r>
          </w:p>
        </w:tc>
        <w:tc>
          <w:tcPr>
            <w:tcW w:w="842" w:type="dxa"/>
          </w:tcPr>
          <w:p w14:paraId="4E4475A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-0.0660</w:t>
            </w:r>
          </w:p>
        </w:tc>
      </w:tr>
      <w:tr w:rsidR="006649DE" w:rsidRPr="00483CAB" w14:paraId="6FB7EF68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7C3B382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89" w:type="dxa"/>
          </w:tcPr>
          <w:p w14:paraId="59CA64E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CLEC5A</w:t>
            </w:r>
          </w:p>
        </w:tc>
        <w:tc>
          <w:tcPr>
            <w:tcW w:w="1071" w:type="dxa"/>
          </w:tcPr>
          <w:p w14:paraId="448DFA9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0.0591</w:t>
            </w:r>
          </w:p>
        </w:tc>
        <w:tc>
          <w:tcPr>
            <w:tcW w:w="1132" w:type="dxa"/>
          </w:tcPr>
          <w:p w14:paraId="15D3325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FAM198B</w:t>
            </w:r>
          </w:p>
        </w:tc>
        <w:tc>
          <w:tcPr>
            <w:tcW w:w="938" w:type="dxa"/>
          </w:tcPr>
          <w:p w14:paraId="623E47D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-0.0475</w:t>
            </w:r>
          </w:p>
        </w:tc>
        <w:tc>
          <w:tcPr>
            <w:tcW w:w="874" w:type="dxa"/>
          </w:tcPr>
          <w:p w14:paraId="0A57951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CDH2</w:t>
            </w:r>
          </w:p>
        </w:tc>
        <w:tc>
          <w:tcPr>
            <w:tcW w:w="842" w:type="dxa"/>
          </w:tcPr>
          <w:p w14:paraId="5D0083B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0.0649</w:t>
            </w:r>
          </w:p>
        </w:tc>
        <w:tc>
          <w:tcPr>
            <w:tcW w:w="1127" w:type="dxa"/>
          </w:tcPr>
          <w:p w14:paraId="77C9682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THBS2</w:t>
            </w:r>
          </w:p>
        </w:tc>
        <w:tc>
          <w:tcPr>
            <w:tcW w:w="842" w:type="dxa"/>
          </w:tcPr>
          <w:p w14:paraId="04ACAEB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-0.0656</w:t>
            </w:r>
          </w:p>
        </w:tc>
      </w:tr>
      <w:tr w:rsidR="006649DE" w:rsidRPr="00483CAB" w14:paraId="0943263D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E6860D0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89" w:type="dxa"/>
          </w:tcPr>
          <w:p w14:paraId="05570B7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CACNA2D3</w:t>
            </w:r>
          </w:p>
        </w:tc>
        <w:tc>
          <w:tcPr>
            <w:tcW w:w="1071" w:type="dxa"/>
          </w:tcPr>
          <w:p w14:paraId="775FB07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0.0588</w:t>
            </w:r>
          </w:p>
        </w:tc>
        <w:tc>
          <w:tcPr>
            <w:tcW w:w="1132" w:type="dxa"/>
          </w:tcPr>
          <w:p w14:paraId="2D01B61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EP300</w:t>
            </w:r>
          </w:p>
        </w:tc>
        <w:tc>
          <w:tcPr>
            <w:tcW w:w="938" w:type="dxa"/>
          </w:tcPr>
          <w:p w14:paraId="35B2BFA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-0.0473</w:t>
            </w:r>
          </w:p>
        </w:tc>
        <w:tc>
          <w:tcPr>
            <w:tcW w:w="874" w:type="dxa"/>
          </w:tcPr>
          <w:p w14:paraId="256F782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ATAD2</w:t>
            </w:r>
          </w:p>
        </w:tc>
        <w:tc>
          <w:tcPr>
            <w:tcW w:w="842" w:type="dxa"/>
          </w:tcPr>
          <w:p w14:paraId="406268F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0.0630</w:t>
            </w:r>
          </w:p>
        </w:tc>
        <w:tc>
          <w:tcPr>
            <w:tcW w:w="1127" w:type="dxa"/>
          </w:tcPr>
          <w:p w14:paraId="1A62511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TGFBR2</w:t>
            </w:r>
          </w:p>
        </w:tc>
        <w:tc>
          <w:tcPr>
            <w:tcW w:w="842" w:type="dxa"/>
          </w:tcPr>
          <w:p w14:paraId="48CD5BA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-0.0630</w:t>
            </w:r>
          </w:p>
        </w:tc>
      </w:tr>
      <w:tr w:rsidR="006649DE" w:rsidRPr="00483CAB" w14:paraId="7001D8E7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01EA795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89" w:type="dxa"/>
          </w:tcPr>
          <w:p w14:paraId="630FEC8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MELK</w:t>
            </w:r>
          </w:p>
        </w:tc>
        <w:tc>
          <w:tcPr>
            <w:tcW w:w="1071" w:type="dxa"/>
          </w:tcPr>
          <w:p w14:paraId="74F1B20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0.0586</w:t>
            </w:r>
          </w:p>
        </w:tc>
        <w:tc>
          <w:tcPr>
            <w:tcW w:w="1132" w:type="dxa"/>
          </w:tcPr>
          <w:p w14:paraId="7746F50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PPP2R1A</w:t>
            </w:r>
          </w:p>
        </w:tc>
        <w:tc>
          <w:tcPr>
            <w:tcW w:w="938" w:type="dxa"/>
          </w:tcPr>
          <w:p w14:paraId="7833FD8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-0.0470</w:t>
            </w:r>
          </w:p>
        </w:tc>
        <w:tc>
          <w:tcPr>
            <w:tcW w:w="874" w:type="dxa"/>
          </w:tcPr>
          <w:p w14:paraId="7D918C4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FLRT3</w:t>
            </w:r>
          </w:p>
        </w:tc>
        <w:tc>
          <w:tcPr>
            <w:tcW w:w="842" w:type="dxa"/>
          </w:tcPr>
          <w:p w14:paraId="53BFDCE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0.0615</w:t>
            </w:r>
          </w:p>
        </w:tc>
        <w:tc>
          <w:tcPr>
            <w:tcW w:w="1127" w:type="dxa"/>
          </w:tcPr>
          <w:p w14:paraId="028A8B0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CXorf36</w:t>
            </w:r>
          </w:p>
        </w:tc>
        <w:tc>
          <w:tcPr>
            <w:tcW w:w="842" w:type="dxa"/>
          </w:tcPr>
          <w:p w14:paraId="1804176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-0.0624</w:t>
            </w:r>
          </w:p>
        </w:tc>
      </w:tr>
      <w:tr w:rsidR="006649DE" w:rsidRPr="00483CAB" w14:paraId="7D925171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1EAFFA5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089" w:type="dxa"/>
          </w:tcPr>
          <w:p w14:paraId="7F5E1BC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CHRNA5</w:t>
            </w:r>
          </w:p>
        </w:tc>
        <w:tc>
          <w:tcPr>
            <w:tcW w:w="1071" w:type="dxa"/>
          </w:tcPr>
          <w:p w14:paraId="585D96E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0.0585</w:t>
            </w:r>
          </w:p>
        </w:tc>
        <w:tc>
          <w:tcPr>
            <w:tcW w:w="1132" w:type="dxa"/>
          </w:tcPr>
          <w:p w14:paraId="19724F6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TNKS2</w:t>
            </w:r>
          </w:p>
        </w:tc>
        <w:tc>
          <w:tcPr>
            <w:tcW w:w="938" w:type="dxa"/>
          </w:tcPr>
          <w:p w14:paraId="515D844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-0.0470</w:t>
            </w:r>
          </w:p>
        </w:tc>
        <w:tc>
          <w:tcPr>
            <w:tcW w:w="874" w:type="dxa"/>
          </w:tcPr>
          <w:p w14:paraId="0BA776E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SHC4</w:t>
            </w:r>
          </w:p>
        </w:tc>
        <w:tc>
          <w:tcPr>
            <w:tcW w:w="842" w:type="dxa"/>
          </w:tcPr>
          <w:p w14:paraId="328A164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0.0607</w:t>
            </w:r>
          </w:p>
        </w:tc>
        <w:tc>
          <w:tcPr>
            <w:tcW w:w="1127" w:type="dxa"/>
          </w:tcPr>
          <w:p w14:paraId="768458E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IL32</w:t>
            </w:r>
          </w:p>
        </w:tc>
        <w:tc>
          <w:tcPr>
            <w:tcW w:w="842" w:type="dxa"/>
          </w:tcPr>
          <w:p w14:paraId="4E53BD4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-0.0624</w:t>
            </w:r>
          </w:p>
        </w:tc>
      </w:tr>
      <w:tr w:rsidR="006649DE" w:rsidRPr="00483CAB" w14:paraId="028E3D47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14B62C5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89" w:type="dxa"/>
          </w:tcPr>
          <w:p w14:paraId="7419102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BCL2A1</w:t>
            </w:r>
          </w:p>
        </w:tc>
        <w:tc>
          <w:tcPr>
            <w:tcW w:w="1071" w:type="dxa"/>
          </w:tcPr>
          <w:p w14:paraId="008EB53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0.0583</w:t>
            </w:r>
          </w:p>
        </w:tc>
        <w:tc>
          <w:tcPr>
            <w:tcW w:w="1132" w:type="dxa"/>
          </w:tcPr>
          <w:p w14:paraId="7DCAC63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SKP2</w:t>
            </w:r>
          </w:p>
        </w:tc>
        <w:tc>
          <w:tcPr>
            <w:tcW w:w="938" w:type="dxa"/>
          </w:tcPr>
          <w:p w14:paraId="6723E20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-0.0458</w:t>
            </w:r>
          </w:p>
        </w:tc>
        <w:tc>
          <w:tcPr>
            <w:tcW w:w="874" w:type="dxa"/>
          </w:tcPr>
          <w:p w14:paraId="66A34A6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EFNA3</w:t>
            </w:r>
          </w:p>
        </w:tc>
        <w:tc>
          <w:tcPr>
            <w:tcW w:w="842" w:type="dxa"/>
          </w:tcPr>
          <w:p w14:paraId="216A818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0.0605</w:t>
            </w:r>
          </w:p>
        </w:tc>
        <w:tc>
          <w:tcPr>
            <w:tcW w:w="1127" w:type="dxa"/>
          </w:tcPr>
          <w:p w14:paraId="0DF6DFC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FHL1</w:t>
            </w:r>
          </w:p>
        </w:tc>
        <w:tc>
          <w:tcPr>
            <w:tcW w:w="842" w:type="dxa"/>
          </w:tcPr>
          <w:p w14:paraId="52F455D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-0.0620</w:t>
            </w:r>
          </w:p>
        </w:tc>
      </w:tr>
      <w:tr w:rsidR="006649DE" w:rsidRPr="00483CAB" w14:paraId="4A048B9B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25D17F4C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89" w:type="dxa"/>
          </w:tcPr>
          <w:p w14:paraId="710D4A6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KIF14</w:t>
            </w:r>
          </w:p>
        </w:tc>
        <w:tc>
          <w:tcPr>
            <w:tcW w:w="1071" w:type="dxa"/>
          </w:tcPr>
          <w:p w14:paraId="25ECEA7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0.0583</w:t>
            </w:r>
          </w:p>
        </w:tc>
        <w:tc>
          <w:tcPr>
            <w:tcW w:w="1132" w:type="dxa"/>
          </w:tcPr>
          <w:p w14:paraId="0CEC0AB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EPM2AIP1</w:t>
            </w:r>
          </w:p>
        </w:tc>
        <w:tc>
          <w:tcPr>
            <w:tcW w:w="938" w:type="dxa"/>
          </w:tcPr>
          <w:p w14:paraId="5662B68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-0.0453</w:t>
            </w:r>
          </w:p>
        </w:tc>
        <w:tc>
          <w:tcPr>
            <w:tcW w:w="874" w:type="dxa"/>
          </w:tcPr>
          <w:p w14:paraId="2401933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PIK3R2</w:t>
            </w:r>
          </w:p>
        </w:tc>
        <w:tc>
          <w:tcPr>
            <w:tcW w:w="842" w:type="dxa"/>
          </w:tcPr>
          <w:p w14:paraId="6B7A737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0.0587</w:t>
            </w:r>
          </w:p>
        </w:tc>
        <w:tc>
          <w:tcPr>
            <w:tcW w:w="1127" w:type="dxa"/>
          </w:tcPr>
          <w:p w14:paraId="53AC49B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CSF1</w:t>
            </w:r>
          </w:p>
        </w:tc>
        <w:tc>
          <w:tcPr>
            <w:tcW w:w="842" w:type="dxa"/>
          </w:tcPr>
          <w:p w14:paraId="1394AED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-0.0612</w:t>
            </w:r>
          </w:p>
        </w:tc>
      </w:tr>
      <w:tr w:rsidR="006649DE" w:rsidRPr="00483CAB" w14:paraId="3F9337CC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2B6C8BCE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89" w:type="dxa"/>
          </w:tcPr>
          <w:p w14:paraId="7E3C372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AURKA</w:t>
            </w:r>
          </w:p>
        </w:tc>
        <w:tc>
          <w:tcPr>
            <w:tcW w:w="1071" w:type="dxa"/>
          </w:tcPr>
          <w:p w14:paraId="671C9A6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0.0582</w:t>
            </w:r>
          </w:p>
        </w:tc>
        <w:tc>
          <w:tcPr>
            <w:tcW w:w="1132" w:type="dxa"/>
          </w:tcPr>
          <w:p w14:paraId="4F5D178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SPRY1</w:t>
            </w:r>
          </w:p>
        </w:tc>
        <w:tc>
          <w:tcPr>
            <w:tcW w:w="938" w:type="dxa"/>
          </w:tcPr>
          <w:p w14:paraId="415D286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-0.0448</w:t>
            </w:r>
          </w:p>
        </w:tc>
        <w:tc>
          <w:tcPr>
            <w:tcW w:w="874" w:type="dxa"/>
          </w:tcPr>
          <w:p w14:paraId="2DE4E43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IL20RA</w:t>
            </w:r>
          </w:p>
        </w:tc>
        <w:tc>
          <w:tcPr>
            <w:tcW w:w="842" w:type="dxa"/>
          </w:tcPr>
          <w:p w14:paraId="4115080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0.0582</w:t>
            </w:r>
          </w:p>
        </w:tc>
        <w:tc>
          <w:tcPr>
            <w:tcW w:w="1127" w:type="dxa"/>
          </w:tcPr>
          <w:p w14:paraId="5EE19E6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VSIR</w:t>
            </w:r>
          </w:p>
        </w:tc>
        <w:tc>
          <w:tcPr>
            <w:tcW w:w="842" w:type="dxa"/>
          </w:tcPr>
          <w:p w14:paraId="1087AA0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-0.0611</w:t>
            </w:r>
          </w:p>
        </w:tc>
      </w:tr>
      <w:tr w:rsidR="006649DE" w:rsidRPr="00483CAB" w14:paraId="43B6D6C9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DD051BF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089" w:type="dxa"/>
          </w:tcPr>
          <w:p w14:paraId="0BDCCE8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TMPRSS4</w:t>
            </w:r>
          </w:p>
        </w:tc>
        <w:tc>
          <w:tcPr>
            <w:tcW w:w="1071" w:type="dxa"/>
          </w:tcPr>
          <w:p w14:paraId="30ECB99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0.0580</w:t>
            </w:r>
          </w:p>
        </w:tc>
        <w:tc>
          <w:tcPr>
            <w:tcW w:w="1132" w:type="dxa"/>
          </w:tcPr>
          <w:p w14:paraId="04996CF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TAPBP</w:t>
            </w:r>
          </w:p>
        </w:tc>
        <w:tc>
          <w:tcPr>
            <w:tcW w:w="938" w:type="dxa"/>
          </w:tcPr>
          <w:p w14:paraId="0CF60AA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-0.0444</w:t>
            </w:r>
          </w:p>
        </w:tc>
        <w:tc>
          <w:tcPr>
            <w:tcW w:w="874" w:type="dxa"/>
          </w:tcPr>
          <w:p w14:paraId="5603C17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COL4A6</w:t>
            </w:r>
          </w:p>
        </w:tc>
        <w:tc>
          <w:tcPr>
            <w:tcW w:w="842" w:type="dxa"/>
          </w:tcPr>
          <w:p w14:paraId="69211A4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0.0579</w:t>
            </w:r>
          </w:p>
        </w:tc>
        <w:tc>
          <w:tcPr>
            <w:tcW w:w="1127" w:type="dxa"/>
          </w:tcPr>
          <w:p w14:paraId="35F9731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DLL4</w:t>
            </w:r>
          </w:p>
        </w:tc>
        <w:tc>
          <w:tcPr>
            <w:tcW w:w="842" w:type="dxa"/>
          </w:tcPr>
          <w:p w14:paraId="3DC1827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-0.0608</w:t>
            </w:r>
          </w:p>
        </w:tc>
      </w:tr>
      <w:tr w:rsidR="006649DE" w:rsidRPr="00483CAB" w14:paraId="25A423B9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585AC8C4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089" w:type="dxa"/>
          </w:tcPr>
          <w:p w14:paraId="2DD4E8B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IBSP</w:t>
            </w:r>
          </w:p>
        </w:tc>
        <w:tc>
          <w:tcPr>
            <w:tcW w:w="1071" w:type="dxa"/>
          </w:tcPr>
          <w:p w14:paraId="5BEF677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0.0577</w:t>
            </w:r>
          </w:p>
        </w:tc>
        <w:tc>
          <w:tcPr>
            <w:tcW w:w="1132" w:type="dxa"/>
          </w:tcPr>
          <w:p w14:paraId="0A618E5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NOTCH2</w:t>
            </w:r>
          </w:p>
        </w:tc>
        <w:tc>
          <w:tcPr>
            <w:tcW w:w="938" w:type="dxa"/>
          </w:tcPr>
          <w:p w14:paraId="5B9F2D7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-0.0444</w:t>
            </w:r>
          </w:p>
        </w:tc>
        <w:tc>
          <w:tcPr>
            <w:tcW w:w="874" w:type="dxa"/>
          </w:tcPr>
          <w:p w14:paraId="04A1455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MSH6</w:t>
            </w:r>
          </w:p>
        </w:tc>
        <w:tc>
          <w:tcPr>
            <w:tcW w:w="842" w:type="dxa"/>
          </w:tcPr>
          <w:p w14:paraId="39ED08A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0.0578</w:t>
            </w:r>
          </w:p>
        </w:tc>
        <w:tc>
          <w:tcPr>
            <w:tcW w:w="1127" w:type="dxa"/>
          </w:tcPr>
          <w:p w14:paraId="5571821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CCL14</w:t>
            </w:r>
          </w:p>
        </w:tc>
        <w:tc>
          <w:tcPr>
            <w:tcW w:w="842" w:type="dxa"/>
          </w:tcPr>
          <w:p w14:paraId="7E97EE7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-0.0601</w:t>
            </w:r>
          </w:p>
        </w:tc>
      </w:tr>
      <w:tr w:rsidR="006649DE" w:rsidRPr="00483CAB" w14:paraId="4D5C8979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24FB379E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089" w:type="dxa"/>
          </w:tcPr>
          <w:p w14:paraId="54915FD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TLX1</w:t>
            </w:r>
          </w:p>
        </w:tc>
        <w:tc>
          <w:tcPr>
            <w:tcW w:w="1071" w:type="dxa"/>
          </w:tcPr>
          <w:p w14:paraId="6816CB3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0.0575</w:t>
            </w:r>
          </w:p>
        </w:tc>
        <w:tc>
          <w:tcPr>
            <w:tcW w:w="1132" w:type="dxa"/>
          </w:tcPr>
          <w:p w14:paraId="4D7DFBF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IFNGR2</w:t>
            </w:r>
          </w:p>
        </w:tc>
        <w:tc>
          <w:tcPr>
            <w:tcW w:w="938" w:type="dxa"/>
          </w:tcPr>
          <w:p w14:paraId="7537A1B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-0.0442</w:t>
            </w:r>
          </w:p>
        </w:tc>
        <w:tc>
          <w:tcPr>
            <w:tcW w:w="874" w:type="dxa"/>
          </w:tcPr>
          <w:p w14:paraId="7244072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EZH2</w:t>
            </w:r>
          </w:p>
        </w:tc>
        <w:tc>
          <w:tcPr>
            <w:tcW w:w="842" w:type="dxa"/>
          </w:tcPr>
          <w:p w14:paraId="36D25D6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0.0570</w:t>
            </w:r>
          </w:p>
        </w:tc>
        <w:tc>
          <w:tcPr>
            <w:tcW w:w="1127" w:type="dxa"/>
          </w:tcPr>
          <w:p w14:paraId="3F56C96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ROBO4</w:t>
            </w:r>
          </w:p>
        </w:tc>
        <w:tc>
          <w:tcPr>
            <w:tcW w:w="842" w:type="dxa"/>
          </w:tcPr>
          <w:p w14:paraId="7F78839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-0.0601</w:t>
            </w:r>
          </w:p>
        </w:tc>
      </w:tr>
      <w:tr w:rsidR="006649DE" w:rsidRPr="00483CAB" w14:paraId="0B3AE78B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7212D686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089" w:type="dxa"/>
          </w:tcPr>
          <w:p w14:paraId="57BCBE4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GADD45G</w:t>
            </w:r>
          </w:p>
        </w:tc>
        <w:tc>
          <w:tcPr>
            <w:tcW w:w="1071" w:type="dxa"/>
          </w:tcPr>
          <w:p w14:paraId="7EDC7D5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0.0573</w:t>
            </w:r>
          </w:p>
        </w:tc>
        <w:tc>
          <w:tcPr>
            <w:tcW w:w="1132" w:type="dxa"/>
          </w:tcPr>
          <w:p w14:paraId="6BC13A6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ST6GALNAC2</w:t>
            </w:r>
          </w:p>
        </w:tc>
        <w:tc>
          <w:tcPr>
            <w:tcW w:w="938" w:type="dxa"/>
          </w:tcPr>
          <w:p w14:paraId="6EE9C26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-0.0442</w:t>
            </w:r>
          </w:p>
        </w:tc>
        <w:tc>
          <w:tcPr>
            <w:tcW w:w="874" w:type="dxa"/>
          </w:tcPr>
          <w:p w14:paraId="18D3CC8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SLC44A4</w:t>
            </w:r>
          </w:p>
        </w:tc>
        <w:tc>
          <w:tcPr>
            <w:tcW w:w="842" w:type="dxa"/>
          </w:tcPr>
          <w:p w14:paraId="105AFCB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0.0568</w:t>
            </w:r>
          </w:p>
        </w:tc>
        <w:tc>
          <w:tcPr>
            <w:tcW w:w="1127" w:type="dxa"/>
          </w:tcPr>
          <w:p w14:paraId="0D9CC00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TIE1</w:t>
            </w:r>
          </w:p>
        </w:tc>
        <w:tc>
          <w:tcPr>
            <w:tcW w:w="842" w:type="dxa"/>
          </w:tcPr>
          <w:p w14:paraId="517EDEE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-0.0598</w:t>
            </w:r>
          </w:p>
        </w:tc>
      </w:tr>
      <w:tr w:rsidR="006649DE" w:rsidRPr="00483CAB" w14:paraId="702F4CCA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DD170DF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089" w:type="dxa"/>
          </w:tcPr>
          <w:p w14:paraId="16E40FC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IL22RA2</w:t>
            </w:r>
          </w:p>
        </w:tc>
        <w:tc>
          <w:tcPr>
            <w:tcW w:w="1071" w:type="dxa"/>
          </w:tcPr>
          <w:p w14:paraId="463D129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0.0571</w:t>
            </w:r>
          </w:p>
        </w:tc>
        <w:tc>
          <w:tcPr>
            <w:tcW w:w="1132" w:type="dxa"/>
          </w:tcPr>
          <w:p w14:paraId="2FFEFC8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NSD1</w:t>
            </w:r>
          </w:p>
        </w:tc>
        <w:tc>
          <w:tcPr>
            <w:tcW w:w="938" w:type="dxa"/>
          </w:tcPr>
          <w:p w14:paraId="642AA06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-0.0442</w:t>
            </w:r>
          </w:p>
        </w:tc>
        <w:tc>
          <w:tcPr>
            <w:tcW w:w="874" w:type="dxa"/>
          </w:tcPr>
          <w:p w14:paraId="5259908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LEF1</w:t>
            </w:r>
          </w:p>
        </w:tc>
        <w:tc>
          <w:tcPr>
            <w:tcW w:w="842" w:type="dxa"/>
          </w:tcPr>
          <w:p w14:paraId="510B3CF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0.0565</w:t>
            </w:r>
          </w:p>
        </w:tc>
        <w:tc>
          <w:tcPr>
            <w:tcW w:w="1127" w:type="dxa"/>
          </w:tcPr>
          <w:p w14:paraId="372F0EC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CAV1</w:t>
            </w:r>
          </w:p>
        </w:tc>
        <w:tc>
          <w:tcPr>
            <w:tcW w:w="842" w:type="dxa"/>
          </w:tcPr>
          <w:p w14:paraId="235788F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-0.0597</w:t>
            </w:r>
          </w:p>
        </w:tc>
      </w:tr>
      <w:tr w:rsidR="006649DE" w:rsidRPr="00483CAB" w14:paraId="0054B619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1A1DD63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089" w:type="dxa"/>
          </w:tcPr>
          <w:p w14:paraId="19B7107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FGF13</w:t>
            </w:r>
          </w:p>
        </w:tc>
        <w:tc>
          <w:tcPr>
            <w:tcW w:w="1071" w:type="dxa"/>
          </w:tcPr>
          <w:p w14:paraId="1F001FA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0.0567</w:t>
            </w:r>
          </w:p>
        </w:tc>
        <w:tc>
          <w:tcPr>
            <w:tcW w:w="1132" w:type="dxa"/>
          </w:tcPr>
          <w:p w14:paraId="62CAB21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NSD3</w:t>
            </w:r>
          </w:p>
        </w:tc>
        <w:tc>
          <w:tcPr>
            <w:tcW w:w="938" w:type="dxa"/>
          </w:tcPr>
          <w:p w14:paraId="151E07B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-0.0439</w:t>
            </w:r>
          </w:p>
        </w:tc>
        <w:tc>
          <w:tcPr>
            <w:tcW w:w="874" w:type="dxa"/>
          </w:tcPr>
          <w:p w14:paraId="3C1A297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ERBB2</w:t>
            </w:r>
          </w:p>
        </w:tc>
        <w:tc>
          <w:tcPr>
            <w:tcW w:w="842" w:type="dxa"/>
          </w:tcPr>
          <w:p w14:paraId="52B62A2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0.0562</w:t>
            </w:r>
          </w:p>
        </w:tc>
        <w:tc>
          <w:tcPr>
            <w:tcW w:w="1127" w:type="dxa"/>
          </w:tcPr>
          <w:p w14:paraId="317BE52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IL33</w:t>
            </w:r>
          </w:p>
        </w:tc>
        <w:tc>
          <w:tcPr>
            <w:tcW w:w="842" w:type="dxa"/>
          </w:tcPr>
          <w:p w14:paraId="79139C0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-0.0597</w:t>
            </w:r>
          </w:p>
        </w:tc>
      </w:tr>
      <w:tr w:rsidR="006649DE" w:rsidRPr="00483CAB" w14:paraId="3345ADD3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CDA8791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089" w:type="dxa"/>
          </w:tcPr>
          <w:p w14:paraId="768F9F2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NDC80</w:t>
            </w:r>
          </w:p>
        </w:tc>
        <w:tc>
          <w:tcPr>
            <w:tcW w:w="1071" w:type="dxa"/>
          </w:tcPr>
          <w:p w14:paraId="7ED90BA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0.0562</w:t>
            </w:r>
          </w:p>
        </w:tc>
        <w:tc>
          <w:tcPr>
            <w:tcW w:w="1132" w:type="dxa"/>
          </w:tcPr>
          <w:p w14:paraId="67A1154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TLE3</w:t>
            </w:r>
          </w:p>
        </w:tc>
        <w:tc>
          <w:tcPr>
            <w:tcW w:w="938" w:type="dxa"/>
          </w:tcPr>
          <w:p w14:paraId="29BB331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-0.0436</w:t>
            </w:r>
          </w:p>
        </w:tc>
        <w:tc>
          <w:tcPr>
            <w:tcW w:w="874" w:type="dxa"/>
          </w:tcPr>
          <w:p w14:paraId="0DA4E15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E2F3</w:t>
            </w:r>
          </w:p>
        </w:tc>
        <w:tc>
          <w:tcPr>
            <w:tcW w:w="842" w:type="dxa"/>
          </w:tcPr>
          <w:p w14:paraId="0964849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0.0561</w:t>
            </w:r>
          </w:p>
        </w:tc>
        <w:tc>
          <w:tcPr>
            <w:tcW w:w="1127" w:type="dxa"/>
          </w:tcPr>
          <w:p w14:paraId="704070F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HLA-DMA</w:t>
            </w:r>
          </w:p>
        </w:tc>
        <w:tc>
          <w:tcPr>
            <w:tcW w:w="842" w:type="dxa"/>
          </w:tcPr>
          <w:p w14:paraId="733AD68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-0.0595</w:t>
            </w:r>
          </w:p>
        </w:tc>
      </w:tr>
      <w:tr w:rsidR="006649DE" w:rsidRPr="00483CAB" w14:paraId="102C07F5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32A3FF6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089" w:type="dxa"/>
          </w:tcPr>
          <w:p w14:paraId="56E47EB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WT1</w:t>
            </w:r>
          </w:p>
        </w:tc>
        <w:tc>
          <w:tcPr>
            <w:tcW w:w="1071" w:type="dxa"/>
          </w:tcPr>
          <w:p w14:paraId="16DDC46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0.0559</w:t>
            </w:r>
          </w:p>
        </w:tc>
        <w:tc>
          <w:tcPr>
            <w:tcW w:w="1132" w:type="dxa"/>
          </w:tcPr>
          <w:p w14:paraId="54C3F39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SP1</w:t>
            </w:r>
          </w:p>
        </w:tc>
        <w:tc>
          <w:tcPr>
            <w:tcW w:w="938" w:type="dxa"/>
          </w:tcPr>
          <w:p w14:paraId="7C65AC3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-0.0434</w:t>
            </w:r>
          </w:p>
        </w:tc>
        <w:tc>
          <w:tcPr>
            <w:tcW w:w="874" w:type="dxa"/>
          </w:tcPr>
          <w:p w14:paraId="638CC68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COL9A3</w:t>
            </w:r>
          </w:p>
        </w:tc>
        <w:tc>
          <w:tcPr>
            <w:tcW w:w="842" w:type="dxa"/>
          </w:tcPr>
          <w:p w14:paraId="2AA9B96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0.0559</w:t>
            </w:r>
          </w:p>
        </w:tc>
        <w:tc>
          <w:tcPr>
            <w:tcW w:w="1127" w:type="dxa"/>
          </w:tcPr>
          <w:p w14:paraId="4C3AAEB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VIM</w:t>
            </w:r>
          </w:p>
        </w:tc>
        <w:tc>
          <w:tcPr>
            <w:tcW w:w="842" w:type="dxa"/>
          </w:tcPr>
          <w:p w14:paraId="024E47F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-0.0593</w:t>
            </w:r>
          </w:p>
        </w:tc>
      </w:tr>
      <w:tr w:rsidR="006649DE" w:rsidRPr="00483CAB" w14:paraId="52617474" w14:textId="77777777" w:rsidTr="00093C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439F616" w14:textId="77777777" w:rsidR="006649DE" w:rsidRPr="00483CAB" w:rsidRDefault="00483CAB" w:rsidP="00483C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089" w:type="dxa"/>
          </w:tcPr>
          <w:p w14:paraId="3EA2575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BLM</w:t>
            </w:r>
          </w:p>
        </w:tc>
        <w:tc>
          <w:tcPr>
            <w:tcW w:w="1071" w:type="dxa"/>
          </w:tcPr>
          <w:p w14:paraId="74FCE0D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0.0557</w:t>
            </w:r>
          </w:p>
        </w:tc>
        <w:tc>
          <w:tcPr>
            <w:tcW w:w="1132" w:type="dxa"/>
          </w:tcPr>
          <w:p w14:paraId="244B9D0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TLR4</w:t>
            </w:r>
          </w:p>
        </w:tc>
        <w:tc>
          <w:tcPr>
            <w:tcW w:w="938" w:type="dxa"/>
          </w:tcPr>
          <w:p w14:paraId="03D51E6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-0.0430</w:t>
            </w:r>
          </w:p>
        </w:tc>
        <w:tc>
          <w:tcPr>
            <w:tcW w:w="874" w:type="dxa"/>
          </w:tcPr>
          <w:p w14:paraId="21FBC94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WNT4</w:t>
            </w:r>
          </w:p>
        </w:tc>
        <w:tc>
          <w:tcPr>
            <w:tcW w:w="842" w:type="dxa"/>
          </w:tcPr>
          <w:p w14:paraId="536598A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0.0558</w:t>
            </w:r>
          </w:p>
        </w:tc>
        <w:tc>
          <w:tcPr>
            <w:tcW w:w="1127" w:type="dxa"/>
          </w:tcPr>
          <w:p w14:paraId="7B9E6C8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S100A9</w:t>
            </w:r>
          </w:p>
        </w:tc>
        <w:tc>
          <w:tcPr>
            <w:tcW w:w="842" w:type="dxa"/>
          </w:tcPr>
          <w:p w14:paraId="07B553E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83CAB">
              <w:rPr>
                <w:rFonts w:ascii="Arial" w:hAnsi="Arial" w:cs="Arial"/>
                <w:sz w:val="18"/>
                <w:szCs w:val="18"/>
              </w:rPr>
              <w:t>-0.0592</w:t>
            </w:r>
          </w:p>
        </w:tc>
      </w:tr>
    </w:tbl>
    <w:p w14:paraId="7FBD594F" w14:textId="77777777" w:rsidR="006649DE" w:rsidRPr="00483CAB" w:rsidRDefault="006649DE" w:rsidP="00483CAB">
      <w:pPr>
        <w:spacing w:after="0" w:line="240" w:lineRule="auto"/>
        <w:rPr>
          <w:rFonts w:ascii="Arial" w:hAnsi="Arial" w:cs="Arial"/>
        </w:rPr>
      </w:pPr>
    </w:p>
    <w:p w14:paraId="49CF1F5B" w14:textId="77777777" w:rsidR="00483CAB" w:rsidRDefault="00483CA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E2B67C2" w14:textId="3964CAF4" w:rsidR="006649DE" w:rsidRDefault="00483CAB" w:rsidP="00483CAB">
      <w:pPr>
        <w:spacing w:after="0" w:line="240" w:lineRule="auto"/>
        <w:jc w:val="both"/>
        <w:rPr>
          <w:rFonts w:ascii="Arial" w:hAnsi="Arial" w:cs="Arial"/>
        </w:rPr>
      </w:pPr>
      <w:r w:rsidRPr="00483CAB">
        <w:rPr>
          <w:rFonts w:ascii="Arial" w:hAnsi="Arial" w:cs="Arial"/>
          <w:b/>
        </w:rPr>
        <w:lastRenderedPageBreak/>
        <w:t>Table S</w:t>
      </w:r>
      <w:r>
        <w:rPr>
          <w:rFonts w:ascii="Arial" w:hAnsi="Arial" w:cs="Arial"/>
          <w:b/>
        </w:rPr>
        <w:t>1</w:t>
      </w:r>
      <w:r w:rsidRPr="00483CAB">
        <w:rPr>
          <w:rFonts w:ascii="Arial" w:hAnsi="Arial" w:cs="Arial"/>
          <w:b/>
        </w:rPr>
        <w:t>B. Loadings for pre-specified immune and stromal/ECM/TGFβ signature genes</w:t>
      </w:r>
      <w:r>
        <w:rPr>
          <w:rFonts w:ascii="Arial" w:hAnsi="Arial" w:cs="Arial"/>
        </w:rPr>
        <w:t xml:space="preserve">. </w:t>
      </w:r>
      <w:r w:rsidRPr="00483CAB">
        <w:rPr>
          <w:rFonts w:ascii="Arial" w:hAnsi="Arial" w:cs="Arial"/>
        </w:rPr>
        <w:t>Loadings shown for the genes used in the immune and stromal/ECM/TGFβ signatures defined in the manuscript.</w:t>
      </w:r>
    </w:p>
    <w:p w14:paraId="5E740659" w14:textId="77777777" w:rsidR="00483CAB" w:rsidRPr="00483CAB" w:rsidRDefault="00483CAB" w:rsidP="00483CAB">
      <w:pPr>
        <w:spacing w:after="0" w:line="240" w:lineRule="auto"/>
        <w:rPr>
          <w:rFonts w:ascii="Arial" w:hAnsi="Arial" w:cs="Arial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2158"/>
        <w:gridCol w:w="2160"/>
        <w:gridCol w:w="2156"/>
        <w:gridCol w:w="2156"/>
      </w:tblGrid>
      <w:tr w:rsidR="006649DE" w:rsidRPr="00483CAB" w14:paraId="28FD1F0C" w14:textId="77777777" w:rsidTr="00483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2383155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Gene</w:t>
            </w:r>
          </w:p>
        </w:tc>
        <w:tc>
          <w:tcPr>
            <w:tcW w:w="2160" w:type="dxa"/>
          </w:tcPr>
          <w:p w14:paraId="40C931AB" w14:textId="77777777" w:rsidR="006649DE" w:rsidRPr="00483CAB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Signature</w:t>
            </w:r>
          </w:p>
        </w:tc>
        <w:tc>
          <w:tcPr>
            <w:tcW w:w="2160" w:type="dxa"/>
          </w:tcPr>
          <w:p w14:paraId="018331E9" w14:textId="77777777" w:rsidR="006649DE" w:rsidRPr="00483CAB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PC1 loading</w:t>
            </w:r>
          </w:p>
        </w:tc>
        <w:tc>
          <w:tcPr>
            <w:tcW w:w="2160" w:type="dxa"/>
          </w:tcPr>
          <w:p w14:paraId="211E7863" w14:textId="77777777" w:rsidR="006649DE" w:rsidRPr="00483CAB" w:rsidRDefault="00483CAB" w:rsidP="00483C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PC2 loading</w:t>
            </w:r>
          </w:p>
        </w:tc>
      </w:tr>
      <w:tr w:rsidR="006649DE" w:rsidRPr="00483CAB" w14:paraId="0CB83CF8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19CCD5E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GZMB</w:t>
            </w:r>
          </w:p>
        </w:tc>
        <w:tc>
          <w:tcPr>
            <w:tcW w:w="2160" w:type="dxa"/>
          </w:tcPr>
          <w:p w14:paraId="477F3B3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7710A28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0.0539</w:t>
            </w:r>
          </w:p>
        </w:tc>
        <w:tc>
          <w:tcPr>
            <w:tcW w:w="2160" w:type="dxa"/>
          </w:tcPr>
          <w:p w14:paraId="54383E3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-0.0193</w:t>
            </w:r>
          </w:p>
        </w:tc>
      </w:tr>
      <w:tr w:rsidR="006649DE" w:rsidRPr="00483CAB" w14:paraId="426E65B3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307C047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PDCD1</w:t>
            </w:r>
          </w:p>
        </w:tc>
        <w:tc>
          <w:tcPr>
            <w:tcW w:w="2160" w:type="dxa"/>
          </w:tcPr>
          <w:p w14:paraId="2B68108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524ECF6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0.0515</w:t>
            </w:r>
          </w:p>
        </w:tc>
        <w:tc>
          <w:tcPr>
            <w:tcW w:w="2160" w:type="dxa"/>
          </w:tcPr>
          <w:p w14:paraId="347688E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-0.0082</w:t>
            </w:r>
          </w:p>
        </w:tc>
      </w:tr>
      <w:tr w:rsidR="006649DE" w:rsidRPr="00483CAB" w14:paraId="6F77D503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04059D3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IFNG</w:t>
            </w:r>
          </w:p>
        </w:tc>
        <w:tc>
          <w:tcPr>
            <w:tcW w:w="2160" w:type="dxa"/>
          </w:tcPr>
          <w:p w14:paraId="5FC2A64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4972D01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0.0453</w:t>
            </w:r>
          </w:p>
        </w:tc>
        <w:tc>
          <w:tcPr>
            <w:tcW w:w="2160" w:type="dxa"/>
          </w:tcPr>
          <w:p w14:paraId="54A595F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0.0143</w:t>
            </w:r>
          </w:p>
        </w:tc>
      </w:tr>
      <w:tr w:rsidR="006649DE" w:rsidRPr="00483CAB" w14:paraId="71F4D866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333C694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CD3E</w:t>
            </w:r>
          </w:p>
        </w:tc>
        <w:tc>
          <w:tcPr>
            <w:tcW w:w="2160" w:type="dxa"/>
          </w:tcPr>
          <w:p w14:paraId="54560A9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03E0E8C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0.0400</w:t>
            </w:r>
          </w:p>
        </w:tc>
        <w:tc>
          <w:tcPr>
            <w:tcW w:w="2160" w:type="dxa"/>
          </w:tcPr>
          <w:p w14:paraId="664EA3F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-0.0215</w:t>
            </w:r>
          </w:p>
        </w:tc>
      </w:tr>
      <w:tr w:rsidR="006649DE" w:rsidRPr="00483CAB" w14:paraId="501FAA93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91EBE8F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ICOS</w:t>
            </w:r>
          </w:p>
        </w:tc>
        <w:tc>
          <w:tcPr>
            <w:tcW w:w="2160" w:type="dxa"/>
          </w:tcPr>
          <w:p w14:paraId="0B81576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7C01FF7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0.0393</w:t>
            </w:r>
          </w:p>
        </w:tc>
        <w:tc>
          <w:tcPr>
            <w:tcW w:w="2160" w:type="dxa"/>
          </w:tcPr>
          <w:p w14:paraId="73B3B47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-0.0054</w:t>
            </w:r>
          </w:p>
        </w:tc>
      </w:tr>
      <w:tr w:rsidR="006649DE" w:rsidRPr="00483CAB" w14:paraId="42B320DC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9DFA5C9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CCR5</w:t>
            </w:r>
          </w:p>
        </w:tc>
        <w:tc>
          <w:tcPr>
            <w:tcW w:w="2160" w:type="dxa"/>
          </w:tcPr>
          <w:p w14:paraId="43E80EC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388C8ED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0.0299</w:t>
            </w:r>
          </w:p>
        </w:tc>
        <w:tc>
          <w:tcPr>
            <w:tcW w:w="2160" w:type="dxa"/>
          </w:tcPr>
          <w:p w14:paraId="035082B6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-0.0284</w:t>
            </w:r>
          </w:p>
        </w:tc>
      </w:tr>
      <w:tr w:rsidR="006649DE" w:rsidRPr="00483CAB" w14:paraId="7DAA0424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D008039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PRF1</w:t>
            </w:r>
          </w:p>
        </w:tc>
        <w:tc>
          <w:tcPr>
            <w:tcW w:w="2160" w:type="dxa"/>
          </w:tcPr>
          <w:p w14:paraId="4743F58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1530235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0.0248</w:t>
            </w:r>
          </w:p>
        </w:tc>
        <w:tc>
          <w:tcPr>
            <w:tcW w:w="2160" w:type="dxa"/>
          </w:tcPr>
          <w:p w14:paraId="72C7FFB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0.0268</w:t>
            </w:r>
          </w:p>
        </w:tc>
      </w:tr>
      <w:tr w:rsidR="006649DE" w:rsidRPr="00483CAB" w14:paraId="19F24FE4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E6DD23C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CD3D</w:t>
            </w:r>
          </w:p>
        </w:tc>
        <w:tc>
          <w:tcPr>
            <w:tcW w:w="2160" w:type="dxa"/>
          </w:tcPr>
          <w:p w14:paraId="56273D0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3A5E4CA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0.0229</w:t>
            </w:r>
          </w:p>
        </w:tc>
        <w:tc>
          <w:tcPr>
            <w:tcW w:w="2160" w:type="dxa"/>
          </w:tcPr>
          <w:p w14:paraId="4EAE90B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-0.0451</w:t>
            </w:r>
          </w:p>
        </w:tc>
      </w:tr>
      <w:tr w:rsidR="006649DE" w:rsidRPr="00483CAB" w14:paraId="1DDA14C2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FEF9306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CD8B</w:t>
            </w:r>
          </w:p>
        </w:tc>
        <w:tc>
          <w:tcPr>
            <w:tcW w:w="2160" w:type="dxa"/>
          </w:tcPr>
          <w:p w14:paraId="24E84C0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7EB9BCA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0.0223</w:t>
            </w:r>
          </w:p>
        </w:tc>
        <w:tc>
          <w:tcPr>
            <w:tcW w:w="2160" w:type="dxa"/>
          </w:tcPr>
          <w:p w14:paraId="368816A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0.0406</w:t>
            </w:r>
          </w:p>
        </w:tc>
      </w:tr>
      <w:tr w:rsidR="006649DE" w:rsidRPr="00483CAB" w14:paraId="7F07A3B1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25B1544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CXCL13</w:t>
            </w:r>
          </w:p>
        </w:tc>
        <w:tc>
          <w:tcPr>
            <w:tcW w:w="2160" w:type="dxa"/>
          </w:tcPr>
          <w:p w14:paraId="0B4BB3C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723CF6F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0.0183</w:t>
            </w:r>
          </w:p>
        </w:tc>
        <w:tc>
          <w:tcPr>
            <w:tcW w:w="2160" w:type="dxa"/>
          </w:tcPr>
          <w:p w14:paraId="27DA5BF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0.0093</w:t>
            </w:r>
          </w:p>
        </w:tc>
      </w:tr>
      <w:tr w:rsidR="006649DE" w:rsidRPr="00483CAB" w14:paraId="209B8FEB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31FB2A3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CXCL11</w:t>
            </w:r>
          </w:p>
        </w:tc>
        <w:tc>
          <w:tcPr>
            <w:tcW w:w="2160" w:type="dxa"/>
          </w:tcPr>
          <w:p w14:paraId="5215027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0B0B59C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0.0176</w:t>
            </w:r>
          </w:p>
        </w:tc>
        <w:tc>
          <w:tcPr>
            <w:tcW w:w="2160" w:type="dxa"/>
          </w:tcPr>
          <w:p w14:paraId="4D7F1D8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0.0040</w:t>
            </w:r>
          </w:p>
        </w:tc>
      </w:tr>
      <w:tr w:rsidR="006649DE" w:rsidRPr="00483CAB" w14:paraId="4CA86F53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AECEABD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CXCL10</w:t>
            </w:r>
          </w:p>
        </w:tc>
        <w:tc>
          <w:tcPr>
            <w:tcW w:w="2160" w:type="dxa"/>
          </w:tcPr>
          <w:p w14:paraId="3DF6094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22CE167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0.0078</w:t>
            </w:r>
          </w:p>
        </w:tc>
        <w:tc>
          <w:tcPr>
            <w:tcW w:w="2160" w:type="dxa"/>
          </w:tcPr>
          <w:p w14:paraId="573FFBB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-0.0331</w:t>
            </w:r>
          </w:p>
        </w:tc>
      </w:tr>
      <w:tr w:rsidR="006649DE" w:rsidRPr="00483CAB" w14:paraId="69864B4B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4C3A6CE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CXCL9</w:t>
            </w:r>
          </w:p>
        </w:tc>
        <w:tc>
          <w:tcPr>
            <w:tcW w:w="2160" w:type="dxa"/>
          </w:tcPr>
          <w:p w14:paraId="10E31D0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73DC860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0.0018</w:t>
            </w:r>
          </w:p>
        </w:tc>
        <w:tc>
          <w:tcPr>
            <w:tcW w:w="2160" w:type="dxa"/>
          </w:tcPr>
          <w:p w14:paraId="6E0FA6F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-0.0278</w:t>
            </w:r>
          </w:p>
        </w:tc>
      </w:tr>
      <w:tr w:rsidR="006649DE" w:rsidRPr="00483CAB" w14:paraId="0D6FD325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003612C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CD8A</w:t>
            </w:r>
          </w:p>
        </w:tc>
        <w:tc>
          <w:tcPr>
            <w:tcW w:w="2160" w:type="dxa"/>
          </w:tcPr>
          <w:p w14:paraId="7CB3C88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182099F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-0.0012</w:t>
            </w:r>
          </w:p>
        </w:tc>
        <w:tc>
          <w:tcPr>
            <w:tcW w:w="2160" w:type="dxa"/>
          </w:tcPr>
          <w:p w14:paraId="35BF781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-0.0235</w:t>
            </w:r>
          </w:p>
        </w:tc>
      </w:tr>
      <w:tr w:rsidR="006649DE" w:rsidRPr="00483CAB" w14:paraId="6A7563EE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603E76B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HLA-DRB1</w:t>
            </w:r>
          </w:p>
        </w:tc>
        <w:tc>
          <w:tcPr>
            <w:tcW w:w="2160" w:type="dxa"/>
          </w:tcPr>
          <w:p w14:paraId="2ED1B77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3E77D73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-0.0112</w:t>
            </w:r>
          </w:p>
        </w:tc>
        <w:tc>
          <w:tcPr>
            <w:tcW w:w="2160" w:type="dxa"/>
          </w:tcPr>
          <w:p w14:paraId="1687954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-0.0106</w:t>
            </w:r>
          </w:p>
        </w:tc>
      </w:tr>
      <w:tr w:rsidR="006649DE" w:rsidRPr="00483CAB" w14:paraId="300E19EE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4879DB1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CD4</w:t>
            </w:r>
          </w:p>
        </w:tc>
        <w:tc>
          <w:tcPr>
            <w:tcW w:w="2160" w:type="dxa"/>
          </w:tcPr>
          <w:p w14:paraId="51B96F4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51EF112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-0.0141</w:t>
            </w:r>
          </w:p>
        </w:tc>
        <w:tc>
          <w:tcPr>
            <w:tcW w:w="2160" w:type="dxa"/>
          </w:tcPr>
          <w:p w14:paraId="5B71992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-0.0351</w:t>
            </w:r>
          </w:p>
        </w:tc>
      </w:tr>
      <w:tr w:rsidR="006649DE" w:rsidRPr="00483CAB" w14:paraId="7BA4BF5B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8059D59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LAG3</w:t>
            </w:r>
          </w:p>
        </w:tc>
        <w:tc>
          <w:tcPr>
            <w:tcW w:w="2160" w:type="dxa"/>
          </w:tcPr>
          <w:p w14:paraId="7A7229A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08B5196E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-0.0149</w:t>
            </w:r>
          </w:p>
        </w:tc>
        <w:tc>
          <w:tcPr>
            <w:tcW w:w="2160" w:type="dxa"/>
          </w:tcPr>
          <w:p w14:paraId="269D4D2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-0.0329</w:t>
            </w:r>
          </w:p>
        </w:tc>
      </w:tr>
      <w:tr w:rsidR="006649DE" w:rsidRPr="00483CAB" w14:paraId="3DF38332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A4DF420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HLA-DRA</w:t>
            </w:r>
          </w:p>
        </w:tc>
        <w:tc>
          <w:tcPr>
            <w:tcW w:w="2160" w:type="dxa"/>
          </w:tcPr>
          <w:p w14:paraId="1B9B696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Immune</w:t>
            </w:r>
          </w:p>
        </w:tc>
        <w:tc>
          <w:tcPr>
            <w:tcW w:w="2160" w:type="dxa"/>
          </w:tcPr>
          <w:p w14:paraId="3426B4E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-0.0238</w:t>
            </w:r>
          </w:p>
        </w:tc>
        <w:tc>
          <w:tcPr>
            <w:tcW w:w="2160" w:type="dxa"/>
          </w:tcPr>
          <w:p w14:paraId="4BF62B9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-0.0415</w:t>
            </w:r>
          </w:p>
        </w:tc>
      </w:tr>
      <w:tr w:rsidR="006649DE" w:rsidRPr="00483CAB" w14:paraId="19B57311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1FCDD3F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COL11A1</w:t>
            </w:r>
          </w:p>
        </w:tc>
        <w:tc>
          <w:tcPr>
            <w:tcW w:w="2160" w:type="dxa"/>
          </w:tcPr>
          <w:p w14:paraId="1CC089B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216EE99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0.0330</w:t>
            </w:r>
          </w:p>
        </w:tc>
        <w:tc>
          <w:tcPr>
            <w:tcW w:w="2160" w:type="dxa"/>
          </w:tcPr>
          <w:p w14:paraId="37036E9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0.0312</w:t>
            </w:r>
          </w:p>
        </w:tc>
      </w:tr>
      <w:tr w:rsidR="006649DE" w:rsidRPr="00483CAB" w14:paraId="20D653A5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10C041A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MMP9</w:t>
            </w:r>
          </w:p>
        </w:tc>
        <w:tc>
          <w:tcPr>
            <w:tcW w:w="2160" w:type="dxa"/>
          </w:tcPr>
          <w:p w14:paraId="25064AB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7D6E00B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0.0105</w:t>
            </w:r>
          </w:p>
        </w:tc>
        <w:tc>
          <w:tcPr>
            <w:tcW w:w="2160" w:type="dxa"/>
          </w:tcPr>
          <w:p w14:paraId="001E2DF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0.0208</w:t>
            </w:r>
          </w:p>
        </w:tc>
      </w:tr>
      <w:tr w:rsidR="006649DE" w:rsidRPr="00483CAB" w14:paraId="713540CC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9539E88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FAP</w:t>
            </w:r>
          </w:p>
        </w:tc>
        <w:tc>
          <w:tcPr>
            <w:tcW w:w="2160" w:type="dxa"/>
          </w:tcPr>
          <w:p w14:paraId="77F5BB7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2925D24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0.0082</w:t>
            </w:r>
          </w:p>
        </w:tc>
        <w:tc>
          <w:tcPr>
            <w:tcW w:w="2160" w:type="dxa"/>
          </w:tcPr>
          <w:p w14:paraId="2B01701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-0.0249</w:t>
            </w:r>
          </w:p>
        </w:tc>
      </w:tr>
      <w:tr w:rsidR="006649DE" w:rsidRPr="00483CAB" w14:paraId="21C7D27E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303BF48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TGFB3</w:t>
            </w:r>
          </w:p>
        </w:tc>
        <w:tc>
          <w:tcPr>
            <w:tcW w:w="2160" w:type="dxa"/>
          </w:tcPr>
          <w:p w14:paraId="61CDF9A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35EF8D5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-0.0130</w:t>
            </w:r>
          </w:p>
        </w:tc>
        <w:tc>
          <w:tcPr>
            <w:tcW w:w="2160" w:type="dxa"/>
          </w:tcPr>
          <w:p w14:paraId="420DAD8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0.0526</w:t>
            </w:r>
          </w:p>
        </w:tc>
      </w:tr>
      <w:tr w:rsidR="006649DE" w:rsidRPr="00483CAB" w14:paraId="25938AC9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9E2DE34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COL5A1</w:t>
            </w:r>
          </w:p>
        </w:tc>
        <w:tc>
          <w:tcPr>
            <w:tcW w:w="2160" w:type="dxa"/>
          </w:tcPr>
          <w:p w14:paraId="5F732DB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60AE4BA7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-0.0167</w:t>
            </w:r>
          </w:p>
        </w:tc>
        <w:tc>
          <w:tcPr>
            <w:tcW w:w="2160" w:type="dxa"/>
          </w:tcPr>
          <w:p w14:paraId="1999350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0.0183</w:t>
            </w:r>
          </w:p>
        </w:tc>
      </w:tr>
      <w:tr w:rsidR="006649DE" w:rsidRPr="00483CAB" w14:paraId="082E2859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83FFA91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PTEN</w:t>
            </w:r>
          </w:p>
        </w:tc>
        <w:tc>
          <w:tcPr>
            <w:tcW w:w="2160" w:type="dxa"/>
          </w:tcPr>
          <w:p w14:paraId="397C535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7195C8B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-0.0272</w:t>
            </w:r>
          </w:p>
        </w:tc>
        <w:tc>
          <w:tcPr>
            <w:tcW w:w="2160" w:type="dxa"/>
          </w:tcPr>
          <w:p w14:paraId="1A429A8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0.0409</w:t>
            </w:r>
          </w:p>
        </w:tc>
      </w:tr>
      <w:tr w:rsidR="006649DE" w:rsidRPr="00483CAB" w14:paraId="05717DFF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DCE9DDE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VCAN</w:t>
            </w:r>
          </w:p>
        </w:tc>
        <w:tc>
          <w:tcPr>
            <w:tcW w:w="2160" w:type="dxa"/>
          </w:tcPr>
          <w:p w14:paraId="2A8B4F0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3D6473E0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-0.0287</w:t>
            </w:r>
          </w:p>
        </w:tc>
        <w:tc>
          <w:tcPr>
            <w:tcW w:w="2160" w:type="dxa"/>
          </w:tcPr>
          <w:p w14:paraId="51BE1D29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0.0042</w:t>
            </w:r>
          </w:p>
        </w:tc>
      </w:tr>
      <w:tr w:rsidR="006649DE" w:rsidRPr="00483CAB" w14:paraId="6F451E1A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DFB59C7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SMAD5</w:t>
            </w:r>
          </w:p>
        </w:tc>
        <w:tc>
          <w:tcPr>
            <w:tcW w:w="2160" w:type="dxa"/>
          </w:tcPr>
          <w:p w14:paraId="5EB025B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26A307F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-0.0306</w:t>
            </w:r>
          </w:p>
        </w:tc>
        <w:tc>
          <w:tcPr>
            <w:tcW w:w="2160" w:type="dxa"/>
          </w:tcPr>
          <w:p w14:paraId="57764515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0.0409</w:t>
            </w:r>
          </w:p>
        </w:tc>
      </w:tr>
      <w:tr w:rsidR="006649DE" w:rsidRPr="00483CAB" w14:paraId="3AA7E513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9A0C5BA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ITGAV</w:t>
            </w:r>
          </w:p>
        </w:tc>
        <w:tc>
          <w:tcPr>
            <w:tcW w:w="2160" w:type="dxa"/>
          </w:tcPr>
          <w:p w14:paraId="37CE5B32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028D52DA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-0.0315</w:t>
            </w:r>
          </w:p>
        </w:tc>
        <w:tc>
          <w:tcPr>
            <w:tcW w:w="2160" w:type="dxa"/>
          </w:tcPr>
          <w:p w14:paraId="02B025D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0.0224</w:t>
            </w:r>
          </w:p>
        </w:tc>
      </w:tr>
      <w:tr w:rsidR="006649DE" w:rsidRPr="00483CAB" w14:paraId="06342509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60BD713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NF1</w:t>
            </w:r>
          </w:p>
        </w:tc>
        <w:tc>
          <w:tcPr>
            <w:tcW w:w="2160" w:type="dxa"/>
          </w:tcPr>
          <w:p w14:paraId="1F46C98C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79AECAEF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-0.0329</w:t>
            </w:r>
          </w:p>
        </w:tc>
        <w:tc>
          <w:tcPr>
            <w:tcW w:w="2160" w:type="dxa"/>
          </w:tcPr>
          <w:p w14:paraId="41AC332D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0.0383</w:t>
            </w:r>
          </w:p>
        </w:tc>
      </w:tr>
      <w:tr w:rsidR="006649DE" w:rsidRPr="00483CAB" w14:paraId="545236E3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97D7C06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MMP14</w:t>
            </w:r>
          </w:p>
        </w:tc>
        <w:tc>
          <w:tcPr>
            <w:tcW w:w="2160" w:type="dxa"/>
          </w:tcPr>
          <w:p w14:paraId="7E0BBD08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235FC75B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-0.0335</w:t>
            </w:r>
          </w:p>
        </w:tc>
        <w:tc>
          <w:tcPr>
            <w:tcW w:w="2160" w:type="dxa"/>
          </w:tcPr>
          <w:p w14:paraId="2C6FB3D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-0.0016</w:t>
            </w:r>
          </w:p>
        </w:tc>
      </w:tr>
      <w:tr w:rsidR="006649DE" w:rsidRPr="00483CAB" w14:paraId="1DED4477" w14:textId="77777777" w:rsidTr="00483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11073C2" w14:textId="77777777" w:rsidR="006649DE" w:rsidRPr="00483CAB" w:rsidRDefault="00483CAB" w:rsidP="00483CAB">
            <w:pPr>
              <w:jc w:val="center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TGFB1</w:t>
            </w:r>
          </w:p>
        </w:tc>
        <w:tc>
          <w:tcPr>
            <w:tcW w:w="2160" w:type="dxa"/>
          </w:tcPr>
          <w:p w14:paraId="1F35DCC1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Stromal/ECM/TGFβ</w:t>
            </w:r>
          </w:p>
        </w:tc>
        <w:tc>
          <w:tcPr>
            <w:tcW w:w="2160" w:type="dxa"/>
          </w:tcPr>
          <w:p w14:paraId="70629494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-0.0344</w:t>
            </w:r>
          </w:p>
        </w:tc>
        <w:tc>
          <w:tcPr>
            <w:tcW w:w="2160" w:type="dxa"/>
          </w:tcPr>
          <w:p w14:paraId="10EAE203" w14:textId="77777777" w:rsidR="006649DE" w:rsidRPr="00483CAB" w:rsidRDefault="00483CAB" w:rsidP="00483C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3CAB">
              <w:rPr>
                <w:rFonts w:ascii="Arial" w:hAnsi="Arial" w:cs="Arial"/>
              </w:rPr>
              <w:t>-0.0424</w:t>
            </w:r>
          </w:p>
        </w:tc>
      </w:tr>
    </w:tbl>
    <w:p w14:paraId="326845A0" w14:textId="77777777" w:rsidR="00483CAB" w:rsidRPr="00483CAB" w:rsidRDefault="00483CAB" w:rsidP="00483CAB">
      <w:pPr>
        <w:spacing w:after="0" w:line="240" w:lineRule="auto"/>
        <w:rPr>
          <w:rFonts w:ascii="Arial" w:hAnsi="Arial" w:cs="Arial"/>
        </w:rPr>
      </w:pPr>
    </w:p>
    <w:sectPr w:rsidR="00483CAB" w:rsidRPr="00483CA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9190424">
    <w:abstractNumId w:val="8"/>
  </w:num>
  <w:num w:numId="2" w16cid:durableId="1289898408">
    <w:abstractNumId w:val="6"/>
  </w:num>
  <w:num w:numId="3" w16cid:durableId="195388949">
    <w:abstractNumId w:val="5"/>
  </w:num>
  <w:num w:numId="4" w16cid:durableId="183325407">
    <w:abstractNumId w:val="4"/>
  </w:num>
  <w:num w:numId="5" w16cid:durableId="901713393">
    <w:abstractNumId w:val="7"/>
  </w:num>
  <w:num w:numId="6" w16cid:durableId="1251890362">
    <w:abstractNumId w:val="3"/>
  </w:num>
  <w:num w:numId="7" w16cid:durableId="672223384">
    <w:abstractNumId w:val="2"/>
  </w:num>
  <w:num w:numId="8" w16cid:durableId="295179430">
    <w:abstractNumId w:val="1"/>
  </w:num>
  <w:num w:numId="9" w16cid:durableId="1975673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9E3"/>
    <w:rsid w:val="00034616"/>
    <w:rsid w:val="0006063C"/>
    <w:rsid w:val="00093CC4"/>
    <w:rsid w:val="0015074B"/>
    <w:rsid w:val="0029639D"/>
    <w:rsid w:val="002E3E6A"/>
    <w:rsid w:val="00326F90"/>
    <w:rsid w:val="00483CAB"/>
    <w:rsid w:val="006649DE"/>
    <w:rsid w:val="00A51152"/>
    <w:rsid w:val="00AA1D8D"/>
    <w:rsid w:val="00AA26C2"/>
    <w:rsid w:val="00B47730"/>
    <w:rsid w:val="00CB0664"/>
    <w:rsid w:val="00DB0B97"/>
    <w:rsid w:val="00DB58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BECE74"/>
  <w14:defaultImageDpi w14:val="300"/>
  <w15:docId w15:val="{D4380706-7D79-444B-8A1A-8239486C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1">
    <w:name w:val="Grid Table 1 Light Accent 1"/>
    <w:basedOn w:val="TableNormal"/>
    <w:uiPriority w:val="46"/>
    <w:rsid w:val="00483CA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2688</Characters>
  <Application>Microsoft Office Word</Application>
  <DocSecurity>0</DocSecurity>
  <Lines>384</Lines>
  <Paragraphs>394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Radisky, Derek C., Ph.D.</cp:lastModifiedBy>
  <cp:revision>2</cp:revision>
  <dcterms:created xsi:type="dcterms:W3CDTF">2026-02-27T18:34:00Z</dcterms:created>
  <dcterms:modified xsi:type="dcterms:W3CDTF">2026-02-27T18:34:00Z</dcterms:modified>
  <cp:category/>
</cp:coreProperties>
</file>