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23DBC" w14:textId="65A10322" w:rsidR="00554336" w:rsidRDefault="00D27B25">
      <w:pPr>
        <w:pStyle w:val="Heading1"/>
      </w:pPr>
      <w:r>
        <w:t xml:space="preserve">Table 1- </w:t>
      </w:r>
      <w:r w:rsidR="00000000">
        <w:t>Updated Diabetes Remission Model Evaluations</w:t>
      </w:r>
    </w:p>
    <w:p w14:paraId="24872EEA" w14:textId="77777777" w:rsidR="00554336" w:rsidRDefault="00000000">
      <w:pPr>
        <w:pStyle w:val="Heading2"/>
      </w:pPr>
      <w:r>
        <w:t>ASP #1</w:t>
      </w:r>
    </w:p>
    <w:p w14:paraId="711F83C6" w14:textId="77777777" w:rsidR="00554336" w:rsidRDefault="00000000">
      <w:pPr>
        <w:pStyle w:val="Heading3"/>
      </w:pPr>
      <w:r>
        <w:t>Patient Profile – ASP #1</w:t>
      </w:r>
    </w:p>
    <w:p w14:paraId="610F28AE" w14:textId="77777777" w:rsidR="00554336" w:rsidRDefault="00000000">
      <w:r>
        <w:t>- **Age**: 35</w:t>
      </w:r>
    </w:p>
    <w:p w14:paraId="1D988ED4" w14:textId="77777777" w:rsidR="00554336" w:rsidRDefault="00000000">
      <w:r>
        <w:t>- **Sex**: Female</w:t>
      </w:r>
    </w:p>
    <w:p w14:paraId="00AC18E9" w14:textId="77777777" w:rsidR="00554336" w:rsidRDefault="00000000">
      <w:r>
        <w:t>- **BMI**: 42 kg/m²</w:t>
      </w:r>
    </w:p>
    <w:p w14:paraId="65445778" w14:textId="77777777" w:rsidR="00554336" w:rsidRDefault="00000000">
      <w:r>
        <w:t>- **Duration of T2DM**: 2 years</w:t>
      </w:r>
    </w:p>
    <w:p w14:paraId="09DC729C" w14:textId="77777777" w:rsidR="00554336" w:rsidRDefault="00000000">
      <w:r>
        <w:t>- **Medications**: Metformin</w:t>
      </w:r>
    </w:p>
    <w:p w14:paraId="69258BB5" w14:textId="77777777" w:rsidR="00554336" w:rsidRDefault="00000000">
      <w:r>
        <w:t>- **Insulin Use**: No</w:t>
      </w:r>
    </w:p>
    <w:p w14:paraId="606D9211" w14:textId="77777777" w:rsidR="00554336" w:rsidRDefault="00000000">
      <w:r>
        <w:t>- **HbA1c**: 7.1%</w:t>
      </w:r>
    </w:p>
    <w:p w14:paraId="668984EB" w14:textId="77777777" w:rsidR="00554336" w:rsidRDefault="00000000">
      <w:r>
        <w:t>- **C-peptide**: 2.3 ng/mL (Normal)</w:t>
      </w:r>
    </w:p>
    <w:p w14:paraId="44BD170B" w14:textId="77777777" w:rsidR="00554336" w:rsidRDefault="00000000">
      <w:r>
        <w:t>- **Planned Procedure**: SG</w:t>
      </w:r>
    </w:p>
    <w:p w14:paraId="2529DB83" w14:textId="77777777" w:rsidR="00554336" w:rsidRDefault="00554336"/>
    <w:p w14:paraId="51D6F440" w14:textId="77777777" w:rsidR="00554336" w:rsidRDefault="00000000">
      <w:r>
        <w:t>**Recommended Model**: ABCD Score</w:t>
      </w:r>
    </w:p>
    <w:p w14:paraId="3E6515EA" w14:textId="77777777" w:rsidR="00554336" w:rsidRDefault="00000000">
      <w:pPr>
        <w:pStyle w:val="Heading2"/>
      </w:pPr>
      <w:r>
        <w:t>ASP #2</w:t>
      </w:r>
    </w:p>
    <w:p w14:paraId="4706839B" w14:textId="77777777" w:rsidR="00554336" w:rsidRDefault="00000000">
      <w:pPr>
        <w:pStyle w:val="Heading3"/>
      </w:pPr>
      <w:r>
        <w:t>Patient Profile – ASP #2</w:t>
      </w:r>
    </w:p>
    <w:p w14:paraId="5FF3A3BA" w14:textId="77777777" w:rsidR="00554336" w:rsidRDefault="00000000">
      <w:r>
        <w:t>- **Age**: 50</w:t>
      </w:r>
    </w:p>
    <w:p w14:paraId="20DD0F48" w14:textId="77777777" w:rsidR="00554336" w:rsidRDefault="00000000">
      <w:r>
        <w:t>- **Sex**: Male</w:t>
      </w:r>
    </w:p>
    <w:p w14:paraId="5BA00888" w14:textId="77777777" w:rsidR="00554336" w:rsidRDefault="00000000">
      <w:r>
        <w:t>- **BMI**: 55 kg/m²</w:t>
      </w:r>
    </w:p>
    <w:p w14:paraId="25743F45" w14:textId="77777777" w:rsidR="00554336" w:rsidRDefault="00000000">
      <w:r>
        <w:t>- **Duration of T2DM**: 10 years</w:t>
      </w:r>
    </w:p>
    <w:p w14:paraId="77AC0930" w14:textId="77777777" w:rsidR="00554336" w:rsidRDefault="00000000">
      <w:r>
        <w:t>- **Medications**: No</w:t>
      </w:r>
    </w:p>
    <w:p w14:paraId="1DE96F73" w14:textId="77777777" w:rsidR="00554336" w:rsidRDefault="00000000">
      <w:r>
        <w:t>- **Insulin Use**: Yes</w:t>
      </w:r>
    </w:p>
    <w:p w14:paraId="1F654FBE" w14:textId="77777777" w:rsidR="00554336" w:rsidRDefault="00000000">
      <w:r>
        <w:t>- **HbA1c**: 9%</w:t>
      </w:r>
    </w:p>
    <w:p w14:paraId="0CB0F203" w14:textId="77777777" w:rsidR="00554336" w:rsidRDefault="00000000">
      <w:r>
        <w:t>- **C-peptide**: 0.7 ng/mL (low)</w:t>
      </w:r>
    </w:p>
    <w:p w14:paraId="7B41033A" w14:textId="77777777" w:rsidR="00554336" w:rsidRDefault="00000000">
      <w:r>
        <w:t>- **Planned Procedure**: RYGB</w:t>
      </w:r>
    </w:p>
    <w:p w14:paraId="0825B35F" w14:textId="77777777" w:rsidR="00554336" w:rsidRDefault="00554336"/>
    <w:p w14:paraId="295EFB2F" w14:textId="77777777" w:rsidR="00554336" w:rsidRDefault="00000000">
      <w:r>
        <w:t>**Recommended Model**: Advanced DiaRem</w:t>
      </w:r>
    </w:p>
    <w:p w14:paraId="3BD71257" w14:textId="77777777" w:rsidR="00554336" w:rsidRDefault="00000000">
      <w:pPr>
        <w:pStyle w:val="Heading2"/>
      </w:pPr>
      <w:r>
        <w:t>ASP #3</w:t>
      </w:r>
    </w:p>
    <w:p w14:paraId="44E76C65" w14:textId="77777777" w:rsidR="00554336" w:rsidRDefault="00000000">
      <w:pPr>
        <w:pStyle w:val="Heading3"/>
      </w:pPr>
      <w:r>
        <w:t>Patient Profile – ASP #3</w:t>
      </w:r>
    </w:p>
    <w:p w14:paraId="7D3641E5" w14:textId="77777777" w:rsidR="00554336" w:rsidRDefault="00000000">
      <w:r>
        <w:t>- **Age**: 45</w:t>
      </w:r>
    </w:p>
    <w:p w14:paraId="258ADAEA" w14:textId="77777777" w:rsidR="00554336" w:rsidRDefault="00000000">
      <w:r>
        <w:t>- **Sex**: Female</w:t>
      </w:r>
    </w:p>
    <w:p w14:paraId="5AFD0C10" w14:textId="77777777" w:rsidR="00554336" w:rsidRDefault="00000000">
      <w:r>
        <w:t>- **BMI**: 47 kg/m²</w:t>
      </w:r>
    </w:p>
    <w:p w14:paraId="38C49F79" w14:textId="77777777" w:rsidR="00554336" w:rsidRDefault="00000000">
      <w:r>
        <w:t>- **Duration of T2DM**: 5 years</w:t>
      </w:r>
    </w:p>
    <w:p w14:paraId="6A26C0BE" w14:textId="77777777" w:rsidR="00554336" w:rsidRDefault="00000000">
      <w:r>
        <w:t>- **Medications**: Metformin- GLP1-A</w:t>
      </w:r>
    </w:p>
    <w:p w14:paraId="6BBD266B" w14:textId="77777777" w:rsidR="00554336" w:rsidRDefault="00000000">
      <w:r>
        <w:t>- **Insulin Use**: No</w:t>
      </w:r>
    </w:p>
    <w:p w14:paraId="5277B834" w14:textId="77777777" w:rsidR="00554336" w:rsidRDefault="00000000">
      <w:r>
        <w:t>- **HbA1c**: 7.5%</w:t>
      </w:r>
    </w:p>
    <w:p w14:paraId="55E27AEE" w14:textId="77777777" w:rsidR="00554336" w:rsidRDefault="00000000">
      <w:r>
        <w:t>- **C-peptide**: 1.5 ng/ml</w:t>
      </w:r>
    </w:p>
    <w:p w14:paraId="6C92E6B5" w14:textId="77777777" w:rsidR="00554336" w:rsidRDefault="00000000">
      <w:r>
        <w:t>- **Planned Procedure**: OAGB</w:t>
      </w:r>
    </w:p>
    <w:p w14:paraId="5AA99D52" w14:textId="77777777" w:rsidR="00554336" w:rsidRDefault="00554336"/>
    <w:p w14:paraId="38053E76" w14:textId="77777777" w:rsidR="00554336" w:rsidRDefault="00000000">
      <w:r>
        <w:t>**Recommended Model**: DiaBetter</w:t>
      </w:r>
    </w:p>
    <w:p w14:paraId="3C3A0F62" w14:textId="77777777" w:rsidR="00554336" w:rsidRDefault="00000000">
      <w:pPr>
        <w:pStyle w:val="Heading2"/>
      </w:pPr>
      <w:r>
        <w:t>ASP #4</w:t>
      </w:r>
    </w:p>
    <w:p w14:paraId="1A6CE644" w14:textId="77777777" w:rsidR="00554336" w:rsidRDefault="00000000">
      <w:pPr>
        <w:pStyle w:val="Heading3"/>
      </w:pPr>
      <w:r>
        <w:t>Patient Profile – ASP #4</w:t>
      </w:r>
    </w:p>
    <w:p w14:paraId="5ECA7300" w14:textId="77777777" w:rsidR="00554336" w:rsidRDefault="00000000">
      <w:r>
        <w:t>- **Age**: 60</w:t>
      </w:r>
    </w:p>
    <w:p w14:paraId="17AABEF7" w14:textId="77777777" w:rsidR="00554336" w:rsidRDefault="00000000">
      <w:r>
        <w:t>- **Sex**: Female</w:t>
      </w:r>
    </w:p>
    <w:p w14:paraId="0C6CB5CB" w14:textId="77777777" w:rsidR="00554336" w:rsidRDefault="00000000">
      <w:r>
        <w:t>- **BMI**: 38 kg/m²</w:t>
      </w:r>
    </w:p>
    <w:p w14:paraId="4186D8BB" w14:textId="77777777" w:rsidR="00554336" w:rsidRDefault="00000000">
      <w:r>
        <w:t>- **Duration of T2DM**: 15 years</w:t>
      </w:r>
    </w:p>
    <w:p w14:paraId="6D35494F" w14:textId="77777777" w:rsidR="00554336" w:rsidRDefault="00000000">
      <w:r>
        <w:t>- **Medications**: No</w:t>
      </w:r>
    </w:p>
    <w:p w14:paraId="304A5190" w14:textId="77777777" w:rsidR="00554336" w:rsidRDefault="00000000">
      <w:r>
        <w:t>- **Insulin Use**: Yes</w:t>
      </w:r>
    </w:p>
    <w:p w14:paraId="2E27D083" w14:textId="77777777" w:rsidR="00554336" w:rsidRDefault="00000000">
      <w:r>
        <w:t>- **HbA1c**: 8.4%</w:t>
      </w:r>
    </w:p>
    <w:p w14:paraId="48770B34" w14:textId="77777777" w:rsidR="00554336" w:rsidRDefault="00000000">
      <w:r>
        <w:t>- **C-peptide**: N/A</w:t>
      </w:r>
    </w:p>
    <w:p w14:paraId="19F5AD06" w14:textId="77777777" w:rsidR="00554336" w:rsidRDefault="00000000">
      <w:r>
        <w:t>- **Planned Procedure**: SG</w:t>
      </w:r>
    </w:p>
    <w:p w14:paraId="00FB7E93" w14:textId="77777777" w:rsidR="00554336" w:rsidRDefault="00554336"/>
    <w:p w14:paraId="4B337424" w14:textId="77777777" w:rsidR="00554336" w:rsidRDefault="00000000">
      <w:r>
        <w:t>**Recommended Model**: IMS Score</w:t>
      </w:r>
    </w:p>
    <w:p w14:paraId="0FFB5F66" w14:textId="77777777" w:rsidR="00554336" w:rsidRDefault="00000000">
      <w:pPr>
        <w:pStyle w:val="Heading2"/>
      </w:pPr>
      <w:r>
        <w:t>ASP #5</w:t>
      </w:r>
    </w:p>
    <w:p w14:paraId="39879496" w14:textId="77777777" w:rsidR="00554336" w:rsidRDefault="00000000">
      <w:pPr>
        <w:pStyle w:val="Heading3"/>
      </w:pPr>
      <w:r>
        <w:t>Patient Profile – ASP #5</w:t>
      </w:r>
    </w:p>
    <w:p w14:paraId="215C11BD" w14:textId="77777777" w:rsidR="00554336" w:rsidRDefault="00000000">
      <w:r>
        <w:t>- **Age**: 40</w:t>
      </w:r>
    </w:p>
    <w:p w14:paraId="642151EE" w14:textId="77777777" w:rsidR="00554336" w:rsidRDefault="00000000">
      <w:r>
        <w:t>- **Sex**: Male</w:t>
      </w:r>
    </w:p>
    <w:p w14:paraId="6D51023B" w14:textId="77777777" w:rsidR="00554336" w:rsidRDefault="00000000">
      <w:r>
        <w:t>- **BMI**: 50 kg/m²</w:t>
      </w:r>
    </w:p>
    <w:p w14:paraId="57CF8B6A" w14:textId="77777777" w:rsidR="00554336" w:rsidRDefault="00000000">
      <w:r>
        <w:t>- **Duration of T2DM**: Newly diagnosed</w:t>
      </w:r>
    </w:p>
    <w:p w14:paraId="5024569F" w14:textId="77777777" w:rsidR="00554336" w:rsidRDefault="00000000">
      <w:r>
        <w:t>- **Medications**: No</w:t>
      </w:r>
    </w:p>
    <w:p w14:paraId="1D1BE7EF" w14:textId="77777777" w:rsidR="00554336" w:rsidRDefault="00000000">
      <w:r>
        <w:t>- **Insulin Use**: No</w:t>
      </w:r>
    </w:p>
    <w:p w14:paraId="529D6AF4" w14:textId="77777777" w:rsidR="00554336" w:rsidRDefault="00000000">
      <w:r>
        <w:t>- **HbA1c**: 7.5%</w:t>
      </w:r>
    </w:p>
    <w:p w14:paraId="7C1CF624" w14:textId="77777777" w:rsidR="00554336" w:rsidRDefault="00000000">
      <w:r>
        <w:t>- **C-peptide**: 3.2 ng/ml</w:t>
      </w:r>
    </w:p>
    <w:p w14:paraId="7E1BCBAB" w14:textId="77777777" w:rsidR="00554336" w:rsidRDefault="00000000">
      <w:r>
        <w:t>- **Planned Procedure**: RYGB</w:t>
      </w:r>
    </w:p>
    <w:p w14:paraId="0B61646C" w14:textId="77777777" w:rsidR="00554336" w:rsidRDefault="00554336"/>
    <w:p w14:paraId="32563C1B" w14:textId="77777777" w:rsidR="00554336" w:rsidRDefault="00000000">
      <w:r>
        <w:t>**Recommended Model**: Advanced DiaRem</w:t>
      </w:r>
    </w:p>
    <w:p w14:paraId="314CAC7B" w14:textId="77777777" w:rsidR="00554336" w:rsidRDefault="00000000">
      <w:pPr>
        <w:pStyle w:val="Heading2"/>
      </w:pPr>
      <w:r>
        <w:t>ASP #6</w:t>
      </w:r>
    </w:p>
    <w:p w14:paraId="6581A7E6" w14:textId="77777777" w:rsidR="00554336" w:rsidRDefault="00000000">
      <w:pPr>
        <w:pStyle w:val="Heading3"/>
      </w:pPr>
      <w:r>
        <w:t>Patient Profile – ASP #6</w:t>
      </w:r>
    </w:p>
    <w:p w14:paraId="3A130BC1" w14:textId="77777777" w:rsidR="00554336" w:rsidRDefault="00000000">
      <w:r>
        <w:t>- **Age**: 62</w:t>
      </w:r>
    </w:p>
    <w:p w14:paraId="07B6C5DB" w14:textId="77777777" w:rsidR="00554336" w:rsidRDefault="00000000">
      <w:r>
        <w:t>- **Sex**: Female</w:t>
      </w:r>
    </w:p>
    <w:p w14:paraId="09D114C4" w14:textId="77777777" w:rsidR="00554336" w:rsidRDefault="00000000">
      <w:r>
        <w:t>- **BMI**: 31 kg/m²</w:t>
      </w:r>
    </w:p>
    <w:p w14:paraId="35164B24" w14:textId="77777777" w:rsidR="00554336" w:rsidRDefault="00000000">
      <w:r>
        <w:t>- **Duration of T2DM**: 10 years</w:t>
      </w:r>
    </w:p>
    <w:p w14:paraId="334D76CD" w14:textId="77777777" w:rsidR="00554336" w:rsidRDefault="00000000">
      <w:r>
        <w:t>- **Medications**: Metformin</w:t>
      </w:r>
    </w:p>
    <w:p w14:paraId="3DD35E54" w14:textId="77777777" w:rsidR="00554336" w:rsidRDefault="00000000">
      <w:r>
        <w:t>- **Insulin Use**: No</w:t>
      </w:r>
    </w:p>
    <w:p w14:paraId="70D69DC5" w14:textId="77777777" w:rsidR="00554336" w:rsidRDefault="00000000">
      <w:r>
        <w:t>- **HbA1c**: 7.9%</w:t>
      </w:r>
    </w:p>
    <w:p w14:paraId="746F85ED" w14:textId="77777777" w:rsidR="00554336" w:rsidRDefault="00000000">
      <w:r>
        <w:t>- **C-peptide**: 4 ng/ml</w:t>
      </w:r>
    </w:p>
    <w:p w14:paraId="7571BC92" w14:textId="77777777" w:rsidR="00554336" w:rsidRDefault="00000000">
      <w:r>
        <w:t>- **Planned Procedure**: RYGB</w:t>
      </w:r>
    </w:p>
    <w:p w14:paraId="275C2766" w14:textId="77777777" w:rsidR="00554336" w:rsidRDefault="00554336"/>
    <w:p w14:paraId="15603F5C" w14:textId="77777777" w:rsidR="00554336" w:rsidRDefault="00000000">
      <w:r>
        <w:t>**Recommended Model**: Advanced DiaRem</w:t>
      </w:r>
    </w:p>
    <w:p w14:paraId="286B74F4" w14:textId="77777777" w:rsidR="00554336" w:rsidRDefault="00000000">
      <w:pPr>
        <w:pStyle w:val="Heading2"/>
      </w:pPr>
      <w:r>
        <w:t>ASP #7</w:t>
      </w:r>
    </w:p>
    <w:p w14:paraId="3D7287E3" w14:textId="77777777" w:rsidR="00554336" w:rsidRDefault="00000000">
      <w:pPr>
        <w:pStyle w:val="Heading3"/>
      </w:pPr>
      <w:r>
        <w:t>Patient Profile – ASP #7</w:t>
      </w:r>
    </w:p>
    <w:p w14:paraId="6DD3E1BC" w14:textId="77777777" w:rsidR="00554336" w:rsidRDefault="00000000">
      <w:r>
        <w:t>- **Age**: 25</w:t>
      </w:r>
    </w:p>
    <w:p w14:paraId="7487D411" w14:textId="77777777" w:rsidR="00554336" w:rsidRDefault="00000000">
      <w:r>
        <w:t>- **Sex**: Female</w:t>
      </w:r>
    </w:p>
    <w:p w14:paraId="19DF8A3D" w14:textId="77777777" w:rsidR="00554336" w:rsidRDefault="00000000">
      <w:r>
        <w:t>- **BMI**: 33 kg/m²</w:t>
      </w:r>
    </w:p>
    <w:p w14:paraId="2FC6F597" w14:textId="77777777" w:rsidR="00554336" w:rsidRDefault="00000000">
      <w:r>
        <w:t>- **Duration of T2DM**: 3 years</w:t>
      </w:r>
    </w:p>
    <w:p w14:paraId="7EC87ADE" w14:textId="77777777" w:rsidR="00554336" w:rsidRDefault="00000000">
      <w:r>
        <w:t>- **Medications**: Sulfonylurea</w:t>
      </w:r>
    </w:p>
    <w:p w14:paraId="6C1E8EC2" w14:textId="77777777" w:rsidR="00554336" w:rsidRDefault="00000000">
      <w:r>
        <w:t>- **Insulin Use**: No</w:t>
      </w:r>
    </w:p>
    <w:p w14:paraId="6B5788E8" w14:textId="77777777" w:rsidR="00554336" w:rsidRDefault="00000000">
      <w:r>
        <w:t>- **HbA1c**: 6.9%</w:t>
      </w:r>
    </w:p>
    <w:p w14:paraId="182C23CB" w14:textId="77777777" w:rsidR="00554336" w:rsidRDefault="00000000">
      <w:r>
        <w:t>- **C-peptide**: 3 ng/ml</w:t>
      </w:r>
    </w:p>
    <w:p w14:paraId="7065F1CB" w14:textId="77777777" w:rsidR="00554336" w:rsidRDefault="00000000">
      <w:r>
        <w:t>- **Planned Procedure**: SG</w:t>
      </w:r>
    </w:p>
    <w:p w14:paraId="11F9EACA" w14:textId="77777777" w:rsidR="00554336" w:rsidRDefault="00554336"/>
    <w:p w14:paraId="3BB10C8B" w14:textId="77777777" w:rsidR="00554336" w:rsidRDefault="00000000">
      <w:r>
        <w:t>**Recommended Model**: ABCD Score</w:t>
      </w:r>
    </w:p>
    <w:p w14:paraId="123AFD13" w14:textId="77777777" w:rsidR="00554336" w:rsidRDefault="00000000">
      <w:pPr>
        <w:pStyle w:val="Heading2"/>
      </w:pPr>
      <w:r>
        <w:t>ASP #8</w:t>
      </w:r>
    </w:p>
    <w:p w14:paraId="7C0B8DCD" w14:textId="77777777" w:rsidR="00554336" w:rsidRDefault="00000000">
      <w:pPr>
        <w:pStyle w:val="Heading3"/>
      </w:pPr>
      <w:r>
        <w:t>Patient Profile – ASP #8</w:t>
      </w:r>
    </w:p>
    <w:p w14:paraId="624BF1C0" w14:textId="77777777" w:rsidR="00554336" w:rsidRDefault="00000000">
      <w:r>
        <w:t>- **Age**: 34</w:t>
      </w:r>
    </w:p>
    <w:p w14:paraId="16862B65" w14:textId="77777777" w:rsidR="00554336" w:rsidRDefault="00000000">
      <w:r>
        <w:t>- **Sex**: Female</w:t>
      </w:r>
    </w:p>
    <w:p w14:paraId="343B7099" w14:textId="77777777" w:rsidR="00554336" w:rsidRDefault="00000000">
      <w:r>
        <w:t>- **BMI**: 49 kg/m²</w:t>
      </w:r>
    </w:p>
    <w:p w14:paraId="675B6C2E" w14:textId="77777777" w:rsidR="00554336" w:rsidRDefault="00000000">
      <w:r>
        <w:t>- **Duration of T2DM**: 5 years</w:t>
      </w:r>
    </w:p>
    <w:p w14:paraId="39520F4E" w14:textId="77777777" w:rsidR="00554336" w:rsidRDefault="00000000">
      <w:r>
        <w:t>- **Medications**: SGLT2 inhibitor</w:t>
      </w:r>
    </w:p>
    <w:p w14:paraId="1C220113" w14:textId="77777777" w:rsidR="00554336" w:rsidRDefault="00000000">
      <w:r>
        <w:t>- **Insulin Use**: No</w:t>
      </w:r>
    </w:p>
    <w:p w14:paraId="5F8FF24B" w14:textId="77777777" w:rsidR="00554336" w:rsidRDefault="00000000">
      <w:r>
        <w:t>- **HbA1c**: 7.5%</w:t>
      </w:r>
    </w:p>
    <w:p w14:paraId="304F1086" w14:textId="77777777" w:rsidR="00554336" w:rsidRDefault="00000000">
      <w:r>
        <w:t>- **C-peptide**: 3.5 ng/ml</w:t>
      </w:r>
    </w:p>
    <w:p w14:paraId="6439A005" w14:textId="77777777" w:rsidR="00554336" w:rsidRDefault="00000000">
      <w:r>
        <w:t>- **Planned Procedure**: SADI-S</w:t>
      </w:r>
    </w:p>
    <w:p w14:paraId="11BCDAA1" w14:textId="77777777" w:rsidR="00554336" w:rsidRDefault="00554336"/>
    <w:p w14:paraId="151BFACD" w14:textId="77777777" w:rsidR="00554336" w:rsidRDefault="00000000">
      <w:r>
        <w:t>**Recommended Model**: DRI Score</w:t>
      </w:r>
    </w:p>
    <w:p w14:paraId="6D7159AB" w14:textId="77777777" w:rsidR="00554336" w:rsidRDefault="00000000">
      <w:pPr>
        <w:pStyle w:val="Heading2"/>
      </w:pPr>
      <w:r>
        <w:t>ASP #9</w:t>
      </w:r>
    </w:p>
    <w:p w14:paraId="3089F51A" w14:textId="77777777" w:rsidR="00554336" w:rsidRDefault="00000000">
      <w:pPr>
        <w:pStyle w:val="Heading3"/>
      </w:pPr>
      <w:r>
        <w:t>Patient Profile – ASP #9</w:t>
      </w:r>
    </w:p>
    <w:p w14:paraId="378CA337" w14:textId="77777777" w:rsidR="00554336" w:rsidRDefault="00000000">
      <w:r>
        <w:t>- **Age**: 58</w:t>
      </w:r>
    </w:p>
    <w:p w14:paraId="295E345F" w14:textId="77777777" w:rsidR="00554336" w:rsidRDefault="00000000">
      <w:r>
        <w:t>- **Sex**: Female</w:t>
      </w:r>
    </w:p>
    <w:p w14:paraId="1E0BED9E" w14:textId="77777777" w:rsidR="00554336" w:rsidRDefault="00000000">
      <w:r>
        <w:t>- **BMI**: 30.9 kg/m²</w:t>
      </w:r>
    </w:p>
    <w:p w14:paraId="4AA7765A" w14:textId="77777777" w:rsidR="00554336" w:rsidRDefault="00000000">
      <w:r>
        <w:t>- **Duration of T2DM**: 8 years</w:t>
      </w:r>
    </w:p>
    <w:p w14:paraId="15743E21" w14:textId="77777777" w:rsidR="00554336" w:rsidRDefault="00000000">
      <w:r>
        <w:t>- **Medications**: Sulfonylurea</w:t>
      </w:r>
    </w:p>
    <w:p w14:paraId="27802CE4" w14:textId="77777777" w:rsidR="00554336" w:rsidRDefault="00000000">
      <w:r>
        <w:t>- **Insulin Use**: Yes</w:t>
      </w:r>
    </w:p>
    <w:p w14:paraId="7B46E371" w14:textId="77777777" w:rsidR="00554336" w:rsidRDefault="00000000">
      <w:r>
        <w:t>- **HbA1c**: 10.1%</w:t>
      </w:r>
    </w:p>
    <w:p w14:paraId="6990643A" w14:textId="77777777" w:rsidR="00554336" w:rsidRDefault="00000000">
      <w:r>
        <w:t>- **C-peptide**: 0.9 ng/mL</w:t>
      </w:r>
    </w:p>
    <w:p w14:paraId="636200C6" w14:textId="77777777" w:rsidR="00554336" w:rsidRDefault="00000000">
      <w:r>
        <w:t>- **Planned Procedure**: SG</w:t>
      </w:r>
    </w:p>
    <w:p w14:paraId="41C4A7DC" w14:textId="77777777" w:rsidR="00554336" w:rsidRDefault="00554336"/>
    <w:p w14:paraId="30688D65" w14:textId="77777777" w:rsidR="00554336" w:rsidRDefault="00000000">
      <w:r>
        <w:t>**Recommended Model**: ABCD Score</w:t>
      </w:r>
    </w:p>
    <w:p w14:paraId="360539CD" w14:textId="77777777" w:rsidR="00554336" w:rsidRDefault="00000000">
      <w:pPr>
        <w:pStyle w:val="Heading2"/>
      </w:pPr>
      <w:r>
        <w:t>ASP #10</w:t>
      </w:r>
    </w:p>
    <w:p w14:paraId="01874CB6" w14:textId="77777777" w:rsidR="00554336" w:rsidRDefault="00000000">
      <w:pPr>
        <w:pStyle w:val="Heading3"/>
      </w:pPr>
      <w:r>
        <w:t>Patient Profile – ASP #10</w:t>
      </w:r>
    </w:p>
    <w:p w14:paraId="3E96906C" w14:textId="77777777" w:rsidR="00554336" w:rsidRDefault="00000000">
      <w:r>
        <w:t>- **Age**: 55</w:t>
      </w:r>
    </w:p>
    <w:p w14:paraId="312F62D1" w14:textId="77777777" w:rsidR="00554336" w:rsidRDefault="00000000">
      <w:r>
        <w:t>- **Sex**: Female</w:t>
      </w:r>
    </w:p>
    <w:p w14:paraId="01EEBA3B" w14:textId="77777777" w:rsidR="00554336" w:rsidRDefault="00000000">
      <w:r>
        <w:t>- **BMI**: 31.1 kg/m²</w:t>
      </w:r>
    </w:p>
    <w:p w14:paraId="3E6B15CB" w14:textId="77777777" w:rsidR="00554336" w:rsidRDefault="00000000">
      <w:r>
        <w:t>- **Duration of T2DM**: 2 years</w:t>
      </w:r>
    </w:p>
    <w:p w14:paraId="2D2FD49B" w14:textId="77777777" w:rsidR="00554336" w:rsidRDefault="00000000">
      <w:r>
        <w:t>- **Medications**: Sulfonylurea</w:t>
      </w:r>
    </w:p>
    <w:p w14:paraId="1EFC1035" w14:textId="77777777" w:rsidR="00554336" w:rsidRDefault="00000000">
      <w:r>
        <w:t>- **Insulin Use**: Yes</w:t>
      </w:r>
    </w:p>
    <w:p w14:paraId="4706892F" w14:textId="77777777" w:rsidR="00554336" w:rsidRDefault="00000000">
      <w:r>
        <w:t>- **HbA1c**: 9.4%</w:t>
      </w:r>
    </w:p>
    <w:p w14:paraId="60C9B84C" w14:textId="77777777" w:rsidR="00554336" w:rsidRDefault="00000000">
      <w:r>
        <w:t>- **C-peptide**: 0.8 ng/mL</w:t>
      </w:r>
    </w:p>
    <w:p w14:paraId="35B02EDA" w14:textId="77777777" w:rsidR="00554336" w:rsidRDefault="00000000">
      <w:r>
        <w:t>- **Planned Procedure**: BPD-DS</w:t>
      </w:r>
    </w:p>
    <w:p w14:paraId="4302229C" w14:textId="77777777" w:rsidR="00554336" w:rsidRDefault="00554336"/>
    <w:p w14:paraId="43F6841A" w14:textId="77777777" w:rsidR="00554336" w:rsidRDefault="00000000">
      <w:r>
        <w:t>**Recommended Model**: DRI Score</w:t>
      </w:r>
    </w:p>
    <w:p w14:paraId="6336B395" w14:textId="77777777" w:rsidR="00554336" w:rsidRDefault="00000000">
      <w:pPr>
        <w:pStyle w:val="Heading2"/>
      </w:pPr>
      <w:r>
        <w:t>ASP #11</w:t>
      </w:r>
    </w:p>
    <w:p w14:paraId="449448AD" w14:textId="77777777" w:rsidR="00554336" w:rsidRDefault="00000000">
      <w:pPr>
        <w:pStyle w:val="Heading3"/>
      </w:pPr>
      <w:r>
        <w:t>Patient Profile – ASP #11</w:t>
      </w:r>
    </w:p>
    <w:p w14:paraId="07B4DDC2" w14:textId="77777777" w:rsidR="00554336" w:rsidRDefault="00000000">
      <w:r>
        <w:t>- **Age**: 44</w:t>
      </w:r>
    </w:p>
    <w:p w14:paraId="40AC04D6" w14:textId="77777777" w:rsidR="00554336" w:rsidRDefault="00000000">
      <w:r>
        <w:t>- **Sex**: Female</w:t>
      </w:r>
    </w:p>
    <w:p w14:paraId="224269C6" w14:textId="77777777" w:rsidR="00554336" w:rsidRDefault="00000000">
      <w:r>
        <w:t>- **BMI**: 45.7 kg/m²</w:t>
      </w:r>
    </w:p>
    <w:p w14:paraId="68E09736" w14:textId="77777777" w:rsidR="00554336" w:rsidRDefault="00000000">
      <w:r>
        <w:t>- **Duration of T2DM**: 8 years</w:t>
      </w:r>
    </w:p>
    <w:p w14:paraId="0B15DAFF" w14:textId="77777777" w:rsidR="00554336" w:rsidRDefault="00000000">
      <w:r>
        <w:t>- **Medications**: Metformin</w:t>
      </w:r>
    </w:p>
    <w:p w14:paraId="607F1D16" w14:textId="77777777" w:rsidR="00554336" w:rsidRDefault="00000000">
      <w:r>
        <w:t>- **Insulin Use**: No</w:t>
      </w:r>
    </w:p>
    <w:p w14:paraId="078BB488" w14:textId="77777777" w:rsidR="00554336" w:rsidRDefault="00000000">
      <w:r>
        <w:t>- **HbA1c**: 8.2%</w:t>
      </w:r>
    </w:p>
    <w:p w14:paraId="1599693A" w14:textId="77777777" w:rsidR="00554336" w:rsidRDefault="00000000">
      <w:r>
        <w:t>- **C-peptide**: 2.0 ng/mL</w:t>
      </w:r>
    </w:p>
    <w:p w14:paraId="396682CE" w14:textId="77777777" w:rsidR="00554336" w:rsidRDefault="00000000">
      <w:r>
        <w:t>- **Planned Procedure**: RYGB</w:t>
      </w:r>
    </w:p>
    <w:p w14:paraId="2CB4DD2C" w14:textId="77777777" w:rsidR="00554336" w:rsidRDefault="00554336"/>
    <w:p w14:paraId="3195ADA3" w14:textId="77777777" w:rsidR="00554336" w:rsidRDefault="00000000">
      <w:r>
        <w:t>**Recommended Model**: Advanced DiaRem</w:t>
      </w:r>
    </w:p>
    <w:p w14:paraId="56331916" w14:textId="77777777" w:rsidR="00554336" w:rsidRDefault="00000000">
      <w:pPr>
        <w:pStyle w:val="Heading2"/>
      </w:pPr>
      <w:r>
        <w:t>ASP #12</w:t>
      </w:r>
    </w:p>
    <w:p w14:paraId="015636CA" w14:textId="77777777" w:rsidR="00554336" w:rsidRDefault="00000000">
      <w:pPr>
        <w:pStyle w:val="Heading3"/>
      </w:pPr>
      <w:r>
        <w:t>Patient Profile – ASP #12</w:t>
      </w:r>
    </w:p>
    <w:p w14:paraId="63809608" w14:textId="77777777" w:rsidR="00554336" w:rsidRDefault="00000000">
      <w:r>
        <w:t>- **Age**: 27</w:t>
      </w:r>
    </w:p>
    <w:p w14:paraId="5708A904" w14:textId="77777777" w:rsidR="00554336" w:rsidRDefault="00000000">
      <w:r>
        <w:t>- **Sex**: Female</w:t>
      </w:r>
    </w:p>
    <w:p w14:paraId="0248EA47" w14:textId="77777777" w:rsidR="00554336" w:rsidRDefault="00000000">
      <w:r>
        <w:t>- **BMI**: 63.5 kg/m²</w:t>
      </w:r>
    </w:p>
    <w:p w14:paraId="425067E1" w14:textId="77777777" w:rsidR="00554336" w:rsidRDefault="00000000">
      <w:r>
        <w:t>- **Duration of T2DM**: 10 years</w:t>
      </w:r>
    </w:p>
    <w:p w14:paraId="21AE0486" w14:textId="77777777" w:rsidR="00554336" w:rsidRDefault="00000000">
      <w:r>
        <w:t>- **Medications**: GLP-1 Agonist</w:t>
      </w:r>
    </w:p>
    <w:p w14:paraId="2BF054BC" w14:textId="77777777" w:rsidR="00554336" w:rsidRDefault="00000000">
      <w:r>
        <w:t>- **Insulin Use**: Yes</w:t>
      </w:r>
    </w:p>
    <w:p w14:paraId="3DEF71C9" w14:textId="77777777" w:rsidR="00554336" w:rsidRDefault="00000000">
      <w:r>
        <w:t>- **HbA1c**: 8.9%</w:t>
      </w:r>
    </w:p>
    <w:p w14:paraId="25ECFC6B" w14:textId="77777777" w:rsidR="00554336" w:rsidRDefault="00000000">
      <w:r>
        <w:t>- **C-peptide**: 0.3 ng/mL</w:t>
      </w:r>
    </w:p>
    <w:p w14:paraId="0F9C6AE4" w14:textId="77777777" w:rsidR="00554336" w:rsidRDefault="00000000">
      <w:r>
        <w:t>- **Planned Procedure**: BPD-DS</w:t>
      </w:r>
    </w:p>
    <w:p w14:paraId="7EBD7462" w14:textId="77777777" w:rsidR="00554336" w:rsidRDefault="00554336"/>
    <w:p w14:paraId="4526BF59" w14:textId="77777777" w:rsidR="00554336" w:rsidRDefault="00000000">
      <w:r>
        <w:t>**Recommended Model**: DRI Score</w:t>
      </w:r>
    </w:p>
    <w:p w14:paraId="7A879AF6" w14:textId="77777777" w:rsidR="00554336" w:rsidRDefault="00000000">
      <w:pPr>
        <w:pStyle w:val="Heading2"/>
      </w:pPr>
      <w:r>
        <w:t>ASP #13</w:t>
      </w:r>
    </w:p>
    <w:p w14:paraId="3F50C335" w14:textId="77777777" w:rsidR="00554336" w:rsidRDefault="00000000">
      <w:pPr>
        <w:pStyle w:val="Heading3"/>
      </w:pPr>
      <w:r>
        <w:t>Patient Profile – ASP #13</w:t>
      </w:r>
    </w:p>
    <w:p w14:paraId="185D9B34" w14:textId="77777777" w:rsidR="00554336" w:rsidRDefault="00000000">
      <w:r>
        <w:t>- **Age**: 69</w:t>
      </w:r>
    </w:p>
    <w:p w14:paraId="5A17D04A" w14:textId="77777777" w:rsidR="00554336" w:rsidRDefault="00000000">
      <w:r>
        <w:t>- **Sex**: Female</w:t>
      </w:r>
    </w:p>
    <w:p w14:paraId="5E9E7BC6" w14:textId="77777777" w:rsidR="00554336" w:rsidRDefault="00000000">
      <w:r>
        <w:t>- **BMI**: 55.5 kg/m²</w:t>
      </w:r>
    </w:p>
    <w:p w14:paraId="00FF536B" w14:textId="77777777" w:rsidR="00554336" w:rsidRDefault="00000000">
      <w:r>
        <w:t>- **Duration of T2DM**: 17 years</w:t>
      </w:r>
    </w:p>
    <w:p w14:paraId="5E2FE658" w14:textId="77777777" w:rsidR="00554336" w:rsidRDefault="00000000">
      <w:r>
        <w:t>- **Medications**: GLP-1 Agonist</w:t>
      </w:r>
    </w:p>
    <w:p w14:paraId="6EA499D4" w14:textId="77777777" w:rsidR="00554336" w:rsidRDefault="00000000">
      <w:r>
        <w:t>- **Insulin Use**: No</w:t>
      </w:r>
    </w:p>
    <w:p w14:paraId="3BAE59D8" w14:textId="77777777" w:rsidR="00554336" w:rsidRDefault="00000000">
      <w:r>
        <w:t>- **HbA1c**: 8.7%</w:t>
      </w:r>
    </w:p>
    <w:p w14:paraId="2AB988D0" w14:textId="77777777" w:rsidR="00554336" w:rsidRDefault="00000000">
      <w:r>
        <w:t>- **C-peptide**: 2.6 ng/mL</w:t>
      </w:r>
    </w:p>
    <w:p w14:paraId="2AC26922" w14:textId="77777777" w:rsidR="00554336" w:rsidRDefault="00000000">
      <w:r>
        <w:t>- **Planned Procedure**: BPD-DS</w:t>
      </w:r>
    </w:p>
    <w:p w14:paraId="7F480175" w14:textId="77777777" w:rsidR="00554336" w:rsidRDefault="00554336"/>
    <w:p w14:paraId="086CE9FB" w14:textId="77777777" w:rsidR="00554336" w:rsidRDefault="00000000">
      <w:r>
        <w:t>**Recommended Model**: DRI Score</w:t>
      </w:r>
    </w:p>
    <w:p w14:paraId="5558FB0E" w14:textId="77777777" w:rsidR="00554336" w:rsidRDefault="00000000">
      <w:pPr>
        <w:pStyle w:val="Heading2"/>
      </w:pPr>
      <w:r>
        <w:t>ASP #14</w:t>
      </w:r>
    </w:p>
    <w:p w14:paraId="51A41CC1" w14:textId="77777777" w:rsidR="00554336" w:rsidRDefault="00000000">
      <w:pPr>
        <w:pStyle w:val="Heading3"/>
      </w:pPr>
      <w:r>
        <w:t>Patient Profile – ASP #14</w:t>
      </w:r>
    </w:p>
    <w:p w14:paraId="1FEFFBB2" w14:textId="77777777" w:rsidR="00554336" w:rsidRDefault="00000000">
      <w:r>
        <w:t>- **Age**: 41</w:t>
      </w:r>
    </w:p>
    <w:p w14:paraId="54979E80" w14:textId="77777777" w:rsidR="00554336" w:rsidRDefault="00000000">
      <w:r>
        <w:t>- **Sex**: Female</w:t>
      </w:r>
    </w:p>
    <w:p w14:paraId="57A86F3D" w14:textId="77777777" w:rsidR="00554336" w:rsidRDefault="00000000">
      <w:r>
        <w:t>- **BMI**: 36.7 kg/m²</w:t>
      </w:r>
    </w:p>
    <w:p w14:paraId="73C04FB9" w14:textId="77777777" w:rsidR="00554336" w:rsidRDefault="00000000">
      <w:r>
        <w:t>- **Duration of T2DM**: 2 years</w:t>
      </w:r>
    </w:p>
    <w:p w14:paraId="33BF60DF" w14:textId="77777777" w:rsidR="00554336" w:rsidRDefault="00000000">
      <w:r>
        <w:t>- **Medications**: Metformin</w:t>
      </w:r>
    </w:p>
    <w:p w14:paraId="4FF41DCF" w14:textId="77777777" w:rsidR="00554336" w:rsidRDefault="00000000">
      <w:r>
        <w:t>- **Insulin Use**: No</w:t>
      </w:r>
    </w:p>
    <w:p w14:paraId="63285D06" w14:textId="77777777" w:rsidR="00554336" w:rsidRDefault="00000000">
      <w:r>
        <w:t>- **HbA1c**: 10.4%</w:t>
      </w:r>
    </w:p>
    <w:p w14:paraId="1E858C51" w14:textId="77777777" w:rsidR="00554336" w:rsidRDefault="00000000">
      <w:r>
        <w:t>- **C-peptide**: 3.8 ng/mL</w:t>
      </w:r>
    </w:p>
    <w:p w14:paraId="0464D0CD" w14:textId="77777777" w:rsidR="00554336" w:rsidRDefault="00000000">
      <w:r>
        <w:t>- **Planned Procedure**: OAGB</w:t>
      </w:r>
    </w:p>
    <w:p w14:paraId="2AAB05FE" w14:textId="77777777" w:rsidR="00554336" w:rsidRDefault="00554336"/>
    <w:p w14:paraId="7E11999E" w14:textId="77777777" w:rsidR="00554336" w:rsidRDefault="00000000">
      <w:r>
        <w:t>**Recommended Model**: DiaBetter</w:t>
      </w:r>
    </w:p>
    <w:p w14:paraId="043F3305" w14:textId="77777777" w:rsidR="00554336" w:rsidRDefault="00000000">
      <w:pPr>
        <w:pStyle w:val="Heading2"/>
      </w:pPr>
      <w:r>
        <w:t>ASP #15</w:t>
      </w:r>
    </w:p>
    <w:p w14:paraId="0794FA98" w14:textId="77777777" w:rsidR="00554336" w:rsidRDefault="00000000">
      <w:pPr>
        <w:pStyle w:val="Heading3"/>
      </w:pPr>
      <w:r>
        <w:t>Patient Profile – ASP #15</w:t>
      </w:r>
    </w:p>
    <w:p w14:paraId="795E6066" w14:textId="77777777" w:rsidR="00554336" w:rsidRDefault="00000000">
      <w:r>
        <w:t>- **Age**: 24</w:t>
      </w:r>
    </w:p>
    <w:p w14:paraId="34A51853" w14:textId="77777777" w:rsidR="00554336" w:rsidRDefault="00000000">
      <w:r>
        <w:t>- **Sex**: Female</w:t>
      </w:r>
    </w:p>
    <w:p w14:paraId="3CA2F7F4" w14:textId="77777777" w:rsidR="00554336" w:rsidRDefault="00000000">
      <w:r>
        <w:t>- **BMI**: 39.7 kg/m²</w:t>
      </w:r>
    </w:p>
    <w:p w14:paraId="530F1046" w14:textId="77777777" w:rsidR="00554336" w:rsidRDefault="00000000">
      <w:r>
        <w:t>- **Duration of T2DM**: 20 years</w:t>
      </w:r>
    </w:p>
    <w:p w14:paraId="03F035F5" w14:textId="77777777" w:rsidR="00554336" w:rsidRDefault="00000000">
      <w:r>
        <w:t>- **Medications**: Metformin - SGLT2 inhibitor</w:t>
      </w:r>
    </w:p>
    <w:p w14:paraId="3152BA64" w14:textId="77777777" w:rsidR="00554336" w:rsidRDefault="00000000">
      <w:r>
        <w:t>- **Insulin Use**: Yes</w:t>
      </w:r>
    </w:p>
    <w:p w14:paraId="4DC5659E" w14:textId="77777777" w:rsidR="00554336" w:rsidRDefault="00000000">
      <w:r>
        <w:t>- **HbA1c**: 9.3%</w:t>
      </w:r>
    </w:p>
    <w:p w14:paraId="28D84FB1" w14:textId="77777777" w:rsidR="00554336" w:rsidRDefault="00000000">
      <w:r>
        <w:t>- **C-peptide**: 0.6 ng/mL</w:t>
      </w:r>
    </w:p>
    <w:p w14:paraId="0D76055B" w14:textId="77777777" w:rsidR="00554336" w:rsidRDefault="00000000">
      <w:r>
        <w:t>- **Planned Procedure**: SG</w:t>
      </w:r>
    </w:p>
    <w:p w14:paraId="03B8358D" w14:textId="77777777" w:rsidR="00554336" w:rsidRDefault="00554336"/>
    <w:p w14:paraId="4CEB0C42" w14:textId="77777777" w:rsidR="00554336" w:rsidRDefault="00000000">
      <w:r>
        <w:t>**Recommended Model**: ABCD Score</w:t>
      </w:r>
    </w:p>
    <w:p w14:paraId="704215FE" w14:textId="77777777" w:rsidR="00554336" w:rsidRDefault="00000000">
      <w:pPr>
        <w:pStyle w:val="Heading2"/>
      </w:pPr>
      <w:r>
        <w:t>ASP #16</w:t>
      </w:r>
    </w:p>
    <w:p w14:paraId="32529F32" w14:textId="77777777" w:rsidR="00554336" w:rsidRDefault="00000000">
      <w:pPr>
        <w:pStyle w:val="Heading3"/>
      </w:pPr>
      <w:r>
        <w:t>Patient Profile – ASP #16</w:t>
      </w:r>
    </w:p>
    <w:p w14:paraId="26B206A0" w14:textId="77777777" w:rsidR="00554336" w:rsidRDefault="00000000">
      <w:r>
        <w:t>- **Age**: 56</w:t>
      </w:r>
    </w:p>
    <w:p w14:paraId="16B4EA37" w14:textId="77777777" w:rsidR="00554336" w:rsidRDefault="00000000">
      <w:r>
        <w:t>- **Sex**: Male</w:t>
      </w:r>
    </w:p>
    <w:p w14:paraId="3589FB66" w14:textId="77777777" w:rsidR="00554336" w:rsidRDefault="00000000">
      <w:r>
        <w:t>- **BMI**: 36.0 kg/m²</w:t>
      </w:r>
    </w:p>
    <w:p w14:paraId="097E5379" w14:textId="77777777" w:rsidR="00554336" w:rsidRDefault="00000000">
      <w:r>
        <w:t>- **Duration of T2DM**: 7 years</w:t>
      </w:r>
    </w:p>
    <w:p w14:paraId="4E54ED26" w14:textId="77777777" w:rsidR="00554336" w:rsidRDefault="00000000">
      <w:r>
        <w:t>- **Medications**: SGLT2 inhibitor</w:t>
      </w:r>
    </w:p>
    <w:p w14:paraId="2B1A9A61" w14:textId="77777777" w:rsidR="00554336" w:rsidRDefault="00000000">
      <w:r>
        <w:t>- **Insulin Use**: No</w:t>
      </w:r>
    </w:p>
    <w:p w14:paraId="36A15155" w14:textId="77777777" w:rsidR="00554336" w:rsidRDefault="00000000">
      <w:r>
        <w:t>- **HbA1c**: 10.2%</w:t>
      </w:r>
    </w:p>
    <w:p w14:paraId="65B9F867" w14:textId="77777777" w:rsidR="00554336" w:rsidRDefault="00000000">
      <w:r>
        <w:t>- **C-peptide**: 2.3 ng/mL</w:t>
      </w:r>
    </w:p>
    <w:p w14:paraId="2A7B6F0C" w14:textId="77777777" w:rsidR="00554336" w:rsidRDefault="00000000">
      <w:r>
        <w:t>- **Planned Procedure**: BPD-DS</w:t>
      </w:r>
    </w:p>
    <w:p w14:paraId="5C5FDADA" w14:textId="77777777" w:rsidR="00554336" w:rsidRDefault="00554336"/>
    <w:p w14:paraId="645BBF93" w14:textId="77777777" w:rsidR="00554336" w:rsidRDefault="00000000">
      <w:r>
        <w:t>**Recommended Model**: DRI Score</w:t>
      </w:r>
    </w:p>
    <w:p w14:paraId="2ED15733" w14:textId="77777777" w:rsidR="00554336" w:rsidRDefault="00000000">
      <w:pPr>
        <w:pStyle w:val="Heading2"/>
      </w:pPr>
      <w:r>
        <w:t>ASP #17</w:t>
      </w:r>
    </w:p>
    <w:p w14:paraId="300B0F7A" w14:textId="77777777" w:rsidR="00554336" w:rsidRDefault="00000000">
      <w:pPr>
        <w:pStyle w:val="Heading3"/>
      </w:pPr>
      <w:r>
        <w:t>Patient Profile – ASP #17</w:t>
      </w:r>
    </w:p>
    <w:p w14:paraId="335D8DE4" w14:textId="77777777" w:rsidR="00554336" w:rsidRDefault="00000000">
      <w:r>
        <w:t>- **Age**: 32</w:t>
      </w:r>
    </w:p>
    <w:p w14:paraId="2719441D" w14:textId="77777777" w:rsidR="00554336" w:rsidRDefault="00000000">
      <w:r>
        <w:t>- **Sex**: Male</w:t>
      </w:r>
    </w:p>
    <w:p w14:paraId="0F56CFAD" w14:textId="77777777" w:rsidR="00554336" w:rsidRDefault="00000000">
      <w:r>
        <w:t>- **BMI**: 41.3 kg/m²</w:t>
      </w:r>
    </w:p>
    <w:p w14:paraId="1069C9BC" w14:textId="77777777" w:rsidR="00554336" w:rsidRDefault="00000000">
      <w:r>
        <w:t>- **Duration of T2DM**: 1 years</w:t>
      </w:r>
    </w:p>
    <w:p w14:paraId="456CF961" w14:textId="77777777" w:rsidR="00554336" w:rsidRDefault="00000000">
      <w:r>
        <w:t>- **Medications**: Sulfonylurea</w:t>
      </w:r>
    </w:p>
    <w:p w14:paraId="00A7CE0B" w14:textId="77777777" w:rsidR="00554336" w:rsidRDefault="00000000">
      <w:r>
        <w:t>- **Insulin Use**: No</w:t>
      </w:r>
    </w:p>
    <w:p w14:paraId="40981A44" w14:textId="77777777" w:rsidR="00554336" w:rsidRDefault="00000000">
      <w:r>
        <w:t>- **HbA1c**: 8.1%</w:t>
      </w:r>
    </w:p>
    <w:p w14:paraId="26348B3B" w14:textId="77777777" w:rsidR="00554336" w:rsidRDefault="00000000">
      <w:r>
        <w:t>- **C-peptide**: 3.9 ng/mL</w:t>
      </w:r>
    </w:p>
    <w:p w14:paraId="48CE2449" w14:textId="77777777" w:rsidR="00554336" w:rsidRDefault="00000000">
      <w:r>
        <w:t>- **Planned Procedure**: SG</w:t>
      </w:r>
    </w:p>
    <w:p w14:paraId="2752D3CC" w14:textId="77777777" w:rsidR="00554336" w:rsidRDefault="00554336"/>
    <w:p w14:paraId="2F93F354" w14:textId="77777777" w:rsidR="00554336" w:rsidRDefault="00000000">
      <w:r>
        <w:t>**Recommended Model**: ABCD Score</w:t>
      </w:r>
    </w:p>
    <w:p w14:paraId="59EABC86" w14:textId="77777777" w:rsidR="00554336" w:rsidRDefault="00000000">
      <w:pPr>
        <w:pStyle w:val="Heading2"/>
      </w:pPr>
      <w:r>
        <w:t>ASP #18</w:t>
      </w:r>
    </w:p>
    <w:p w14:paraId="1D4F46CF" w14:textId="77777777" w:rsidR="00554336" w:rsidRDefault="00000000">
      <w:pPr>
        <w:pStyle w:val="Heading3"/>
      </w:pPr>
      <w:r>
        <w:t>Patient Profile – ASP #18</w:t>
      </w:r>
    </w:p>
    <w:p w14:paraId="055C3CC8" w14:textId="77777777" w:rsidR="00554336" w:rsidRDefault="00000000">
      <w:r>
        <w:t>- **Age**: 31</w:t>
      </w:r>
    </w:p>
    <w:p w14:paraId="3E94865E" w14:textId="77777777" w:rsidR="00554336" w:rsidRDefault="00000000">
      <w:r>
        <w:t>- **Sex**: Female</w:t>
      </w:r>
    </w:p>
    <w:p w14:paraId="62F3A973" w14:textId="77777777" w:rsidR="00554336" w:rsidRDefault="00000000">
      <w:r>
        <w:t>- **BMI**: 60.7 kg/m²</w:t>
      </w:r>
    </w:p>
    <w:p w14:paraId="38B890CC" w14:textId="77777777" w:rsidR="00554336" w:rsidRDefault="00000000">
      <w:r>
        <w:t>- **Duration of T2DM**: 10 years</w:t>
      </w:r>
    </w:p>
    <w:p w14:paraId="1B97AACB" w14:textId="77777777" w:rsidR="00554336" w:rsidRDefault="00000000">
      <w:r>
        <w:t>- **Medications**: Sulfonylurea</w:t>
      </w:r>
    </w:p>
    <w:p w14:paraId="247FE891" w14:textId="77777777" w:rsidR="00554336" w:rsidRDefault="00000000">
      <w:r>
        <w:t>- **Insulin Use**: No</w:t>
      </w:r>
    </w:p>
    <w:p w14:paraId="5A09CCB4" w14:textId="77777777" w:rsidR="00554336" w:rsidRDefault="00000000">
      <w:r>
        <w:t>- **HbA1c**: 10.2%</w:t>
      </w:r>
    </w:p>
    <w:p w14:paraId="44FF00EA" w14:textId="77777777" w:rsidR="00554336" w:rsidRDefault="00000000">
      <w:r>
        <w:t>- **C-peptide**: 2.7 ng/mL</w:t>
      </w:r>
    </w:p>
    <w:p w14:paraId="05D2DD97" w14:textId="77777777" w:rsidR="00554336" w:rsidRDefault="00000000">
      <w:r>
        <w:t>- **Planned Procedure**: BPD-DS</w:t>
      </w:r>
    </w:p>
    <w:p w14:paraId="058B8F66" w14:textId="77777777" w:rsidR="00554336" w:rsidRDefault="00554336"/>
    <w:p w14:paraId="5608EF9B" w14:textId="77777777" w:rsidR="00554336" w:rsidRDefault="00000000">
      <w:r>
        <w:t>**Recommended Model**: DRI Score</w:t>
      </w:r>
    </w:p>
    <w:p w14:paraId="2FDCE5F3" w14:textId="77777777" w:rsidR="00554336" w:rsidRDefault="00000000">
      <w:pPr>
        <w:pStyle w:val="Heading2"/>
      </w:pPr>
      <w:r>
        <w:t>ASP #19</w:t>
      </w:r>
    </w:p>
    <w:p w14:paraId="486E708C" w14:textId="77777777" w:rsidR="00554336" w:rsidRDefault="00000000">
      <w:pPr>
        <w:pStyle w:val="Heading3"/>
      </w:pPr>
      <w:r>
        <w:t>Patient Profile – ASP #19</w:t>
      </w:r>
    </w:p>
    <w:p w14:paraId="4FE07975" w14:textId="77777777" w:rsidR="00554336" w:rsidRDefault="00000000">
      <w:r>
        <w:t>- **Age**: 47</w:t>
      </w:r>
    </w:p>
    <w:p w14:paraId="71A06C18" w14:textId="77777777" w:rsidR="00554336" w:rsidRDefault="00000000">
      <w:r>
        <w:t>- **Sex**: Female</w:t>
      </w:r>
    </w:p>
    <w:p w14:paraId="325FD8D2" w14:textId="77777777" w:rsidR="00554336" w:rsidRDefault="00000000">
      <w:r>
        <w:t>- **BMI**: 39.3 kg/m²</w:t>
      </w:r>
    </w:p>
    <w:p w14:paraId="220DACC2" w14:textId="77777777" w:rsidR="00554336" w:rsidRDefault="00000000">
      <w:r>
        <w:t>- **Duration of T2DM**: 7 years</w:t>
      </w:r>
    </w:p>
    <w:p w14:paraId="01A9585C" w14:textId="77777777" w:rsidR="00554336" w:rsidRDefault="00000000">
      <w:r>
        <w:t>- **Medications**: No</w:t>
      </w:r>
    </w:p>
    <w:p w14:paraId="58AF78A5" w14:textId="77777777" w:rsidR="00554336" w:rsidRDefault="00000000">
      <w:r>
        <w:t>- **Insulin Use**: No</w:t>
      </w:r>
    </w:p>
    <w:p w14:paraId="5EB426C3" w14:textId="77777777" w:rsidR="00554336" w:rsidRDefault="00000000">
      <w:r>
        <w:t>- **HbA1c**: 8.2%</w:t>
      </w:r>
    </w:p>
    <w:p w14:paraId="403FDD75" w14:textId="77777777" w:rsidR="00554336" w:rsidRDefault="00000000">
      <w:r>
        <w:t>- **C-peptide**: 3.7 ng/mL</w:t>
      </w:r>
    </w:p>
    <w:p w14:paraId="6D1FAA71" w14:textId="77777777" w:rsidR="00554336" w:rsidRDefault="00000000">
      <w:r>
        <w:t>- **Planned Procedure**: BPD-DS</w:t>
      </w:r>
    </w:p>
    <w:p w14:paraId="72DAA231" w14:textId="77777777" w:rsidR="00554336" w:rsidRDefault="00554336"/>
    <w:p w14:paraId="488D166E" w14:textId="77777777" w:rsidR="00554336" w:rsidRDefault="00000000">
      <w:r>
        <w:t>**Recommended Model**: DRI Score</w:t>
      </w:r>
    </w:p>
    <w:p w14:paraId="67A251B3" w14:textId="77777777" w:rsidR="00554336" w:rsidRDefault="00000000">
      <w:pPr>
        <w:pStyle w:val="Heading2"/>
      </w:pPr>
      <w:r>
        <w:t>ASP #20</w:t>
      </w:r>
    </w:p>
    <w:p w14:paraId="592534C4" w14:textId="77777777" w:rsidR="00554336" w:rsidRDefault="00000000">
      <w:pPr>
        <w:pStyle w:val="Heading3"/>
      </w:pPr>
      <w:r>
        <w:t>Patient Profile – ASP #20</w:t>
      </w:r>
    </w:p>
    <w:p w14:paraId="03661CE5" w14:textId="77777777" w:rsidR="00554336" w:rsidRDefault="00000000">
      <w:r>
        <w:t>- **Age**: 43</w:t>
      </w:r>
    </w:p>
    <w:p w14:paraId="7F6F40EC" w14:textId="77777777" w:rsidR="00554336" w:rsidRDefault="00000000">
      <w:r>
        <w:t>- **Sex**: Female</w:t>
      </w:r>
    </w:p>
    <w:p w14:paraId="6A1AA5BA" w14:textId="77777777" w:rsidR="00554336" w:rsidRDefault="00000000">
      <w:r>
        <w:t>- **BMI**: 37.7 kg/m²</w:t>
      </w:r>
    </w:p>
    <w:p w14:paraId="1B54C47D" w14:textId="77777777" w:rsidR="00554336" w:rsidRDefault="00000000">
      <w:r>
        <w:t>- **Duration of T2DM**: 4 years</w:t>
      </w:r>
    </w:p>
    <w:p w14:paraId="1E02A2D0" w14:textId="77777777" w:rsidR="00554336" w:rsidRDefault="00000000">
      <w:r>
        <w:t>- **Medications**: No</w:t>
      </w:r>
    </w:p>
    <w:p w14:paraId="662CD044" w14:textId="77777777" w:rsidR="00554336" w:rsidRDefault="00000000">
      <w:r>
        <w:t>- **Insulin Use**: No</w:t>
      </w:r>
    </w:p>
    <w:p w14:paraId="603E9E36" w14:textId="77777777" w:rsidR="00554336" w:rsidRDefault="00000000">
      <w:r>
        <w:t>- **HbA1c**: 9.9%</w:t>
      </w:r>
    </w:p>
    <w:p w14:paraId="5D4871D4" w14:textId="77777777" w:rsidR="00554336" w:rsidRDefault="00000000">
      <w:r>
        <w:t>- **C-peptide**: 3.8 ng/mL</w:t>
      </w:r>
    </w:p>
    <w:p w14:paraId="3F43C7A7" w14:textId="77777777" w:rsidR="00554336" w:rsidRDefault="00000000">
      <w:r>
        <w:t>- **Planned Procedure**: OAGB</w:t>
      </w:r>
    </w:p>
    <w:p w14:paraId="264F3241" w14:textId="77777777" w:rsidR="00554336" w:rsidRDefault="00554336"/>
    <w:p w14:paraId="4747A042" w14:textId="77777777" w:rsidR="00554336" w:rsidRDefault="00000000">
      <w:r>
        <w:t>**Recommended Model**: DiaBetter</w:t>
      </w:r>
    </w:p>
    <w:p w14:paraId="21DBEA1B" w14:textId="77777777" w:rsidR="00554336" w:rsidRDefault="00000000">
      <w:pPr>
        <w:pStyle w:val="Heading2"/>
      </w:pPr>
      <w:r>
        <w:t>ASP #21</w:t>
      </w:r>
    </w:p>
    <w:p w14:paraId="0CB0D764" w14:textId="77777777" w:rsidR="00554336" w:rsidRDefault="00000000">
      <w:pPr>
        <w:pStyle w:val="Heading3"/>
      </w:pPr>
      <w:r>
        <w:t>Patient Profile – ASP #21</w:t>
      </w:r>
    </w:p>
    <w:p w14:paraId="7743D90A" w14:textId="77777777" w:rsidR="00554336" w:rsidRDefault="00000000">
      <w:r>
        <w:t>- **Age**: 58</w:t>
      </w:r>
    </w:p>
    <w:p w14:paraId="00EA39F1" w14:textId="77777777" w:rsidR="00554336" w:rsidRDefault="00000000">
      <w:r>
        <w:t>- **Sex**: Female</w:t>
      </w:r>
    </w:p>
    <w:p w14:paraId="34BD75D8" w14:textId="77777777" w:rsidR="00554336" w:rsidRDefault="00000000">
      <w:r>
        <w:t>- **BMI**: 57.7 kg/m²</w:t>
      </w:r>
    </w:p>
    <w:p w14:paraId="635EA826" w14:textId="77777777" w:rsidR="00554336" w:rsidRDefault="00000000">
      <w:r>
        <w:t>- **Duration of T2DM**: 13 years</w:t>
      </w:r>
    </w:p>
    <w:p w14:paraId="4165A67D" w14:textId="77777777" w:rsidR="00554336" w:rsidRDefault="00000000">
      <w:r>
        <w:t>- **Medications**: GLP-1 Agonist</w:t>
      </w:r>
    </w:p>
    <w:p w14:paraId="73B0E21F" w14:textId="77777777" w:rsidR="00554336" w:rsidRDefault="00000000">
      <w:r>
        <w:t>- **Insulin Use**: Yes</w:t>
      </w:r>
    </w:p>
    <w:p w14:paraId="63DFC1DC" w14:textId="77777777" w:rsidR="00554336" w:rsidRDefault="00000000">
      <w:r>
        <w:t>- **HbA1c**: 7.5%</w:t>
      </w:r>
    </w:p>
    <w:p w14:paraId="1A1D05D7" w14:textId="77777777" w:rsidR="00554336" w:rsidRDefault="00000000">
      <w:r>
        <w:t>- **C-peptide**: 0.8 ng/mL</w:t>
      </w:r>
    </w:p>
    <w:p w14:paraId="6675D8AD" w14:textId="77777777" w:rsidR="00554336" w:rsidRDefault="00000000">
      <w:r>
        <w:t>- **Planned Procedure**: BPD-DS</w:t>
      </w:r>
    </w:p>
    <w:p w14:paraId="5206614E" w14:textId="77777777" w:rsidR="00554336" w:rsidRDefault="00554336"/>
    <w:p w14:paraId="59CFBBDC" w14:textId="77777777" w:rsidR="00554336" w:rsidRDefault="00000000">
      <w:r>
        <w:t>**Recommended Model**: DRI Score</w:t>
      </w:r>
    </w:p>
    <w:p w14:paraId="1166CE8D" w14:textId="77777777" w:rsidR="00554336" w:rsidRDefault="00000000">
      <w:pPr>
        <w:pStyle w:val="Heading2"/>
      </w:pPr>
      <w:r>
        <w:t>ASP #22</w:t>
      </w:r>
    </w:p>
    <w:p w14:paraId="300EB2B8" w14:textId="77777777" w:rsidR="00554336" w:rsidRDefault="00000000">
      <w:pPr>
        <w:pStyle w:val="Heading3"/>
      </w:pPr>
      <w:r>
        <w:t>Patient Profile – ASP #22</w:t>
      </w:r>
    </w:p>
    <w:p w14:paraId="3EEAF8DD" w14:textId="77777777" w:rsidR="00554336" w:rsidRDefault="00000000">
      <w:r>
        <w:t>- **Age**: 18</w:t>
      </w:r>
    </w:p>
    <w:p w14:paraId="5759FCB7" w14:textId="77777777" w:rsidR="00554336" w:rsidRDefault="00000000">
      <w:r>
        <w:t>- **Sex**: Male</w:t>
      </w:r>
    </w:p>
    <w:p w14:paraId="3240EECB" w14:textId="77777777" w:rsidR="00554336" w:rsidRDefault="00000000">
      <w:r>
        <w:t>- **BMI**: 55.2 kg/m²</w:t>
      </w:r>
    </w:p>
    <w:p w14:paraId="0015B452" w14:textId="77777777" w:rsidR="00554336" w:rsidRDefault="00000000">
      <w:r>
        <w:t>- **Duration of T2DM**: 17 years</w:t>
      </w:r>
    </w:p>
    <w:p w14:paraId="5BB367B5" w14:textId="77777777" w:rsidR="00554336" w:rsidRDefault="00000000">
      <w:r>
        <w:t>- **Medications**: Metformin - GLP-1 Agonist</w:t>
      </w:r>
    </w:p>
    <w:p w14:paraId="0C9E7442" w14:textId="77777777" w:rsidR="00554336" w:rsidRDefault="00000000">
      <w:r>
        <w:t>- **Insulin Use**: No</w:t>
      </w:r>
    </w:p>
    <w:p w14:paraId="35DEBF80" w14:textId="77777777" w:rsidR="00554336" w:rsidRDefault="00000000">
      <w:r>
        <w:t>- **HbA1c**: 7.7%</w:t>
      </w:r>
    </w:p>
    <w:p w14:paraId="3D655BD4" w14:textId="77777777" w:rsidR="00554336" w:rsidRDefault="00000000">
      <w:r>
        <w:t>- **C-peptide**: 2.5 ng/mL</w:t>
      </w:r>
    </w:p>
    <w:p w14:paraId="7480B50B" w14:textId="77777777" w:rsidR="00554336" w:rsidRDefault="00000000">
      <w:r>
        <w:t>- **Planned Procedure**: OAGB</w:t>
      </w:r>
    </w:p>
    <w:p w14:paraId="08AE6FD2" w14:textId="77777777" w:rsidR="00554336" w:rsidRDefault="00554336"/>
    <w:p w14:paraId="2704727A" w14:textId="77777777" w:rsidR="00554336" w:rsidRDefault="00000000">
      <w:r>
        <w:t>**Recommended Model**: DiaBetter</w:t>
      </w:r>
    </w:p>
    <w:p w14:paraId="70A88C15" w14:textId="77777777" w:rsidR="00554336" w:rsidRDefault="00000000">
      <w:pPr>
        <w:pStyle w:val="Heading2"/>
      </w:pPr>
      <w:r>
        <w:t>ASP #23</w:t>
      </w:r>
    </w:p>
    <w:p w14:paraId="0D12F2B3" w14:textId="77777777" w:rsidR="00554336" w:rsidRDefault="00000000">
      <w:pPr>
        <w:pStyle w:val="Heading3"/>
      </w:pPr>
      <w:r>
        <w:t>Patient Profile – ASP #23</w:t>
      </w:r>
    </w:p>
    <w:p w14:paraId="2AF57440" w14:textId="77777777" w:rsidR="00554336" w:rsidRDefault="00000000">
      <w:r>
        <w:t>- **Age**: 47</w:t>
      </w:r>
    </w:p>
    <w:p w14:paraId="25799012" w14:textId="77777777" w:rsidR="00554336" w:rsidRDefault="00000000">
      <w:r>
        <w:t>- **Sex**: Female</w:t>
      </w:r>
    </w:p>
    <w:p w14:paraId="4398CDB1" w14:textId="77777777" w:rsidR="00554336" w:rsidRDefault="00000000">
      <w:r>
        <w:t>- **BMI**: 63.4 kg/m²</w:t>
      </w:r>
    </w:p>
    <w:p w14:paraId="5817E042" w14:textId="77777777" w:rsidR="00554336" w:rsidRDefault="00000000">
      <w:r>
        <w:t>- **Duration of T2DM**: 8 years</w:t>
      </w:r>
    </w:p>
    <w:p w14:paraId="27031F77" w14:textId="77777777" w:rsidR="00554336" w:rsidRDefault="00000000">
      <w:r>
        <w:t>- **Medications**: No</w:t>
      </w:r>
    </w:p>
    <w:p w14:paraId="3DDAE9C1" w14:textId="77777777" w:rsidR="00554336" w:rsidRDefault="00000000">
      <w:r>
        <w:t>- **Insulin Use**: No</w:t>
      </w:r>
    </w:p>
    <w:p w14:paraId="12465C92" w14:textId="77777777" w:rsidR="00554336" w:rsidRDefault="00000000">
      <w:r>
        <w:t>- **HbA1c**: 6.9%</w:t>
      </w:r>
    </w:p>
    <w:p w14:paraId="3059FD25" w14:textId="77777777" w:rsidR="00554336" w:rsidRDefault="00000000">
      <w:r>
        <w:t>- **C-peptide**: 3.0 ng/mL</w:t>
      </w:r>
    </w:p>
    <w:p w14:paraId="07513F73" w14:textId="77777777" w:rsidR="00554336" w:rsidRDefault="00000000">
      <w:r>
        <w:t>- **Planned Procedure**: BPD-DS</w:t>
      </w:r>
    </w:p>
    <w:p w14:paraId="52FBCB6F" w14:textId="77777777" w:rsidR="00554336" w:rsidRDefault="00554336"/>
    <w:p w14:paraId="20B8450E" w14:textId="77777777" w:rsidR="00554336" w:rsidRDefault="00000000">
      <w:r>
        <w:t>**Recommended Model**: DRI Score</w:t>
      </w:r>
    </w:p>
    <w:p w14:paraId="583DFADC" w14:textId="77777777" w:rsidR="00554336" w:rsidRDefault="00000000">
      <w:pPr>
        <w:pStyle w:val="Heading2"/>
      </w:pPr>
      <w:r>
        <w:t>ASP #24</w:t>
      </w:r>
    </w:p>
    <w:p w14:paraId="5CCD9C6B" w14:textId="77777777" w:rsidR="00554336" w:rsidRDefault="00000000">
      <w:pPr>
        <w:pStyle w:val="Heading3"/>
      </w:pPr>
      <w:r>
        <w:t>Patient Profile – ASP #24</w:t>
      </w:r>
    </w:p>
    <w:p w14:paraId="56F68E2F" w14:textId="77777777" w:rsidR="00554336" w:rsidRDefault="00000000">
      <w:r>
        <w:t>- **Age**: 58</w:t>
      </w:r>
    </w:p>
    <w:p w14:paraId="4BB98EB2" w14:textId="77777777" w:rsidR="00554336" w:rsidRDefault="00000000">
      <w:r>
        <w:t>- **Sex**: Female</w:t>
      </w:r>
    </w:p>
    <w:p w14:paraId="28A4128A" w14:textId="77777777" w:rsidR="00554336" w:rsidRDefault="00000000">
      <w:r>
        <w:t>- **BMI**: 59.5 kg/m²</w:t>
      </w:r>
    </w:p>
    <w:p w14:paraId="396803BC" w14:textId="77777777" w:rsidR="00554336" w:rsidRDefault="00000000">
      <w:r>
        <w:t>- **Duration of T2DM**: 16 years</w:t>
      </w:r>
    </w:p>
    <w:p w14:paraId="666427B3" w14:textId="77777777" w:rsidR="00554336" w:rsidRDefault="00000000">
      <w:r>
        <w:t>- **Medications**: Sulfonylurea</w:t>
      </w:r>
    </w:p>
    <w:p w14:paraId="2B53E727" w14:textId="77777777" w:rsidR="00554336" w:rsidRDefault="00000000">
      <w:r>
        <w:t>- **Insulin Use**: Yes</w:t>
      </w:r>
    </w:p>
    <w:p w14:paraId="4CD796F0" w14:textId="77777777" w:rsidR="00554336" w:rsidRDefault="00000000">
      <w:r>
        <w:t>- **HbA1c**: 9.6%</w:t>
      </w:r>
    </w:p>
    <w:p w14:paraId="05C651E1" w14:textId="77777777" w:rsidR="00554336" w:rsidRDefault="00000000">
      <w:r>
        <w:t>- **C-peptide**: 1.0 ng/mL</w:t>
      </w:r>
    </w:p>
    <w:p w14:paraId="243FCC4D" w14:textId="77777777" w:rsidR="00554336" w:rsidRDefault="00000000">
      <w:r>
        <w:t>- **Planned Procedure**: BPD-DS</w:t>
      </w:r>
    </w:p>
    <w:p w14:paraId="3E8D7C37" w14:textId="77777777" w:rsidR="00554336" w:rsidRDefault="00554336"/>
    <w:p w14:paraId="54E32671" w14:textId="77777777" w:rsidR="00554336" w:rsidRDefault="00000000">
      <w:r>
        <w:t>**Recommended Model**: DRI Score</w:t>
      </w:r>
    </w:p>
    <w:p w14:paraId="29469C70" w14:textId="77777777" w:rsidR="00554336" w:rsidRDefault="00000000">
      <w:pPr>
        <w:pStyle w:val="Heading2"/>
      </w:pPr>
      <w:r>
        <w:t>ASP #25</w:t>
      </w:r>
    </w:p>
    <w:p w14:paraId="14EC30EF" w14:textId="77777777" w:rsidR="00554336" w:rsidRDefault="00000000">
      <w:pPr>
        <w:pStyle w:val="Heading3"/>
      </w:pPr>
      <w:r>
        <w:t>Patient Profile – ASP #25</w:t>
      </w:r>
    </w:p>
    <w:p w14:paraId="441DF5CC" w14:textId="77777777" w:rsidR="00554336" w:rsidRDefault="00000000">
      <w:r>
        <w:t>- **Age**: 18</w:t>
      </w:r>
    </w:p>
    <w:p w14:paraId="4C6B7D0F" w14:textId="77777777" w:rsidR="00554336" w:rsidRDefault="00000000">
      <w:r>
        <w:t>- **Sex**: Female</w:t>
      </w:r>
    </w:p>
    <w:p w14:paraId="52A97C25" w14:textId="77777777" w:rsidR="00554336" w:rsidRDefault="00000000">
      <w:r>
        <w:t>- **BMI**: 41.3 kg/m²</w:t>
      </w:r>
    </w:p>
    <w:p w14:paraId="4B0C6D29" w14:textId="77777777" w:rsidR="00554336" w:rsidRDefault="00000000">
      <w:r>
        <w:t>- **Duration of T2DM**: Newly diagnosed</w:t>
      </w:r>
    </w:p>
    <w:p w14:paraId="36C48FF1" w14:textId="77777777" w:rsidR="00554336" w:rsidRDefault="00000000">
      <w:r>
        <w:t>- **Medications**: GLP-1 Agonist</w:t>
      </w:r>
    </w:p>
    <w:p w14:paraId="2DD2E66C" w14:textId="77777777" w:rsidR="00554336" w:rsidRDefault="00000000">
      <w:r>
        <w:t>- **Insulin Use**: No</w:t>
      </w:r>
    </w:p>
    <w:p w14:paraId="0EDE76DC" w14:textId="77777777" w:rsidR="00554336" w:rsidRDefault="00000000">
      <w:r>
        <w:t>- **HbA1c**: 9.8%</w:t>
      </w:r>
    </w:p>
    <w:p w14:paraId="07827D30" w14:textId="77777777" w:rsidR="00554336" w:rsidRDefault="00000000">
      <w:r>
        <w:t>- **C-peptide**: 4.1 ng/mL</w:t>
      </w:r>
    </w:p>
    <w:p w14:paraId="340954CF" w14:textId="77777777" w:rsidR="00554336" w:rsidRDefault="00000000">
      <w:r>
        <w:t>- **Planned Procedure**: RYGB</w:t>
      </w:r>
    </w:p>
    <w:p w14:paraId="65074FC8" w14:textId="77777777" w:rsidR="00554336" w:rsidRDefault="00554336"/>
    <w:p w14:paraId="648C898A" w14:textId="77777777" w:rsidR="00554336" w:rsidRDefault="00000000">
      <w:r>
        <w:t>**Recommended Model**: Advanced DiaRem</w:t>
      </w:r>
    </w:p>
    <w:p w14:paraId="7E8563D2" w14:textId="77777777" w:rsidR="00554336" w:rsidRDefault="00000000">
      <w:pPr>
        <w:pStyle w:val="Heading2"/>
      </w:pPr>
      <w:r>
        <w:t>ASP #26</w:t>
      </w:r>
    </w:p>
    <w:p w14:paraId="5E5376AF" w14:textId="77777777" w:rsidR="00554336" w:rsidRDefault="00000000">
      <w:pPr>
        <w:pStyle w:val="Heading3"/>
      </w:pPr>
      <w:r>
        <w:t>Patient Profile – ASP #26</w:t>
      </w:r>
    </w:p>
    <w:p w14:paraId="42FCFA1B" w14:textId="77777777" w:rsidR="00554336" w:rsidRDefault="00000000">
      <w:r>
        <w:t>- **Age**: 33</w:t>
      </w:r>
    </w:p>
    <w:p w14:paraId="7E13B22D" w14:textId="77777777" w:rsidR="00554336" w:rsidRDefault="00000000">
      <w:r>
        <w:t>- **Sex**: Female</w:t>
      </w:r>
    </w:p>
    <w:p w14:paraId="54A7566B" w14:textId="77777777" w:rsidR="00554336" w:rsidRDefault="00000000">
      <w:r>
        <w:t>- **BMI**: 38.4 kg/m²</w:t>
      </w:r>
    </w:p>
    <w:p w14:paraId="32AB1A44" w14:textId="77777777" w:rsidR="00554336" w:rsidRDefault="00000000">
      <w:r>
        <w:t>- **Duration of T2DM**: 18 years</w:t>
      </w:r>
    </w:p>
    <w:p w14:paraId="691B82E9" w14:textId="77777777" w:rsidR="00554336" w:rsidRDefault="00000000">
      <w:r>
        <w:t>- **Medications**: GLP-1 Agonist</w:t>
      </w:r>
    </w:p>
    <w:p w14:paraId="5F7A072C" w14:textId="77777777" w:rsidR="00554336" w:rsidRDefault="00000000">
      <w:r>
        <w:t>- **Insulin Use**: Yes</w:t>
      </w:r>
    </w:p>
    <w:p w14:paraId="67721DB7" w14:textId="77777777" w:rsidR="00554336" w:rsidRDefault="00000000">
      <w:r>
        <w:t>- **HbA1c**: 9.5%</w:t>
      </w:r>
    </w:p>
    <w:p w14:paraId="1FEAE38D" w14:textId="77777777" w:rsidR="00554336" w:rsidRDefault="00000000">
      <w:r>
        <w:t>- **C-peptide**: N/A</w:t>
      </w:r>
    </w:p>
    <w:p w14:paraId="11286B8C" w14:textId="77777777" w:rsidR="00554336" w:rsidRDefault="00000000">
      <w:r>
        <w:t>- **Planned Procedure**: OAGB</w:t>
      </w:r>
    </w:p>
    <w:p w14:paraId="56B28CBC" w14:textId="77777777" w:rsidR="00554336" w:rsidRDefault="00554336"/>
    <w:p w14:paraId="1ACDEEF4" w14:textId="77777777" w:rsidR="00554336" w:rsidRDefault="00000000">
      <w:r>
        <w:t>**Recommended Model**: DiaBetter</w:t>
      </w:r>
    </w:p>
    <w:p w14:paraId="6954B445" w14:textId="77777777" w:rsidR="00554336" w:rsidRDefault="00000000">
      <w:pPr>
        <w:pStyle w:val="Heading2"/>
      </w:pPr>
      <w:r>
        <w:t>ASP #27</w:t>
      </w:r>
    </w:p>
    <w:p w14:paraId="7194ACA8" w14:textId="77777777" w:rsidR="00554336" w:rsidRDefault="00000000">
      <w:pPr>
        <w:pStyle w:val="Heading3"/>
      </w:pPr>
      <w:r>
        <w:t>Patient Profile – ASP #27</w:t>
      </w:r>
    </w:p>
    <w:p w14:paraId="6FB090F4" w14:textId="77777777" w:rsidR="00554336" w:rsidRDefault="00000000">
      <w:r>
        <w:t>- **Age**: 26</w:t>
      </w:r>
    </w:p>
    <w:p w14:paraId="63B5DE72" w14:textId="77777777" w:rsidR="00554336" w:rsidRDefault="00000000">
      <w:r>
        <w:t>- **Sex**: Male</w:t>
      </w:r>
    </w:p>
    <w:p w14:paraId="5323945A" w14:textId="77777777" w:rsidR="00554336" w:rsidRDefault="00000000">
      <w:r>
        <w:t>- **BMI**: 46.6 kg/m²</w:t>
      </w:r>
    </w:p>
    <w:p w14:paraId="16FF31D7" w14:textId="77777777" w:rsidR="00554336" w:rsidRDefault="00000000">
      <w:r>
        <w:t>- **Duration of T2DM**: 17 years</w:t>
      </w:r>
    </w:p>
    <w:p w14:paraId="5727C338" w14:textId="77777777" w:rsidR="00554336" w:rsidRDefault="00000000">
      <w:r>
        <w:t>- **Medications**: SGLT2 inhibitor</w:t>
      </w:r>
    </w:p>
    <w:p w14:paraId="2B792B70" w14:textId="77777777" w:rsidR="00554336" w:rsidRDefault="00000000">
      <w:r>
        <w:t>- **Insulin Use**: Yes</w:t>
      </w:r>
    </w:p>
    <w:p w14:paraId="62843756" w14:textId="77777777" w:rsidR="00554336" w:rsidRDefault="00000000">
      <w:r>
        <w:t>- **HbA1c**: 7.3%</w:t>
      </w:r>
    </w:p>
    <w:p w14:paraId="054BBB4F" w14:textId="77777777" w:rsidR="00554336" w:rsidRDefault="00000000">
      <w:r>
        <w:t>- **C-peptide**: 1.1 ng/mL</w:t>
      </w:r>
    </w:p>
    <w:p w14:paraId="455D69BD" w14:textId="77777777" w:rsidR="00554336" w:rsidRDefault="00000000">
      <w:r>
        <w:t>- **Planned Procedure**: BPD-DS</w:t>
      </w:r>
    </w:p>
    <w:p w14:paraId="2BAE5FAA" w14:textId="77777777" w:rsidR="00554336" w:rsidRDefault="00554336"/>
    <w:p w14:paraId="5B98B4BA" w14:textId="77777777" w:rsidR="00554336" w:rsidRDefault="00000000">
      <w:r>
        <w:t>**Recommended Model**: DRI Score</w:t>
      </w:r>
    </w:p>
    <w:p w14:paraId="0C5A37B6" w14:textId="77777777" w:rsidR="00554336" w:rsidRDefault="00000000">
      <w:pPr>
        <w:pStyle w:val="Heading2"/>
      </w:pPr>
      <w:r>
        <w:t>ASP #28</w:t>
      </w:r>
    </w:p>
    <w:p w14:paraId="7C18096B" w14:textId="77777777" w:rsidR="00554336" w:rsidRDefault="00000000">
      <w:pPr>
        <w:pStyle w:val="Heading3"/>
      </w:pPr>
      <w:r>
        <w:t>Patient Profile – ASP #28</w:t>
      </w:r>
    </w:p>
    <w:p w14:paraId="412E58F0" w14:textId="77777777" w:rsidR="00554336" w:rsidRDefault="00000000">
      <w:r>
        <w:t>- **Age**: 66</w:t>
      </w:r>
    </w:p>
    <w:p w14:paraId="2A16CDD3" w14:textId="77777777" w:rsidR="00554336" w:rsidRDefault="00000000">
      <w:r>
        <w:t>- **Sex**: Male</w:t>
      </w:r>
    </w:p>
    <w:p w14:paraId="47E2DAF0" w14:textId="77777777" w:rsidR="00554336" w:rsidRDefault="00000000">
      <w:r>
        <w:t>- **BMI**: 54.1 kg/m²</w:t>
      </w:r>
    </w:p>
    <w:p w14:paraId="64F6075F" w14:textId="77777777" w:rsidR="00554336" w:rsidRDefault="00000000">
      <w:r>
        <w:t>- **Duration of T2DM**: 9 years</w:t>
      </w:r>
    </w:p>
    <w:p w14:paraId="4D85ADB7" w14:textId="77777777" w:rsidR="00554336" w:rsidRDefault="00000000">
      <w:r>
        <w:t>- **Medications**: GLP-1 Agonist - SGLT2 inhibitor</w:t>
      </w:r>
    </w:p>
    <w:p w14:paraId="1C661608" w14:textId="77777777" w:rsidR="00554336" w:rsidRDefault="00000000">
      <w:r>
        <w:t>- **Insulin Use**: No</w:t>
      </w:r>
    </w:p>
    <w:p w14:paraId="1367EE80" w14:textId="77777777" w:rsidR="00554336" w:rsidRDefault="00000000">
      <w:r>
        <w:t>- **HbA1c**: 8.3%</w:t>
      </w:r>
    </w:p>
    <w:p w14:paraId="153563D1" w14:textId="77777777" w:rsidR="00554336" w:rsidRDefault="00000000">
      <w:r>
        <w:t>- **C-peptide**: 3.4 ng/mL</w:t>
      </w:r>
    </w:p>
    <w:p w14:paraId="3C430F0F" w14:textId="77777777" w:rsidR="00554336" w:rsidRDefault="00000000">
      <w:r>
        <w:t>- **Planned Procedure**: BPD-DS</w:t>
      </w:r>
    </w:p>
    <w:p w14:paraId="73A58CE3" w14:textId="77777777" w:rsidR="00554336" w:rsidRDefault="00554336"/>
    <w:p w14:paraId="311AC385" w14:textId="77777777" w:rsidR="00554336" w:rsidRDefault="00000000">
      <w:r>
        <w:t>**Recommended Model**: DRI Score</w:t>
      </w:r>
    </w:p>
    <w:p w14:paraId="6ACBA440" w14:textId="77777777" w:rsidR="00554336" w:rsidRDefault="00000000">
      <w:pPr>
        <w:pStyle w:val="Heading2"/>
      </w:pPr>
      <w:r>
        <w:t>ASP #29</w:t>
      </w:r>
    </w:p>
    <w:p w14:paraId="21690A69" w14:textId="77777777" w:rsidR="00554336" w:rsidRDefault="00000000">
      <w:pPr>
        <w:pStyle w:val="Heading3"/>
      </w:pPr>
      <w:r>
        <w:t>Patient Profile – ASP #29</w:t>
      </w:r>
    </w:p>
    <w:p w14:paraId="55C12BFE" w14:textId="77777777" w:rsidR="00554336" w:rsidRDefault="00000000">
      <w:r>
        <w:t>- **Age**: 46</w:t>
      </w:r>
    </w:p>
    <w:p w14:paraId="6EC1A4E9" w14:textId="77777777" w:rsidR="00554336" w:rsidRDefault="00000000">
      <w:r>
        <w:t>- **Sex**: Female</w:t>
      </w:r>
    </w:p>
    <w:p w14:paraId="15E05F3B" w14:textId="77777777" w:rsidR="00554336" w:rsidRDefault="00000000">
      <w:r>
        <w:t>- **BMI**: 38.7 kg/m²</w:t>
      </w:r>
    </w:p>
    <w:p w14:paraId="5BB21327" w14:textId="77777777" w:rsidR="00554336" w:rsidRDefault="00000000">
      <w:r>
        <w:t>- **Duration of T2DM**: 2 years</w:t>
      </w:r>
    </w:p>
    <w:p w14:paraId="5995AC43" w14:textId="77777777" w:rsidR="00554336" w:rsidRDefault="00000000">
      <w:r>
        <w:t>- **Medications**: Metformin - SGLT2 inhibitor</w:t>
      </w:r>
    </w:p>
    <w:p w14:paraId="5DFE7229" w14:textId="77777777" w:rsidR="00554336" w:rsidRDefault="00000000">
      <w:r>
        <w:t>- **Insulin Use**: Yes</w:t>
      </w:r>
    </w:p>
    <w:p w14:paraId="056E7759" w14:textId="77777777" w:rsidR="00554336" w:rsidRDefault="00000000">
      <w:r>
        <w:t>- **HbA1c**: 6.5%</w:t>
      </w:r>
    </w:p>
    <w:p w14:paraId="79E54CBF" w14:textId="77777777" w:rsidR="00554336" w:rsidRDefault="00000000">
      <w:r>
        <w:t>- **C-peptide**: 0.8 ng/mL</w:t>
      </w:r>
    </w:p>
    <w:p w14:paraId="6CBE3D29" w14:textId="77777777" w:rsidR="00554336" w:rsidRDefault="00000000">
      <w:r>
        <w:t>- **Planned Procedure**: SG</w:t>
      </w:r>
    </w:p>
    <w:p w14:paraId="593D3ECF" w14:textId="77777777" w:rsidR="00554336" w:rsidRDefault="00554336"/>
    <w:p w14:paraId="1D9F8137" w14:textId="77777777" w:rsidR="00554336" w:rsidRDefault="00000000">
      <w:r>
        <w:t>**Recommended Model**: ABCD Score</w:t>
      </w:r>
    </w:p>
    <w:p w14:paraId="0B2CD1AF" w14:textId="77777777" w:rsidR="00554336" w:rsidRDefault="00000000">
      <w:pPr>
        <w:pStyle w:val="Heading2"/>
      </w:pPr>
      <w:r>
        <w:t>ASP #30</w:t>
      </w:r>
    </w:p>
    <w:p w14:paraId="5174CA9D" w14:textId="77777777" w:rsidR="00554336" w:rsidRDefault="00000000">
      <w:pPr>
        <w:pStyle w:val="Heading3"/>
      </w:pPr>
      <w:r>
        <w:t>Patient Profile – ASP #30</w:t>
      </w:r>
    </w:p>
    <w:p w14:paraId="088DD10A" w14:textId="77777777" w:rsidR="00554336" w:rsidRDefault="00000000">
      <w:r>
        <w:t>- **Age**: 32</w:t>
      </w:r>
    </w:p>
    <w:p w14:paraId="4399249B" w14:textId="77777777" w:rsidR="00554336" w:rsidRDefault="00000000">
      <w:r>
        <w:t>- **Sex**: Female</w:t>
      </w:r>
    </w:p>
    <w:p w14:paraId="651E1C15" w14:textId="77777777" w:rsidR="00554336" w:rsidRDefault="00000000">
      <w:r>
        <w:t>- **BMI**: 61.7 kg/m²</w:t>
      </w:r>
    </w:p>
    <w:p w14:paraId="4F28404C" w14:textId="77777777" w:rsidR="00554336" w:rsidRDefault="00000000">
      <w:r>
        <w:t>- **Duration of T2DM**: 10 years</w:t>
      </w:r>
    </w:p>
    <w:p w14:paraId="56378850" w14:textId="77777777" w:rsidR="00554336" w:rsidRDefault="00000000">
      <w:r>
        <w:t>- **Medications**: GLP-1 Agonist</w:t>
      </w:r>
    </w:p>
    <w:p w14:paraId="2B7543B3" w14:textId="77777777" w:rsidR="00554336" w:rsidRDefault="00000000">
      <w:r>
        <w:t>- **Insulin Use**: No</w:t>
      </w:r>
    </w:p>
    <w:p w14:paraId="4CB2ED50" w14:textId="77777777" w:rsidR="00554336" w:rsidRDefault="00000000">
      <w:r>
        <w:t>- **HbA1c**: 8.4%</w:t>
      </w:r>
    </w:p>
    <w:p w14:paraId="0746F440" w14:textId="77777777" w:rsidR="00554336" w:rsidRDefault="00000000">
      <w:r>
        <w:t>- **C-peptide**: 2.3 ng/mL</w:t>
      </w:r>
    </w:p>
    <w:p w14:paraId="4814FB17" w14:textId="77777777" w:rsidR="00554336" w:rsidRDefault="00000000">
      <w:r>
        <w:t>- **Planned Procedure**: BPD-DS</w:t>
      </w:r>
    </w:p>
    <w:p w14:paraId="67F171E7" w14:textId="77777777" w:rsidR="00554336" w:rsidRDefault="00554336"/>
    <w:p w14:paraId="34AB8EE0" w14:textId="77777777" w:rsidR="00554336" w:rsidRDefault="00000000">
      <w:r>
        <w:t>**Recommended Model**: DRI Score</w:t>
      </w:r>
    </w:p>
    <w:p w14:paraId="3494E6B1" w14:textId="77777777" w:rsidR="00554336" w:rsidRDefault="00000000">
      <w:pPr>
        <w:pStyle w:val="Heading2"/>
      </w:pPr>
      <w:r>
        <w:t>ASP #31</w:t>
      </w:r>
    </w:p>
    <w:p w14:paraId="4F62DA6F" w14:textId="77777777" w:rsidR="00554336" w:rsidRDefault="00000000">
      <w:pPr>
        <w:pStyle w:val="Heading3"/>
      </w:pPr>
      <w:r>
        <w:t>Patient Profile – ASP #31</w:t>
      </w:r>
    </w:p>
    <w:p w14:paraId="1E62AEC4" w14:textId="77777777" w:rsidR="00554336" w:rsidRDefault="00000000">
      <w:r>
        <w:t>- **Age**: 52</w:t>
      </w:r>
    </w:p>
    <w:p w14:paraId="4AD751E5" w14:textId="77777777" w:rsidR="00554336" w:rsidRDefault="00000000">
      <w:r>
        <w:t>- **Sex**: Female</w:t>
      </w:r>
    </w:p>
    <w:p w14:paraId="416D9CFA" w14:textId="77777777" w:rsidR="00554336" w:rsidRDefault="00000000">
      <w:r>
        <w:t>- **BMI**: 55.3 kg/m²</w:t>
      </w:r>
    </w:p>
    <w:p w14:paraId="252BF40B" w14:textId="77777777" w:rsidR="00554336" w:rsidRDefault="00000000">
      <w:r>
        <w:t>- **Duration of T2DM**: 18 years</w:t>
      </w:r>
    </w:p>
    <w:p w14:paraId="223E1FF1" w14:textId="77777777" w:rsidR="00554336" w:rsidRDefault="00000000">
      <w:r>
        <w:t>- **Medications**: Metformin - GLP-1 - SGLT2</w:t>
      </w:r>
    </w:p>
    <w:p w14:paraId="445C2124" w14:textId="77777777" w:rsidR="00554336" w:rsidRDefault="00000000">
      <w:r>
        <w:t>- **Insulin Use**: Yes</w:t>
      </w:r>
    </w:p>
    <w:p w14:paraId="1D702B96" w14:textId="77777777" w:rsidR="00554336" w:rsidRDefault="00000000">
      <w:r>
        <w:t>- **HbA1c**: 6.9%</w:t>
      </w:r>
    </w:p>
    <w:p w14:paraId="7344D43C" w14:textId="77777777" w:rsidR="00554336" w:rsidRDefault="00000000">
      <w:r>
        <w:t>- **C-peptide**: 0.7 ng/mL</w:t>
      </w:r>
    </w:p>
    <w:p w14:paraId="328EEB39" w14:textId="77777777" w:rsidR="00554336" w:rsidRDefault="00000000">
      <w:r>
        <w:t>- **Planned Procedure**: SADI-S</w:t>
      </w:r>
    </w:p>
    <w:p w14:paraId="2FE2B310" w14:textId="77777777" w:rsidR="00554336" w:rsidRDefault="00554336"/>
    <w:p w14:paraId="26FC3FFC" w14:textId="77777777" w:rsidR="00554336" w:rsidRDefault="00000000">
      <w:r>
        <w:t>**Recommended Model**: DRI Score</w:t>
      </w:r>
    </w:p>
    <w:p w14:paraId="362F71DA" w14:textId="77777777" w:rsidR="00554336" w:rsidRDefault="00000000">
      <w:pPr>
        <w:pStyle w:val="Heading2"/>
      </w:pPr>
      <w:r>
        <w:t>ASP #32</w:t>
      </w:r>
    </w:p>
    <w:p w14:paraId="552F80BA" w14:textId="77777777" w:rsidR="00554336" w:rsidRDefault="00000000">
      <w:pPr>
        <w:pStyle w:val="Heading3"/>
      </w:pPr>
      <w:r>
        <w:t>Patient Profile – ASP #32</w:t>
      </w:r>
    </w:p>
    <w:p w14:paraId="1A6A32D1" w14:textId="77777777" w:rsidR="00554336" w:rsidRDefault="00000000">
      <w:r>
        <w:t>- **Age**: 40</w:t>
      </w:r>
    </w:p>
    <w:p w14:paraId="772C4E32" w14:textId="77777777" w:rsidR="00554336" w:rsidRDefault="00000000">
      <w:r>
        <w:t>- **Sex**: Female</w:t>
      </w:r>
    </w:p>
    <w:p w14:paraId="79C0BEEF" w14:textId="77777777" w:rsidR="00554336" w:rsidRDefault="00000000">
      <w:r>
        <w:t>- **BMI**: 44.4 kg/m²</w:t>
      </w:r>
    </w:p>
    <w:p w14:paraId="7269D0E1" w14:textId="77777777" w:rsidR="00554336" w:rsidRDefault="00000000">
      <w:r>
        <w:t>- **Duration of T2DM**: 1 years</w:t>
      </w:r>
    </w:p>
    <w:p w14:paraId="607F43E5" w14:textId="77777777" w:rsidR="00554336" w:rsidRDefault="00000000">
      <w:r>
        <w:t>- **Medications**: GLP-1 Agonist</w:t>
      </w:r>
    </w:p>
    <w:p w14:paraId="0D5C8149" w14:textId="77777777" w:rsidR="00554336" w:rsidRDefault="00000000">
      <w:r>
        <w:t>- **Insulin Use**: Yes</w:t>
      </w:r>
    </w:p>
    <w:p w14:paraId="30D87FDF" w14:textId="77777777" w:rsidR="00554336" w:rsidRDefault="00000000">
      <w:r>
        <w:t>- **HbA1c**: 6.9%</w:t>
      </w:r>
    </w:p>
    <w:p w14:paraId="7CAE6A3F" w14:textId="77777777" w:rsidR="00554336" w:rsidRDefault="00000000">
      <w:r>
        <w:t>- **C-peptide**: 0.9 ng/mL</w:t>
      </w:r>
    </w:p>
    <w:p w14:paraId="4A2EE3BA" w14:textId="77777777" w:rsidR="00554336" w:rsidRDefault="00000000">
      <w:r>
        <w:t>- **Planned Procedure**: OAGB</w:t>
      </w:r>
    </w:p>
    <w:p w14:paraId="03E345B1" w14:textId="77777777" w:rsidR="00554336" w:rsidRDefault="00554336"/>
    <w:p w14:paraId="40F55917" w14:textId="77777777" w:rsidR="00554336" w:rsidRDefault="00000000">
      <w:r>
        <w:t>**Recommended Model**: DiaBetter</w:t>
      </w:r>
    </w:p>
    <w:p w14:paraId="1F678D44" w14:textId="77777777" w:rsidR="00554336" w:rsidRDefault="00000000">
      <w:pPr>
        <w:pStyle w:val="Heading2"/>
      </w:pPr>
      <w:r>
        <w:t>ASP #33</w:t>
      </w:r>
    </w:p>
    <w:p w14:paraId="62A32F3C" w14:textId="77777777" w:rsidR="00554336" w:rsidRDefault="00000000">
      <w:pPr>
        <w:pStyle w:val="Heading3"/>
      </w:pPr>
      <w:r>
        <w:t>Patient Profile – ASP #33</w:t>
      </w:r>
    </w:p>
    <w:p w14:paraId="29580038" w14:textId="77777777" w:rsidR="00554336" w:rsidRDefault="00000000">
      <w:r>
        <w:t>- **Age**: 30</w:t>
      </w:r>
    </w:p>
    <w:p w14:paraId="300D1BA4" w14:textId="77777777" w:rsidR="00554336" w:rsidRDefault="00000000">
      <w:r>
        <w:t>- **Sex**: Female</w:t>
      </w:r>
    </w:p>
    <w:p w14:paraId="01EA3E5F" w14:textId="77777777" w:rsidR="00554336" w:rsidRDefault="00000000">
      <w:r>
        <w:t>- **BMI**: 45.7 kg/m²</w:t>
      </w:r>
    </w:p>
    <w:p w14:paraId="1267632F" w14:textId="77777777" w:rsidR="00554336" w:rsidRDefault="00000000">
      <w:r>
        <w:t>- **Duration of T2DM**: 13 years</w:t>
      </w:r>
    </w:p>
    <w:p w14:paraId="2354BD0C" w14:textId="77777777" w:rsidR="00554336" w:rsidRDefault="00000000">
      <w:r>
        <w:t>- **Medications**: SGLT2 inhibitor</w:t>
      </w:r>
    </w:p>
    <w:p w14:paraId="04E53DF8" w14:textId="77777777" w:rsidR="00554336" w:rsidRDefault="00000000">
      <w:r>
        <w:t>- **Insulin Use**: Yes</w:t>
      </w:r>
    </w:p>
    <w:p w14:paraId="698706F1" w14:textId="77777777" w:rsidR="00554336" w:rsidRDefault="00000000">
      <w:r>
        <w:t>- **HbA1c**: 8.3%</w:t>
      </w:r>
    </w:p>
    <w:p w14:paraId="7C224010" w14:textId="77777777" w:rsidR="00554336" w:rsidRDefault="00000000">
      <w:r>
        <w:t>- **C-peptide**: 0.4 ng/mL</w:t>
      </w:r>
    </w:p>
    <w:p w14:paraId="490090F6" w14:textId="77777777" w:rsidR="00554336" w:rsidRDefault="00000000">
      <w:r>
        <w:t>- **Planned Procedure**: BPD-DS</w:t>
      </w:r>
    </w:p>
    <w:p w14:paraId="35C5FD9E" w14:textId="77777777" w:rsidR="00554336" w:rsidRDefault="00554336"/>
    <w:p w14:paraId="079F5E7C" w14:textId="77777777" w:rsidR="00554336" w:rsidRDefault="00000000">
      <w:r>
        <w:t>**Recommended Model**: DRI Score</w:t>
      </w:r>
    </w:p>
    <w:p w14:paraId="07F8647C" w14:textId="77777777" w:rsidR="00554336" w:rsidRDefault="00000000">
      <w:pPr>
        <w:pStyle w:val="Heading2"/>
      </w:pPr>
      <w:r>
        <w:t>ASP #34</w:t>
      </w:r>
    </w:p>
    <w:p w14:paraId="5F33ADAE" w14:textId="77777777" w:rsidR="00554336" w:rsidRDefault="00000000">
      <w:pPr>
        <w:pStyle w:val="Heading3"/>
      </w:pPr>
      <w:r>
        <w:t>Patient Profile – ASP #34</w:t>
      </w:r>
    </w:p>
    <w:p w14:paraId="5C9AD4BC" w14:textId="77777777" w:rsidR="00554336" w:rsidRDefault="00000000">
      <w:r>
        <w:t>- **Age**: 24</w:t>
      </w:r>
    </w:p>
    <w:p w14:paraId="3AE0190C" w14:textId="77777777" w:rsidR="00554336" w:rsidRDefault="00000000">
      <w:r>
        <w:t>- **Sex**: Female</w:t>
      </w:r>
    </w:p>
    <w:p w14:paraId="422DB8A7" w14:textId="77777777" w:rsidR="00554336" w:rsidRDefault="00000000">
      <w:r>
        <w:t>- **BMI**: 52.8 kg/m²</w:t>
      </w:r>
    </w:p>
    <w:p w14:paraId="6F11A998" w14:textId="77777777" w:rsidR="00554336" w:rsidRDefault="00000000">
      <w:r>
        <w:t>- **Duration of T2DM**: 17 years</w:t>
      </w:r>
    </w:p>
    <w:p w14:paraId="13A41EA3" w14:textId="77777777" w:rsidR="00554336" w:rsidRDefault="00000000">
      <w:r>
        <w:t>- **Medications**: Metformin</w:t>
      </w:r>
    </w:p>
    <w:p w14:paraId="1A3814C8" w14:textId="77777777" w:rsidR="00554336" w:rsidRDefault="00000000">
      <w:r>
        <w:t>- **Insulin Use**: No</w:t>
      </w:r>
    </w:p>
    <w:p w14:paraId="7481EDA8" w14:textId="77777777" w:rsidR="00554336" w:rsidRDefault="00000000">
      <w:r>
        <w:t>- **HbA1c**: 9.9%</w:t>
      </w:r>
    </w:p>
    <w:p w14:paraId="37873E4B" w14:textId="77777777" w:rsidR="00554336" w:rsidRDefault="00000000">
      <w:r>
        <w:t>- **C-peptide**: 4.3 ng/mL</w:t>
      </w:r>
    </w:p>
    <w:p w14:paraId="5A6D8B40" w14:textId="77777777" w:rsidR="00554336" w:rsidRDefault="00000000">
      <w:r>
        <w:t>- **Planned Procedure**: OAGB</w:t>
      </w:r>
    </w:p>
    <w:p w14:paraId="37840572" w14:textId="77777777" w:rsidR="00554336" w:rsidRDefault="00554336"/>
    <w:p w14:paraId="5ED1AF2B" w14:textId="77777777" w:rsidR="00554336" w:rsidRDefault="00000000">
      <w:r>
        <w:t>**Recommended Model**: DiaBetter</w:t>
      </w:r>
    </w:p>
    <w:p w14:paraId="2D39ECC6" w14:textId="77777777" w:rsidR="00554336" w:rsidRDefault="00000000">
      <w:pPr>
        <w:pStyle w:val="Heading2"/>
      </w:pPr>
      <w:r>
        <w:t>ASP #35</w:t>
      </w:r>
    </w:p>
    <w:p w14:paraId="223D2DD7" w14:textId="77777777" w:rsidR="00554336" w:rsidRDefault="00000000">
      <w:pPr>
        <w:pStyle w:val="Heading3"/>
      </w:pPr>
      <w:r>
        <w:t>Patient Profile – ASP #35</w:t>
      </w:r>
    </w:p>
    <w:p w14:paraId="201456A4" w14:textId="77777777" w:rsidR="00554336" w:rsidRDefault="00000000">
      <w:r>
        <w:t>- **Age**: 44</w:t>
      </w:r>
    </w:p>
    <w:p w14:paraId="474C9AA2" w14:textId="77777777" w:rsidR="00554336" w:rsidRDefault="00000000">
      <w:r>
        <w:t>- **Sex**: Female</w:t>
      </w:r>
    </w:p>
    <w:p w14:paraId="60D51683" w14:textId="77777777" w:rsidR="00554336" w:rsidRDefault="00000000">
      <w:r>
        <w:t>- **BMI**: 46.8 kg/m²</w:t>
      </w:r>
    </w:p>
    <w:p w14:paraId="69CD7B60" w14:textId="77777777" w:rsidR="00554336" w:rsidRDefault="00000000">
      <w:r>
        <w:t>- **Duration of T2DM**: 12 years</w:t>
      </w:r>
    </w:p>
    <w:p w14:paraId="0B02FF46" w14:textId="77777777" w:rsidR="00554336" w:rsidRDefault="00000000">
      <w:r>
        <w:t>- **Medications**: Metformin</w:t>
      </w:r>
    </w:p>
    <w:p w14:paraId="0D07DB67" w14:textId="77777777" w:rsidR="00554336" w:rsidRDefault="00000000">
      <w:r>
        <w:t>- **Insulin Use**: Yes</w:t>
      </w:r>
    </w:p>
    <w:p w14:paraId="0178B006" w14:textId="77777777" w:rsidR="00554336" w:rsidRDefault="00000000">
      <w:r>
        <w:t>- **HbA1c**: 10.2%</w:t>
      </w:r>
    </w:p>
    <w:p w14:paraId="0E05931A" w14:textId="77777777" w:rsidR="00554336" w:rsidRDefault="00000000">
      <w:r>
        <w:t>- **C-peptide**: 0.2 ng/mL</w:t>
      </w:r>
    </w:p>
    <w:p w14:paraId="06E8F36A" w14:textId="77777777" w:rsidR="00554336" w:rsidRDefault="00000000">
      <w:r>
        <w:t>- **Planned Procedure**: SADI-S</w:t>
      </w:r>
    </w:p>
    <w:p w14:paraId="31CED382" w14:textId="77777777" w:rsidR="00554336" w:rsidRDefault="00554336"/>
    <w:p w14:paraId="6694E194" w14:textId="77777777" w:rsidR="00554336" w:rsidRDefault="00000000">
      <w:r>
        <w:t>**Recommended Model**: DRI Score</w:t>
      </w:r>
    </w:p>
    <w:p w14:paraId="789EC790" w14:textId="77777777" w:rsidR="00554336" w:rsidRDefault="00000000">
      <w:pPr>
        <w:pStyle w:val="Heading2"/>
      </w:pPr>
      <w:r>
        <w:t>ASP #36</w:t>
      </w:r>
    </w:p>
    <w:p w14:paraId="7E5ACAE8" w14:textId="77777777" w:rsidR="00554336" w:rsidRDefault="00000000">
      <w:pPr>
        <w:pStyle w:val="Heading3"/>
      </w:pPr>
      <w:r>
        <w:t>Patient Profile – ASP #36</w:t>
      </w:r>
    </w:p>
    <w:p w14:paraId="7C272030" w14:textId="77777777" w:rsidR="00554336" w:rsidRDefault="00000000">
      <w:r>
        <w:t>- **Age**: 36</w:t>
      </w:r>
    </w:p>
    <w:p w14:paraId="040ABFA9" w14:textId="77777777" w:rsidR="00554336" w:rsidRDefault="00000000">
      <w:r>
        <w:t>- **Sex**: Female</w:t>
      </w:r>
    </w:p>
    <w:p w14:paraId="2B67715D" w14:textId="77777777" w:rsidR="00554336" w:rsidRDefault="00000000">
      <w:r>
        <w:t>- **BMI**: 54.4 kg/m²</w:t>
      </w:r>
    </w:p>
    <w:p w14:paraId="3A74D4C0" w14:textId="77777777" w:rsidR="00554336" w:rsidRDefault="00000000">
      <w:r>
        <w:t>- **Duration of T2DM**: 17 years</w:t>
      </w:r>
    </w:p>
    <w:p w14:paraId="2F12AD08" w14:textId="77777777" w:rsidR="00554336" w:rsidRDefault="00000000">
      <w:r>
        <w:t>- **Medications**: Metformin - GLP-1 - SGLT2</w:t>
      </w:r>
    </w:p>
    <w:p w14:paraId="7A84D93B" w14:textId="77777777" w:rsidR="00554336" w:rsidRDefault="00000000">
      <w:r>
        <w:t>- **Insulin Use**: Yes</w:t>
      </w:r>
    </w:p>
    <w:p w14:paraId="558E97A8" w14:textId="77777777" w:rsidR="00554336" w:rsidRDefault="00000000">
      <w:r>
        <w:t>- **HbA1c**: 8.8%</w:t>
      </w:r>
    </w:p>
    <w:p w14:paraId="5A5CDF2C" w14:textId="77777777" w:rsidR="00554336" w:rsidRDefault="00000000">
      <w:r>
        <w:t>- **C-peptide**: 0.5 ng/mL</w:t>
      </w:r>
    </w:p>
    <w:p w14:paraId="37EA7E57" w14:textId="77777777" w:rsidR="00554336" w:rsidRDefault="00000000">
      <w:r>
        <w:t>- **Planned Procedure**: BPD-DS</w:t>
      </w:r>
    </w:p>
    <w:p w14:paraId="39FDA3E7" w14:textId="77777777" w:rsidR="00554336" w:rsidRDefault="00554336"/>
    <w:p w14:paraId="528595A8" w14:textId="77777777" w:rsidR="00554336" w:rsidRDefault="00000000">
      <w:r>
        <w:t>**Recommended Model**: DRI Score</w:t>
      </w:r>
    </w:p>
    <w:p w14:paraId="69CB2578" w14:textId="77777777" w:rsidR="00554336" w:rsidRDefault="00000000">
      <w:pPr>
        <w:pStyle w:val="Heading2"/>
      </w:pPr>
      <w:r>
        <w:t>ASP #37</w:t>
      </w:r>
    </w:p>
    <w:p w14:paraId="31696BD3" w14:textId="77777777" w:rsidR="00554336" w:rsidRDefault="00000000">
      <w:pPr>
        <w:pStyle w:val="Heading3"/>
      </w:pPr>
      <w:r>
        <w:t>Patient Profile – ASP #37</w:t>
      </w:r>
    </w:p>
    <w:p w14:paraId="345A4177" w14:textId="77777777" w:rsidR="00554336" w:rsidRDefault="00000000">
      <w:r>
        <w:t>- **Age**: 21</w:t>
      </w:r>
    </w:p>
    <w:p w14:paraId="058E3479" w14:textId="77777777" w:rsidR="00554336" w:rsidRDefault="00000000">
      <w:r>
        <w:t>- **Sex**: Male</w:t>
      </w:r>
    </w:p>
    <w:p w14:paraId="3B7FA8F3" w14:textId="77777777" w:rsidR="00554336" w:rsidRDefault="00000000">
      <w:r>
        <w:t>- **BMI**: 41.0 kg/m²</w:t>
      </w:r>
    </w:p>
    <w:p w14:paraId="2B814573" w14:textId="77777777" w:rsidR="00554336" w:rsidRDefault="00000000">
      <w:r>
        <w:t>- **Duration of T2DM**: 1 years</w:t>
      </w:r>
    </w:p>
    <w:p w14:paraId="19521815" w14:textId="77777777" w:rsidR="00554336" w:rsidRDefault="00000000">
      <w:r>
        <w:t>- **Medications**: Metformin - GLP-1 - SGLT2</w:t>
      </w:r>
    </w:p>
    <w:p w14:paraId="7D72A628" w14:textId="77777777" w:rsidR="00554336" w:rsidRDefault="00000000">
      <w:r>
        <w:t>- **Insulin Use**: No</w:t>
      </w:r>
    </w:p>
    <w:p w14:paraId="325D4624" w14:textId="77777777" w:rsidR="00554336" w:rsidRDefault="00000000">
      <w:r>
        <w:t>- **HbA1c**: 7.1%</w:t>
      </w:r>
    </w:p>
    <w:p w14:paraId="3F58A56D" w14:textId="77777777" w:rsidR="00554336" w:rsidRDefault="00000000">
      <w:r>
        <w:t>- **C-peptide**: 4.1 ng/mL</w:t>
      </w:r>
    </w:p>
    <w:p w14:paraId="46CF11FA" w14:textId="77777777" w:rsidR="00554336" w:rsidRDefault="00000000">
      <w:r>
        <w:t>- **Planned Procedure**: BPD-DS</w:t>
      </w:r>
    </w:p>
    <w:p w14:paraId="10F17353" w14:textId="77777777" w:rsidR="00554336" w:rsidRDefault="00554336"/>
    <w:p w14:paraId="19E1DFEA" w14:textId="77777777" w:rsidR="00554336" w:rsidRDefault="00000000">
      <w:r>
        <w:t>**Recommended Model**: DRI Score</w:t>
      </w:r>
    </w:p>
    <w:p w14:paraId="0957E6A8" w14:textId="77777777" w:rsidR="00554336" w:rsidRDefault="00000000">
      <w:pPr>
        <w:pStyle w:val="Heading2"/>
      </w:pPr>
      <w:r>
        <w:t>ASP #38</w:t>
      </w:r>
    </w:p>
    <w:p w14:paraId="0C387BEC" w14:textId="77777777" w:rsidR="00554336" w:rsidRDefault="00000000">
      <w:pPr>
        <w:pStyle w:val="Heading3"/>
      </w:pPr>
      <w:r>
        <w:t>Patient Profile – ASP #38</w:t>
      </w:r>
    </w:p>
    <w:p w14:paraId="6DF6CBBF" w14:textId="77777777" w:rsidR="00554336" w:rsidRDefault="00000000">
      <w:r>
        <w:t>- **Age**: 23</w:t>
      </w:r>
    </w:p>
    <w:p w14:paraId="2FF35560" w14:textId="77777777" w:rsidR="00554336" w:rsidRDefault="00000000">
      <w:r>
        <w:t>- **Sex**: Female</w:t>
      </w:r>
    </w:p>
    <w:p w14:paraId="251F0870" w14:textId="77777777" w:rsidR="00554336" w:rsidRDefault="00000000">
      <w:r>
        <w:t>- **BMI**: 32.4 kg/m²</w:t>
      </w:r>
    </w:p>
    <w:p w14:paraId="32936BE2" w14:textId="77777777" w:rsidR="00554336" w:rsidRDefault="00000000">
      <w:r>
        <w:t>- **Duration of T2DM**: 2 years</w:t>
      </w:r>
    </w:p>
    <w:p w14:paraId="5C9E839C" w14:textId="77777777" w:rsidR="00554336" w:rsidRDefault="00000000">
      <w:r>
        <w:t>- **Medications**: Sulfonylurea</w:t>
      </w:r>
    </w:p>
    <w:p w14:paraId="482BCE97" w14:textId="77777777" w:rsidR="00554336" w:rsidRDefault="00000000">
      <w:r>
        <w:t>- **Insulin Use**: No</w:t>
      </w:r>
    </w:p>
    <w:p w14:paraId="53A1454E" w14:textId="77777777" w:rsidR="00554336" w:rsidRDefault="00000000">
      <w:r>
        <w:t>- **HbA1c**: 8.8%</w:t>
      </w:r>
    </w:p>
    <w:p w14:paraId="6CECA1FE" w14:textId="77777777" w:rsidR="00554336" w:rsidRDefault="00000000">
      <w:r>
        <w:t>- **C-peptide**: 4.3 ng/mL</w:t>
      </w:r>
    </w:p>
    <w:p w14:paraId="4D0F7340" w14:textId="77777777" w:rsidR="00554336" w:rsidRDefault="00000000">
      <w:r>
        <w:t>- **Planned Procedure**: BPD-DS</w:t>
      </w:r>
    </w:p>
    <w:p w14:paraId="64C54054" w14:textId="77777777" w:rsidR="00554336" w:rsidRDefault="00554336"/>
    <w:p w14:paraId="7E41CDCC" w14:textId="77777777" w:rsidR="00554336" w:rsidRDefault="00000000">
      <w:r>
        <w:t>**Recommended Model**: DRI Score</w:t>
      </w:r>
    </w:p>
    <w:p w14:paraId="3D8111E8" w14:textId="77777777" w:rsidR="00554336" w:rsidRDefault="00000000">
      <w:pPr>
        <w:pStyle w:val="Heading2"/>
      </w:pPr>
      <w:r>
        <w:t>ASP #39</w:t>
      </w:r>
    </w:p>
    <w:p w14:paraId="1B98C26E" w14:textId="77777777" w:rsidR="00554336" w:rsidRDefault="00000000">
      <w:pPr>
        <w:pStyle w:val="Heading3"/>
      </w:pPr>
      <w:r>
        <w:t>Patient Profile – ASP #39</w:t>
      </w:r>
    </w:p>
    <w:p w14:paraId="4E67C4EF" w14:textId="77777777" w:rsidR="00554336" w:rsidRDefault="00000000">
      <w:r>
        <w:t>- **Age**: 56</w:t>
      </w:r>
    </w:p>
    <w:p w14:paraId="7DFAEFE5" w14:textId="77777777" w:rsidR="00554336" w:rsidRDefault="00000000">
      <w:r>
        <w:t>- **Sex**: Female</w:t>
      </w:r>
    </w:p>
    <w:p w14:paraId="1ED213B0" w14:textId="77777777" w:rsidR="00554336" w:rsidRDefault="00000000">
      <w:r>
        <w:t>- **BMI**: 51.7 kg/m²</w:t>
      </w:r>
    </w:p>
    <w:p w14:paraId="7C4A0533" w14:textId="77777777" w:rsidR="00554336" w:rsidRDefault="00000000">
      <w:r>
        <w:t>- **Duration of T2DM**: 13 years</w:t>
      </w:r>
    </w:p>
    <w:p w14:paraId="3EB6738F" w14:textId="77777777" w:rsidR="00554336" w:rsidRDefault="00000000">
      <w:r>
        <w:t>- **Medications**: No</w:t>
      </w:r>
    </w:p>
    <w:p w14:paraId="787BFC81" w14:textId="77777777" w:rsidR="00554336" w:rsidRDefault="00000000">
      <w:r>
        <w:t>- **Insulin Use**: Yes</w:t>
      </w:r>
    </w:p>
    <w:p w14:paraId="4792CC9C" w14:textId="77777777" w:rsidR="00554336" w:rsidRDefault="00000000">
      <w:r>
        <w:t>- **HbA1c**: 7.8%</w:t>
      </w:r>
    </w:p>
    <w:p w14:paraId="65C05E4D" w14:textId="77777777" w:rsidR="00554336" w:rsidRDefault="00000000">
      <w:r>
        <w:t>- **C-peptide**: 0.5 ng/mL</w:t>
      </w:r>
    </w:p>
    <w:p w14:paraId="1FEEA3D0" w14:textId="77777777" w:rsidR="00554336" w:rsidRDefault="00000000">
      <w:r>
        <w:t>- **Planned Procedure**: RYGB</w:t>
      </w:r>
    </w:p>
    <w:p w14:paraId="210F355C" w14:textId="77777777" w:rsidR="00554336" w:rsidRDefault="00554336"/>
    <w:p w14:paraId="5F7ED93F" w14:textId="77777777" w:rsidR="00554336" w:rsidRDefault="00000000">
      <w:r>
        <w:t>**Recommended Model**: Advanced DiaRem</w:t>
      </w:r>
    </w:p>
    <w:p w14:paraId="20612306" w14:textId="77777777" w:rsidR="00554336" w:rsidRDefault="00000000">
      <w:pPr>
        <w:pStyle w:val="Heading2"/>
      </w:pPr>
      <w:r>
        <w:t>ASP #40</w:t>
      </w:r>
    </w:p>
    <w:p w14:paraId="49896E8D" w14:textId="77777777" w:rsidR="00554336" w:rsidRDefault="00000000">
      <w:pPr>
        <w:pStyle w:val="Heading3"/>
      </w:pPr>
      <w:r>
        <w:t>Patient Profile – ASP #40</w:t>
      </w:r>
    </w:p>
    <w:p w14:paraId="3862FB1A" w14:textId="77777777" w:rsidR="00554336" w:rsidRDefault="00000000">
      <w:r>
        <w:t>- **Age**: 43</w:t>
      </w:r>
    </w:p>
    <w:p w14:paraId="4847F328" w14:textId="77777777" w:rsidR="00554336" w:rsidRDefault="00000000">
      <w:r>
        <w:t>- **Sex**: Female</w:t>
      </w:r>
    </w:p>
    <w:p w14:paraId="0B480FCA" w14:textId="77777777" w:rsidR="00554336" w:rsidRDefault="00000000">
      <w:r>
        <w:t>- **BMI**: 53.5 kg/m²</w:t>
      </w:r>
    </w:p>
    <w:p w14:paraId="66926C15" w14:textId="77777777" w:rsidR="00554336" w:rsidRDefault="00000000">
      <w:r>
        <w:t>- **Duration of T2DM**: 9 years</w:t>
      </w:r>
    </w:p>
    <w:p w14:paraId="1A494835" w14:textId="77777777" w:rsidR="00554336" w:rsidRDefault="00000000">
      <w:r>
        <w:t>- **Medications**: Metformin - GLP-1 - SGLT2</w:t>
      </w:r>
    </w:p>
    <w:p w14:paraId="0863E649" w14:textId="77777777" w:rsidR="00554336" w:rsidRDefault="00000000">
      <w:r>
        <w:t>- **Insulin Use**: Yes</w:t>
      </w:r>
    </w:p>
    <w:p w14:paraId="7B862781" w14:textId="77777777" w:rsidR="00554336" w:rsidRDefault="00000000">
      <w:r>
        <w:t>- **HbA1c**: 8.3%</w:t>
      </w:r>
    </w:p>
    <w:p w14:paraId="64A6676A" w14:textId="77777777" w:rsidR="00554336" w:rsidRDefault="00000000">
      <w:r>
        <w:t>- **C-peptide**: N/A</w:t>
      </w:r>
    </w:p>
    <w:p w14:paraId="5EDA288B" w14:textId="77777777" w:rsidR="00554336" w:rsidRDefault="00000000">
      <w:r>
        <w:t>- **Planned Procedure**: BPD-DS</w:t>
      </w:r>
    </w:p>
    <w:p w14:paraId="725250EF" w14:textId="77777777" w:rsidR="00554336" w:rsidRDefault="00554336"/>
    <w:p w14:paraId="5AF7C501" w14:textId="77777777" w:rsidR="00554336" w:rsidRDefault="00000000">
      <w:r>
        <w:t>**Recommended Model**: IMS Score</w:t>
      </w:r>
    </w:p>
    <w:p w14:paraId="6E4D8BA8" w14:textId="77777777" w:rsidR="00554336" w:rsidRDefault="00000000">
      <w:pPr>
        <w:pStyle w:val="Heading2"/>
      </w:pPr>
      <w:r>
        <w:t>ASP #41</w:t>
      </w:r>
    </w:p>
    <w:p w14:paraId="2FF39322" w14:textId="77777777" w:rsidR="00554336" w:rsidRDefault="00000000">
      <w:pPr>
        <w:pStyle w:val="Heading3"/>
      </w:pPr>
      <w:r>
        <w:t>Patient Profile – ASP #41</w:t>
      </w:r>
    </w:p>
    <w:p w14:paraId="2E6056CB" w14:textId="77777777" w:rsidR="00554336" w:rsidRDefault="00000000">
      <w:r>
        <w:t>- **Age**: 24</w:t>
      </w:r>
    </w:p>
    <w:p w14:paraId="40EE829C" w14:textId="77777777" w:rsidR="00554336" w:rsidRDefault="00000000">
      <w:r>
        <w:t>- **Sex**: Female</w:t>
      </w:r>
    </w:p>
    <w:p w14:paraId="191584D9" w14:textId="77777777" w:rsidR="00554336" w:rsidRDefault="00000000">
      <w:r>
        <w:t>- **BMI**: 48.8 kg/m²</w:t>
      </w:r>
    </w:p>
    <w:p w14:paraId="69963B11" w14:textId="77777777" w:rsidR="00554336" w:rsidRDefault="00000000">
      <w:r>
        <w:t>- **Duration of T2DM**: 16 years</w:t>
      </w:r>
    </w:p>
    <w:p w14:paraId="4364EAE5" w14:textId="77777777" w:rsidR="00554336" w:rsidRDefault="00000000">
      <w:r>
        <w:t>- **Medications**: Metformin - GLP-1 Agonist</w:t>
      </w:r>
    </w:p>
    <w:p w14:paraId="1194265D" w14:textId="77777777" w:rsidR="00554336" w:rsidRDefault="00000000">
      <w:r>
        <w:t>- **Insulin Use**: Yes</w:t>
      </w:r>
    </w:p>
    <w:p w14:paraId="7B908916" w14:textId="77777777" w:rsidR="00554336" w:rsidRDefault="00000000">
      <w:r>
        <w:t>- **HbA1c**: 7.5%</w:t>
      </w:r>
    </w:p>
    <w:p w14:paraId="72E7FFE2" w14:textId="77777777" w:rsidR="00554336" w:rsidRDefault="00000000">
      <w:r>
        <w:t>- **C-peptide**: N/A</w:t>
      </w:r>
    </w:p>
    <w:p w14:paraId="49507AB6" w14:textId="77777777" w:rsidR="00554336" w:rsidRDefault="00000000">
      <w:r>
        <w:t>- **Planned Procedure**: RYGB</w:t>
      </w:r>
    </w:p>
    <w:p w14:paraId="2F806A77" w14:textId="77777777" w:rsidR="00554336" w:rsidRDefault="00554336"/>
    <w:p w14:paraId="6C81229B" w14:textId="77777777" w:rsidR="00554336" w:rsidRDefault="00000000">
      <w:r>
        <w:t>**Recommended Model**: IMS Score</w:t>
      </w:r>
    </w:p>
    <w:p w14:paraId="31198A2C" w14:textId="77777777" w:rsidR="00554336" w:rsidRDefault="00000000">
      <w:pPr>
        <w:pStyle w:val="Heading2"/>
      </w:pPr>
      <w:r>
        <w:t>ASP #42</w:t>
      </w:r>
    </w:p>
    <w:p w14:paraId="3BD6892F" w14:textId="77777777" w:rsidR="00554336" w:rsidRDefault="00000000">
      <w:pPr>
        <w:pStyle w:val="Heading3"/>
      </w:pPr>
      <w:r>
        <w:t>Patient Profile – ASP #42</w:t>
      </w:r>
    </w:p>
    <w:p w14:paraId="3059A9B1" w14:textId="77777777" w:rsidR="00554336" w:rsidRDefault="00000000">
      <w:r>
        <w:t>- **Age**: 28</w:t>
      </w:r>
    </w:p>
    <w:p w14:paraId="7ACFA810" w14:textId="77777777" w:rsidR="00554336" w:rsidRDefault="00000000">
      <w:r>
        <w:t>- **Sex**: Female</w:t>
      </w:r>
    </w:p>
    <w:p w14:paraId="0B6F79EF" w14:textId="77777777" w:rsidR="00554336" w:rsidRDefault="00000000">
      <w:r>
        <w:t>- **BMI**: 59.2 kg/m²</w:t>
      </w:r>
    </w:p>
    <w:p w14:paraId="4EA56CB6" w14:textId="77777777" w:rsidR="00554336" w:rsidRDefault="00000000">
      <w:r>
        <w:t>- **Duration of T2DM**: 9 years</w:t>
      </w:r>
    </w:p>
    <w:p w14:paraId="3B48665F" w14:textId="77777777" w:rsidR="00554336" w:rsidRDefault="00000000">
      <w:r>
        <w:t>- **Medications**: No</w:t>
      </w:r>
    </w:p>
    <w:p w14:paraId="638C25B3" w14:textId="77777777" w:rsidR="00554336" w:rsidRDefault="00000000">
      <w:r>
        <w:t>- **Insulin Use**: Yes</w:t>
      </w:r>
    </w:p>
    <w:p w14:paraId="128F200B" w14:textId="77777777" w:rsidR="00554336" w:rsidRDefault="00000000">
      <w:r>
        <w:t>- **HbA1c**: 9.2%</w:t>
      </w:r>
    </w:p>
    <w:p w14:paraId="17CCFB93" w14:textId="77777777" w:rsidR="00554336" w:rsidRDefault="00000000">
      <w:r>
        <w:t>- **C-peptide**: 1.0 ng/mL</w:t>
      </w:r>
    </w:p>
    <w:p w14:paraId="2DDBE502" w14:textId="77777777" w:rsidR="00554336" w:rsidRDefault="00000000">
      <w:r>
        <w:t>- **Planned Procedure**: OAGB</w:t>
      </w:r>
    </w:p>
    <w:p w14:paraId="67ED56D0" w14:textId="77777777" w:rsidR="00554336" w:rsidRDefault="00554336"/>
    <w:p w14:paraId="172868A5" w14:textId="77777777" w:rsidR="00554336" w:rsidRDefault="00000000">
      <w:r>
        <w:t>**Recommended Model**: DiaBetter</w:t>
      </w:r>
    </w:p>
    <w:p w14:paraId="044337D2" w14:textId="77777777" w:rsidR="00554336" w:rsidRDefault="00000000">
      <w:pPr>
        <w:pStyle w:val="Heading2"/>
      </w:pPr>
      <w:r>
        <w:t>ASP #43</w:t>
      </w:r>
    </w:p>
    <w:p w14:paraId="21C11768" w14:textId="77777777" w:rsidR="00554336" w:rsidRDefault="00000000">
      <w:pPr>
        <w:pStyle w:val="Heading3"/>
      </w:pPr>
      <w:r>
        <w:t>Patient Profile – ASP #43</w:t>
      </w:r>
    </w:p>
    <w:p w14:paraId="07ABB964" w14:textId="77777777" w:rsidR="00554336" w:rsidRDefault="00000000">
      <w:r>
        <w:t>- **Age**: 34</w:t>
      </w:r>
    </w:p>
    <w:p w14:paraId="61F3E52D" w14:textId="77777777" w:rsidR="00554336" w:rsidRDefault="00000000">
      <w:r>
        <w:t>- **Sex**: Female</w:t>
      </w:r>
    </w:p>
    <w:p w14:paraId="64ABE3DC" w14:textId="77777777" w:rsidR="00554336" w:rsidRDefault="00000000">
      <w:r>
        <w:t>- **BMI**: 61.1 kg/m²</w:t>
      </w:r>
    </w:p>
    <w:p w14:paraId="31515A12" w14:textId="77777777" w:rsidR="00554336" w:rsidRDefault="00000000">
      <w:r>
        <w:t>- **Duration of T2DM**: 17 years</w:t>
      </w:r>
    </w:p>
    <w:p w14:paraId="18F934A4" w14:textId="77777777" w:rsidR="00554336" w:rsidRDefault="00000000">
      <w:r>
        <w:t>- **Medications**: SGLT2 inhibitor</w:t>
      </w:r>
    </w:p>
    <w:p w14:paraId="2B6531B9" w14:textId="77777777" w:rsidR="00554336" w:rsidRDefault="00000000">
      <w:r>
        <w:t>- **Insulin Use**: Yes</w:t>
      </w:r>
    </w:p>
    <w:p w14:paraId="64315E3F" w14:textId="77777777" w:rsidR="00554336" w:rsidRDefault="00000000">
      <w:r>
        <w:t>- **HbA1c**: 7.3%</w:t>
      </w:r>
    </w:p>
    <w:p w14:paraId="54F98122" w14:textId="77777777" w:rsidR="00554336" w:rsidRDefault="00000000">
      <w:r>
        <w:t>- **C-peptide**: 0.8 ng/mL</w:t>
      </w:r>
    </w:p>
    <w:p w14:paraId="02DBE4ED" w14:textId="77777777" w:rsidR="00554336" w:rsidRDefault="00000000">
      <w:r>
        <w:t>- **Planned Procedure**: BPD-DS</w:t>
      </w:r>
    </w:p>
    <w:p w14:paraId="48E9F6F8" w14:textId="77777777" w:rsidR="00554336" w:rsidRDefault="00554336"/>
    <w:p w14:paraId="52B45BA4" w14:textId="77777777" w:rsidR="00554336" w:rsidRDefault="00000000">
      <w:r>
        <w:t>**Recommended Model**: DRI Score</w:t>
      </w:r>
    </w:p>
    <w:p w14:paraId="6C2C815C" w14:textId="77777777" w:rsidR="00554336" w:rsidRDefault="00000000">
      <w:pPr>
        <w:pStyle w:val="Heading2"/>
      </w:pPr>
      <w:r>
        <w:t>ASP #44</w:t>
      </w:r>
    </w:p>
    <w:p w14:paraId="026B9E03" w14:textId="77777777" w:rsidR="00554336" w:rsidRDefault="00000000">
      <w:pPr>
        <w:pStyle w:val="Heading3"/>
      </w:pPr>
      <w:r>
        <w:t>Patient Profile – ASP #44</w:t>
      </w:r>
    </w:p>
    <w:p w14:paraId="759988AB" w14:textId="77777777" w:rsidR="00554336" w:rsidRDefault="00000000">
      <w:r>
        <w:t>- **Age**: 58</w:t>
      </w:r>
    </w:p>
    <w:p w14:paraId="1E1CEF14" w14:textId="77777777" w:rsidR="00554336" w:rsidRDefault="00000000">
      <w:r>
        <w:t>- **Sex**: Female</w:t>
      </w:r>
    </w:p>
    <w:p w14:paraId="570C8C7C" w14:textId="77777777" w:rsidR="00554336" w:rsidRDefault="00000000">
      <w:r>
        <w:t>- **BMI**: 47.7 kg/m²</w:t>
      </w:r>
    </w:p>
    <w:p w14:paraId="1776500F" w14:textId="77777777" w:rsidR="00554336" w:rsidRDefault="00000000">
      <w:r>
        <w:t>- **Duration of T2DM**: 8 years</w:t>
      </w:r>
    </w:p>
    <w:p w14:paraId="30EA0F37" w14:textId="77777777" w:rsidR="00554336" w:rsidRDefault="00000000">
      <w:r>
        <w:t>- **Medications**: Metformin</w:t>
      </w:r>
    </w:p>
    <w:p w14:paraId="1E567A90" w14:textId="77777777" w:rsidR="00554336" w:rsidRDefault="00000000">
      <w:r>
        <w:t>- **Insulin Use**: Yes</w:t>
      </w:r>
    </w:p>
    <w:p w14:paraId="76A8A806" w14:textId="77777777" w:rsidR="00554336" w:rsidRDefault="00000000">
      <w:r>
        <w:t>- **HbA1c**: 6.5%</w:t>
      </w:r>
    </w:p>
    <w:p w14:paraId="3F42D37C" w14:textId="77777777" w:rsidR="00554336" w:rsidRDefault="00000000">
      <w:r>
        <w:t>- **C-peptide**: 0.6 ng/mL</w:t>
      </w:r>
    </w:p>
    <w:p w14:paraId="01B805B5" w14:textId="77777777" w:rsidR="00554336" w:rsidRDefault="00000000">
      <w:r>
        <w:t>- **Planned Procedure**: OAGB</w:t>
      </w:r>
    </w:p>
    <w:p w14:paraId="0BBF9313" w14:textId="77777777" w:rsidR="00554336" w:rsidRDefault="00554336"/>
    <w:p w14:paraId="4F79FAB9" w14:textId="77777777" w:rsidR="00554336" w:rsidRDefault="00000000">
      <w:r>
        <w:t>**Recommended Model**: DiaBetter</w:t>
      </w:r>
    </w:p>
    <w:p w14:paraId="15946C3C" w14:textId="77777777" w:rsidR="00554336" w:rsidRDefault="00000000">
      <w:pPr>
        <w:pStyle w:val="Heading2"/>
      </w:pPr>
      <w:r>
        <w:t>ASP #45</w:t>
      </w:r>
    </w:p>
    <w:p w14:paraId="7A08E69A" w14:textId="77777777" w:rsidR="00554336" w:rsidRDefault="00000000">
      <w:pPr>
        <w:pStyle w:val="Heading3"/>
      </w:pPr>
      <w:r>
        <w:t>Patient Profile – ASP #45</w:t>
      </w:r>
    </w:p>
    <w:p w14:paraId="4283939D" w14:textId="77777777" w:rsidR="00554336" w:rsidRDefault="00000000">
      <w:r>
        <w:t>- **Age**: 58</w:t>
      </w:r>
    </w:p>
    <w:p w14:paraId="4CC2B6A4" w14:textId="77777777" w:rsidR="00554336" w:rsidRDefault="00000000">
      <w:r>
        <w:t>- **Sex**: Female</w:t>
      </w:r>
    </w:p>
    <w:p w14:paraId="64E58BCA" w14:textId="77777777" w:rsidR="00554336" w:rsidRDefault="00000000">
      <w:r>
        <w:t>- **BMI**: 35.7 kg/m²</w:t>
      </w:r>
    </w:p>
    <w:p w14:paraId="5530B8E5" w14:textId="77777777" w:rsidR="00554336" w:rsidRDefault="00000000">
      <w:r>
        <w:t>- **Duration of T2DM**: 14 years</w:t>
      </w:r>
    </w:p>
    <w:p w14:paraId="49321457" w14:textId="77777777" w:rsidR="00554336" w:rsidRDefault="00000000">
      <w:r>
        <w:t>- **Medications**: No</w:t>
      </w:r>
    </w:p>
    <w:p w14:paraId="21431DB5" w14:textId="77777777" w:rsidR="00554336" w:rsidRDefault="00000000">
      <w:r>
        <w:t>- **Insulin Use**: No</w:t>
      </w:r>
    </w:p>
    <w:p w14:paraId="26D762E6" w14:textId="77777777" w:rsidR="00554336" w:rsidRDefault="00000000">
      <w:r>
        <w:t>- **HbA1c**: 6.9%</w:t>
      </w:r>
    </w:p>
    <w:p w14:paraId="2FF9E999" w14:textId="77777777" w:rsidR="00554336" w:rsidRDefault="00000000">
      <w:r>
        <w:t>- **C-peptide**: 3.2 ng/mL</w:t>
      </w:r>
    </w:p>
    <w:p w14:paraId="21835678" w14:textId="77777777" w:rsidR="00554336" w:rsidRDefault="00000000">
      <w:r>
        <w:t>- **Planned Procedure**: OAGB</w:t>
      </w:r>
    </w:p>
    <w:p w14:paraId="469902CC" w14:textId="77777777" w:rsidR="00554336" w:rsidRDefault="00554336"/>
    <w:p w14:paraId="770D37B4" w14:textId="77777777" w:rsidR="00554336" w:rsidRDefault="00000000">
      <w:r>
        <w:t>**Recommended Model**: DiaBetter</w:t>
      </w:r>
    </w:p>
    <w:p w14:paraId="511EEE4C" w14:textId="77777777" w:rsidR="00554336" w:rsidRDefault="00000000">
      <w:pPr>
        <w:pStyle w:val="Heading2"/>
      </w:pPr>
      <w:r>
        <w:t>ASP #46</w:t>
      </w:r>
    </w:p>
    <w:p w14:paraId="2AA8C7D5" w14:textId="77777777" w:rsidR="00554336" w:rsidRDefault="00000000">
      <w:pPr>
        <w:pStyle w:val="Heading3"/>
      </w:pPr>
      <w:r>
        <w:t>Patient Profile – ASP #46</w:t>
      </w:r>
    </w:p>
    <w:p w14:paraId="2806F146" w14:textId="77777777" w:rsidR="00554336" w:rsidRDefault="00000000">
      <w:r>
        <w:t>- **Age**: 52</w:t>
      </w:r>
    </w:p>
    <w:p w14:paraId="2D62DB6E" w14:textId="77777777" w:rsidR="00554336" w:rsidRDefault="00000000">
      <w:r>
        <w:t>- **Sex**: Female</w:t>
      </w:r>
    </w:p>
    <w:p w14:paraId="4488CC00" w14:textId="77777777" w:rsidR="00554336" w:rsidRDefault="00000000">
      <w:r>
        <w:t>- **BMI**: 59.2 kg/m²</w:t>
      </w:r>
    </w:p>
    <w:p w14:paraId="4F06E8F3" w14:textId="77777777" w:rsidR="00554336" w:rsidRDefault="00000000">
      <w:r>
        <w:t>- **Duration of T2DM**: 18 years</w:t>
      </w:r>
    </w:p>
    <w:p w14:paraId="5723A105" w14:textId="77777777" w:rsidR="00554336" w:rsidRDefault="00000000">
      <w:r>
        <w:t>- **Medications**: No</w:t>
      </w:r>
    </w:p>
    <w:p w14:paraId="0CE5287E" w14:textId="77777777" w:rsidR="00554336" w:rsidRDefault="00000000">
      <w:r>
        <w:t>- **Insulin Use**: Yes</w:t>
      </w:r>
    </w:p>
    <w:p w14:paraId="4E4F1DEC" w14:textId="77777777" w:rsidR="00554336" w:rsidRDefault="00000000">
      <w:r>
        <w:t>- **HbA1c**: 10.1%</w:t>
      </w:r>
    </w:p>
    <w:p w14:paraId="4C3BD0C2" w14:textId="77777777" w:rsidR="00554336" w:rsidRDefault="00000000">
      <w:r>
        <w:t>- **C-peptide**: 0.3 ng/mL</w:t>
      </w:r>
    </w:p>
    <w:p w14:paraId="2DC47D24" w14:textId="77777777" w:rsidR="00554336" w:rsidRDefault="00000000">
      <w:r>
        <w:t>- **Planned Procedure**: SG</w:t>
      </w:r>
    </w:p>
    <w:p w14:paraId="66019FAC" w14:textId="77777777" w:rsidR="00554336" w:rsidRDefault="00554336"/>
    <w:p w14:paraId="67578244" w14:textId="77777777" w:rsidR="00554336" w:rsidRDefault="00000000">
      <w:r>
        <w:t>**Recommended Model**: ABCD Score</w:t>
      </w:r>
    </w:p>
    <w:p w14:paraId="232D636A" w14:textId="77777777" w:rsidR="00554336" w:rsidRDefault="00000000">
      <w:pPr>
        <w:pStyle w:val="Heading2"/>
      </w:pPr>
      <w:r>
        <w:t>ASP #47</w:t>
      </w:r>
    </w:p>
    <w:p w14:paraId="1F4BA4E3" w14:textId="77777777" w:rsidR="00554336" w:rsidRDefault="00000000">
      <w:pPr>
        <w:pStyle w:val="Heading3"/>
      </w:pPr>
      <w:r>
        <w:t>Patient Profile – ASP #47</w:t>
      </w:r>
    </w:p>
    <w:p w14:paraId="340167F7" w14:textId="77777777" w:rsidR="00554336" w:rsidRDefault="00000000">
      <w:r>
        <w:t>- **Age**: 40</w:t>
      </w:r>
    </w:p>
    <w:p w14:paraId="34FE3DDB" w14:textId="77777777" w:rsidR="00554336" w:rsidRDefault="00000000">
      <w:r>
        <w:t>- **Sex**: Female</w:t>
      </w:r>
    </w:p>
    <w:p w14:paraId="1897CD35" w14:textId="77777777" w:rsidR="00554336" w:rsidRDefault="00000000">
      <w:r>
        <w:t>- **BMI**: 53.9 kg/m²</w:t>
      </w:r>
    </w:p>
    <w:p w14:paraId="12A82B25" w14:textId="77777777" w:rsidR="00554336" w:rsidRDefault="00000000">
      <w:r>
        <w:t>- **Duration of T2DM**: 3 years</w:t>
      </w:r>
    </w:p>
    <w:p w14:paraId="588BE974" w14:textId="77777777" w:rsidR="00554336" w:rsidRDefault="00000000">
      <w:r>
        <w:t>- **Medications**: Metformin - SGLT2 inhibitor</w:t>
      </w:r>
    </w:p>
    <w:p w14:paraId="0A87FE21" w14:textId="77777777" w:rsidR="00554336" w:rsidRDefault="00000000">
      <w:r>
        <w:t>- **Insulin Use**: No</w:t>
      </w:r>
    </w:p>
    <w:p w14:paraId="1E2CFC8D" w14:textId="77777777" w:rsidR="00554336" w:rsidRDefault="00000000">
      <w:r>
        <w:t>- **HbA1c**: 8.1%</w:t>
      </w:r>
    </w:p>
    <w:p w14:paraId="3EE1686B" w14:textId="77777777" w:rsidR="00554336" w:rsidRDefault="00000000">
      <w:r>
        <w:t>- **C-peptide**: 4.2 ng/mL</w:t>
      </w:r>
    </w:p>
    <w:p w14:paraId="686F9760" w14:textId="77777777" w:rsidR="00554336" w:rsidRDefault="00000000">
      <w:r>
        <w:t>- **Planned Procedure**: BPD-DS</w:t>
      </w:r>
    </w:p>
    <w:p w14:paraId="1C0F3B28" w14:textId="77777777" w:rsidR="00554336" w:rsidRDefault="00554336"/>
    <w:p w14:paraId="0F5D3BFC" w14:textId="77777777" w:rsidR="00554336" w:rsidRDefault="00000000">
      <w:r>
        <w:t>**Recommended Model**: DRI Score</w:t>
      </w:r>
    </w:p>
    <w:p w14:paraId="06D2ECD8" w14:textId="77777777" w:rsidR="00554336" w:rsidRDefault="00000000">
      <w:pPr>
        <w:pStyle w:val="Heading2"/>
      </w:pPr>
      <w:r>
        <w:t>ASP #48</w:t>
      </w:r>
    </w:p>
    <w:p w14:paraId="64D4DA15" w14:textId="77777777" w:rsidR="00554336" w:rsidRDefault="00000000">
      <w:pPr>
        <w:pStyle w:val="Heading3"/>
      </w:pPr>
      <w:r>
        <w:t>Patient Profile – ASP #48</w:t>
      </w:r>
    </w:p>
    <w:p w14:paraId="54BF39A2" w14:textId="77777777" w:rsidR="00554336" w:rsidRDefault="00000000">
      <w:r>
        <w:t>- **Age**: 65</w:t>
      </w:r>
    </w:p>
    <w:p w14:paraId="4712EC2B" w14:textId="77777777" w:rsidR="00554336" w:rsidRDefault="00000000">
      <w:r>
        <w:t>- **Sex**: Female</w:t>
      </w:r>
    </w:p>
    <w:p w14:paraId="3BFB122D" w14:textId="77777777" w:rsidR="00554336" w:rsidRDefault="00000000">
      <w:r>
        <w:t>- **BMI**: 62.4 kg/m²</w:t>
      </w:r>
    </w:p>
    <w:p w14:paraId="29F5190C" w14:textId="77777777" w:rsidR="00554336" w:rsidRDefault="00000000">
      <w:r>
        <w:t>- **Duration of T2DM**: 7 years</w:t>
      </w:r>
    </w:p>
    <w:p w14:paraId="3ACEACE3" w14:textId="77777777" w:rsidR="00554336" w:rsidRDefault="00000000">
      <w:r>
        <w:t>- **Medications**: SGLT2 inhibitor</w:t>
      </w:r>
    </w:p>
    <w:p w14:paraId="25CB5DE7" w14:textId="77777777" w:rsidR="00554336" w:rsidRDefault="00000000">
      <w:r>
        <w:t>- **Insulin Use**: No</w:t>
      </w:r>
    </w:p>
    <w:p w14:paraId="05DE2DCE" w14:textId="77777777" w:rsidR="00554336" w:rsidRDefault="00000000">
      <w:r>
        <w:t>- **HbA1c**: 10.0%</w:t>
      </w:r>
    </w:p>
    <w:p w14:paraId="378FE4DE" w14:textId="77777777" w:rsidR="00554336" w:rsidRDefault="00000000">
      <w:r>
        <w:t>- **C-peptide**: 3.9 ng/mL</w:t>
      </w:r>
    </w:p>
    <w:p w14:paraId="264BF8DC" w14:textId="77777777" w:rsidR="00554336" w:rsidRDefault="00000000">
      <w:r>
        <w:t>- **Planned Procedure**: BPD-DS</w:t>
      </w:r>
    </w:p>
    <w:p w14:paraId="4B96CC17" w14:textId="77777777" w:rsidR="00554336" w:rsidRDefault="00554336"/>
    <w:p w14:paraId="732062B9" w14:textId="77777777" w:rsidR="00554336" w:rsidRDefault="00000000">
      <w:r>
        <w:t>**Recommended Model**: DRI Score</w:t>
      </w:r>
    </w:p>
    <w:p w14:paraId="3C784147" w14:textId="77777777" w:rsidR="00554336" w:rsidRDefault="00000000">
      <w:pPr>
        <w:pStyle w:val="Heading2"/>
      </w:pPr>
      <w:r>
        <w:t>ASP #49</w:t>
      </w:r>
    </w:p>
    <w:p w14:paraId="6C6D1430" w14:textId="77777777" w:rsidR="00554336" w:rsidRDefault="00000000">
      <w:pPr>
        <w:pStyle w:val="Heading3"/>
      </w:pPr>
      <w:r>
        <w:t>Patient Profile – ASP #49</w:t>
      </w:r>
    </w:p>
    <w:p w14:paraId="2FAC55A6" w14:textId="77777777" w:rsidR="00554336" w:rsidRDefault="00000000">
      <w:r>
        <w:t>- **Age**: 19</w:t>
      </w:r>
    </w:p>
    <w:p w14:paraId="015E7D7A" w14:textId="77777777" w:rsidR="00554336" w:rsidRDefault="00000000">
      <w:r>
        <w:t>- **Sex**: Female</w:t>
      </w:r>
    </w:p>
    <w:p w14:paraId="21005F54" w14:textId="77777777" w:rsidR="00554336" w:rsidRDefault="00000000">
      <w:r>
        <w:t>- **BMI**: 55.8 kg/m²</w:t>
      </w:r>
    </w:p>
    <w:p w14:paraId="2655E13A" w14:textId="77777777" w:rsidR="00554336" w:rsidRDefault="00000000">
      <w:r>
        <w:t>- **Duration of T2DM**: 10 years</w:t>
      </w:r>
    </w:p>
    <w:p w14:paraId="47AE2687" w14:textId="77777777" w:rsidR="00554336" w:rsidRDefault="00000000">
      <w:r>
        <w:t>- **Medications**: GLP-1 Agonist - SGLT2 inhibitor</w:t>
      </w:r>
    </w:p>
    <w:p w14:paraId="7F08F0ED" w14:textId="77777777" w:rsidR="00554336" w:rsidRDefault="00000000">
      <w:r>
        <w:t>- **Insulin Use**: No</w:t>
      </w:r>
    </w:p>
    <w:p w14:paraId="150FC191" w14:textId="77777777" w:rsidR="00554336" w:rsidRDefault="00000000">
      <w:r>
        <w:t>- **HbA1c**: 9.7%</w:t>
      </w:r>
    </w:p>
    <w:p w14:paraId="188188C2" w14:textId="77777777" w:rsidR="00554336" w:rsidRDefault="00000000">
      <w:r>
        <w:t>- **C-peptide**: 4.1 ng/mL</w:t>
      </w:r>
    </w:p>
    <w:p w14:paraId="3C682CFB" w14:textId="77777777" w:rsidR="00554336" w:rsidRDefault="00000000">
      <w:r>
        <w:t>- **Planned Procedure**: RYGB</w:t>
      </w:r>
    </w:p>
    <w:p w14:paraId="03925CFF" w14:textId="77777777" w:rsidR="00554336" w:rsidRDefault="00554336"/>
    <w:p w14:paraId="210664E0" w14:textId="77777777" w:rsidR="00554336" w:rsidRDefault="00000000">
      <w:r>
        <w:t>**Recommended Model**: Advanced DiaRem</w:t>
      </w:r>
    </w:p>
    <w:p w14:paraId="0D58AEBC" w14:textId="77777777" w:rsidR="00554336" w:rsidRDefault="00000000">
      <w:pPr>
        <w:pStyle w:val="Heading2"/>
      </w:pPr>
      <w:r>
        <w:t>ASP #50</w:t>
      </w:r>
    </w:p>
    <w:p w14:paraId="1E340F1B" w14:textId="77777777" w:rsidR="00554336" w:rsidRDefault="00000000">
      <w:pPr>
        <w:pStyle w:val="Heading3"/>
      </w:pPr>
      <w:r>
        <w:t>Patient Profile – ASP #50</w:t>
      </w:r>
    </w:p>
    <w:p w14:paraId="4E344A1C" w14:textId="77777777" w:rsidR="00554336" w:rsidRDefault="00000000">
      <w:r>
        <w:t>- **Age**: 28</w:t>
      </w:r>
    </w:p>
    <w:p w14:paraId="470C0311" w14:textId="77777777" w:rsidR="00554336" w:rsidRDefault="00000000">
      <w:r>
        <w:t>- **Sex**: Male</w:t>
      </w:r>
    </w:p>
    <w:p w14:paraId="32DE766C" w14:textId="77777777" w:rsidR="00554336" w:rsidRDefault="00000000">
      <w:r>
        <w:t>- **BMI**: 33.8 kg/m²</w:t>
      </w:r>
    </w:p>
    <w:p w14:paraId="1B71DF82" w14:textId="77777777" w:rsidR="00554336" w:rsidRDefault="00000000">
      <w:r>
        <w:t>- **Duration of T2DM**: 1 years</w:t>
      </w:r>
    </w:p>
    <w:p w14:paraId="7A9842A2" w14:textId="77777777" w:rsidR="00554336" w:rsidRDefault="00000000">
      <w:r>
        <w:t>- **Medications**: Metformin - GLP-1 - SGLT2</w:t>
      </w:r>
    </w:p>
    <w:p w14:paraId="3E413AD6" w14:textId="77777777" w:rsidR="00554336" w:rsidRDefault="00000000">
      <w:r>
        <w:t>- **Insulin Use**: Yes</w:t>
      </w:r>
    </w:p>
    <w:p w14:paraId="677AF27D" w14:textId="77777777" w:rsidR="00554336" w:rsidRDefault="00000000">
      <w:r>
        <w:t>- **HbA1c**: 7.7%</w:t>
      </w:r>
    </w:p>
    <w:p w14:paraId="72B5A1F0" w14:textId="77777777" w:rsidR="00554336" w:rsidRDefault="00000000">
      <w:r>
        <w:t>- **C-peptide**: 1.0 ng/mL</w:t>
      </w:r>
    </w:p>
    <w:p w14:paraId="3D12700B" w14:textId="77777777" w:rsidR="00554336" w:rsidRDefault="00000000">
      <w:r>
        <w:t>- **Planned Procedure**: OAGB</w:t>
      </w:r>
    </w:p>
    <w:p w14:paraId="07613994" w14:textId="77777777" w:rsidR="00554336" w:rsidRDefault="00554336"/>
    <w:p w14:paraId="37EAA59A" w14:textId="77777777" w:rsidR="00554336" w:rsidRDefault="00000000">
      <w:r>
        <w:t>**Recommended Model**: DiaBetter</w:t>
      </w:r>
    </w:p>
    <w:p w14:paraId="3FDFDFAF" w14:textId="77777777" w:rsidR="00554336" w:rsidRDefault="00000000">
      <w:pPr>
        <w:pStyle w:val="Heading2"/>
      </w:pPr>
      <w:r>
        <w:t>ASP #51</w:t>
      </w:r>
    </w:p>
    <w:p w14:paraId="0A951525" w14:textId="77777777" w:rsidR="00554336" w:rsidRDefault="00000000">
      <w:pPr>
        <w:pStyle w:val="Heading3"/>
      </w:pPr>
      <w:r>
        <w:t>Patient Profile – ASP #51</w:t>
      </w:r>
    </w:p>
    <w:p w14:paraId="1458D462" w14:textId="77777777" w:rsidR="00554336" w:rsidRDefault="00000000">
      <w:r>
        <w:t>- **Age**: 32</w:t>
      </w:r>
    </w:p>
    <w:p w14:paraId="2ED85FF6" w14:textId="77777777" w:rsidR="00554336" w:rsidRDefault="00000000">
      <w:r>
        <w:t>- **Sex**: Female</w:t>
      </w:r>
    </w:p>
    <w:p w14:paraId="3DE62839" w14:textId="77777777" w:rsidR="00554336" w:rsidRDefault="00000000">
      <w:r>
        <w:t>- **BMI**: 53.1 kg/m²</w:t>
      </w:r>
    </w:p>
    <w:p w14:paraId="41A1F3F7" w14:textId="77777777" w:rsidR="00554336" w:rsidRDefault="00000000">
      <w:r>
        <w:t>- **Duration of T2DM**: 12 years</w:t>
      </w:r>
    </w:p>
    <w:p w14:paraId="7D191BB9" w14:textId="77777777" w:rsidR="00554336" w:rsidRDefault="00000000">
      <w:r>
        <w:t>- **Medications**: Metformin - SGLT2 inhibitor</w:t>
      </w:r>
    </w:p>
    <w:p w14:paraId="474995F9" w14:textId="77777777" w:rsidR="00554336" w:rsidRDefault="00000000">
      <w:r>
        <w:t>- **Insulin Use**: Yes</w:t>
      </w:r>
    </w:p>
    <w:p w14:paraId="6D0B3E68" w14:textId="77777777" w:rsidR="00554336" w:rsidRDefault="00000000">
      <w:r>
        <w:t>- **HbA1c**: 7.9%</w:t>
      </w:r>
    </w:p>
    <w:p w14:paraId="63660A86" w14:textId="77777777" w:rsidR="00554336" w:rsidRDefault="00000000">
      <w:r>
        <w:t>- **C-peptide**: 0.3 ng/mL</w:t>
      </w:r>
    </w:p>
    <w:p w14:paraId="5CAEA280" w14:textId="77777777" w:rsidR="00554336" w:rsidRDefault="00000000">
      <w:r>
        <w:t>- **Planned Procedure**: BPD-DS</w:t>
      </w:r>
    </w:p>
    <w:p w14:paraId="329CF0F4" w14:textId="77777777" w:rsidR="00554336" w:rsidRDefault="00554336"/>
    <w:p w14:paraId="49D47C0F" w14:textId="77777777" w:rsidR="00554336" w:rsidRDefault="00000000">
      <w:r>
        <w:t>**Recommended Model**: DRI Score</w:t>
      </w:r>
    </w:p>
    <w:p w14:paraId="77A826DC" w14:textId="77777777" w:rsidR="00554336" w:rsidRDefault="00000000">
      <w:pPr>
        <w:pStyle w:val="Heading2"/>
      </w:pPr>
      <w:r>
        <w:t>ASP #52</w:t>
      </w:r>
    </w:p>
    <w:p w14:paraId="08E7B6D8" w14:textId="77777777" w:rsidR="00554336" w:rsidRDefault="00000000">
      <w:pPr>
        <w:pStyle w:val="Heading3"/>
      </w:pPr>
      <w:r>
        <w:t>Patient Profile – ASP #52</w:t>
      </w:r>
    </w:p>
    <w:p w14:paraId="3C5E25C1" w14:textId="77777777" w:rsidR="00554336" w:rsidRDefault="00000000">
      <w:r>
        <w:t>- **Age**: 43</w:t>
      </w:r>
    </w:p>
    <w:p w14:paraId="02DB3A2E" w14:textId="77777777" w:rsidR="00554336" w:rsidRDefault="00000000">
      <w:r>
        <w:t>- **Sex**: Male</w:t>
      </w:r>
    </w:p>
    <w:p w14:paraId="2F539AC1" w14:textId="77777777" w:rsidR="00554336" w:rsidRDefault="00000000">
      <w:r>
        <w:t>- **BMI**: 64.3 kg/m²</w:t>
      </w:r>
    </w:p>
    <w:p w14:paraId="35649FC1" w14:textId="77777777" w:rsidR="00554336" w:rsidRDefault="00000000">
      <w:r>
        <w:t>- **Duration of T2DM**: 17 years</w:t>
      </w:r>
    </w:p>
    <w:p w14:paraId="70517E16" w14:textId="77777777" w:rsidR="00554336" w:rsidRDefault="00000000">
      <w:r>
        <w:t>- **Medications**: Metformin - SGLT2 inhibitor</w:t>
      </w:r>
    </w:p>
    <w:p w14:paraId="015EFD12" w14:textId="77777777" w:rsidR="00554336" w:rsidRDefault="00000000">
      <w:r>
        <w:t>- **Insulin Use**: No</w:t>
      </w:r>
    </w:p>
    <w:p w14:paraId="341F3E62" w14:textId="77777777" w:rsidR="00554336" w:rsidRDefault="00000000">
      <w:r>
        <w:t>- **HbA1c**: 10.4%</w:t>
      </w:r>
    </w:p>
    <w:p w14:paraId="2DA8FAD7" w14:textId="77777777" w:rsidR="00554336" w:rsidRDefault="00000000">
      <w:r>
        <w:t>- **C-peptide**: 1.8 ng/mL</w:t>
      </w:r>
    </w:p>
    <w:p w14:paraId="46ABC2CA" w14:textId="77777777" w:rsidR="00554336" w:rsidRDefault="00000000">
      <w:r>
        <w:t>- **Planned Procedure**: BPD-DS</w:t>
      </w:r>
    </w:p>
    <w:p w14:paraId="465C95D0" w14:textId="77777777" w:rsidR="00554336" w:rsidRDefault="00554336"/>
    <w:p w14:paraId="68EC2739" w14:textId="77777777" w:rsidR="00554336" w:rsidRDefault="00000000">
      <w:r>
        <w:t>**Recommended Model**: DRI Score</w:t>
      </w:r>
    </w:p>
    <w:p w14:paraId="46A9ADAB" w14:textId="77777777" w:rsidR="00554336" w:rsidRDefault="00000000">
      <w:pPr>
        <w:pStyle w:val="Heading2"/>
      </w:pPr>
      <w:r>
        <w:t>ASP #53</w:t>
      </w:r>
    </w:p>
    <w:p w14:paraId="76784B8A" w14:textId="77777777" w:rsidR="00554336" w:rsidRDefault="00000000">
      <w:pPr>
        <w:pStyle w:val="Heading3"/>
      </w:pPr>
      <w:r>
        <w:t>Patient Profile – ASP #53</w:t>
      </w:r>
    </w:p>
    <w:p w14:paraId="7FF6E5D7" w14:textId="77777777" w:rsidR="00554336" w:rsidRDefault="00000000">
      <w:r>
        <w:t>- **Age**: 29</w:t>
      </w:r>
    </w:p>
    <w:p w14:paraId="3DDC5AEC" w14:textId="77777777" w:rsidR="00554336" w:rsidRDefault="00000000">
      <w:r>
        <w:t>- **Sex**: Female</w:t>
      </w:r>
    </w:p>
    <w:p w14:paraId="4998E647" w14:textId="77777777" w:rsidR="00554336" w:rsidRDefault="00000000">
      <w:r>
        <w:t>- **BMI**: 63.7 kg/m²</w:t>
      </w:r>
    </w:p>
    <w:p w14:paraId="09C703C5" w14:textId="77777777" w:rsidR="00554336" w:rsidRDefault="00000000">
      <w:r>
        <w:t>- **Duration of T2DM**: 8 years</w:t>
      </w:r>
    </w:p>
    <w:p w14:paraId="32E8451B" w14:textId="77777777" w:rsidR="00554336" w:rsidRDefault="00000000">
      <w:r>
        <w:t>- **Medications**: Metformin</w:t>
      </w:r>
    </w:p>
    <w:p w14:paraId="13AFDA8D" w14:textId="77777777" w:rsidR="00554336" w:rsidRDefault="00000000">
      <w:r>
        <w:t>- **Insulin Use**: Yes</w:t>
      </w:r>
    </w:p>
    <w:p w14:paraId="5C602079" w14:textId="77777777" w:rsidR="00554336" w:rsidRDefault="00000000">
      <w:r>
        <w:t>- **HbA1c**: 7.8%</w:t>
      </w:r>
    </w:p>
    <w:p w14:paraId="6ECAA635" w14:textId="77777777" w:rsidR="00554336" w:rsidRDefault="00000000">
      <w:r>
        <w:t>- **C-peptide**: 0.6 ng/mL</w:t>
      </w:r>
    </w:p>
    <w:p w14:paraId="6F5740CD" w14:textId="77777777" w:rsidR="00554336" w:rsidRDefault="00000000">
      <w:r>
        <w:t>- **Planned Procedure**: BPD-DS</w:t>
      </w:r>
    </w:p>
    <w:p w14:paraId="015DFAED" w14:textId="77777777" w:rsidR="00554336" w:rsidRDefault="00554336"/>
    <w:p w14:paraId="0D7012B8" w14:textId="77777777" w:rsidR="00554336" w:rsidRDefault="00000000">
      <w:r>
        <w:t>**Recommended Model**: DRI Score</w:t>
      </w:r>
    </w:p>
    <w:p w14:paraId="1F8ACE4D" w14:textId="77777777" w:rsidR="00554336" w:rsidRDefault="00000000">
      <w:pPr>
        <w:pStyle w:val="Heading2"/>
      </w:pPr>
      <w:r>
        <w:t>ASP #54</w:t>
      </w:r>
    </w:p>
    <w:p w14:paraId="2B191A75" w14:textId="77777777" w:rsidR="00554336" w:rsidRDefault="00000000">
      <w:pPr>
        <w:pStyle w:val="Heading3"/>
      </w:pPr>
      <w:r>
        <w:t>Patient Profile – ASP #54</w:t>
      </w:r>
    </w:p>
    <w:p w14:paraId="7D18B85B" w14:textId="77777777" w:rsidR="00554336" w:rsidRDefault="00000000">
      <w:r>
        <w:t>- **Age**: 56</w:t>
      </w:r>
    </w:p>
    <w:p w14:paraId="386565F2" w14:textId="77777777" w:rsidR="00554336" w:rsidRDefault="00000000">
      <w:r>
        <w:t>- **Sex**: Female</w:t>
      </w:r>
    </w:p>
    <w:p w14:paraId="2504BFEB" w14:textId="77777777" w:rsidR="00554336" w:rsidRDefault="00000000">
      <w:r>
        <w:t>- **BMI**: 34.0 kg/m²</w:t>
      </w:r>
    </w:p>
    <w:p w14:paraId="42436D64" w14:textId="77777777" w:rsidR="00554336" w:rsidRDefault="00000000">
      <w:r>
        <w:t>- **Duration of T2DM**: 18 years</w:t>
      </w:r>
    </w:p>
    <w:p w14:paraId="2FC8790F" w14:textId="77777777" w:rsidR="00554336" w:rsidRDefault="00000000">
      <w:r>
        <w:t>- **Medications**: Sulfonylurea</w:t>
      </w:r>
    </w:p>
    <w:p w14:paraId="38D90539" w14:textId="77777777" w:rsidR="00554336" w:rsidRDefault="00000000">
      <w:r>
        <w:t>- **Insulin Use**: Yes</w:t>
      </w:r>
    </w:p>
    <w:p w14:paraId="78AA2E33" w14:textId="77777777" w:rsidR="00554336" w:rsidRDefault="00000000">
      <w:r>
        <w:t>- **HbA1c**: 10.2%</w:t>
      </w:r>
    </w:p>
    <w:p w14:paraId="33BB5A35" w14:textId="77777777" w:rsidR="00554336" w:rsidRDefault="00000000">
      <w:r>
        <w:t>- **C-peptide**: N/A</w:t>
      </w:r>
    </w:p>
    <w:p w14:paraId="35806A83" w14:textId="77777777" w:rsidR="00554336" w:rsidRDefault="00000000">
      <w:r>
        <w:t>- **Planned Procedure**: BPD-DS</w:t>
      </w:r>
    </w:p>
    <w:p w14:paraId="1A82F377" w14:textId="77777777" w:rsidR="00554336" w:rsidRDefault="00554336"/>
    <w:p w14:paraId="2CC2E7D6" w14:textId="77777777" w:rsidR="00554336" w:rsidRDefault="00000000">
      <w:r>
        <w:t>**Recommended Model**: IMS Score</w:t>
      </w:r>
    </w:p>
    <w:p w14:paraId="4C44BAC8" w14:textId="77777777" w:rsidR="00554336" w:rsidRDefault="00000000">
      <w:pPr>
        <w:pStyle w:val="Heading2"/>
      </w:pPr>
      <w:r>
        <w:t>ASP #55</w:t>
      </w:r>
    </w:p>
    <w:p w14:paraId="03BE73C9" w14:textId="77777777" w:rsidR="00554336" w:rsidRDefault="00000000">
      <w:pPr>
        <w:pStyle w:val="Heading3"/>
      </w:pPr>
      <w:r>
        <w:t>Patient Profile – ASP #55</w:t>
      </w:r>
    </w:p>
    <w:p w14:paraId="3C6C936D" w14:textId="77777777" w:rsidR="00554336" w:rsidRDefault="00000000">
      <w:r>
        <w:t>- **Age**: 61</w:t>
      </w:r>
    </w:p>
    <w:p w14:paraId="2C609949" w14:textId="77777777" w:rsidR="00554336" w:rsidRDefault="00000000">
      <w:r>
        <w:t>- **Sex**: Male</w:t>
      </w:r>
    </w:p>
    <w:p w14:paraId="10E55373" w14:textId="77777777" w:rsidR="00554336" w:rsidRDefault="00000000">
      <w:r>
        <w:t>- **BMI**: 62.9 kg/m²</w:t>
      </w:r>
    </w:p>
    <w:p w14:paraId="48BF12A8" w14:textId="77777777" w:rsidR="00554336" w:rsidRDefault="00000000">
      <w:r>
        <w:t>- **Duration of T2DM**: 6 years</w:t>
      </w:r>
    </w:p>
    <w:p w14:paraId="653B937E" w14:textId="77777777" w:rsidR="00554336" w:rsidRDefault="00000000">
      <w:r>
        <w:t>- **Medications**: Metformin - SGLT2 inhibitor</w:t>
      </w:r>
    </w:p>
    <w:p w14:paraId="39962828" w14:textId="77777777" w:rsidR="00554336" w:rsidRDefault="00000000">
      <w:r>
        <w:t>- **Insulin Use**: No</w:t>
      </w:r>
    </w:p>
    <w:p w14:paraId="508F6923" w14:textId="77777777" w:rsidR="00554336" w:rsidRDefault="00000000">
      <w:r>
        <w:t>- **HbA1c**: 10.2%</w:t>
      </w:r>
    </w:p>
    <w:p w14:paraId="28C13F0E" w14:textId="77777777" w:rsidR="00554336" w:rsidRDefault="00000000">
      <w:r>
        <w:t>- **C-peptide**: 4.3 ng/mL</w:t>
      </w:r>
    </w:p>
    <w:p w14:paraId="189CBFAD" w14:textId="77777777" w:rsidR="00554336" w:rsidRDefault="00000000">
      <w:r>
        <w:t>- **Planned Procedure**: BPD-DS</w:t>
      </w:r>
    </w:p>
    <w:p w14:paraId="5071FD2E" w14:textId="77777777" w:rsidR="00554336" w:rsidRDefault="00554336"/>
    <w:p w14:paraId="400AA36E" w14:textId="77777777" w:rsidR="00554336" w:rsidRDefault="00000000">
      <w:r>
        <w:t>**Recommended Model**: DRI Score</w:t>
      </w:r>
    </w:p>
    <w:p w14:paraId="732C8501" w14:textId="77777777" w:rsidR="00554336" w:rsidRDefault="00000000">
      <w:pPr>
        <w:pStyle w:val="Heading2"/>
      </w:pPr>
      <w:r>
        <w:t>ASP #56</w:t>
      </w:r>
    </w:p>
    <w:p w14:paraId="0DF77399" w14:textId="77777777" w:rsidR="00554336" w:rsidRDefault="00000000">
      <w:pPr>
        <w:pStyle w:val="Heading3"/>
      </w:pPr>
      <w:r>
        <w:t>Patient Profile – ASP #56</w:t>
      </w:r>
    </w:p>
    <w:p w14:paraId="691A6E59" w14:textId="77777777" w:rsidR="00554336" w:rsidRDefault="00000000">
      <w:r>
        <w:t>- **Age**: 57</w:t>
      </w:r>
    </w:p>
    <w:p w14:paraId="36084E42" w14:textId="77777777" w:rsidR="00554336" w:rsidRDefault="00000000">
      <w:r>
        <w:t>- **Sex**: Female</w:t>
      </w:r>
    </w:p>
    <w:p w14:paraId="77AF1277" w14:textId="77777777" w:rsidR="00554336" w:rsidRDefault="00000000">
      <w:r>
        <w:t>- **BMI**: 53.2 kg/m²</w:t>
      </w:r>
    </w:p>
    <w:p w14:paraId="12644CEE" w14:textId="77777777" w:rsidR="00554336" w:rsidRDefault="00000000">
      <w:r>
        <w:t>- **Duration of T2DM**: 3 years</w:t>
      </w:r>
    </w:p>
    <w:p w14:paraId="2CE7F6F1" w14:textId="77777777" w:rsidR="00554336" w:rsidRDefault="00000000">
      <w:r>
        <w:t>- **Medications**: Metformin - GLP-1 Agonist</w:t>
      </w:r>
    </w:p>
    <w:p w14:paraId="59F94308" w14:textId="77777777" w:rsidR="00554336" w:rsidRDefault="00000000">
      <w:r>
        <w:t>- **Insulin Use**: No</w:t>
      </w:r>
    </w:p>
    <w:p w14:paraId="4A8D6EAF" w14:textId="77777777" w:rsidR="00554336" w:rsidRDefault="00000000">
      <w:r>
        <w:t>- **HbA1c**: 7.8%</w:t>
      </w:r>
    </w:p>
    <w:p w14:paraId="2EDC152E" w14:textId="77777777" w:rsidR="00554336" w:rsidRDefault="00000000">
      <w:r>
        <w:t>- **C-peptide**: 3.5 ng/mL</w:t>
      </w:r>
    </w:p>
    <w:p w14:paraId="4C2544E0" w14:textId="77777777" w:rsidR="00554336" w:rsidRDefault="00000000">
      <w:r>
        <w:t>- **Planned Procedure**: RYGB</w:t>
      </w:r>
    </w:p>
    <w:p w14:paraId="4CD023EF" w14:textId="77777777" w:rsidR="00554336" w:rsidRDefault="00554336"/>
    <w:p w14:paraId="67FF6A81" w14:textId="77777777" w:rsidR="00554336" w:rsidRDefault="00000000">
      <w:r>
        <w:t>**Recommended Model**: Advanced DiaRem</w:t>
      </w:r>
    </w:p>
    <w:p w14:paraId="4CA5B92B" w14:textId="77777777" w:rsidR="00554336" w:rsidRDefault="00000000">
      <w:pPr>
        <w:pStyle w:val="Heading2"/>
      </w:pPr>
      <w:r>
        <w:t>ASP #57</w:t>
      </w:r>
    </w:p>
    <w:p w14:paraId="0CBD8C74" w14:textId="77777777" w:rsidR="00554336" w:rsidRDefault="00000000">
      <w:pPr>
        <w:pStyle w:val="Heading3"/>
      </w:pPr>
      <w:r>
        <w:t>Patient Profile – ASP #57</w:t>
      </w:r>
    </w:p>
    <w:p w14:paraId="5EC1EBD8" w14:textId="77777777" w:rsidR="00554336" w:rsidRDefault="00000000">
      <w:r>
        <w:t>- **Age**: 53</w:t>
      </w:r>
    </w:p>
    <w:p w14:paraId="5081B607" w14:textId="77777777" w:rsidR="00554336" w:rsidRDefault="00000000">
      <w:r>
        <w:t>- **Sex**: Female</w:t>
      </w:r>
    </w:p>
    <w:p w14:paraId="1B310E5A" w14:textId="77777777" w:rsidR="00554336" w:rsidRDefault="00000000">
      <w:r>
        <w:t>- **BMI**: 36.7 kg/m²</w:t>
      </w:r>
    </w:p>
    <w:p w14:paraId="44004413" w14:textId="77777777" w:rsidR="00554336" w:rsidRDefault="00000000">
      <w:r>
        <w:t>- **Duration of T2DM**: 12 years</w:t>
      </w:r>
    </w:p>
    <w:p w14:paraId="59405B47" w14:textId="77777777" w:rsidR="00554336" w:rsidRDefault="00000000">
      <w:r>
        <w:t>- **Medications**: SGLT2 inhibitor</w:t>
      </w:r>
    </w:p>
    <w:p w14:paraId="14FA8C7C" w14:textId="77777777" w:rsidR="00554336" w:rsidRDefault="00000000">
      <w:r>
        <w:t>- **Insulin Use**: No</w:t>
      </w:r>
    </w:p>
    <w:p w14:paraId="6AEC34C8" w14:textId="77777777" w:rsidR="00554336" w:rsidRDefault="00000000">
      <w:r>
        <w:t>- **HbA1c**: 8.7%</w:t>
      </w:r>
    </w:p>
    <w:p w14:paraId="02B1BE4B" w14:textId="77777777" w:rsidR="00554336" w:rsidRDefault="00000000">
      <w:r>
        <w:t>- **C-peptide**: 2.4 ng/mL</w:t>
      </w:r>
    </w:p>
    <w:p w14:paraId="77DDEA6E" w14:textId="77777777" w:rsidR="00554336" w:rsidRDefault="00000000">
      <w:r>
        <w:t>- **Planned Procedure**: SG</w:t>
      </w:r>
    </w:p>
    <w:p w14:paraId="17777E18" w14:textId="77777777" w:rsidR="00554336" w:rsidRDefault="00554336"/>
    <w:p w14:paraId="5E2D1A23" w14:textId="77777777" w:rsidR="00554336" w:rsidRDefault="00000000">
      <w:r>
        <w:t>**Recommended Model**: ABCD Score</w:t>
      </w:r>
    </w:p>
    <w:p w14:paraId="03508C22" w14:textId="77777777" w:rsidR="00554336" w:rsidRDefault="00000000">
      <w:pPr>
        <w:pStyle w:val="Heading2"/>
      </w:pPr>
      <w:r>
        <w:t>ASP #58</w:t>
      </w:r>
    </w:p>
    <w:p w14:paraId="441C988B" w14:textId="77777777" w:rsidR="00554336" w:rsidRDefault="00000000">
      <w:pPr>
        <w:pStyle w:val="Heading3"/>
      </w:pPr>
      <w:r>
        <w:t>Patient Profile – ASP #58</w:t>
      </w:r>
    </w:p>
    <w:p w14:paraId="1814DC13" w14:textId="77777777" w:rsidR="00554336" w:rsidRDefault="00000000">
      <w:r>
        <w:t>- **Age**: 37</w:t>
      </w:r>
    </w:p>
    <w:p w14:paraId="734B8BA2" w14:textId="77777777" w:rsidR="00554336" w:rsidRDefault="00000000">
      <w:r>
        <w:t>- **Sex**: Female</w:t>
      </w:r>
    </w:p>
    <w:p w14:paraId="3438B1AD" w14:textId="77777777" w:rsidR="00554336" w:rsidRDefault="00000000">
      <w:r>
        <w:t>- **BMI**: 37.4 kg/m²</w:t>
      </w:r>
    </w:p>
    <w:p w14:paraId="7E04FC02" w14:textId="77777777" w:rsidR="00554336" w:rsidRDefault="00000000">
      <w:r>
        <w:t>- **Duration of T2DM**: 18 years</w:t>
      </w:r>
    </w:p>
    <w:p w14:paraId="2044C17B" w14:textId="77777777" w:rsidR="00554336" w:rsidRDefault="00000000">
      <w:r>
        <w:t>- **Medications**: Metformin - SGLT2 inhibitor</w:t>
      </w:r>
    </w:p>
    <w:p w14:paraId="08BF3CC4" w14:textId="77777777" w:rsidR="00554336" w:rsidRDefault="00000000">
      <w:r>
        <w:t>- **Insulin Use**: No</w:t>
      </w:r>
    </w:p>
    <w:p w14:paraId="2B8ADDB5" w14:textId="77777777" w:rsidR="00554336" w:rsidRDefault="00000000">
      <w:r>
        <w:t>- **HbA1c**: 7.4%</w:t>
      </w:r>
    </w:p>
    <w:p w14:paraId="09682C91" w14:textId="77777777" w:rsidR="00554336" w:rsidRDefault="00000000">
      <w:r>
        <w:t>- **C-peptide**: 2.8 ng/mL</w:t>
      </w:r>
    </w:p>
    <w:p w14:paraId="7C8278E9" w14:textId="77777777" w:rsidR="00554336" w:rsidRDefault="00000000">
      <w:r>
        <w:t>- **Planned Procedure**: SADI-S</w:t>
      </w:r>
    </w:p>
    <w:p w14:paraId="3465725D" w14:textId="77777777" w:rsidR="00554336" w:rsidRDefault="00554336"/>
    <w:p w14:paraId="32E12D08" w14:textId="77777777" w:rsidR="00554336" w:rsidRDefault="00000000">
      <w:r>
        <w:t>**Recommended Model**: DRI Score</w:t>
      </w:r>
    </w:p>
    <w:p w14:paraId="03895E2E" w14:textId="77777777" w:rsidR="00554336" w:rsidRDefault="00000000">
      <w:pPr>
        <w:pStyle w:val="Heading2"/>
      </w:pPr>
      <w:r>
        <w:t>ASP #59</w:t>
      </w:r>
    </w:p>
    <w:p w14:paraId="47EECF1F" w14:textId="77777777" w:rsidR="00554336" w:rsidRDefault="00000000">
      <w:pPr>
        <w:pStyle w:val="Heading3"/>
      </w:pPr>
      <w:r>
        <w:t>Patient Profile – ASP #59</w:t>
      </w:r>
    </w:p>
    <w:p w14:paraId="2F8CABE2" w14:textId="77777777" w:rsidR="00554336" w:rsidRDefault="00000000">
      <w:r>
        <w:t>- **Age**: 68</w:t>
      </w:r>
    </w:p>
    <w:p w14:paraId="42AACBDA" w14:textId="77777777" w:rsidR="00554336" w:rsidRDefault="00000000">
      <w:r>
        <w:t>- **Sex**: Male</w:t>
      </w:r>
    </w:p>
    <w:p w14:paraId="2D5B405D" w14:textId="77777777" w:rsidR="00554336" w:rsidRDefault="00000000">
      <w:r>
        <w:t>- **BMI**: 35.9 kg/m²</w:t>
      </w:r>
    </w:p>
    <w:p w14:paraId="20C10548" w14:textId="77777777" w:rsidR="00554336" w:rsidRDefault="00000000">
      <w:r>
        <w:t>- **Duration of T2DM**: 2 years</w:t>
      </w:r>
    </w:p>
    <w:p w14:paraId="27F4584D" w14:textId="77777777" w:rsidR="00554336" w:rsidRDefault="00000000">
      <w:r>
        <w:t>- **Medications**: Metformin - GLP-1 Agonist</w:t>
      </w:r>
    </w:p>
    <w:p w14:paraId="63EC3DD7" w14:textId="77777777" w:rsidR="00554336" w:rsidRDefault="00000000">
      <w:r>
        <w:t>- **Insulin Use**: No</w:t>
      </w:r>
    </w:p>
    <w:p w14:paraId="790D3FF6" w14:textId="77777777" w:rsidR="00554336" w:rsidRDefault="00000000">
      <w:r>
        <w:t>- **HbA1c**: 7.8%</w:t>
      </w:r>
    </w:p>
    <w:p w14:paraId="0C5BBEED" w14:textId="77777777" w:rsidR="00554336" w:rsidRDefault="00000000">
      <w:r>
        <w:t>- **C-peptide**: 3.4 ng/mL</w:t>
      </w:r>
    </w:p>
    <w:p w14:paraId="36B835A2" w14:textId="77777777" w:rsidR="00554336" w:rsidRDefault="00000000">
      <w:r>
        <w:t>- **Planned Procedure**: OAGB</w:t>
      </w:r>
    </w:p>
    <w:p w14:paraId="53EE4FC8" w14:textId="77777777" w:rsidR="00554336" w:rsidRDefault="00554336"/>
    <w:p w14:paraId="787793E1" w14:textId="77777777" w:rsidR="00554336" w:rsidRDefault="00000000">
      <w:r>
        <w:t>**Recommended Model**: DiaBetter</w:t>
      </w:r>
    </w:p>
    <w:p w14:paraId="1E7111FB" w14:textId="77777777" w:rsidR="00554336" w:rsidRDefault="00000000">
      <w:pPr>
        <w:pStyle w:val="Heading2"/>
      </w:pPr>
      <w:r>
        <w:t>ASP #60</w:t>
      </w:r>
    </w:p>
    <w:p w14:paraId="72CB8BBE" w14:textId="77777777" w:rsidR="00554336" w:rsidRDefault="00000000">
      <w:pPr>
        <w:pStyle w:val="Heading3"/>
      </w:pPr>
      <w:r>
        <w:t>Patient Profile – ASP #60</w:t>
      </w:r>
    </w:p>
    <w:p w14:paraId="05BCF5C2" w14:textId="77777777" w:rsidR="00554336" w:rsidRDefault="00000000">
      <w:r>
        <w:t>- **Age**: 61</w:t>
      </w:r>
    </w:p>
    <w:p w14:paraId="3D2CBF29" w14:textId="77777777" w:rsidR="00554336" w:rsidRDefault="00000000">
      <w:r>
        <w:t>- **Sex**: Female</w:t>
      </w:r>
    </w:p>
    <w:p w14:paraId="78AE5DC2" w14:textId="77777777" w:rsidR="00554336" w:rsidRDefault="00000000">
      <w:r>
        <w:t>- **BMI**: 37.9 kg/m²</w:t>
      </w:r>
    </w:p>
    <w:p w14:paraId="544FE1D2" w14:textId="77777777" w:rsidR="00554336" w:rsidRDefault="00000000">
      <w:r>
        <w:t>- **Duration of T2DM**: 6 years</w:t>
      </w:r>
    </w:p>
    <w:p w14:paraId="1797295B" w14:textId="77777777" w:rsidR="00554336" w:rsidRDefault="00000000">
      <w:r>
        <w:t>- **Medications**: SGLT2 inhibitor</w:t>
      </w:r>
    </w:p>
    <w:p w14:paraId="1D1A4966" w14:textId="77777777" w:rsidR="00554336" w:rsidRDefault="00000000">
      <w:r>
        <w:t>- **Insulin Use**: Yes</w:t>
      </w:r>
    </w:p>
    <w:p w14:paraId="147E9085" w14:textId="77777777" w:rsidR="00554336" w:rsidRDefault="00000000">
      <w:r>
        <w:t>- **HbA1c**: 9.9%</w:t>
      </w:r>
    </w:p>
    <w:p w14:paraId="567AF636" w14:textId="77777777" w:rsidR="00554336" w:rsidRDefault="00000000">
      <w:r>
        <w:t>- **C-peptide**: 0.4 ng/mL</w:t>
      </w:r>
    </w:p>
    <w:p w14:paraId="464462CA" w14:textId="77777777" w:rsidR="00554336" w:rsidRDefault="00000000">
      <w:r>
        <w:t>- **Planned Procedure**: SG</w:t>
      </w:r>
    </w:p>
    <w:p w14:paraId="488EABCF" w14:textId="77777777" w:rsidR="00554336" w:rsidRDefault="00554336"/>
    <w:p w14:paraId="24620888" w14:textId="77777777" w:rsidR="00554336" w:rsidRDefault="00000000">
      <w:r>
        <w:t>**Recommended Model**: ABCD Score</w:t>
      </w:r>
    </w:p>
    <w:p w14:paraId="5FEE0533" w14:textId="77777777" w:rsidR="00554336" w:rsidRDefault="00000000">
      <w:pPr>
        <w:pStyle w:val="Heading2"/>
      </w:pPr>
      <w:r>
        <w:t>ASP #61</w:t>
      </w:r>
    </w:p>
    <w:p w14:paraId="494A4D6B" w14:textId="77777777" w:rsidR="00554336" w:rsidRDefault="00000000">
      <w:pPr>
        <w:pStyle w:val="Heading3"/>
      </w:pPr>
      <w:r>
        <w:t>Patient Profile – ASP #61</w:t>
      </w:r>
    </w:p>
    <w:p w14:paraId="4288DE2F" w14:textId="77777777" w:rsidR="00554336" w:rsidRDefault="00000000">
      <w:r>
        <w:t>- **Age**: 47</w:t>
      </w:r>
    </w:p>
    <w:p w14:paraId="17C08286" w14:textId="77777777" w:rsidR="00554336" w:rsidRDefault="00000000">
      <w:r>
        <w:t>- **Sex**: Female</w:t>
      </w:r>
    </w:p>
    <w:p w14:paraId="4F5C132A" w14:textId="77777777" w:rsidR="00554336" w:rsidRDefault="00000000">
      <w:r>
        <w:t>- **BMI**: 61.0 kg/m²</w:t>
      </w:r>
    </w:p>
    <w:p w14:paraId="1A580CD9" w14:textId="77777777" w:rsidR="00554336" w:rsidRDefault="00000000">
      <w:r>
        <w:t>- **Duration of T2DM**: 18 years</w:t>
      </w:r>
    </w:p>
    <w:p w14:paraId="3EF1AB76" w14:textId="77777777" w:rsidR="00554336" w:rsidRDefault="00000000">
      <w:r>
        <w:t>- **Medications**: Sulfonylurea</w:t>
      </w:r>
    </w:p>
    <w:p w14:paraId="584BA469" w14:textId="77777777" w:rsidR="00554336" w:rsidRDefault="00000000">
      <w:r>
        <w:t>- **Insulin Use**: No</w:t>
      </w:r>
    </w:p>
    <w:p w14:paraId="68EF221D" w14:textId="77777777" w:rsidR="00554336" w:rsidRDefault="00000000">
      <w:r>
        <w:t>- **HbA1c**: 8.1%</w:t>
      </w:r>
    </w:p>
    <w:p w14:paraId="38FCA7CC" w14:textId="77777777" w:rsidR="00554336" w:rsidRDefault="00000000">
      <w:r>
        <w:t>- **C-peptide**: 2.7 ng/mL</w:t>
      </w:r>
    </w:p>
    <w:p w14:paraId="4FBE2137" w14:textId="77777777" w:rsidR="00554336" w:rsidRDefault="00000000">
      <w:r>
        <w:t>- **Planned Procedure**: BPD-DS</w:t>
      </w:r>
    </w:p>
    <w:p w14:paraId="4C0D083B" w14:textId="77777777" w:rsidR="00554336" w:rsidRDefault="00554336"/>
    <w:p w14:paraId="2B01A3B0" w14:textId="77777777" w:rsidR="00554336" w:rsidRDefault="00000000">
      <w:r>
        <w:t>**Recommended Model**: DRI Score</w:t>
      </w:r>
    </w:p>
    <w:p w14:paraId="78F1721F" w14:textId="77777777" w:rsidR="00554336" w:rsidRDefault="00000000">
      <w:pPr>
        <w:pStyle w:val="Heading2"/>
      </w:pPr>
      <w:r>
        <w:t>ASP #62</w:t>
      </w:r>
    </w:p>
    <w:p w14:paraId="61B411A3" w14:textId="77777777" w:rsidR="00554336" w:rsidRDefault="00000000">
      <w:pPr>
        <w:pStyle w:val="Heading3"/>
      </w:pPr>
      <w:r>
        <w:t>Patient Profile – ASP #62</w:t>
      </w:r>
    </w:p>
    <w:p w14:paraId="54157627" w14:textId="77777777" w:rsidR="00554336" w:rsidRDefault="00000000">
      <w:r>
        <w:t>- **Age**: 27</w:t>
      </w:r>
    </w:p>
    <w:p w14:paraId="56628B23" w14:textId="77777777" w:rsidR="00554336" w:rsidRDefault="00000000">
      <w:r>
        <w:t>- **Sex**: Male</w:t>
      </w:r>
    </w:p>
    <w:p w14:paraId="1D8096CF" w14:textId="77777777" w:rsidR="00554336" w:rsidRDefault="00000000">
      <w:r>
        <w:t>- **BMI**: 54.1 kg/m²</w:t>
      </w:r>
    </w:p>
    <w:p w14:paraId="6926358D" w14:textId="77777777" w:rsidR="00554336" w:rsidRDefault="00000000">
      <w:r>
        <w:t>- **Duration of T2DM**: 3 years</w:t>
      </w:r>
    </w:p>
    <w:p w14:paraId="79E13E75" w14:textId="77777777" w:rsidR="00554336" w:rsidRDefault="00000000">
      <w:r>
        <w:t>- **Medications**: GLP-1 Agonist - SGLT2 inhibitor</w:t>
      </w:r>
    </w:p>
    <w:p w14:paraId="5125FF58" w14:textId="77777777" w:rsidR="00554336" w:rsidRDefault="00000000">
      <w:r>
        <w:t>- **Insulin Use**: Yes</w:t>
      </w:r>
    </w:p>
    <w:p w14:paraId="39C1C217" w14:textId="77777777" w:rsidR="00554336" w:rsidRDefault="00000000">
      <w:r>
        <w:t>- **HbA1c**: 8.4%</w:t>
      </w:r>
    </w:p>
    <w:p w14:paraId="593FAE24" w14:textId="77777777" w:rsidR="00554336" w:rsidRDefault="00000000">
      <w:r>
        <w:t>- **C-peptide**: 1.0 ng/mL</w:t>
      </w:r>
    </w:p>
    <w:p w14:paraId="7B088759" w14:textId="77777777" w:rsidR="00554336" w:rsidRDefault="00000000">
      <w:r>
        <w:t>- **Planned Procedure**: BPD-DS</w:t>
      </w:r>
    </w:p>
    <w:p w14:paraId="113D4D3B" w14:textId="77777777" w:rsidR="00554336" w:rsidRDefault="00554336"/>
    <w:p w14:paraId="77C8997C" w14:textId="77777777" w:rsidR="00554336" w:rsidRDefault="00000000">
      <w:r>
        <w:t>**Recommended Model**: DRI Score</w:t>
      </w:r>
    </w:p>
    <w:p w14:paraId="65B52E12" w14:textId="77777777" w:rsidR="00554336" w:rsidRDefault="00000000">
      <w:pPr>
        <w:pStyle w:val="Heading2"/>
      </w:pPr>
      <w:r>
        <w:t>ASP #63</w:t>
      </w:r>
    </w:p>
    <w:p w14:paraId="72B54479" w14:textId="77777777" w:rsidR="00554336" w:rsidRDefault="00000000">
      <w:pPr>
        <w:pStyle w:val="Heading3"/>
      </w:pPr>
      <w:r>
        <w:t>Patient Profile – ASP #63</w:t>
      </w:r>
    </w:p>
    <w:p w14:paraId="2F10D14A" w14:textId="77777777" w:rsidR="00554336" w:rsidRDefault="00000000">
      <w:r>
        <w:t>- **Age**: 33</w:t>
      </w:r>
    </w:p>
    <w:p w14:paraId="3339DD20" w14:textId="77777777" w:rsidR="00554336" w:rsidRDefault="00000000">
      <w:r>
        <w:t>- **Sex**: Female</w:t>
      </w:r>
    </w:p>
    <w:p w14:paraId="4DE4D4EA" w14:textId="77777777" w:rsidR="00554336" w:rsidRDefault="00000000">
      <w:r>
        <w:t>- **BMI**: 46.0 kg/m²</w:t>
      </w:r>
    </w:p>
    <w:p w14:paraId="5EC8E900" w14:textId="77777777" w:rsidR="00554336" w:rsidRDefault="00000000">
      <w:r>
        <w:t>- **Duration of T2DM**: 14 years</w:t>
      </w:r>
    </w:p>
    <w:p w14:paraId="5C9F9697" w14:textId="77777777" w:rsidR="00554336" w:rsidRDefault="00000000">
      <w:r>
        <w:t>- **Medications**: No</w:t>
      </w:r>
    </w:p>
    <w:p w14:paraId="716106C7" w14:textId="77777777" w:rsidR="00554336" w:rsidRDefault="00000000">
      <w:r>
        <w:t>- **Insulin Use**: No</w:t>
      </w:r>
    </w:p>
    <w:p w14:paraId="324DFE06" w14:textId="77777777" w:rsidR="00554336" w:rsidRDefault="00000000">
      <w:r>
        <w:t>- **HbA1c**: 10.3%</w:t>
      </w:r>
    </w:p>
    <w:p w14:paraId="7516FE39" w14:textId="77777777" w:rsidR="00554336" w:rsidRDefault="00000000">
      <w:r>
        <w:t>- **C-peptide**: 3.3 ng/mL</w:t>
      </w:r>
    </w:p>
    <w:p w14:paraId="0E23CCF1" w14:textId="77777777" w:rsidR="00554336" w:rsidRDefault="00000000">
      <w:r>
        <w:t>- **Planned Procedure**: SADI-S</w:t>
      </w:r>
    </w:p>
    <w:p w14:paraId="0E79F353" w14:textId="77777777" w:rsidR="00554336" w:rsidRDefault="00554336"/>
    <w:p w14:paraId="77786C59" w14:textId="77777777" w:rsidR="00554336" w:rsidRDefault="00000000">
      <w:r>
        <w:t>**Recommended Model**: DRI Score</w:t>
      </w:r>
    </w:p>
    <w:p w14:paraId="61E1912F" w14:textId="77777777" w:rsidR="00554336" w:rsidRDefault="00000000">
      <w:pPr>
        <w:pStyle w:val="Heading2"/>
      </w:pPr>
      <w:r>
        <w:t>ASP #64</w:t>
      </w:r>
    </w:p>
    <w:p w14:paraId="258BA5D9" w14:textId="77777777" w:rsidR="00554336" w:rsidRDefault="00000000">
      <w:pPr>
        <w:pStyle w:val="Heading3"/>
      </w:pPr>
      <w:r>
        <w:t>Patient Profile – ASP #64</w:t>
      </w:r>
    </w:p>
    <w:p w14:paraId="79662D47" w14:textId="77777777" w:rsidR="00554336" w:rsidRDefault="00000000">
      <w:r>
        <w:t>- **Age**: 57</w:t>
      </w:r>
    </w:p>
    <w:p w14:paraId="5FE3E684" w14:textId="77777777" w:rsidR="00554336" w:rsidRDefault="00000000">
      <w:r>
        <w:t>- **Sex**: Male</w:t>
      </w:r>
    </w:p>
    <w:p w14:paraId="450F3B2E" w14:textId="77777777" w:rsidR="00554336" w:rsidRDefault="00000000">
      <w:r>
        <w:t>- **BMI**: 61.2 kg/m²</w:t>
      </w:r>
    </w:p>
    <w:p w14:paraId="745E3CC2" w14:textId="77777777" w:rsidR="00554336" w:rsidRDefault="00000000">
      <w:r>
        <w:t>- **Duration of T2DM**: 13 years</w:t>
      </w:r>
    </w:p>
    <w:p w14:paraId="5E4DD1A4" w14:textId="77777777" w:rsidR="00554336" w:rsidRDefault="00000000">
      <w:r>
        <w:t>- **Medications**: No</w:t>
      </w:r>
    </w:p>
    <w:p w14:paraId="6A706175" w14:textId="77777777" w:rsidR="00554336" w:rsidRDefault="00000000">
      <w:r>
        <w:t>- **Insulin Use**: No</w:t>
      </w:r>
    </w:p>
    <w:p w14:paraId="7457C062" w14:textId="77777777" w:rsidR="00554336" w:rsidRDefault="00000000">
      <w:r>
        <w:t>- **HbA1c**: 9.9%</w:t>
      </w:r>
    </w:p>
    <w:p w14:paraId="657C6B9B" w14:textId="77777777" w:rsidR="00554336" w:rsidRDefault="00000000">
      <w:r>
        <w:t>- **C-peptide**: 2.0 ng/mL</w:t>
      </w:r>
    </w:p>
    <w:p w14:paraId="71390AD3" w14:textId="77777777" w:rsidR="00554336" w:rsidRDefault="00000000">
      <w:r>
        <w:t>- **Planned Procedure**: BPD-DS</w:t>
      </w:r>
    </w:p>
    <w:p w14:paraId="3461219C" w14:textId="77777777" w:rsidR="00554336" w:rsidRDefault="00554336"/>
    <w:p w14:paraId="0D533950" w14:textId="77777777" w:rsidR="00554336" w:rsidRDefault="00000000">
      <w:r>
        <w:t>**Recommended Model**: DRI Score</w:t>
      </w:r>
    </w:p>
    <w:p w14:paraId="4CCA6B28" w14:textId="77777777" w:rsidR="00554336" w:rsidRDefault="00000000">
      <w:pPr>
        <w:pStyle w:val="Heading2"/>
      </w:pPr>
      <w:r>
        <w:t>ASP #65</w:t>
      </w:r>
    </w:p>
    <w:p w14:paraId="0C7DC71C" w14:textId="77777777" w:rsidR="00554336" w:rsidRDefault="00000000">
      <w:pPr>
        <w:pStyle w:val="Heading3"/>
      </w:pPr>
      <w:r>
        <w:t>Patient Profile – ASP #65</w:t>
      </w:r>
    </w:p>
    <w:p w14:paraId="504C2E06" w14:textId="77777777" w:rsidR="00554336" w:rsidRDefault="00000000">
      <w:r>
        <w:t>- **Age**: 46</w:t>
      </w:r>
    </w:p>
    <w:p w14:paraId="158E8681" w14:textId="77777777" w:rsidR="00554336" w:rsidRDefault="00000000">
      <w:r>
        <w:t>- **Sex**: Female</w:t>
      </w:r>
    </w:p>
    <w:p w14:paraId="17CAD30A" w14:textId="77777777" w:rsidR="00554336" w:rsidRDefault="00000000">
      <w:r>
        <w:t>- **BMI**: 56.3 kg/m²</w:t>
      </w:r>
    </w:p>
    <w:p w14:paraId="5B0EE7BF" w14:textId="77777777" w:rsidR="00554336" w:rsidRDefault="00000000">
      <w:r>
        <w:t>- **Duration of T2DM**: 20 years</w:t>
      </w:r>
    </w:p>
    <w:p w14:paraId="65DD5E4E" w14:textId="77777777" w:rsidR="00554336" w:rsidRDefault="00000000">
      <w:r>
        <w:t>- **Medications**: Metformin - GLP-1 Agonist</w:t>
      </w:r>
    </w:p>
    <w:p w14:paraId="7877C0F5" w14:textId="77777777" w:rsidR="00554336" w:rsidRDefault="00000000">
      <w:r>
        <w:t>- **Insulin Use**: No</w:t>
      </w:r>
    </w:p>
    <w:p w14:paraId="2532630D" w14:textId="77777777" w:rsidR="00554336" w:rsidRDefault="00000000">
      <w:r>
        <w:t>- **HbA1c**: 9.0%</w:t>
      </w:r>
    </w:p>
    <w:p w14:paraId="190EC0DE" w14:textId="77777777" w:rsidR="00554336" w:rsidRDefault="00000000">
      <w:r>
        <w:t>- **C-peptide**: 3.1 ng/mL</w:t>
      </w:r>
    </w:p>
    <w:p w14:paraId="6609C1A3" w14:textId="77777777" w:rsidR="00554336" w:rsidRDefault="00000000">
      <w:r>
        <w:t>- **Planned Procedure**: RYGB</w:t>
      </w:r>
    </w:p>
    <w:p w14:paraId="1F5684E0" w14:textId="77777777" w:rsidR="00554336" w:rsidRDefault="00554336"/>
    <w:p w14:paraId="5534461D" w14:textId="77777777" w:rsidR="00554336" w:rsidRDefault="00000000">
      <w:r>
        <w:t>**Recommended Model**: Advanced DiaRem</w:t>
      </w:r>
    </w:p>
    <w:p w14:paraId="51729DFA" w14:textId="77777777" w:rsidR="00554336" w:rsidRDefault="00000000">
      <w:pPr>
        <w:pStyle w:val="Heading2"/>
      </w:pPr>
      <w:r>
        <w:t>ASP #66</w:t>
      </w:r>
    </w:p>
    <w:p w14:paraId="352358B0" w14:textId="77777777" w:rsidR="00554336" w:rsidRDefault="00000000">
      <w:pPr>
        <w:pStyle w:val="Heading3"/>
      </w:pPr>
      <w:r>
        <w:t>Patient Profile – ASP #66</w:t>
      </w:r>
    </w:p>
    <w:p w14:paraId="280E1BC0" w14:textId="77777777" w:rsidR="00554336" w:rsidRDefault="00000000">
      <w:r>
        <w:t>- **Age**: 46</w:t>
      </w:r>
    </w:p>
    <w:p w14:paraId="404B56FD" w14:textId="77777777" w:rsidR="00554336" w:rsidRDefault="00000000">
      <w:r>
        <w:t>- **Sex**: Female</w:t>
      </w:r>
    </w:p>
    <w:p w14:paraId="2554F144" w14:textId="77777777" w:rsidR="00554336" w:rsidRDefault="00000000">
      <w:r>
        <w:t>- **BMI**: 55.0 kg/m²</w:t>
      </w:r>
    </w:p>
    <w:p w14:paraId="46B890E0" w14:textId="77777777" w:rsidR="00554336" w:rsidRDefault="00000000">
      <w:r>
        <w:t>- **Duration of T2DM**: 7 years</w:t>
      </w:r>
    </w:p>
    <w:p w14:paraId="319AACAE" w14:textId="77777777" w:rsidR="00554336" w:rsidRDefault="00000000">
      <w:r>
        <w:t>- **Medications**: Metformin - GLP-1 Agonist</w:t>
      </w:r>
    </w:p>
    <w:p w14:paraId="15DF57BF" w14:textId="77777777" w:rsidR="00554336" w:rsidRDefault="00000000">
      <w:r>
        <w:t>- **Insulin Use**: Yes</w:t>
      </w:r>
    </w:p>
    <w:p w14:paraId="3435E745" w14:textId="77777777" w:rsidR="00554336" w:rsidRDefault="00000000">
      <w:r>
        <w:t>- **HbA1c**: 7.1%</w:t>
      </w:r>
    </w:p>
    <w:p w14:paraId="12F61457" w14:textId="77777777" w:rsidR="00554336" w:rsidRDefault="00000000">
      <w:r>
        <w:t>- **C-peptide**: N/A</w:t>
      </w:r>
    </w:p>
    <w:p w14:paraId="05771205" w14:textId="77777777" w:rsidR="00554336" w:rsidRDefault="00000000">
      <w:r>
        <w:t>- **Planned Procedure**: SADI-S</w:t>
      </w:r>
    </w:p>
    <w:p w14:paraId="43FAF713" w14:textId="77777777" w:rsidR="00554336" w:rsidRDefault="00554336"/>
    <w:p w14:paraId="0DE562A8" w14:textId="77777777" w:rsidR="00554336" w:rsidRDefault="00000000">
      <w:r>
        <w:t>**Recommended Model**: IMS Score</w:t>
      </w:r>
    </w:p>
    <w:p w14:paraId="340676D6" w14:textId="77777777" w:rsidR="00554336" w:rsidRDefault="00000000">
      <w:pPr>
        <w:pStyle w:val="Heading2"/>
      </w:pPr>
      <w:r>
        <w:t>ASP #67</w:t>
      </w:r>
    </w:p>
    <w:p w14:paraId="7709C53B" w14:textId="77777777" w:rsidR="00554336" w:rsidRDefault="00000000">
      <w:pPr>
        <w:pStyle w:val="Heading3"/>
      </w:pPr>
      <w:r>
        <w:t>Patient Profile – ASP #67</w:t>
      </w:r>
    </w:p>
    <w:p w14:paraId="4CE0724D" w14:textId="77777777" w:rsidR="00554336" w:rsidRDefault="00000000">
      <w:r>
        <w:t>- **Age**: 62</w:t>
      </w:r>
    </w:p>
    <w:p w14:paraId="598DD634" w14:textId="77777777" w:rsidR="00554336" w:rsidRDefault="00000000">
      <w:r>
        <w:t>- **Sex**: Female</w:t>
      </w:r>
    </w:p>
    <w:p w14:paraId="315F67C0" w14:textId="77777777" w:rsidR="00554336" w:rsidRDefault="00000000">
      <w:r>
        <w:t>- **BMI**: 54.7 kg/m²</w:t>
      </w:r>
    </w:p>
    <w:p w14:paraId="341C08F1" w14:textId="77777777" w:rsidR="00554336" w:rsidRDefault="00000000">
      <w:r>
        <w:t>- **Duration of T2DM**: 2 years</w:t>
      </w:r>
    </w:p>
    <w:p w14:paraId="328FD760" w14:textId="77777777" w:rsidR="00554336" w:rsidRDefault="00000000">
      <w:r>
        <w:t>- **Medications**: GLP-1 Agonist - SGLT2 inhibitor</w:t>
      </w:r>
    </w:p>
    <w:p w14:paraId="53463ED6" w14:textId="77777777" w:rsidR="00554336" w:rsidRDefault="00000000">
      <w:r>
        <w:t>- **Insulin Use**: No</w:t>
      </w:r>
    </w:p>
    <w:p w14:paraId="48E58417" w14:textId="77777777" w:rsidR="00554336" w:rsidRDefault="00000000">
      <w:r>
        <w:t>- **HbA1c**: 8.2%</w:t>
      </w:r>
    </w:p>
    <w:p w14:paraId="280932DC" w14:textId="77777777" w:rsidR="00554336" w:rsidRDefault="00000000">
      <w:r>
        <w:t>- **C-peptide**: 3.1 ng/mL</w:t>
      </w:r>
    </w:p>
    <w:p w14:paraId="03F0E6DC" w14:textId="77777777" w:rsidR="00554336" w:rsidRDefault="00000000">
      <w:r>
        <w:t>- **Planned Procedure**: OAGB</w:t>
      </w:r>
    </w:p>
    <w:p w14:paraId="4BD53D98" w14:textId="77777777" w:rsidR="00554336" w:rsidRDefault="00554336"/>
    <w:p w14:paraId="4EA8C87C" w14:textId="77777777" w:rsidR="00554336" w:rsidRDefault="00000000">
      <w:r>
        <w:t>**Recommended Model**: DiaBetter</w:t>
      </w:r>
    </w:p>
    <w:p w14:paraId="3C2015D6" w14:textId="77777777" w:rsidR="00554336" w:rsidRDefault="00000000">
      <w:pPr>
        <w:pStyle w:val="Heading2"/>
      </w:pPr>
      <w:r>
        <w:t>ASP #68</w:t>
      </w:r>
    </w:p>
    <w:p w14:paraId="35F295F3" w14:textId="77777777" w:rsidR="00554336" w:rsidRDefault="00000000">
      <w:pPr>
        <w:pStyle w:val="Heading3"/>
      </w:pPr>
      <w:r>
        <w:t>Patient Profile – ASP #68</w:t>
      </w:r>
    </w:p>
    <w:p w14:paraId="366F51A3" w14:textId="77777777" w:rsidR="00554336" w:rsidRDefault="00000000">
      <w:r>
        <w:t>- **Age**: 44</w:t>
      </w:r>
    </w:p>
    <w:p w14:paraId="679BA331" w14:textId="77777777" w:rsidR="00554336" w:rsidRDefault="00000000">
      <w:r>
        <w:t>- **Sex**: Female</w:t>
      </w:r>
    </w:p>
    <w:p w14:paraId="58D08BDB" w14:textId="77777777" w:rsidR="00554336" w:rsidRDefault="00000000">
      <w:r>
        <w:t>- **BMI**: 61.7 kg/m²</w:t>
      </w:r>
    </w:p>
    <w:p w14:paraId="53923077" w14:textId="77777777" w:rsidR="00554336" w:rsidRDefault="00000000">
      <w:r>
        <w:t>- **Duration of T2DM**: 18 years</w:t>
      </w:r>
    </w:p>
    <w:p w14:paraId="2A5A3241" w14:textId="77777777" w:rsidR="00554336" w:rsidRDefault="00000000">
      <w:r>
        <w:t>- **Medications**: Metformin</w:t>
      </w:r>
    </w:p>
    <w:p w14:paraId="6146A61A" w14:textId="77777777" w:rsidR="00554336" w:rsidRDefault="00000000">
      <w:r>
        <w:t>- **Insulin Use**: No</w:t>
      </w:r>
    </w:p>
    <w:p w14:paraId="6E5F2004" w14:textId="77777777" w:rsidR="00554336" w:rsidRDefault="00000000">
      <w:r>
        <w:t>- **HbA1c**: 8.0%</w:t>
      </w:r>
    </w:p>
    <w:p w14:paraId="525C1ADC" w14:textId="77777777" w:rsidR="00554336" w:rsidRDefault="00000000">
      <w:r>
        <w:t>- **C-peptide**: 3.8 ng/mL</w:t>
      </w:r>
    </w:p>
    <w:p w14:paraId="327F48DB" w14:textId="77777777" w:rsidR="00554336" w:rsidRDefault="00000000">
      <w:r>
        <w:t>- **Planned Procedure**: BPD-DS</w:t>
      </w:r>
    </w:p>
    <w:p w14:paraId="581AD8B7" w14:textId="77777777" w:rsidR="00554336" w:rsidRDefault="00554336"/>
    <w:p w14:paraId="18F8D88C" w14:textId="77777777" w:rsidR="00554336" w:rsidRDefault="00000000">
      <w:r>
        <w:t>**Recommended Model**: DRI Score</w:t>
      </w:r>
    </w:p>
    <w:p w14:paraId="1D983433" w14:textId="77777777" w:rsidR="00554336" w:rsidRDefault="00000000">
      <w:pPr>
        <w:pStyle w:val="Heading2"/>
      </w:pPr>
      <w:r>
        <w:t>ASP #69</w:t>
      </w:r>
    </w:p>
    <w:p w14:paraId="73174AFC" w14:textId="77777777" w:rsidR="00554336" w:rsidRDefault="00000000">
      <w:pPr>
        <w:pStyle w:val="Heading3"/>
      </w:pPr>
      <w:r>
        <w:t>Patient Profile – ASP #69</w:t>
      </w:r>
    </w:p>
    <w:p w14:paraId="5FA4AA2B" w14:textId="77777777" w:rsidR="00554336" w:rsidRDefault="00000000">
      <w:r>
        <w:t>- **Age**: 18</w:t>
      </w:r>
    </w:p>
    <w:p w14:paraId="4B2120F1" w14:textId="77777777" w:rsidR="00554336" w:rsidRDefault="00000000">
      <w:r>
        <w:t>- **Sex**: Female</w:t>
      </w:r>
    </w:p>
    <w:p w14:paraId="50F997EA" w14:textId="77777777" w:rsidR="00554336" w:rsidRDefault="00000000">
      <w:r>
        <w:t>- **BMI**: 40.5 kg/m²</w:t>
      </w:r>
    </w:p>
    <w:p w14:paraId="1245C819" w14:textId="77777777" w:rsidR="00554336" w:rsidRDefault="00000000">
      <w:r>
        <w:t>- **Duration of T2DM**: 12 years</w:t>
      </w:r>
    </w:p>
    <w:p w14:paraId="1A1A23A0" w14:textId="77777777" w:rsidR="00554336" w:rsidRDefault="00000000">
      <w:r>
        <w:t>- **Medications**: GLP-1 Agonist - SGLT2 inhibitor</w:t>
      </w:r>
    </w:p>
    <w:p w14:paraId="77D581F8" w14:textId="77777777" w:rsidR="00554336" w:rsidRDefault="00000000">
      <w:r>
        <w:t>- **Insulin Use**: No</w:t>
      </w:r>
    </w:p>
    <w:p w14:paraId="54E806EC" w14:textId="77777777" w:rsidR="00554336" w:rsidRDefault="00000000">
      <w:r>
        <w:t>- **HbA1c**: 9.7%</w:t>
      </w:r>
    </w:p>
    <w:p w14:paraId="645E6113" w14:textId="77777777" w:rsidR="00554336" w:rsidRDefault="00000000">
      <w:r>
        <w:t>- **C-peptide**: 3.7 ng/mL</w:t>
      </w:r>
    </w:p>
    <w:p w14:paraId="13BF11D6" w14:textId="77777777" w:rsidR="00554336" w:rsidRDefault="00000000">
      <w:r>
        <w:t>- **Planned Procedure**: OAGB</w:t>
      </w:r>
    </w:p>
    <w:p w14:paraId="241C02DB" w14:textId="77777777" w:rsidR="00554336" w:rsidRDefault="00554336"/>
    <w:p w14:paraId="61A6434E" w14:textId="77777777" w:rsidR="00554336" w:rsidRDefault="00000000">
      <w:r>
        <w:t>**Recommended Model**: DiaBetter</w:t>
      </w:r>
    </w:p>
    <w:p w14:paraId="4270E692" w14:textId="77777777" w:rsidR="00554336" w:rsidRDefault="00000000">
      <w:pPr>
        <w:pStyle w:val="Heading2"/>
      </w:pPr>
      <w:r>
        <w:t>ASP #70</w:t>
      </w:r>
    </w:p>
    <w:p w14:paraId="004A43B6" w14:textId="77777777" w:rsidR="00554336" w:rsidRDefault="00000000">
      <w:pPr>
        <w:pStyle w:val="Heading3"/>
      </w:pPr>
      <w:r>
        <w:t>Patient Profile – ASP #70</w:t>
      </w:r>
    </w:p>
    <w:p w14:paraId="3C145A56" w14:textId="77777777" w:rsidR="00554336" w:rsidRDefault="00000000">
      <w:r>
        <w:t>- **Age**: 49</w:t>
      </w:r>
    </w:p>
    <w:p w14:paraId="73DA5814" w14:textId="77777777" w:rsidR="00554336" w:rsidRDefault="00000000">
      <w:r>
        <w:t>- **Sex**: Female</w:t>
      </w:r>
    </w:p>
    <w:p w14:paraId="1A71E065" w14:textId="77777777" w:rsidR="00554336" w:rsidRDefault="00000000">
      <w:r>
        <w:t>- **BMI**: 39.6 kg/m²</w:t>
      </w:r>
    </w:p>
    <w:p w14:paraId="1DBA302D" w14:textId="77777777" w:rsidR="00554336" w:rsidRDefault="00000000">
      <w:r>
        <w:t>- **Duration of T2DM**: 15 years</w:t>
      </w:r>
    </w:p>
    <w:p w14:paraId="0AD6EBA4" w14:textId="77777777" w:rsidR="00554336" w:rsidRDefault="00000000">
      <w:r>
        <w:t>- **Medications**: Metformin</w:t>
      </w:r>
    </w:p>
    <w:p w14:paraId="721ABC61" w14:textId="77777777" w:rsidR="00554336" w:rsidRDefault="00000000">
      <w:r>
        <w:t>- **Insulin Use**: Yes</w:t>
      </w:r>
    </w:p>
    <w:p w14:paraId="06B9D239" w14:textId="77777777" w:rsidR="00554336" w:rsidRDefault="00000000">
      <w:r>
        <w:t>- **HbA1c**: 9.4%</w:t>
      </w:r>
    </w:p>
    <w:p w14:paraId="21C28749" w14:textId="77777777" w:rsidR="00554336" w:rsidRDefault="00000000">
      <w:r>
        <w:t>- **C-peptide**: 0.9 ng/mL</w:t>
      </w:r>
    </w:p>
    <w:p w14:paraId="3ECCC64C" w14:textId="77777777" w:rsidR="00554336" w:rsidRDefault="00000000">
      <w:r>
        <w:t>- **Planned Procedure**: SADI-S</w:t>
      </w:r>
    </w:p>
    <w:p w14:paraId="50E03616" w14:textId="77777777" w:rsidR="00554336" w:rsidRDefault="00554336"/>
    <w:p w14:paraId="4487DA16" w14:textId="77777777" w:rsidR="00554336" w:rsidRDefault="00000000">
      <w:r>
        <w:t>**Recommended Model**: DRI Score</w:t>
      </w:r>
    </w:p>
    <w:p w14:paraId="2AC64DA5" w14:textId="77777777" w:rsidR="00554336" w:rsidRDefault="00000000">
      <w:pPr>
        <w:pStyle w:val="Heading2"/>
      </w:pPr>
      <w:r>
        <w:t>ASP #71</w:t>
      </w:r>
    </w:p>
    <w:p w14:paraId="149D69A4" w14:textId="77777777" w:rsidR="00554336" w:rsidRDefault="00000000">
      <w:pPr>
        <w:pStyle w:val="Heading3"/>
      </w:pPr>
      <w:r>
        <w:t>Patient Profile – ASP #71</w:t>
      </w:r>
    </w:p>
    <w:p w14:paraId="75EA82FB" w14:textId="77777777" w:rsidR="00554336" w:rsidRDefault="00000000">
      <w:r>
        <w:t>- **Age**: 26</w:t>
      </w:r>
    </w:p>
    <w:p w14:paraId="40AFBF2F" w14:textId="77777777" w:rsidR="00554336" w:rsidRDefault="00000000">
      <w:r>
        <w:t>- **Sex**: Female</w:t>
      </w:r>
    </w:p>
    <w:p w14:paraId="31464C69" w14:textId="77777777" w:rsidR="00554336" w:rsidRDefault="00000000">
      <w:r>
        <w:t>- **BMI**: 48.7 kg/m²</w:t>
      </w:r>
    </w:p>
    <w:p w14:paraId="70EE25EB" w14:textId="77777777" w:rsidR="00554336" w:rsidRDefault="00000000">
      <w:r>
        <w:t>- **Duration of T2DM**: 12 years</w:t>
      </w:r>
    </w:p>
    <w:p w14:paraId="7B319709" w14:textId="77777777" w:rsidR="00554336" w:rsidRDefault="00000000">
      <w:r>
        <w:t>- **Medications**: Metformin</w:t>
      </w:r>
    </w:p>
    <w:p w14:paraId="387C3F6A" w14:textId="77777777" w:rsidR="00554336" w:rsidRDefault="00000000">
      <w:r>
        <w:t>- **Insulin Use**: Yes</w:t>
      </w:r>
    </w:p>
    <w:p w14:paraId="119984D3" w14:textId="77777777" w:rsidR="00554336" w:rsidRDefault="00000000">
      <w:r>
        <w:t>- **HbA1c**: 7.2%</w:t>
      </w:r>
    </w:p>
    <w:p w14:paraId="498958C9" w14:textId="77777777" w:rsidR="00554336" w:rsidRDefault="00000000">
      <w:r>
        <w:t>- **C-peptide**: 0.6 ng/mL</w:t>
      </w:r>
    </w:p>
    <w:p w14:paraId="351FF175" w14:textId="77777777" w:rsidR="00554336" w:rsidRDefault="00000000">
      <w:r>
        <w:t>- **Planned Procedure**: RYGB</w:t>
      </w:r>
    </w:p>
    <w:p w14:paraId="257EF890" w14:textId="77777777" w:rsidR="00554336" w:rsidRDefault="00554336"/>
    <w:p w14:paraId="131264BD" w14:textId="77777777" w:rsidR="00554336" w:rsidRDefault="00000000">
      <w:r>
        <w:t>**Recommended Model**: Advanced DiaRem</w:t>
      </w:r>
    </w:p>
    <w:p w14:paraId="43AF5185" w14:textId="77777777" w:rsidR="00554336" w:rsidRDefault="00000000">
      <w:pPr>
        <w:pStyle w:val="Heading2"/>
      </w:pPr>
      <w:r>
        <w:t>ASP #72</w:t>
      </w:r>
    </w:p>
    <w:p w14:paraId="37D73143" w14:textId="77777777" w:rsidR="00554336" w:rsidRDefault="00000000">
      <w:pPr>
        <w:pStyle w:val="Heading3"/>
      </w:pPr>
      <w:r>
        <w:t>Patient Profile – ASP #72</w:t>
      </w:r>
    </w:p>
    <w:p w14:paraId="558997ED" w14:textId="77777777" w:rsidR="00554336" w:rsidRDefault="00000000">
      <w:r>
        <w:t>- **Age**: 42</w:t>
      </w:r>
    </w:p>
    <w:p w14:paraId="1A964EF8" w14:textId="77777777" w:rsidR="00554336" w:rsidRDefault="00000000">
      <w:r>
        <w:t>- **Sex**: Female</w:t>
      </w:r>
    </w:p>
    <w:p w14:paraId="13603AD7" w14:textId="77777777" w:rsidR="00554336" w:rsidRDefault="00000000">
      <w:r>
        <w:t>- **BMI**: 37.4 kg/m²</w:t>
      </w:r>
    </w:p>
    <w:p w14:paraId="6DBE0D2A" w14:textId="77777777" w:rsidR="00554336" w:rsidRDefault="00000000">
      <w:r>
        <w:t>- **Duration of T2DM**: 10 years</w:t>
      </w:r>
    </w:p>
    <w:p w14:paraId="2F0BF3E7" w14:textId="77777777" w:rsidR="00554336" w:rsidRDefault="00000000">
      <w:r>
        <w:t>- **Medications**: Metformin - SGLT2 inhibitor</w:t>
      </w:r>
    </w:p>
    <w:p w14:paraId="7898B144" w14:textId="77777777" w:rsidR="00554336" w:rsidRDefault="00000000">
      <w:r>
        <w:t>- **Insulin Use**: No</w:t>
      </w:r>
    </w:p>
    <w:p w14:paraId="14D5816E" w14:textId="77777777" w:rsidR="00554336" w:rsidRDefault="00000000">
      <w:r>
        <w:t>- **HbA1c**: 9.5%</w:t>
      </w:r>
    </w:p>
    <w:p w14:paraId="5DD31906" w14:textId="77777777" w:rsidR="00554336" w:rsidRDefault="00000000">
      <w:r>
        <w:t>- **C-peptide**: 2.6 ng/mL</w:t>
      </w:r>
    </w:p>
    <w:p w14:paraId="0673E0A3" w14:textId="77777777" w:rsidR="00554336" w:rsidRDefault="00000000">
      <w:r>
        <w:t>- **Planned Procedure**: SADI-S</w:t>
      </w:r>
    </w:p>
    <w:p w14:paraId="267D7E72" w14:textId="77777777" w:rsidR="00554336" w:rsidRDefault="00554336"/>
    <w:p w14:paraId="37689BDA" w14:textId="77777777" w:rsidR="00554336" w:rsidRDefault="00000000">
      <w:r>
        <w:t>**Recommended Model**: DRI Score</w:t>
      </w:r>
    </w:p>
    <w:p w14:paraId="432FDC20" w14:textId="77777777" w:rsidR="00554336" w:rsidRDefault="00000000">
      <w:pPr>
        <w:pStyle w:val="Heading2"/>
      </w:pPr>
      <w:r>
        <w:t>ASP #73</w:t>
      </w:r>
    </w:p>
    <w:p w14:paraId="1E1CA0FA" w14:textId="77777777" w:rsidR="00554336" w:rsidRDefault="00000000">
      <w:pPr>
        <w:pStyle w:val="Heading3"/>
      </w:pPr>
      <w:r>
        <w:t>Patient Profile – ASP #73</w:t>
      </w:r>
    </w:p>
    <w:p w14:paraId="4B585922" w14:textId="77777777" w:rsidR="00554336" w:rsidRDefault="00000000">
      <w:r>
        <w:t>- **Age**: 34</w:t>
      </w:r>
    </w:p>
    <w:p w14:paraId="17603DAD" w14:textId="77777777" w:rsidR="00554336" w:rsidRDefault="00000000">
      <w:r>
        <w:t>- **Sex**: Female</w:t>
      </w:r>
    </w:p>
    <w:p w14:paraId="622AE4E5" w14:textId="77777777" w:rsidR="00554336" w:rsidRDefault="00000000">
      <w:r>
        <w:t>- **BMI**: 46.5 kg/m²</w:t>
      </w:r>
    </w:p>
    <w:p w14:paraId="229C173C" w14:textId="77777777" w:rsidR="00554336" w:rsidRDefault="00000000">
      <w:r>
        <w:t>- **Duration of T2DM**: 17 years</w:t>
      </w:r>
    </w:p>
    <w:p w14:paraId="59341DCE" w14:textId="77777777" w:rsidR="00554336" w:rsidRDefault="00000000">
      <w:r>
        <w:t>- **Medications**: Metformin</w:t>
      </w:r>
    </w:p>
    <w:p w14:paraId="3F684CD7" w14:textId="77777777" w:rsidR="00554336" w:rsidRDefault="00000000">
      <w:r>
        <w:t>- **Insulin Use**: No</w:t>
      </w:r>
    </w:p>
    <w:p w14:paraId="1F58A841" w14:textId="77777777" w:rsidR="00554336" w:rsidRDefault="00000000">
      <w:r>
        <w:t>- **HbA1c**: 9.1%</w:t>
      </w:r>
    </w:p>
    <w:p w14:paraId="273B786B" w14:textId="77777777" w:rsidR="00554336" w:rsidRDefault="00000000">
      <w:r>
        <w:t>- **C-peptide**: 2.5 ng/mL</w:t>
      </w:r>
    </w:p>
    <w:p w14:paraId="2F875A31" w14:textId="77777777" w:rsidR="00554336" w:rsidRDefault="00000000">
      <w:r>
        <w:t>- **Planned Procedure**: SG</w:t>
      </w:r>
    </w:p>
    <w:p w14:paraId="769BE1EA" w14:textId="77777777" w:rsidR="00554336" w:rsidRDefault="00554336"/>
    <w:p w14:paraId="5536BF39" w14:textId="77777777" w:rsidR="00554336" w:rsidRDefault="00000000">
      <w:r>
        <w:t>**Recommended Model**: ABCD Score</w:t>
      </w:r>
    </w:p>
    <w:p w14:paraId="3052D93B" w14:textId="77777777" w:rsidR="00554336" w:rsidRDefault="00000000">
      <w:pPr>
        <w:pStyle w:val="Heading2"/>
      </w:pPr>
      <w:r>
        <w:t>ASP #74</w:t>
      </w:r>
    </w:p>
    <w:p w14:paraId="75647902" w14:textId="77777777" w:rsidR="00554336" w:rsidRDefault="00000000">
      <w:pPr>
        <w:pStyle w:val="Heading3"/>
      </w:pPr>
      <w:r>
        <w:t>Patient Profile – ASP #74</w:t>
      </w:r>
    </w:p>
    <w:p w14:paraId="2A8333FE" w14:textId="77777777" w:rsidR="00554336" w:rsidRDefault="00000000">
      <w:r>
        <w:t>- **Age**: 66</w:t>
      </w:r>
    </w:p>
    <w:p w14:paraId="066E7144" w14:textId="77777777" w:rsidR="00554336" w:rsidRDefault="00000000">
      <w:r>
        <w:t>- **Sex**: Female</w:t>
      </w:r>
    </w:p>
    <w:p w14:paraId="55FBF6F3" w14:textId="77777777" w:rsidR="00554336" w:rsidRDefault="00000000">
      <w:r>
        <w:t>- **BMI**: 63.2 kg/m²</w:t>
      </w:r>
    </w:p>
    <w:p w14:paraId="3E3D996D" w14:textId="77777777" w:rsidR="00554336" w:rsidRDefault="00000000">
      <w:r>
        <w:t>- **Duration of T2DM**: 6 years</w:t>
      </w:r>
    </w:p>
    <w:p w14:paraId="5C33B992" w14:textId="77777777" w:rsidR="00554336" w:rsidRDefault="00000000">
      <w:r>
        <w:t>- **Medications**: Metformin</w:t>
      </w:r>
    </w:p>
    <w:p w14:paraId="4763011D" w14:textId="77777777" w:rsidR="00554336" w:rsidRDefault="00000000">
      <w:r>
        <w:t>- **Insulin Use**: No</w:t>
      </w:r>
    </w:p>
    <w:p w14:paraId="3C2E7EAA" w14:textId="77777777" w:rsidR="00554336" w:rsidRDefault="00000000">
      <w:r>
        <w:t>- **HbA1c**: 8.4%</w:t>
      </w:r>
    </w:p>
    <w:p w14:paraId="5EBE2463" w14:textId="77777777" w:rsidR="00554336" w:rsidRDefault="00000000">
      <w:r>
        <w:t>- **C-peptide**: 2.2 ng/mL</w:t>
      </w:r>
    </w:p>
    <w:p w14:paraId="3F86C1A2" w14:textId="77777777" w:rsidR="00554336" w:rsidRDefault="00000000">
      <w:r>
        <w:t>- **Planned Procedure**: BPD-DS</w:t>
      </w:r>
    </w:p>
    <w:p w14:paraId="2FBF2B42" w14:textId="77777777" w:rsidR="00554336" w:rsidRDefault="00554336"/>
    <w:p w14:paraId="53EB60C9" w14:textId="77777777" w:rsidR="00554336" w:rsidRDefault="00000000">
      <w:r>
        <w:t>**Recommended Model**: DRI Score</w:t>
      </w:r>
    </w:p>
    <w:p w14:paraId="07ECE8BF" w14:textId="77777777" w:rsidR="00554336" w:rsidRDefault="00000000">
      <w:pPr>
        <w:pStyle w:val="Heading2"/>
      </w:pPr>
      <w:r>
        <w:t>ASP #75</w:t>
      </w:r>
    </w:p>
    <w:p w14:paraId="26A9A62E" w14:textId="77777777" w:rsidR="00554336" w:rsidRDefault="00000000">
      <w:pPr>
        <w:pStyle w:val="Heading3"/>
      </w:pPr>
      <w:r>
        <w:t>Patient Profile – ASP #75</w:t>
      </w:r>
    </w:p>
    <w:p w14:paraId="5558EE6E" w14:textId="77777777" w:rsidR="00554336" w:rsidRDefault="00000000">
      <w:r>
        <w:t>- **Age**: 25</w:t>
      </w:r>
    </w:p>
    <w:p w14:paraId="4FBFC2E2" w14:textId="77777777" w:rsidR="00554336" w:rsidRDefault="00000000">
      <w:r>
        <w:t>- **Sex**: Female</w:t>
      </w:r>
    </w:p>
    <w:p w14:paraId="0AA4388A" w14:textId="77777777" w:rsidR="00554336" w:rsidRDefault="00000000">
      <w:r>
        <w:t>- **BMI**: 63.2 kg/m²</w:t>
      </w:r>
    </w:p>
    <w:p w14:paraId="5919B0D7" w14:textId="77777777" w:rsidR="00554336" w:rsidRDefault="00000000">
      <w:r>
        <w:t>- **Duration of T2DM**: 14 years</w:t>
      </w:r>
    </w:p>
    <w:p w14:paraId="49A21679" w14:textId="77777777" w:rsidR="00554336" w:rsidRDefault="00000000">
      <w:r>
        <w:t>- **Medications**: Metformin - GLP-1 Agonist</w:t>
      </w:r>
    </w:p>
    <w:p w14:paraId="6A450F26" w14:textId="77777777" w:rsidR="00554336" w:rsidRDefault="00000000">
      <w:r>
        <w:t>- **Insulin Use**: No</w:t>
      </w:r>
    </w:p>
    <w:p w14:paraId="766313EC" w14:textId="77777777" w:rsidR="00554336" w:rsidRDefault="00000000">
      <w:r>
        <w:t>- **HbA1c**: 8.9%</w:t>
      </w:r>
    </w:p>
    <w:p w14:paraId="52002CE2" w14:textId="77777777" w:rsidR="00554336" w:rsidRDefault="00000000">
      <w:r>
        <w:t>- **C-peptide**: 2.0 ng/mL</w:t>
      </w:r>
    </w:p>
    <w:p w14:paraId="6BC6C685" w14:textId="77777777" w:rsidR="00554336" w:rsidRDefault="00000000">
      <w:r>
        <w:t>- **Planned Procedure**: BPD-DS</w:t>
      </w:r>
    </w:p>
    <w:p w14:paraId="43BAD626" w14:textId="77777777" w:rsidR="00554336" w:rsidRDefault="00554336"/>
    <w:p w14:paraId="71B65721" w14:textId="77777777" w:rsidR="00554336" w:rsidRDefault="00000000">
      <w:r>
        <w:t>**Recommended Model**: DRI Score</w:t>
      </w:r>
    </w:p>
    <w:p w14:paraId="7B397955" w14:textId="77777777" w:rsidR="00554336" w:rsidRDefault="00000000">
      <w:pPr>
        <w:pStyle w:val="Heading2"/>
      </w:pPr>
      <w:r>
        <w:t>ASP #76</w:t>
      </w:r>
    </w:p>
    <w:p w14:paraId="66F0A4E4" w14:textId="77777777" w:rsidR="00554336" w:rsidRDefault="00000000">
      <w:pPr>
        <w:pStyle w:val="Heading3"/>
      </w:pPr>
      <w:r>
        <w:t>Patient Profile – ASP #76</w:t>
      </w:r>
    </w:p>
    <w:p w14:paraId="38F2B823" w14:textId="77777777" w:rsidR="00554336" w:rsidRDefault="00000000">
      <w:r>
        <w:t>- **Age**: 65</w:t>
      </w:r>
    </w:p>
    <w:p w14:paraId="528EF37A" w14:textId="77777777" w:rsidR="00554336" w:rsidRDefault="00000000">
      <w:r>
        <w:t>- **Sex**: Male</w:t>
      </w:r>
    </w:p>
    <w:p w14:paraId="511F6437" w14:textId="77777777" w:rsidR="00554336" w:rsidRDefault="00000000">
      <w:r>
        <w:t>- **BMI**: 34.0 kg/m²</w:t>
      </w:r>
    </w:p>
    <w:p w14:paraId="3C54641A" w14:textId="77777777" w:rsidR="00554336" w:rsidRDefault="00000000">
      <w:r>
        <w:t>- **Duration of T2DM**: 5 years</w:t>
      </w:r>
    </w:p>
    <w:p w14:paraId="0C911649" w14:textId="77777777" w:rsidR="00554336" w:rsidRDefault="00000000">
      <w:r>
        <w:t>- **Medications**: Metformin - GLP-1 Agonist</w:t>
      </w:r>
    </w:p>
    <w:p w14:paraId="3510A405" w14:textId="77777777" w:rsidR="00554336" w:rsidRDefault="00000000">
      <w:r>
        <w:t>- **Insulin Use**: Yes</w:t>
      </w:r>
    </w:p>
    <w:p w14:paraId="5A7121D1" w14:textId="77777777" w:rsidR="00554336" w:rsidRDefault="00000000">
      <w:r>
        <w:t>- **HbA1c**: 9.2%</w:t>
      </w:r>
    </w:p>
    <w:p w14:paraId="412B2C23" w14:textId="77777777" w:rsidR="00554336" w:rsidRDefault="00000000">
      <w:r>
        <w:t>- **C-peptide**: 0.2 ng/mL</w:t>
      </w:r>
    </w:p>
    <w:p w14:paraId="3049130E" w14:textId="77777777" w:rsidR="00554336" w:rsidRDefault="00000000">
      <w:r>
        <w:t>- **Planned Procedure**: SADI-S</w:t>
      </w:r>
    </w:p>
    <w:p w14:paraId="7E6CDFD7" w14:textId="77777777" w:rsidR="00554336" w:rsidRDefault="00554336"/>
    <w:p w14:paraId="31D4408E" w14:textId="77777777" w:rsidR="00554336" w:rsidRDefault="00000000">
      <w:r>
        <w:t>**Recommended Model**: DRI Score</w:t>
      </w:r>
    </w:p>
    <w:p w14:paraId="36BD4E65" w14:textId="77777777" w:rsidR="00554336" w:rsidRDefault="00000000">
      <w:pPr>
        <w:pStyle w:val="Heading2"/>
      </w:pPr>
      <w:r>
        <w:t>ASP #77</w:t>
      </w:r>
    </w:p>
    <w:p w14:paraId="1775451F" w14:textId="77777777" w:rsidR="00554336" w:rsidRDefault="00000000">
      <w:pPr>
        <w:pStyle w:val="Heading3"/>
      </w:pPr>
      <w:r>
        <w:t>Patient Profile – ASP #77</w:t>
      </w:r>
    </w:p>
    <w:p w14:paraId="08E9743B" w14:textId="77777777" w:rsidR="00554336" w:rsidRDefault="00000000">
      <w:r>
        <w:t>- **Age**: 43</w:t>
      </w:r>
    </w:p>
    <w:p w14:paraId="7F1CB739" w14:textId="77777777" w:rsidR="00554336" w:rsidRDefault="00000000">
      <w:r>
        <w:t>- **Sex**: Male</w:t>
      </w:r>
    </w:p>
    <w:p w14:paraId="0BAE03F7" w14:textId="77777777" w:rsidR="00554336" w:rsidRDefault="00000000">
      <w:r>
        <w:t>- **BMI**: 36.9 kg/m²</w:t>
      </w:r>
    </w:p>
    <w:p w14:paraId="2DDAD0C1" w14:textId="77777777" w:rsidR="00554336" w:rsidRDefault="00000000">
      <w:r>
        <w:t>- **Duration of T2DM**: 18 years</w:t>
      </w:r>
    </w:p>
    <w:p w14:paraId="3E875487" w14:textId="77777777" w:rsidR="00554336" w:rsidRDefault="00000000">
      <w:r>
        <w:t>- **Medications**: Sulfonylurea</w:t>
      </w:r>
    </w:p>
    <w:p w14:paraId="68C2A5C4" w14:textId="77777777" w:rsidR="00554336" w:rsidRDefault="00000000">
      <w:r>
        <w:t>- **Insulin Use**: Yes</w:t>
      </w:r>
    </w:p>
    <w:p w14:paraId="0E5E5188" w14:textId="77777777" w:rsidR="00554336" w:rsidRDefault="00000000">
      <w:r>
        <w:t>- **HbA1c**: 8.9%</w:t>
      </w:r>
    </w:p>
    <w:p w14:paraId="536A9583" w14:textId="77777777" w:rsidR="00554336" w:rsidRDefault="00000000">
      <w:r>
        <w:t>- **C-peptide**: 1.0 ng/mL</w:t>
      </w:r>
    </w:p>
    <w:p w14:paraId="3AF6AAE4" w14:textId="77777777" w:rsidR="00554336" w:rsidRDefault="00000000">
      <w:r>
        <w:t>- **Planned Procedure**: SG</w:t>
      </w:r>
    </w:p>
    <w:p w14:paraId="2406C0AD" w14:textId="77777777" w:rsidR="00554336" w:rsidRDefault="00554336"/>
    <w:p w14:paraId="321A6A24" w14:textId="77777777" w:rsidR="00554336" w:rsidRDefault="00000000">
      <w:r>
        <w:t>**Recommended Model**: ABCD Score</w:t>
      </w:r>
    </w:p>
    <w:p w14:paraId="3A66B0E2" w14:textId="77777777" w:rsidR="00554336" w:rsidRDefault="00000000">
      <w:pPr>
        <w:pStyle w:val="Heading2"/>
      </w:pPr>
      <w:r>
        <w:t>ASP #78</w:t>
      </w:r>
    </w:p>
    <w:p w14:paraId="109CA4B9" w14:textId="77777777" w:rsidR="00554336" w:rsidRDefault="00000000">
      <w:pPr>
        <w:pStyle w:val="Heading3"/>
      </w:pPr>
      <w:r>
        <w:t>Patient Profile – ASP #78</w:t>
      </w:r>
    </w:p>
    <w:p w14:paraId="6467FFC8" w14:textId="77777777" w:rsidR="00554336" w:rsidRDefault="00000000">
      <w:r>
        <w:t>- **Age**: 68</w:t>
      </w:r>
    </w:p>
    <w:p w14:paraId="04CC8CCD" w14:textId="77777777" w:rsidR="00554336" w:rsidRDefault="00000000">
      <w:r>
        <w:t>- **Sex**: Female</w:t>
      </w:r>
    </w:p>
    <w:p w14:paraId="36425297" w14:textId="77777777" w:rsidR="00554336" w:rsidRDefault="00000000">
      <w:r>
        <w:t>- **BMI**: 57.4 kg/m²</w:t>
      </w:r>
    </w:p>
    <w:p w14:paraId="29673496" w14:textId="77777777" w:rsidR="00554336" w:rsidRDefault="00000000">
      <w:r>
        <w:t>- **Duration of T2DM**: 11 years</w:t>
      </w:r>
    </w:p>
    <w:p w14:paraId="77592E23" w14:textId="77777777" w:rsidR="00554336" w:rsidRDefault="00000000">
      <w:r>
        <w:t>- **Medications**: No</w:t>
      </w:r>
    </w:p>
    <w:p w14:paraId="334BF824" w14:textId="77777777" w:rsidR="00554336" w:rsidRDefault="00000000">
      <w:r>
        <w:t>- **Insulin Use**: No</w:t>
      </w:r>
    </w:p>
    <w:p w14:paraId="047B47A3" w14:textId="77777777" w:rsidR="00554336" w:rsidRDefault="00000000">
      <w:r>
        <w:t>- **HbA1c**: 8.5%</w:t>
      </w:r>
    </w:p>
    <w:p w14:paraId="0877E16E" w14:textId="77777777" w:rsidR="00554336" w:rsidRDefault="00000000">
      <w:r>
        <w:t>- **C-peptide**: 2.6 ng/mL</w:t>
      </w:r>
    </w:p>
    <w:p w14:paraId="7A0FE8B0" w14:textId="77777777" w:rsidR="00554336" w:rsidRDefault="00000000">
      <w:r>
        <w:t>- **Planned Procedure**: RYGB</w:t>
      </w:r>
    </w:p>
    <w:p w14:paraId="4F5E9CD3" w14:textId="77777777" w:rsidR="00554336" w:rsidRDefault="00554336"/>
    <w:p w14:paraId="7BB33246" w14:textId="77777777" w:rsidR="00554336" w:rsidRDefault="00000000">
      <w:r>
        <w:t>**Recommended Model**: Advanced DiaRem</w:t>
      </w:r>
    </w:p>
    <w:p w14:paraId="249CAFA7" w14:textId="77777777" w:rsidR="00554336" w:rsidRDefault="00000000">
      <w:pPr>
        <w:pStyle w:val="Heading2"/>
      </w:pPr>
      <w:r>
        <w:t>ASP #79</w:t>
      </w:r>
    </w:p>
    <w:p w14:paraId="2A0B55D6" w14:textId="77777777" w:rsidR="00554336" w:rsidRDefault="00000000">
      <w:pPr>
        <w:pStyle w:val="Heading3"/>
      </w:pPr>
      <w:r>
        <w:t>Patient Profile – ASP #79</w:t>
      </w:r>
    </w:p>
    <w:p w14:paraId="0FE8C71D" w14:textId="77777777" w:rsidR="00554336" w:rsidRDefault="00000000">
      <w:r>
        <w:t>- **Age**: 18</w:t>
      </w:r>
    </w:p>
    <w:p w14:paraId="702B6B3D" w14:textId="77777777" w:rsidR="00554336" w:rsidRDefault="00000000">
      <w:r>
        <w:t>- **Sex**: Female</w:t>
      </w:r>
    </w:p>
    <w:p w14:paraId="4CBDFCD8" w14:textId="77777777" w:rsidR="00554336" w:rsidRDefault="00000000">
      <w:r>
        <w:t>- **BMI**: 58.8 kg/m²</w:t>
      </w:r>
    </w:p>
    <w:p w14:paraId="2F99C3B6" w14:textId="77777777" w:rsidR="00554336" w:rsidRDefault="00000000">
      <w:r>
        <w:t>- **Duration of T2DM**: 3 years</w:t>
      </w:r>
    </w:p>
    <w:p w14:paraId="38F5DD68" w14:textId="77777777" w:rsidR="00554336" w:rsidRDefault="00000000">
      <w:r>
        <w:t>- **Medications**: GLP-1 Agonist - SGLT2 inhibitor</w:t>
      </w:r>
    </w:p>
    <w:p w14:paraId="4B3BB2C7" w14:textId="77777777" w:rsidR="00554336" w:rsidRDefault="00000000">
      <w:r>
        <w:t>- **Insulin Use**: No</w:t>
      </w:r>
    </w:p>
    <w:p w14:paraId="4C464785" w14:textId="77777777" w:rsidR="00554336" w:rsidRDefault="00000000">
      <w:r>
        <w:t>- **HbA1c**: 9.8%</w:t>
      </w:r>
    </w:p>
    <w:p w14:paraId="3F32A13E" w14:textId="77777777" w:rsidR="00554336" w:rsidRDefault="00000000">
      <w:r>
        <w:t>- **C-peptide**: 3.4 ng/mL</w:t>
      </w:r>
    </w:p>
    <w:p w14:paraId="14609EE5" w14:textId="77777777" w:rsidR="00554336" w:rsidRDefault="00000000">
      <w:r>
        <w:t>- **Planned Procedure**: OAGB</w:t>
      </w:r>
    </w:p>
    <w:p w14:paraId="59BC62B9" w14:textId="77777777" w:rsidR="00554336" w:rsidRDefault="00554336"/>
    <w:p w14:paraId="2B244181" w14:textId="77777777" w:rsidR="00554336" w:rsidRDefault="00000000">
      <w:r>
        <w:t>**Recommended Model**: DiaBetter</w:t>
      </w:r>
    </w:p>
    <w:p w14:paraId="28F1B3BA" w14:textId="77777777" w:rsidR="00554336" w:rsidRDefault="00000000">
      <w:pPr>
        <w:pStyle w:val="Heading2"/>
      </w:pPr>
      <w:r>
        <w:t>ASP #80</w:t>
      </w:r>
    </w:p>
    <w:p w14:paraId="5B88B372" w14:textId="77777777" w:rsidR="00554336" w:rsidRDefault="00000000">
      <w:pPr>
        <w:pStyle w:val="Heading3"/>
      </w:pPr>
      <w:r>
        <w:t>Patient Profile – ASP #80</w:t>
      </w:r>
    </w:p>
    <w:p w14:paraId="26590431" w14:textId="77777777" w:rsidR="00554336" w:rsidRDefault="00000000">
      <w:r>
        <w:t>- **Age**: 45</w:t>
      </w:r>
    </w:p>
    <w:p w14:paraId="4002953B" w14:textId="77777777" w:rsidR="00554336" w:rsidRDefault="00000000">
      <w:r>
        <w:t>- **Sex**: Female</w:t>
      </w:r>
    </w:p>
    <w:p w14:paraId="3E23D293" w14:textId="77777777" w:rsidR="00554336" w:rsidRDefault="00000000">
      <w:r>
        <w:t>- **BMI**: 55.7 kg/m²</w:t>
      </w:r>
    </w:p>
    <w:p w14:paraId="7F521895" w14:textId="77777777" w:rsidR="00554336" w:rsidRDefault="00000000">
      <w:r>
        <w:t>- **Duration of T2DM**: 20 years</w:t>
      </w:r>
    </w:p>
    <w:p w14:paraId="0B85FB67" w14:textId="77777777" w:rsidR="00554336" w:rsidRDefault="00000000">
      <w:r>
        <w:t>- **Medications**: Metformin - GLP-1 Agonist</w:t>
      </w:r>
    </w:p>
    <w:p w14:paraId="2E0A47DB" w14:textId="77777777" w:rsidR="00554336" w:rsidRDefault="00000000">
      <w:r>
        <w:t>- **Insulin Use**: No</w:t>
      </w:r>
    </w:p>
    <w:p w14:paraId="5B736131" w14:textId="77777777" w:rsidR="00554336" w:rsidRDefault="00000000">
      <w:r>
        <w:t>- **HbA1c**: 9.6%</w:t>
      </w:r>
    </w:p>
    <w:p w14:paraId="74647D53" w14:textId="77777777" w:rsidR="00554336" w:rsidRDefault="00000000">
      <w:r>
        <w:t>- **C-peptide**: 4.3 ng/mL</w:t>
      </w:r>
    </w:p>
    <w:p w14:paraId="4E28C1E7" w14:textId="77777777" w:rsidR="00554336" w:rsidRDefault="00000000">
      <w:r>
        <w:t>- **Planned Procedure**: SADI-S</w:t>
      </w:r>
    </w:p>
    <w:p w14:paraId="0CA3925D" w14:textId="77777777" w:rsidR="00554336" w:rsidRDefault="00554336"/>
    <w:p w14:paraId="7A32AC49" w14:textId="77777777" w:rsidR="00554336" w:rsidRDefault="00000000">
      <w:r>
        <w:t>**Recommended Model**: DRI Score</w:t>
      </w:r>
    </w:p>
    <w:p w14:paraId="050856B2" w14:textId="77777777" w:rsidR="00554336" w:rsidRDefault="00000000">
      <w:pPr>
        <w:pStyle w:val="Heading2"/>
      </w:pPr>
      <w:r>
        <w:t>ASP #81</w:t>
      </w:r>
    </w:p>
    <w:p w14:paraId="2BF2ACFA" w14:textId="77777777" w:rsidR="00554336" w:rsidRDefault="00000000">
      <w:pPr>
        <w:pStyle w:val="Heading3"/>
      </w:pPr>
      <w:r>
        <w:t>Patient Profile – ASP #81</w:t>
      </w:r>
    </w:p>
    <w:p w14:paraId="17E2C325" w14:textId="77777777" w:rsidR="00554336" w:rsidRDefault="00000000">
      <w:r>
        <w:t>- **Age**: 45</w:t>
      </w:r>
    </w:p>
    <w:p w14:paraId="7165317D" w14:textId="77777777" w:rsidR="00554336" w:rsidRDefault="00000000">
      <w:r>
        <w:t>- **Sex**: Male</w:t>
      </w:r>
    </w:p>
    <w:p w14:paraId="52287A73" w14:textId="77777777" w:rsidR="00554336" w:rsidRDefault="00000000">
      <w:r>
        <w:t>- **BMI**: 50.7 kg/m²</w:t>
      </w:r>
    </w:p>
    <w:p w14:paraId="75EE794C" w14:textId="77777777" w:rsidR="00554336" w:rsidRDefault="00000000">
      <w:r>
        <w:t>- **Duration of T2DM**: 10 years</w:t>
      </w:r>
    </w:p>
    <w:p w14:paraId="58B04B8C" w14:textId="77777777" w:rsidR="00554336" w:rsidRDefault="00000000">
      <w:r>
        <w:t>- **Medications**: Sulfonylurea</w:t>
      </w:r>
    </w:p>
    <w:p w14:paraId="7E4F2C45" w14:textId="77777777" w:rsidR="00554336" w:rsidRDefault="00000000">
      <w:r>
        <w:t>- **Insulin Use**: No</w:t>
      </w:r>
    </w:p>
    <w:p w14:paraId="3E626148" w14:textId="77777777" w:rsidR="00554336" w:rsidRDefault="00000000">
      <w:r>
        <w:t>- **HbA1c**: 10.0%</w:t>
      </w:r>
    </w:p>
    <w:p w14:paraId="5F3AD7B4" w14:textId="77777777" w:rsidR="00554336" w:rsidRDefault="00000000">
      <w:r>
        <w:t>- **C-peptide**: 1.8 ng/mL</w:t>
      </w:r>
    </w:p>
    <w:p w14:paraId="6F71F858" w14:textId="77777777" w:rsidR="00554336" w:rsidRDefault="00000000">
      <w:r>
        <w:t>- **Planned Procedure**: OAGB</w:t>
      </w:r>
    </w:p>
    <w:p w14:paraId="02512DA7" w14:textId="77777777" w:rsidR="00554336" w:rsidRDefault="00554336"/>
    <w:p w14:paraId="7F50FF82" w14:textId="77777777" w:rsidR="00554336" w:rsidRDefault="00000000">
      <w:r>
        <w:t>**Recommended Model**: DiaBetter</w:t>
      </w:r>
    </w:p>
    <w:p w14:paraId="616725FF" w14:textId="77777777" w:rsidR="00554336" w:rsidRDefault="00000000">
      <w:pPr>
        <w:pStyle w:val="Heading2"/>
      </w:pPr>
      <w:r>
        <w:t>ASP #82</w:t>
      </w:r>
    </w:p>
    <w:p w14:paraId="4D299DA6" w14:textId="77777777" w:rsidR="00554336" w:rsidRDefault="00000000">
      <w:pPr>
        <w:pStyle w:val="Heading3"/>
      </w:pPr>
      <w:r>
        <w:t>Patient Profile – ASP #82</w:t>
      </w:r>
    </w:p>
    <w:p w14:paraId="5091C65D" w14:textId="77777777" w:rsidR="00554336" w:rsidRDefault="00000000">
      <w:r>
        <w:t>- **Age**: 66</w:t>
      </w:r>
    </w:p>
    <w:p w14:paraId="0373CE8E" w14:textId="77777777" w:rsidR="00554336" w:rsidRDefault="00000000">
      <w:r>
        <w:t>- **Sex**: Female</w:t>
      </w:r>
    </w:p>
    <w:p w14:paraId="0CC7DF3A" w14:textId="77777777" w:rsidR="00554336" w:rsidRDefault="00000000">
      <w:r>
        <w:t>- **BMI**: 49.9 kg/m²</w:t>
      </w:r>
    </w:p>
    <w:p w14:paraId="6ACB6C0A" w14:textId="77777777" w:rsidR="00554336" w:rsidRDefault="00000000">
      <w:r>
        <w:t>- **Duration of T2DM**: 12 years</w:t>
      </w:r>
    </w:p>
    <w:p w14:paraId="18FCAFC6" w14:textId="77777777" w:rsidR="00554336" w:rsidRDefault="00000000">
      <w:r>
        <w:t>- **Medications**: Metformin - SGLT2 inhibitor</w:t>
      </w:r>
    </w:p>
    <w:p w14:paraId="30F00763" w14:textId="77777777" w:rsidR="00554336" w:rsidRDefault="00000000">
      <w:r>
        <w:t>- **Insulin Use**: Yes</w:t>
      </w:r>
    </w:p>
    <w:p w14:paraId="03582D3F" w14:textId="77777777" w:rsidR="00554336" w:rsidRDefault="00000000">
      <w:r>
        <w:t>- **HbA1c**: 7.3%</w:t>
      </w:r>
    </w:p>
    <w:p w14:paraId="68CC79EA" w14:textId="77777777" w:rsidR="00554336" w:rsidRDefault="00000000">
      <w:r>
        <w:t>- **C-peptide**: 1.1 ng/mL</w:t>
      </w:r>
    </w:p>
    <w:p w14:paraId="076DF069" w14:textId="77777777" w:rsidR="00554336" w:rsidRDefault="00000000">
      <w:r>
        <w:t>- **Planned Procedure**: RYGB</w:t>
      </w:r>
    </w:p>
    <w:p w14:paraId="1FAC9CED" w14:textId="77777777" w:rsidR="00554336" w:rsidRDefault="00554336"/>
    <w:p w14:paraId="3C0CED17" w14:textId="77777777" w:rsidR="00554336" w:rsidRDefault="00000000">
      <w:r>
        <w:t>**Recommended Model**: Advanced DiaRem</w:t>
      </w:r>
    </w:p>
    <w:p w14:paraId="56F05FA6" w14:textId="77777777" w:rsidR="00554336" w:rsidRDefault="00000000">
      <w:pPr>
        <w:pStyle w:val="Heading2"/>
      </w:pPr>
      <w:r>
        <w:t>ASP #83</w:t>
      </w:r>
    </w:p>
    <w:p w14:paraId="5E924A68" w14:textId="77777777" w:rsidR="00554336" w:rsidRDefault="00000000">
      <w:pPr>
        <w:pStyle w:val="Heading3"/>
      </w:pPr>
      <w:r>
        <w:t>Patient Profile – ASP #83</w:t>
      </w:r>
    </w:p>
    <w:p w14:paraId="2D3D4F39" w14:textId="77777777" w:rsidR="00554336" w:rsidRDefault="00000000">
      <w:r>
        <w:t>- **Age**: 39</w:t>
      </w:r>
    </w:p>
    <w:p w14:paraId="24151693" w14:textId="77777777" w:rsidR="00554336" w:rsidRDefault="00000000">
      <w:r>
        <w:t>- **Sex**: Female</w:t>
      </w:r>
    </w:p>
    <w:p w14:paraId="580FC936" w14:textId="77777777" w:rsidR="00554336" w:rsidRDefault="00000000">
      <w:r>
        <w:t>- **BMI**: 60.8 kg/m²</w:t>
      </w:r>
    </w:p>
    <w:p w14:paraId="70A70537" w14:textId="77777777" w:rsidR="00554336" w:rsidRDefault="00000000">
      <w:r>
        <w:t>- **Duration of T2DM**: 8 years</w:t>
      </w:r>
    </w:p>
    <w:p w14:paraId="527FFEB3" w14:textId="77777777" w:rsidR="00554336" w:rsidRDefault="00000000">
      <w:r>
        <w:t>- **Medications**: No</w:t>
      </w:r>
    </w:p>
    <w:p w14:paraId="135AEC47" w14:textId="77777777" w:rsidR="00554336" w:rsidRDefault="00000000">
      <w:r>
        <w:t>- **Insulin Use**: Yes</w:t>
      </w:r>
    </w:p>
    <w:p w14:paraId="22270BB4" w14:textId="77777777" w:rsidR="00554336" w:rsidRDefault="00000000">
      <w:r>
        <w:t>- **HbA1c**: 9.4%</w:t>
      </w:r>
    </w:p>
    <w:p w14:paraId="4EF8BCCD" w14:textId="77777777" w:rsidR="00554336" w:rsidRDefault="00000000">
      <w:r>
        <w:t>- **C-peptide**: N/A</w:t>
      </w:r>
    </w:p>
    <w:p w14:paraId="376FD818" w14:textId="77777777" w:rsidR="00554336" w:rsidRDefault="00000000">
      <w:r>
        <w:t>- **Planned Procedure**: BPD-DS</w:t>
      </w:r>
    </w:p>
    <w:p w14:paraId="58C1DF78" w14:textId="77777777" w:rsidR="00554336" w:rsidRDefault="00554336"/>
    <w:p w14:paraId="20A6D4C3" w14:textId="77777777" w:rsidR="00554336" w:rsidRDefault="00000000">
      <w:r>
        <w:t>**Recommended Model**: IMS Score</w:t>
      </w:r>
    </w:p>
    <w:p w14:paraId="3B3D1255" w14:textId="77777777" w:rsidR="00554336" w:rsidRDefault="00000000">
      <w:pPr>
        <w:pStyle w:val="Heading2"/>
      </w:pPr>
      <w:r>
        <w:t>ASP #84</w:t>
      </w:r>
    </w:p>
    <w:p w14:paraId="30F52A63" w14:textId="77777777" w:rsidR="00554336" w:rsidRDefault="00000000">
      <w:pPr>
        <w:pStyle w:val="Heading3"/>
      </w:pPr>
      <w:r>
        <w:t>Patient Profile – ASP #84</w:t>
      </w:r>
    </w:p>
    <w:p w14:paraId="4867D3D5" w14:textId="77777777" w:rsidR="00554336" w:rsidRDefault="00000000">
      <w:r>
        <w:t>- **Age**: 49</w:t>
      </w:r>
    </w:p>
    <w:p w14:paraId="5236713D" w14:textId="77777777" w:rsidR="00554336" w:rsidRDefault="00000000">
      <w:r>
        <w:t>- **Sex**: Female</w:t>
      </w:r>
    </w:p>
    <w:p w14:paraId="0DA3095B" w14:textId="77777777" w:rsidR="00554336" w:rsidRDefault="00000000">
      <w:r>
        <w:t>- **BMI**: 56.5 kg/m²</w:t>
      </w:r>
    </w:p>
    <w:p w14:paraId="42AA9384" w14:textId="77777777" w:rsidR="00554336" w:rsidRDefault="00000000">
      <w:r>
        <w:t>- **Duration of T2DM**: 15 years</w:t>
      </w:r>
    </w:p>
    <w:p w14:paraId="24EA1648" w14:textId="77777777" w:rsidR="00554336" w:rsidRDefault="00000000">
      <w:r>
        <w:t>- **Medications**: Metformin - GLP-1 - SGLT2</w:t>
      </w:r>
    </w:p>
    <w:p w14:paraId="43658E24" w14:textId="77777777" w:rsidR="00554336" w:rsidRDefault="00000000">
      <w:r>
        <w:t>- **Insulin Use**: No</w:t>
      </w:r>
    </w:p>
    <w:p w14:paraId="2A0AC795" w14:textId="77777777" w:rsidR="00554336" w:rsidRDefault="00000000">
      <w:r>
        <w:t>- **HbA1c**: 7.7%</w:t>
      </w:r>
    </w:p>
    <w:p w14:paraId="7A97640F" w14:textId="77777777" w:rsidR="00554336" w:rsidRDefault="00000000">
      <w:r>
        <w:t>- **C-peptide**: 1.6 ng/mL</w:t>
      </w:r>
    </w:p>
    <w:p w14:paraId="1CE697DA" w14:textId="77777777" w:rsidR="00554336" w:rsidRDefault="00000000">
      <w:r>
        <w:t>- **Planned Procedure**: SADI-S</w:t>
      </w:r>
    </w:p>
    <w:p w14:paraId="555C382C" w14:textId="77777777" w:rsidR="00554336" w:rsidRDefault="00554336"/>
    <w:p w14:paraId="4DE3CFBE" w14:textId="77777777" w:rsidR="00554336" w:rsidRDefault="00000000">
      <w:r>
        <w:t>**Recommended Model**: DRI Score</w:t>
      </w:r>
    </w:p>
    <w:p w14:paraId="37A58B1C" w14:textId="77777777" w:rsidR="00554336" w:rsidRDefault="00000000">
      <w:pPr>
        <w:pStyle w:val="Heading2"/>
      </w:pPr>
      <w:r>
        <w:t>ASP #85</w:t>
      </w:r>
    </w:p>
    <w:p w14:paraId="64D677E7" w14:textId="77777777" w:rsidR="00554336" w:rsidRDefault="00000000">
      <w:pPr>
        <w:pStyle w:val="Heading3"/>
      </w:pPr>
      <w:r>
        <w:t>Patient Profile – ASP #85</w:t>
      </w:r>
    </w:p>
    <w:p w14:paraId="12C2C4BE" w14:textId="77777777" w:rsidR="00554336" w:rsidRDefault="00000000">
      <w:r>
        <w:t>- **Age**: 62</w:t>
      </w:r>
    </w:p>
    <w:p w14:paraId="55026F1C" w14:textId="77777777" w:rsidR="00554336" w:rsidRDefault="00000000">
      <w:r>
        <w:t>- **Sex**: Female</w:t>
      </w:r>
    </w:p>
    <w:p w14:paraId="596D66F4" w14:textId="77777777" w:rsidR="00554336" w:rsidRDefault="00000000">
      <w:r>
        <w:t>- **BMI**: 40.7 kg/m²</w:t>
      </w:r>
    </w:p>
    <w:p w14:paraId="55137A0D" w14:textId="77777777" w:rsidR="00554336" w:rsidRDefault="00000000">
      <w:r>
        <w:t>- **Duration of T2DM**: 18 years</w:t>
      </w:r>
    </w:p>
    <w:p w14:paraId="673E35A3" w14:textId="77777777" w:rsidR="00554336" w:rsidRDefault="00000000">
      <w:r>
        <w:t>- **Medications**: Metformin - SGLT2 inhibitor</w:t>
      </w:r>
    </w:p>
    <w:p w14:paraId="589CA427" w14:textId="77777777" w:rsidR="00554336" w:rsidRDefault="00000000">
      <w:r>
        <w:t>- **Insulin Use**: No</w:t>
      </w:r>
    </w:p>
    <w:p w14:paraId="0C524244" w14:textId="77777777" w:rsidR="00554336" w:rsidRDefault="00000000">
      <w:r>
        <w:t>- **HbA1c**: 8.2%</w:t>
      </w:r>
    </w:p>
    <w:p w14:paraId="4AC4D2DD" w14:textId="77777777" w:rsidR="00554336" w:rsidRDefault="00000000">
      <w:r>
        <w:t>- **C-peptide**: 3.1 ng/mL</w:t>
      </w:r>
    </w:p>
    <w:p w14:paraId="7BDA4FE8" w14:textId="77777777" w:rsidR="00554336" w:rsidRDefault="00000000">
      <w:r>
        <w:t>- **Planned Procedure**: BPD-DS</w:t>
      </w:r>
    </w:p>
    <w:p w14:paraId="01387F81" w14:textId="77777777" w:rsidR="00554336" w:rsidRDefault="00554336"/>
    <w:p w14:paraId="6F803407" w14:textId="77777777" w:rsidR="00554336" w:rsidRDefault="00000000">
      <w:r>
        <w:t>**Recommended Model**: DRI Score</w:t>
      </w:r>
    </w:p>
    <w:p w14:paraId="2458EB47" w14:textId="77777777" w:rsidR="00554336" w:rsidRDefault="00000000">
      <w:pPr>
        <w:pStyle w:val="Heading2"/>
      </w:pPr>
      <w:r>
        <w:t>ASP #86</w:t>
      </w:r>
    </w:p>
    <w:p w14:paraId="0246D60B" w14:textId="77777777" w:rsidR="00554336" w:rsidRDefault="00000000">
      <w:pPr>
        <w:pStyle w:val="Heading3"/>
      </w:pPr>
      <w:r>
        <w:t>Patient Profile – ASP #86</w:t>
      </w:r>
    </w:p>
    <w:p w14:paraId="728E0FE7" w14:textId="77777777" w:rsidR="00554336" w:rsidRDefault="00000000">
      <w:r>
        <w:t>- **Age**: 39</w:t>
      </w:r>
    </w:p>
    <w:p w14:paraId="4F04FBB1" w14:textId="77777777" w:rsidR="00554336" w:rsidRDefault="00000000">
      <w:r>
        <w:t>- **Sex**: Female</w:t>
      </w:r>
    </w:p>
    <w:p w14:paraId="0D389FED" w14:textId="77777777" w:rsidR="00554336" w:rsidRDefault="00000000">
      <w:r>
        <w:t>- **BMI**: 54.6 kg/m²</w:t>
      </w:r>
    </w:p>
    <w:p w14:paraId="505C0CC8" w14:textId="77777777" w:rsidR="00554336" w:rsidRDefault="00000000">
      <w:r>
        <w:t>- **Duration of T2DM**: 8 years</w:t>
      </w:r>
    </w:p>
    <w:p w14:paraId="76632BA5" w14:textId="77777777" w:rsidR="00554336" w:rsidRDefault="00000000">
      <w:r>
        <w:t>- **Medications**: Metformin - GLP-1 Agonist</w:t>
      </w:r>
    </w:p>
    <w:p w14:paraId="558E54B9" w14:textId="77777777" w:rsidR="00554336" w:rsidRDefault="00000000">
      <w:r>
        <w:t>- **Insulin Use**: Yes</w:t>
      </w:r>
    </w:p>
    <w:p w14:paraId="505519BE" w14:textId="77777777" w:rsidR="00554336" w:rsidRDefault="00000000">
      <w:r>
        <w:t>- **HbA1c**: 7.0%</w:t>
      </w:r>
    </w:p>
    <w:p w14:paraId="6BC97460" w14:textId="77777777" w:rsidR="00554336" w:rsidRDefault="00000000">
      <w:r>
        <w:t>- **C-peptide**: 0.3 ng/mL</w:t>
      </w:r>
    </w:p>
    <w:p w14:paraId="2A82655C" w14:textId="77777777" w:rsidR="00554336" w:rsidRDefault="00000000">
      <w:r>
        <w:t>- **Planned Procedure**: BPD-DS</w:t>
      </w:r>
    </w:p>
    <w:p w14:paraId="67775635" w14:textId="77777777" w:rsidR="00554336" w:rsidRDefault="00554336"/>
    <w:p w14:paraId="68331CA6" w14:textId="77777777" w:rsidR="00554336" w:rsidRDefault="00000000">
      <w:r>
        <w:t>**Recommended Model**: DRI Score</w:t>
      </w:r>
    </w:p>
    <w:p w14:paraId="0BDEEDA4" w14:textId="77777777" w:rsidR="00554336" w:rsidRDefault="00000000">
      <w:pPr>
        <w:pStyle w:val="Heading2"/>
      </w:pPr>
      <w:r>
        <w:t>ASP #87</w:t>
      </w:r>
    </w:p>
    <w:p w14:paraId="024F5E2F" w14:textId="77777777" w:rsidR="00554336" w:rsidRDefault="00000000">
      <w:pPr>
        <w:pStyle w:val="Heading3"/>
      </w:pPr>
      <w:r>
        <w:t>Patient Profile – ASP #87</w:t>
      </w:r>
    </w:p>
    <w:p w14:paraId="39DCEDFE" w14:textId="77777777" w:rsidR="00554336" w:rsidRDefault="00000000">
      <w:r>
        <w:t>- **Age**: 66</w:t>
      </w:r>
    </w:p>
    <w:p w14:paraId="6BA2F699" w14:textId="77777777" w:rsidR="00554336" w:rsidRDefault="00000000">
      <w:r>
        <w:t>- **Sex**: Male</w:t>
      </w:r>
    </w:p>
    <w:p w14:paraId="65DB4DCE" w14:textId="77777777" w:rsidR="00554336" w:rsidRDefault="00000000">
      <w:r>
        <w:t>- **BMI**: 36.5 kg/m²</w:t>
      </w:r>
    </w:p>
    <w:p w14:paraId="2944CC5A" w14:textId="77777777" w:rsidR="00554336" w:rsidRDefault="00000000">
      <w:r>
        <w:t>- **Duration of T2DM**: 6 years</w:t>
      </w:r>
    </w:p>
    <w:p w14:paraId="4F605D7B" w14:textId="77777777" w:rsidR="00554336" w:rsidRDefault="00000000">
      <w:r>
        <w:t>- **Medications**: Metformin - GLP-1 - SGLT2</w:t>
      </w:r>
    </w:p>
    <w:p w14:paraId="3EEF07C8" w14:textId="77777777" w:rsidR="00554336" w:rsidRDefault="00000000">
      <w:r>
        <w:t>- **Insulin Use**: Yes</w:t>
      </w:r>
    </w:p>
    <w:p w14:paraId="730A6429" w14:textId="77777777" w:rsidR="00554336" w:rsidRDefault="00000000">
      <w:r>
        <w:t>- **HbA1c**: 8.9%</w:t>
      </w:r>
    </w:p>
    <w:p w14:paraId="70B1774C" w14:textId="77777777" w:rsidR="00554336" w:rsidRDefault="00000000">
      <w:r>
        <w:t>- **C-peptide**: 0.8 ng/mL</w:t>
      </w:r>
    </w:p>
    <w:p w14:paraId="633A88EE" w14:textId="77777777" w:rsidR="00554336" w:rsidRDefault="00000000">
      <w:r>
        <w:t>- **Planned Procedure**: SG</w:t>
      </w:r>
    </w:p>
    <w:p w14:paraId="57A40912" w14:textId="77777777" w:rsidR="00554336" w:rsidRDefault="00554336"/>
    <w:p w14:paraId="4AFCE5FC" w14:textId="77777777" w:rsidR="00554336" w:rsidRDefault="00000000">
      <w:r>
        <w:t>**Recommended Model**: ABCD Score</w:t>
      </w:r>
    </w:p>
    <w:p w14:paraId="630FC458" w14:textId="77777777" w:rsidR="00554336" w:rsidRDefault="00000000">
      <w:pPr>
        <w:pStyle w:val="Heading2"/>
      </w:pPr>
      <w:r>
        <w:t>ASP #88</w:t>
      </w:r>
    </w:p>
    <w:p w14:paraId="6EEC4EF7" w14:textId="77777777" w:rsidR="00554336" w:rsidRDefault="00000000">
      <w:pPr>
        <w:pStyle w:val="Heading3"/>
      </w:pPr>
      <w:r>
        <w:t>Patient Profile – ASP #88</w:t>
      </w:r>
    </w:p>
    <w:p w14:paraId="7A9E4241" w14:textId="77777777" w:rsidR="00554336" w:rsidRDefault="00000000">
      <w:r>
        <w:t>- **Age**: 30</w:t>
      </w:r>
    </w:p>
    <w:p w14:paraId="2460A071" w14:textId="77777777" w:rsidR="00554336" w:rsidRDefault="00000000">
      <w:r>
        <w:t>- **Sex**: Female</w:t>
      </w:r>
    </w:p>
    <w:p w14:paraId="29F7C706" w14:textId="77777777" w:rsidR="00554336" w:rsidRDefault="00000000">
      <w:r>
        <w:t>- **BMI**: 38.0 kg/m²</w:t>
      </w:r>
    </w:p>
    <w:p w14:paraId="219AFEF5" w14:textId="77777777" w:rsidR="00554336" w:rsidRDefault="00000000">
      <w:r>
        <w:t>- **Duration of T2DM**: 5 years</w:t>
      </w:r>
    </w:p>
    <w:p w14:paraId="5233C54F" w14:textId="77777777" w:rsidR="00554336" w:rsidRDefault="00000000">
      <w:r>
        <w:t>- **Medications**: Metformin - GLP-1 Agonist</w:t>
      </w:r>
    </w:p>
    <w:p w14:paraId="27254C68" w14:textId="77777777" w:rsidR="00554336" w:rsidRDefault="00000000">
      <w:r>
        <w:t>- **Insulin Use**: Yes</w:t>
      </w:r>
    </w:p>
    <w:p w14:paraId="5CF0EA0D" w14:textId="77777777" w:rsidR="00554336" w:rsidRDefault="00000000">
      <w:r>
        <w:t>- **HbA1c**: 10.4%</w:t>
      </w:r>
    </w:p>
    <w:p w14:paraId="214FDE60" w14:textId="77777777" w:rsidR="00554336" w:rsidRDefault="00000000">
      <w:r>
        <w:t>- **C-peptide**: 0.7 ng/mL</w:t>
      </w:r>
    </w:p>
    <w:p w14:paraId="1012C0B3" w14:textId="77777777" w:rsidR="00554336" w:rsidRDefault="00000000">
      <w:r>
        <w:t>- **Planned Procedure**: BPD-DS</w:t>
      </w:r>
    </w:p>
    <w:p w14:paraId="3A7752DE" w14:textId="77777777" w:rsidR="00554336" w:rsidRDefault="00554336"/>
    <w:p w14:paraId="0EB2DF33" w14:textId="77777777" w:rsidR="00554336" w:rsidRDefault="00000000">
      <w:r>
        <w:t>**Recommended Model**: DRI Score</w:t>
      </w:r>
    </w:p>
    <w:p w14:paraId="7F29651D" w14:textId="77777777" w:rsidR="00554336" w:rsidRDefault="00000000">
      <w:pPr>
        <w:pStyle w:val="Heading2"/>
      </w:pPr>
      <w:r>
        <w:t>ASP #89</w:t>
      </w:r>
    </w:p>
    <w:p w14:paraId="72191593" w14:textId="77777777" w:rsidR="00554336" w:rsidRDefault="00000000">
      <w:pPr>
        <w:pStyle w:val="Heading3"/>
      </w:pPr>
      <w:r>
        <w:t>Patient Profile – ASP #89</w:t>
      </w:r>
    </w:p>
    <w:p w14:paraId="475D94F9" w14:textId="77777777" w:rsidR="00554336" w:rsidRDefault="00000000">
      <w:r>
        <w:t>- **Age**: 36</w:t>
      </w:r>
    </w:p>
    <w:p w14:paraId="6C28F5F0" w14:textId="77777777" w:rsidR="00554336" w:rsidRDefault="00000000">
      <w:r>
        <w:t>- **Sex**: Male</w:t>
      </w:r>
    </w:p>
    <w:p w14:paraId="7A6FDE16" w14:textId="77777777" w:rsidR="00554336" w:rsidRDefault="00000000">
      <w:r>
        <w:t>- **BMI**: 63.0 kg/m²</w:t>
      </w:r>
    </w:p>
    <w:p w14:paraId="30A7F365" w14:textId="77777777" w:rsidR="00554336" w:rsidRDefault="00000000">
      <w:r>
        <w:t>- **Duration of T2DM**: 20 years</w:t>
      </w:r>
    </w:p>
    <w:p w14:paraId="363137D8" w14:textId="77777777" w:rsidR="00554336" w:rsidRDefault="00000000">
      <w:r>
        <w:t>- **Medications**: Metformin - GLP-1 - SGLT2</w:t>
      </w:r>
    </w:p>
    <w:p w14:paraId="19381E41" w14:textId="77777777" w:rsidR="00554336" w:rsidRDefault="00000000">
      <w:r>
        <w:t>- **Insulin Use**: Yes</w:t>
      </w:r>
    </w:p>
    <w:p w14:paraId="18ED73B7" w14:textId="77777777" w:rsidR="00554336" w:rsidRDefault="00000000">
      <w:r>
        <w:t>- **HbA1c**: 8.4%</w:t>
      </w:r>
    </w:p>
    <w:p w14:paraId="687CED9F" w14:textId="77777777" w:rsidR="00554336" w:rsidRDefault="00000000">
      <w:r>
        <w:t>- **C-peptide**: 0.2 ng/mL</w:t>
      </w:r>
    </w:p>
    <w:p w14:paraId="1BB4EB2B" w14:textId="77777777" w:rsidR="00554336" w:rsidRDefault="00000000">
      <w:r>
        <w:t>- **Planned Procedure**: BPD-DS</w:t>
      </w:r>
    </w:p>
    <w:p w14:paraId="06AE9483" w14:textId="77777777" w:rsidR="00554336" w:rsidRDefault="00554336"/>
    <w:p w14:paraId="7284086E" w14:textId="77777777" w:rsidR="00554336" w:rsidRDefault="00000000">
      <w:r>
        <w:t>**Recommended Model**: DRI Score</w:t>
      </w:r>
    </w:p>
    <w:p w14:paraId="4E444F8F" w14:textId="77777777" w:rsidR="00554336" w:rsidRDefault="00000000">
      <w:pPr>
        <w:pStyle w:val="Heading2"/>
      </w:pPr>
      <w:r>
        <w:t>ASP #90</w:t>
      </w:r>
    </w:p>
    <w:p w14:paraId="2DACF47F" w14:textId="77777777" w:rsidR="00554336" w:rsidRDefault="00000000">
      <w:pPr>
        <w:pStyle w:val="Heading3"/>
      </w:pPr>
      <w:r>
        <w:t>Patient Profile – ASP #90</w:t>
      </w:r>
    </w:p>
    <w:p w14:paraId="5F2C73EB" w14:textId="77777777" w:rsidR="00554336" w:rsidRDefault="00000000">
      <w:r>
        <w:t>- **Age**: 39</w:t>
      </w:r>
    </w:p>
    <w:p w14:paraId="4767D8A9" w14:textId="77777777" w:rsidR="00554336" w:rsidRDefault="00000000">
      <w:r>
        <w:t>- **Sex**: Female</w:t>
      </w:r>
    </w:p>
    <w:p w14:paraId="75EFA083" w14:textId="77777777" w:rsidR="00554336" w:rsidRDefault="00000000">
      <w:r>
        <w:t>- **BMI**: 63.8 kg/m²</w:t>
      </w:r>
    </w:p>
    <w:p w14:paraId="04EDA89F" w14:textId="77777777" w:rsidR="00554336" w:rsidRDefault="00000000">
      <w:r>
        <w:t>- **Duration of T2DM**: 8 years</w:t>
      </w:r>
    </w:p>
    <w:p w14:paraId="2C6A85F3" w14:textId="77777777" w:rsidR="00554336" w:rsidRDefault="00000000">
      <w:r>
        <w:t>- **Medications**: Metformin - GLP-1 - SGLT2</w:t>
      </w:r>
    </w:p>
    <w:p w14:paraId="0DA178DF" w14:textId="77777777" w:rsidR="00554336" w:rsidRDefault="00000000">
      <w:r>
        <w:t>- **Insulin Use**: Yes</w:t>
      </w:r>
    </w:p>
    <w:p w14:paraId="06A6C254" w14:textId="77777777" w:rsidR="00554336" w:rsidRDefault="00000000">
      <w:r>
        <w:t>- **HbA1c**: 8.8%</w:t>
      </w:r>
    </w:p>
    <w:p w14:paraId="4679D6A6" w14:textId="77777777" w:rsidR="00554336" w:rsidRDefault="00000000">
      <w:r>
        <w:t>- **C-peptide**: 0.3 ng/mL</w:t>
      </w:r>
    </w:p>
    <w:p w14:paraId="4B2C78BE" w14:textId="77777777" w:rsidR="00554336" w:rsidRDefault="00000000">
      <w:r>
        <w:t>- **Planned Procedure**: BPD-DS</w:t>
      </w:r>
    </w:p>
    <w:p w14:paraId="0420F415" w14:textId="77777777" w:rsidR="00554336" w:rsidRDefault="00554336"/>
    <w:p w14:paraId="7F40820C" w14:textId="77777777" w:rsidR="00554336" w:rsidRDefault="00000000">
      <w:r>
        <w:t>**Recommended Model**: DRI Score</w:t>
      </w:r>
    </w:p>
    <w:p w14:paraId="68C9FDF1" w14:textId="77777777" w:rsidR="00554336" w:rsidRDefault="00000000">
      <w:pPr>
        <w:pStyle w:val="Heading2"/>
      </w:pPr>
      <w:r>
        <w:t>ASP #91</w:t>
      </w:r>
    </w:p>
    <w:p w14:paraId="282002DC" w14:textId="77777777" w:rsidR="00554336" w:rsidRDefault="00000000">
      <w:pPr>
        <w:pStyle w:val="Heading3"/>
      </w:pPr>
      <w:r>
        <w:t>Patient Profile – ASP #91</w:t>
      </w:r>
    </w:p>
    <w:p w14:paraId="6F1A7282" w14:textId="77777777" w:rsidR="00554336" w:rsidRDefault="00000000">
      <w:r>
        <w:t>- **Age**: 61</w:t>
      </w:r>
    </w:p>
    <w:p w14:paraId="64A7D518" w14:textId="77777777" w:rsidR="00554336" w:rsidRDefault="00000000">
      <w:r>
        <w:t>- **Sex**: Female</w:t>
      </w:r>
    </w:p>
    <w:p w14:paraId="15A6DAE7" w14:textId="77777777" w:rsidR="00554336" w:rsidRDefault="00000000">
      <w:r>
        <w:t>- **BMI**: 35.3 kg/m²</w:t>
      </w:r>
    </w:p>
    <w:p w14:paraId="3D2899F3" w14:textId="77777777" w:rsidR="00554336" w:rsidRDefault="00000000">
      <w:r>
        <w:t>- **Duration of T2DM**: 18 years</w:t>
      </w:r>
    </w:p>
    <w:p w14:paraId="59A6C46F" w14:textId="77777777" w:rsidR="00554336" w:rsidRDefault="00000000">
      <w:r>
        <w:t>- **Medications**: Metformin - GLP-1 Agonist</w:t>
      </w:r>
    </w:p>
    <w:p w14:paraId="6DCAC943" w14:textId="77777777" w:rsidR="00554336" w:rsidRDefault="00000000">
      <w:r>
        <w:t>- **Insulin Use**: Yes</w:t>
      </w:r>
    </w:p>
    <w:p w14:paraId="1798019C" w14:textId="77777777" w:rsidR="00554336" w:rsidRDefault="00000000">
      <w:r>
        <w:t>- **HbA1c**: 8.2%</w:t>
      </w:r>
    </w:p>
    <w:p w14:paraId="3D82714C" w14:textId="77777777" w:rsidR="00554336" w:rsidRDefault="00000000">
      <w:r>
        <w:t>- **C-peptide**: 0.4 ng/mL</w:t>
      </w:r>
    </w:p>
    <w:p w14:paraId="50415038" w14:textId="77777777" w:rsidR="00554336" w:rsidRDefault="00000000">
      <w:r>
        <w:t>- **Planned Procedure**: BPD-DS</w:t>
      </w:r>
    </w:p>
    <w:p w14:paraId="74AF457D" w14:textId="77777777" w:rsidR="00554336" w:rsidRDefault="00554336"/>
    <w:p w14:paraId="0309C1C0" w14:textId="77777777" w:rsidR="00554336" w:rsidRDefault="00000000">
      <w:r>
        <w:t>**Recommended Model**: DRI Score</w:t>
      </w:r>
    </w:p>
    <w:p w14:paraId="285AA79C" w14:textId="77777777" w:rsidR="00554336" w:rsidRDefault="00000000">
      <w:pPr>
        <w:pStyle w:val="Heading2"/>
      </w:pPr>
      <w:r>
        <w:t>ASP #92</w:t>
      </w:r>
    </w:p>
    <w:p w14:paraId="38DCE2BE" w14:textId="77777777" w:rsidR="00554336" w:rsidRDefault="00000000">
      <w:pPr>
        <w:pStyle w:val="Heading3"/>
      </w:pPr>
      <w:r>
        <w:t>Patient Profile – ASP #92</w:t>
      </w:r>
    </w:p>
    <w:p w14:paraId="0CF3600E" w14:textId="77777777" w:rsidR="00554336" w:rsidRDefault="00000000">
      <w:r>
        <w:t>- **Age**: 68</w:t>
      </w:r>
    </w:p>
    <w:p w14:paraId="6FB8A212" w14:textId="77777777" w:rsidR="00554336" w:rsidRDefault="00000000">
      <w:r>
        <w:t>- **Sex**: Female</w:t>
      </w:r>
    </w:p>
    <w:p w14:paraId="192E7418" w14:textId="77777777" w:rsidR="00554336" w:rsidRDefault="00000000">
      <w:r>
        <w:t>- **BMI**: 37.9 kg/m²</w:t>
      </w:r>
    </w:p>
    <w:p w14:paraId="26287165" w14:textId="77777777" w:rsidR="00554336" w:rsidRDefault="00000000">
      <w:r>
        <w:t>- **Duration of T2DM**: 16 years</w:t>
      </w:r>
    </w:p>
    <w:p w14:paraId="7892FDC3" w14:textId="77777777" w:rsidR="00554336" w:rsidRDefault="00000000">
      <w:r>
        <w:t>- **Medications**: GLP-1 Agonist - SGLT2 inhibitor</w:t>
      </w:r>
    </w:p>
    <w:p w14:paraId="3A1E2C62" w14:textId="77777777" w:rsidR="00554336" w:rsidRDefault="00000000">
      <w:r>
        <w:t>- **Insulin Use**: No</w:t>
      </w:r>
    </w:p>
    <w:p w14:paraId="32997FE6" w14:textId="77777777" w:rsidR="00554336" w:rsidRDefault="00000000">
      <w:r>
        <w:t>- **HbA1c**: 9.9%</w:t>
      </w:r>
    </w:p>
    <w:p w14:paraId="45CC5B4B" w14:textId="77777777" w:rsidR="00554336" w:rsidRDefault="00000000">
      <w:r>
        <w:t>- **C-peptide**: 2.8 ng/mL</w:t>
      </w:r>
    </w:p>
    <w:p w14:paraId="4BD723B0" w14:textId="77777777" w:rsidR="00554336" w:rsidRDefault="00000000">
      <w:r>
        <w:t>- **Planned Procedure**: SADI-S</w:t>
      </w:r>
    </w:p>
    <w:p w14:paraId="1780EFCE" w14:textId="77777777" w:rsidR="00554336" w:rsidRDefault="00554336"/>
    <w:p w14:paraId="487C75A5" w14:textId="77777777" w:rsidR="00554336" w:rsidRDefault="00000000">
      <w:r>
        <w:t>**Recommended Model**: DRI Score</w:t>
      </w:r>
    </w:p>
    <w:p w14:paraId="69BA238A" w14:textId="77777777" w:rsidR="00554336" w:rsidRDefault="00000000">
      <w:pPr>
        <w:pStyle w:val="Heading2"/>
      </w:pPr>
      <w:r>
        <w:t>ASP #93</w:t>
      </w:r>
    </w:p>
    <w:p w14:paraId="24F254DA" w14:textId="77777777" w:rsidR="00554336" w:rsidRDefault="00000000">
      <w:pPr>
        <w:pStyle w:val="Heading3"/>
      </w:pPr>
      <w:r>
        <w:t>Patient Profile – ASP #93</w:t>
      </w:r>
    </w:p>
    <w:p w14:paraId="7FAE025D" w14:textId="77777777" w:rsidR="00554336" w:rsidRDefault="00000000">
      <w:r>
        <w:t>- **Age**: 37</w:t>
      </w:r>
    </w:p>
    <w:p w14:paraId="519D9B73" w14:textId="77777777" w:rsidR="00554336" w:rsidRDefault="00000000">
      <w:r>
        <w:t>- **Sex**: Female</w:t>
      </w:r>
    </w:p>
    <w:p w14:paraId="266179BF" w14:textId="77777777" w:rsidR="00554336" w:rsidRDefault="00000000">
      <w:r>
        <w:t>- **BMI**: 51.7 kg/m²</w:t>
      </w:r>
    </w:p>
    <w:p w14:paraId="04886E9B" w14:textId="77777777" w:rsidR="00554336" w:rsidRDefault="00000000">
      <w:r>
        <w:t>- **Duration of T2DM**: 19 years</w:t>
      </w:r>
    </w:p>
    <w:p w14:paraId="0107D81A" w14:textId="77777777" w:rsidR="00554336" w:rsidRDefault="00000000">
      <w:r>
        <w:t>- **Medications**: GLP-1 Agonist</w:t>
      </w:r>
    </w:p>
    <w:p w14:paraId="24F9FBDE" w14:textId="77777777" w:rsidR="00554336" w:rsidRDefault="00000000">
      <w:r>
        <w:t>- **Insulin Use**: No</w:t>
      </w:r>
    </w:p>
    <w:p w14:paraId="254043C0" w14:textId="77777777" w:rsidR="00554336" w:rsidRDefault="00000000">
      <w:r>
        <w:t>- **HbA1c**: 7.3%</w:t>
      </w:r>
    </w:p>
    <w:p w14:paraId="2D73E266" w14:textId="77777777" w:rsidR="00554336" w:rsidRDefault="00000000">
      <w:r>
        <w:t>- **C-peptide**: 2.1 ng/mL</w:t>
      </w:r>
    </w:p>
    <w:p w14:paraId="51C12361" w14:textId="77777777" w:rsidR="00554336" w:rsidRDefault="00000000">
      <w:r>
        <w:t>- **Planned Procedure**: SG</w:t>
      </w:r>
    </w:p>
    <w:p w14:paraId="79772AE5" w14:textId="77777777" w:rsidR="00554336" w:rsidRDefault="00554336"/>
    <w:p w14:paraId="6BB595DD" w14:textId="77777777" w:rsidR="00554336" w:rsidRDefault="00000000">
      <w:r>
        <w:t>**Recommended Model**: ABCD Score</w:t>
      </w:r>
    </w:p>
    <w:p w14:paraId="30433719" w14:textId="77777777" w:rsidR="00554336" w:rsidRDefault="00000000">
      <w:pPr>
        <w:pStyle w:val="Heading2"/>
      </w:pPr>
      <w:r>
        <w:t>ASP #94</w:t>
      </w:r>
    </w:p>
    <w:p w14:paraId="1DA57EA5" w14:textId="77777777" w:rsidR="00554336" w:rsidRDefault="00000000">
      <w:pPr>
        <w:pStyle w:val="Heading3"/>
      </w:pPr>
      <w:r>
        <w:t>Patient Profile – ASP #94</w:t>
      </w:r>
    </w:p>
    <w:p w14:paraId="70F83B22" w14:textId="77777777" w:rsidR="00554336" w:rsidRDefault="00000000">
      <w:r>
        <w:t>- **Age**: 28</w:t>
      </w:r>
    </w:p>
    <w:p w14:paraId="7E017438" w14:textId="77777777" w:rsidR="00554336" w:rsidRDefault="00000000">
      <w:r>
        <w:t>- **Sex**: Female</w:t>
      </w:r>
    </w:p>
    <w:p w14:paraId="18D485B4" w14:textId="77777777" w:rsidR="00554336" w:rsidRDefault="00000000">
      <w:r>
        <w:t>- **BMI**: 36.1 kg/m²</w:t>
      </w:r>
    </w:p>
    <w:p w14:paraId="2C19F986" w14:textId="77777777" w:rsidR="00554336" w:rsidRDefault="00000000">
      <w:r>
        <w:t>- **Duration of T2DM**: 2 years</w:t>
      </w:r>
    </w:p>
    <w:p w14:paraId="7B8646D1" w14:textId="77777777" w:rsidR="00554336" w:rsidRDefault="00000000">
      <w:r>
        <w:t>- **Medications**: SGLT2 inhibitor</w:t>
      </w:r>
    </w:p>
    <w:p w14:paraId="6957C885" w14:textId="77777777" w:rsidR="00554336" w:rsidRDefault="00000000">
      <w:r>
        <w:t>- **Insulin Use**: Yes</w:t>
      </w:r>
    </w:p>
    <w:p w14:paraId="67B47540" w14:textId="77777777" w:rsidR="00554336" w:rsidRDefault="00000000">
      <w:r>
        <w:t>- **HbA1c**: 7.7%</w:t>
      </w:r>
    </w:p>
    <w:p w14:paraId="1102F76A" w14:textId="77777777" w:rsidR="00554336" w:rsidRDefault="00000000">
      <w:r>
        <w:t>- **C-peptide**: 0.7 ng/mL</w:t>
      </w:r>
    </w:p>
    <w:p w14:paraId="39DA44D9" w14:textId="77777777" w:rsidR="00554336" w:rsidRDefault="00000000">
      <w:r>
        <w:t>- **Planned Procedure**: OAGB</w:t>
      </w:r>
    </w:p>
    <w:p w14:paraId="058FFA2C" w14:textId="77777777" w:rsidR="00554336" w:rsidRDefault="00554336"/>
    <w:p w14:paraId="7F7D2C71" w14:textId="77777777" w:rsidR="00554336" w:rsidRDefault="00000000">
      <w:r>
        <w:t>**Recommended Model**: DiaBetter</w:t>
      </w:r>
    </w:p>
    <w:p w14:paraId="001EEFAE" w14:textId="77777777" w:rsidR="00554336" w:rsidRDefault="00000000">
      <w:pPr>
        <w:pStyle w:val="Heading2"/>
      </w:pPr>
      <w:r>
        <w:t>ASP #95</w:t>
      </w:r>
    </w:p>
    <w:p w14:paraId="3DDD86CE" w14:textId="77777777" w:rsidR="00554336" w:rsidRDefault="00000000">
      <w:pPr>
        <w:pStyle w:val="Heading3"/>
      </w:pPr>
      <w:r>
        <w:t>Patient Profile – ASP #95</w:t>
      </w:r>
    </w:p>
    <w:p w14:paraId="76896733" w14:textId="77777777" w:rsidR="00554336" w:rsidRDefault="00000000">
      <w:r>
        <w:t>- **Age**: 36</w:t>
      </w:r>
    </w:p>
    <w:p w14:paraId="1048FA01" w14:textId="77777777" w:rsidR="00554336" w:rsidRDefault="00000000">
      <w:r>
        <w:t>- **Sex**: Male</w:t>
      </w:r>
    </w:p>
    <w:p w14:paraId="5AABB02F" w14:textId="77777777" w:rsidR="00554336" w:rsidRDefault="00000000">
      <w:r>
        <w:t>- **BMI**: 39.9 kg/m²</w:t>
      </w:r>
    </w:p>
    <w:p w14:paraId="0792E148" w14:textId="77777777" w:rsidR="00554336" w:rsidRDefault="00000000">
      <w:r>
        <w:t>- **Duration of T2DM**: 14 years</w:t>
      </w:r>
    </w:p>
    <w:p w14:paraId="28D93158" w14:textId="77777777" w:rsidR="00554336" w:rsidRDefault="00000000">
      <w:r>
        <w:t>- **Medications**: GLP-1 Agonist</w:t>
      </w:r>
    </w:p>
    <w:p w14:paraId="2F46BA90" w14:textId="77777777" w:rsidR="00554336" w:rsidRDefault="00000000">
      <w:r>
        <w:t>- **Insulin Use**: No</w:t>
      </w:r>
    </w:p>
    <w:p w14:paraId="476FE5A0" w14:textId="77777777" w:rsidR="00554336" w:rsidRDefault="00000000">
      <w:r>
        <w:t>- **HbA1c**: 9.7%</w:t>
      </w:r>
    </w:p>
    <w:p w14:paraId="2AC9179F" w14:textId="77777777" w:rsidR="00554336" w:rsidRDefault="00000000">
      <w:r>
        <w:t>- **C-peptide**: 4.3 ng/mL</w:t>
      </w:r>
    </w:p>
    <w:p w14:paraId="7F9C0932" w14:textId="77777777" w:rsidR="00554336" w:rsidRDefault="00000000">
      <w:r>
        <w:t>- **Planned Procedure**: BPD-DS</w:t>
      </w:r>
    </w:p>
    <w:p w14:paraId="2019CC96" w14:textId="77777777" w:rsidR="00554336" w:rsidRDefault="00554336"/>
    <w:p w14:paraId="18CA4F11" w14:textId="77777777" w:rsidR="00554336" w:rsidRDefault="00000000">
      <w:r>
        <w:t>**Recommended Model**: DRI Score</w:t>
      </w:r>
    </w:p>
    <w:p w14:paraId="2447F7F9" w14:textId="77777777" w:rsidR="00554336" w:rsidRDefault="00000000">
      <w:pPr>
        <w:pStyle w:val="Heading2"/>
      </w:pPr>
      <w:r>
        <w:t>ASP #96</w:t>
      </w:r>
    </w:p>
    <w:p w14:paraId="7800D928" w14:textId="77777777" w:rsidR="00554336" w:rsidRDefault="00000000">
      <w:pPr>
        <w:pStyle w:val="Heading3"/>
      </w:pPr>
      <w:r>
        <w:t>Patient Profile – ASP #96</w:t>
      </w:r>
    </w:p>
    <w:p w14:paraId="5397BB3B" w14:textId="77777777" w:rsidR="00554336" w:rsidRDefault="00000000">
      <w:r>
        <w:t>- **Age**: 60</w:t>
      </w:r>
    </w:p>
    <w:p w14:paraId="7EF6AF41" w14:textId="77777777" w:rsidR="00554336" w:rsidRDefault="00000000">
      <w:r>
        <w:t>- **Sex**: Female</w:t>
      </w:r>
    </w:p>
    <w:p w14:paraId="58AE553C" w14:textId="77777777" w:rsidR="00554336" w:rsidRDefault="00000000">
      <w:r>
        <w:t>- **BMI**: 44.9 kg/m²</w:t>
      </w:r>
    </w:p>
    <w:p w14:paraId="3308CC1E" w14:textId="77777777" w:rsidR="00554336" w:rsidRDefault="00000000">
      <w:r>
        <w:t>- **Duration of T2DM**: 17 years</w:t>
      </w:r>
    </w:p>
    <w:p w14:paraId="738B7542" w14:textId="77777777" w:rsidR="00554336" w:rsidRDefault="00000000">
      <w:r>
        <w:t>- **Medications**: Sulfonylurea</w:t>
      </w:r>
    </w:p>
    <w:p w14:paraId="481E676D" w14:textId="77777777" w:rsidR="00554336" w:rsidRDefault="00000000">
      <w:r>
        <w:t>- **Insulin Use**: No</w:t>
      </w:r>
    </w:p>
    <w:p w14:paraId="5172A394" w14:textId="77777777" w:rsidR="00554336" w:rsidRDefault="00000000">
      <w:r>
        <w:t>- **HbA1c**: 9.8%</w:t>
      </w:r>
    </w:p>
    <w:p w14:paraId="35FA3C95" w14:textId="77777777" w:rsidR="00554336" w:rsidRDefault="00000000">
      <w:r>
        <w:t>- **C-peptide**: 4.2 ng/mL</w:t>
      </w:r>
    </w:p>
    <w:p w14:paraId="5BF2F579" w14:textId="77777777" w:rsidR="00554336" w:rsidRDefault="00000000">
      <w:r>
        <w:t>- **Planned Procedure**: SG</w:t>
      </w:r>
    </w:p>
    <w:p w14:paraId="12BFF887" w14:textId="77777777" w:rsidR="00554336" w:rsidRDefault="00554336"/>
    <w:p w14:paraId="69AE1727" w14:textId="77777777" w:rsidR="00554336" w:rsidRDefault="00000000">
      <w:r>
        <w:t>**Recommended Model**: ABCD Score</w:t>
      </w:r>
    </w:p>
    <w:p w14:paraId="56BB1147" w14:textId="77777777" w:rsidR="00554336" w:rsidRDefault="00000000">
      <w:pPr>
        <w:pStyle w:val="Heading2"/>
      </w:pPr>
      <w:r>
        <w:t>ASP #97</w:t>
      </w:r>
    </w:p>
    <w:p w14:paraId="6192B006" w14:textId="77777777" w:rsidR="00554336" w:rsidRDefault="00000000">
      <w:pPr>
        <w:pStyle w:val="Heading3"/>
      </w:pPr>
      <w:r>
        <w:t>Patient Profile – ASP #97</w:t>
      </w:r>
    </w:p>
    <w:p w14:paraId="5377D136" w14:textId="77777777" w:rsidR="00554336" w:rsidRDefault="00000000">
      <w:r>
        <w:t>- **Age**: 21</w:t>
      </w:r>
    </w:p>
    <w:p w14:paraId="36A1E833" w14:textId="77777777" w:rsidR="00554336" w:rsidRDefault="00000000">
      <w:r>
        <w:t>- **Sex**: Female</w:t>
      </w:r>
    </w:p>
    <w:p w14:paraId="7C55AF5C" w14:textId="77777777" w:rsidR="00554336" w:rsidRDefault="00000000">
      <w:r>
        <w:t>- **BMI**: 57.7 kg/m²</w:t>
      </w:r>
    </w:p>
    <w:p w14:paraId="7E355D85" w14:textId="77777777" w:rsidR="00554336" w:rsidRDefault="00000000">
      <w:r>
        <w:t>- **Duration of T2DM**: 19 years</w:t>
      </w:r>
    </w:p>
    <w:p w14:paraId="6051B651" w14:textId="77777777" w:rsidR="00554336" w:rsidRDefault="00000000">
      <w:r>
        <w:t>- **Medications**: Metformin - GLP-1 Agonist</w:t>
      </w:r>
    </w:p>
    <w:p w14:paraId="39CC3D22" w14:textId="77777777" w:rsidR="00554336" w:rsidRDefault="00000000">
      <w:r>
        <w:t>- **Insulin Use**: No</w:t>
      </w:r>
    </w:p>
    <w:p w14:paraId="6B5216EB" w14:textId="77777777" w:rsidR="00554336" w:rsidRDefault="00000000">
      <w:r>
        <w:t>- **HbA1c**: 7.7%</w:t>
      </w:r>
    </w:p>
    <w:p w14:paraId="47461FD8" w14:textId="77777777" w:rsidR="00554336" w:rsidRDefault="00000000">
      <w:r>
        <w:t>- **C-peptide**: 2.9 ng/mL</w:t>
      </w:r>
    </w:p>
    <w:p w14:paraId="68407FA7" w14:textId="77777777" w:rsidR="00554336" w:rsidRDefault="00000000">
      <w:r>
        <w:t>- **Planned Procedure**: SADI-S</w:t>
      </w:r>
    </w:p>
    <w:p w14:paraId="0D6E0FE0" w14:textId="77777777" w:rsidR="00554336" w:rsidRDefault="00554336"/>
    <w:p w14:paraId="5263AE8F" w14:textId="77777777" w:rsidR="00554336" w:rsidRDefault="00000000">
      <w:r>
        <w:t>**Recommended Model**: DRI Score</w:t>
      </w:r>
    </w:p>
    <w:p w14:paraId="552C87E7" w14:textId="77777777" w:rsidR="00554336" w:rsidRDefault="00000000">
      <w:pPr>
        <w:pStyle w:val="Heading2"/>
      </w:pPr>
      <w:r>
        <w:t>ASP #98</w:t>
      </w:r>
    </w:p>
    <w:p w14:paraId="28668E99" w14:textId="77777777" w:rsidR="00554336" w:rsidRDefault="00000000">
      <w:pPr>
        <w:pStyle w:val="Heading3"/>
      </w:pPr>
      <w:r>
        <w:t>Patient Profile – ASP #98</w:t>
      </w:r>
    </w:p>
    <w:p w14:paraId="017949B8" w14:textId="77777777" w:rsidR="00554336" w:rsidRDefault="00000000">
      <w:r>
        <w:t>- **Age**: 35</w:t>
      </w:r>
    </w:p>
    <w:p w14:paraId="250DCBEC" w14:textId="77777777" w:rsidR="00554336" w:rsidRDefault="00000000">
      <w:r>
        <w:t>- **Sex**: Female</w:t>
      </w:r>
    </w:p>
    <w:p w14:paraId="1D54D96E" w14:textId="77777777" w:rsidR="00554336" w:rsidRDefault="00000000">
      <w:r>
        <w:t>- **BMI**: 48.9 kg/m²</w:t>
      </w:r>
    </w:p>
    <w:p w14:paraId="5B2614E2" w14:textId="77777777" w:rsidR="00554336" w:rsidRDefault="00000000">
      <w:r>
        <w:t>- **Duration of T2DM**: 14 years</w:t>
      </w:r>
    </w:p>
    <w:p w14:paraId="5EFC01F9" w14:textId="77777777" w:rsidR="00554336" w:rsidRDefault="00000000">
      <w:r>
        <w:t>- **Medications**: GLP-1 Agonist</w:t>
      </w:r>
    </w:p>
    <w:p w14:paraId="04E483C7" w14:textId="77777777" w:rsidR="00554336" w:rsidRDefault="00000000">
      <w:r>
        <w:t>- **Insulin Use**: No</w:t>
      </w:r>
    </w:p>
    <w:p w14:paraId="4DA0265C" w14:textId="77777777" w:rsidR="00554336" w:rsidRDefault="00000000">
      <w:r>
        <w:t>- **HbA1c**: 9.4%</w:t>
      </w:r>
    </w:p>
    <w:p w14:paraId="13EC72B0" w14:textId="77777777" w:rsidR="00554336" w:rsidRDefault="00000000">
      <w:r>
        <w:t>- **C-peptide**: 4.2 ng/mL</w:t>
      </w:r>
    </w:p>
    <w:p w14:paraId="70F8868D" w14:textId="77777777" w:rsidR="00554336" w:rsidRDefault="00000000">
      <w:r>
        <w:t>- **Planned Procedure**: BPD-DS</w:t>
      </w:r>
    </w:p>
    <w:p w14:paraId="094ECD68" w14:textId="77777777" w:rsidR="00554336" w:rsidRDefault="00554336"/>
    <w:p w14:paraId="2F2ABDC3" w14:textId="77777777" w:rsidR="00554336" w:rsidRDefault="00000000">
      <w:r>
        <w:t>**Recommended Model**: DRI Score</w:t>
      </w:r>
    </w:p>
    <w:p w14:paraId="15BEB769" w14:textId="77777777" w:rsidR="00554336" w:rsidRDefault="00000000">
      <w:pPr>
        <w:pStyle w:val="Heading2"/>
      </w:pPr>
      <w:r>
        <w:t>ASP #99</w:t>
      </w:r>
    </w:p>
    <w:p w14:paraId="508EFB41" w14:textId="77777777" w:rsidR="00554336" w:rsidRDefault="00000000">
      <w:pPr>
        <w:pStyle w:val="Heading3"/>
      </w:pPr>
      <w:r>
        <w:t>Patient Profile – ASP #99</w:t>
      </w:r>
    </w:p>
    <w:p w14:paraId="1849CABA" w14:textId="77777777" w:rsidR="00554336" w:rsidRDefault="00000000">
      <w:r>
        <w:t>- **Age**: 34</w:t>
      </w:r>
    </w:p>
    <w:p w14:paraId="61F2FA70" w14:textId="77777777" w:rsidR="00554336" w:rsidRDefault="00000000">
      <w:r>
        <w:t>- **Sex**: Female</w:t>
      </w:r>
    </w:p>
    <w:p w14:paraId="417E95B8" w14:textId="77777777" w:rsidR="00554336" w:rsidRDefault="00000000">
      <w:r>
        <w:t>- **BMI**: 33.2 kg/m²</w:t>
      </w:r>
    </w:p>
    <w:p w14:paraId="3042976D" w14:textId="77777777" w:rsidR="00554336" w:rsidRDefault="00000000">
      <w:r>
        <w:t>- **Duration of T2DM**: 18 years</w:t>
      </w:r>
    </w:p>
    <w:p w14:paraId="05B7F370" w14:textId="77777777" w:rsidR="00554336" w:rsidRDefault="00000000">
      <w:r>
        <w:t>- **Medications**: Metformin</w:t>
      </w:r>
    </w:p>
    <w:p w14:paraId="7D02C40F" w14:textId="77777777" w:rsidR="00554336" w:rsidRDefault="00000000">
      <w:r>
        <w:t>- **Insulin Use**: No</w:t>
      </w:r>
    </w:p>
    <w:p w14:paraId="6E287260" w14:textId="77777777" w:rsidR="00554336" w:rsidRDefault="00000000">
      <w:r>
        <w:t>- **HbA1c**: 7.6%</w:t>
      </w:r>
    </w:p>
    <w:p w14:paraId="20B8C1B1" w14:textId="77777777" w:rsidR="00554336" w:rsidRDefault="00000000">
      <w:r>
        <w:t>- **C-peptide**: 3.5 ng/mL</w:t>
      </w:r>
    </w:p>
    <w:p w14:paraId="6AEB5DAB" w14:textId="77777777" w:rsidR="00554336" w:rsidRDefault="00000000">
      <w:r>
        <w:t>- **Planned Procedure**: SG</w:t>
      </w:r>
    </w:p>
    <w:p w14:paraId="62755611" w14:textId="77777777" w:rsidR="00554336" w:rsidRDefault="00554336"/>
    <w:p w14:paraId="4A73A836" w14:textId="77777777" w:rsidR="00554336" w:rsidRDefault="00000000">
      <w:r>
        <w:t>**Recommended Model**: ABCD Score</w:t>
      </w:r>
    </w:p>
    <w:p w14:paraId="5208F7E2" w14:textId="77777777" w:rsidR="00554336" w:rsidRDefault="00000000">
      <w:pPr>
        <w:pStyle w:val="Heading2"/>
      </w:pPr>
      <w:r>
        <w:t>ASP #100</w:t>
      </w:r>
    </w:p>
    <w:p w14:paraId="3D1A71E4" w14:textId="77777777" w:rsidR="00554336" w:rsidRDefault="00000000">
      <w:pPr>
        <w:pStyle w:val="Heading3"/>
      </w:pPr>
      <w:r>
        <w:t>Patient Profile – ASP #100</w:t>
      </w:r>
    </w:p>
    <w:p w14:paraId="3A901B09" w14:textId="77777777" w:rsidR="00554336" w:rsidRDefault="00000000">
      <w:r>
        <w:t>- **Age**: 66</w:t>
      </w:r>
    </w:p>
    <w:p w14:paraId="4569EEA1" w14:textId="77777777" w:rsidR="00554336" w:rsidRDefault="00000000">
      <w:r>
        <w:t>- **Sex**: Male</w:t>
      </w:r>
    </w:p>
    <w:p w14:paraId="0BF45F79" w14:textId="77777777" w:rsidR="00554336" w:rsidRDefault="00000000">
      <w:r>
        <w:t>- **BMI**: 36.1 kg/m²</w:t>
      </w:r>
    </w:p>
    <w:p w14:paraId="38FF5549" w14:textId="77777777" w:rsidR="00554336" w:rsidRDefault="00000000">
      <w:r>
        <w:t>- **Duration of T2DM**: 16 years</w:t>
      </w:r>
    </w:p>
    <w:p w14:paraId="3677B16E" w14:textId="77777777" w:rsidR="00554336" w:rsidRDefault="00000000">
      <w:r>
        <w:t>- **Medications**: Metformin - GLP-1 - SGLT2</w:t>
      </w:r>
    </w:p>
    <w:p w14:paraId="28DE8F9F" w14:textId="77777777" w:rsidR="00554336" w:rsidRDefault="00000000">
      <w:r>
        <w:t>- **Insulin Use**: No</w:t>
      </w:r>
    </w:p>
    <w:p w14:paraId="7D388540" w14:textId="77777777" w:rsidR="00554336" w:rsidRDefault="00000000">
      <w:r>
        <w:t>- **HbA1c**: 8.8%</w:t>
      </w:r>
    </w:p>
    <w:p w14:paraId="7C5CD4D1" w14:textId="77777777" w:rsidR="00554336" w:rsidRDefault="00000000">
      <w:r>
        <w:t>- **C-peptide**: 2.0 ng/mL</w:t>
      </w:r>
    </w:p>
    <w:p w14:paraId="105D5DC6" w14:textId="77777777" w:rsidR="00554336" w:rsidRDefault="00000000">
      <w:r>
        <w:t>- **Planned Procedure**: SADI-S</w:t>
      </w:r>
    </w:p>
    <w:p w14:paraId="68E3348B" w14:textId="77777777" w:rsidR="00554336" w:rsidRDefault="00554336"/>
    <w:p w14:paraId="6F639A80" w14:textId="77777777" w:rsidR="00554336" w:rsidRDefault="00000000">
      <w:r>
        <w:t>**Recommended Model**: DRI Score</w:t>
      </w:r>
    </w:p>
    <w:sectPr w:rsidR="0055433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2377059">
    <w:abstractNumId w:val="8"/>
  </w:num>
  <w:num w:numId="2" w16cid:durableId="1997223459">
    <w:abstractNumId w:val="6"/>
  </w:num>
  <w:num w:numId="3" w16cid:durableId="1287352867">
    <w:abstractNumId w:val="5"/>
  </w:num>
  <w:num w:numId="4" w16cid:durableId="622468279">
    <w:abstractNumId w:val="4"/>
  </w:num>
  <w:num w:numId="5" w16cid:durableId="145976927">
    <w:abstractNumId w:val="7"/>
  </w:num>
  <w:num w:numId="6" w16cid:durableId="1739596841">
    <w:abstractNumId w:val="3"/>
  </w:num>
  <w:num w:numId="7" w16cid:durableId="435567066">
    <w:abstractNumId w:val="2"/>
  </w:num>
  <w:num w:numId="8" w16cid:durableId="490021760">
    <w:abstractNumId w:val="1"/>
  </w:num>
  <w:num w:numId="9" w16cid:durableId="2118132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54336"/>
    <w:rsid w:val="007E2F10"/>
    <w:rsid w:val="009849B9"/>
    <w:rsid w:val="00AA1D8D"/>
    <w:rsid w:val="00B47730"/>
    <w:rsid w:val="00C14E3B"/>
    <w:rsid w:val="00CB0664"/>
    <w:rsid w:val="00D27B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017E05"/>
  <w14:defaultImageDpi w14:val="300"/>
  <w15:docId w15:val="{F6F08D24-BA54-45EA-96D5-F6F6D33B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5417</Words>
  <Characters>23564</Characters>
  <Application>Microsoft Office Word</Application>
  <DocSecurity>0</DocSecurity>
  <Lines>4712</Lines>
  <Paragraphs>4140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mkermansaravi@yahoo.com</cp:lastModifiedBy>
  <cp:revision>3</cp:revision>
  <dcterms:created xsi:type="dcterms:W3CDTF">2025-08-07T12:27:00Z</dcterms:created>
  <dcterms:modified xsi:type="dcterms:W3CDTF">2025-11-12T04:35:00Z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bb6f4eb0-5074-4a04-aeef-bfb3e2a88edd</vt:lpwstr>
  </property>
</Properties>
</file>