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5ABB4" w14:textId="4F68FED1" w:rsidR="00A05E6F" w:rsidRDefault="00A05E6F">
      <w:pPr>
        <w:pStyle w:val="Titolo1"/>
        <w:rPr>
          <w:rFonts w:ascii="Times New Roman" w:hAnsi="Times New Roman" w:cs="Times New Roman"/>
          <w:color w:val="auto"/>
          <w:sz w:val="22"/>
          <w:szCs w:val="22"/>
        </w:rPr>
      </w:pPr>
      <w:r w:rsidRPr="00A05E6F">
        <w:rPr>
          <w:rFonts w:ascii="Times New Roman" w:hAnsi="Times New Roman" w:cs="Times New Roman"/>
          <w:color w:val="auto"/>
          <w:sz w:val="22"/>
          <w:szCs w:val="22"/>
        </w:rPr>
        <w:t>BMC Sports Science, Medicine and Rehabilitation</w:t>
      </w:r>
    </w:p>
    <w:p w14:paraId="7CE160BB" w14:textId="77777777" w:rsidR="00A05E6F" w:rsidRDefault="00A05E6F" w:rsidP="00A05E6F"/>
    <w:p w14:paraId="21D11188" w14:textId="33B351E3" w:rsidR="00A05E6F" w:rsidRPr="00296230" w:rsidRDefault="00296230" w:rsidP="00A05E6F">
      <w:pPr>
        <w:rPr>
          <w:rFonts w:ascii="Times New Roman" w:hAnsi="Times New Roman" w:cs="Times New Roman"/>
          <w:sz w:val="20"/>
          <w:szCs w:val="20"/>
          <w:lang w:val="it-IT"/>
        </w:rPr>
      </w:pPr>
      <w:r w:rsidRPr="00296230">
        <w:rPr>
          <w:rFonts w:ascii="Times New Roman" w:hAnsi="Times New Roman" w:cs="Times New Roman"/>
          <w:sz w:val="20"/>
          <w:szCs w:val="20"/>
          <w:lang w:val="it-IT"/>
        </w:rPr>
        <w:t xml:space="preserve">Tommaso Piva, Valentina Zerbini, Anna </w:t>
      </w:r>
      <w:proofErr w:type="spellStart"/>
      <w:r w:rsidRPr="00296230">
        <w:rPr>
          <w:rFonts w:ascii="Times New Roman" w:hAnsi="Times New Roman" w:cs="Times New Roman"/>
          <w:sz w:val="20"/>
          <w:szCs w:val="20"/>
          <w:lang w:val="it-IT"/>
        </w:rPr>
        <w:t>Barducco</w:t>
      </w:r>
      <w:proofErr w:type="spellEnd"/>
      <w:r w:rsidRPr="00296230">
        <w:rPr>
          <w:rFonts w:ascii="Times New Roman" w:hAnsi="Times New Roman" w:cs="Times New Roman"/>
          <w:sz w:val="20"/>
          <w:szCs w:val="20"/>
          <w:lang w:val="it-IT"/>
        </w:rPr>
        <w:t xml:space="preserve">, Silvia </w:t>
      </w:r>
      <w:proofErr w:type="spellStart"/>
      <w:r w:rsidRPr="00296230">
        <w:rPr>
          <w:rFonts w:ascii="Times New Roman" w:hAnsi="Times New Roman" w:cs="Times New Roman"/>
          <w:sz w:val="20"/>
          <w:szCs w:val="20"/>
          <w:lang w:val="it-IT"/>
        </w:rPr>
        <w:t>Mancioppi</w:t>
      </w:r>
      <w:proofErr w:type="spellEnd"/>
      <w:r w:rsidRPr="00296230">
        <w:rPr>
          <w:rFonts w:ascii="Times New Roman" w:hAnsi="Times New Roman" w:cs="Times New Roman"/>
          <w:sz w:val="20"/>
          <w:szCs w:val="20"/>
          <w:lang w:val="it-IT"/>
        </w:rPr>
        <w:t xml:space="preserve">, Andrea Raisi, Matteo </w:t>
      </w:r>
      <w:proofErr w:type="spellStart"/>
      <w:r w:rsidRPr="00296230">
        <w:rPr>
          <w:rFonts w:ascii="Times New Roman" w:hAnsi="Times New Roman" w:cs="Times New Roman"/>
          <w:sz w:val="20"/>
          <w:szCs w:val="20"/>
          <w:lang w:val="it-IT"/>
        </w:rPr>
        <w:t>Vassali</w:t>
      </w:r>
      <w:proofErr w:type="spellEnd"/>
      <w:r w:rsidRPr="00296230">
        <w:rPr>
          <w:rFonts w:ascii="Times New Roman" w:hAnsi="Times New Roman" w:cs="Times New Roman"/>
          <w:sz w:val="20"/>
          <w:szCs w:val="20"/>
          <w:lang w:val="it-IT"/>
        </w:rPr>
        <w:t>, Gianluca Bianchini, Matteo Laporta, Erica Menegatti, Giovanni Grazzi, Gianni Mazzoni, Simona Mandini</w:t>
      </w:r>
    </w:p>
    <w:p w14:paraId="3F7DFE3F" w14:textId="7BE77237" w:rsidR="007834DC" w:rsidRPr="006A510D" w:rsidRDefault="006A510D">
      <w:pPr>
        <w:pStyle w:val="Titolo1"/>
        <w:rPr>
          <w:rFonts w:ascii="Times New Roman" w:hAnsi="Times New Roman" w:cs="Times New Roman"/>
          <w:color w:val="auto"/>
          <w:sz w:val="24"/>
          <w:szCs w:val="24"/>
        </w:rPr>
      </w:pPr>
      <w:r w:rsidRPr="006A510D">
        <w:rPr>
          <w:rFonts w:ascii="Times New Roman" w:hAnsi="Times New Roman" w:cs="Times New Roman"/>
          <w:color w:val="auto"/>
          <w:sz w:val="24"/>
          <w:szCs w:val="24"/>
        </w:rPr>
        <w:t>Supplementary Material</w:t>
      </w:r>
    </w:p>
    <w:p w14:paraId="5F8F96A5"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Materials Used</w:t>
      </w:r>
    </w:p>
    <w:p w14:paraId="22931707" w14:textId="2316F6B8"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SVTA Panel with 2 Impulses: Sequence of circles in two different colors (red and blue) printed on a panel. It is used together with two banners, one red and one blue, which the athlete must interact with depending on the stimulus identified on the panel.</w:t>
      </w:r>
    </w:p>
    <w:p w14:paraId="7FE72E46" w14:textId="15528E4B"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SVTA Panel with 4 Impulses: Sequence of numbers from 1 to 4 printed on a panel. It is used together with 4 banners, also numbered from 1 to 4, which the athlete interacts with according to the stimulus identified.</w:t>
      </w:r>
    </w:p>
    <w:p w14:paraId="62E71F40" w14:textId="1D6ECE8B"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BlazePod: Kit composed of 6 lights, turning on in a random sequence, turning off upon touch or following a pre-set time sequence.</w:t>
      </w:r>
    </w:p>
    <w:p w14:paraId="57A6C2C6"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General Objectives</w:t>
      </w:r>
    </w:p>
    <w:p w14:paraId="338B0EAE"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For each session, two exercises aimed at improving hand-eye coordination, two for improving foot-eye coordination, and one for improving reaction time were included. The exercises were proposed following a didactic progression of increasing difficulty.</w:t>
      </w:r>
    </w:p>
    <w:p w14:paraId="78BF0080"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Week 1: 4 Training Sessions</w:t>
      </w:r>
    </w:p>
    <w:tbl>
      <w:tblPr>
        <w:tblStyle w:val="Grigliatabella"/>
        <w:tblW w:w="0" w:type="auto"/>
        <w:tblLook w:val="04A0" w:firstRow="1" w:lastRow="0" w:firstColumn="1" w:lastColumn="0" w:noHBand="0" w:noVBand="1"/>
      </w:tblPr>
      <w:tblGrid>
        <w:gridCol w:w="4314"/>
        <w:gridCol w:w="4316"/>
      </w:tblGrid>
      <w:tr w:rsidR="006A510D" w:rsidRPr="006A510D" w14:paraId="1BDECBF6" w14:textId="77777777">
        <w:tc>
          <w:tcPr>
            <w:tcW w:w="4320" w:type="dxa"/>
          </w:tcPr>
          <w:p w14:paraId="52831FCA"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w:t>
            </w:r>
          </w:p>
        </w:tc>
        <w:tc>
          <w:tcPr>
            <w:tcW w:w="4320" w:type="dxa"/>
          </w:tcPr>
          <w:p w14:paraId="0B677ACD"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Description</w:t>
            </w:r>
          </w:p>
        </w:tc>
      </w:tr>
      <w:tr w:rsidR="006A510D" w:rsidRPr="006A510D" w14:paraId="41F45F44" w14:textId="77777777">
        <w:tc>
          <w:tcPr>
            <w:tcW w:w="4320" w:type="dxa"/>
          </w:tcPr>
          <w:p w14:paraId="4D436CC4"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1</w:t>
            </w:r>
          </w:p>
        </w:tc>
        <w:tc>
          <w:tcPr>
            <w:tcW w:w="4320" w:type="dxa"/>
          </w:tcPr>
          <w:p w14:paraId="2EB07139"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4 players involved. 1 player at each vertex with a BlazePod light placed on a space delimiter. The fourth player is in the center of the triangle and must exchange a pass with the athlete corresponding to the light that turns on. The goal is to perform the maximum number of passes within the time unit.</w:t>
            </w:r>
          </w:p>
        </w:tc>
      </w:tr>
      <w:tr w:rsidR="006A510D" w:rsidRPr="006A510D" w14:paraId="1A5061DD" w14:textId="77777777">
        <w:tc>
          <w:tcPr>
            <w:tcW w:w="4320" w:type="dxa"/>
          </w:tcPr>
          <w:p w14:paraId="56F77916"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2</w:t>
            </w:r>
          </w:p>
        </w:tc>
        <w:tc>
          <w:tcPr>
            <w:tcW w:w="4320" w:type="dxa"/>
          </w:tcPr>
          <w:p w14:paraId="6EED2279"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xml:space="preserve">4 </w:t>
            </w:r>
            <w:proofErr w:type="gramStart"/>
            <w:r w:rsidRPr="006A510D">
              <w:rPr>
                <w:rFonts w:ascii="Times New Roman" w:hAnsi="Times New Roman" w:cs="Times New Roman"/>
                <w:sz w:val="24"/>
                <w:szCs w:val="24"/>
              </w:rPr>
              <w:t>players</w:t>
            </w:r>
            <w:proofErr w:type="gramEnd"/>
            <w:r w:rsidRPr="006A510D">
              <w:rPr>
                <w:rFonts w:ascii="Times New Roman" w:hAnsi="Times New Roman" w:cs="Times New Roman"/>
                <w:sz w:val="24"/>
                <w:szCs w:val="24"/>
              </w:rPr>
              <w:t xml:space="preserve"> arranged in a square with 3 </w:t>
            </w:r>
            <w:proofErr w:type="gramStart"/>
            <w:r w:rsidRPr="006A510D">
              <w:rPr>
                <w:rFonts w:ascii="Times New Roman" w:hAnsi="Times New Roman" w:cs="Times New Roman"/>
                <w:sz w:val="24"/>
                <w:szCs w:val="24"/>
              </w:rPr>
              <w:t>balls</w:t>
            </w:r>
            <w:proofErr w:type="gramEnd"/>
            <w:r w:rsidRPr="006A510D">
              <w:rPr>
                <w:rFonts w:ascii="Times New Roman" w:hAnsi="Times New Roman" w:cs="Times New Roman"/>
                <w:sz w:val="24"/>
                <w:szCs w:val="24"/>
              </w:rPr>
              <w:t xml:space="preserve"> pass the ball simulating the technical gesture of a throw-in. The goal is to perform the highest number of passes within the time unit.</w:t>
            </w:r>
          </w:p>
        </w:tc>
      </w:tr>
      <w:tr w:rsidR="006A510D" w:rsidRPr="006A510D" w14:paraId="76E8B93A" w14:textId="77777777">
        <w:tc>
          <w:tcPr>
            <w:tcW w:w="4320" w:type="dxa"/>
          </w:tcPr>
          <w:p w14:paraId="18C70FF6"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3</w:t>
            </w:r>
          </w:p>
        </w:tc>
        <w:tc>
          <w:tcPr>
            <w:tcW w:w="4320" w:type="dxa"/>
          </w:tcPr>
          <w:p w14:paraId="27BC1E72"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xml:space="preserve">Using an SVTA panel with 2 impulses, the athlete is placed X meters away and must identify the sequence displayed on </w:t>
            </w:r>
            <w:r w:rsidRPr="006A510D">
              <w:rPr>
                <w:rFonts w:ascii="Times New Roman" w:hAnsi="Times New Roman" w:cs="Times New Roman"/>
                <w:sz w:val="24"/>
                <w:szCs w:val="24"/>
              </w:rPr>
              <w:lastRenderedPageBreak/>
              <w:t>the panel by performing a technical gesture (pass) in correspondence with the banner of the color matching the one displayed on the panel.</w:t>
            </w:r>
          </w:p>
        </w:tc>
      </w:tr>
      <w:tr w:rsidR="006A510D" w:rsidRPr="006A510D" w14:paraId="0E6A020A" w14:textId="77777777">
        <w:tc>
          <w:tcPr>
            <w:tcW w:w="4320" w:type="dxa"/>
          </w:tcPr>
          <w:p w14:paraId="5916E0A7"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lastRenderedPageBreak/>
              <w:t>Exercise 4</w:t>
            </w:r>
          </w:p>
        </w:tc>
        <w:tc>
          <w:tcPr>
            <w:tcW w:w="4320" w:type="dxa"/>
          </w:tcPr>
          <w:p w14:paraId="5DB546CD"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Two athletes dribble the ball along a strip of space delimiters with two differently colored markers at the ends. One of the two athletes will declare one of the colors at the ends, and both must dribble the ball towards the identified color.</w:t>
            </w:r>
          </w:p>
        </w:tc>
      </w:tr>
      <w:tr w:rsidR="006A510D" w:rsidRPr="006A510D" w14:paraId="3C48F1D4" w14:textId="77777777">
        <w:tc>
          <w:tcPr>
            <w:tcW w:w="4320" w:type="dxa"/>
          </w:tcPr>
          <w:p w14:paraId="13DCEBC3"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5</w:t>
            </w:r>
          </w:p>
        </w:tc>
        <w:tc>
          <w:tcPr>
            <w:tcW w:w="4320" w:type="dxa"/>
          </w:tcPr>
          <w:p w14:paraId="1D4D5F2D"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4 impulses placed X meters away, the athlete must touch with their hand the banner corresponding to the number read on the panel. The goal is to read as many numbers as possible on the panel within the time unit.</w:t>
            </w:r>
          </w:p>
        </w:tc>
      </w:tr>
    </w:tbl>
    <w:p w14:paraId="5572197F"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Week 2: 4 Training Sessions</w:t>
      </w:r>
    </w:p>
    <w:tbl>
      <w:tblPr>
        <w:tblStyle w:val="Grigliatabella"/>
        <w:tblW w:w="0" w:type="auto"/>
        <w:tblLook w:val="04A0" w:firstRow="1" w:lastRow="0" w:firstColumn="1" w:lastColumn="0" w:noHBand="0" w:noVBand="1"/>
      </w:tblPr>
      <w:tblGrid>
        <w:gridCol w:w="4314"/>
        <w:gridCol w:w="4316"/>
      </w:tblGrid>
      <w:tr w:rsidR="006A510D" w:rsidRPr="006A510D" w14:paraId="75236D32" w14:textId="77777777">
        <w:tc>
          <w:tcPr>
            <w:tcW w:w="4320" w:type="dxa"/>
          </w:tcPr>
          <w:p w14:paraId="154901E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w:t>
            </w:r>
          </w:p>
        </w:tc>
        <w:tc>
          <w:tcPr>
            <w:tcW w:w="4320" w:type="dxa"/>
          </w:tcPr>
          <w:p w14:paraId="2CDB539D"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Description</w:t>
            </w:r>
          </w:p>
        </w:tc>
      </w:tr>
      <w:tr w:rsidR="006A510D" w:rsidRPr="006A510D" w14:paraId="498C1A9B" w14:textId="77777777">
        <w:tc>
          <w:tcPr>
            <w:tcW w:w="4320" w:type="dxa"/>
          </w:tcPr>
          <w:p w14:paraId="6B211C16"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1</w:t>
            </w:r>
          </w:p>
        </w:tc>
        <w:tc>
          <w:tcPr>
            <w:tcW w:w="4320" w:type="dxa"/>
          </w:tcPr>
          <w:p w14:paraId="703F5AD2"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4 players involved. 1 player at each vertex with a BlazePod light placed on a space delimiter. The fourth player is in the center of the triangle and must exchange a pass with the athlete corresponding to the light that turns on. The goal is to perform the maximum number of passes within the time unit.</w:t>
            </w:r>
          </w:p>
        </w:tc>
      </w:tr>
      <w:tr w:rsidR="006A510D" w:rsidRPr="006A510D" w14:paraId="680A7EF7" w14:textId="77777777">
        <w:tc>
          <w:tcPr>
            <w:tcW w:w="4320" w:type="dxa"/>
          </w:tcPr>
          <w:p w14:paraId="1EE590F1"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2</w:t>
            </w:r>
          </w:p>
        </w:tc>
        <w:tc>
          <w:tcPr>
            <w:tcW w:w="4320" w:type="dxa"/>
          </w:tcPr>
          <w:p w14:paraId="67F61EDA"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xml:space="preserve">4 </w:t>
            </w:r>
            <w:proofErr w:type="gramStart"/>
            <w:r w:rsidRPr="006A510D">
              <w:rPr>
                <w:rFonts w:ascii="Times New Roman" w:hAnsi="Times New Roman" w:cs="Times New Roman"/>
                <w:sz w:val="24"/>
                <w:szCs w:val="24"/>
              </w:rPr>
              <w:t>players</w:t>
            </w:r>
            <w:proofErr w:type="gramEnd"/>
            <w:r w:rsidRPr="006A510D">
              <w:rPr>
                <w:rFonts w:ascii="Times New Roman" w:hAnsi="Times New Roman" w:cs="Times New Roman"/>
                <w:sz w:val="24"/>
                <w:szCs w:val="24"/>
              </w:rPr>
              <w:t xml:space="preserve"> arranged in a square with 3 </w:t>
            </w:r>
            <w:proofErr w:type="gramStart"/>
            <w:r w:rsidRPr="006A510D">
              <w:rPr>
                <w:rFonts w:ascii="Times New Roman" w:hAnsi="Times New Roman" w:cs="Times New Roman"/>
                <w:sz w:val="24"/>
                <w:szCs w:val="24"/>
              </w:rPr>
              <w:t>balls</w:t>
            </w:r>
            <w:proofErr w:type="gramEnd"/>
            <w:r w:rsidRPr="006A510D">
              <w:rPr>
                <w:rFonts w:ascii="Times New Roman" w:hAnsi="Times New Roman" w:cs="Times New Roman"/>
                <w:sz w:val="24"/>
                <w:szCs w:val="24"/>
              </w:rPr>
              <w:t xml:space="preserve"> pass the ball simulating the technical gesture of a throw-in. The goal is to perform the highest number of passes within the time unit.</w:t>
            </w:r>
          </w:p>
        </w:tc>
      </w:tr>
      <w:tr w:rsidR="006A510D" w:rsidRPr="006A510D" w14:paraId="13B6B0CA" w14:textId="77777777">
        <w:tc>
          <w:tcPr>
            <w:tcW w:w="4320" w:type="dxa"/>
          </w:tcPr>
          <w:p w14:paraId="75B5A78A"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3</w:t>
            </w:r>
          </w:p>
        </w:tc>
        <w:tc>
          <w:tcPr>
            <w:tcW w:w="4320" w:type="dxa"/>
          </w:tcPr>
          <w:p w14:paraId="54E942D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2 impulses, the athlete is placed X meters away and must identify the sequence displayed on the panel by performing a technical gesture (pass) in correspondence with the banner of the color matching the one displayed on the panel.</w:t>
            </w:r>
          </w:p>
        </w:tc>
      </w:tr>
      <w:tr w:rsidR="006A510D" w:rsidRPr="006A510D" w14:paraId="7A57C569" w14:textId="77777777">
        <w:tc>
          <w:tcPr>
            <w:tcW w:w="4320" w:type="dxa"/>
          </w:tcPr>
          <w:p w14:paraId="62A8F811"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4</w:t>
            </w:r>
          </w:p>
        </w:tc>
        <w:tc>
          <w:tcPr>
            <w:tcW w:w="4320" w:type="dxa"/>
          </w:tcPr>
          <w:p w14:paraId="07419758"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Two athletes dribble the ball along a strip of space delimiters with two differently colored markers at the ends. One of the two athletes will declare one of the colors at the ends, and both must dribble the ball towards the identified color.</w:t>
            </w:r>
          </w:p>
        </w:tc>
      </w:tr>
      <w:tr w:rsidR="006A510D" w:rsidRPr="006A510D" w14:paraId="495F068E" w14:textId="77777777">
        <w:tc>
          <w:tcPr>
            <w:tcW w:w="4320" w:type="dxa"/>
          </w:tcPr>
          <w:p w14:paraId="143D4110"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lastRenderedPageBreak/>
              <w:t>Exercise 5</w:t>
            </w:r>
          </w:p>
        </w:tc>
        <w:tc>
          <w:tcPr>
            <w:tcW w:w="4320" w:type="dxa"/>
          </w:tcPr>
          <w:p w14:paraId="0CF5B64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4 impulses placed X meters away, the athlete must touch with their hand the banner corresponding to the number read on the panel. The goal is to read as many numbers as possible on the panel within the time unit.</w:t>
            </w:r>
          </w:p>
        </w:tc>
      </w:tr>
    </w:tbl>
    <w:p w14:paraId="5D8B4EF9"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Week 3: 4 Training Sessions</w:t>
      </w:r>
    </w:p>
    <w:tbl>
      <w:tblPr>
        <w:tblStyle w:val="Grigliatabella"/>
        <w:tblW w:w="0" w:type="auto"/>
        <w:tblLook w:val="04A0" w:firstRow="1" w:lastRow="0" w:firstColumn="1" w:lastColumn="0" w:noHBand="0" w:noVBand="1"/>
      </w:tblPr>
      <w:tblGrid>
        <w:gridCol w:w="4314"/>
        <w:gridCol w:w="4316"/>
      </w:tblGrid>
      <w:tr w:rsidR="006A510D" w:rsidRPr="006A510D" w14:paraId="7F000F82" w14:textId="77777777">
        <w:tc>
          <w:tcPr>
            <w:tcW w:w="4320" w:type="dxa"/>
          </w:tcPr>
          <w:p w14:paraId="44619B0C"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w:t>
            </w:r>
          </w:p>
        </w:tc>
        <w:tc>
          <w:tcPr>
            <w:tcW w:w="4320" w:type="dxa"/>
          </w:tcPr>
          <w:p w14:paraId="6F85E71C"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Description</w:t>
            </w:r>
          </w:p>
        </w:tc>
      </w:tr>
      <w:tr w:rsidR="006A510D" w:rsidRPr="006A510D" w14:paraId="18AA8C9E" w14:textId="77777777">
        <w:tc>
          <w:tcPr>
            <w:tcW w:w="4320" w:type="dxa"/>
          </w:tcPr>
          <w:p w14:paraId="405FF59F"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1</w:t>
            </w:r>
          </w:p>
        </w:tc>
        <w:tc>
          <w:tcPr>
            <w:tcW w:w="4320" w:type="dxa"/>
          </w:tcPr>
          <w:p w14:paraId="3C5EB74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4 players involved. 1 player at each vertex with a BlazePod light placed on a space delimiter. The fourth player is in the center of the triangle and must exchange a pass with the athlete corresponding to the light that turns on. The goal is to perform the maximum number of passes within the time unit.</w:t>
            </w:r>
          </w:p>
        </w:tc>
      </w:tr>
      <w:tr w:rsidR="006A510D" w:rsidRPr="006A510D" w14:paraId="1302673B" w14:textId="77777777">
        <w:tc>
          <w:tcPr>
            <w:tcW w:w="4320" w:type="dxa"/>
          </w:tcPr>
          <w:p w14:paraId="61E1511A"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2</w:t>
            </w:r>
          </w:p>
        </w:tc>
        <w:tc>
          <w:tcPr>
            <w:tcW w:w="4320" w:type="dxa"/>
          </w:tcPr>
          <w:p w14:paraId="1BF14C22"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 xml:space="preserve">4 </w:t>
            </w:r>
            <w:proofErr w:type="gramStart"/>
            <w:r w:rsidRPr="006A510D">
              <w:rPr>
                <w:rFonts w:ascii="Times New Roman" w:hAnsi="Times New Roman" w:cs="Times New Roman"/>
                <w:sz w:val="24"/>
                <w:szCs w:val="24"/>
              </w:rPr>
              <w:t>players</w:t>
            </w:r>
            <w:proofErr w:type="gramEnd"/>
            <w:r w:rsidRPr="006A510D">
              <w:rPr>
                <w:rFonts w:ascii="Times New Roman" w:hAnsi="Times New Roman" w:cs="Times New Roman"/>
                <w:sz w:val="24"/>
                <w:szCs w:val="24"/>
              </w:rPr>
              <w:t xml:space="preserve"> arranged in a square with 3 </w:t>
            </w:r>
            <w:proofErr w:type="gramStart"/>
            <w:r w:rsidRPr="006A510D">
              <w:rPr>
                <w:rFonts w:ascii="Times New Roman" w:hAnsi="Times New Roman" w:cs="Times New Roman"/>
                <w:sz w:val="24"/>
                <w:szCs w:val="24"/>
              </w:rPr>
              <w:t>balls</w:t>
            </w:r>
            <w:proofErr w:type="gramEnd"/>
            <w:r w:rsidRPr="006A510D">
              <w:rPr>
                <w:rFonts w:ascii="Times New Roman" w:hAnsi="Times New Roman" w:cs="Times New Roman"/>
                <w:sz w:val="24"/>
                <w:szCs w:val="24"/>
              </w:rPr>
              <w:t xml:space="preserve"> pass the ball simulating the technical gesture of a throw-in. The goal is to perform the highest number of passes within the time unit.</w:t>
            </w:r>
          </w:p>
        </w:tc>
      </w:tr>
      <w:tr w:rsidR="006A510D" w:rsidRPr="006A510D" w14:paraId="7FB0611D" w14:textId="77777777">
        <w:tc>
          <w:tcPr>
            <w:tcW w:w="4320" w:type="dxa"/>
          </w:tcPr>
          <w:p w14:paraId="5E3F02B8"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3</w:t>
            </w:r>
          </w:p>
        </w:tc>
        <w:tc>
          <w:tcPr>
            <w:tcW w:w="4320" w:type="dxa"/>
          </w:tcPr>
          <w:p w14:paraId="32584734"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2 impulses, the athlete is placed X meters away and must identify the sequence displayed on the panel by performing a technical gesture (pass) in correspondence with the banner of the color matching the one displayed on the panel.</w:t>
            </w:r>
          </w:p>
        </w:tc>
      </w:tr>
      <w:tr w:rsidR="006A510D" w:rsidRPr="006A510D" w14:paraId="03EC4A96" w14:textId="77777777">
        <w:tc>
          <w:tcPr>
            <w:tcW w:w="4320" w:type="dxa"/>
          </w:tcPr>
          <w:p w14:paraId="2C8AA3D3"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4</w:t>
            </w:r>
          </w:p>
        </w:tc>
        <w:tc>
          <w:tcPr>
            <w:tcW w:w="4320" w:type="dxa"/>
          </w:tcPr>
          <w:p w14:paraId="5DBBAD18"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Two athletes dribble the ball along a strip of space delimiters with two differently colored markers at the ends. One of the two athletes will declare one of the colors at the ends, and both must dribble the ball towards the identified color.</w:t>
            </w:r>
          </w:p>
        </w:tc>
      </w:tr>
      <w:tr w:rsidR="006A510D" w:rsidRPr="006A510D" w14:paraId="54CF5AC2" w14:textId="77777777">
        <w:tc>
          <w:tcPr>
            <w:tcW w:w="4320" w:type="dxa"/>
          </w:tcPr>
          <w:p w14:paraId="1AF6204E"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5</w:t>
            </w:r>
          </w:p>
        </w:tc>
        <w:tc>
          <w:tcPr>
            <w:tcW w:w="4320" w:type="dxa"/>
          </w:tcPr>
          <w:p w14:paraId="6F421292"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4 impulses placed X meters away, the athlete must touch with their hand the banner corresponding to the number read on the panel. The goal is to read as many numbers as possible on the panel within the time unit.</w:t>
            </w:r>
          </w:p>
        </w:tc>
      </w:tr>
    </w:tbl>
    <w:p w14:paraId="31D997B9" w14:textId="77777777" w:rsidR="007834DC" w:rsidRPr="006A510D" w:rsidRDefault="006A510D">
      <w:pPr>
        <w:pStyle w:val="Titolo2"/>
        <w:rPr>
          <w:rFonts w:ascii="Times New Roman" w:hAnsi="Times New Roman" w:cs="Times New Roman"/>
          <w:color w:val="auto"/>
          <w:sz w:val="24"/>
          <w:szCs w:val="24"/>
        </w:rPr>
      </w:pPr>
      <w:r w:rsidRPr="006A510D">
        <w:rPr>
          <w:rFonts w:ascii="Times New Roman" w:hAnsi="Times New Roman" w:cs="Times New Roman"/>
          <w:color w:val="auto"/>
          <w:sz w:val="24"/>
          <w:szCs w:val="24"/>
        </w:rPr>
        <w:t>Week 4: 4 Training Sessions</w:t>
      </w:r>
    </w:p>
    <w:tbl>
      <w:tblPr>
        <w:tblStyle w:val="Grigliatabella"/>
        <w:tblW w:w="0" w:type="auto"/>
        <w:tblLook w:val="04A0" w:firstRow="1" w:lastRow="0" w:firstColumn="1" w:lastColumn="0" w:noHBand="0" w:noVBand="1"/>
      </w:tblPr>
      <w:tblGrid>
        <w:gridCol w:w="4314"/>
        <w:gridCol w:w="4316"/>
      </w:tblGrid>
      <w:tr w:rsidR="006A510D" w:rsidRPr="006A510D" w14:paraId="79A40956" w14:textId="77777777">
        <w:tc>
          <w:tcPr>
            <w:tcW w:w="4320" w:type="dxa"/>
          </w:tcPr>
          <w:p w14:paraId="039E667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w:t>
            </w:r>
          </w:p>
        </w:tc>
        <w:tc>
          <w:tcPr>
            <w:tcW w:w="4320" w:type="dxa"/>
          </w:tcPr>
          <w:p w14:paraId="6ECE4117"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Description</w:t>
            </w:r>
          </w:p>
        </w:tc>
      </w:tr>
      <w:tr w:rsidR="006A510D" w:rsidRPr="006A510D" w14:paraId="57AB206F" w14:textId="77777777">
        <w:tc>
          <w:tcPr>
            <w:tcW w:w="4320" w:type="dxa"/>
          </w:tcPr>
          <w:p w14:paraId="25071D5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lastRenderedPageBreak/>
              <w:t>Exercise 1</w:t>
            </w:r>
          </w:p>
        </w:tc>
        <w:tc>
          <w:tcPr>
            <w:tcW w:w="4320" w:type="dxa"/>
          </w:tcPr>
          <w:p w14:paraId="1CFE024E"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4 players involved. 1 player at each vertex with a BlazePod light placed on a space delimiter. The fourth player is in the center of the triangle and must exchange a pass with the athlete corresponding to the light that turns on. Three out of three lights turn on, and the athlete must exchange a pass only with the athlete at the agreed-upon light color. The goal is to perform the maximum number of passes within the time unit.</w:t>
            </w:r>
          </w:p>
        </w:tc>
      </w:tr>
      <w:tr w:rsidR="006A510D" w:rsidRPr="006A510D" w14:paraId="01AE47C3" w14:textId="77777777">
        <w:tc>
          <w:tcPr>
            <w:tcW w:w="4320" w:type="dxa"/>
          </w:tcPr>
          <w:p w14:paraId="5B0821B5"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2</w:t>
            </w:r>
          </w:p>
        </w:tc>
        <w:tc>
          <w:tcPr>
            <w:tcW w:w="4320" w:type="dxa"/>
          </w:tcPr>
          <w:p w14:paraId="6201FF5C"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Players are divided into 2 pairs and stand facing each other. Each pair has 3 tennis balls: 1 for each player and 1 shared. At the signal, one ball is juggled normally, while the other is passed to the partner with one bounce. If any athletes have difficulty, the juggling becomes simultaneous with 2 balls always in collaboration with the partner.</w:t>
            </w:r>
          </w:p>
        </w:tc>
      </w:tr>
      <w:tr w:rsidR="006A510D" w:rsidRPr="006A510D" w14:paraId="54A84DF7" w14:textId="77777777">
        <w:tc>
          <w:tcPr>
            <w:tcW w:w="4320" w:type="dxa"/>
          </w:tcPr>
          <w:p w14:paraId="1603C76E"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3</w:t>
            </w:r>
          </w:p>
        </w:tc>
        <w:tc>
          <w:tcPr>
            <w:tcW w:w="4320" w:type="dxa"/>
          </w:tcPr>
          <w:p w14:paraId="2A06744C"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2 impulses, the athlete is placed X meters away and must identify the sequence displayed on the panel by performing a technical gesture (pass) in correspondence with the banner of the color matching the one displayed on the panel. Obstacles have been added between the banners that must not be hit during the execution of the technical gesture.</w:t>
            </w:r>
          </w:p>
        </w:tc>
      </w:tr>
      <w:tr w:rsidR="006A510D" w:rsidRPr="006A510D" w14:paraId="65E08620" w14:textId="77777777">
        <w:tc>
          <w:tcPr>
            <w:tcW w:w="4320" w:type="dxa"/>
          </w:tcPr>
          <w:p w14:paraId="57C3EC13"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4</w:t>
            </w:r>
          </w:p>
        </w:tc>
        <w:tc>
          <w:tcPr>
            <w:tcW w:w="4320" w:type="dxa"/>
          </w:tcPr>
          <w:p w14:paraId="12446B99"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Players are divided into 2 pairs and stand facing each other. A strip of 6 cones acts as a divider for this exercise. At the signal, one of the two players must knock down the cones one by one, while the partner must quickly raise them.</w:t>
            </w:r>
          </w:p>
        </w:tc>
      </w:tr>
      <w:tr w:rsidR="006A510D" w:rsidRPr="006A510D" w14:paraId="031DD479" w14:textId="77777777">
        <w:tc>
          <w:tcPr>
            <w:tcW w:w="4320" w:type="dxa"/>
          </w:tcPr>
          <w:p w14:paraId="718666A5"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Exercise 5</w:t>
            </w:r>
          </w:p>
        </w:tc>
        <w:tc>
          <w:tcPr>
            <w:tcW w:w="4320" w:type="dxa"/>
          </w:tcPr>
          <w:p w14:paraId="4C1CACCB" w14:textId="77777777" w:rsidR="007834DC" w:rsidRPr="006A510D" w:rsidRDefault="006A510D">
            <w:pPr>
              <w:rPr>
                <w:rFonts w:ascii="Times New Roman" w:hAnsi="Times New Roman" w:cs="Times New Roman"/>
                <w:sz w:val="24"/>
                <w:szCs w:val="24"/>
              </w:rPr>
            </w:pPr>
            <w:r w:rsidRPr="006A510D">
              <w:rPr>
                <w:rFonts w:ascii="Times New Roman" w:hAnsi="Times New Roman" w:cs="Times New Roman"/>
                <w:sz w:val="24"/>
                <w:szCs w:val="24"/>
              </w:rPr>
              <w:t>Using an SVTA panel with 4 impulses placed X meters away, the athlete must dribble the ball towards the banner corresponding to the number read on the panel. The goal is to read as many numbers as possible on the panel within the time unit.</w:t>
            </w:r>
          </w:p>
        </w:tc>
      </w:tr>
    </w:tbl>
    <w:p w14:paraId="2A6CC893" w14:textId="77777777" w:rsidR="006A510D" w:rsidRDefault="006A510D">
      <w:pPr>
        <w:rPr>
          <w:rFonts w:ascii="Times New Roman" w:hAnsi="Times New Roman" w:cs="Times New Roman"/>
          <w:sz w:val="24"/>
          <w:szCs w:val="24"/>
        </w:rPr>
      </w:pPr>
    </w:p>
    <w:p w14:paraId="50488A20" w14:textId="77777777" w:rsidR="00097418" w:rsidRDefault="00097418">
      <w:pPr>
        <w:rPr>
          <w:rFonts w:ascii="Times New Roman" w:hAnsi="Times New Roman" w:cs="Times New Roman"/>
          <w:sz w:val="24"/>
          <w:szCs w:val="24"/>
        </w:rPr>
      </w:pPr>
    </w:p>
    <w:p w14:paraId="1A9160C7" w14:textId="77777777" w:rsidR="00097418" w:rsidRDefault="00097418">
      <w:pPr>
        <w:rPr>
          <w:rFonts w:ascii="Times New Roman" w:hAnsi="Times New Roman" w:cs="Times New Roman"/>
          <w:sz w:val="24"/>
          <w:szCs w:val="24"/>
        </w:rPr>
      </w:pPr>
    </w:p>
    <w:p w14:paraId="1B56119C" w14:textId="77777777" w:rsidR="00097418" w:rsidRDefault="00097418">
      <w:pPr>
        <w:rPr>
          <w:rFonts w:ascii="Times New Roman" w:hAnsi="Times New Roman" w:cs="Times New Roman"/>
          <w:sz w:val="24"/>
          <w:szCs w:val="24"/>
        </w:rPr>
      </w:pPr>
    </w:p>
    <w:p w14:paraId="3FDA5967" w14:textId="77777777" w:rsidR="00757B2B" w:rsidRDefault="00757B2B" w:rsidP="00097418">
      <w:pPr>
        <w:pStyle w:val="Titolo1"/>
        <w:rPr>
          <w:rFonts w:ascii="Times New Roman" w:hAnsi="Times New Roman" w:cs="Times New Roman"/>
          <w:b w:val="0"/>
          <w:bCs w:val="0"/>
          <w:color w:val="000000" w:themeColor="text1"/>
        </w:rPr>
      </w:pPr>
    </w:p>
    <w:p w14:paraId="2006E11B" w14:textId="7A30DEA5" w:rsidR="00097418" w:rsidRPr="00757B2B" w:rsidRDefault="00097418" w:rsidP="00097418">
      <w:pPr>
        <w:pStyle w:val="Titolo1"/>
        <w:rPr>
          <w:rFonts w:ascii="Times New Roman" w:hAnsi="Times New Roman" w:cs="Times New Roman"/>
          <w:b w:val="0"/>
          <w:bCs w:val="0"/>
          <w:color w:val="000000" w:themeColor="text1"/>
          <w:sz w:val="24"/>
          <w:szCs w:val="24"/>
        </w:rPr>
      </w:pPr>
      <w:r w:rsidRPr="00757B2B">
        <w:rPr>
          <w:rFonts w:ascii="Times New Roman" w:hAnsi="Times New Roman" w:cs="Times New Roman"/>
          <w:b w:val="0"/>
          <w:bCs w:val="0"/>
          <w:color w:val="000000" w:themeColor="text1"/>
          <w:sz w:val="24"/>
          <w:szCs w:val="24"/>
        </w:rPr>
        <w:t>Shapiro-Wilk test results</w:t>
      </w:r>
    </w:p>
    <w:p w14:paraId="1389AB31" w14:textId="77777777" w:rsidR="00097418" w:rsidRPr="00757B2B" w:rsidRDefault="00097418" w:rsidP="00097418">
      <w:pPr>
        <w:rPr>
          <w:rFonts w:ascii="Times New Roman" w:hAnsi="Times New Roman" w:cs="Times New Roman"/>
          <w:sz w:val="24"/>
          <w:szCs w:val="24"/>
        </w:rPr>
      </w:pPr>
    </w:p>
    <w:tbl>
      <w:tblPr>
        <w:tblW w:w="0" w:type="auto"/>
        <w:jc w:val="center"/>
        <w:tblLayout w:type="fixed"/>
        <w:tblLook w:val="0420" w:firstRow="1" w:lastRow="0" w:firstColumn="0" w:lastColumn="0" w:noHBand="0" w:noVBand="1"/>
      </w:tblPr>
      <w:tblGrid>
        <w:gridCol w:w="3061"/>
        <w:gridCol w:w="961"/>
        <w:gridCol w:w="1818"/>
      </w:tblGrid>
      <w:tr w:rsidR="00097418" w:rsidRPr="00757B2B" w14:paraId="52A113F0" w14:textId="77777777" w:rsidTr="00686D55">
        <w:trPr>
          <w:tblHeader/>
          <w:jc w:val="center"/>
        </w:trPr>
        <w:tc>
          <w:tcPr>
            <w:tcW w:w="30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F69503"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Variable</w:t>
            </w:r>
          </w:p>
        </w:tc>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BF6384"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W</w:t>
            </w:r>
          </w:p>
        </w:tc>
        <w:tc>
          <w:tcPr>
            <w:tcW w:w="181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59871C"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proofErr w:type="spellStart"/>
            <w:r w:rsidRPr="00757B2B">
              <w:rPr>
                <w:rFonts w:ascii="Times New Roman" w:eastAsia="Arial" w:hAnsi="Times New Roman" w:cs="Times New Roman"/>
                <w:color w:val="000000"/>
                <w:sz w:val="24"/>
                <w:szCs w:val="24"/>
              </w:rPr>
              <w:t>p_value</w:t>
            </w:r>
            <w:proofErr w:type="spellEnd"/>
          </w:p>
        </w:tc>
      </w:tr>
      <w:tr w:rsidR="00097418" w:rsidRPr="00757B2B" w14:paraId="0037CF06" w14:textId="77777777" w:rsidTr="00686D55">
        <w:trPr>
          <w:jc w:val="center"/>
        </w:trPr>
        <w:tc>
          <w:tcPr>
            <w:tcW w:w="30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6C511"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Right Hand</w:t>
            </w:r>
          </w:p>
        </w:tc>
        <w:tc>
          <w:tcPr>
            <w:tcW w:w="9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2DFB7"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0.818</w:t>
            </w:r>
          </w:p>
        </w:tc>
        <w:tc>
          <w:tcPr>
            <w:tcW w:w="181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D2E58"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0.0000000726</w:t>
            </w:r>
          </w:p>
        </w:tc>
      </w:tr>
      <w:tr w:rsidR="00097418" w:rsidRPr="00757B2B" w14:paraId="4916DEC5" w14:textId="77777777" w:rsidTr="00686D55">
        <w:trPr>
          <w:jc w:val="center"/>
        </w:trPr>
        <w:tc>
          <w:tcPr>
            <w:tcW w:w="3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DBF9D"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Left Hand</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CF135"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0.912</w:t>
            </w:r>
          </w:p>
        </w:tc>
        <w:tc>
          <w:tcPr>
            <w:tcW w:w="18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E5A31"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0.0001200000</w:t>
            </w:r>
          </w:p>
        </w:tc>
      </w:tr>
      <w:tr w:rsidR="00097418" w:rsidRPr="00757B2B" w14:paraId="7944749A" w14:textId="77777777" w:rsidTr="00686D55">
        <w:trPr>
          <w:jc w:val="center"/>
        </w:trPr>
        <w:tc>
          <w:tcPr>
            <w:tcW w:w="3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D04A9"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Both Hands</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879BF"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0.809</w:t>
            </w:r>
          </w:p>
        </w:tc>
        <w:tc>
          <w:tcPr>
            <w:tcW w:w="18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370A0"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0.0000000425</w:t>
            </w:r>
          </w:p>
        </w:tc>
      </w:tr>
      <w:tr w:rsidR="00097418" w:rsidRPr="00757B2B" w14:paraId="74365F98" w14:textId="77777777" w:rsidTr="00686D55">
        <w:trPr>
          <w:jc w:val="center"/>
        </w:trPr>
        <w:tc>
          <w:tcPr>
            <w:tcW w:w="3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A26EA"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Right Foot</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3B94D"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0.826</w:t>
            </w:r>
          </w:p>
        </w:tc>
        <w:tc>
          <w:tcPr>
            <w:tcW w:w="18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86DBA"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0.0000001220</w:t>
            </w:r>
          </w:p>
        </w:tc>
      </w:tr>
      <w:tr w:rsidR="00097418" w:rsidRPr="00757B2B" w14:paraId="359CA075" w14:textId="77777777" w:rsidTr="00686D55">
        <w:trPr>
          <w:jc w:val="center"/>
        </w:trPr>
        <w:tc>
          <w:tcPr>
            <w:tcW w:w="3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E4121"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Left Foot</w:t>
            </w:r>
          </w:p>
        </w:tc>
        <w:tc>
          <w:tcPr>
            <w:tcW w:w="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57305"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0.962</w:t>
            </w:r>
          </w:p>
        </w:tc>
        <w:tc>
          <w:tcPr>
            <w:tcW w:w="18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A4D1A"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0.0344000000</w:t>
            </w:r>
          </w:p>
        </w:tc>
      </w:tr>
      <w:tr w:rsidR="00097418" w:rsidRPr="00757B2B" w14:paraId="3D4099F5" w14:textId="77777777" w:rsidTr="00686D55">
        <w:trPr>
          <w:jc w:val="center"/>
        </w:trPr>
        <w:tc>
          <w:tcPr>
            <w:tcW w:w="30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C48351" w14:textId="77777777" w:rsidR="00097418" w:rsidRPr="00757B2B" w:rsidRDefault="00097418" w:rsidP="00686D5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Both Feet</w:t>
            </w:r>
          </w:p>
        </w:tc>
        <w:tc>
          <w:tcPr>
            <w:tcW w:w="9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EE99F6"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0.834</w:t>
            </w:r>
          </w:p>
        </w:tc>
        <w:tc>
          <w:tcPr>
            <w:tcW w:w="181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953C8D" w14:textId="77777777" w:rsidR="00097418" w:rsidRPr="00757B2B" w:rsidRDefault="00097418" w:rsidP="00A86B53">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4"/>
                <w:szCs w:val="24"/>
              </w:rPr>
            </w:pPr>
            <w:r w:rsidRPr="00757B2B">
              <w:rPr>
                <w:rFonts w:ascii="Times New Roman" w:eastAsia="Arial" w:hAnsi="Times New Roman" w:cs="Times New Roman"/>
                <w:color w:val="000000"/>
                <w:sz w:val="24"/>
                <w:szCs w:val="24"/>
              </w:rPr>
              <w:t>0.0000002220</w:t>
            </w:r>
          </w:p>
        </w:tc>
      </w:tr>
    </w:tbl>
    <w:p w14:paraId="725F1056" w14:textId="77777777" w:rsidR="00097418" w:rsidRDefault="00097418" w:rsidP="00097418"/>
    <w:p w14:paraId="035CF3F0" w14:textId="77777777" w:rsidR="00097418" w:rsidRPr="006A510D" w:rsidRDefault="00097418">
      <w:pPr>
        <w:rPr>
          <w:rFonts w:ascii="Times New Roman" w:hAnsi="Times New Roman" w:cs="Times New Roman"/>
          <w:sz w:val="24"/>
          <w:szCs w:val="24"/>
        </w:rPr>
      </w:pPr>
    </w:p>
    <w:sectPr w:rsidR="00097418" w:rsidRPr="006A510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82481890">
    <w:abstractNumId w:val="8"/>
  </w:num>
  <w:num w:numId="2" w16cid:durableId="292640689">
    <w:abstractNumId w:val="6"/>
  </w:num>
  <w:num w:numId="3" w16cid:durableId="1079406340">
    <w:abstractNumId w:val="5"/>
  </w:num>
  <w:num w:numId="4" w16cid:durableId="1548955049">
    <w:abstractNumId w:val="4"/>
  </w:num>
  <w:num w:numId="5" w16cid:durableId="1997221590">
    <w:abstractNumId w:val="7"/>
  </w:num>
  <w:num w:numId="6" w16cid:durableId="2025203169">
    <w:abstractNumId w:val="3"/>
  </w:num>
  <w:num w:numId="7" w16cid:durableId="559169932">
    <w:abstractNumId w:val="2"/>
  </w:num>
  <w:num w:numId="8" w16cid:durableId="536892970">
    <w:abstractNumId w:val="1"/>
  </w:num>
  <w:num w:numId="9" w16cid:durableId="3659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418"/>
    <w:rsid w:val="001347A8"/>
    <w:rsid w:val="0015074B"/>
    <w:rsid w:val="00296230"/>
    <w:rsid w:val="0029639D"/>
    <w:rsid w:val="00326F90"/>
    <w:rsid w:val="005E464E"/>
    <w:rsid w:val="006A510D"/>
    <w:rsid w:val="00757B2B"/>
    <w:rsid w:val="007834DC"/>
    <w:rsid w:val="007A3187"/>
    <w:rsid w:val="008E09FB"/>
    <w:rsid w:val="009E5741"/>
    <w:rsid w:val="00A05E6F"/>
    <w:rsid w:val="00A86B53"/>
    <w:rsid w:val="00AA1D8D"/>
    <w:rsid w:val="00B47730"/>
    <w:rsid w:val="00CB0664"/>
    <w:rsid w:val="00D1793E"/>
    <w:rsid w:val="00EA13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212DE1"/>
  <w14:defaultImageDpi w14:val="300"/>
  <w15:docId w15:val="{622FA314-8952-407C-8DB9-BF9D85562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1063</Words>
  <Characters>6065</Characters>
  <Application>Microsoft Office Word</Application>
  <DocSecurity>0</DocSecurity>
  <Lines>50</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Raisi Andrea</cp:lastModifiedBy>
  <cp:revision>8</cp:revision>
  <dcterms:created xsi:type="dcterms:W3CDTF">2025-02-17T16:19:00Z</dcterms:created>
  <dcterms:modified xsi:type="dcterms:W3CDTF">2025-07-11T15:34:00Z</dcterms:modified>
  <cp:category/>
</cp:coreProperties>
</file>