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421B8" w14:textId="77777777" w:rsidR="00446703" w:rsidRPr="00D40E7F" w:rsidRDefault="00446703" w:rsidP="00446703">
      <w:pPr>
        <w:spacing w:after="0" w:line="360" w:lineRule="auto"/>
        <w:rPr>
          <w:rFonts w:asciiTheme="majorBidi" w:hAnsiTheme="majorBidi" w:cstheme="majorBidi"/>
          <w:b/>
          <w:bCs/>
        </w:rPr>
      </w:pPr>
      <w:r w:rsidRPr="00D40E7F">
        <w:rPr>
          <w:rFonts w:asciiTheme="majorBidi" w:hAnsiTheme="majorBidi" w:cstheme="majorBidi"/>
          <w:b/>
          <w:bCs/>
        </w:rPr>
        <w:t xml:space="preserve">Appendix 2. PubMed </w:t>
      </w:r>
      <w:r>
        <w:rPr>
          <w:rFonts w:asciiTheme="majorBidi" w:hAnsiTheme="majorBidi" w:cstheme="majorBidi"/>
          <w:b/>
          <w:bCs/>
        </w:rPr>
        <w:t>s</w:t>
      </w:r>
      <w:r w:rsidRPr="00D40E7F">
        <w:rPr>
          <w:rFonts w:asciiTheme="majorBidi" w:hAnsiTheme="majorBidi" w:cstheme="majorBidi"/>
          <w:b/>
          <w:bCs/>
        </w:rPr>
        <w:t xml:space="preserve">earch </w:t>
      </w:r>
      <w:r>
        <w:rPr>
          <w:rFonts w:asciiTheme="majorBidi" w:hAnsiTheme="majorBidi" w:cstheme="majorBidi"/>
          <w:b/>
          <w:bCs/>
        </w:rPr>
        <w:t>s</w:t>
      </w:r>
      <w:r w:rsidRPr="00D40E7F">
        <w:rPr>
          <w:rFonts w:asciiTheme="majorBidi" w:hAnsiTheme="majorBidi" w:cstheme="majorBidi"/>
          <w:b/>
          <w:bCs/>
        </w:rPr>
        <w:t>trategy</w:t>
      </w:r>
    </w:p>
    <w:p w14:paraId="08EE69B0" w14:textId="77777777" w:rsidR="00446703" w:rsidRPr="00D40E7F" w:rsidRDefault="00446703" w:rsidP="00446703">
      <w:pPr>
        <w:spacing w:after="0" w:line="360" w:lineRule="auto"/>
        <w:rPr>
          <w:rFonts w:asciiTheme="majorBidi" w:hAnsiTheme="majorBidi" w:cstheme="majorBidi"/>
          <w:color w:val="000000" w:themeColor="text1"/>
        </w:rPr>
      </w:pPr>
    </w:p>
    <w:p w14:paraId="3D59303F" w14:textId="77777777" w:rsidR="00446703" w:rsidRDefault="00446703" w:rsidP="00446703">
      <w:pPr>
        <w:spacing w:after="0" w:line="360" w:lineRule="auto"/>
        <w:rPr>
          <w:rFonts w:asciiTheme="majorBidi" w:hAnsiTheme="majorBidi" w:cstheme="majorBidi"/>
          <w:color w:val="000000" w:themeColor="text1"/>
        </w:rPr>
      </w:pPr>
      <w:r w:rsidRPr="00D40E7F">
        <w:rPr>
          <w:rFonts w:asciiTheme="majorBidi" w:hAnsiTheme="majorBidi" w:cstheme="majorBidi"/>
          <w:color w:val="000000" w:themeColor="text1"/>
        </w:rPr>
        <w:t xml:space="preserve">(("virtual reality"[Title/Abstract] OR "VR"[Title/Abstract] OR "immersive reality"[Title/Abstract] </w:t>
      </w:r>
      <w:r w:rsidRPr="00D40E7F">
        <w:rPr>
          <w:rFonts w:asciiTheme="majorBidi" w:hAnsiTheme="majorBidi" w:cstheme="majorBidi"/>
          <w:color w:val="000000" w:themeColor="text1"/>
        </w:rPr>
        <w:br/>
        <w:t xml:space="preserve">OR "mixed reality"[Title/Abstract] OR "extended reality"[Title/Abstract] OR "XR"[Title/Abstract] </w:t>
      </w:r>
      <w:r w:rsidRPr="00D40E7F">
        <w:rPr>
          <w:rFonts w:asciiTheme="majorBidi" w:hAnsiTheme="majorBidi" w:cstheme="majorBidi"/>
          <w:color w:val="000000" w:themeColor="text1"/>
        </w:rPr>
        <w:br/>
        <w:t xml:space="preserve">OR "augmented reality"[Title/Abstract] OR "AR"[Title/Abstract]) </w:t>
      </w:r>
      <w:r w:rsidRPr="00D40E7F">
        <w:rPr>
          <w:rFonts w:asciiTheme="majorBidi" w:hAnsiTheme="majorBidi" w:cstheme="majorBidi"/>
          <w:color w:val="000000" w:themeColor="text1"/>
        </w:rPr>
        <w:br/>
        <w:t xml:space="preserve">AND </w:t>
      </w:r>
      <w:r w:rsidRPr="00D40E7F">
        <w:rPr>
          <w:rFonts w:asciiTheme="majorBidi" w:hAnsiTheme="majorBidi" w:cstheme="majorBidi"/>
          <w:color w:val="000000" w:themeColor="text1"/>
        </w:rPr>
        <w:br/>
        <w:t>(</w:t>
      </w:r>
      <w:proofErr w:type="spellStart"/>
      <w:r w:rsidRPr="00D40E7F">
        <w:rPr>
          <w:rFonts w:asciiTheme="majorBidi" w:hAnsiTheme="majorBidi" w:cstheme="majorBidi"/>
          <w:color w:val="000000" w:themeColor="text1"/>
        </w:rPr>
        <w:t>diagnos</w:t>
      </w:r>
      <w:proofErr w:type="spellEnd"/>
      <w:r w:rsidRPr="00D40E7F">
        <w:rPr>
          <w:rFonts w:asciiTheme="majorBidi" w:hAnsiTheme="majorBidi" w:cstheme="majorBidi"/>
          <w:color w:val="000000" w:themeColor="text1"/>
        </w:rPr>
        <w:t xml:space="preserve">*[Title/Abstract] OR assess*[Title/Abstract] OR </w:t>
      </w:r>
      <w:proofErr w:type="spellStart"/>
      <w:r w:rsidRPr="00D40E7F">
        <w:rPr>
          <w:rFonts w:asciiTheme="majorBidi" w:hAnsiTheme="majorBidi" w:cstheme="majorBidi"/>
          <w:color w:val="000000" w:themeColor="text1"/>
        </w:rPr>
        <w:t>evaluat</w:t>
      </w:r>
      <w:proofErr w:type="spellEnd"/>
      <w:r w:rsidRPr="00D40E7F">
        <w:rPr>
          <w:rFonts w:asciiTheme="majorBidi" w:hAnsiTheme="majorBidi" w:cstheme="majorBidi"/>
          <w:color w:val="000000" w:themeColor="text1"/>
        </w:rPr>
        <w:t xml:space="preserve">*[Title/Abstract] </w:t>
      </w:r>
      <w:r w:rsidRPr="00D40E7F">
        <w:rPr>
          <w:rFonts w:asciiTheme="majorBidi" w:hAnsiTheme="majorBidi" w:cstheme="majorBidi"/>
          <w:color w:val="000000" w:themeColor="text1"/>
        </w:rPr>
        <w:br/>
        <w:t xml:space="preserve">OR measurement[Title/Abstract] OR "functional assessment"[Title/Abstract] </w:t>
      </w:r>
      <w:r w:rsidRPr="00D40E7F">
        <w:rPr>
          <w:rFonts w:asciiTheme="majorBidi" w:hAnsiTheme="majorBidi" w:cstheme="majorBidi"/>
          <w:color w:val="000000" w:themeColor="text1"/>
        </w:rPr>
        <w:br/>
        <w:t xml:space="preserve">OR "clinical assessment"[Title/Abstract] OR "clinical evaluation"[Title/Abstract] </w:t>
      </w:r>
      <w:r w:rsidRPr="00D40E7F">
        <w:rPr>
          <w:rFonts w:asciiTheme="majorBidi" w:hAnsiTheme="majorBidi" w:cstheme="majorBidi"/>
          <w:color w:val="000000" w:themeColor="text1"/>
        </w:rPr>
        <w:br/>
        <w:t xml:space="preserve">OR "functional evaluation"[Title/Abstract] OR "motor assessment"[Title/Abstract] </w:t>
      </w:r>
      <w:r w:rsidRPr="00D40E7F">
        <w:rPr>
          <w:rFonts w:asciiTheme="majorBidi" w:hAnsiTheme="majorBidi" w:cstheme="majorBidi"/>
          <w:color w:val="000000" w:themeColor="text1"/>
        </w:rPr>
        <w:br/>
        <w:t xml:space="preserve">OR "motor evaluation"[Title/Abstract] OR "motor performance"[Title/Abstract]) </w:t>
      </w:r>
      <w:r w:rsidRPr="00D40E7F">
        <w:rPr>
          <w:rFonts w:asciiTheme="majorBidi" w:hAnsiTheme="majorBidi" w:cstheme="majorBidi"/>
          <w:color w:val="000000" w:themeColor="text1"/>
        </w:rPr>
        <w:br/>
        <w:t xml:space="preserve">AND </w:t>
      </w:r>
      <w:r w:rsidRPr="00D40E7F">
        <w:rPr>
          <w:rFonts w:asciiTheme="majorBidi" w:hAnsiTheme="majorBidi" w:cstheme="majorBidi"/>
          <w:color w:val="000000" w:themeColor="text1"/>
        </w:rPr>
        <w:br/>
        <w:t xml:space="preserve">(neurorehabilitation[Title/Abstract] OR "neurological rehabilitation"[Title/Abstract] </w:t>
      </w:r>
      <w:r w:rsidRPr="00D40E7F">
        <w:rPr>
          <w:rFonts w:asciiTheme="majorBidi" w:hAnsiTheme="majorBidi" w:cstheme="majorBidi"/>
          <w:color w:val="000000" w:themeColor="text1"/>
        </w:rPr>
        <w:br/>
        <w:t xml:space="preserve">OR "stroke rehabilitation"[Title/Abstract] OR "Parkinson* rehabilitation"[Title/Abstract] </w:t>
      </w:r>
      <w:r w:rsidRPr="00D40E7F">
        <w:rPr>
          <w:rFonts w:asciiTheme="majorBidi" w:hAnsiTheme="majorBidi" w:cstheme="majorBidi"/>
          <w:color w:val="000000" w:themeColor="text1"/>
        </w:rPr>
        <w:br/>
        <w:t xml:space="preserve">OR "multiple sclerosis rehabilitation"[Title/Abstract] </w:t>
      </w:r>
      <w:r w:rsidRPr="00D40E7F">
        <w:rPr>
          <w:rFonts w:asciiTheme="majorBidi" w:hAnsiTheme="majorBidi" w:cstheme="majorBidi"/>
          <w:color w:val="000000" w:themeColor="text1"/>
        </w:rPr>
        <w:br/>
        <w:t xml:space="preserve">OR "cerebral palsy rehabilitation"[Title/Abstract] </w:t>
      </w:r>
      <w:r w:rsidRPr="00D40E7F">
        <w:rPr>
          <w:rFonts w:asciiTheme="majorBidi" w:hAnsiTheme="majorBidi" w:cstheme="majorBidi"/>
          <w:color w:val="000000" w:themeColor="text1"/>
        </w:rPr>
        <w:br/>
        <w:t xml:space="preserve">OR "spinal cord injury rehabilitation"[Title/Abstract] </w:t>
      </w:r>
      <w:r w:rsidRPr="00D40E7F">
        <w:rPr>
          <w:rFonts w:asciiTheme="majorBidi" w:hAnsiTheme="majorBidi" w:cstheme="majorBidi"/>
          <w:color w:val="000000" w:themeColor="text1"/>
        </w:rPr>
        <w:br/>
        <w:t xml:space="preserve">OR stroke[Title/Abstract] OR "cerebrovascular accident"[Title/Abstract] </w:t>
      </w:r>
      <w:r w:rsidRPr="00D40E7F">
        <w:rPr>
          <w:rFonts w:asciiTheme="majorBidi" w:hAnsiTheme="majorBidi" w:cstheme="majorBidi"/>
          <w:color w:val="000000" w:themeColor="text1"/>
        </w:rPr>
        <w:br/>
        <w:t xml:space="preserve">OR CVA[Title/Abstract] OR "Parkinson* disease"[Title/Abstract] </w:t>
      </w:r>
      <w:r w:rsidRPr="00D40E7F">
        <w:rPr>
          <w:rFonts w:asciiTheme="majorBidi" w:hAnsiTheme="majorBidi" w:cstheme="majorBidi"/>
          <w:color w:val="000000" w:themeColor="text1"/>
        </w:rPr>
        <w:br/>
        <w:t xml:space="preserve">OR "multiple sclerosis"[Title/Abstract] OR "cerebral palsy"[Title/Abstract] </w:t>
      </w:r>
      <w:r w:rsidRPr="00D40E7F">
        <w:rPr>
          <w:rFonts w:asciiTheme="majorBidi" w:hAnsiTheme="majorBidi" w:cstheme="majorBidi"/>
          <w:color w:val="000000" w:themeColor="text1"/>
        </w:rPr>
        <w:br/>
        <w:t xml:space="preserve">OR "spinal cord </w:t>
      </w:r>
      <w:proofErr w:type="spellStart"/>
      <w:r w:rsidRPr="00D40E7F">
        <w:rPr>
          <w:rFonts w:asciiTheme="majorBidi" w:hAnsiTheme="majorBidi" w:cstheme="majorBidi"/>
          <w:color w:val="000000" w:themeColor="text1"/>
        </w:rPr>
        <w:t>injur</w:t>
      </w:r>
      <w:proofErr w:type="spellEnd"/>
      <w:r w:rsidRPr="00D40E7F">
        <w:rPr>
          <w:rFonts w:asciiTheme="majorBidi" w:hAnsiTheme="majorBidi" w:cstheme="majorBidi"/>
          <w:color w:val="000000" w:themeColor="text1"/>
        </w:rPr>
        <w:t xml:space="preserve">*"[Title/Abstract] OR "movement disorder*"[Title/Abstract] </w:t>
      </w:r>
      <w:r w:rsidRPr="00D40E7F">
        <w:rPr>
          <w:rFonts w:asciiTheme="majorBidi" w:hAnsiTheme="majorBidi" w:cstheme="majorBidi"/>
          <w:color w:val="000000" w:themeColor="text1"/>
        </w:rPr>
        <w:br/>
        <w:t xml:space="preserve">OR "traumatic brain injury"[Title/Abstract] OR TBI[Title/Abstract] </w:t>
      </w:r>
      <w:r w:rsidRPr="00D40E7F">
        <w:rPr>
          <w:rFonts w:asciiTheme="majorBidi" w:hAnsiTheme="majorBidi" w:cstheme="majorBidi"/>
          <w:color w:val="000000" w:themeColor="text1"/>
        </w:rPr>
        <w:br/>
        <w:t xml:space="preserve">OR "unilateral spatial neglect"[Title/Abstract] OR concussion[Title/Abstract])) </w:t>
      </w:r>
      <w:r w:rsidRPr="00D40E7F">
        <w:rPr>
          <w:rFonts w:asciiTheme="majorBidi" w:hAnsiTheme="majorBidi" w:cstheme="majorBidi"/>
          <w:color w:val="000000" w:themeColor="text1"/>
        </w:rPr>
        <w:br/>
        <w:t>AND (humans[Filter])</w:t>
      </w:r>
    </w:p>
    <w:p w14:paraId="77E92AF8" w14:textId="36B19D16" w:rsidR="001332C0" w:rsidRPr="00446703" w:rsidRDefault="001332C0" w:rsidP="00446703"/>
    <w:sectPr w:rsidR="001332C0" w:rsidRPr="0044670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4383932">
    <w:abstractNumId w:val="8"/>
  </w:num>
  <w:num w:numId="2" w16cid:durableId="811865764">
    <w:abstractNumId w:val="6"/>
  </w:num>
  <w:num w:numId="3" w16cid:durableId="1672174565">
    <w:abstractNumId w:val="5"/>
  </w:num>
  <w:num w:numId="4" w16cid:durableId="1128668926">
    <w:abstractNumId w:val="4"/>
  </w:num>
  <w:num w:numId="5" w16cid:durableId="2015573612">
    <w:abstractNumId w:val="7"/>
  </w:num>
  <w:num w:numId="6" w16cid:durableId="2141224366">
    <w:abstractNumId w:val="3"/>
  </w:num>
  <w:num w:numId="7" w16cid:durableId="1046948036">
    <w:abstractNumId w:val="2"/>
  </w:num>
  <w:num w:numId="8" w16cid:durableId="713696347">
    <w:abstractNumId w:val="1"/>
  </w:num>
  <w:num w:numId="9" w16cid:durableId="1857452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32C0"/>
    <w:rsid w:val="0015074B"/>
    <w:rsid w:val="0017795F"/>
    <w:rsid w:val="0029639D"/>
    <w:rsid w:val="00326F90"/>
    <w:rsid w:val="00446703"/>
    <w:rsid w:val="00AA1D8D"/>
    <w:rsid w:val="00B47730"/>
    <w:rsid w:val="00CA28C9"/>
    <w:rsid w:val="00CB0664"/>
    <w:rsid w:val="00D74148"/>
    <w:rsid w:val="00FC693F"/>
    <w:rsid w:val="00FD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C912B51F-2DE8-BC4C-9E2C-F1844F12B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Mohammed muneer m Alrashidi</cp:lastModifiedBy>
  <cp:revision>4</cp:revision>
  <dcterms:created xsi:type="dcterms:W3CDTF">2013-12-23T23:15:00Z</dcterms:created>
  <dcterms:modified xsi:type="dcterms:W3CDTF">2025-09-16T08:07:00Z</dcterms:modified>
  <cp:category/>
</cp:coreProperties>
</file>