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89807" w14:textId="77777777" w:rsidR="00DA7663" w:rsidRDefault="00000000">
      <w:pPr>
        <w:spacing w:after="120"/>
      </w:pPr>
      <w:r>
        <w:rPr>
          <w:b/>
        </w:rPr>
        <w:t xml:space="preserve">Supplementary Table S1. </w:t>
      </w:r>
      <w:r>
        <w:t>Spearman Rank-Order Correlations Between Vertical Jump Performance and Wingate Anaerobic Test Variables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2351"/>
        <w:gridCol w:w="2351"/>
        <w:gridCol w:w="2351"/>
      </w:tblGrid>
      <w:tr w:rsidR="00DA7663" w14:paraId="5AF896EB" w14:textId="77777777">
        <w:trPr>
          <w:jc w:val="center"/>
        </w:trPr>
        <w:tc>
          <w:tcPr>
            <w:tcW w:w="294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4BD1ED4" w14:textId="77777777" w:rsidR="00DA7663" w:rsidRDefault="00000000">
            <w:r>
              <w:rPr>
                <w:b/>
              </w:rPr>
              <w:t>WAnT variable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654A680" w14:textId="77777777" w:rsidR="00DA7663" w:rsidRDefault="00000000">
            <w:r>
              <w:rPr>
                <w:b/>
              </w:rPr>
              <w:t>Jump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8843D2A" w14:textId="77777777" w:rsidR="00DA7663" w:rsidRDefault="00000000">
            <w:r>
              <w:rPr>
                <w:b/>
              </w:rPr>
              <w:t>Spearman’s ρ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42B44BC" w14:textId="77777777" w:rsidR="00DA7663" w:rsidRDefault="00000000">
            <w:r>
              <w:rPr>
                <w:b/>
              </w:rPr>
              <w:t>p</w:t>
            </w:r>
          </w:p>
        </w:tc>
      </w:tr>
      <w:tr w:rsidR="00DA7663" w14:paraId="3962E532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29F2C" w14:textId="77777777" w:rsidR="00DA7663" w:rsidRDefault="00000000">
            <w:pPr>
              <w:spacing w:after="0"/>
            </w:pPr>
            <w:r>
              <w:t>PPabs (W)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120BD" w14:textId="77777777" w:rsidR="00DA7663" w:rsidRDefault="00000000">
            <w:pPr>
              <w:spacing w:after="0"/>
            </w:pPr>
            <w:r>
              <w:t>SJ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1F6FB" w14:textId="77777777" w:rsidR="00DA7663" w:rsidRDefault="00000000">
            <w:pPr>
              <w:spacing w:after="0"/>
              <w:jc w:val="center"/>
            </w:pPr>
            <w:r>
              <w:t>.64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CF2FE" w14:textId="77777777" w:rsidR="00DA7663" w:rsidRDefault="00000000">
            <w:pPr>
              <w:spacing w:after="0"/>
              <w:jc w:val="center"/>
            </w:pPr>
            <w:r>
              <w:t>.019</w:t>
            </w:r>
          </w:p>
        </w:tc>
      </w:tr>
      <w:tr w:rsidR="00DA7663" w14:paraId="1C0A0DE4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90CC" w14:textId="77777777" w:rsidR="00DA7663" w:rsidRDefault="00DA7663">
            <w:pPr>
              <w:spacing w:after="0"/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2AF95" w14:textId="77777777" w:rsidR="00DA7663" w:rsidRDefault="00000000">
            <w:pPr>
              <w:spacing w:after="0"/>
            </w:pPr>
            <w:r>
              <w:t>CMJ NAS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6E04A" w14:textId="77777777" w:rsidR="00DA7663" w:rsidRDefault="00000000">
            <w:pPr>
              <w:spacing w:after="0"/>
              <w:jc w:val="center"/>
            </w:pPr>
            <w:r>
              <w:t>.70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745B4" w14:textId="77777777" w:rsidR="00DA7663" w:rsidRDefault="00000000">
            <w:pPr>
              <w:spacing w:after="0"/>
              <w:jc w:val="center"/>
            </w:pPr>
            <w:r>
              <w:t>.008</w:t>
            </w:r>
          </w:p>
        </w:tc>
      </w:tr>
      <w:tr w:rsidR="00DA7663" w14:paraId="75F3BAF9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3B546" w14:textId="77777777" w:rsidR="00DA7663" w:rsidRDefault="00DA7663">
            <w:pPr>
              <w:spacing w:after="0"/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2948" w14:textId="77777777" w:rsidR="00DA7663" w:rsidRDefault="00000000">
            <w:pPr>
              <w:spacing w:after="0"/>
            </w:pPr>
            <w:r>
              <w:t>CMJ AS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26362" w14:textId="77777777" w:rsidR="00DA7663" w:rsidRDefault="00000000">
            <w:pPr>
              <w:spacing w:after="0"/>
              <w:jc w:val="center"/>
            </w:pPr>
            <w:r>
              <w:t>.82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B713C" w14:textId="77777777" w:rsidR="00DA7663" w:rsidRDefault="00000000">
            <w:pPr>
              <w:spacing w:after="0"/>
              <w:jc w:val="center"/>
            </w:pPr>
            <w:r>
              <w:t>&lt; .001</w:t>
            </w:r>
          </w:p>
        </w:tc>
      </w:tr>
      <w:tr w:rsidR="00DA7663" w14:paraId="3E57A455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8DACB" w14:textId="77777777" w:rsidR="00DA7663" w:rsidRDefault="00000000">
            <w:pPr>
              <w:spacing w:after="0"/>
            </w:pPr>
            <w:r>
              <w:t>PPrel (W·kg⁻¹)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E6CCC" w14:textId="77777777" w:rsidR="00DA7663" w:rsidRDefault="00000000">
            <w:pPr>
              <w:spacing w:after="0"/>
            </w:pPr>
            <w:r>
              <w:t>SJ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099CA" w14:textId="77777777" w:rsidR="00DA7663" w:rsidRDefault="00000000">
            <w:pPr>
              <w:spacing w:after="0"/>
              <w:jc w:val="center"/>
            </w:pPr>
            <w:r>
              <w:t>.54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89F65" w14:textId="77777777" w:rsidR="00DA7663" w:rsidRDefault="00000000">
            <w:pPr>
              <w:spacing w:after="0"/>
              <w:jc w:val="center"/>
            </w:pPr>
            <w:r>
              <w:t>.059</w:t>
            </w:r>
          </w:p>
        </w:tc>
      </w:tr>
      <w:tr w:rsidR="00DA7663" w14:paraId="12AF46E0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82506" w14:textId="77777777" w:rsidR="00DA7663" w:rsidRDefault="00DA7663">
            <w:pPr>
              <w:spacing w:after="0"/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13058" w14:textId="77777777" w:rsidR="00DA7663" w:rsidRDefault="00000000">
            <w:pPr>
              <w:spacing w:after="0"/>
            </w:pPr>
            <w:r>
              <w:t>CMJ NAS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87FA7" w14:textId="77777777" w:rsidR="00DA7663" w:rsidRDefault="00000000">
            <w:pPr>
              <w:spacing w:after="0"/>
              <w:jc w:val="center"/>
            </w:pPr>
            <w:r>
              <w:t>.64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601C8" w14:textId="77777777" w:rsidR="00DA7663" w:rsidRDefault="00000000">
            <w:pPr>
              <w:spacing w:after="0"/>
              <w:jc w:val="center"/>
            </w:pPr>
            <w:r>
              <w:t>.018</w:t>
            </w:r>
          </w:p>
        </w:tc>
      </w:tr>
      <w:tr w:rsidR="00DA7663" w14:paraId="145FBC64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EC475" w14:textId="77777777" w:rsidR="00DA7663" w:rsidRDefault="00DA7663">
            <w:pPr>
              <w:spacing w:after="0"/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3A87A" w14:textId="77777777" w:rsidR="00DA7663" w:rsidRDefault="00000000">
            <w:pPr>
              <w:spacing w:after="0"/>
            </w:pPr>
            <w:r>
              <w:t>CMJ AS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32058" w14:textId="77777777" w:rsidR="00DA7663" w:rsidRDefault="00000000">
            <w:pPr>
              <w:spacing w:after="0"/>
              <w:jc w:val="center"/>
            </w:pPr>
            <w:r>
              <w:t>.56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CA983" w14:textId="77777777" w:rsidR="00DA7663" w:rsidRDefault="00000000">
            <w:pPr>
              <w:spacing w:after="0"/>
              <w:jc w:val="center"/>
            </w:pPr>
            <w:r>
              <w:t>.046</w:t>
            </w:r>
          </w:p>
        </w:tc>
      </w:tr>
      <w:tr w:rsidR="00DA7663" w14:paraId="138FCCD8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B0BD7" w14:textId="77777777" w:rsidR="00DA7663" w:rsidRDefault="00000000">
            <w:pPr>
              <w:spacing w:after="0"/>
            </w:pPr>
            <w:r>
              <w:t>MP (W)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203D6" w14:textId="77777777" w:rsidR="00DA7663" w:rsidRDefault="00000000">
            <w:pPr>
              <w:spacing w:after="0"/>
            </w:pPr>
            <w:r>
              <w:t>SJ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9DC39" w14:textId="77777777" w:rsidR="00DA7663" w:rsidRDefault="00000000">
            <w:pPr>
              <w:spacing w:after="0"/>
              <w:jc w:val="center"/>
            </w:pPr>
            <w:r>
              <w:t>.36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22203" w14:textId="77777777" w:rsidR="00DA7663" w:rsidRDefault="00000000">
            <w:pPr>
              <w:spacing w:after="0"/>
              <w:jc w:val="center"/>
            </w:pPr>
            <w:r>
              <w:t>.221</w:t>
            </w:r>
          </w:p>
        </w:tc>
      </w:tr>
      <w:tr w:rsidR="00DA7663" w14:paraId="7C755D5D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248C6" w14:textId="77777777" w:rsidR="00DA7663" w:rsidRDefault="00DA7663">
            <w:pPr>
              <w:spacing w:after="0"/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E8049" w14:textId="77777777" w:rsidR="00DA7663" w:rsidRDefault="00000000">
            <w:pPr>
              <w:spacing w:after="0"/>
            </w:pPr>
            <w:r>
              <w:t>CMJ NAS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C5EBE" w14:textId="77777777" w:rsidR="00DA7663" w:rsidRDefault="00000000">
            <w:pPr>
              <w:spacing w:after="0"/>
              <w:jc w:val="center"/>
            </w:pPr>
            <w:r>
              <w:t>.19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B59EB" w14:textId="77777777" w:rsidR="00DA7663" w:rsidRDefault="00000000">
            <w:pPr>
              <w:spacing w:after="0"/>
              <w:jc w:val="center"/>
            </w:pPr>
            <w:r>
              <w:t>.540</w:t>
            </w:r>
          </w:p>
        </w:tc>
      </w:tr>
      <w:tr w:rsidR="00DA7663" w14:paraId="1CAC660A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BC68D" w14:textId="77777777" w:rsidR="00DA7663" w:rsidRDefault="00DA7663">
            <w:pPr>
              <w:spacing w:after="0"/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CDC2D" w14:textId="77777777" w:rsidR="00DA7663" w:rsidRDefault="00000000">
            <w:pPr>
              <w:spacing w:after="0"/>
            </w:pPr>
            <w:r>
              <w:t>CMJ AS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772BB" w14:textId="77777777" w:rsidR="00DA7663" w:rsidRDefault="00000000">
            <w:pPr>
              <w:spacing w:after="0"/>
              <w:jc w:val="center"/>
            </w:pPr>
            <w:r>
              <w:t>.49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9353E" w14:textId="77777777" w:rsidR="00DA7663" w:rsidRDefault="00000000">
            <w:pPr>
              <w:spacing w:after="0"/>
              <w:jc w:val="center"/>
            </w:pPr>
            <w:r>
              <w:t>.087</w:t>
            </w:r>
          </w:p>
        </w:tc>
      </w:tr>
      <w:tr w:rsidR="00DA7663" w14:paraId="11375222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3514C" w14:textId="77777777" w:rsidR="00DA7663" w:rsidRDefault="00000000">
            <w:pPr>
              <w:spacing w:after="0"/>
            </w:pPr>
            <w:r>
              <w:t>TTP (s)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284E8" w14:textId="77777777" w:rsidR="00DA7663" w:rsidRDefault="00000000">
            <w:pPr>
              <w:spacing w:after="0"/>
            </w:pPr>
            <w:r>
              <w:t>SJ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1B03E" w14:textId="77777777" w:rsidR="00DA7663" w:rsidRDefault="00000000">
            <w:pPr>
              <w:spacing w:after="0"/>
              <w:jc w:val="center"/>
            </w:pPr>
            <w:r>
              <w:t>−.64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30D05" w14:textId="77777777" w:rsidR="00DA7663" w:rsidRDefault="00000000">
            <w:pPr>
              <w:spacing w:after="0"/>
              <w:jc w:val="center"/>
            </w:pPr>
            <w:r>
              <w:t>.018</w:t>
            </w:r>
          </w:p>
        </w:tc>
      </w:tr>
      <w:tr w:rsidR="00DA7663" w14:paraId="49AB0631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6A99D" w14:textId="77777777" w:rsidR="00DA7663" w:rsidRDefault="00DA7663">
            <w:pPr>
              <w:spacing w:after="0"/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5958C" w14:textId="77777777" w:rsidR="00DA7663" w:rsidRDefault="00000000">
            <w:pPr>
              <w:spacing w:after="0"/>
            </w:pPr>
            <w:r>
              <w:t>CMJ NAS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6E776" w14:textId="77777777" w:rsidR="00DA7663" w:rsidRDefault="00000000">
            <w:pPr>
              <w:spacing w:after="0"/>
              <w:jc w:val="center"/>
            </w:pPr>
            <w:r>
              <w:t>−.66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A7E46" w14:textId="77777777" w:rsidR="00DA7663" w:rsidRDefault="00000000">
            <w:pPr>
              <w:spacing w:after="0"/>
              <w:jc w:val="center"/>
            </w:pPr>
            <w:r>
              <w:t>.014</w:t>
            </w:r>
          </w:p>
        </w:tc>
      </w:tr>
      <w:tr w:rsidR="00DA7663" w14:paraId="09223AB4" w14:textId="77777777">
        <w:trPr>
          <w:jc w:val="center"/>
        </w:trPr>
        <w:tc>
          <w:tcPr>
            <w:tcW w:w="23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1195992" w14:textId="77777777" w:rsidR="00DA7663" w:rsidRDefault="00DA7663">
            <w:pPr>
              <w:spacing w:after="0"/>
            </w:pP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48E12BB" w14:textId="77777777" w:rsidR="00DA7663" w:rsidRDefault="00000000">
            <w:pPr>
              <w:spacing w:after="0"/>
            </w:pPr>
            <w:r>
              <w:t>CMJ AS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971377F" w14:textId="77777777" w:rsidR="00DA7663" w:rsidRDefault="00000000">
            <w:pPr>
              <w:spacing w:after="0"/>
              <w:jc w:val="center"/>
            </w:pPr>
            <w:r>
              <w:t>−.60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76AD961" w14:textId="77777777" w:rsidR="00DA7663" w:rsidRDefault="00000000">
            <w:pPr>
              <w:spacing w:after="0"/>
              <w:jc w:val="center"/>
            </w:pPr>
            <w:r>
              <w:t>.030</w:t>
            </w:r>
          </w:p>
        </w:tc>
      </w:tr>
    </w:tbl>
    <w:p w14:paraId="0132C46A" w14:textId="77777777" w:rsidR="00DA7663" w:rsidRDefault="00000000">
      <w:pPr>
        <w:spacing w:before="100" w:after="0"/>
      </w:pPr>
      <w:r>
        <w:rPr>
          <w:i/>
          <w:sz w:val="18"/>
        </w:rPr>
        <w:t xml:space="preserve">Note. </w:t>
      </w:r>
      <w:r>
        <w:rPr>
          <w:sz w:val="18"/>
        </w:rPr>
        <w:t>PPabs = absolute peak power; PPrel = relative peak power; MP = mean power; TTP = time to peak power; SJ = squat jump; CMJ NAS = countermovement jump without arm swing; CMJ AS = countermovement jump with arm swing. Spearman’s rank-order correlations were calculated as a sensitivity analysis to assess the robustness of the primary Pearson correlation analyses. p values are unadjusted. All analyses were based on N = 13 participants.</w:t>
      </w:r>
    </w:p>
    <w:sectPr w:rsidR="00DA7663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3310691">
    <w:abstractNumId w:val="8"/>
  </w:num>
  <w:num w:numId="2" w16cid:durableId="931668031">
    <w:abstractNumId w:val="6"/>
  </w:num>
  <w:num w:numId="3" w16cid:durableId="816994824">
    <w:abstractNumId w:val="5"/>
  </w:num>
  <w:num w:numId="4" w16cid:durableId="1964841439">
    <w:abstractNumId w:val="4"/>
  </w:num>
  <w:num w:numId="5" w16cid:durableId="1974752613">
    <w:abstractNumId w:val="7"/>
  </w:num>
  <w:num w:numId="6" w16cid:durableId="2076470731">
    <w:abstractNumId w:val="3"/>
  </w:num>
  <w:num w:numId="7" w16cid:durableId="315846154">
    <w:abstractNumId w:val="2"/>
  </w:num>
  <w:num w:numId="8" w16cid:durableId="939024379">
    <w:abstractNumId w:val="1"/>
  </w:num>
  <w:num w:numId="9" w16cid:durableId="140938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1C80"/>
    <w:rsid w:val="00326F90"/>
    <w:rsid w:val="00666295"/>
    <w:rsid w:val="00730C23"/>
    <w:rsid w:val="00AA1D8D"/>
    <w:rsid w:val="00B47730"/>
    <w:rsid w:val="00CB0664"/>
    <w:rsid w:val="00DA76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84F15C"/>
  <w14:defaultImageDpi w14:val="300"/>
  <w15:docId w15:val="{1DD05107-93BB-4365-A005-61A8AC5A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Frączek</cp:lastModifiedBy>
  <cp:revision>2</cp:revision>
  <dcterms:created xsi:type="dcterms:W3CDTF">2026-08-13T12:51:00Z</dcterms:created>
  <dcterms:modified xsi:type="dcterms:W3CDTF">2026-08-13T12:51:00Z</dcterms:modified>
  <cp:category/>
</cp:coreProperties>
</file>