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F36F4" w14:textId="77777777" w:rsidR="00D70E3A" w:rsidRPr="00D70E3A" w:rsidRDefault="00D70E3A">
      <w:pPr>
        <w:rPr>
          <w:rFonts w:ascii="Times New Roman" w:hAnsi="Times New Roman" w:cs="Times New Roman"/>
          <w:b/>
          <w:bCs/>
          <w:color w:val="000000" w:themeColor="text1"/>
          <w:sz w:val="21"/>
          <w:szCs w:val="21"/>
        </w:rPr>
      </w:pPr>
      <w:r>
        <w:rPr>
          <w:b/>
          <w:sz w:val="20"/>
        </w:rPr>
        <w:t>Supplementary Table 1. RECORD checklist for observational studies using routinely collected health data.</w:t>
      </w:r>
    </w:p>
    <w:p w14:paraId="39BBFF1D" w14:textId="77777777" w:rsidR="00CC22A9" w:rsidRPr="00194319" w:rsidRDefault="00F60881">
      <w:pPr>
        <w:rPr>
          <w:rFonts w:ascii="Times New Roman" w:hAnsi="Times New Roman" w:cs="Times New Roman"/>
          <w:color w:val="000000" w:themeColor="text1"/>
          <w:sz w:val="21"/>
          <w:szCs w:val="21"/>
        </w:rPr>
      </w:pPr>
      <w:r w:rsidRPr="00194319">
        <w:rPr>
          <w:rFonts w:cs="Times New Roman"/>
          <w:color w:val="000000" w:themeColor="text1"/>
          <w:sz w:val="16"/>
          <w:szCs w:val="21"/>
        </w:rPr>
        <w:t>The RECORD statement checklist of items, extended from the STROBE statement, that should be reported in observational studies using routinely collected health data.</w:t>
      </w:r>
    </w:p>
    <w:tbl>
      <w:tblPr>
        <w:tblStyle w:val="afe"/>
        <w:tblW w:w="15600" w:type="dxa"/>
        <w:jc w:val="center"/>
        <w:tblLayout w:type="fixed"/>
        <w:tblLook w:val="04A0" w:firstRow="1" w:lastRow="0" w:firstColumn="1" w:lastColumn="0" w:noHBand="0" w:noVBand="1"/>
      </w:tblPr>
      <w:tblGrid>
        <w:gridCol w:w="760"/>
        <w:gridCol w:w="5180"/>
        <w:gridCol w:w="2240"/>
        <w:gridCol w:w="5180"/>
        <w:gridCol w:w="2240"/>
      </w:tblGrid>
      <w:tr w:rsidR="00194319" w:rsidRPr="005E7FAC" w14:paraId="68D90FF2" w14:textId="77777777" w:rsidTr="005928B6">
        <w:trPr>
          <w:cantSplit/>
          <w:tblHeader/>
          <w:jc w:val="center"/>
        </w:trPr>
        <w:tc>
          <w:tcPr>
            <w:tcW w:w="760" w:type="dxa"/>
            <w:shd w:val="clear" w:color="auto" w:fill="D9EAF7"/>
            <w:tcMar>
              <w:top w:w="60" w:type="dxa"/>
              <w:left w:w="60" w:type="dxa"/>
              <w:bottom w:w="60" w:type="dxa"/>
              <w:right w:w="60" w:type="dxa"/>
            </w:tcMar>
          </w:tcPr>
          <w:p w14:paraId="7C36D885" w14:textId="77777777" w:rsidR="00194319" w:rsidRPr="005E7FAC" w:rsidRDefault="00194319">
            <w:pPr>
              <w:rPr>
                <w:rFonts w:ascii="Times New Roman" w:hAnsi="Times New Roman" w:cs="Times New Roman"/>
                <w:sz w:val="21"/>
                <w:szCs w:val="21"/>
              </w:rPr>
            </w:pPr>
            <w:r w:rsidRPr="005E7FAC">
              <w:rPr>
                <w:rFonts w:cs="Times New Roman"/>
                <w:b/>
                <w:sz w:val="16"/>
                <w:szCs w:val="21"/>
              </w:rPr>
              <w:t>Item No.</w:t>
            </w:r>
          </w:p>
        </w:tc>
        <w:tc>
          <w:tcPr>
            <w:tcW w:w="5180" w:type="dxa"/>
            <w:shd w:val="clear" w:color="auto" w:fill="D9EAF7"/>
            <w:tcMar>
              <w:top w:w="60" w:type="dxa"/>
              <w:left w:w="60" w:type="dxa"/>
              <w:bottom w:w="60" w:type="dxa"/>
              <w:right w:w="60" w:type="dxa"/>
            </w:tcMar>
          </w:tcPr>
          <w:p w14:paraId="5F1D501D" w14:textId="77777777" w:rsidR="00194319" w:rsidRPr="005E7FAC" w:rsidRDefault="00194319">
            <w:pPr>
              <w:rPr>
                <w:rFonts w:ascii="Times New Roman" w:hAnsi="Times New Roman" w:cs="Times New Roman"/>
                <w:sz w:val="21"/>
                <w:szCs w:val="21"/>
              </w:rPr>
            </w:pPr>
            <w:r w:rsidRPr="005E7FAC">
              <w:rPr>
                <w:rFonts w:cs="Times New Roman"/>
                <w:b/>
                <w:sz w:val="16"/>
                <w:szCs w:val="21"/>
              </w:rPr>
              <w:t>STROBE items</w:t>
            </w:r>
          </w:p>
        </w:tc>
        <w:tc>
          <w:tcPr>
            <w:tcW w:w="2240" w:type="dxa"/>
            <w:shd w:val="clear" w:color="auto" w:fill="D9EAF7"/>
            <w:tcMar>
              <w:top w:w="60" w:type="dxa"/>
              <w:left w:w="60" w:type="dxa"/>
              <w:bottom w:w="60" w:type="dxa"/>
              <w:right w:w="60" w:type="dxa"/>
            </w:tcMar>
          </w:tcPr>
          <w:p w14:paraId="029754A9" w14:textId="77777777" w:rsidR="00194319" w:rsidRPr="005E7FAC" w:rsidRDefault="00194319">
            <w:pPr>
              <w:rPr>
                <w:rFonts w:ascii="Times New Roman" w:hAnsi="Times New Roman" w:cs="Times New Roman"/>
                <w:sz w:val="21"/>
                <w:szCs w:val="21"/>
              </w:rPr>
            </w:pPr>
            <w:r w:rsidRPr="005E7FAC">
              <w:rPr>
                <w:rFonts w:cs="Times New Roman"/>
                <w:b/>
                <w:sz w:val="16"/>
                <w:szCs w:val="21"/>
              </w:rPr>
              <w:t>Location in manuscript where items are reported</w:t>
            </w:r>
          </w:p>
        </w:tc>
        <w:tc>
          <w:tcPr>
            <w:tcW w:w="5180" w:type="dxa"/>
            <w:shd w:val="clear" w:color="auto" w:fill="D9EAF7"/>
            <w:tcMar>
              <w:top w:w="60" w:type="dxa"/>
              <w:left w:w="60" w:type="dxa"/>
              <w:bottom w:w="60" w:type="dxa"/>
              <w:right w:w="60" w:type="dxa"/>
            </w:tcMar>
          </w:tcPr>
          <w:p w14:paraId="02978EFF" w14:textId="77777777" w:rsidR="00194319" w:rsidRPr="005E7FAC" w:rsidRDefault="00194319">
            <w:pPr>
              <w:rPr>
                <w:rFonts w:ascii="Times New Roman" w:hAnsi="Times New Roman" w:cs="Times New Roman"/>
                <w:sz w:val="21"/>
                <w:szCs w:val="21"/>
              </w:rPr>
            </w:pPr>
            <w:r w:rsidRPr="005E7FAC">
              <w:rPr>
                <w:rFonts w:cs="Times New Roman"/>
                <w:b/>
                <w:sz w:val="16"/>
                <w:szCs w:val="21"/>
              </w:rPr>
              <w:t>RECORD items</w:t>
            </w:r>
          </w:p>
        </w:tc>
        <w:tc>
          <w:tcPr>
            <w:tcW w:w="2240" w:type="dxa"/>
            <w:shd w:val="clear" w:color="auto" w:fill="D9EAF7"/>
            <w:tcMar>
              <w:top w:w="60" w:type="dxa"/>
              <w:left w:w="60" w:type="dxa"/>
              <w:bottom w:w="60" w:type="dxa"/>
              <w:right w:w="60" w:type="dxa"/>
            </w:tcMar>
          </w:tcPr>
          <w:p w14:paraId="0B557794" w14:textId="77777777" w:rsidR="00194319" w:rsidRPr="005E7FAC" w:rsidRDefault="00194319">
            <w:pPr>
              <w:rPr>
                <w:rFonts w:ascii="Times New Roman" w:hAnsi="Times New Roman" w:cs="Times New Roman"/>
                <w:sz w:val="21"/>
                <w:szCs w:val="21"/>
              </w:rPr>
            </w:pPr>
            <w:r w:rsidRPr="005E7FAC">
              <w:rPr>
                <w:rFonts w:cs="Times New Roman"/>
                <w:b/>
                <w:sz w:val="16"/>
                <w:szCs w:val="21"/>
              </w:rPr>
              <w:t>Location in manuscript where RECORD items are reported</w:t>
            </w:r>
          </w:p>
        </w:tc>
      </w:tr>
      <w:tr w:rsidR="00194319" w:rsidRPr="005E7FAC" w14:paraId="0E6770D8" w14:textId="77777777" w:rsidTr="005928B6">
        <w:trPr>
          <w:cantSplit/>
          <w:jc w:val="center"/>
        </w:trPr>
        <w:tc>
          <w:tcPr>
            <w:tcW w:w="15600" w:type="dxa"/>
            <w:gridSpan w:val="5"/>
            <w:shd w:val="clear" w:color="auto" w:fill="EDEDED"/>
            <w:tcMar>
              <w:top w:w="60" w:type="dxa"/>
              <w:left w:w="60" w:type="dxa"/>
              <w:bottom w:w="60" w:type="dxa"/>
              <w:right w:w="60" w:type="dxa"/>
            </w:tcMar>
          </w:tcPr>
          <w:p w14:paraId="6A45AF6A" w14:textId="77777777" w:rsidR="00194319" w:rsidRPr="005E7FAC" w:rsidRDefault="00194319">
            <w:pPr>
              <w:rPr>
                <w:rFonts w:ascii="Times New Roman" w:hAnsi="Times New Roman" w:cs="Times New Roman"/>
                <w:sz w:val="21"/>
                <w:szCs w:val="21"/>
              </w:rPr>
            </w:pPr>
            <w:r w:rsidRPr="005E7FAC">
              <w:rPr>
                <w:rFonts w:cs="Times New Roman"/>
                <w:b/>
                <w:sz w:val="16"/>
                <w:szCs w:val="21"/>
              </w:rPr>
              <w:t>Title and abstract</w:t>
            </w:r>
          </w:p>
        </w:tc>
      </w:tr>
      <w:tr w:rsidR="00194319" w:rsidRPr="005E7FAC" w14:paraId="12DA9D0F" w14:textId="77777777" w:rsidTr="005928B6">
        <w:trPr>
          <w:cantSplit/>
          <w:jc w:val="center"/>
        </w:trPr>
        <w:tc>
          <w:tcPr>
            <w:tcW w:w="760" w:type="dxa"/>
            <w:tcMar>
              <w:top w:w="60" w:type="dxa"/>
              <w:left w:w="60" w:type="dxa"/>
              <w:bottom w:w="60" w:type="dxa"/>
              <w:right w:w="60" w:type="dxa"/>
            </w:tcMar>
          </w:tcPr>
          <w:p w14:paraId="3160C132" w14:textId="77777777" w:rsidR="00194319" w:rsidRPr="005E7FAC" w:rsidRDefault="00194319">
            <w:pPr>
              <w:rPr>
                <w:rFonts w:ascii="Times New Roman" w:hAnsi="Times New Roman" w:cs="Times New Roman"/>
                <w:sz w:val="21"/>
                <w:szCs w:val="21"/>
              </w:rPr>
            </w:pPr>
            <w:r w:rsidRPr="005E7FAC">
              <w:rPr>
                <w:rFonts w:cs="Times New Roman"/>
                <w:sz w:val="16"/>
                <w:szCs w:val="21"/>
              </w:rPr>
              <w:t>1</w:t>
            </w:r>
          </w:p>
        </w:tc>
        <w:tc>
          <w:tcPr>
            <w:tcW w:w="5180" w:type="dxa"/>
            <w:tcMar>
              <w:top w:w="60" w:type="dxa"/>
              <w:left w:w="60" w:type="dxa"/>
              <w:bottom w:w="60" w:type="dxa"/>
              <w:right w:w="60" w:type="dxa"/>
            </w:tcMar>
          </w:tcPr>
          <w:p w14:paraId="67E073E1" w14:textId="77777777" w:rsidR="00194319" w:rsidRPr="005E7FAC" w:rsidRDefault="00194319">
            <w:pPr>
              <w:rPr>
                <w:rFonts w:ascii="Times New Roman" w:hAnsi="Times New Roman" w:cs="Times New Roman"/>
                <w:sz w:val="21"/>
                <w:szCs w:val="21"/>
              </w:rPr>
            </w:pPr>
            <w:r w:rsidRPr="005E7FAC">
              <w:rPr>
                <w:rFonts w:cs="Times New Roman"/>
                <w:sz w:val="16"/>
                <w:szCs w:val="21"/>
              </w:rPr>
              <w:t>(a) Indicate the study design with a commonly used term in the title or abstract.</w:t>
            </w:r>
            <w:r w:rsidRPr="005E7FAC">
              <w:rPr>
                <w:rFonts w:cs="Times New Roman"/>
                <w:sz w:val="16"/>
                <w:szCs w:val="21"/>
              </w:rPr>
              <w:br/>
              <w:t>(b) Provide in the abstract an informative and balanced summary of what was done and what was found.</w:t>
            </w:r>
          </w:p>
        </w:tc>
        <w:tc>
          <w:tcPr>
            <w:tcW w:w="2240" w:type="dxa"/>
            <w:tcMar>
              <w:top w:w="60" w:type="dxa"/>
              <w:left w:w="60" w:type="dxa"/>
              <w:bottom w:w="60" w:type="dxa"/>
              <w:right w:w="60" w:type="dxa"/>
            </w:tcMar>
          </w:tcPr>
          <w:p w14:paraId="28CA5AFA" w14:textId="77777777" w:rsidR="00245CDA" w:rsidRDefault="00F60881">
            <w:r>
              <w:rPr>
                <w:sz w:val="16"/>
              </w:rPr>
              <w:t>Title; Abstract (Background, Methods, Results, Conclusions)</w:t>
            </w:r>
          </w:p>
        </w:tc>
        <w:tc>
          <w:tcPr>
            <w:tcW w:w="5180" w:type="dxa"/>
            <w:tcMar>
              <w:top w:w="60" w:type="dxa"/>
              <w:left w:w="60" w:type="dxa"/>
              <w:bottom w:w="60" w:type="dxa"/>
              <w:right w:w="60" w:type="dxa"/>
            </w:tcMar>
          </w:tcPr>
          <w:p w14:paraId="7610F34C" w14:textId="77777777" w:rsidR="00194319" w:rsidRPr="005E7FAC" w:rsidRDefault="00194319">
            <w:pPr>
              <w:rPr>
                <w:rFonts w:ascii="Times New Roman" w:hAnsi="Times New Roman" w:cs="Times New Roman"/>
                <w:sz w:val="21"/>
                <w:szCs w:val="21"/>
              </w:rPr>
            </w:pPr>
            <w:r w:rsidRPr="005E7FAC">
              <w:rPr>
                <w:rFonts w:cs="Times New Roman"/>
                <w:sz w:val="16"/>
                <w:szCs w:val="21"/>
              </w:rPr>
              <w:t>RECORD 1.1: The type of data used should be specified in the title or abstract. When possible, the name of the databases used should be included.</w:t>
            </w:r>
            <w:r w:rsidRPr="005E7FAC">
              <w:rPr>
                <w:rFonts w:cs="Times New Roman"/>
                <w:sz w:val="16"/>
                <w:szCs w:val="21"/>
              </w:rPr>
              <w:br/>
              <w:t>RECORD 1.2: If applicable, the geographic region and timeframe within which the study took place should be reported in the title or abstract.</w:t>
            </w:r>
            <w:r w:rsidRPr="005E7FAC">
              <w:rPr>
                <w:rFonts w:cs="Times New Roman"/>
                <w:sz w:val="16"/>
                <w:szCs w:val="21"/>
              </w:rPr>
              <w:br/>
              <w:t>RECORD 1.3: If linkage between databases was conducted for the study, this should be clearly stated in the title or abstract.</w:t>
            </w:r>
          </w:p>
        </w:tc>
        <w:tc>
          <w:tcPr>
            <w:tcW w:w="2240" w:type="dxa"/>
            <w:tcMar>
              <w:top w:w="60" w:type="dxa"/>
              <w:left w:w="60" w:type="dxa"/>
              <w:bottom w:w="60" w:type="dxa"/>
              <w:right w:w="60" w:type="dxa"/>
            </w:tcMar>
          </w:tcPr>
          <w:p w14:paraId="03529995" w14:textId="77777777" w:rsidR="00245CDA" w:rsidRDefault="00F60881">
            <w:r>
              <w:rPr>
                <w:sz w:val="16"/>
              </w:rPr>
              <w:t>Title; Abstract (Methods: linked Specific Health Checkups [FY2012–FY2022] and administrative insurance claims in Hakui City; linkage also described in Methods: Study design and data source)</w:t>
            </w:r>
          </w:p>
        </w:tc>
      </w:tr>
      <w:tr w:rsidR="00194319" w:rsidRPr="005E7FAC" w14:paraId="7D6383EB" w14:textId="77777777" w:rsidTr="005928B6">
        <w:trPr>
          <w:cantSplit/>
          <w:jc w:val="center"/>
        </w:trPr>
        <w:tc>
          <w:tcPr>
            <w:tcW w:w="15600" w:type="dxa"/>
            <w:gridSpan w:val="5"/>
            <w:shd w:val="clear" w:color="auto" w:fill="EDEDED"/>
            <w:tcMar>
              <w:top w:w="60" w:type="dxa"/>
              <w:left w:w="60" w:type="dxa"/>
              <w:bottom w:w="60" w:type="dxa"/>
              <w:right w:w="60" w:type="dxa"/>
            </w:tcMar>
          </w:tcPr>
          <w:p w14:paraId="67C7F734" w14:textId="77777777" w:rsidR="00194319" w:rsidRPr="005E7FAC" w:rsidRDefault="00194319">
            <w:pPr>
              <w:rPr>
                <w:rFonts w:ascii="Times New Roman" w:hAnsi="Times New Roman" w:cs="Times New Roman"/>
                <w:sz w:val="21"/>
                <w:szCs w:val="21"/>
              </w:rPr>
            </w:pPr>
            <w:r w:rsidRPr="005E7FAC">
              <w:rPr>
                <w:rFonts w:cs="Times New Roman"/>
                <w:b/>
                <w:sz w:val="16"/>
                <w:szCs w:val="21"/>
              </w:rPr>
              <w:t>Introduction</w:t>
            </w:r>
          </w:p>
        </w:tc>
      </w:tr>
      <w:tr w:rsidR="00194319" w:rsidRPr="005E7FAC" w14:paraId="2A8A03AF" w14:textId="77777777" w:rsidTr="005928B6">
        <w:trPr>
          <w:cantSplit/>
          <w:jc w:val="center"/>
        </w:trPr>
        <w:tc>
          <w:tcPr>
            <w:tcW w:w="760" w:type="dxa"/>
            <w:tcMar>
              <w:top w:w="60" w:type="dxa"/>
              <w:left w:w="60" w:type="dxa"/>
              <w:bottom w:w="60" w:type="dxa"/>
              <w:right w:w="60" w:type="dxa"/>
            </w:tcMar>
          </w:tcPr>
          <w:p w14:paraId="6DC8BC23" w14:textId="77777777" w:rsidR="00194319" w:rsidRPr="005E7FAC" w:rsidRDefault="00194319">
            <w:pPr>
              <w:rPr>
                <w:rFonts w:ascii="Times New Roman" w:hAnsi="Times New Roman" w:cs="Times New Roman"/>
                <w:sz w:val="21"/>
                <w:szCs w:val="21"/>
              </w:rPr>
            </w:pPr>
            <w:r w:rsidRPr="005E7FAC">
              <w:rPr>
                <w:rFonts w:cs="Times New Roman"/>
                <w:sz w:val="16"/>
                <w:szCs w:val="21"/>
              </w:rPr>
              <w:t>2</w:t>
            </w:r>
          </w:p>
        </w:tc>
        <w:tc>
          <w:tcPr>
            <w:tcW w:w="5180" w:type="dxa"/>
            <w:tcMar>
              <w:top w:w="60" w:type="dxa"/>
              <w:left w:w="60" w:type="dxa"/>
              <w:bottom w:w="60" w:type="dxa"/>
              <w:right w:w="60" w:type="dxa"/>
            </w:tcMar>
          </w:tcPr>
          <w:p w14:paraId="48E68EF7" w14:textId="77777777" w:rsidR="00194319" w:rsidRPr="005E7FAC" w:rsidRDefault="00194319">
            <w:pPr>
              <w:rPr>
                <w:rFonts w:ascii="Times New Roman" w:hAnsi="Times New Roman" w:cs="Times New Roman"/>
                <w:sz w:val="21"/>
                <w:szCs w:val="21"/>
              </w:rPr>
            </w:pPr>
            <w:r w:rsidRPr="005E7FAC">
              <w:rPr>
                <w:rFonts w:cs="Times New Roman"/>
                <w:sz w:val="16"/>
                <w:szCs w:val="21"/>
              </w:rPr>
              <w:t>Explain the scientific background and rationale for the investigation being reported.</w:t>
            </w:r>
          </w:p>
        </w:tc>
        <w:tc>
          <w:tcPr>
            <w:tcW w:w="2240" w:type="dxa"/>
            <w:tcMar>
              <w:top w:w="60" w:type="dxa"/>
              <w:left w:w="60" w:type="dxa"/>
              <w:bottom w:w="60" w:type="dxa"/>
              <w:right w:w="60" w:type="dxa"/>
            </w:tcMar>
          </w:tcPr>
          <w:p w14:paraId="50076422" w14:textId="77777777" w:rsidR="00245CDA" w:rsidRDefault="00F60881">
            <w:r>
              <w:rPr>
                <w:sz w:val="16"/>
              </w:rPr>
              <w:t>Background (paragraphs describing NCD burden, Japanese health checkups, claims points, nonlinear modeling, and rationale for metabolic composite indices)</w:t>
            </w:r>
          </w:p>
        </w:tc>
        <w:tc>
          <w:tcPr>
            <w:tcW w:w="5180" w:type="dxa"/>
            <w:tcMar>
              <w:top w:w="60" w:type="dxa"/>
              <w:left w:w="60" w:type="dxa"/>
              <w:bottom w:w="60" w:type="dxa"/>
              <w:right w:w="60" w:type="dxa"/>
            </w:tcMar>
          </w:tcPr>
          <w:p w14:paraId="4699545A"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0345DF09" w14:textId="77777777" w:rsidR="00245CDA" w:rsidRDefault="00F60881">
            <w:r>
              <w:rPr>
                <w:sz w:val="16"/>
              </w:rPr>
              <w:t>Not applicable</w:t>
            </w:r>
          </w:p>
        </w:tc>
      </w:tr>
      <w:tr w:rsidR="00194319" w:rsidRPr="005E7FAC" w14:paraId="6D2A2F4F" w14:textId="77777777" w:rsidTr="005928B6">
        <w:trPr>
          <w:cantSplit/>
          <w:jc w:val="center"/>
        </w:trPr>
        <w:tc>
          <w:tcPr>
            <w:tcW w:w="760" w:type="dxa"/>
            <w:tcMar>
              <w:top w:w="60" w:type="dxa"/>
              <w:left w:w="60" w:type="dxa"/>
              <w:bottom w:w="60" w:type="dxa"/>
              <w:right w:w="60" w:type="dxa"/>
            </w:tcMar>
          </w:tcPr>
          <w:p w14:paraId="0BBC18E3" w14:textId="77777777" w:rsidR="00194319" w:rsidRPr="005E7FAC" w:rsidRDefault="00194319">
            <w:pPr>
              <w:rPr>
                <w:rFonts w:ascii="Times New Roman" w:hAnsi="Times New Roman" w:cs="Times New Roman"/>
                <w:sz w:val="21"/>
                <w:szCs w:val="21"/>
              </w:rPr>
            </w:pPr>
            <w:r w:rsidRPr="005E7FAC">
              <w:rPr>
                <w:rFonts w:cs="Times New Roman"/>
                <w:sz w:val="16"/>
                <w:szCs w:val="21"/>
              </w:rPr>
              <w:t>3</w:t>
            </w:r>
          </w:p>
        </w:tc>
        <w:tc>
          <w:tcPr>
            <w:tcW w:w="5180" w:type="dxa"/>
            <w:tcMar>
              <w:top w:w="60" w:type="dxa"/>
              <w:left w:w="60" w:type="dxa"/>
              <w:bottom w:w="60" w:type="dxa"/>
              <w:right w:w="60" w:type="dxa"/>
            </w:tcMar>
          </w:tcPr>
          <w:p w14:paraId="4A136B72" w14:textId="77777777" w:rsidR="00194319" w:rsidRPr="005E7FAC" w:rsidRDefault="00194319">
            <w:pPr>
              <w:rPr>
                <w:rFonts w:ascii="Times New Roman" w:hAnsi="Times New Roman" w:cs="Times New Roman"/>
                <w:sz w:val="21"/>
                <w:szCs w:val="21"/>
              </w:rPr>
            </w:pPr>
            <w:r w:rsidRPr="005E7FAC">
              <w:rPr>
                <w:rFonts w:cs="Times New Roman"/>
                <w:sz w:val="16"/>
                <w:szCs w:val="21"/>
              </w:rPr>
              <w:t>State specific objectives, including any prespecified hypotheses.</w:t>
            </w:r>
          </w:p>
        </w:tc>
        <w:tc>
          <w:tcPr>
            <w:tcW w:w="2240" w:type="dxa"/>
            <w:tcMar>
              <w:top w:w="60" w:type="dxa"/>
              <w:left w:w="60" w:type="dxa"/>
              <w:bottom w:w="60" w:type="dxa"/>
              <w:right w:w="60" w:type="dxa"/>
            </w:tcMar>
          </w:tcPr>
          <w:p w14:paraId="660DC9FB" w14:textId="77777777" w:rsidR="00245CDA" w:rsidRDefault="00F60881">
            <w:r>
              <w:rPr>
                <w:sz w:val="16"/>
              </w:rPr>
              <w:t>Background (final paragraph: study aim and interpretation framework); Methods: Generalized additive modeling of nonlinear associations and model assessment</w:t>
            </w:r>
          </w:p>
        </w:tc>
        <w:tc>
          <w:tcPr>
            <w:tcW w:w="5180" w:type="dxa"/>
            <w:tcMar>
              <w:top w:w="60" w:type="dxa"/>
              <w:left w:w="60" w:type="dxa"/>
              <w:bottom w:w="60" w:type="dxa"/>
              <w:right w:w="60" w:type="dxa"/>
            </w:tcMar>
          </w:tcPr>
          <w:p w14:paraId="3A0A8CA8"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41C2E724" w14:textId="77777777" w:rsidR="00245CDA" w:rsidRDefault="00F60881">
            <w:r>
              <w:rPr>
                <w:sz w:val="16"/>
              </w:rPr>
              <w:t>Not applicable</w:t>
            </w:r>
          </w:p>
        </w:tc>
      </w:tr>
      <w:tr w:rsidR="00194319" w:rsidRPr="005E7FAC" w14:paraId="0E04BDAB" w14:textId="77777777" w:rsidTr="005928B6">
        <w:trPr>
          <w:cantSplit/>
          <w:jc w:val="center"/>
        </w:trPr>
        <w:tc>
          <w:tcPr>
            <w:tcW w:w="15600" w:type="dxa"/>
            <w:gridSpan w:val="5"/>
            <w:shd w:val="clear" w:color="auto" w:fill="EDEDED"/>
            <w:tcMar>
              <w:top w:w="60" w:type="dxa"/>
              <w:left w:w="60" w:type="dxa"/>
              <w:bottom w:w="60" w:type="dxa"/>
              <w:right w:w="60" w:type="dxa"/>
            </w:tcMar>
          </w:tcPr>
          <w:p w14:paraId="0665E4BC" w14:textId="77777777" w:rsidR="00194319" w:rsidRPr="005E7FAC" w:rsidRDefault="00194319">
            <w:pPr>
              <w:rPr>
                <w:rFonts w:ascii="Times New Roman" w:hAnsi="Times New Roman" w:cs="Times New Roman"/>
                <w:sz w:val="21"/>
                <w:szCs w:val="21"/>
              </w:rPr>
            </w:pPr>
            <w:r w:rsidRPr="005E7FAC">
              <w:rPr>
                <w:rFonts w:cs="Times New Roman"/>
                <w:b/>
                <w:sz w:val="16"/>
                <w:szCs w:val="21"/>
              </w:rPr>
              <w:t>Methods</w:t>
            </w:r>
          </w:p>
        </w:tc>
      </w:tr>
      <w:tr w:rsidR="00194319" w:rsidRPr="005E7FAC" w14:paraId="00ED6AD8" w14:textId="77777777" w:rsidTr="005928B6">
        <w:trPr>
          <w:cantSplit/>
          <w:jc w:val="center"/>
        </w:trPr>
        <w:tc>
          <w:tcPr>
            <w:tcW w:w="760" w:type="dxa"/>
            <w:tcMar>
              <w:top w:w="60" w:type="dxa"/>
              <w:left w:w="60" w:type="dxa"/>
              <w:bottom w:w="60" w:type="dxa"/>
              <w:right w:w="60" w:type="dxa"/>
            </w:tcMar>
          </w:tcPr>
          <w:p w14:paraId="66ECF387" w14:textId="77777777" w:rsidR="00194319" w:rsidRPr="005E7FAC" w:rsidRDefault="00194319">
            <w:pPr>
              <w:rPr>
                <w:rFonts w:ascii="Times New Roman" w:hAnsi="Times New Roman" w:cs="Times New Roman"/>
                <w:sz w:val="21"/>
                <w:szCs w:val="21"/>
              </w:rPr>
            </w:pPr>
            <w:r w:rsidRPr="005E7FAC">
              <w:rPr>
                <w:rFonts w:cs="Times New Roman"/>
                <w:sz w:val="16"/>
                <w:szCs w:val="21"/>
              </w:rPr>
              <w:t>4</w:t>
            </w:r>
          </w:p>
        </w:tc>
        <w:tc>
          <w:tcPr>
            <w:tcW w:w="5180" w:type="dxa"/>
            <w:tcMar>
              <w:top w:w="60" w:type="dxa"/>
              <w:left w:w="60" w:type="dxa"/>
              <w:bottom w:w="60" w:type="dxa"/>
              <w:right w:w="60" w:type="dxa"/>
            </w:tcMar>
          </w:tcPr>
          <w:p w14:paraId="2B477AE7" w14:textId="77777777" w:rsidR="00194319" w:rsidRPr="005E7FAC" w:rsidRDefault="00194319">
            <w:pPr>
              <w:rPr>
                <w:rFonts w:ascii="Times New Roman" w:hAnsi="Times New Roman" w:cs="Times New Roman"/>
                <w:sz w:val="21"/>
                <w:szCs w:val="21"/>
              </w:rPr>
            </w:pPr>
            <w:r w:rsidRPr="005E7FAC">
              <w:rPr>
                <w:rFonts w:cs="Times New Roman"/>
                <w:sz w:val="16"/>
                <w:szCs w:val="21"/>
              </w:rPr>
              <w:t>Present key elements of study design early in the paper.</w:t>
            </w:r>
          </w:p>
        </w:tc>
        <w:tc>
          <w:tcPr>
            <w:tcW w:w="2240" w:type="dxa"/>
            <w:tcMar>
              <w:top w:w="60" w:type="dxa"/>
              <w:left w:w="60" w:type="dxa"/>
              <w:bottom w:w="60" w:type="dxa"/>
              <w:right w:w="60" w:type="dxa"/>
            </w:tcMar>
          </w:tcPr>
          <w:p w14:paraId="7042C93B" w14:textId="77777777" w:rsidR="00245CDA" w:rsidRDefault="00F60881">
            <w:r>
              <w:rPr>
                <w:sz w:val="16"/>
              </w:rPr>
              <w:t>Methods: Study design and data source; Methods: Outcome and predictors</w:t>
            </w:r>
          </w:p>
        </w:tc>
        <w:tc>
          <w:tcPr>
            <w:tcW w:w="5180" w:type="dxa"/>
            <w:tcMar>
              <w:top w:w="60" w:type="dxa"/>
              <w:left w:w="60" w:type="dxa"/>
              <w:bottom w:w="60" w:type="dxa"/>
              <w:right w:w="60" w:type="dxa"/>
            </w:tcMar>
          </w:tcPr>
          <w:p w14:paraId="4D2ECA0E"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170A4B0A" w14:textId="77777777" w:rsidR="00245CDA" w:rsidRDefault="00F60881">
            <w:r>
              <w:rPr>
                <w:sz w:val="16"/>
              </w:rPr>
              <w:t>Not applicable</w:t>
            </w:r>
          </w:p>
        </w:tc>
      </w:tr>
      <w:tr w:rsidR="00194319" w:rsidRPr="005E7FAC" w14:paraId="16D429D0" w14:textId="77777777" w:rsidTr="005928B6">
        <w:trPr>
          <w:cantSplit/>
          <w:jc w:val="center"/>
        </w:trPr>
        <w:tc>
          <w:tcPr>
            <w:tcW w:w="760" w:type="dxa"/>
            <w:tcMar>
              <w:top w:w="60" w:type="dxa"/>
              <w:left w:w="60" w:type="dxa"/>
              <w:bottom w:w="60" w:type="dxa"/>
              <w:right w:w="60" w:type="dxa"/>
            </w:tcMar>
          </w:tcPr>
          <w:p w14:paraId="2F289A64" w14:textId="77777777" w:rsidR="00194319" w:rsidRPr="005E7FAC" w:rsidRDefault="00194319">
            <w:pPr>
              <w:rPr>
                <w:rFonts w:ascii="Times New Roman" w:hAnsi="Times New Roman" w:cs="Times New Roman"/>
                <w:sz w:val="21"/>
                <w:szCs w:val="21"/>
              </w:rPr>
            </w:pPr>
            <w:r w:rsidRPr="005E7FAC">
              <w:rPr>
                <w:rFonts w:cs="Times New Roman"/>
                <w:sz w:val="16"/>
                <w:szCs w:val="21"/>
              </w:rPr>
              <w:t>5</w:t>
            </w:r>
          </w:p>
        </w:tc>
        <w:tc>
          <w:tcPr>
            <w:tcW w:w="5180" w:type="dxa"/>
            <w:tcMar>
              <w:top w:w="60" w:type="dxa"/>
              <w:left w:w="60" w:type="dxa"/>
              <w:bottom w:w="60" w:type="dxa"/>
              <w:right w:w="60" w:type="dxa"/>
            </w:tcMar>
          </w:tcPr>
          <w:p w14:paraId="43B7B177" w14:textId="77777777" w:rsidR="00194319" w:rsidRPr="005E7FAC" w:rsidRDefault="00194319">
            <w:pPr>
              <w:rPr>
                <w:rFonts w:ascii="Times New Roman" w:hAnsi="Times New Roman" w:cs="Times New Roman"/>
                <w:sz w:val="21"/>
                <w:szCs w:val="21"/>
              </w:rPr>
            </w:pPr>
            <w:r w:rsidRPr="005E7FAC">
              <w:rPr>
                <w:rFonts w:cs="Times New Roman"/>
                <w:sz w:val="16"/>
                <w:szCs w:val="21"/>
              </w:rPr>
              <w:t>Describe the setting, locations, and relevant dates, including periods of recruitment, exposure, follow-up, and data collection.</w:t>
            </w:r>
          </w:p>
        </w:tc>
        <w:tc>
          <w:tcPr>
            <w:tcW w:w="2240" w:type="dxa"/>
            <w:tcMar>
              <w:top w:w="60" w:type="dxa"/>
              <w:left w:w="60" w:type="dxa"/>
              <w:bottom w:w="60" w:type="dxa"/>
              <w:right w:w="60" w:type="dxa"/>
            </w:tcMar>
          </w:tcPr>
          <w:p w14:paraId="791FFDFA" w14:textId="77777777" w:rsidR="00245CDA" w:rsidRDefault="00F60881">
            <w:r>
              <w:rPr>
                <w:sz w:val="16"/>
              </w:rPr>
              <w:t>Methods: Study design and data source; Methods: Outcome and predictors</w:t>
            </w:r>
          </w:p>
        </w:tc>
        <w:tc>
          <w:tcPr>
            <w:tcW w:w="5180" w:type="dxa"/>
            <w:tcMar>
              <w:top w:w="60" w:type="dxa"/>
              <w:left w:w="60" w:type="dxa"/>
              <w:bottom w:w="60" w:type="dxa"/>
              <w:right w:w="60" w:type="dxa"/>
            </w:tcMar>
          </w:tcPr>
          <w:p w14:paraId="5B5F5CF3"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747DBD4D" w14:textId="77777777" w:rsidR="00245CDA" w:rsidRDefault="00F60881">
            <w:r>
              <w:rPr>
                <w:sz w:val="16"/>
              </w:rPr>
              <w:t>Not applicable</w:t>
            </w:r>
          </w:p>
        </w:tc>
      </w:tr>
      <w:tr w:rsidR="00194319" w:rsidRPr="005E7FAC" w14:paraId="3A2C4A26" w14:textId="77777777" w:rsidTr="005928B6">
        <w:trPr>
          <w:cantSplit/>
          <w:jc w:val="center"/>
        </w:trPr>
        <w:tc>
          <w:tcPr>
            <w:tcW w:w="760" w:type="dxa"/>
            <w:tcMar>
              <w:top w:w="60" w:type="dxa"/>
              <w:left w:w="60" w:type="dxa"/>
              <w:bottom w:w="60" w:type="dxa"/>
              <w:right w:w="60" w:type="dxa"/>
            </w:tcMar>
          </w:tcPr>
          <w:p w14:paraId="6454C755" w14:textId="77777777" w:rsidR="00194319" w:rsidRPr="005E7FAC" w:rsidRDefault="00194319">
            <w:pPr>
              <w:rPr>
                <w:rFonts w:ascii="Times New Roman" w:hAnsi="Times New Roman" w:cs="Times New Roman"/>
                <w:sz w:val="21"/>
                <w:szCs w:val="21"/>
              </w:rPr>
            </w:pPr>
            <w:r w:rsidRPr="005E7FAC">
              <w:rPr>
                <w:rFonts w:cs="Times New Roman"/>
                <w:sz w:val="16"/>
                <w:szCs w:val="21"/>
              </w:rPr>
              <w:lastRenderedPageBreak/>
              <w:t>6</w:t>
            </w:r>
          </w:p>
        </w:tc>
        <w:tc>
          <w:tcPr>
            <w:tcW w:w="5180" w:type="dxa"/>
            <w:tcMar>
              <w:top w:w="60" w:type="dxa"/>
              <w:left w:w="60" w:type="dxa"/>
              <w:bottom w:w="60" w:type="dxa"/>
              <w:right w:w="60" w:type="dxa"/>
            </w:tcMar>
          </w:tcPr>
          <w:p w14:paraId="236FFF9E" w14:textId="77777777" w:rsidR="00194319" w:rsidRPr="005E7FAC" w:rsidRDefault="00194319">
            <w:pPr>
              <w:rPr>
                <w:rFonts w:ascii="Times New Roman" w:hAnsi="Times New Roman" w:cs="Times New Roman"/>
                <w:sz w:val="21"/>
                <w:szCs w:val="21"/>
              </w:rPr>
            </w:pPr>
            <w:r w:rsidRPr="005E7FAC">
              <w:rPr>
                <w:rFonts w:cs="Times New Roman"/>
                <w:sz w:val="16"/>
                <w:szCs w:val="21"/>
              </w:rPr>
              <w:t>(a) Cohort study: Give eligibility criteria, and the sources and methods of selection of participants. Describe methods of follow-up.</w:t>
            </w:r>
            <w:r w:rsidRPr="005E7FAC">
              <w:rPr>
                <w:rFonts w:cs="Times New Roman"/>
                <w:sz w:val="16"/>
                <w:szCs w:val="21"/>
              </w:rPr>
              <w:br/>
              <w:t>(b) Cohort study: For matched studies, give matching criteria and number of exposed and unexposed.</w:t>
            </w:r>
          </w:p>
        </w:tc>
        <w:tc>
          <w:tcPr>
            <w:tcW w:w="2240" w:type="dxa"/>
            <w:tcMar>
              <w:top w:w="60" w:type="dxa"/>
              <w:left w:w="60" w:type="dxa"/>
              <w:bottom w:w="60" w:type="dxa"/>
              <w:right w:w="60" w:type="dxa"/>
            </w:tcMar>
          </w:tcPr>
          <w:p w14:paraId="1AAE0DEB" w14:textId="77777777" w:rsidR="00245CDA" w:rsidRDefault="00F60881">
            <w:r>
              <w:rPr>
                <w:sz w:val="16"/>
              </w:rPr>
              <w:t>Methods: Study design and data source; Methods: Outcome and predictors; Methods: Dataset construction and feature-set variants; Figure 1</w:t>
            </w:r>
          </w:p>
        </w:tc>
        <w:tc>
          <w:tcPr>
            <w:tcW w:w="5180" w:type="dxa"/>
            <w:tcMar>
              <w:top w:w="60" w:type="dxa"/>
              <w:left w:w="60" w:type="dxa"/>
              <w:bottom w:w="60" w:type="dxa"/>
              <w:right w:w="60" w:type="dxa"/>
            </w:tcMar>
          </w:tcPr>
          <w:p w14:paraId="2258A8B8" w14:textId="77777777" w:rsidR="00194319" w:rsidRPr="005E7FAC" w:rsidRDefault="00194319">
            <w:pPr>
              <w:rPr>
                <w:rFonts w:ascii="Times New Roman" w:hAnsi="Times New Roman" w:cs="Times New Roman"/>
                <w:sz w:val="21"/>
                <w:szCs w:val="21"/>
              </w:rPr>
            </w:pPr>
            <w:r w:rsidRPr="005E7FAC">
              <w:rPr>
                <w:rFonts w:cs="Times New Roman"/>
                <w:sz w:val="16"/>
                <w:szCs w:val="21"/>
              </w:rPr>
              <w:t>RECORD 6.1: The methods of study population selection (such as codes or algorithms used to identify subjects) should be listed in detail. If this is not possible, an explanation should be provided.</w:t>
            </w:r>
            <w:r w:rsidRPr="005E7FAC">
              <w:rPr>
                <w:rFonts w:cs="Times New Roman"/>
                <w:sz w:val="16"/>
                <w:szCs w:val="21"/>
              </w:rPr>
              <w:br/>
              <w:t>RECORD 6.2: Any validation studies of the codes or algorithms used to select the population should be referenced. If validation was conducted for this study and not published elsewhere, detailed methods and results should be provided.</w:t>
            </w:r>
            <w:r w:rsidRPr="005E7FAC">
              <w:rPr>
                <w:rFonts w:cs="Times New Roman"/>
                <w:sz w:val="16"/>
                <w:szCs w:val="21"/>
              </w:rPr>
              <w:br/>
              <w:t>RECORD 6.3: If the study involved linkage of databases, consider use of a flow diagram or other graphical display to demonstrate the data linkage process, including the number of individuals with linked data at each stage.</w:t>
            </w:r>
          </w:p>
        </w:tc>
        <w:tc>
          <w:tcPr>
            <w:tcW w:w="2240" w:type="dxa"/>
            <w:tcMar>
              <w:top w:w="60" w:type="dxa"/>
              <w:left w:w="60" w:type="dxa"/>
              <w:bottom w:w="60" w:type="dxa"/>
              <w:right w:w="60" w:type="dxa"/>
            </w:tcMar>
          </w:tcPr>
          <w:p w14:paraId="3E4D6519" w14:textId="77777777" w:rsidR="00245CDA" w:rsidRDefault="00F60881">
            <w:r>
              <w:rPr>
                <w:sz w:val="16"/>
              </w:rPr>
              <w:t>Methods: Study design and data source; Methods: Outcome and predictors; Figure 1</w:t>
            </w:r>
          </w:p>
        </w:tc>
      </w:tr>
      <w:tr w:rsidR="00194319" w:rsidRPr="005E7FAC" w14:paraId="3F1040C2" w14:textId="77777777" w:rsidTr="005928B6">
        <w:trPr>
          <w:cantSplit/>
          <w:jc w:val="center"/>
        </w:trPr>
        <w:tc>
          <w:tcPr>
            <w:tcW w:w="760" w:type="dxa"/>
            <w:tcMar>
              <w:top w:w="60" w:type="dxa"/>
              <w:left w:w="60" w:type="dxa"/>
              <w:bottom w:w="60" w:type="dxa"/>
              <w:right w:w="60" w:type="dxa"/>
            </w:tcMar>
          </w:tcPr>
          <w:p w14:paraId="50255404" w14:textId="77777777" w:rsidR="00194319" w:rsidRPr="005E7FAC" w:rsidRDefault="00194319">
            <w:pPr>
              <w:rPr>
                <w:rFonts w:ascii="Times New Roman" w:hAnsi="Times New Roman" w:cs="Times New Roman"/>
                <w:sz w:val="21"/>
                <w:szCs w:val="21"/>
              </w:rPr>
            </w:pPr>
            <w:r w:rsidRPr="005E7FAC">
              <w:rPr>
                <w:rFonts w:cs="Times New Roman"/>
                <w:sz w:val="16"/>
                <w:szCs w:val="21"/>
              </w:rPr>
              <w:t>7</w:t>
            </w:r>
          </w:p>
        </w:tc>
        <w:tc>
          <w:tcPr>
            <w:tcW w:w="5180" w:type="dxa"/>
            <w:tcMar>
              <w:top w:w="60" w:type="dxa"/>
              <w:left w:w="60" w:type="dxa"/>
              <w:bottom w:w="60" w:type="dxa"/>
              <w:right w:w="60" w:type="dxa"/>
            </w:tcMar>
          </w:tcPr>
          <w:p w14:paraId="431510D8" w14:textId="77777777" w:rsidR="00194319" w:rsidRPr="005E7FAC" w:rsidRDefault="00194319">
            <w:pPr>
              <w:rPr>
                <w:rFonts w:ascii="Times New Roman" w:hAnsi="Times New Roman" w:cs="Times New Roman"/>
                <w:sz w:val="21"/>
                <w:szCs w:val="21"/>
              </w:rPr>
            </w:pPr>
            <w:r w:rsidRPr="005E7FAC">
              <w:rPr>
                <w:rFonts w:cs="Times New Roman"/>
                <w:sz w:val="16"/>
                <w:szCs w:val="21"/>
              </w:rPr>
              <w:t>Clearly define all outcomes, exposures, predictors, potential confounders, and effect modifiers. Give diagnostic criteria, if applicable.</w:t>
            </w:r>
          </w:p>
        </w:tc>
        <w:tc>
          <w:tcPr>
            <w:tcW w:w="2240" w:type="dxa"/>
            <w:tcMar>
              <w:top w:w="60" w:type="dxa"/>
              <w:left w:w="60" w:type="dxa"/>
              <w:bottom w:w="60" w:type="dxa"/>
              <w:right w:w="60" w:type="dxa"/>
            </w:tcMar>
          </w:tcPr>
          <w:p w14:paraId="1A33FDD2" w14:textId="77777777" w:rsidR="00245CDA" w:rsidRDefault="00F60881">
            <w:r>
              <w:rPr>
                <w:sz w:val="16"/>
              </w:rPr>
              <w:t>Methods: Outcome and predictors; Methods: Dataset construction and feature-set variants; Methods: Generalized additive modeling of nonlinear associations and model assessment</w:t>
            </w:r>
          </w:p>
        </w:tc>
        <w:tc>
          <w:tcPr>
            <w:tcW w:w="5180" w:type="dxa"/>
            <w:tcMar>
              <w:top w:w="60" w:type="dxa"/>
              <w:left w:w="60" w:type="dxa"/>
              <w:bottom w:w="60" w:type="dxa"/>
              <w:right w:w="60" w:type="dxa"/>
            </w:tcMar>
          </w:tcPr>
          <w:p w14:paraId="579D227A" w14:textId="77777777" w:rsidR="00194319" w:rsidRPr="005E7FAC" w:rsidRDefault="00194319">
            <w:pPr>
              <w:rPr>
                <w:rFonts w:ascii="Times New Roman" w:hAnsi="Times New Roman" w:cs="Times New Roman"/>
                <w:sz w:val="21"/>
                <w:szCs w:val="21"/>
              </w:rPr>
            </w:pPr>
            <w:r w:rsidRPr="005E7FAC">
              <w:rPr>
                <w:rFonts w:cs="Times New Roman"/>
                <w:sz w:val="16"/>
                <w:szCs w:val="21"/>
              </w:rPr>
              <w:t>RECORD 7.1: A complete list of codes and algorithms used to classify exposures, outcomes, confounders, and effect modifiers should be provided. If these cannot be reported, an explanation should be provided.</w:t>
            </w:r>
          </w:p>
        </w:tc>
        <w:tc>
          <w:tcPr>
            <w:tcW w:w="2240" w:type="dxa"/>
            <w:tcMar>
              <w:top w:w="60" w:type="dxa"/>
              <w:left w:w="60" w:type="dxa"/>
              <w:bottom w:w="60" w:type="dxa"/>
              <w:right w:w="60" w:type="dxa"/>
            </w:tcMar>
          </w:tcPr>
          <w:p w14:paraId="42407D35" w14:textId="77777777" w:rsidR="00245CDA" w:rsidRDefault="00F60881">
            <w:r>
              <w:rPr>
                <w:sz w:val="16"/>
              </w:rPr>
              <w:t>Methods: Outcome and predictors; Methods: Dataset construction and feature-set variants; Supplementary Information; Supplementary Tables 2–4</w:t>
            </w:r>
          </w:p>
        </w:tc>
      </w:tr>
      <w:tr w:rsidR="00194319" w:rsidRPr="005E7FAC" w14:paraId="64C862DC" w14:textId="77777777" w:rsidTr="005928B6">
        <w:trPr>
          <w:cantSplit/>
          <w:jc w:val="center"/>
        </w:trPr>
        <w:tc>
          <w:tcPr>
            <w:tcW w:w="760" w:type="dxa"/>
            <w:tcMar>
              <w:top w:w="60" w:type="dxa"/>
              <w:left w:w="60" w:type="dxa"/>
              <w:bottom w:w="60" w:type="dxa"/>
              <w:right w:w="60" w:type="dxa"/>
            </w:tcMar>
          </w:tcPr>
          <w:p w14:paraId="6D911888" w14:textId="77777777" w:rsidR="00194319" w:rsidRPr="005E7FAC" w:rsidRDefault="00194319">
            <w:pPr>
              <w:rPr>
                <w:rFonts w:ascii="Times New Roman" w:hAnsi="Times New Roman" w:cs="Times New Roman"/>
                <w:sz w:val="21"/>
                <w:szCs w:val="21"/>
              </w:rPr>
            </w:pPr>
            <w:r w:rsidRPr="005E7FAC">
              <w:rPr>
                <w:rFonts w:cs="Times New Roman"/>
                <w:sz w:val="16"/>
                <w:szCs w:val="21"/>
              </w:rPr>
              <w:t>8</w:t>
            </w:r>
          </w:p>
        </w:tc>
        <w:tc>
          <w:tcPr>
            <w:tcW w:w="5180" w:type="dxa"/>
            <w:tcMar>
              <w:top w:w="60" w:type="dxa"/>
              <w:left w:w="60" w:type="dxa"/>
              <w:bottom w:w="60" w:type="dxa"/>
              <w:right w:w="60" w:type="dxa"/>
            </w:tcMar>
          </w:tcPr>
          <w:p w14:paraId="7267133D" w14:textId="77777777" w:rsidR="00194319" w:rsidRPr="005E7FAC" w:rsidRDefault="00194319">
            <w:pPr>
              <w:rPr>
                <w:rFonts w:ascii="Times New Roman" w:hAnsi="Times New Roman" w:cs="Times New Roman"/>
                <w:sz w:val="21"/>
                <w:szCs w:val="21"/>
              </w:rPr>
            </w:pPr>
            <w:r w:rsidRPr="005E7FAC">
              <w:rPr>
                <w:rFonts w:cs="Times New Roman"/>
                <w:sz w:val="16"/>
                <w:szCs w:val="21"/>
              </w:rPr>
              <w:t>For each variable of interest, give sources of data and details of methods of assessment or measurement. Describe comparability of assessment methods if there is more than one group.</w:t>
            </w:r>
          </w:p>
        </w:tc>
        <w:tc>
          <w:tcPr>
            <w:tcW w:w="2240" w:type="dxa"/>
            <w:tcMar>
              <w:top w:w="60" w:type="dxa"/>
              <w:left w:w="60" w:type="dxa"/>
              <w:bottom w:w="60" w:type="dxa"/>
              <w:right w:w="60" w:type="dxa"/>
            </w:tcMar>
          </w:tcPr>
          <w:p w14:paraId="7759F27C" w14:textId="77777777" w:rsidR="00245CDA" w:rsidRDefault="00F60881">
            <w:r>
              <w:rPr>
                <w:sz w:val="16"/>
              </w:rPr>
              <w:t>Methods: Study design and data source; Methods: Outcome and predictors</w:t>
            </w:r>
          </w:p>
        </w:tc>
        <w:tc>
          <w:tcPr>
            <w:tcW w:w="5180" w:type="dxa"/>
            <w:tcMar>
              <w:top w:w="60" w:type="dxa"/>
              <w:left w:w="60" w:type="dxa"/>
              <w:bottom w:w="60" w:type="dxa"/>
              <w:right w:w="60" w:type="dxa"/>
            </w:tcMar>
          </w:tcPr>
          <w:p w14:paraId="50B86B78"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4DFFAE23" w14:textId="77777777" w:rsidR="00245CDA" w:rsidRDefault="00F60881">
            <w:r>
              <w:rPr>
                <w:sz w:val="16"/>
              </w:rPr>
              <w:t>Not applicable</w:t>
            </w:r>
          </w:p>
        </w:tc>
      </w:tr>
      <w:tr w:rsidR="00194319" w:rsidRPr="005E7FAC" w14:paraId="7439E802" w14:textId="77777777" w:rsidTr="005928B6">
        <w:trPr>
          <w:cantSplit/>
          <w:jc w:val="center"/>
        </w:trPr>
        <w:tc>
          <w:tcPr>
            <w:tcW w:w="760" w:type="dxa"/>
            <w:tcMar>
              <w:top w:w="60" w:type="dxa"/>
              <w:left w:w="60" w:type="dxa"/>
              <w:bottom w:w="60" w:type="dxa"/>
              <w:right w:w="60" w:type="dxa"/>
            </w:tcMar>
          </w:tcPr>
          <w:p w14:paraId="76856C35" w14:textId="77777777" w:rsidR="00194319" w:rsidRPr="005E7FAC" w:rsidRDefault="00194319">
            <w:pPr>
              <w:rPr>
                <w:rFonts w:ascii="Times New Roman" w:hAnsi="Times New Roman" w:cs="Times New Roman"/>
                <w:sz w:val="21"/>
                <w:szCs w:val="21"/>
              </w:rPr>
            </w:pPr>
            <w:r w:rsidRPr="005E7FAC">
              <w:rPr>
                <w:rFonts w:cs="Times New Roman"/>
                <w:sz w:val="16"/>
                <w:szCs w:val="21"/>
              </w:rPr>
              <w:t>9</w:t>
            </w:r>
          </w:p>
        </w:tc>
        <w:tc>
          <w:tcPr>
            <w:tcW w:w="5180" w:type="dxa"/>
            <w:tcMar>
              <w:top w:w="60" w:type="dxa"/>
              <w:left w:w="60" w:type="dxa"/>
              <w:bottom w:w="60" w:type="dxa"/>
              <w:right w:w="60" w:type="dxa"/>
            </w:tcMar>
          </w:tcPr>
          <w:p w14:paraId="779528BC" w14:textId="77777777" w:rsidR="00194319" w:rsidRPr="005E7FAC" w:rsidRDefault="00194319">
            <w:pPr>
              <w:rPr>
                <w:rFonts w:ascii="Times New Roman" w:hAnsi="Times New Roman" w:cs="Times New Roman"/>
                <w:sz w:val="21"/>
                <w:szCs w:val="21"/>
              </w:rPr>
            </w:pPr>
            <w:r w:rsidRPr="005E7FAC">
              <w:rPr>
                <w:rFonts w:cs="Times New Roman"/>
                <w:sz w:val="16"/>
                <w:szCs w:val="21"/>
              </w:rPr>
              <w:t>Describe any efforts to address potential sources of bias.</w:t>
            </w:r>
          </w:p>
        </w:tc>
        <w:tc>
          <w:tcPr>
            <w:tcW w:w="2240" w:type="dxa"/>
            <w:tcMar>
              <w:top w:w="60" w:type="dxa"/>
              <w:left w:w="60" w:type="dxa"/>
              <w:bottom w:w="60" w:type="dxa"/>
              <w:right w:w="60" w:type="dxa"/>
            </w:tcMar>
          </w:tcPr>
          <w:p w14:paraId="30489B53" w14:textId="77777777" w:rsidR="00245CDA" w:rsidRDefault="00F60881">
            <w:r>
              <w:rPr>
                <w:sz w:val="16"/>
              </w:rPr>
              <w:t>Methods: Outcome and predictors; Methods: Statistical analysis; Methods: Generalized additive modeling of nonlinear associations and model assessment; Discussion: Limitations</w:t>
            </w:r>
          </w:p>
        </w:tc>
        <w:tc>
          <w:tcPr>
            <w:tcW w:w="5180" w:type="dxa"/>
            <w:tcMar>
              <w:top w:w="60" w:type="dxa"/>
              <w:left w:w="60" w:type="dxa"/>
              <w:bottom w:w="60" w:type="dxa"/>
              <w:right w:w="60" w:type="dxa"/>
            </w:tcMar>
          </w:tcPr>
          <w:p w14:paraId="6C7B8FB3"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5B44A9FB" w14:textId="77777777" w:rsidR="00245CDA" w:rsidRDefault="00F60881">
            <w:r>
              <w:rPr>
                <w:sz w:val="16"/>
              </w:rPr>
              <w:t>Not applicable</w:t>
            </w:r>
          </w:p>
        </w:tc>
      </w:tr>
      <w:tr w:rsidR="00194319" w:rsidRPr="005E7FAC" w14:paraId="1E9D2892" w14:textId="77777777" w:rsidTr="005928B6">
        <w:trPr>
          <w:cantSplit/>
          <w:jc w:val="center"/>
        </w:trPr>
        <w:tc>
          <w:tcPr>
            <w:tcW w:w="760" w:type="dxa"/>
            <w:tcMar>
              <w:top w:w="60" w:type="dxa"/>
              <w:left w:w="60" w:type="dxa"/>
              <w:bottom w:w="60" w:type="dxa"/>
              <w:right w:w="60" w:type="dxa"/>
            </w:tcMar>
          </w:tcPr>
          <w:p w14:paraId="6C868F28" w14:textId="77777777" w:rsidR="00194319" w:rsidRPr="005E7FAC" w:rsidRDefault="00194319">
            <w:pPr>
              <w:rPr>
                <w:rFonts w:ascii="Times New Roman" w:hAnsi="Times New Roman" w:cs="Times New Roman"/>
                <w:sz w:val="21"/>
                <w:szCs w:val="21"/>
              </w:rPr>
            </w:pPr>
            <w:r w:rsidRPr="005E7FAC">
              <w:rPr>
                <w:rFonts w:cs="Times New Roman"/>
                <w:sz w:val="16"/>
                <w:szCs w:val="21"/>
              </w:rPr>
              <w:t>10</w:t>
            </w:r>
          </w:p>
        </w:tc>
        <w:tc>
          <w:tcPr>
            <w:tcW w:w="5180" w:type="dxa"/>
            <w:tcMar>
              <w:top w:w="60" w:type="dxa"/>
              <w:left w:w="60" w:type="dxa"/>
              <w:bottom w:w="60" w:type="dxa"/>
              <w:right w:w="60" w:type="dxa"/>
            </w:tcMar>
          </w:tcPr>
          <w:p w14:paraId="012EEA3F"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Explain how the study size </w:t>
            </w:r>
            <w:proofErr w:type="gramStart"/>
            <w:r w:rsidRPr="005E7FAC">
              <w:rPr>
                <w:rFonts w:cs="Times New Roman"/>
                <w:sz w:val="16"/>
                <w:szCs w:val="21"/>
              </w:rPr>
              <w:t>was arrived</w:t>
            </w:r>
            <w:proofErr w:type="gramEnd"/>
            <w:r w:rsidRPr="005E7FAC">
              <w:rPr>
                <w:rFonts w:cs="Times New Roman"/>
                <w:sz w:val="16"/>
                <w:szCs w:val="21"/>
              </w:rPr>
              <w:t xml:space="preserve"> at.</w:t>
            </w:r>
          </w:p>
        </w:tc>
        <w:tc>
          <w:tcPr>
            <w:tcW w:w="2240" w:type="dxa"/>
            <w:tcMar>
              <w:top w:w="60" w:type="dxa"/>
              <w:left w:w="60" w:type="dxa"/>
              <w:bottom w:w="60" w:type="dxa"/>
              <w:right w:w="60" w:type="dxa"/>
            </w:tcMar>
          </w:tcPr>
          <w:p w14:paraId="7FDD17F9" w14:textId="77777777" w:rsidR="00245CDA" w:rsidRDefault="00F60881">
            <w:r>
              <w:rPr>
                <w:sz w:val="16"/>
              </w:rPr>
              <w:t>Methods: Study design and data source; Results: Descriptive characteristics of the study population; Table 1; Table 2</w:t>
            </w:r>
          </w:p>
        </w:tc>
        <w:tc>
          <w:tcPr>
            <w:tcW w:w="5180" w:type="dxa"/>
            <w:tcMar>
              <w:top w:w="60" w:type="dxa"/>
              <w:left w:w="60" w:type="dxa"/>
              <w:bottom w:w="60" w:type="dxa"/>
              <w:right w:w="60" w:type="dxa"/>
            </w:tcMar>
          </w:tcPr>
          <w:p w14:paraId="5FEDA84A"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3B5DF56D" w14:textId="77777777" w:rsidR="00245CDA" w:rsidRDefault="00F60881">
            <w:r>
              <w:rPr>
                <w:sz w:val="16"/>
              </w:rPr>
              <w:t>Not applicable</w:t>
            </w:r>
          </w:p>
        </w:tc>
      </w:tr>
      <w:tr w:rsidR="00194319" w:rsidRPr="005E7FAC" w14:paraId="4F34F30A" w14:textId="77777777" w:rsidTr="005928B6">
        <w:trPr>
          <w:cantSplit/>
          <w:jc w:val="center"/>
        </w:trPr>
        <w:tc>
          <w:tcPr>
            <w:tcW w:w="760" w:type="dxa"/>
            <w:tcMar>
              <w:top w:w="60" w:type="dxa"/>
              <w:left w:w="60" w:type="dxa"/>
              <w:bottom w:w="60" w:type="dxa"/>
              <w:right w:w="60" w:type="dxa"/>
            </w:tcMar>
          </w:tcPr>
          <w:p w14:paraId="0E2A37F1" w14:textId="77777777" w:rsidR="00194319" w:rsidRPr="005E7FAC" w:rsidRDefault="00194319">
            <w:pPr>
              <w:rPr>
                <w:rFonts w:ascii="Times New Roman" w:hAnsi="Times New Roman" w:cs="Times New Roman"/>
                <w:sz w:val="21"/>
                <w:szCs w:val="21"/>
              </w:rPr>
            </w:pPr>
            <w:r w:rsidRPr="005E7FAC">
              <w:rPr>
                <w:rFonts w:cs="Times New Roman"/>
                <w:sz w:val="16"/>
                <w:szCs w:val="21"/>
              </w:rPr>
              <w:t>11</w:t>
            </w:r>
          </w:p>
        </w:tc>
        <w:tc>
          <w:tcPr>
            <w:tcW w:w="5180" w:type="dxa"/>
            <w:tcMar>
              <w:top w:w="60" w:type="dxa"/>
              <w:left w:w="60" w:type="dxa"/>
              <w:bottom w:w="60" w:type="dxa"/>
              <w:right w:w="60" w:type="dxa"/>
            </w:tcMar>
          </w:tcPr>
          <w:p w14:paraId="04B0D64C"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Explain how quantitative variables were handled in the </w:t>
            </w:r>
            <w:proofErr w:type="gramStart"/>
            <w:r w:rsidRPr="005E7FAC">
              <w:rPr>
                <w:rFonts w:cs="Times New Roman"/>
                <w:sz w:val="16"/>
                <w:szCs w:val="21"/>
              </w:rPr>
              <w:t>analyses</w:t>
            </w:r>
            <w:proofErr w:type="gramEnd"/>
            <w:r w:rsidRPr="005E7FAC">
              <w:rPr>
                <w:rFonts w:cs="Times New Roman"/>
                <w:sz w:val="16"/>
                <w:szCs w:val="21"/>
              </w:rPr>
              <w:t>. If applicable, describe which groupings were chosen, and why.</w:t>
            </w:r>
          </w:p>
        </w:tc>
        <w:tc>
          <w:tcPr>
            <w:tcW w:w="2240" w:type="dxa"/>
            <w:tcMar>
              <w:top w:w="60" w:type="dxa"/>
              <w:left w:w="60" w:type="dxa"/>
              <w:bottom w:w="60" w:type="dxa"/>
              <w:right w:w="60" w:type="dxa"/>
            </w:tcMar>
          </w:tcPr>
          <w:p w14:paraId="0F19C880" w14:textId="77777777" w:rsidR="00245CDA" w:rsidRDefault="00F60881">
            <w:r>
              <w:rPr>
                <w:sz w:val="16"/>
              </w:rPr>
              <w:t>Methods: Outcome and predictors; Methods: Dataset construction and feature-set variants; Methods: Generalized additive modeling of nonlinear associations and model assessment</w:t>
            </w:r>
          </w:p>
        </w:tc>
        <w:tc>
          <w:tcPr>
            <w:tcW w:w="5180" w:type="dxa"/>
            <w:tcMar>
              <w:top w:w="60" w:type="dxa"/>
              <w:left w:w="60" w:type="dxa"/>
              <w:bottom w:w="60" w:type="dxa"/>
              <w:right w:w="60" w:type="dxa"/>
            </w:tcMar>
          </w:tcPr>
          <w:p w14:paraId="6B2D9463"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4EA29B84" w14:textId="77777777" w:rsidR="00245CDA" w:rsidRDefault="00F60881">
            <w:r>
              <w:rPr>
                <w:sz w:val="16"/>
              </w:rPr>
              <w:t>Not applicable</w:t>
            </w:r>
          </w:p>
        </w:tc>
      </w:tr>
      <w:tr w:rsidR="00194319" w:rsidRPr="005E7FAC" w14:paraId="358900B4" w14:textId="77777777" w:rsidTr="005928B6">
        <w:trPr>
          <w:cantSplit/>
          <w:jc w:val="center"/>
        </w:trPr>
        <w:tc>
          <w:tcPr>
            <w:tcW w:w="760" w:type="dxa"/>
            <w:tcMar>
              <w:top w:w="60" w:type="dxa"/>
              <w:left w:w="60" w:type="dxa"/>
              <w:bottom w:w="60" w:type="dxa"/>
              <w:right w:w="60" w:type="dxa"/>
            </w:tcMar>
          </w:tcPr>
          <w:p w14:paraId="3D5CA98A" w14:textId="77777777" w:rsidR="00194319" w:rsidRPr="005E7FAC" w:rsidRDefault="00194319">
            <w:pPr>
              <w:rPr>
                <w:rFonts w:ascii="Times New Roman" w:hAnsi="Times New Roman" w:cs="Times New Roman"/>
                <w:sz w:val="21"/>
                <w:szCs w:val="21"/>
              </w:rPr>
            </w:pPr>
            <w:r w:rsidRPr="005E7FAC">
              <w:rPr>
                <w:rFonts w:cs="Times New Roman"/>
                <w:sz w:val="16"/>
                <w:szCs w:val="21"/>
              </w:rPr>
              <w:lastRenderedPageBreak/>
              <w:t>12</w:t>
            </w:r>
          </w:p>
        </w:tc>
        <w:tc>
          <w:tcPr>
            <w:tcW w:w="5180" w:type="dxa"/>
            <w:tcMar>
              <w:top w:w="60" w:type="dxa"/>
              <w:left w:w="60" w:type="dxa"/>
              <w:bottom w:w="60" w:type="dxa"/>
              <w:right w:w="60" w:type="dxa"/>
            </w:tcMar>
          </w:tcPr>
          <w:p w14:paraId="26E0E3FB"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(a) Describe all statistical methods, including those used to </w:t>
            </w:r>
            <w:proofErr w:type="gramStart"/>
            <w:r w:rsidRPr="005E7FAC">
              <w:rPr>
                <w:rFonts w:cs="Times New Roman"/>
                <w:sz w:val="16"/>
                <w:szCs w:val="21"/>
              </w:rPr>
              <w:t>control for</w:t>
            </w:r>
            <w:proofErr w:type="gramEnd"/>
            <w:r w:rsidRPr="005E7FAC">
              <w:rPr>
                <w:rFonts w:cs="Times New Roman"/>
                <w:sz w:val="16"/>
                <w:szCs w:val="21"/>
              </w:rPr>
              <w:t xml:space="preserve"> confounding.</w:t>
            </w:r>
            <w:r w:rsidRPr="005E7FAC">
              <w:rPr>
                <w:rFonts w:cs="Times New Roman"/>
                <w:sz w:val="16"/>
                <w:szCs w:val="21"/>
              </w:rPr>
              <w:br/>
              <w:t>(b) Describe any methods used to examine subgroups and interactions.</w:t>
            </w:r>
            <w:r w:rsidRPr="005E7FAC">
              <w:rPr>
                <w:rFonts w:cs="Times New Roman"/>
                <w:sz w:val="16"/>
                <w:szCs w:val="21"/>
              </w:rPr>
              <w:br/>
              <w:t>(c) Explain how missing data were addressed.</w:t>
            </w:r>
            <w:r w:rsidRPr="005E7FAC">
              <w:rPr>
                <w:rFonts w:cs="Times New Roman"/>
                <w:sz w:val="16"/>
                <w:szCs w:val="21"/>
              </w:rPr>
              <w:br/>
              <w:t>(d) Cohort study: If applicable, explain how loss to follow-up was addressed.</w:t>
            </w:r>
            <w:r w:rsidRPr="005E7FAC">
              <w:rPr>
                <w:rFonts w:cs="Times New Roman"/>
                <w:sz w:val="16"/>
                <w:szCs w:val="21"/>
              </w:rPr>
              <w:br/>
              <w:t>(e) Describe any sensitivity analyses.</w:t>
            </w:r>
          </w:p>
        </w:tc>
        <w:tc>
          <w:tcPr>
            <w:tcW w:w="2240" w:type="dxa"/>
            <w:tcMar>
              <w:top w:w="60" w:type="dxa"/>
              <w:left w:w="60" w:type="dxa"/>
              <w:bottom w:w="60" w:type="dxa"/>
              <w:right w:w="60" w:type="dxa"/>
            </w:tcMar>
          </w:tcPr>
          <w:p w14:paraId="1C96EDA7" w14:textId="77777777" w:rsidR="00245CDA" w:rsidRDefault="00F60881">
            <w:r>
              <w:rPr>
                <w:sz w:val="16"/>
              </w:rPr>
              <w:t>Methods: Statistical analysis; Methods: Generalized additive modeling of nonlinear associations and model assessment; Results: Sensitivity analyses comparing n_splines = 5, 10, and 15; Supplementary Table 4; Discussion: Limitations</w:t>
            </w:r>
          </w:p>
        </w:tc>
        <w:tc>
          <w:tcPr>
            <w:tcW w:w="5180" w:type="dxa"/>
            <w:tcMar>
              <w:top w:w="60" w:type="dxa"/>
              <w:left w:w="60" w:type="dxa"/>
              <w:bottom w:w="60" w:type="dxa"/>
              <w:right w:w="60" w:type="dxa"/>
            </w:tcMar>
          </w:tcPr>
          <w:p w14:paraId="6527CE7F" w14:textId="77777777" w:rsidR="00194319" w:rsidRPr="005E7FAC" w:rsidRDefault="00194319">
            <w:pPr>
              <w:rPr>
                <w:rFonts w:ascii="Times New Roman" w:hAnsi="Times New Roman" w:cs="Times New Roman"/>
                <w:sz w:val="21"/>
                <w:szCs w:val="21"/>
              </w:rPr>
            </w:pPr>
            <w:r w:rsidRPr="005E7FAC">
              <w:rPr>
                <w:rFonts w:cs="Times New Roman"/>
                <w:sz w:val="16"/>
                <w:szCs w:val="21"/>
              </w:rPr>
              <w:t>RECORD 12.1: Authors should describe the extent to which the investigators had access to the database population used to create the study population.</w:t>
            </w:r>
            <w:r w:rsidRPr="005E7FAC">
              <w:rPr>
                <w:rFonts w:cs="Times New Roman"/>
                <w:sz w:val="16"/>
                <w:szCs w:val="21"/>
              </w:rPr>
              <w:br/>
              <w:t>RECORD 12.2: Authors should provide information on the data cleaning methods used in the study.</w:t>
            </w:r>
            <w:r w:rsidRPr="005E7FAC">
              <w:rPr>
                <w:rFonts w:cs="Times New Roman"/>
                <w:sz w:val="16"/>
                <w:szCs w:val="21"/>
              </w:rPr>
              <w:br/>
              <w:t>RECORD 12.3: State whether the study included person-level, institutional-level, or other data linkage across two or more databases. The methods of linkage and methods of linkage quality evaluation should be provided.</w:t>
            </w:r>
          </w:p>
        </w:tc>
        <w:tc>
          <w:tcPr>
            <w:tcW w:w="2240" w:type="dxa"/>
            <w:tcMar>
              <w:top w:w="60" w:type="dxa"/>
              <w:left w:w="60" w:type="dxa"/>
              <w:bottom w:w="60" w:type="dxa"/>
              <w:right w:w="60" w:type="dxa"/>
            </w:tcMar>
          </w:tcPr>
          <w:p w14:paraId="4329CC22" w14:textId="77777777" w:rsidR="00245CDA" w:rsidRDefault="00F60881">
            <w:r>
              <w:rPr>
                <w:sz w:val="16"/>
              </w:rPr>
              <w:t>Methods: Study design and data source; Methods: Outcome and predictors; Methods: Generalized additive modeling of nonlinear associations and model assessment; Supplementary Table 4; Availability of data and materials</w:t>
            </w:r>
          </w:p>
        </w:tc>
      </w:tr>
      <w:tr w:rsidR="00194319" w:rsidRPr="005E7FAC" w14:paraId="0FF76A08" w14:textId="77777777" w:rsidTr="005928B6">
        <w:trPr>
          <w:cantSplit/>
          <w:jc w:val="center"/>
        </w:trPr>
        <w:tc>
          <w:tcPr>
            <w:tcW w:w="15600" w:type="dxa"/>
            <w:gridSpan w:val="5"/>
            <w:shd w:val="clear" w:color="auto" w:fill="EDEDED"/>
            <w:tcMar>
              <w:top w:w="60" w:type="dxa"/>
              <w:left w:w="60" w:type="dxa"/>
              <w:bottom w:w="60" w:type="dxa"/>
              <w:right w:w="60" w:type="dxa"/>
            </w:tcMar>
          </w:tcPr>
          <w:p w14:paraId="63ECD6C0" w14:textId="77777777" w:rsidR="00194319" w:rsidRPr="005E7FAC" w:rsidRDefault="00194319">
            <w:pPr>
              <w:rPr>
                <w:rFonts w:ascii="Times New Roman" w:hAnsi="Times New Roman" w:cs="Times New Roman"/>
                <w:sz w:val="21"/>
                <w:szCs w:val="21"/>
              </w:rPr>
            </w:pPr>
            <w:r w:rsidRPr="005E7FAC">
              <w:rPr>
                <w:rFonts w:cs="Times New Roman"/>
                <w:b/>
                <w:sz w:val="16"/>
                <w:szCs w:val="21"/>
              </w:rPr>
              <w:t>Results</w:t>
            </w:r>
          </w:p>
        </w:tc>
      </w:tr>
      <w:tr w:rsidR="00194319" w:rsidRPr="005E7FAC" w14:paraId="79ED75A1" w14:textId="77777777" w:rsidTr="005928B6">
        <w:trPr>
          <w:cantSplit/>
          <w:jc w:val="center"/>
        </w:trPr>
        <w:tc>
          <w:tcPr>
            <w:tcW w:w="760" w:type="dxa"/>
            <w:tcMar>
              <w:top w:w="60" w:type="dxa"/>
              <w:left w:w="60" w:type="dxa"/>
              <w:bottom w:w="60" w:type="dxa"/>
              <w:right w:w="60" w:type="dxa"/>
            </w:tcMar>
          </w:tcPr>
          <w:p w14:paraId="21AB6610" w14:textId="77777777" w:rsidR="00194319" w:rsidRPr="005E7FAC" w:rsidRDefault="00194319">
            <w:pPr>
              <w:rPr>
                <w:rFonts w:ascii="Times New Roman" w:hAnsi="Times New Roman" w:cs="Times New Roman"/>
                <w:sz w:val="21"/>
                <w:szCs w:val="21"/>
              </w:rPr>
            </w:pPr>
            <w:r w:rsidRPr="005E7FAC">
              <w:rPr>
                <w:rFonts w:cs="Times New Roman"/>
                <w:sz w:val="16"/>
                <w:szCs w:val="21"/>
              </w:rPr>
              <w:t>13</w:t>
            </w:r>
          </w:p>
        </w:tc>
        <w:tc>
          <w:tcPr>
            <w:tcW w:w="5180" w:type="dxa"/>
            <w:tcMar>
              <w:top w:w="60" w:type="dxa"/>
              <w:left w:w="60" w:type="dxa"/>
              <w:bottom w:w="60" w:type="dxa"/>
              <w:right w:w="60" w:type="dxa"/>
            </w:tcMar>
          </w:tcPr>
          <w:p w14:paraId="47772D48" w14:textId="77777777" w:rsidR="00194319" w:rsidRPr="005E7FAC" w:rsidRDefault="00194319">
            <w:pPr>
              <w:rPr>
                <w:rFonts w:ascii="Times New Roman" w:hAnsi="Times New Roman" w:cs="Times New Roman"/>
                <w:sz w:val="21"/>
                <w:szCs w:val="21"/>
              </w:rPr>
            </w:pPr>
            <w:r w:rsidRPr="005E7FAC">
              <w:rPr>
                <w:rFonts w:cs="Times New Roman"/>
                <w:sz w:val="16"/>
                <w:szCs w:val="21"/>
              </w:rPr>
              <w:t>(a) Report the numbers of individuals at each stage of the study.</w:t>
            </w:r>
            <w:r w:rsidRPr="005E7FAC">
              <w:rPr>
                <w:rFonts w:cs="Times New Roman"/>
                <w:sz w:val="16"/>
                <w:szCs w:val="21"/>
              </w:rPr>
              <w:br/>
              <w:t>(b) Give reasons for nonparticipation at each stage.</w:t>
            </w:r>
            <w:r w:rsidRPr="005E7FAC">
              <w:rPr>
                <w:rFonts w:cs="Times New Roman"/>
                <w:sz w:val="16"/>
                <w:szCs w:val="21"/>
              </w:rPr>
              <w:br/>
              <w:t>(c) Consider use of a flow diagram.</w:t>
            </w:r>
          </w:p>
        </w:tc>
        <w:tc>
          <w:tcPr>
            <w:tcW w:w="2240" w:type="dxa"/>
            <w:tcMar>
              <w:top w:w="60" w:type="dxa"/>
              <w:left w:w="60" w:type="dxa"/>
              <w:bottom w:w="60" w:type="dxa"/>
              <w:right w:w="60" w:type="dxa"/>
            </w:tcMar>
          </w:tcPr>
          <w:p w14:paraId="42110935" w14:textId="77777777" w:rsidR="00245CDA" w:rsidRDefault="00F60881">
            <w:r>
              <w:rPr>
                <w:sz w:val="16"/>
              </w:rPr>
              <w:t>Results: Descriptive characteristics of the study population; Figure 1</w:t>
            </w:r>
          </w:p>
        </w:tc>
        <w:tc>
          <w:tcPr>
            <w:tcW w:w="5180" w:type="dxa"/>
            <w:tcMar>
              <w:top w:w="60" w:type="dxa"/>
              <w:left w:w="60" w:type="dxa"/>
              <w:bottom w:w="60" w:type="dxa"/>
              <w:right w:w="60" w:type="dxa"/>
            </w:tcMar>
          </w:tcPr>
          <w:p w14:paraId="229B1F3B"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RECORD 13.1: Describe in detail the selection of the </w:t>
            </w:r>
            <w:proofErr w:type="gramStart"/>
            <w:r w:rsidRPr="005E7FAC">
              <w:rPr>
                <w:rFonts w:cs="Times New Roman"/>
                <w:sz w:val="16"/>
                <w:szCs w:val="21"/>
              </w:rPr>
              <w:t>persons</w:t>
            </w:r>
            <w:proofErr w:type="gramEnd"/>
            <w:r w:rsidRPr="005E7FAC">
              <w:rPr>
                <w:rFonts w:cs="Times New Roman"/>
                <w:sz w:val="16"/>
                <w:szCs w:val="21"/>
              </w:rPr>
              <w:t xml:space="preserve"> included in the study, including filtering based on data quality, data availability, and linkage. The selection of included </w:t>
            </w:r>
            <w:proofErr w:type="gramStart"/>
            <w:r w:rsidRPr="005E7FAC">
              <w:rPr>
                <w:rFonts w:cs="Times New Roman"/>
                <w:sz w:val="16"/>
                <w:szCs w:val="21"/>
              </w:rPr>
              <w:t>persons</w:t>
            </w:r>
            <w:proofErr w:type="gramEnd"/>
            <w:r w:rsidRPr="005E7FAC">
              <w:rPr>
                <w:rFonts w:cs="Times New Roman"/>
                <w:sz w:val="16"/>
                <w:szCs w:val="21"/>
              </w:rPr>
              <w:t xml:space="preserve"> can be described in the text and/or by means of the study flow diagram.</w:t>
            </w:r>
          </w:p>
        </w:tc>
        <w:tc>
          <w:tcPr>
            <w:tcW w:w="2240" w:type="dxa"/>
            <w:tcMar>
              <w:top w:w="60" w:type="dxa"/>
              <w:left w:w="60" w:type="dxa"/>
              <w:bottom w:w="60" w:type="dxa"/>
              <w:right w:w="60" w:type="dxa"/>
            </w:tcMar>
          </w:tcPr>
          <w:p w14:paraId="3409E045" w14:textId="77777777" w:rsidR="00245CDA" w:rsidRDefault="00F60881">
            <w:r>
              <w:rPr>
                <w:sz w:val="16"/>
              </w:rPr>
              <w:t>Results: Descriptive characteristics of the study population; Figure 1</w:t>
            </w:r>
          </w:p>
        </w:tc>
      </w:tr>
      <w:tr w:rsidR="00194319" w:rsidRPr="005E7FAC" w14:paraId="4E0E054A" w14:textId="77777777" w:rsidTr="005928B6">
        <w:trPr>
          <w:cantSplit/>
          <w:jc w:val="center"/>
        </w:trPr>
        <w:tc>
          <w:tcPr>
            <w:tcW w:w="760" w:type="dxa"/>
            <w:tcMar>
              <w:top w:w="60" w:type="dxa"/>
              <w:left w:w="60" w:type="dxa"/>
              <w:bottom w:w="60" w:type="dxa"/>
              <w:right w:w="60" w:type="dxa"/>
            </w:tcMar>
          </w:tcPr>
          <w:p w14:paraId="25C69508" w14:textId="77777777" w:rsidR="00194319" w:rsidRPr="005E7FAC" w:rsidRDefault="00194319">
            <w:pPr>
              <w:rPr>
                <w:rFonts w:ascii="Times New Roman" w:hAnsi="Times New Roman" w:cs="Times New Roman"/>
                <w:sz w:val="21"/>
                <w:szCs w:val="21"/>
              </w:rPr>
            </w:pPr>
            <w:r w:rsidRPr="005E7FAC">
              <w:rPr>
                <w:rFonts w:cs="Times New Roman"/>
                <w:sz w:val="16"/>
                <w:szCs w:val="21"/>
              </w:rPr>
              <w:t>14</w:t>
            </w:r>
          </w:p>
        </w:tc>
        <w:tc>
          <w:tcPr>
            <w:tcW w:w="5180" w:type="dxa"/>
            <w:tcMar>
              <w:top w:w="60" w:type="dxa"/>
              <w:left w:w="60" w:type="dxa"/>
              <w:bottom w:w="60" w:type="dxa"/>
              <w:right w:w="60" w:type="dxa"/>
            </w:tcMar>
          </w:tcPr>
          <w:p w14:paraId="4E500AFA" w14:textId="77777777" w:rsidR="00194319" w:rsidRPr="005E7FAC" w:rsidRDefault="00194319">
            <w:pPr>
              <w:rPr>
                <w:rFonts w:ascii="Times New Roman" w:hAnsi="Times New Roman" w:cs="Times New Roman"/>
                <w:sz w:val="21"/>
                <w:szCs w:val="21"/>
              </w:rPr>
            </w:pPr>
            <w:r w:rsidRPr="005E7FAC">
              <w:rPr>
                <w:rFonts w:cs="Times New Roman"/>
                <w:sz w:val="16"/>
                <w:szCs w:val="21"/>
              </w:rPr>
              <w:t>(a) Give characteristics of study participants and information on exposures and potential confounders.</w:t>
            </w:r>
            <w:r w:rsidRPr="005E7FAC">
              <w:rPr>
                <w:rFonts w:cs="Times New Roman"/>
                <w:sz w:val="16"/>
                <w:szCs w:val="21"/>
              </w:rPr>
              <w:br/>
              <w:t>(b) Indicate number of participants with missing data for each variable of interest.</w:t>
            </w:r>
            <w:r w:rsidRPr="005E7FAC">
              <w:rPr>
                <w:rFonts w:cs="Times New Roman"/>
                <w:sz w:val="16"/>
                <w:szCs w:val="21"/>
              </w:rPr>
              <w:br/>
              <w:t>(c) Cohort study: Summarize follow-up time.</w:t>
            </w:r>
          </w:p>
        </w:tc>
        <w:tc>
          <w:tcPr>
            <w:tcW w:w="2240" w:type="dxa"/>
            <w:tcMar>
              <w:top w:w="60" w:type="dxa"/>
              <w:left w:w="60" w:type="dxa"/>
              <w:bottom w:w="60" w:type="dxa"/>
              <w:right w:w="60" w:type="dxa"/>
            </w:tcMar>
          </w:tcPr>
          <w:p w14:paraId="6FC20610" w14:textId="77777777" w:rsidR="00245CDA" w:rsidRDefault="00F60881">
            <w:r>
              <w:rPr>
                <w:sz w:val="16"/>
              </w:rPr>
              <w:t>Results: Descriptive characteristics of the study population; Table 1; Table 2</w:t>
            </w:r>
          </w:p>
        </w:tc>
        <w:tc>
          <w:tcPr>
            <w:tcW w:w="5180" w:type="dxa"/>
            <w:tcMar>
              <w:top w:w="60" w:type="dxa"/>
              <w:left w:w="60" w:type="dxa"/>
              <w:bottom w:w="60" w:type="dxa"/>
              <w:right w:w="60" w:type="dxa"/>
            </w:tcMar>
          </w:tcPr>
          <w:p w14:paraId="016F8D93"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2F96FA53" w14:textId="77777777" w:rsidR="00245CDA" w:rsidRDefault="00F60881">
            <w:r>
              <w:rPr>
                <w:sz w:val="16"/>
              </w:rPr>
              <w:t>Not applicable</w:t>
            </w:r>
          </w:p>
        </w:tc>
      </w:tr>
      <w:tr w:rsidR="00194319" w:rsidRPr="005E7FAC" w14:paraId="73FA3F25" w14:textId="77777777" w:rsidTr="005928B6">
        <w:trPr>
          <w:cantSplit/>
          <w:jc w:val="center"/>
        </w:trPr>
        <w:tc>
          <w:tcPr>
            <w:tcW w:w="760" w:type="dxa"/>
            <w:tcMar>
              <w:top w:w="60" w:type="dxa"/>
              <w:left w:w="60" w:type="dxa"/>
              <w:bottom w:w="60" w:type="dxa"/>
              <w:right w:w="60" w:type="dxa"/>
            </w:tcMar>
          </w:tcPr>
          <w:p w14:paraId="0AEDC3A3" w14:textId="77777777" w:rsidR="00194319" w:rsidRPr="005E7FAC" w:rsidRDefault="00194319">
            <w:pPr>
              <w:rPr>
                <w:rFonts w:ascii="Times New Roman" w:hAnsi="Times New Roman" w:cs="Times New Roman"/>
                <w:sz w:val="21"/>
                <w:szCs w:val="21"/>
              </w:rPr>
            </w:pPr>
            <w:r w:rsidRPr="005E7FAC">
              <w:rPr>
                <w:rFonts w:cs="Times New Roman"/>
                <w:sz w:val="16"/>
                <w:szCs w:val="21"/>
              </w:rPr>
              <w:t>15</w:t>
            </w:r>
          </w:p>
        </w:tc>
        <w:tc>
          <w:tcPr>
            <w:tcW w:w="5180" w:type="dxa"/>
            <w:tcMar>
              <w:top w:w="60" w:type="dxa"/>
              <w:left w:w="60" w:type="dxa"/>
              <w:bottom w:w="60" w:type="dxa"/>
              <w:right w:w="60" w:type="dxa"/>
            </w:tcMar>
          </w:tcPr>
          <w:p w14:paraId="5E76F49E" w14:textId="77777777" w:rsidR="00194319" w:rsidRPr="005E7FAC" w:rsidRDefault="00194319">
            <w:pPr>
              <w:rPr>
                <w:rFonts w:ascii="Times New Roman" w:hAnsi="Times New Roman" w:cs="Times New Roman"/>
                <w:sz w:val="21"/>
                <w:szCs w:val="21"/>
              </w:rPr>
            </w:pPr>
            <w:r w:rsidRPr="005E7FAC">
              <w:rPr>
                <w:rFonts w:cs="Times New Roman"/>
                <w:sz w:val="16"/>
                <w:szCs w:val="21"/>
              </w:rPr>
              <w:t>Cohort study: Report numbers of outcome events or summary measures over time.</w:t>
            </w:r>
          </w:p>
        </w:tc>
        <w:tc>
          <w:tcPr>
            <w:tcW w:w="2240" w:type="dxa"/>
            <w:tcMar>
              <w:top w:w="60" w:type="dxa"/>
              <w:left w:w="60" w:type="dxa"/>
              <w:bottom w:w="60" w:type="dxa"/>
              <w:right w:w="60" w:type="dxa"/>
            </w:tcMar>
          </w:tcPr>
          <w:p w14:paraId="14933847" w14:textId="77777777" w:rsidR="00245CDA" w:rsidRDefault="00F60881">
            <w:r>
              <w:rPr>
                <w:sz w:val="16"/>
              </w:rPr>
              <w:t>Results: Descriptive characteristics of the study population; Results: Primary analysis; Results: Secondary analyses; Table 1; Table 2; Figures 2–6; Supplementary Figures 1–5</w:t>
            </w:r>
          </w:p>
        </w:tc>
        <w:tc>
          <w:tcPr>
            <w:tcW w:w="5180" w:type="dxa"/>
            <w:tcMar>
              <w:top w:w="60" w:type="dxa"/>
              <w:left w:w="60" w:type="dxa"/>
              <w:bottom w:w="60" w:type="dxa"/>
              <w:right w:w="60" w:type="dxa"/>
            </w:tcMar>
          </w:tcPr>
          <w:p w14:paraId="6EE2BE54"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0BAC81BF" w14:textId="77777777" w:rsidR="00245CDA" w:rsidRDefault="00F60881">
            <w:r>
              <w:rPr>
                <w:sz w:val="16"/>
              </w:rPr>
              <w:t>Not applicable</w:t>
            </w:r>
          </w:p>
        </w:tc>
      </w:tr>
      <w:tr w:rsidR="00194319" w:rsidRPr="005E7FAC" w14:paraId="637E9F07" w14:textId="77777777" w:rsidTr="005928B6">
        <w:trPr>
          <w:cantSplit/>
          <w:jc w:val="center"/>
        </w:trPr>
        <w:tc>
          <w:tcPr>
            <w:tcW w:w="760" w:type="dxa"/>
            <w:tcMar>
              <w:top w:w="60" w:type="dxa"/>
              <w:left w:w="60" w:type="dxa"/>
              <w:bottom w:w="60" w:type="dxa"/>
              <w:right w:w="60" w:type="dxa"/>
            </w:tcMar>
          </w:tcPr>
          <w:p w14:paraId="62556893" w14:textId="77777777" w:rsidR="00194319" w:rsidRPr="005E7FAC" w:rsidRDefault="00194319">
            <w:pPr>
              <w:rPr>
                <w:rFonts w:ascii="Times New Roman" w:hAnsi="Times New Roman" w:cs="Times New Roman"/>
                <w:sz w:val="21"/>
                <w:szCs w:val="21"/>
              </w:rPr>
            </w:pPr>
            <w:r w:rsidRPr="005E7FAC">
              <w:rPr>
                <w:rFonts w:cs="Times New Roman"/>
                <w:sz w:val="16"/>
                <w:szCs w:val="21"/>
              </w:rPr>
              <w:t>16</w:t>
            </w:r>
          </w:p>
        </w:tc>
        <w:tc>
          <w:tcPr>
            <w:tcW w:w="5180" w:type="dxa"/>
            <w:tcMar>
              <w:top w:w="60" w:type="dxa"/>
              <w:left w:w="60" w:type="dxa"/>
              <w:bottom w:w="60" w:type="dxa"/>
              <w:right w:w="60" w:type="dxa"/>
            </w:tcMar>
          </w:tcPr>
          <w:p w14:paraId="0199AC3E" w14:textId="77777777" w:rsidR="00194319" w:rsidRPr="005E7FAC" w:rsidRDefault="00194319">
            <w:pPr>
              <w:rPr>
                <w:rFonts w:ascii="Times New Roman" w:hAnsi="Times New Roman" w:cs="Times New Roman"/>
                <w:sz w:val="21"/>
                <w:szCs w:val="21"/>
              </w:rPr>
            </w:pPr>
            <w:r w:rsidRPr="005E7FAC">
              <w:rPr>
                <w:rFonts w:cs="Times New Roman"/>
                <w:sz w:val="16"/>
                <w:szCs w:val="21"/>
              </w:rPr>
              <w:t>(a) Give unadjusted estimates and, if applicable, confounder-adjusted estimates and their precision. Make clear which confounders were adjusted for and why they were included.</w:t>
            </w:r>
            <w:r w:rsidRPr="005E7FAC">
              <w:rPr>
                <w:rFonts w:cs="Times New Roman"/>
                <w:sz w:val="16"/>
                <w:szCs w:val="21"/>
              </w:rPr>
              <w:br/>
              <w:t>(b) Report category boundaries when continuous variables were categorized.</w:t>
            </w:r>
            <w:r w:rsidRPr="005E7FAC">
              <w:rPr>
                <w:rFonts w:cs="Times New Roman"/>
                <w:sz w:val="16"/>
                <w:szCs w:val="21"/>
              </w:rPr>
              <w:br/>
              <w:t xml:space="preserve">(c) If relevant, consider translating estimates of relative risk into absolute risk for a meaningful </w:t>
            </w:r>
            <w:proofErr w:type="gramStart"/>
            <w:r w:rsidRPr="005E7FAC">
              <w:rPr>
                <w:rFonts w:cs="Times New Roman"/>
                <w:sz w:val="16"/>
                <w:szCs w:val="21"/>
              </w:rPr>
              <w:t>time period</w:t>
            </w:r>
            <w:proofErr w:type="gramEnd"/>
            <w:r w:rsidRPr="005E7FAC">
              <w:rPr>
                <w:rFonts w:cs="Times New Roman"/>
                <w:sz w:val="16"/>
                <w:szCs w:val="21"/>
              </w:rPr>
              <w:t>.</w:t>
            </w:r>
          </w:p>
        </w:tc>
        <w:tc>
          <w:tcPr>
            <w:tcW w:w="2240" w:type="dxa"/>
            <w:tcMar>
              <w:top w:w="60" w:type="dxa"/>
              <w:left w:w="60" w:type="dxa"/>
              <w:bottom w:w="60" w:type="dxa"/>
              <w:right w:w="60" w:type="dxa"/>
            </w:tcMar>
          </w:tcPr>
          <w:p w14:paraId="7F717C05" w14:textId="77777777" w:rsidR="00245CDA" w:rsidRDefault="00F60881">
            <w:r>
              <w:rPr>
                <w:sz w:val="16"/>
              </w:rPr>
              <w:t>Results: Primary analysis of nonlinear associations; Results: Secondary analysis of lipid-related indices; Results: Secondary analysis of adiposity- and fatty liver-related indices; Figures 2–6; Supplementary Tables 2 and 3</w:t>
            </w:r>
          </w:p>
        </w:tc>
        <w:tc>
          <w:tcPr>
            <w:tcW w:w="5180" w:type="dxa"/>
            <w:tcMar>
              <w:top w:w="60" w:type="dxa"/>
              <w:left w:w="60" w:type="dxa"/>
              <w:bottom w:w="60" w:type="dxa"/>
              <w:right w:w="60" w:type="dxa"/>
            </w:tcMar>
          </w:tcPr>
          <w:p w14:paraId="3FAFC02E"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546C8D89" w14:textId="77777777" w:rsidR="00245CDA" w:rsidRDefault="00F60881">
            <w:r>
              <w:rPr>
                <w:sz w:val="16"/>
              </w:rPr>
              <w:t>Not applicable</w:t>
            </w:r>
          </w:p>
        </w:tc>
      </w:tr>
      <w:tr w:rsidR="00194319" w:rsidRPr="005E7FAC" w14:paraId="41A32A98" w14:textId="77777777" w:rsidTr="005928B6">
        <w:trPr>
          <w:cantSplit/>
          <w:jc w:val="center"/>
        </w:trPr>
        <w:tc>
          <w:tcPr>
            <w:tcW w:w="760" w:type="dxa"/>
            <w:tcMar>
              <w:top w:w="60" w:type="dxa"/>
              <w:left w:w="60" w:type="dxa"/>
              <w:bottom w:w="60" w:type="dxa"/>
              <w:right w:w="60" w:type="dxa"/>
            </w:tcMar>
          </w:tcPr>
          <w:p w14:paraId="0BA7BCB8" w14:textId="77777777" w:rsidR="00194319" w:rsidRPr="005E7FAC" w:rsidRDefault="00194319">
            <w:pPr>
              <w:rPr>
                <w:rFonts w:ascii="Times New Roman" w:hAnsi="Times New Roman" w:cs="Times New Roman"/>
                <w:sz w:val="21"/>
                <w:szCs w:val="21"/>
              </w:rPr>
            </w:pPr>
            <w:r w:rsidRPr="005E7FAC">
              <w:rPr>
                <w:rFonts w:cs="Times New Roman"/>
                <w:sz w:val="16"/>
                <w:szCs w:val="21"/>
              </w:rPr>
              <w:t>17</w:t>
            </w:r>
          </w:p>
        </w:tc>
        <w:tc>
          <w:tcPr>
            <w:tcW w:w="5180" w:type="dxa"/>
            <w:tcMar>
              <w:top w:w="60" w:type="dxa"/>
              <w:left w:w="60" w:type="dxa"/>
              <w:bottom w:w="60" w:type="dxa"/>
              <w:right w:w="60" w:type="dxa"/>
            </w:tcMar>
          </w:tcPr>
          <w:p w14:paraId="3CFF84E8" w14:textId="77777777" w:rsidR="00194319" w:rsidRPr="005E7FAC" w:rsidRDefault="00194319">
            <w:pPr>
              <w:rPr>
                <w:rFonts w:ascii="Times New Roman" w:hAnsi="Times New Roman" w:cs="Times New Roman"/>
                <w:sz w:val="21"/>
                <w:szCs w:val="21"/>
              </w:rPr>
            </w:pPr>
            <w:r w:rsidRPr="005E7FAC">
              <w:rPr>
                <w:rFonts w:cs="Times New Roman"/>
                <w:sz w:val="16"/>
                <w:szCs w:val="21"/>
              </w:rPr>
              <w:t>Report other analyses done, such as analyses of subgroups and interactions, and sensitivity analyses.</w:t>
            </w:r>
          </w:p>
        </w:tc>
        <w:tc>
          <w:tcPr>
            <w:tcW w:w="2240" w:type="dxa"/>
            <w:tcMar>
              <w:top w:w="60" w:type="dxa"/>
              <w:left w:w="60" w:type="dxa"/>
              <w:bottom w:w="60" w:type="dxa"/>
              <w:right w:w="60" w:type="dxa"/>
            </w:tcMar>
          </w:tcPr>
          <w:p w14:paraId="319A9C9D" w14:textId="77777777" w:rsidR="00245CDA" w:rsidRDefault="00F60881">
            <w:r>
              <w:rPr>
                <w:sz w:val="16"/>
              </w:rPr>
              <w:t>Results: Primary analysis; Results: Secondary analyses; Results: Sensitivity analyses; Supplementary Figures 1–5; Supplementary Tables 2–4</w:t>
            </w:r>
          </w:p>
        </w:tc>
        <w:tc>
          <w:tcPr>
            <w:tcW w:w="5180" w:type="dxa"/>
            <w:tcMar>
              <w:top w:w="60" w:type="dxa"/>
              <w:left w:w="60" w:type="dxa"/>
              <w:bottom w:w="60" w:type="dxa"/>
              <w:right w:w="60" w:type="dxa"/>
            </w:tcMar>
          </w:tcPr>
          <w:p w14:paraId="1376EED5"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54B512E8" w14:textId="77777777" w:rsidR="00245CDA" w:rsidRDefault="00F60881">
            <w:r>
              <w:rPr>
                <w:sz w:val="16"/>
              </w:rPr>
              <w:t>Not applicable</w:t>
            </w:r>
          </w:p>
        </w:tc>
      </w:tr>
      <w:tr w:rsidR="00194319" w:rsidRPr="005E7FAC" w14:paraId="14C2969C" w14:textId="77777777" w:rsidTr="005928B6">
        <w:trPr>
          <w:cantSplit/>
          <w:jc w:val="center"/>
        </w:trPr>
        <w:tc>
          <w:tcPr>
            <w:tcW w:w="15600" w:type="dxa"/>
            <w:gridSpan w:val="5"/>
            <w:shd w:val="clear" w:color="auto" w:fill="EDEDED"/>
            <w:tcMar>
              <w:top w:w="60" w:type="dxa"/>
              <w:left w:w="60" w:type="dxa"/>
              <w:bottom w:w="60" w:type="dxa"/>
              <w:right w:w="60" w:type="dxa"/>
            </w:tcMar>
          </w:tcPr>
          <w:p w14:paraId="2BA5DAAB" w14:textId="77777777" w:rsidR="00194319" w:rsidRPr="005E7FAC" w:rsidRDefault="00194319">
            <w:pPr>
              <w:rPr>
                <w:rFonts w:ascii="Times New Roman" w:hAnsi="Times New Roman" w:cs="Times New Roman"/>
                <w:sz w:val="21"/>
                <w:szCs w:val="21"/>
              </w:rPr>
            </w:pPr>
            <w:r w:rsidRPr="005E7FAC">
              <w:rPr>
                <w:rFonts w:cs="Times New Roman"/>
                <w:b/>
                <w:sz w:val="16"/>
                <w:szCs w:val="21"/>
              </w:rPr>
              <w:t>Discussion</w:t>
            </w:r>
          </w:p>
        </w:tc>
      </w:tr>
      <w:tr w:rsidR="00194319" w:rsidRPr="005E7FAC" w14:paraId="374786FE" w14:textId="77777777" w:rsidTr="005928B6">
        <w:trPr>
          <w:cantSplit/>
          <w:jc w:val="center"/>
        </w:trPr>
        <w:tc>
          <w:tcPr>
            <w:tcW w:w="760" w:type="dxa"/>
            <w:tcMar>
              <w:top w:w="60" w:type="dxa"/>
              <w:left w:w="60" w:type="dxa"/>
              <w:bottom w:w="60" w:type="dxa"/>
              <w:right w:w="60" w:type="dxa"/>
            </w:tcMar>
          </w:tcPr>
          <w:p w14:paraId="081892E7" w14:textId="77777777" w:rsidR="00194319" w:rsidRPr="005E7FAC" w:rsidRDefault="00194319">
            <w:pPr>
              <w:rPr>
                <w:rFonts w:ascii="Times New Roman" w:hAnsi="Times New Roman" w:cs="Times New Roman"/>
                <w:sz w:val="21"/>
                <w:szCs w:val="21"/>
              </w:rPr>
            </w:pPr>
            <w:r w:rsidRPr="005E7FAC">
              <w:rPr>
                <w:rFonts w:cs="Times New Roman"/>
                <w:sz w:val="16"/>
                <w:szCs w:val="21"/>
              </w:rPr>
              <w:t>18</w:t>
            </w:r>
          </w:p>
        </w:tc>
        <w:tc>
          <w:tcPr>
            <w:tcW w:w="5180" w:type="dxa"/>
            <w:tcMar>
              <w:top w:w="60" w:type="dxa"/>
              <w:left w:w="60" w:type="dxa"/>
              <w:bottom w:w="60" w:type="dxa"/>
              <w:right w:w="60" w:type="dxa"/>
            </w:tcMar>
          </w:tcPr>
          <w:p w14:paraId="31C84C2F" w14:textId="77777777" w:rsidR="00194319" w:rsidRPr="005E7FAC" w:rsidRDefault="00194319">
            <w:pPr>
              <w:rPr>
                <w:rFonts w:ascii="Times New Roman" w:hAnsi="Times New Roman" w:cs="Times New Roman"/>
                <w:sz w:val="21"/>
                <w:szCs w:val="21"/>
              </w:rPr>
            </w:pPr>
            <w:r w:rsidRPr="005E7FAC">
              <w:rPr>
                <w:rFonts w:cs="Times New Roman"/>
                <w:sz w:val="16"/>
                <w:szCs w:val="21"/>
              </w:rPr>
              <w:t>Summarize key results with reference to study objectives.</w:t>
            </w:r>
          </w:p>
        </w:tc>
        <w:tc>
          <w:tcPr>
            <w:tcW w:w="2240" w:type="dxa"/>
            <w:tcMar>
              <w:top w:w="60" w:type="dxa"/>
              <w:left w:w="60" w:type="dxa"/>
              <w:bottom w:w="60" w:type="dxa"/>
              <w:right w:w="60" w:type="dxa"/>
            </w:tcMar>
          </w:tcPr>
          <w:p w14:paraId="6C1F7D9D" w14:textId="77777777" w:rsidR="00245CDA" w:rsidRDefault="00F60881">
            <w:r>
              <w:rPr>
                <w:sz w:val="16"/>
              </w:rPr>
              <w:t>Discussion (summary of principal findings)</w:t>
            </w:r>
          </w:p>
        </w:tc>
        <w:tc>
          <w:tcPr>
            <w:tcW w:w="5180" w:type="dxa"/>
            <w:tcMar>
              <w:top w:w="60" w:type="dxa"/>
              <w:left w:w="60" w:type="dxa"/>
              <w:bottom w:w="60" w:type="dxa"/>
              <w:right w:w="60" w:type="dxa"/>
            </w:tcMar>
          </w:tcPr>
          <w:p w14:paraId="0F22E860"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49395390" w14:textId="77777777" w:rsidR="00245CDA" w:rsidRDefault="00F60881">
            <w:r>
              <w:rPr>
                <w:sz w:val="16"/>
              </w:rPr>
              <w:t>Not applicable</w:t>
            </w:r>
          </w:p>
        </w:tc>
      </w:tr>
      <w:tr w:rsidR="00194319" w:rsidRPr="005E7FAC" w14:paraId="6DF16BDC" w14:textId="77777777" w:rsidTr="005928B6">
        <w:trPr>
          <w:cantSplit/>
          <w:jc w:val="center"/>
        </w:trPr>
        <w:tc>
          <w:tcPr>
            <w:tcW w:w="760" w:type="dxa"/>
            <w:tcMar>
              <w:top w:w="60" w:type="dxa"/>
              <w:left w:w="60" w:type="dxa"/>
              <w:bottom w:w="60" w:type="dxa"/>
              <w:right w:w="60" w:type="dxa"/>
            </w:tcMar>
          </w:tcPr>
          <w:p w14:paraId="4E128348" w14:textId="77777777" w:rsidR="00194319" w:rsidRPr="005E7FAC" w:rsidRDefault="00194319">
            <w:pPr>
              <w:rPr>
                <w:rFonts w:ascii="Times New Roman" w:hAnsi="Times New Roman" w:cs="Times New Roman"/>
                <w:sz w:val="21"/>
                <w:szCs w:val="21"/>
              </w:rPr>
            </w:pPr>
            <w:r w:rsidRPr="005E7FAC">
              <w:rPr>
                <w:rFonts w:cs="Times New Roman"/>
                <w:sz w:val="16"/>
                <w:szCs w:val="21"/>
              </w:rPr>
              <w:lastRenderedPageBreak/>
              <w:t>19</w:t>
            </w:r>
          </w:p>
        </w:tc>
        <w:tc>
          <w:tcPr>
            <w:tcW w:w="5180" w:type="dxa"/>
            <w:tcMar>
              <w:top w:w="60" w:type="dxa"/>
              <w:left w:w="60" w:type="dxa"/>
              <w:bottom w:w="60" w:type="dxa"/>
              <w:right w:w="60" w:type="dxa"/>
            </w:tcMar>
          </w:tcPr>
          <w:p w14:paraId="37434629"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Discuss limitations of the study, </w:t>
            </w:r>
            <w:proofErr w:type="gramStart"/>
            <w:r w:rsidRPr="005E7FAC">
              <w:rPr>
                <w:rFonts w:cs="Times New Roman"/>
                <w:sz w:val="16"/>
                <w:szCs w:val="21"/>
              </w:rPr>
              <w:t>taking into account</w:t>
            </w:r>
            <w:proofErr w:type="gramEnd"/>
            <w:r w:rsidRPr="005E7FAC">
              <w:rPr>
                <w:rFonts w:cs="Times New Roman"/>
                <w:sz w:val="16"/>
                <w:szCs w:val="21"/>
              </w:rPr>
              <w:t xml:space="preserve"> sources of potential bias or imprecision. Discuss both direction and magnitude of any potential bias.</w:t>
            </w:r>
          </w:p>
        </w:tc>
        <w:tc>
          <w:tcPr>
            <w:tcW w:w="2240" w:type="dxa"/>
            <w:tcMar>
              <w:top w:w="60" w:type="dxa"/>
              <w:left w:w="60" w:type="dxa"/>
              <w:bottom w:w="60" w:type="dxa"/>
              <w:right w:w="60" w:type="dxa"/>
            </w:tcMar>
          </w:tcPr>
          <w:p w14:paraId="2AE7670A" w14:textId="77777777" w:rsidR="00245CDA" w:rsidRDefault="00F60881">
            <w:r>
              <w:rPr>
                <w:sz w:val="16"/>
              </w:rPr>
              <w:t>Discussion: Limitations (discussion of explanatory performance, observational design, claims data, repeated person-years, outlier exclusion, missing data, and generalizability)</w:t>
            </w:r>
          </w:p>
        </w:tc>
        <w:tc>
          <w:tcPr>
            <w:tcW w:w="5180" w:type="dxa"/>
            <w:tcMar>
              <w:top w:w="60" w:type="dxa"/>
              <w:left w:w="60" w:type="dxa"/>
              <w:bottom w:w="60" w:type="dxa"/>
              <w:right w:w="60" w:type="dxa"/>
            </w:tcMar>
          </w:tcPr>
          <w:p w14:paraId="0A68C3CD" w14:textId="77777777" w:rsidR="00194319" w:rsidRPr="005E7FAC" w:rsidRDefault="00194319">
            <w:pPr>
              <w:rPr>
                <w:rFonts w:ascii="Times New Roman" w:hAnsi="Times New Roman" w:cs="Times New Roman"/>
                <w:sz w:val="21"/>
                <w:szCs w:val="21"/>
              </w:rPr>
            </w:pPr>
            <w:r w:rsidRPr="005E7FAC">
              <w:rPr>
                <w:rFonts w:cs="Times New Roman"/>
                <w:sz w:val="16"/>
                <w:szCs w:val="21"/>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2240" w:type="dxa"/>
            <w:tcMar>
              <w:top w:w="60" w:type="dxa"/>
              <w:left w:w="60" w:type="dxa"/>
              <w:bottom w:w="60" w:type="dxa"/>
              <w:right w:w="60" w:type="dxa"/>
            </w:tcMar>
          </w:tcPr>
          <w:p w14:paraId="702C48CA" w14:textId="77777777" w:rsidR="00245CDA" w:rsidRDefault="00F60881">
            <w:r>
              <w:rPr>
                <w:sz w:val="16"/>
              </w:rPr>
              <w:t>Discussion: Limitations</w:t>
            </w:r>
          </w:p>
        </w:tc>
      </w:tr>
      <w:tr w:rsidR="00194319" w:rsidRPr="005E7FAC" w14:paraId="00222FB7" w14:textId="77777777" w:rsidTr="005928B6">
        <w:trPr>
          <w:cantSplit/>
          <w:jc w:val="center"/>
        </w:trPr>
        <w:tc>
          <w:tcPr>
            <w:tcW w:w="760" w:type="dxa"/>
            <w:tcMar>
              <w:top w:w="60" w:type="dxa"/>
              <w:left w:w="60" w:type="dxa"/>
              <w:bottom w:w="60" w:type="dxa"/>
              <w:right w:w="60" w:type="dxa"/>
            </w:tcMar>
          </w:tcPr>
          <w:p w14:paraId="61C3C823" w14:textId="77777777" w:rsidR="00194319" w:rsidRPr="005E7FAC" w:rsidRDefault="00194319">
            <w:pPr>
              <w:rPr>
                <w:rFonts w:ascii="Times New Roman" w:hAnsi="Times New Roman" w:cs="Times New Roman"/>
                <w:sz w:val="21"/>
                <w:szCs w:val="21"/>
              </w:rPr>
            </w:pPr>
            <w:r w:rsidRPr="005E7FAC">
              <w:rPr>
                <w:rFonts w:cs="Times New Roman"/>
                <w:sz w:val="16"/>
                <w:szCs w:val="21"/>
              </w:rPr>
              <w:t>20</w:t>
            </w:r>
          </w:p>
        </w:tc>
        <w:tc>
          <w:tcPr>
            <w:tcW w:w="5180" w:type="dxa"/>
            <w:tcMar>
              <w:top w:w="60" w:type="dxa"/>
              <w:left w:w="60" w:type="dxa"/>
              <w:bottom w:w="60" w:type="dxa"/>
              <w:right w:w="60" w:type="dxa"/>
            </w:tcMar>
          </w:tcPr>
          <w:p w14:paraId="2EE1D23D" w14:textId="77777777" w:rsidR="00194319" w:rsidRPr="005E7FAC" w:rsidRDefault="00194319">
            <w:pPr>
              <w:rPr>
                <w:rFonts w:ascii="Times New Roman" w:hAnsi="Times New Roman" w:cs="Times New Roman"/>
                <w:sz w:val="21"/>
                <w:szCs w:val="21"/>
              </w:rPr>
            </w:pPr>
            <w:r w:rsidRPr="005E7FAC">
              <w:rPr>
                <w:rFonts w:cs="Times New Roman"/>
                <w:sz w:val="16"/>
                <w:szCs w:val="21"/>
              </w:rPr>
              <w:t>Give a cautious overall interpretation of results considering objectives, limitations, multiplicity of analyses, results from similar studies, and other relevant evidence.</w:t>
            </w:r>
          </w:p>
        </w:tc>
        <w:tc>
          <w:tcPr>
            <w:tcW w:w="2240" w:type="dxa"/>
            <w:tcMar>
              <w:top w:w="60" w:type="dxa"/>
              <w:left w:w="60" w:type="dxa"/>
              <w:bottom w:w="60" w:type="dxa"/>
              <w:right w:w="60" w:type="dxa"/>
            </w:tcMar>
          </w:tcPr>
          <w:p w14:paraId="284B3ABD" w14:textId="77777777" w:rsidR="00245CDA" w:rsidRDefault="00F60881">
            <w:r>
              <w:rPr>
                <w:sz w:val="16"/>
              </w:rPr>
              <w:t>Discussion; Conclusions</w:t>
            </w:r>
          </w:p>
        </w:tc>
        <w:tc>
          <w:tcPr>
            <w:tcW w:w="5180" w:type="dxa"/>
            <w:tcMar>
              <w:top w:w="60" w:type="dxa"/>
              <w:left w:w="60" w:type="dxa"/>
              <w:bottom w:w="60" w:type="dxa"/>
              <w:right w:w="60" w:type="dxa"/>
            </w:tcMar>
          </w:tcPr>
          <w:p w14:paraId="6919308F"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0668DE3B" w14:textId="77777777" w:rsidR="00245CDA" w:rsidRDefault="00F60881">
            <w:r>
              <w:rPr>
                <w:sz w:val="16"/>
              </w:rPr>
              <w:t>Not applicable</w:t>
            </w:r>
          </w:p>
        </w:tc>
      </w:tr>
      <w:tr w:rsidR="00194319" w:rsidRPr="005E7FAC" w14:paraId="53E4439C" w14:textId="77777777" w:rsidTr="005928B6">
        <w:trPr>
          <w:cantSplit/>
          <w:jc w:val="center"/>
        </w:trPr>
        <w:tc>
          <w:tcPr>
            <w:tcW w:w="760" w:type="dxa"/>
            <w:tcMar>
              <w:top w:w="60" w:type="dxa"/>
              <w:left w:w="60" w:type="dxa"/>
              <w:bottom w:w="60" w:type="dxa"/>
              <w:right w:w="60" w:type="dxa"/>
            </w:tcMar>
          </w:tcPr>
          <w:p w14:paraId="3A8D2E63" w14:textId="77777777" w:rsidR="00194319" w:rsidRPr="005E7FAC" w:rsidRDefault="00194319">
            <w:pPr>
              <w:rPr>
                <w:rFonts w:ascii="Times New Roman" w:hAnsi="Times New Roman" w:cs="Times New Roman"/>
                <w:sz w:val="21"/>
                <w:szCs w:val="21"/>
              </w:rPr>
            </w:pPr>
            <w:r w:rsidRPr="005E7FAC">
              <w:rPr>
                <w:rFonts w:cs="Times New Roman"/>
                <w:sz w:val="16"/>
                <w:szCs w:val="21"/>
              </w:rPr>
              <w:t>21</w:t>
            </w:r>
          </w:p>
        </w:tc>
        <w:tc>
          <w:tcPr>
            <w:tcW w:w="5180" w:type="dxa"/>
            <w:tcMar>
              <w:top w:w="60" w:type="dxa"/>
              <w:left w:w="60" w:type="dxa"/>
              <w:bottom w:w="60" w:type="dxa"/>
              <w:right w:w="60" w:type="dxa"/>
            </w:tcMar>
          </w:tcPr>
          <w:p w14:paraId="55395A91" w14:textId="77777777" w:rsidR="00194319" w:rsidRPr="005E7FAC" w:rsidRDefault="00194319">
            <w:pPr>
              <w:rPr>
                <w:rFonts w:ascii="Times New Roman" w:hAnsi="Times New Roman" w:cs="Times New Roman"/>
                <w:sz w:val="21"/>
                <w:szCs w:val="21"/>
              </w:rPr>
            </w:pPr>
            <w:r w:rsidRPr="005E7FAC">
              <w:rPr>
                <w:rFonts w:cs="Times New Roman"/>
                <w:sz w:val="16"/>
                <w:szCs w:val="21"/>
              </w:rPr>
              <w:t xml:space="preserve">Discuss the </w:t>
            </w:r>
            <w:proofErr w:type="spellStart"/>
            <w:r w:rsidRPr="005E7FAC">
              <w:rPr>
                <w:rFonts w:cs="Times New Roman"/>
                <w:sz w:val="16"/>
                <w:szCs w:val="21"/>
              </w:rPr>
              <w:t>generalisability</w:t>
            </w:r>
            <w:proofErr w:type="spellEnd"/>
            <w:r w:rsidRPr="005E7FAC">
              <w:rPr>
                <w:rFonts w:cs="Times New Roman"/>
                <w:sz w:val="16"/>
                <w:szCs w:val="21"/>
              </w:rPr>
              <w:t xml:space="preserve"> (external validity) of the study results.</w:t>
            </w:r>
          </w:p>
        </w:tc>
        <w:tc>
          <w:tcPr>
            <w:tcW w:w="2240" w:type="dxa"/>
            <w:tcMar>
              <w:top w:w="60" w:type="dxa"/>
              <w:left w:w="60" w:type="dxa"/>
              <w:bottom w:w="60" w:type="dxa"/>
              <w:right w:w="60" w:type="dxa"/>
            </w:tcMar>
          </w:tcPr>
          <w:p w14:paraId="1454434C" w14:textId="77777777" w:rsidR="00245CDA" w:rsidRDefault="00F60881">
            <w:r>
              <w:rPr>
                <w:sz w:val="16"/>
              </w:rPr>
              <w:t>Discussion: Limitations; Conclusions</w:t>
            </w:r>
          </w:p>
        </w:tc>
        <w:tc>
          <w:tcPr>
            <w:tcW w:w="5180" w:type="dxa"/>
            <w:tcMar>
              <w:top w:w="60" w:type="dxa"/>
              <w:left w:w="60" w:type="dxa"/>
              <w:bottom w:w="60" w:type="dxa"/>
              <w:right w:w="60" w:type="dxa"/>
            </w:tcMar>
          </w:tcPr>
          <w:p w14:paraId="7FA66D2F" w14:textId="77777777" w:rsidR="00194319" w:rsidRPr="005E7FAC" w:rsidRDefault="00194319">
            <w:pPr>
              <w:rPr>
                <w:rFonts w:ascii="Times New Roman" w:hAnsi="Times New Roman" w:cs="Times New Roman"/>
                <w:sz w:val="21"/>
                <w:szCs w:val="21"/>
              </w:rPr>
            </w:pPr>
            <w:r w:rsidRPr="005E7FAC">
              <w:rPr>
                <w:rFonts w:cs="Times New Roman"/>
                <w:sz w:val="16"/>
                <w:szCs w:val="21"/>
              </w:rPr>
              <w:t>Not applicable / no RECORD-specific extension for this item.</w:t>
            </w:r>
          </w:p>
        </w:tc>
        <w:tc>
          <w:tcPr>
            <w:tcW w:w="2240" w:type="dxa"/>
            <w:tcMar>
              <w:top w:w="60" w:type="dxa"/>
              <w:left w:w="60" w:type="dxa"/>
              <w:bottom w:w="60" w:type="dxa"/>
              <w:right w:w="60" w:type="dxa"/>
            </w:tcMar>
          </w:tcPr>
          <w:p w14:paraId="2EB79538" w14:textId="77777777" w:rsidR="00245CDA" w:rsidRDefault="00F60881">
            <w:r>
              <w:rPr>
                <w:sz w:val="16"/>
              </w:rPr>
              <w:t>Not applicable</w:t>
            </w:r>
          </w:p>
        </w:tc>
      </w:tr>
      <w:tr w:rsidR="00194319" w:rsidRPr="005E7FAC" w14:paraId="3841C403" w14:textId="77777777" w:rsidTr="005928B6">
        <w:trPr>
          <w:cantSplit/>
          <w:jc w:val="center"/>
        </w:trPr>
        <w:tc>
          <w:tcPr>
            <w:tcW w:w="15600" w:type="dxa"/>
            <w:gridSpan w:val="5"/>
            <w:shd w:val="clear" w:color="auto" w:fill="EDEDED"/>
            <w:tcMar>
              <w:top w:w="60" w:type="dxa"/>
              <w:left w:w="60" w:type="dxa"/>
              <w:bottom w:w="60" w:type="dxa"/>
              <w:right w:w="60" w:type="dxa"/>
            </w:tcMar>
          </w:tcPr>
          <w:p w14:paraId="77028F56" w14:textId="77777777" w:rsidR="00194319" w:rsidRPr="005E7FAC" w:rsidRDefault="00194319">
            <w:pPr>
              <w:rPr>
                <w:rFonts w:ascii="Times New Roman" w:hAnsi="Times New Roman" w:cs="Times New Roman"/>
                <w:sz w:val="21"/>
                <w:szCs w:val="21"/>
              </w:rPr>
            </w:pPr>
            <w:r w:rsidRPr="005E7FAC">
              <w:rPr>
                <w:rFonts w:cs="Times New Roman"/>
                <w:b/>
                <w:sz w:val="16"/>
                <w:szCs w:val="21"/>
              </w:rPr>
              <w:t>Other information</w:t>
            </w:r>
          </w:p>
        </w:tc>
      </w:tr>
      <w:tr w:rsidR="00194319" w:rsidRPr="005E7FAC" w14:paraId="6C2D3649" w14:textId="77777777" w:rsidTr="005928B6">
        <w:trPr>
          <w:cantSplit/>
          <w:jc w:val="center"/>
        </w:trPr>
        <w:tc>
          <w:tcPr>
            <w:tcW w:w="760" w:type="dxa"/>
            <w:tcMar>
              <w:top w:w="60" w:type="dxa"/>
              <w:left w:w="60" w:type="dxa"/>
              <w:bottom w:w="60" w:type="dxa"/>
              <w:right w:w="60" w:type="dxa"/>
            </w:tcMar>
          </w:tcPr>
          <w:p w14:paraId="4E0984F9" w14:textId="77777777" w:rsidR="00194319" w:rsidRPr="005E7FAC" w:rsidRDefault="00194319">
            <w:pPr>
              <w:rPr>
                <w:rFonts w:ascii="Times New Roman" w:hAnsi="Times New Roman" w:cs="Times New Roman"/>
                <w:sz w:val="21"/>
                <w:szCs w:val="21"/>
              </w:rPr>
            </w:pPr>
            <w:r w:rsidRPr="005E7FAC">
              <w:rPr>
                <w:rFonts w:cs="Times New Roman"/>
                <w:sz w:val="16"/>
                <w:szCs w:val="21"/>
              </w:rPr>
              <w:t>22</w:t>
            </w:r>
          </w:p>
        </w:tc>
        <w:tc>
          <w:tcPr>
            <w:tcW w:w="5180" w:type="dxa"/>
            <w:tcMar>
              <w:top w:w="60" w:type="dxa"/>
              <w:left w:w="60" w:type="dxa"/>
              <w:bottom w:w="60" w:type="dxa"/>
              <w:right w:w="60" w:type="dxa"/>
            </w:tcMar>
          </w:tcPr>
          <w:p w14:paraId="5E3F3526" w14:textId="77777777" w:rsidR="00194319" w:rsidRPr="005E7FAC" w:rsidRDefault="00194319">
            <w:pPr>
              <w:rPr>
                <w:rFonts w:ascii="Times New Roman" w:hAnsi="Times New Roman" w:cs="Times New Roman"/>
                <w:sz w:val="21"/>
                <w:szCs w:val="21"/>
              </w:rPr>
            </w:pPr>
            <w:r w:rsidRPr="005E7FAC">
              <w:rPr>
                <w:rFonts w:cs="Times New Roman"/>
                <w:sz w:val="16"/>
                <w:szCs w:val="21"/>
              </w:rPr>
              <w:t>Give the source of funding and the role of the funders for the present study and, if applicable, for the original study on which the present article is based.</w:t>
            </w:r>
          </w:p>
        </w:tc>
        <w:tc>
          <w:tcPr>
            <w:tcW w:w="2240" w:type="dxa"/>
            <w:tcMar>
              <w:top w:w="60" w:type="dxa"/>
              <w:left w:w="60" w:type="dxa"/>
              <w:bottom w:w="60" w:type="dxa"/>
              <w:right w:w="60" w:type="dxa"/>
            </w:tcMar>
          </w:tcPr>
          <w:p w14:paraId="39E6D3D6" w14:textId="77777777" w:rsidR="00245CDA" w:rsidRDefault="00F60881">
            <w:r>
              <w:rPr>
                <w:sz w:val="16"/>
              </w:rPr>
              <w:t>Funding; Competing interests</w:t>
            </w:r>
          </w:p>
        </w:tc>
        <w:tc>
          <w:tcPr>
            <w:tcW w:w="5180" w:type="dxa"/>
            <w:tcMar>
              <w:top w:w="60" w:type="dxa"/>
              <w:left w:w="60" w:type="dxa"/>
              <w:bottom w:w="60" w:type="dxa"/>
              <w:right w:w="60" w:type="dxa"/>
            </w:tcMar>
          </w:tcPr>
          <w:p w14:paraId="67599B32" w14:textId="77777777" w:rsidR="00194319" w:rsidRPr="005E7FAC" w:rsidRDefault="00194319">
            <w:pPr>
              <w:rPr>
                <w:rFonts w:ascii="Times New Roman" w:hAnsi="Times New Roman" w:cs="Times New Roman"/>
                <w:sz w:val="21"/>
                <w:szCs w:val="21"/>
              </w:rPr>
            </w:pPr>
            <w:r w:rsidRPr="005E7FAC">
              <w:rPr>
                <w:rFonts w:cs="Times New Roman"/>
                <w:sz w:val="16"/>
                <w:szCs w:val="21"/>
              </w:rPr>
              <w:t>RECORD 22.1: Authors should provide information on how to access any supplemental information such as the study protocol, raw data, or programming code.</w:t>
            </w:r>
          </w:p>
        </w:tc>
        <w:tc>
          <w:tcPr>
            <w:tcW w:w="2240" w:type="dxa"/>
            <w:tcMar>
              <w:top w:w="60" w:type="dxa"/>
              <w:left w:w="60" w:type="dxa"/>
              <w:bottom w:w="60" w:type="dxa"/>
              <w:right w:w="60" w:type="dxa"/>
            </w:tcMar>
          </w:tcPr>
          <w:p w14:paraId="73A3C0ED" w14:textId="77777777" w:rsidR="00245CDA" w:rsidRDefault="00F60881">
            <w:r>
              <w:rPr>
                <w:sz w:val="16"/>
              </w:rPr>
              <w:t>Availability of data and materials; Supplementary Information; Supplementary Table 1</w:t>
            </w:r>
          </w:p>
        </w:tc>
      </w:tr>
    </w:tbl>
    <w:p w14:paraId="1D8887D5" w14:textId="77777777" w:rsidR="00CC22A9" w:rsidRPr="005E7FAC" w:rsidRDefault="00F60881">
      <w:pPr>
        <w:spacing w:before="120"/>
        <w:rPr>
          <w:rFonts w:ascii="Times New Roman" w:hAnsi="Times New Roman" w:cs="Times New Roman"/>
          <w:sz w:val="21"/>
          <w:szCs w:val="21"/>
        </w:rPr>
      </w:pPr>
      <w:r w:rsidRPr="005E7FAC">
        <w:rPr>
          <w:rFonts w:cs="Times New Roman"/>
          <w:sz w:val="16"/>
          <w:szCs w:val="21"/>
        </w:rPr>
        <w:t xml:space="preserve">Abbreviations: RECORD, </w:t>
      </w:r>
      <w:proofErr w:type="spellStart"/>
      <w:proofErr w:type="gramStart"/>
      <w:r w:rsidRPr="005E7FAC">
        <w:rPr>
          <w:rFonts w:cs="Times New Roman"/>
          <w:sz w:val="16"/>
          <w:szCs w:val="21"/>
        </w:rPr>
        <w:t>REporting</w:t>
      </w:r>
      <w:proofErr w:type="spellEnd"/>
      <w:proofErr w:type="gramEnd"/>
      <w:r w:rsidRPr="005E7FAC">
        <w:rPr>
          <w:rFonts w:cs="Times New Roman"/>
          <w:sz w:val="16"/>
          <w:szCs w:val="21"/>
        </w:rPr>
        <w:t xml:space="preserve"> of studies Conducted using Observational </w:t>
      </w:r>
      <w:proofErr w:type="gramStart"/>
      <w:r w:rsidRPr="005E7FAC">
        <w:rPr>
          <w:rFonts w:cs="Times New Roman"/>
          <w:sz w:val="16"/>
          <w:szCs w:val="21"/>
        </w:rPr>
        <w:t>Routinely-collected</w:t>
      </w:r>
      <w:proofErr w:type="gramEnd"/>
      <w:r w:rsidRPr="005E7FAC">
        <w:rPr>
          <w:rFonts w:cs="Times New Roman"/>
          <w:sz w:val="16"/>
          <w:szCs w:val="21"/>
        </w:rPr>
        <w:t xml:space="preserve"> health Data; STROBE, Strengthening the Reporting of Observational Studies in Epidemiology.</w:t>
      </w:r>
    </w:p>
    <w:p w14:paraId="19CFACDB" w14:textId="77777777" w:rsidR="00CC22A9" w:rsidRPr="005E7FAC" w:rsidRDefault="00F60881">
      <w:pPr>
        <w:rPr>
          <w:rFonts w:ascii="Times New Roman" w:hAnsi="Times New Roman" w:cs="Times New Roman"/>
          <w:sz w:val="21"/>
          <w:szCs w:val="21"/>
        </w:rPr>
      </w:pPr>
      <w:r w:rsidRPr="005E7FAC">
        <w:rPr>
          <w:rFonts w:cs="Times New Roman"/>
          <w:sz w:val="16"/>
          <w:szCs w:val="21"/>
        </w:rPr>
        <w:t xml:space="preserve">Reference: Benchimol EI, Smeeth L, Guttmann A, Harron K, Moher D, Petersen I, Sørensen HT, von Elm E, Langan SM; RECORD Working Committee. The REporting of studies Conducted using Observational </w:t>
      </w:r>
      <w:proofErr w:type="gramStart"/>
      <w:r w:rsidRPr="005E7FAC">
        <w:rPr>
          <w:rFonts w:cs="Times New Roman"/>
          <w:sz w:val="16"/>
          <w:szCs w:val="21"/>
        </w:rPr>
        <w:t>Routinely-collected</w:t>
      </w:r>
      <w:proofErr w:type="gramEnd"/>
      <w:r w:rsidRPr="005E7FAC">
        <w:rPr>
          <w:rFonts w:cs="Times New Roman"/>
          <w:sz w:val="16"/>
          <w:szCs w:val="21"/>
        </w:rPr>
        <w:t xml:space="preserve"> health Data (RECORD) Statement. PLoS Med. 2015;12(10</w:t>
      </w:r>
      <w:proofErr w:type="gramStart"/>
      <w:r w:rsidRPr="005E7FAC">
        <w:rPr>
          <w:rFonts w:cs="Times New Roman"/>
          <w:sz w:val="16"/>
          <w:szCs w:val="21"/>
        </w:rPr>
        <w:t>):e</w:t>
      </w:r>
      <w:proofErr w:type="gramEnd"/>
      <w:r w:rsidRPr="005E7FAC">
        <w:rPr>
          <w:rFonts w:cs="Times New Roman"/>
          <w:sz w:val="16"/>
          <w:szCs w:val="21"/>
        </w:rPr>
        <w:t>1001885.</w:t>
      </w:r>
    </w:p>
    <w:sectPr w:rsidR="00CC22A9" w:rsidRPr="005E7FAC" w:rsidSect="005E7FAC">
      <w:headerReference w:type="even" r:id="rId8"/>
      <w:headerReference w:type="default" r:id="rId9"/>
      <w:footerReference w:type="even" r:id="rId10"/>
      <w:footerReference w:type="default" r:id="rId11"/>
      <w:headerReference w:type="first" r:id="rId12"/>
      <w:footerReference w:type="first" r:id="rId13"/>
      <w:pgSz w:w="16834" w:h="11909"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97F07" w14:textId="77777777" w:rsidR="00F60881" w:rsidRDefault="00F60881" w:rsidP="00471F21">
      <w:pPr>
        <w:spacing w:after="0" w:line="240" w:lineRule="auto"/>
      </w:pPr>
      <w:r>
        <w:separator/>
      </w:r>
    </w:p>
  </w:endnote>
  <w:endnote w:type="continuationSeparator" w:id="0">
    <w:p w14:paraId="27BEBEFA" w14:textId="77777777" w:rsidR="00F60881" w:rsidRDefault="00F60881" w:rsidP="00471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0810" w14:textId="77777777" w:rsidR="005E7FAC" w:rsidRDefault="005E7FA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B89F" w14:textId="77777777" w:rsidR="005E7FAC" w:rsidRDefault="005E7FA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A128" w14:textId="77777777" w:rsidR="005E7FAC" w:rsidRDefault="005E7FA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E841" w14:textId="77777777" w:rsidR="00F60881" w:rsidRDefault="00F60881" w:rsidP="00471F21">
      <w:pPr>
        <w:spacing w:after="0" w:line="240" w:lineRule="auto"/>
      </w:pPr>
      <w:r>
        <w:separator/>
      </w:r>
    </w:p>
  </w:footnote>
  <w:footnote w:type="continuationSeparator" w:id="0">
    <w:p w14:paraId="5E9883CE" w14:textId="77777777" w:rsidR="00F60881" w:rsidRDefault="00F60881" w:rsidP="00471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6DA5" w14:textId="77777777" w:rsidR="005E7FAC" w:rsidRDefault="005E7FA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E886" w14:textId="77777777" w:rsidR="005E7FAC" w:rsidRDefault="005E7FA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86652" w14:textId="77777777" w:rsidR="005E7FAC" w:rsidRDefault="005E7FA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53552593">
    <w:abstractNumId w:val="8"/>
  </w:num>
  <w:num w:numId="2" w16cid:durableId="1199583297">
    <w:abstractNumId w:val="6"/>
  </w:num>
  <w:num w:numId="3" w16cid:durableId="1539708395">
    <w:abstractNumId w:val="5"/>
  </w:num>
  <w:num w:numId="4" w16cid:durableId="1777601018">
    <w:abstractNumId w:val="4"/>
  </w:num>
  <w:num w:numId="5" w16cid:durableId="1828326340">
    <w:abstractNumId w:val="7"/>
  </w:num>
  <w:num w:numId="6" w16cid:durableId="1071267489">
    <w:abstractNumId w:val="3"/>
  </w:num>
  <w:num w:numId="7" w16cid:durableId="245504377">
    <w:abstractNumId w:val="2"/>
  </w:num>
  <w:num w:numId="8" w16cid:durableId="1990212094">
    <w:abstractNumId w:val="1"/>
  </w:num>
  <w:num w:numId="9" w16cid:durableId="88178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677"/>
    <w:rsid w:val="0006063C"/>
    <w:rsid w:val="0015074B"/>
    <w:rsid w:val="00165B61"/>
    <w:rsid w:val="00194319"/>
    <w:rsid w:val="00245CDA"/>
    <w:rsid w:val="0029639D"/>
    <w:rsid w:val="00326F90"/>
    <w:rsid w:val="00365F82"/>
    <w:rsid w:val="00471F21"/>
    <w:rsid w:val="005928B6"/>
    <w:rsid w:val="005E7FAC"/>
    <w:rsid w:val="006B2FF6"/>
    <w:rsid w:val="00AA1D8D"/>
    <w:rsid w:val="00B47730"/>
    <w:rsid w:val="00CB0664"/>
    <w:rsid w:val="00CC22A9"/>
    <w:rsid w:val="00D70E3A"/>
    <w:rsid w:val="00F608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FC8D0DA"/>
  <w14:defaultImageDpi w14:val="300"/>
  <w15:docId w15:val="{99534D15-D5F5-4A5F-A48A-6C60A2C42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6E0ED7-C3E2-476C-B597-BD6598F5FE10}">
  <we:reference id="wa200010453" version="1.0.0.1" store="ja-JP" storeType="OMEX"/>
  <we:alternateReferences>
    <we:reference id="WA200010453" version="1.0.0.1" store="" storeType="OMEX"/>
  </we:alternateReferences>
  <we:properties>
    <we:property name="claude.fileId" value="&quot;1f30652b-07b8-47d2-8900-bceb9db63a1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1672</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Shigehiro Karashima</cp:lastModifiedBy>
  <cp:revision>2</cp:revision>
  <dcterms:created xsi:type="dcterms:W3CDTF">2026-06-07T07:43:00Z</dcterms:created>
  <dcterms:modified xsi:type="dcterms:W3CDTF">2026-06-07T07:43:00Z</dcterms:modified>
  <cp:category/>
</cp:coreProperties>
</file>