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501F9" w14:textId="46CEEBC6" w:rsidR="00A723B0" w:rsidRPr="00D11C65" w:rsidRDefault="001439F9" w:rsidP="00D62B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C65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A723B0" w:rsidRPr="00D11C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D74" w:rsidRPr="00D11C6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41004EA5" w14:textId="426AE2A1" w:rsidR="008F2378" w:rsidRPr="00D11C65" w:rsidRDefault="00EF6C7A" w:rsidP="00D62B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C65">
        <w:rPr>
          <w:rFonts w:ascii="Times New Roman" w:hAnsi="Times New Roman" w:cs="Times New Roman"/>
          <w:b/>
          <w:bCs/>
          <w:sz w:val="24"/>
          <w:szCs w:val="24"/>
        </w:rPr>
        <w:t>COREQ (COnsolidated criteria for REporting Qualitative research) Checklist</w:t>
      </w:r>
    </w:p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599"/>
        <w:gridCol w:w="3810"/>
        <w:gridCol w:w="3105"/>
        <w:gridCol w:w="2866"/>
      </w:tblGrid>
      <w:tr w:rsidR="00BE5082" w:rsidRPr="001439F9" w14:paraId="5146083F" w14:textId="77777777" w:rsidTr="006A72E8">
        <w:tc>
          <w:tcPr>
            <w:tcW w:w="511" w:type="dxa"/>
          </w:tcPr>
          <w:p w14:paraId="1783BD5A" w14:textId="4565B204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603" w:type="dxa"/>
          </w:tcPr>
          <w:p w14:paraId="43D5D52D" w14:textId="79638A4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Topic </w:t>
            </w:r>
          </w:p>
        </w:tc>
        <w:tc>
          <w:tcPr>
            <w:tcW w:w="3827" w:type="dxa"/>
          </w:tcPr>
          <w:p w14:paraId="64F602F9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Guide Questions/Description</w:t>
            </w:r>
          </w:p>
        </w:tc>
        <w:tc>
          <w:tcPr>
            <w:tcW w:w="3123" w:type="dxa"/>
          </w:tcPr>
          <w:p w14:paraId="21058797" w14:textId="2531C04E" w:rsidR="00BE5082" w:rsidRPr="001439F9" w:rsidRDefault="007440F3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Additional </w:t>
            </w:r>
            <w:r w:rsidR="00D60D74">
              <w:rPr>
                <w:rFonts w:ascii="Times New Roman" w:hAnsi="Times New Roman" w:cs="Times New Roman"/>
                <w:sz w:val="24"/>
                <w:szCs w:val="24"/>
              </w:rPr>
              <w:t>notes</w:t>
            </w:r>
          </w:p>
        </w:tc>
        <w:tc>
          <w:tcPr>
            <w:tcW w:w="2886" w:type="dxa"/>
          </w:tcPr>
          <w:p w14:paraId="4CDCE4E5" w14:textId="50F9FA56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section or not applicable (N/A)</w:t>
            </w:r>
          </w:p>
        </w:tc>
      </w:tr>
      <w:tr w:rsidR="00564F9A" w:rsidRPr="001439F9" w14:paraId="2B0514E8" w14:textId="77777777" w:rsidTr="00A43466">
        <w:tc>
          <w:tcPr>
            <w:tcW w:w="12950" w:type="dxa"/>
            <w:gridSpan w:val="5"/>
          </w:tcPr>
          <w:p w14:paraId="785D369D" w14:textId="73911ACE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 1: Research team and reflexivity</w:t>
            </w:r>
          </w:p>
        </w:tc>
      </w:tr>
      <w:tr w:rsidR="00564F9A" w:rsidRPr="001439F9" w14:paraId="247CF81D" w14:textId="77777777" w:rsidTr="007244BF">
        <w:tc>
          <w:tcPr>
            <w:tcW w:w="12950" w:type="dxa"/>
            <w:gridSpan w:val="5"/>
          </w:tcPr>
          <w:p w14:paraId="2DF82A56" w14:textId="54206A48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Personal characteristics</w:t>
            </w:r>
          </w:p>
        </w:tc>
      </w:tr>
      <w:tr w:rsidR="00BE5082" w:rsidRPr="001439F9" w14:paraId="588A1904" w14:textId="77777777" w:rsidTr="006A72E8">
        <w:tc>
          <w:tcPr>
            <w:tcW w:w="511" w:type="dxa"/>
          </w:tcPr>
          <w:p w14:paraId="4DAA3903" w14:textId="14198DFC" w:rsidR="00BE5082" w:rsidRPr="001439F9" w:rsidRDefault="00BE5082" w:rsidP="00D30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3" w:type="dxa"/>
          </w:tcPr>
          <w:p w14:paraId="69474653" w14:textId="10AD1DE8" w:rsidR="00BE5082" w:rsidRPr="001439F9" w:rsidRDefault="00BE5082" w:rsidP="00D303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Interviewer/facilitator</w:t>
            </w:r>
          </w:p>
        </w:tc>
        <w:tc>
          <w:tcPr>
            <w:tcW w:w="3827" w:type="dxa"/>
          </w:tcPr>
          <w:p w14:paraId="3B7C7C27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Which author/s conducted the interview or focus group?</w:t>
            </w:r>
          </w:p>
        </w:tc>
        <w:tc>
          <w:tcPr>
            <w:tcW w:w="3123" w:type="dxa"/>
          </w:tcPr>
          <w:p w14:paraId="053276EF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</w:tcPr>
          <w:p w14:paraId="31B3C49A" w14:textId="4DB6EE93" w:rsidR="00BE5082" w:rsidRPr="001439F9" w:rsidRDefault="009F605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2EEE4409" w14:textId="77777777" w:rsidTr="006A72E8">
        <w:tc>
          <w:tcPr>
            <w:tcW w:w="511" w:type="dxa"/>
          </w:tcPr>
          <w:p w14:paraId="4190E437" w14:textId="3368A62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3" w:type="dxa"/>
          </w:tcPr>
          <w:p w14:paraId="44EE9CD3" w14:textId="0BB65BB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Credentials</w:t>
            </w:r>
          </w:p>
        </w:tc>
        <w:tc>
          <w:tcPr>
            <w:tcW w:w="3827" w:type="dxa"/>
          </w:tcPr>
          <w:p w14:paraId="3E0F44CD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were the researcher’s credentials? E.g. PhD, MD</w:t>
            </w:r>
          </w:p>
        </w:tc>
        <w:tc>
          <w:tcPr>
            <w:tcW w:w="3123" w:type="dxa"/>
          </w:tcPr>
          <w:p w14:paraId="327E8DD1" w14:textId="2B9AB295" w:rsidR="00BE5082" w:rsidRPr="001439F9" w:rsidRDefault="004D0E9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JP</w:t>
            </w:r>
            <w:r w:rsidR="00AF749C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MSc., MA PhD., TÖ MSc., AJ MD. PhD,</w:t>
            </w:r>
            <w:r w:rsidR="007F0192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AB PhD</w:t>
            </w:r>
          </w:p>
        </w:tc>
        <w:tc>
          <w:tcPr>
            <w:tcW w:w="2886" w:type="dxa"/>
          </w:tcPr>
          <w:p w14:paraId="6ACF549F" w14:textId="5C1F6288" w:rsidR="00BE5082" w:rsidRPr="001439F9" w:rsidRDefault="00047801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E5082" w:rsidRPr="001439F9" w14:paraId="25DE1AEE" w14:textId="77777777" w:rsidTr="006A72E8">
        <w:tc>
          <w:tcPr>
            <w:tcW w:w="511" w:type="dxa"/>
          </w:tcPr>
          <w:p w14:paraId="69CBCA21" w14:textId="50BA38E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3" w:type="dxa"/>
          </w:tcPr>
          <w:p w14:paraId="05B4D2E2" w14:textId="48735E3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3827" w:type="dxa"/>
          </w:tcPr>
          <w:p w14:paraId="0B1DFF62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was their occupation at the time of the study?</w:t>
            </w:r>
          </w:p>
        </w:tc>
        <w:tc>
          <w:tcPr>
            <w:tcW w:w="3123" w:type="dxa"/>
          </w:tcPr>
          <w:p w14:paraId="0A4D5B27" w14:textId="15E6EF9E" w:rsidR="00BE5082" w:rsidRPr="001439F9" w:rsidRDefault="00047801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JP (PhD student), MA (</w:t>
            </w:r>
            <w:r w:rsidR="00EF03BB" w:rsidRPr="00EF03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registered nurse</w:t>
            </w:r>
            <w:r w:rsidR="00AA40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</w:t>
            </w:r>
            <w:r w:rsidR="00AA40D7" w:rsidRPr="00AA40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Healthcare Development Specialist</w:t>
            </w:r>
            <w:r w:rsidR="00755CBE"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  <w:r w:rsidR="00B370DB"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="00896720"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TÖ (</w:t>
            </w:r>
            <w:r w:rsidR="00334C1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Infection prevention and control</w:t>
            </w:r>
            <w:r w:rsidR="00AA40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nurse</w:t>
            </w:r>
            <w:r w:rsidR="00896720"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  <w:r w:rsidR="00126FE4"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AJ (Professor), AB (Associate Professor)</w:t>
            </w:r>
          </w:p>
        </w:tc>
        <w:tc>
          <w:tcPr>
            <w:tcW w:w="2886" w:type="dxa"/>
          </w:tcPr>
          <w:p w14:paraId="18DB0867" w14:textId="509E91FC" w:rsidR="00BE5082" w:rsidRPr="001439F9" w:rsidRDefault="00126FE4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N/A</w:t>
            </w:r>
          </w:p>
        </w:tc>
      </w:tr>
      <w:tr w:rsidR="00BE5082" w:rsidRPr="001439F9" w14:paraId="0E0E24FD" w14:textId="77777777" w:rsidTr="006A72E8">
        <w:tc>
          <w:tcPr>
            <w:tcW w:w="511" w:type="dxa"/>
          </w:tcPr>
          <w:p w14:paraId="0C17BBEA" w14:textId="1326960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3" w:type="dxa"/>
          </w:tcPr>
          <w:p w14:paraId="54BBE930" w14:textId="7F772BB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3827" w:type="dxa"/>
          </w:tcPr>
          <w:p w14:paraId="04906578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Was the researcher male or female?</w:t>
            </w:r>
          </w:p>
        </w:tc>
        <w:tc>
          <w:tcPr>
            <w:tcW w:w="3123" w:type="dxa"/>
          </w:tcPr>
          <w:p w14:paraId="2C5B42B4" w14:textId="6FAC4A59" w:rsidR="00BE5082" w:rsidRPr="001439F9" w:rsidRDefault="003B040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JP (female), MA (female), TÖ (female), AJ (male), AB (female)</w:t>
            </w:r>
          </w:p>
        </w:tc>
        <w:tc>
          <w:tcPr>
            <w:tcW w:w="2886" w:type="dxa"/>
          </w:tcPr>
          <w:p w14:paraId="32915F9F" w14:textId="6373FC48" w:rsidR="00BE5082" w:rsidRPr="001439F9" w:rsidRDefault="003B040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E5082" w:rsidRPr="001439F9" w14:paraId="18F18914" w14:textId="77777777" w:rsidTr="006A72E8">
        <w:tc>
          <w:tcPr>
            <w:tcW w:w="511" w:type="dxa"/>
          </w:tcPr>
          <w:p w14:paraId="74B37FE5" w14:textId="4A5600F4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14:paraId="4FADC9A9" w14:textId="06761660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Experience and training</w:t>
            </w:r>
          </w:p>
        </w:tc>
        <w:tc>
          <w:tcPr>
            <w:tcW w:w="3827" w:type="dxa"/>
          </w:tcPr>
          <w:p w14:paraId="7A25EF2D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experience or training did the researcher have?</w:t>
            </w:r>
          </w:p>
        </w:tc>
        <w:tc>
          <w:tcPr>
            <w:tcW w:w="3123" w:type="dxa"/>
          </w:tcPr>
          <w:p w14:paraId="4DF8CA66" w14:textId="5E8E3F72" w:rsidR="00BE5082" w:rsidRPr="001439F9" w:rsidRDefault="00110630" w:rsidP="00167E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The researchers had</w:t>
            </w:r>
            <w:r w:rsidR="00902B1D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previous</w:t>
            </w: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E34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experience in qualitative research methods </w:t>
            </w:r>
            <w:r w:rsidR="00902B1D" w:rsidRPr="001439F9">
              <w:rPr>
                <w:rFonts w:ascii="Times New Roman" w:hAnsi="Times New Roman" w:cs="Times New Roman"/>
                <w:sz w:val="24"/>
                <w:szCs w:val="24"/>
              </w:rPr>
              <w:t>either as researchers or principal investigator</w:t>
            </w:r>
          </w:p>
        </w:tc>
        <w:tc>
          <w:tcPr>
            <w:tcW w:w="2886" w:type="dxa"/>
          </w:tcPr>
          <w:p w14:paraId="1C558C3C" w14:textId="76526F96" w:rsidR="00BE5082" w:rsidRPr="001439F9" w:rsidRDefault="00902B1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64F9A" w:rsidRPr="001439F9" w14:paraId="4DF0840C" w14:textId="77777777" w:rsidTr="00221F2D">
        <w:tc>
          <w:tcPr>
            <w:tcW w:w="12950" w:type="dxa"/>
            <w:gridSpan w:val="5"/>
          </w:tcPr>
          <w:p w14:paraId="15F0B22F" w14:textId="504DFA5B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Relationship with participants</w:t>
            </w:r>
          </w:p>
        </w:tc>
      </w:tr>
      <w:tr w:rsidR="00BE5082" w:rsidRPr="001439F9" w14:paraId="39243634" w14:textId="77777777" w:rsidTr="006A72E8">
        <w:tc>
          <w:tcPr>
            <w:tcW w:w="511" w:type="dxa"/>
          </w:tcPr>
          <w:p w14:paraId="13A99B00" w14:textId="606F60E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3" w:type="dxa"/>
          </w:tcPr>
          <w:p w14:paraId="1F06AB6F" w14:textId="287292CB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Relationship established</w:t>
            </w:r>
          </w:p>
        </w:tc>
        <w:tc>
          <w:tcPr>
            <w:tcW w:w="3827" w:type="dxa"/>
          </w:tcPr>
          <w:p w14:paraId="302B68C5" w14:textId="3F87EF7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Was a relationship established prior to study commencement?</w:t>
            </w:r>
          </w:p>
        </w:tc>
        <w:tc>
          <w:tcPr>
            <w:tcW w:w="3123" w:type="dxa"/>
          </w:tcPr>
          <w:p w14:paraId="0C50641D" w14:textId="0065707D" w:rsidR="00BE5082" w:rsidRPr="001439F9" w:rsidRDefault="0015559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6" w:type="dxa"/>
          </w:tcPr>
          <w:p w14:paraId="0C5F253C" w14:textId="575703F8" w:rsidR="00BE5082" w:rsidRPr="001439F9" w:rsidRDefault="0015559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18D09CED" w14:textId="77777777" w:rsidTr="006A72E8">
        <w:tc>
          <w:tcPr>
            <w:tcW w:w="511" w:type="dxa"/>
          </w:tcPr>
          <w:p w14:paraId="6B11A471" w14:textId="2BE4D2E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3" w:type="dxa"/>
          </w:tcPr>
          <w:p w14:paraId="3D4046B4" w14:textId="7D09A01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Participant knowledge of the interviewer</w:t>
            </w:r>
          </w:p>
        </w:tc>
        <w:tc>
          <w:tcPr>
            <w:tcW w:w="3827" w:type="dxa"/>
          </w:tcPr>
          <w:p w14:paraId="23A5ECE8" w14:textId="68CBB82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did the participants know about the researcher? e.g. personal goals, reasons for doing the research</w:t>
            </w:r>
          </w:p>
        </w:tc>
        <w:tc>
          <w:tcPr>
            <w:tcW w:w="3123" w:type="dxa"/>
          </w:tcPr>
          <w:p w14:paraId="5A6DF5A6" w14:textId="61BA6377" w:rsidR="00BE5082" w:rsidRPr="001439F9" w:rsidRDefault="005F071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Participants were informed </w:t>
            </w:r>
            <w:r w:rsidR="00934634" w:rsidRPr="001439F9">
              <w:rPr>
                <w:rFonts w:ascii="Times New Roman" w:hAnsi="Times New Roman" w:cs="Times New Roman"/>
                <w:sz w:val="24"/>
                <w:szCs w:val="24"/>
              </w:rPr>
              <w:t>about the interviewers role and the goal of the study before</w:t>
            </w:r>
            <w:r w:rsidR="006A7C0A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interviews began.</w:t>
            </w:r>
          </w:p>
        </w:tc>
        <w:tc>
          <w:tcPr>
            <w:tcW w:w="2886" w:type="dxa"/>
          </w:tcPr>
          <w:p w14:paraId="2F7E3C00" w14:textId="765D6319" w:rsidR="00BE5082" w:rsidRPr="001439F9" w:rsidRDefault="000048F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37E8472F" w14:textId="77777777" w:rsidTr="006A72E8">
        <w:tc>
          <w:tcPr>
            <w:tcW w:w="511" w:type="dxa"/>
          </w:tcPr>
          <w:p w14:paraId="2E1EF25F" w14:textId="047C047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3" w:type="dxa"/>
          </w:tcPr>
          <w:p w14:paraId="1620EA2C" w14:textId="7F47E4C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Interviewer characteristics</w:t>
            </w:r>
          </w:p>
        </w:tc>
        <w:tc>
          <w:tcPr>
            <w:tcW w:w="3827" w:type="dxa"/>
          </w:tcPr>
          <w:p w14:paraId="0F8C28AC" w14:textId="76565A6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3123" w:type="dxa"/>
          </w:tcPr>
          <w:p w14:paraId="47A3C4D6" w14:textId="60E680D3" w:rsidR="00BE5082" w:rsidRPr="001439F9" w:rsidRDefault="00261C0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The research team had clinical and academic experience in infectious diseases and the nursing home work environment</w:t>
            </w:r>
          </w:p>
        </w:tc>
        <w:tc>
          <w:tcPr>
            <w:tcW w:w="2886" w:type="dxa"/>
          </w:tcPr>
          <w:p w14:paraId="0F011751" w14:textId="0E6899D4" w:rsidR="00BE5082" w:rsidRPr="001439F9" w:rsidRDefault="00C15D7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564F9A" w:rsidRPr="001439F9" w14:paraId="076C055E" w14:textId="77777777" w:rsidTr="008269BF">
        <w:tc>
          <w:tcPr>
            <w:tcW w:w="12950" w:type="dxa"/>
            <w:gridSpan w:val="5"/>
          </w:tcPr>
          <w:p w14:paraId="63C7EA15" w14:textId="22015A11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 2: Study design</w:t>
            </w:r>
          </w:p>
        </w:tc>
      </w:tr>
      <w:tr w:rsidR="00564F9A" w:rsidRPr="001439F9" w14:paraId="39C3083C" w14:textId="77777777" w:rsidTr="00CF1F60">
        <w:tc>
          <w:tcPr>
            <w:tcW w:w="12950" w:type="dxa"/>
            <w:gridSpan w:val="5"/>
          </w:tcPr>
          <w:p w14:paraId="27C488DB" w14:textId="245FBA8E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Theoretical framework</w:t>
            </w:r>
          </w:p>
        </w:tc>
      </w:tr>
      <w:tr w:rsidR="00BE5082" w:rsidRPr="001439F9" w14:paraId="0B05C140" w14:textId="77777777" w:rsidTr="006A72E8">
        <w:tc>
          <w:tcPr>
            <w:tcW w:w="511" w:type="dxa"/>
          </w:tcPr>
          <w:p w14:paraId="03C90FEC" w14:textId="24C34E0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3" w:type="dxa"/>
          </w:tcPr>
          <w:p w14:paraId="0A1FB500" w14:textId="0721F698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Methodological orientation and Theory</w:t>
            </w:r>
          </w:p>
        </w:tc>
        <w:tc>
          <w:tcPr>
            <w:tcW w:w="3827" w:type="dxa"/>
          </w:tcPr>
          <w:p w14:paraId="37CB9E62" w14:textId="0EA64BFB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3123" w:type="dxa"/>
          </w:tcPr>
          <w:p w14:paraId="61F5DA09" w14:textId="0D61AE93" w:rsidR="00BE5082" w:rsidRPr="001439F9" w:rsidRDefault="00AD62E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Data was analysed by qualitative content analysis</w:t>
            </w:r>
          </w:p>
        </w:tc>
        <w:tc>
          <w:tcPr>
            <w:tcW w:w="2886" w:type="dxa"/>
          </w:tcPr>
          <w:p w14:paraId="1987D512" w14:textId="7772F047" w:rsidR="00BE5082" w:rsidRPr="001439F9" w:rsidRDefault="00AD62E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564F9A" w:rsidRPr="001439F9" w14:paraId="51D203E9" w14:textId="77777777" w:rsidTr="007F1724">
        <w:tc>
          <w:tcPr>
            <w:tcW w:w="12950" w:type="dxa"/>
            <w:gridSpan w:val="5"/>
          </w:tcPr>
          <w:p w14:paraId="373D9D8D" w14:textId="1C48CCA7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Participant selection</w:t>
            </w:r>
          </w:p>
        </w:tc>
      </w:tr>
      <w:tr w:rsidR="00BE5082" w:rsidRPr="001439F9" w14:paraId="1B922E28" w14:textId="77777777" w:rsidTr="006A72E8">
        <w:tc>
          <w:tcPr>
            <w:tcW w:w="511" w:type="dxa"/>
          </w:tcPr>
          <w:p w14:paraId="1EE6A182" w14:textId="753D8AE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3" w:type="dxa"/>
          </w:tcPr>
          <w:p w14:paraId="00ECEBBF" w14:textId="699DC98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Sampling</w:t>
            </w:r>
          </w:p>
        </w:tc>
        <w:tc>
          <w:tcPr>
            <w:tcW w:w="3827" w:type="dxa"/>
          </w:tcPr>
          <w:p w14:paraId="150B2F83" w14:textId="0A6B611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How were participants selected? e.g. purposive, convenience, consecutive, snowball</w:t>
            </w:r>
          </w:p>
        </w:tc>
        <w:tc>
          <w:tcPr>
            <w:tcW w:w="3123" w:type="dxa"/>
          </w:tcPr>
          <w:p w14:paraId="3D259DF1" w14:textId="75B0F636" w:rsidR="00BE5082" w:rsidRPr="001439F9" w:rsidRDefault="00AB3710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Purposive sampling</w:t>
            </w:r>
          </w:p>
        </w:tc>
        <w:tc>
          <w:tcPr>
            <w:tcW w:w="2886" w:type="dxa"/>
          </w:tcPr>
          <w:p w14:paraId="692A6C86" w14:textId="6C6AB5CF" w:rsidR="00BE5082" w:rsidRPr="001439F9" w:rsidRDefault="00AB3710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1A5C3F6B" w14:textId="77777777" w:rsidTr="006A72E8">
        <w:tc>
          <w:tcPr>
            <w:tcW w:w="511" w:type="dxa"/>
          </w:tcPr>
          <w:p w14:paraId="7F413C9A" w14:textId="08908916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3" w:type="dxa"/>
          </w:tcPr>
          <w:p w14:paraId="52016BAD" w14:textId="43521A9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Method of approach</w:t>
            </w:r>
          </w:p>
        </w:tc>
        <w:tc>
          <w:tcPr>
            <w:tcW w:w="3827" w:type="dxa"/>
          </w:tcPr>
          <w:p w14:paraId="01B0F517" w14:textId="4A463DC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How were participants approached? e.g. face-to-face, telephone, mail, email</w:t>
            </w:r>
          </w:p>
        </w:tc>
        <w:tc>
          <w:tcPr>
            <w:tcW w:w="3123" w:type="dxa"/>
          </w:tcPr>
          <w:p w14:paraId="5F5C2CF6" w14:textId="734B150C" w:rsidR="00BE5082" w:rsidRPr="001439F9" w:rsidRDefault="00391F3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Face-to-face, emails, flyers</w:t>
            </w:r>
          </w:p>
        </w:tc>
        <w:tc>
          <w:tcPr>
            <w:tcW w:w="2886" w:type="dxa"/>
          </w:tcPr>
          <w:p w14:paraId="7CB72D92" w14:textId="4A884FF8" w:rsidR="00BE5082" w:rsidRPr="001439F9" w:rsidRDefault="00391F3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50BA8E99" w14:textId="77777777" w:rsidTr="006A72E8">
        <w:tc>
          <w:tcPr>
            <w:tcW w:w="511" w:type="dxa"/>
          </w:tcPr>
          <w:p w14:paraId="001CD69B" w14:textId="749CEA7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03" w:type="dxa"/>
          </w:tcPr>
          <w:p w14:paraId="5FF99C59" w14:textId="0379408F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3827" w:type="dxa"/>
          </w:tcPr>
          <w:p w14:paraId="60DDD320" w14:textId="093976E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How many participants were in the study?</w:t>
            </w:r>
          </w:p>
        </w:tc>
        <w:tc>
          <w:tcPr>
            <w:tcW w:w="3123" w:type="dxa"/>
          </w:tcPr>
          <w:p w14:paraId="76192781" w14:textId="2D47EF87" w:rsidR="00BE5082" w:rsidRPr="001439F9" w:rsidRDefault="00391F3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86" w:type="dxa"/>
          </w:tcPr>
          <w:p w14:paraId="38F9583B" w14:textId="3BBCE26A" w:rsidR="00BE5082" w:rsidRPr="001439F9" w:rsidRDefault="00391F3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53D90831" w14:textId="77777777" w:rsidTr="006A72E8">
        <w:tc>
          <w:tcPr>
            <w:tcW w:w="511" w:type="dxa"/>
          </w:tcPr>
          <w:p w14:paraId="0D7671B8" w14:textId="67EF93B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03" w:type="dxa"/>
          </w:tcPr>
          <w:p w14:paraId="1FFD6225" w14:textId="753C6570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Non-participation</w:t>
            </w:r>
          </w:p>
        </w:tc>
        <w:tc>
          <w:tcPr>
            <w:tcW w:w="3827" w:type="dxa"/>
          </w:tcPr>
          <w:p w14:paraId="74A3B1C8" w14:textId="454541D1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How many people refused to participate or dropped out? Reasons?</w:t>
            </w:r>
          </w:p>
        </w:tc>
        <w:tc>
          <w:tcPr>
            <w:tcW w:w="3123" w:type="dxa"/>
          </w:tcPr>
          <w:p w14:paraId="1863C207" w14:textId="5DC08C58" w:rsidR="00BE5082" w:rsidRPr="001439F9" w:rsidRDefault="00EB7ADA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One, because of personal time constraints</w:t>
            </w:r>
          </w:p>
        </w:tc>
        <w:tc>
          <w:tcPr>
            <w:tcW w:w="2886" w:type="dxa"/>
          </w:tcPr>
          <w:p w14:paraId="46E82B7C" w14:textId="7C87D815" w:rsidR="00BE5082" w:rsidRPr="001439F9" w:rsidRDefault="00EB7ADA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564F9A" w:rsidRPr="001439F9" w14:paraId="786EA744" w14:textId="77777777" w:rsidTr="009032B8">
        <w:tc>
          <w:tcPr>
            <w:tcW w:w="12950" w:type="dxa"/>
            <w:gridSpan w:val="5"/>
          </w:tcPr>
          <w:p w14:paraId="673F09FA" w14:textId="0B4B570A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Setting</w:t>
            </w:r>
          </w:p>
        </w:tc>
      </w:tr>
      <w:tr w:rsidR="00BE5082" w:rsidRPr="001439F9" w14:paraId="2CAE59AE" w14:textId="77777777" w:rsidTr="006A72E8">
        <w:tc>
          <w:tcPr>
            <w:tcW w:w="511" w:type="dxa"/>
          </w:tcPr>
          <w:p w14:paraId="263A019C" w14:textId="00F53D8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03" w:type="dxa"/>
          </w:tcPr>
          <w:p w14:paraId="4813C7AD" w14:textId="17EDB53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Setting of data collection</w:t>
            </w:r>
          </w:p>
        </w:tc>
        <w:tc>
          <w:tcPr>
            <w:tcW w:w="3827" w:type="dxa"/>
          </w:tcPr>
          <w:p w14:paraId="629DAF6B" w14:textId="0B6A11C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Where was the data collected? e.g. home, clinic, workplace</w:t>
            </w:r>
          </w:p>
        </w:tc>
        <w:tc>
          <w:tcPr>
            <w:tcW w:w="3123" w:type="dxa"/>
          </w:tcPr>
          <w:p w14:paraId="54E17A63" w14:textId="06E9948B" w:rsidR="00BE5082" w:rsidRPr="001439F9" w:rsidRDefault="00DB31F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One online, one </w:t>
            </w:r>
            <w:r w:rsidR="00996EC4" w:rsidRPr="001439F9">
              <w:rPr>
                <w:rFonts w:ascii="Times New Roman" w:hAnsi="Times New Roman" w:cs="Times New Roman"/>
                <w:sz w:val="24"/>
                <w:szCs w:val="24"/>
              </w:rPr>
              <w:t>at the participant’s home, and the rest in their workplace</w:t>
            </w:r>
          </w:p>
        </w:tc>
        <w:tc>
          <w:tcPr>
            <w:tcW w:w="2886" w:type="dxa"/>
          </w:tcPr>
          <w:p w14:paraId="565F9A46" w14:textId="1F009A5E" w:rsidR="00BE5082" w:rsidRPr="001439F9" w:rsidRDefault="00996EC4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79E89243" w14:textId="77777777" w:rsidTr="006A72E8">
        <w:tc>
          <w:tcPr>
            <w:tcW w:w="511" w:type="dxa"/>
          </w:tcPr>
          <w:p w14:paraId="777505F3" w14:textId="297FEC5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03" w:type="dxa"/>
          </w:tcPr>
          <w:p w14:paraId="37B3316B" w14:textId="2332654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Presence of non-participants</w:t>
            </w:r>
          </w:p>
        </w:tc>
        <w:tc>
          <w:tcPr>
            <w:tcW w:w="3827" w:type="dxa"/>
          </w:tcPr>
          <w:p w14:paraId="50FA2E5A" w14:textId="44C32E1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Was anyone else present besides the participants and researchers?</w:t>
            </w:r>
          </w:p>
        </w:tc>
        <w:tc>
          <w:tcPr>
            <w:tcW w:w="3123" w:type="dxa"/>
          </w:tcPr>
          <w:p w14:paraId="0FE3B7E8" w14:textId="48BE929D" w:rsidR="00BE5082" w:rsidRPr="001439F9" w:rsidRDefault="0039334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6" w:type="dxa"/>
          </w:tcPr>
          <w:p w14:paraId="28D120EB" w14:textId="55D1BF7F" w:rsidR="00BE5082" w:rsidRPr="001439F9" w:rsidRDefault="0039334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E5082" w:rsidRPr="001439F9" w14:paraId="7AF20BD6" w14:textId="77777777" w:rsidTr="006A72E8">
        <w:tc>
          <w:tcPr>
            <w:tcW w:w="511" w:type="dxa"/>
          </w:tcPr>
          <w:p w14:paraId="31502AAF" w14:textId="47506A3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03" w:type="dxa"/>
          </w:tcPr>
          <w:p w14:paraId="6A400BB3" w14:textId="7D78614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Description of sample</w:t>
            </w:r>
          </w:p>
        </w:tc>
        <w:tc>
          <w:tcPr>
            <w:tcW w:w="3827" w:type="dxa"/>
          </w:tcPr>
          <w:p w14:paraId="47925DC8" w14:textId="75FAC7A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are the important characteristics of the sample? e.g. demographic data, date</w:t>
            </w:r>
          </w:p>
        </w:tc>
        <w:tc>
          <w:tcPr>
            <w:tcW w:w="3123" w:type="dxa"/>
          </w:tcPr>
          <w:p w14:paraId="12DB6DED" w14:textId="51C00CDE" w:rsidR="00BE5082" w:rsidRPr="001439F9" w:rsidRDefault="005B417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  <w:tc>
          <w:tcPr>
            <w:tcW w:w="2886" w:type="dxa"/>
          </w:tcPr>
          <w:p w14:paraId="5524AC47" w14:textId="7C40BB89" w:rsidR="00BE5082" w:rsidRPr="001439F9" w:rsidRDefault="005B417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564F9A" w:rsidRPr="001439F9" w14:paraId="6D2CDA72" w14:textId="77777777" w:rsidTr="0023310B">
        <w:tc>
          <w:tcPr>
            <w:tcW w:w="12950" w:type="dxa"/>
            <w:gridSpan w:val="5"/>
          </w:tcPr>
          <w:p w14:paraId="49842283" w14:textId="4AD34D8C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Data collection</w:t>
            </w:r>
          </w:p>
        </w:tc>
      </w:tr>
      <w:tr w:rsidR="00BE5082" w:rsidRPr="001439F9" w14:paraId="3FB490AA" w14:textId="77777777" w:rsidTr="006A72E8">
        <w:tc>
          <w:tcPr>
            <w:tcW w:w="511" w:type="dxa"/>
          </w:tcPr>
          <w:p w14:paraId="0791836B" w14:textId="2B0050B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03" w:type="dxa"/>
          </w:tcPr>
          <w:p w14:paraId="6CC545F7" w14:textId="278AD4FC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Interview guide</w:t>
            </w:r>
          </w:p>
        </w:tc>
        <w:tc>
          <w:tcPr>
            <w:tcW w:w="3827" w:type="dxa"/>
          </w:tcPr>
          <w:p w14:paraId="6D713447" w14:textId="7C0E758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questions, prompts, guides provided by the authors? Was it pilot tested?</w:t>
            </w:r>
          </w:p>
        </w:tc>
        <w:tc>
          <w:tcPr>
            <w:tcW w:w="3123" w:type="dxa"/>
          </w:tcPr>
          <w:p w14:paraId="64BFB005" w14:textId="2C9AC7DC" w:rsidR="00BE5082" w:rsidRPr="001439F9" w:rsidRDefault="0005570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The interview guide </w:t>
            </w:r>
            <w:r w:rsidR="00C339BA" w:rsidRPr="001439F9">
              <w:rPr>
                <w:rFonts w:ascii="Times New Roman" w:hAnsi="Times New Roman" w:cs="Times New Roman"/>
                <w:sz w:val="24"/>
                <w:szCs w:val="24"/>
              </w:rPr>
              <w:t>is available as supplementary material. It was pilot tested.</w:t>
            </w:r>
          </w:p>
        </w:tc>
        <w:tc>
          <w:tcPr>
            <w:tcW w:w="2886" w:type="dxa"/>
          </w:tcPr>
          <w:p w14:paraId="2AEF76FD" w14:textId="48F21DA9" w:rsidR="00BE5082" w:rsidRPr="001439F9" w:rsidRDefault="00C339BA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33CB1D16" w14:textId="77777777" w:rsidTr="006A72E8">
        <w:tc>
          <w:tcPr>
            <w:tcW w:w="511" w:type="dxa"/>
          </w:tcPr>
          <w:p w14:paraId="63CCB5D9" w14:textId="025E7F2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03" w:type="dxa"/>
          </w:tcPr>
          <w:p w14:paraId="0D1EB1E9" w14:textId="305263D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Repeat interviews</w:t>
            </w:r>
          </w:p>
        </w:tc>
        <w:tc>
          <w:tcPr>
            <w:tcW w:w="3827" w:type="dxa"/>
          </w:tcPr>
          <w:p w14:paraId="145AF61F" w14:textId="6D8D896F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repeat interviews carried out? If yes, how many?</w:t>
            </w:r>
          </w:p>
        </w:tc>
        <w:tc>
          <w:tcPr>
            <w:tcW w:w="3123" w:type="dxa"/>
          </w:tcPr>
          <w:p w14:paraId="5DEAFB4A" w14:textId="462BE2D7" w:rsidR="00BE5082" w:rsidRPr="001439F9" w:rsidRDefault="00AA1E8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6" w:type="dxa"/>
          </w:tcPr>
          <w:p w14:paraId="00A0CC52" w14:textId="733394EB" w:rsidR="00BE5082" w:rsidRPr="001439F9" w:rsidRDefault="00AA1E8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E5082" w:rsidRPr="001439F9" w14:paraId="0DC9B450" w14:textId="77777777" w:rsidTr="006A72E8">
        <w:tc>
          <w:tcPr>
            <w:tcW w:w="511" w:type="dxa"/>
          </w:tcPr>
          <w:p w14:paraId="29CCFE0E" w14:textId="3B636A5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03" w:type="dxa"/>
          </w:tcPr>
          <w:p w14:paraId="1227B0C9" w14:textId="660A077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Audio/visual recording</w:t>
            </w:r>
          </w:p>
        </w:tc>
        <w:tc>
          <w:tcPr>
            <w:tcW w:w="3827" w:type="dxa"/>
          </w:tcPr>
          <w:p w14:paraId="31DB106B" w14:textId="0BE9F08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Did the research use audio or visual recording to collect the data?</w:t>
            </w:r>
          </w:p>
        </w:tc>
        <w:tc>
          <w:tcPr>
            <w:tcW w:w="3123" w:type="dxa"/>
          </w:tcPr>
          <w:p w14:paraId="122DA659" w14:textId="6BA1E769" w:rsidR="00BE5082" w:rsidRPr="001439F9" w:rsidRDefault="00AA1E8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Audio recordings</w:t>
            </w:r>
          </w:p>
        </w:tc>
        <w:tc>
          <w:tcPr>
            <w:tcW w:w="2886" w:type="dxa"/>
          </w:tcPr>
          <w:p w14:paraId="3C11B140" w14:textId="60EC55D4" w:rsidR="00BE5082" w:rsidRPr="001439F9" w:rsidRDefault="00AA1E8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6E8B24B0" w14:textId="77777777" w:rsidTr="006A72E8">
        <w:tc>
          <w:tcPr>
            <w:tcW w:w="511" w:type="dxa"/>
          </w:tcPr>
          <w:p w14:paraId="113C16D5" w14:textId="799B87D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03" w:type="dxa"/>
          </w:tcPr>
          <w:p w14:paraId="0E172AF2" w14:textId="5F9C7B8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Field notes</w:t>
            </w:r>
          </w:p>
        </w:tc>
        <w:tc>
          <w:tcPr>
            <w:tcW w:w="3827" w:type="dxa"/>
          </w:tcPr>
          <w:p w14:paraId="41513C89" w14:textId="0B029DA0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field notes made during and/or after the interview or focus group?</w:t>
            </w:r>
          </w:p>
        </w:tc>
        <w:tc>
          <w:tcPr>
            <w:tcW w:w="3123" w:type="dxa"/>
          </w:tcPr>
          <w:p w14:paraId="41B7B624" w14:textId="4CC41645" w:rsidR="00BE5082" w:rsidRPr="001439F9" w:rsidRDefault="00A97D66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Field notes were made during interviews.</w:t>
            </w:r>
          </w:p>
        </w:tc>
        <w:tc>
          <w:tcPr>
            <w:tcW w:w="2886" w:type="dxa"/>
          </w:tcPr>
          <w:p w14:paraId="648C1EEC" w14:textId="19972684" w:rsidR="00BE5082" w:rsidRPr="001439F9" w:rsidRDefault="00A97D66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1A4DD84D" w14:textId="77777777" w:rsidTr="006A72E8">
        <w:tc>
          <w:tcPr>
            <w:tcW w:w="511" w:type="dxa"/>
          </w:tcPr>
          <w:p w14:paraId="04B275B0" w14:textId="6015AD5B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03" w:type="dxa"/>
          </w:tcPr>
          <w:p w14:paraId="6B0B75C9" w14:textId="2BA56F7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3827" w:type="dxa"/>
          </w:tcPr>
          <w:p w14:paraId="2B7D4AAE" w14:textId="01198900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was the duration of the interviews or focus group?</w:t>
            </w:r>
          </w:p>
        </w:tc>
        <w:tc>
          <w:tcPr>
            <w:tcW w:w="3123" w:type="dxa"/>
          </w:tcPr>
          <w:p w14:paraId="26C271F1" w14:textId="524BC1D5" w:rsidR="00BE5082" w:rsidRPr="001439F9" w:rsidRDefault="009B312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Median 44 minutes</w:t>
            </w:r>
          </w:p>
        </w:tc>
        <w:tc>
          <w:tcPr>
            <w:tcW w:w="2886" w:type="dxa"/>
          </w:tcPr>
          <w:p w14:paraId="00A6CE88" w14:textId="3F57E66A" w:rsidR="00BE5082" w:rsidRPr="001439F9" w:rsidRDefault="009B312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45ECDB81" w14:textId="77777777" w:rsidTr="006A72E8">
        <w:tc>
          <w:tcPr>
            <w:tcW w:w="511" w:type="dxa"/>
          </w:tcPr>
          <w:p w14:paraId="032F57C2" w14:textId="6713C8C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03" w:type="dxa"/>
          </w:tcPr>
          <w:p w14:paraId="376FD1D9" w14:textId="6D12BED1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Data saturation</w:t>
            </w:r>
          </w:p>
        </w:tc>
        <w:tc>
          <w:tcPr>
            <w:tcW w:w="3827" w:type="dxa"/>
          </w:tcPr>
          <w:p w14:paraId="3944EBEA" w14:textId="0F91D44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Was data saturation discussed?</w:t>
            </w:r>
          </w:p>
        </w:tc>
        <w:tc>
          <w:tcPr>
            <w:tcW w:w="3123" w:type="dxa"/>
          </w:tcPr>
          <w:p w14:paraId="04F0869C" w14:textId="578A78A8" w:rsidR="00BE5082" w:rsidRPr="001439F9" w:rsidRDefault="003433F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6" w:type="dxa"/>
          </w:tcPr>
          <w:p w14:paraId="241B49D9" w14:textId="084386AF" w:rsidR="00BE5082" w:rsidRPr="001439F9" w:rsidRDefault="00A976D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283A8E70" w14:textId="77777777" w:rsidTr="006A72E8">
        <w:tc>
          <w:tcPr>
            <w:tcW w:w="511" w:type="dxa"/>
          </w:tcPr>
          <w:p w14:paraId="51470B51" w14:textId="376C0B5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03" w:type="dxa"/>
          </w:tcPr>
          <w:p w14:paraId="2AADBD41" w14:textId="5804F56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Transcripts returned</w:t>
            </w:r>
          </w:p>
        </w:tc>
        <w:tc>
          <w:tcPr>
            <w:tcW w:w="3827" w:type="dxa"/>
          </w:tcPr>
          <w:p w14:paraId="14F1E7DC" w14:textId="533D6E31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transcripts returned to participants for comment and/or correction?</w:t>
            </w:r>
          </w:p>
        </w:tc>
        <w:tc>
          <w:tcPr>
            <w:tcW w:w="3123" w:type="dxa"/>
          </w:tcPr>
          <w:p w14:paraId="4A9EEBC3" w14:textId="3943A3F7" w:rsidR="00BE5082" w:rsidRPr="001439F9" w:rsidRDefault="006B082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6" w:type="dxa"/>
          </w:tcPr>
          <w:p w14:paraId="1F58AEE7" w14:textId="16E6FD89" w:rsidR="00BE5082" w:rsidRPr="001439F9" w:rsidRDefault="006B082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64F9A" w:rsidRPr="001439F9" w14:paraId="582C0AB6" w14:textId="77777777" w:rsidTr="006606A3">
        <w:tc>
          <w:tcPr>
            <w:tcW w:w="12950" w:type="dxa"/>
            <w:gridSpan w:val="5"/>
          </w:tcPr>
          <w:p w14:paraId="0AC58FD8" w14:textId="0C853D86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 3: Analysis and findings</w:t>
            </w:r>
          </w:p>
        </w:tc>
      </w:tr>
      <w:tr w:rsidR="00564F9A" w:rsidRPr="001439F9" w14:paraId="66FC60D6" w14:textId="77777777" w:rsidTr="00EF7C8D">
        <w:tc>
          <w:tcPr>
            <w:tcW w:w="12950" w:type="dxa"/>
            <w:gridSpan w:val="5"/>
          </w:tcPr>
          <w:p w14:paraId="17E27DAF" w14:textId="6DA80B13" w:rsidR="00564F9A" w:rsidRPr="001439F9" w:rsidRDefault="00564F9A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Data analysis</w:t>
            </w:r>
          </w:p>
        </w:tc>
      </w:tr>
      <w:tr w:rsidR="00BE5082" w:rsidRPr="001439F9" w14:paraId="75CE1753" w14:textId="77777777" w:rsidTr="006A72E8">
        <w:tc>
          <w:tcPr>
            <w:tcW w:w="511" w:type="dxa"/>
          </w:tcPr>
          <w:p w14:paraId="05912256" w14:textId="2A17EC96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03" w:type="dxa"/>
          </w:tcPr>
          <w:p w14:paraId="7B1BEFC5" w14:textId="39CCEC4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Number of data coders</w:t>
            </w:r>
          </w:p>
        </w:tc>
        <w:tc>
          <w:tcPr>
            <w:tcW w:w="3827" w:type="dxa"/>
          </w:tcPr>
          <w:p w14:paraId="5FF92F20" w14:textId="42C34DF0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How many data coders coded the data?</w:t>
            </w:r>
          </w:p>
        </w:tc>
        <w:tc>
          <w:tcPr>
            <w:tcW w:w="3123" w:type="dxa"/>
          </w:tcPr>
          <w:p w14:paraId="54A1E537" w14:textId="0C584A97" w:rsidR="00BE5082" w:rsidRPr="001439F9" w:rsidRDefault="00407EEA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="00760766"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 (JP)</w:t>
            </w:r>
          </w:p>
        </w:tc>
        <w:tc>
          <w:tcPr>
            <w:tcW w:w="2886" w:type="dxa"/>
          </w:tcPr>
          <w:p w14:paraId="7591CF64" w14:textId="32324398" w:rsidR="00BE5082" w:rsidRPr="001439F9" w:rsidRDefault="00760766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47222539" w14:textId="77777777" w:rsidTr="006A72E8">
        <w:tc>
          <w:tcPr>
            <w:tcW w:w="511" w:type="dxa"/>
          </w:tcPr>
          <w:p w14:paraId="36731473" w14:textId="7D071A18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03" w:type="dxa"/>
          </w:tcPr>
          <w:p w14:paraId="7E61CFD9" w14:textId="3C4B792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Description of the coding tree</w:t>
            </w:r>
          </w:p>
        </w:tc>
        <w:tc>
          <w:tcPr>
            <w:tcW w:w="3827" w:type="dxa"/>
          </w:tcPr>
          <w:p w14:paraId="1C2817B6" w14:textId="4738F02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Did authors provide a description of the coding tree?</w:t>
            </w:r>
          </w:p>
        </w:tc>
        <w:tc>
          <w:tcPr>
            <w:tcW w:w="3123" w:type="dxa"/>
          </w:tcPr>
          <w:p w14:paraId="398888B3" w14:textId="520A2563" w:rsidR="00BE5082" w:rsidRPr="001439F9" w:rsidRDefault="00C46135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6" w:type="dxa"/>
          </w:tcPr>
          <w:p w14:paraId="4922624E" w14:textId="18EB5F6A" w:rsidR="00BE5082" w:rsidRPr="001439F9" w:rsidRDefault="00C46135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results section</w:t>
            </w:r>
          </w:p>
        </w:tc>
      </w:tr>
      <w:tr w:rsidR="00BE5082" w:rsidRPr="001439F9" w14:paraId="43B6275B" w14:textId="77777777" w:rsidTr="006A72E8">
        <w:tc>
          <w:tcPr>
            <w:tcW w:w="511" w:type="dxa"/>
          </w:tcPr>
          <w:p w14:paraId="0946C773" w14:textId="34CF1A05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03" w:type="dxa"/>
          </w:tcPr>
          <w:p w14:paraId="03FAE237" w14:textId="4C7A421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Derivation of themes</w:t>
            </w:r>
          </w:p>
        </w:tc>
        <w:tc>
          <w:tcPr>
            <w:tcW w:w="3827" w:type="dxa"/>
          </w:tcPr>
          <w:p w14:paraId="015E7B52" w14:textId="2A0FC0AD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themes identified in advance or derived from the data?</w:t>
            </w:r>
          </w:p>
        </w:tc>
        <w:tc>
          <w:tcPr>
            <w:tcW w:w="3123" w:type="dxa"/>
          </w:tcPr>
          <w:p w14:paraId="5D85F852" w14:textId="3FDBF0C8" w:rsidR="00BE5082" w:rsidRPr="001439F9" w:rsidRDefault="00453CE7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We </w:t>
            </w:r>
            <w:r w:rsidR="000A7E9D" w:rsidRPr="001439F9">
              <w:rPr>
                <w:rFonts w:ascii="Times New Roman" w:hAnsi="Times New Roman" w:cs="Times New Roman"/>
                <w:sz w:val="24"/>
                <w:szCs w:val="24"/>
              </w:rPr>
              <w:t>derived categories from the data</w:t>
            </w:r>
          </w:p>
        </w:tc>
        <w:tc>
          <w:tcPr>
            <w:tcW w:w="2886" w:type="dxa"/>
          </w:tcPr>
          <w:p w14:paraId="20ADB99B" w14:textId="20DF7C3A" w:rsidR="00BE5082" w:rsidRPr="001439F9" w:rsidRDefault="000A7E9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7799019E" w14:textId="77777777" w:rsidTr="006A72E8">
        <w:tc>
          <w:tcPr>
            <w:tcW w:w="511" w:type="dxa"/>
          </w:tcPr>
          <w:p w14:paraId="3202B2C7" w14:textId="32588EB8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03" w:type="dxa"/>
          </w:tcPr>
          <w:p w14:paraId="3E10AE4E" w14:textId="57D2187F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3827" w:type="dxa"/>
          </w:tcPr>
          <w:p w14:paraId="73FCFC0B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What software, if applicable, was used to manage the data?</w:t>
            </w:r>
          </w:p>
        </w:tc>
        <w:tc>
          <w:tcPr>
            <w:tcW w:w="3123" w:type="dxa"/>
          </w:tcPr>
          <w:p w14:paraId="4BC52E5F" w14:textId="70B9030C" w:rsidR="00BE5082" w:rsidRPr="001439F9" w:rsidRDefault="000A7E9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MAXQDA 2022</w:t>
            </w:r>
          </w:p>
        </w:tc>
        <w:tc>
          <w:tcPr>
            <w:tcW w:w="2886" w:type="dxa"/>
          </w:tcPr>
          <w:p w14:paraId="4B5E3160" w14:textId="579A9907" w:rsidR="00BE5082" w:rsidRPr="001439F9" w:rsidRDefault="000A7E9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methods section</w:t>
            </w:r>
          </w:p>
        </w:tc>
      </w:tr>
      <w:tr w:rsidR="00BE5082" w:rsidRPr="001439F9" w14:paraId="0602BE03" w14:textId="77777777" w:rsidTr="006A72E8">
        <w:tc>
          <w:tcPr>
            <w:tcW w:w="511" w:type="dxa"/>
          </w:tcPr>
          <w:p w14:paraId="3E9E10F0" w14:textId="5183F908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03" w:type="dxa"/>
          </w:tcPr>
          <w:p w14:paraId="43E0111F" w14:textId="3D3F4099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Participant checking</w:t>
            </w:r>
          </w:p>
        </w:tc>
        <w:tc>
          <w:tcPr>
            <w:tcW w:w="3827" w:type="dxa"/>
          </w:tcPr>
          <w:p w14:paraId="6D6A4E04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Did participants provide feedback on the findings?</w:t>
            </w:r>
          </w:p>
        </w:tc>
        <w:tc>
          <w:tcPr>
            <w:tcW w:w="3123" w:type="dxa"/>
          </w:tcPr>
          <w:p w14:paraId="65646DD1" w14:textId="552999CB" w:rsidR="00BE5082" w:rsidRPr="001439F9" w:rsidRDefault="000A7E9D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679E3" w:rsidRPr="001439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886" w:type="dxa"/>
          </w:tcPr>
          <w:p w14:paraId="223FD608" w14:textId="690E3509" w:rsidR="00BE5082" w:rsidRPr="001439F9" w:rsidRDefault="000679E3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0679E3" w:rsidRPr="001439F9" w14:paraId="33BF7DBC" w14:textId="77777777" w:rsidTr="00277A4F">
        <w:tc>
          <w:tcPr>
            <w:tcW w:w="12950" w:type="dxa"/>
            <w:gridSpan w:val="5"/>
          </w:tcPr>
          <w:p w14:paraId="60BFA8E7" w14:textId="29177437" w:rsidR="000679E3" w:rsidRPr="001439F9" w:rsidRDefault="000679E3" w:rsidP="00D62B5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Reporting</w:t>
            </w:r>
          </w:p>
        </w:tc>
      </w:tr>
      <w:tr w:rsidR="00BE5082" w:rsidRPr="001439F9" w14:paraId="52AB5C96" w14:textId="77777777" w:rsidTr="006A72E8">
        <w:tc>
          <w:tcPr>
            <w:tcW w:w="511" w:type="dxa"/>
          </w:tcPr>
          <w:p w14:paraId="64528FAB" w14:textId="3DEF11FF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03" w:type="dxa"/>
          </w:tcPr>
          <w:p w14:paraId="5447761A" w14:textId="7FF7E67F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Quotations presented</w:t>
            </w:r>
          </w:p>
        </w:tc>
        <w:tc>
          <w:tcPr>
            <w:tcW w:w="3827" w:type="dxa"/>
          </w:tcPr>
          <w:p w14:paraId="68A91E2F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participant quotations presented to illustrate the themes/findings? Was each quotation identified? e.g. participant number</w:t>
            </w:r>
          </w:p>
        </w:tc>
        <w:tc>
          <w:tcPr>
            <w:tcW w:w="3123" w:type="dxa"/>
          </w:tcPr>
          <w:p w14:paraId="088B4143" w14:textId="1E21D442" w:rsidR="00BE5082" w:rsidRPr="001439F9" w:rsidRDefault="000D15A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6" w:type="dxa"/>
          </w:tcPr>
          <w:p w14:paraId="3AF7E224" w14:textId="7B85861E" w:rsidR="00BE5082" w:rsidRPr="001439F9" w:rsidRDefault="000D15A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results section, Table 2</w:t>
            </w:r>
          </w:p>
        </w:tc>
      </w:tr>
      <w:tr w:rsidR="00BE5082" w:rsidRPr="001439F9" w14:paraId="3196A8FB" w14:textId="77777777" w:rsidTr="006A72E8">
        <w:tc>
          <w:tcPr>
            <w:tcW w:w="511" w:type="dxa"/>
          </w:tcPr>
          <w:p w14:paraId="194BCD4B" w14:textId="4F6E0D8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03" w:type="dxa"/>
          </w:tcPr>
          <w:p w14:paraId="130BDAB6" w14:textId="05F8150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Data and findings consistent</w:t>
            </w:r>
          </w:p>
        </w:tc>
        <w:tc>
          <w:tcPr>
            <w:tcW w:w="3827" w:type="dxa"/>
          </w:tcPr>
          <w:p w14:paraId="4049EA20" w14:textId="77777777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Was there consistency between the data presented and the findings?</w:t>
            </w:r>
          </w:p>
        </w:tc>
        <w:tc>
          <w:tcPr>
            <w:tcW w:w="3123" w:type="dxa"/>
          </w:tcPr>
          <w:p w14:paraId="6816C74D" w14:textId="02C01524" w:rsidR="00BE5082" w:rsidRPr="001439F9" w:rsidRDefault="009E04BB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Main categories were derived from the data and </w:t>
            </w:r>
            <w:r w:rsidR="00AD577E" w:rsidRPr="001439F9">
              <w:rPr>
                <w:rFonts w:ascii="Times New Roman" w:hAnsi="Times New Roman" w:cs="Times New Roman"/>
                <w:sz w:val="24"/>
                <w:szCs w:val="24"/>
              </w:rPr>
              <w:t>supported by quotations</w:t>
            </w:r>
          </w:p>
        </w:tc>
        <w:tc>
          <w:tcPr>
            <w:tcW w:w="2886" w:type="dxa"/>
          </w:tcPr>
          <w:p w14:paraId="6EA7ACA2" w14:textId="2D9109CE" w:rsidR="00BE5082" w:rsidRPr="001439F9" w:rsidRDefault="00AD577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results section</w:t>
            </w:r>
          </w:p>
        </w:tc>
      </w:tr>
      <w:tr w:rsidR="00BE5082" w:rsidRPr="001439F9" w14:paraId="16DE689F" w14:textId="77777777" w:rsidTr="006A72E8">
        <w:tc>
          <w:tcPr>
            <w:tcW w:w="511" w:type="dxa"/>
          </w:tcPr>
          <w:p w14:paraId="1FE72EFB" w14:textId="2DEA3742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03" w:type="dxa"/>
          </w:tcPr>
          <w:p w14:paraId="7BDD6ED6" w14:textId="0951BDB3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Clarity of major themes</w:t>
            </w:r>
          </w:p>
        </w:tc>
        <w:tc>
          <w:tcPr>
            <w:tcW w:w="3827" w:type="dxa"/>
          </w:tcPr>
          <w:p w14:paraId="75955E59" w14:textId="1D91220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Were major themes clearly presented in the findings?</w:t>
            </w:r>
          </w:p>
        </w:tc>
        <w:tc>
          <w:tcPr>
            <w:tcW w:w="3123" w:type="dxa"/>
          </w:tcPr>
          <w:p w14:paraId="69141B3F" w14:textId="6DD56E13" w:rsidR="00BE5082" w:rsidRPr="001439F9" w:rsidRDefault="00AD577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6" w:type="dxa"/>
          </w:tcPr>
          <w:p w14:paraId="7E517ABC" w14:textId="20F9ABE6" w:rsidR="00BE5082" w:rsidRPr="001439F9" w:rsidRDefault="00AD577E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results section</w:t>
            </w:r>
          </w:p>
        </w:tc>
      </w:tr>
      <w:tr w:rsidR="00BE5082" w:rsidRPr="001439F9" w14:paraId="37C66BFA" w14:textId="77777777" w:rsidTr="006A72E8">
        <w:tc>
          <w:tcPr>
            <w:tcW w:w="511" w:type="dxa"/>
          </w:tcPr>
          <w:p w14:paraId="4A69316E" w14:textId="5319BA4E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03" w:type="dxa"/>
          </w:tcPr>
          <w:p w14:paraId="6D606C02" w14:textId="2F0ABFB4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Clarity of minor themes</w:t>
            </w:r>
          </w:p>
        </w:tc>
        <w:tc>
          <w:tcPr>
            <w:tcW w:w="3827" w:type="dxa"/>
          </w:tcPr>
          <w:p w14:paraId="0A14A2F0" w14:textId="6ADAC7DA" w:rsidR="00BE5082" w:rsidRPr="001439F9" w:rsidRDefault="00BE5082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Is there a description of diverse cases or discussion of minor themes?</w:t>
            </w:r>
          </w:p>
        </w:tc>
        <w:tc>
          <w:tcPr>
            <w:tcW w:w="3123" w:type="dxa"/>
          </w:tcPr>
          <w:p w14:paraId="14A61EF2" w14:textId="15783E7B" w:rsidR="00BE5082" w:rsidRPr="001439F9" w:rsidRDefault="00CE0E2C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 xml:space="preserve">Analysis includes descriptions of minor </w:t>
            </w:r>
            <w:r w:rsidR="006A72E8" w:rsidRPr="001439F9">
              <w:rPr>
                <w:rFonts w:ascii="Times New Roman" w:hAnsi="Times New Roman" w:cs="Times New Roman"/>
                <w:sz w:val="24"/>
                <w:szCs w:val="24"/>
              </w:rPr>
              <w:t>categories</w:t>
            </w:r>
          </w:p>
        </w:tc>
        <w:tc>
          <w:tcPr>
            <w:tcW w:w="2886" w:type="dxa"/>
          </w:tcPr>
          <w:p w14:paraId="54BB7D65" w14:textId="73D0A7F0" w:rsidR="00BE5082" w:rsidRPr="001439F9" w:rsidRDefault="006A72E8" w:rsidP="00D62B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9F9">
              <w:rPr>
                <w:rFonts w:ascii="Times New Roman" w:hAnsi="Times New Roman" w:cs="Times New Roman"/>
                <w:sz w:val="24"/>
                <w:szCs w:val="24"/>
              </w:rPr>
              <w:t>Reported in the results section</w:t>
            </w:r>
          </w:p>
        </w:tc>
      </w:tr>
    </w:tbl>
    <w:p w14:paraId="522918F5" w14:textId="77777777" w:rsidR="00EF6C7A" w:rsidRPr="001439F9" w:rsidRDefault="00EF6C7A" w:rsidP="00D62B5B">
      <w:pPr>
        <w:rPr>
          <w:rFonts w:ascii="Times New Roman" w:hAnsi="Times New Roman" w:cs="Times New Roman"/>
          <w:sz w:val="24"/>
          <w:szCs w:val="24"/>
        </w:rPr>
      </w:pPr>
    </w:p>
    <w:p w14:paraId="241B29B0" w14:textId="43AB41A4" w:rsidR="00A723B0" w:rsidRPr="001439F9" w:rsidRDefault="00A723B0" w:rsidP="00D62B5B">
      <w:pPr>
        <w:rPr>
          <w:rFonts w:ascii="Times New Roman" w:hAnsi="Times New Roman" w:cs="Times New Roman"/>
          <w:sz w:val="24"/>
          <w:szCs w:val="24"/>
        </w:rPr>
      </w:pPr>
      <w:r w:rsidRPr="001439F9">
        <w:rPr>
          <w:rFonts w:ascii="Times New Roman" w:hAnsi="Times New Roman" w:cs="Times New Roman"/>
          <w:sz w:val="24"/>
          <w:szCs w:val="24"/>
        </w:rPr>
        <w:t>Developed from: Tong A, Sainsbury P, Craig J. Consolidated criteria for reporting qualitative research (COREQ): a 32-item checklist for interviews and focus groups. Int J Qual Health Care. 2007;19(6):349-357.</w:t>
      </w:r>
    </w:p>
    <w:sectPr w:rsidR="00A723B0" w:rsidRPr="001439F9" w:rsidSect="002569A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E0727D"/>
    <w:multiLevelType w:val="hybridMultilevel"/>
    <w:tmpl w:val="4020908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D7FDC"/>
    <w:multiLevelType w:val="hybridMultilevel"/>
    <w:tmpl w:val="65642182"/>
    <w:lvl w:ilvl="0" w:tplc="9D16D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066050">
    <w:abstractNumId w:val="8"/>
  </w:num>
  <w:num w:numId="2" w16cid:durableId="1827041833">
    <w:abstractNumId w:val="6"/>
  </w:num>
  <w:num w:numId="3" w16cid:durableId="1508447396">
    <w:abstractNumId w:val="5"/>
  </w:num>
  <w:num w:numId="4" w16cid:durableId="324013258">
    <w:abstractNumId w:val="4"/>
  </w:num>
  <w:num w:numId="5" w16cid:durableId="1913811029">
    <w:abstractNumId w:val="7"/>
  </w:num>
  <w:num w:numId="6" w16cid:durableId="1929927753">
    <w:abstractNumId w:val="3"/>
  </w:num>
  <w:num w:numId="7" w16cid:durableId="2089576337">
    <w:abstractNumId w:val="2"/>
  </w:num>
  <w:num w:numId="8" w16cid:durableId="648827781">
    <w:abstractNumId w:val="1"/>
  </w:num>
  <w:num w:numId="9" w16cid:durableId="198515771">
    <w:abstractNumId w:val="0"/>
  </w:num>
  <w:num w:numId="10" w16cid:durableId="198443571">
    <w:abstractNumId w:val="9"/>
  </w:num>
  <w:num w:numId="11" w16cid:durableId="5797554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2NjAzNTQ3NLE0NDdX0lEKTi0uzszPAykwrgUAhQiJ3ywAAAA="/>
  </w:docVars>
  <w:rsids>
    <w:rsidRoot w:val="00B47730"/>
    <w:rsid w:val="000048FE"/>
    <w:rsid w:val="00034616"/>
    <w:rsid w:val="00047801"/>
    <w:rsid w:val="0005570C"/>
    <w:rsid w:val="0006063C"/>
    <w:rsid w:val="000679E3"/>
    <w:rsid w:val="000A7E9D"/>
    <w:rsid w:val="000B356D"/>
    <w:rsid w:val="000D15AE"/>
    <w:rsid w:val="00105842"/>
    <w:rsid w:val="00110630"/>
    <w:rsid w:val="00126FE4"/>
    <w:rsid w:val="001439F9"/>
    <w:rsid w:val="0015074B"/>
    <w:rsid w:val="00155598"/>
    <w:rsid w:val="00162B1D"/>
    <w:rsid w:val="00167E5F"/>
    <w:rsid w:val="00185989"/>
    <w:rsid w:val="001E6670"/>
    <w:rsid w:val="002569A2"/>
    <w:rsid w:val="00261C0B"/>
    <w:rsid w:val="0029639D"/>
    <w:rsid w:val="002B3E29"/>
    <w:rsid w:val="002F7E34"/>
    <w:rsid w:val="00326F90"/>
    <w:rsid w:val="00330628"/>
    <w:rsid w:val="00334C1F"/>
    <w:rsid w:val="003433FB"/>
    <w:rsid w:val="00391F38"/>
    <w:rsid w:val="00393342"/>
    <w:rsid w:val="003A4223"/>
    <w:rsid w:val="003B040C"/>
    <w:rsid w:val="003B193D"/>
    <w:rsid w:val="00406C9C"/>
    <w:rsid w:val="00407EEA"/>
    <w:rsid w:val="00453CE7"/>
    <w:rsid w:val="004A63E1"/>
    <w:rsid w:val="004D0E9C"/>
    <w:rsid w:val="00555BC8"/>
    <w:rsid w:val="00564F9A"/>
    <w:rsid w:val="00590E9C"/>
    <w:rsid w:val="005A3FD7"/>
    <w:rsid w:val="005B417C"/>
    <w:rsid w:val="005E21A2"/>
    <w:rsid w:val="005F071C"/>
    <w:rsid w:val="006A72E8"/>
    <w:rsid w:val="006A7C0A"/>
    <w:rsid w:val="006B082B"/>
    <w:rsid w:val="00726B83"/>
    <w:rsid w:val="007440F3"/>
    <w:rsid w:val="00755CBE"/>
    <w:rsid w:val="00760766"/>
    <w:rsid w:val="0076487B"/>
    <w:rsid w:val="007E0E4E"/>
    <w:rsid w:val="007F0192"/>
    <w:rsid w:val="00896720"/>
    <w:rsid w:val="008F2378"/>
    <w:rsid w:val="00902B1D"/>
    <w:rsid w:val="00934634"/>
    <w:rsid w:val="00996EC4"/>
    <w:rsid w:val="009B3122"/>
    <w:rsid w:val="009E04BB"/>
    <w:rsid w:val="009F3542"/>
    <w:rsid w:val="009F605E"/>
    <w:rsid w:val="00A723B0"/>
    <w:rsid w:val="00A976DB"/>
    <w:rsid w:val="00A97D66"/>
    <w:rsid w:val="00AA1D8D"/>
    <w:rsid w:val="00AA1E8D"/>
    <w:rsid w:val="00AA40D7"/>
    <w:rsid w:val="00AB3710"/>
    <w:rsid w:val="00AD577E"/>
    <w:rsid w:val="00AD62EB"/>
    <w:rsid w:val="00AF749C"/>
    <w:rsid w:val="00B370DB"/>
    <w:rsid w:val="00B40687"/>
    <w:rsid w:val="00B4644E"/>
    <w:rsid w:val="00B47730"/>
    <w:rsid w:val="00BE5082"/>
    <w:rsid w:val="00C15D78"/>
    <w:rsid w:val="00C339BA"/>
    <w:rsid w:val="00C46135"/>
    <w:rsid w:val="00C552BA"/>
    <w:rsid w:val="00C678D7"/>
    <w:rsid w:val="00CB0664"/>
    <w:rsid w:val="00CE0E2C"/>
    <w:rsid w:val="00D11C65"/>
    <w:rsid w:val="00D30324"/>
    <w:rsid w:val="00D60D74"/>
    <w:rsid w:val="00D62B5B"/>
    <w:rsid w:val="00DB31FC"/>
    <w:rsid w:val="00E229C9"/>
    <w:rsid w:val="00E94FB9"/>
    <w:rsid w:val="00EB7ADA"/>
    <w:rsid w:val="00EF03BB"/>
    <w:rsid w:val="00EF6914"/>
    <w:rsid w:val="00EF6C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24DDE"/>
  <w14:defaultImageDpi w14:val="300"/>
  <w15:docId w15:val="{031336D4-6CD2-4B25-8AB0-BE5B4DCC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Johanna Pettersson</cp:lastModifiedBy>
  <cp:revision>86</cp:revision>
  <dcterms:created xsi:type="dcterms:W3CDTF">2025-11-11T10:42:00Z</dcterms:created>
  <dcterms:modified xsi:type="dcterms:W3CDTF">2025-12-11T14:33:00Z</dcterms:modified>
  <cp:category/>
</cp:coreProperties>
</file>