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CA5C9" w14:textId="77777777" w:rsidR="00F916BC" w:rsidRDefault="00F916BC" w:rsidP="00F916BC">
      <w:pPr>
        <w:jc w:val="center"/>
        <w:rPr>
          <w:b/>
          <w:bCs/>
        </w:rPr>
      </w:pPr>
      <w:r w:rsidRPr="003E3459">
        <w:rPr>
          <w:b/>
          <w:bCs/>
        </w:rPr>
        <w:t>SEMI-STRUCTURED INTERVIEW GUIDE</w:t>
      </w:r>
    </w:p>
    <w:p w14:paraId="7D00C451" w14:textId="77777777" w:rsidR="00F916BC" w:rsidRDefault="00F916BC" w:rsidP="00F916BC">
      <w:pPr>
        <w:jc w:val="center"/>
        <w:rPr>
          <w:b/>
          <w:bCs/>
          <w:iCs/>
        </w:rPr>
      </w:pPr>
      <w:r w:rsidRPr="003E3459">
        <w:rPr>
          <w:b/>
          <w:bCs/>
          <w:iCs/>
        </w:rPr>
        <w:t>Qualitative study within the J5-3113 project</w:t>
      </w:r>
    </w:p>
    <w:p w14:paraId="32DA54DB" w14:textId="44A100F9" w:rsidR="006E0CDC" w:rsidRDefault="00F916BC" w:rsidP="006E0CDC">
      <w:pPr>
        <w:jc w:val="center"/>
        <w:rPr>
          <w:b/>
          <w:bCs/>
        </w:rPr>
      </w:pPr>
      <w:r w:rsidRPr="003E3459">
        <w:rPr>
          <w:b/>
          <w:bCs/>
        </w:rPr>
        <w:t>Understanding the experience of the consequences of the COVID-19 epidemic and other crisis situations</w:t>
      </w:r>
    </w:p>
    <w:p w14:paraId="084952FA" w14:textId="2C5B4634" w:rsidR="006E0CDC" w:rsidRPr="003E3459" w:rsidRDefault="006E0CDC" w:rsidP="00F916BC">
      <w:pPr>
        <w:jc w:val="center"/>
        <w:rPr>
          <w:b/>
          <w:bCs/>
          <w:iCs/>
        </w:rPr>
      </w:pPr>
      <w:r>
        <w:rPr>
          <w:b/>
          <w:bCs/>
        </w:rPr>
        <w:t>Author: UP IAM Slovene Centre for Suicide Research</w:t>
      </w:r>
    </w:p>
    <w:p w14:paraId="1F8A5B77" w14:textId="77777777" w:rsidR="00F916BC" w:rsidRDefault="00F916BC" w:rsidP="00F916BC">
      <w:pPr>
        <w:jc w:val="center"/>
      </w:pPr>
      <w:r>
        <w:br/>
        <w:t>***</w:t>
      </w:r>
    </w:p>
    <w:p w14:paraId="19E3972F" w14:textId="77777777" w:rsidR="00F916BC" w:rsidRPr="003E3459" w:rsidRDefault="00F916BC" w:rsidP="00F916BC">
      <w:pPr>
        <w:jc w:val="both"/>
        <w:rPr>
          <w:color w:val="000000" w:themeColor="text1"/>
        </w:rPr>
      </w:pPr>
      <w:r w:rsidRPr="003E3459">
        <w:rPr>
          <w:i/>
          <w:color w:val="000000" w:themeColor="text1"/>
        </w:rPr>
        <w:t>* The following questions represent the base that helps to maintain the structure of the interviews; however, open-ended questions allow the course of the interview to be adapted in relation to participants’ answers.</w:t>
      </w:r>
    </w:p>
    <w:p w14:paraId="4B2BAD55" w14:textId="77777777" w:rsidR="00F916BC" w:rsidRDefault="00F916BC" w:rsidP="00F916BC">
      <w:pPr>
        <w:jc w:val="both"/>
        <w:rPr>
          <w:i/>
          <w:color w:val="969696"/>
        </w:rPr>
      </w:pPr>
      <w:r w:rsidRPr="003E3459">
        <w:rPr>
          <w:i/>
          <w:color w:val="000000" w:themeColor="text1"/>
        </w:rPr>
        <w:t xml:space="preserve">** All sub-questions (in grey) represent topics that may help </w:t>
      </w:r>
      <w:r>
        <w:rPr>
          <w:i/>
          <w:color w:val="000000" w:themeColor="text1"/>
        </w:rPr>
        <w:t xml:space="preserve">the </w:t>
      </w:r>
      <w:r w:rsidRPr="003E3459">
        <w:rPr>
          <w:i/>
          <w:color w:val="000000" w:themeColor="text1"/>
        </w:rPr>
        <w:t>interviewer to encourage narration.</w:t>
      </w:r>
    </w:p>
    <w:p w14:paraId="33426E80" w14:textId="77777777" w:rsidR="00F916BC" w:rsidRDefault="00F916BC" w:rsidP="00F916BC">
      <w:pPr>
        <w:jc w:val="center"/>
      </w:pPr>
      <w:r w:rsidRPr="003E3459">
        <w:rPr>
          <w:iCs/>
          <w:color w:val="000000" w:themeColor="text1"/>
        </w:rPr>
        <w:t>***</w:t>
      </w:r>
      <w:r w:rsidR="008F2972">
        <w:br/>
      </w:r>
    </w:p>
    <w:p w14:paraId="79084CFA" w14:textId="52A761CA" w:rsidR="00F916BC" w:rsidRDefault="00F916BC" w:rsidP="00F916BC">
      <w:pPr>
        <w:jc w:val="both"/>
        <w:rPr>
          <w:i/>
          <w:color w:val="969696"/>
        </w:rPr>
      </w:pPr>
      <w:r>
        <w:t>W</w:t>
      </w:r>
      <w:r w:rsidR="008F2972">
        <w:t>ith today’s conversation, we would like to gain a deeper understanding of your experience, your perceptions, and your ways of coping with crisis situations. The questions we will ask relate to different aspects of your life during the COVID-19 epidemic, as well as to crisis situations that occurred after the epidemic and those we are currently experiencing. Although a considerable amount of time has passed since the epidemic period and we are currently facing many other changes, we kindly ask you to try to place yourself back into that period when answering questions related to the epidemic.</w:t>
      </w:r>
    </w:p>
    <w:p w14:paraId="73DA87BA" w14:textId="25E33885" w:rsidR="003A53C7" w:rsidRPr="003E0BF0" w:rsidRDefault="008F2972" w:rsidP="003E0BF0">
      <w:pPr>
        <w:jc w:val="center"/>
        <w:rPr>
          <w:b/>
          <w:bCs/>
        </w:rPr>
      </w:pPr>
      <w:r>
        <w:rPr>
          <w:i/>
          <w:color w:val="969696"/>
        </w:rPr>
        <w:br/>
      </w:r>
      <w:r w:rsidR="003E0BF0" w:rsidRPr="003E0BF0">
        <w:rPr>
          <w:b/>
          <w:bCs/>
        </w:rPr>
        <w:t>OPENING QUESTION</w:t>
      </w:r>
      <w:r>
        <w:br/>
      </w:r>
    </w:p>
    <w:p w14:paraId="16E12474" w14:textId="07261137" w:rsidR="003E0BF0" w:rsidRDefault="008F2972" w:rsidP="003E0BF0">
      <w:pPr>
        <w:pStyle w:val="ListParagraph"/>
        <w:numPr>
          <w:ilvl w:val="0"/>
          <w:numId w:val="10"/>
        </w:numPr>
        <w:jc w:val="both"/>
      </w:pPr>
      <w:r>
        <w:t>What comes to your mind today, or what thoughts arise, when you hear the word coronavirus?</w:t>
      </w:r>
    </w:p>
    <w:p w14:paraId="78C28A76" w14:textId="19317239" w:rsidR="003E0BF0" w:rsidRDefault="003E0BF0" w:rsidP="003E0BF0">
      <w:pPr>
        <w:jc w:val="both"/>
      </w:pPr>
    </w:p>
    <w:p w14:paraId="18F7B05A" w14:textId="713536A6" w:rsidR="003E0BF0" w:rsidRDefault="003E0BF0" w:rsidP="003E0BF0">
      <w:pPr>
        <w:jc w:val="both"/>
      </w:pPr>
    </w:p>
    <w:p w14:paraId="217E62DC" w14:textId="08A362C6" w:rsidR="003E0BF0" w:rsidRDefault="003E0BF0" w:rsidP="003E0BF0">
      <w:pPr>
        <w:jc w:val="both"/>
      </w:pPr>
    </w:p>
    <w:p w14:paraId="1FAAF9A7" w14:textId="77777777" w:rsidR="003E0BF0" w:rsidRDefault="003E0BF0" w:rsidP="003E0BF0">
      <w:pPr>
        <w:jc w:val="both"/>
      </w:pPr>
    </w:p>
    <w:p w14:paraId="576E33A1" w14:textId="77777777" w:rsidR="003E0BF0" w:rsidRPr="003E0BF0" w:rsidRDefault="003E0BF0" w:rsidP="003E0BF0">
      <w:pPr>
        <w:jc w:val="center"/>
        <w:rPr>
          <w:b/>
          <w:bCs/>
        </w:rPr>
      </w:pPr>
      <w:r w:rsidRPr="003E0BF0">
        <w:rPr>
          <w:b/>
          <w:bCs/>
        </w:rPr>
        <w:lastRenderedPageBreak/>
        <w:t>MAIN AND SPECIFIC THEMATIC QUESTIONS</w:t>
      </w:r>
    </w:p>
    <w:p w14:paraId="1B49992A" w14:textId="77777777" w:rsidR="00C906E3" w:rsidRDefault="008F2972" w:rsidP="00C906E3">
      <w:pPr>
        <w:jc w:val="both"/>
        <w:rPr>
          <w:b/>
          <w:bCs/>
        </w:rPr>
      </w:pPr>
      <w:r w:rsidRPr="003E0BF0">
        <w:rPr>
          <w:b/>
          <w:bCs/>
        </w:rPr>
        <w:t>Theme I: Changes in everyday life during the epidemic</w:t>
      </w:r>
    </w:p>
    <w:p w14:paraId="6D519161" w14:textId="77777777" w:rsidR="008767BB" w:rsidRDefault="004D7AA8" w:rsidP="008767BB">
      <w:pPr>
        <w:spacing w:after="0"/>
        <w:jc w:val="both"/>
        <w:rPr>
          <w:b/>
          <w:bCs/>
        </w:rPr>
      </w:pPr>
      <w:r>
        <w:t xml:space="preserve">1. </w:t>
      </w:r>
      <w:r w:rsidR="008F2972">
        <w:t>How did your life change during the epid</w:t>
      </w:r>
      <w:r>
        <w:t>emic?</w:t>
      </w:r>
    </w:p>
    <w:p w14:paraId="11845E3F" w14:textId="0177D5CC" w:rsidR="003E0BF0" w:rsidRPr="008767BB" w:rsidRDefault="008F2972" w:rsidP="008767BB">
      <w:pPr>
        <w:spacing w:after="0"/>
        <w:jc w:val="both"/>
        <w:rPr>
          <w:b/>
          <w:bCs/>
        </w:rPr>
      </w:pPr>
      <w:r>
        <w:rPr>
          <w:color w:val="969696"/>
        </w:rPr>
        <w:t>What represented the biggest change for you during the epidemic</w:t>
      </w:r>
      <w:r w:rsidR="003E0BF0">
        <w:rPr>
          <w:color w:val="969696"/>
        </w:rPr>
        <w:t>?</w:t>
      </w:r>
    </w:p>
    <w:p w14:paraId="39411E62" w14:textId="77777777" w:rsidR="004D7AA8" w:rsidRPr="004D7AA8" w:rsidRDefault="004D7AA8" w:rsidP="004D7AA8">
      <w:pPr>
        <w:spacing w:after="0"/>
        <w:jc w:val="both"/>
      </w:pPr>
    </w:p>
    <w:p w14:paraId="646CC1CE" w14:textId="332FB0C5" w:rsidR="004D7AA8" w:rsidRDefault="004D7AA8" w:rsidP="004D7AA8">
      <w:pPr>
        <w:spacing w:after="0"/>
        <w:jc w:val="both"/>
      </w:pPr>
      <w:r>
        <w:t xml:space="preserve">2. </w:t>
      </w:r>
      <w:r w:rsidR="008F2972">
        <w:t>How did you spend your time during the epidemic?</w:t>
      </w:r>
    </w:p>
    <w:p w14:paraId="0F272470" w14:textId="12377237" w:rsidR="004D7AA8" w:rsidRDefault="008F2972" w:rsidP="004D7AA8">
      <w:pPr>
        <w:spacing w:after="0"/>
        <w:jc w:val="both"/>
        <w:rPr>
          <w:color w:val="969696"/>
        </w:rPr>
      </w:pPr>
      <w:r w:rsidRPr="004D7AA8">
        <w:rPr>
          <w:color w:val="969696"/>
        </w:rPr>
        <w:t>How did your leisure time change?</w:t>
      </w:r>
    </w:p>
    <w:p w14:paraId="74256EEF" w14:textId="77777777" w:rsidR="004D7AA8" w:rsidRPr="004D7AA8" w:rsidRDefault="004D7AA8" w:rsidP="004D7AA8">
      <w:pPr>
        <w:spacing w:after="0"/>
        <w:jc w:val="both"/>
        <w:rPr>
          <w:color w:val="969696"/>
        </w:rPr>
      </w:pPr>
    </w:p>
    <w:p w14:paraId="3D9192FE" w14:textId="73AE2386" w:rsidR="004D7AA8" w:rsidRPr="004D7AA8" w:rsidRDefault="004D7AA8" w:rsidP="004D7AA8">
      <w:pPr>
        <w:spacing w:after="0"/>
        <w:jc w:val="both"/>
        <w:rPr>
          <w:color w:val="000000" w:themeColor="text1"/>
        </w:rPr>
      </w:pPr>
      <w:r w:rsidRPr="004D7AA8">
        <w:rPr>
          <w:color w:val="000000" w:themeColor="text1"/>
        </w:rPr>
        <w:t>3.</w:t>
      </w:r>
      <w:r>
        <w:rPr>
          <w:color w:val="000000" w:themeColor="text1"/>
        </w:rPr>
        <w:t>1</w:t>
      </w:r>
      <w:r w:rsidRPr="004D7AA8">
        <w:rPr>
          <w:color w:val="000000" w:themeColor="text1"/>
        </w:rPr>
        <w:t xml:space="preserve"> W</w:t>
      </w:r>
      <w:r w:rsidR="008F2972" w:rsidRPr="004D7AA8">
        <w:rPr>
          <w:color w:val="000000" w:themeColor="text1"/>
        </w:rPr>
        <w:t>hich aspects of the epidemic and the implemented measures caused you the greatest difficulties in everyday life at that time?</w:t>
      </w:r>
    </w:p>
    <w:p w14:paraId="421AE7BA" w14:textId="5B1DC78D" w:rsidR="004D7AA8" w:rsidRDefault="008F2972" w:rsidP="004D7AA8">
      <w:pPr>
        <w:spacing w:after="0"/>
        <w:jc w:val="both"/>
        <w:rPr>
          <w:color w:val="969696"/>
        </w:rPr>
      </w:pPr>
      <w:r>
        <w:rPr>
          <w:color w:val="969696"/>
        </w:rPr>
        <w:t>What was the hardest for you to cope with?</w:t>
      </w:r>
    </w:p>
    <w:p w14:paraId="207D4876" w14:textId="77777777" w:rsidR="004D7AA8" w:rsidRDefault="004D7AA8" w:rsidP="004D7AA8">
      <w:pPr>
        <w:spacing w:after="0"/>
        <w:jc w:val="both"/>
        <w:rPr>
          <w:color w:val="969696"/>
        </w:rPr>
      </w:pPr>
    </w:p>
    <w:p w14:paraId="50C27594" w14:textId="2909DEB9" w:rsidR="004D7AA8" w:rsidRDefault="004D7AA8" w:rsidP="004D7AA8">
      <w:pPr>
        <w:spacing w:after="0"/>
        <w:jc w:val="both"/>
      </w:pPr>
      <w:r>
        <w:t xml:space="preserve">3.2 </w:t>
      </w:r>
      <w:r w:rsidR="008F2972">
        <w:t>Which aspects of the epidemic and the implemented measures caused you the least difficulties in everyday life at that time?</w:t>
      </w:r>
    </w:p>
    <w:p w14:paraId="0CFCA438" w14:textId="2BE5E912" w:rsidR="004D7AA8" w:rsidRDefault="008F2972" w:rsidP="004D7AA8">
      <w:pPr>
        <w:spacing w:after="0"/>
        <w:jc w:val="both"/>
        <w:rPr>
          <w:color w:val="969696"/>
        </w:rPr>
      </w:pPr>
      <w:r>
        <w:rPr>
          <w:color w:val="969696"/>
        </w:rPr>
        <w:t>What did you cope with relatively easily?</w:t>
      </w:r>
    </w:p>
    <w:p w14:paraId="2E2B2B03" w14:textId="77777777" w:rsidR="004D7AA8" w:rsidRDefault="004D7AA8" w:rsidP="004D7AA8">
      <w:pPr>
        <w:spacing w:after="0"/>
        <w:jc w:val="both"/>
        <w:rPr>
          <w:color w:val="969696"/>
        </w:rPr>
      </w:pPr>
    </w:p>
    <w:p w14:paraId="60D958AF" w14:textId="647521EA" w:rsidR="004D7AA8" w:rsidRDefault="004D7AA8" w:rsidP="004D7AA8">
      <w:pPr>
        <w:spacing w:after="0"/>
        <w:jc w:val="both"/>
      </w:pPr>
      <w:r>
        <w:t xml:space="preserve">4. </w:t>
      </w:r>
      <w:r w:rsidR="008F2972">
        <w:t>Which aspects of the epidemic and the implemented measures represented positive changes in your everyday life at that time?</w:t>
      </w:r>
    </w:p>
    <w:p w14:paraId="7CA307B0" w14:textId="77777777" w:rsidR="004D7AA8" w:rsidRDefault="004D7AA8" w:rsidP="004D7AA8">
      <w:pPr>
        <w:spacing w:after="0"/>
        <w:jc w:val="both"/>
      </w:pPr>
    </w:p>
    <w:p w14:paraId="17F7EFCA" w14:textId="480C50E2" w:rsidR="004D7AA8" w:rsidRDefault="004D7AA8" w:rsidP="004D7AA8">
      <w:pPr>
        <w:spacing w:after="0"/>
        <w:jc w:val="both"/>
      </w:pPr>
      <w:r>
        <w:t xml:space="preserve">5. </w:t>
      </w:r>
      <w:r w:rsidR="008F2972">
        <w:t>How did the epidemic and the implemented measures affect your work?</w:t>
      </w:r>
    </w:p>
    <w:p w14:paraId="06850278" w14:textId="6BC5806E" w:rsidR="004D7AA8" w:rsidRDefault="008F2972" w:rsidP="004D7AA8">
      <w:pPr>
        <w:spacing w:after="0"/>
        <w:jc w:val="both"/>
        <w:rPr>
          <w:color w:val="969696"/>
        </w:rPr>
      </w:pPr>
      <w:r>
        <w:rPr>
          <w:color w:val="969696"/>
        </w:rPr>
        <w:t>Which aspects of remote work / changed work arrangements caused you the greatest difficulties?</w:t>
      </w:r>
      <w:r w:rsidR="004D7AA8">
        <w:rPr>
          <w:color w:val="969696"/>
        </w:rPr>
        <w:t xml:space="preserve"> </w:t>
      </w:r>
      <w:r>
        <w:rPr>
          <w:color w:val="969696"/>
        </w:rPr>
        <w:t>What was the hardest to cope with?</w:t>
      </w:r>
    </w:p>
    <w:p w14:paraId="2AD41151" w14:textId="4061446C" w:rsidR="004D7AA8" w:rsidRDefault="008F2972" w:rsidP="004D7AA8">
      <w:pPr>
        <w:spacing w:after="0"/>
        <w:jc w:val="both"/>
        <w:rPr>
          <w:color w:val="969696"/>
        </w:rPr>
      </w:pPr>
      <w:r>
        <w:rPr>
          <w:color w:val="969696"/>
        </w:rPr>
        <w:t>Which aspects of remote work / changed work arrangements caused you the least difficulties?</w:t>
      </w:r>
      <w:r w:rsidR="004D7AA8">
        <w:rPr>
          <w:color w:val="969696"/>
        </w:rPr>
        <w:t xml:space="preserve"> </w:t>
      </w:r>
      <w:r>
        <w:rPr>
          <w:color w:val="969696"/>
        </w:rPr>
        <w:t>What did you cope with relatively easily?</w:t>
      </w:r>
    </w:p>
    <w:p w14:paraId="05D90622" w14:textId="77777777" w:rsidR="004D7AA8" w:rsidRDefault="008F2972" w:rsidP="004D7AA8">
      <w:pPr>
        <w:spacing w:after="0"/>
        <w:jc w:val="both"/>
        <w:rPr>
          <w:color w:val="969696"/>
        </w:rPr>
      </w:pPr>
      <w:r>
        <w:rPr>
          <w:color w:val="969696"/>
        </w:rPr>
        <w:t>Which aspects of remote work / changed work arrangements represented an improvement or a positive change compared to work before the epidemic?</w:t>
      </w:r>
    </w:p>
    <w:p w14:paraId="1F405F1A" w14:textId="038D3DCB" w:rsidR="00C906E3" w:rsidRDefault="008F2972" w:rsidP="00C906E3">
      <w:pPr>
        <w:spacing w:after="0"/>
        <w:jc w:val="both"/>
      </w:pPr>
      <w:r>
        <w:t>In the case of job loss / job seeking:</w:t>
      </w:r>
      <w:r w:rsidR="004D7AA8">
        <w:t xml:space="preserve"> </w:t>
      </w:r>
      <w:r>
        <w:rPr>
          <w:color w:val="969696"/>
        </w:rPr>
        <w:t>How did you cope with losing your job?</w:t>
      </w:r>
    </w:p>
    <w:p w14:paraId="262D4EC3" w14:textId="31D37893" w:rsidR="00C906E3" w:rsidRDefault="00C906E3" w:rsidP="004D7AA8">
      <w:pPr>
        <w:jc w:val="both"/>
        <w:rPr>
          <w:b/>
          <w:bCs/>
        </w:rPr>
      </w:pPr>
    </w:p>
    <w:p w14:paraId="7E7BC85D" w14:textId="067DE0FF" w:rsidR="00C906E3" w:rsidRDefault="008F2972" w:rsidP="004D7AA8">
      <w:pPr>
        <w:jc w:val="both"/>
        <w:rPr>
          <w:b/>
          <w:bCs/>
        </w:rPr>
      </w:pPr>
      <w:r w:rsidRPr="00C906E3">
        <w:rPr>
          <w:b/>
          <w:bCs/>
        </w:rPr>
        <w:t>Theme II: Perceived impact of the epidemic on mental health</w:t>
      </w:r>
    </w:p>
    <w:p w14:paraId="14405129" w14:textId="1FB81237" w:rsidR="00C906E3" w:rsidRDefault="00C906E3" w:rsidP="00C906E3">
      <w:pPr>
        <w:spacing w:after="0"/>
        <w:jc w:val="both"/>
      </w:pPr>
      <w:r>
        <w:t>6</w:t>
      </w:r>
      <w:r w:rsidRPr="00C906E3">
        <w:t>. H</w:t>
      </w:r>
      <w:r w:rsidR="008F2972">
        <w:t>ow would you describe your general well-being during that period?</w:t>
      </w:r>
    </w:p>
    <w:p w14:paraId="739F8CFD" w14:textId="77777777" w:rsidR="00C906E3" w:rsidRDefault="00C906E3" w:rsidP="00C906E3">
      <w:pPr>
        <w:spacing w:after="0"/>
        <w:jc w:val="both"/>
      </w:pPr>
    </w:p>
    <w:p w14:paraId="649135E5" w14:textId="60590890" w:rsidR="00C906E3" w:rsidRDefault="00C906E3" w:rsidP="00C906E3">
      <w:pPr>
        <w:spacing w:after="0"/>
        <w:jc w:val="both"/>
      </w:pPr>
      <w:r>
        <w:t xml:space="preserve">7.1 </w:t>
      </w:r>
      <w:r w:rsidR="008F2972">
        <w:t>What was the most difficult part of that period?</w:t>
      </w:r>
    </w:p>
    <w:p w14:paraId="127BE0E7" w14:textId="149EB34B" w:rsidR="00C906E3" w:rsidRDefault="00C906E3" w:rsidP="00C906E3">
      <w:pPr>
        <w:spacing w:after="0"/>
        <w:jc w:val="both"/>
        <w:rPr>
          <w:color w:val="000000" w:themeColor="text1"/>
        </w:rPr>
      </w:pPr>
      <w:r>
        <w:rPr>
          <w:color w:val="000000" w:themeColor="text1"/>
        </w:rPr>
        <w:t xml:space="preserve">7.2 </w:t>
      </w:r>
      <w:r w:rsidR="008F2972" w:rsidRPr="00C906E3">
        <w:rPr>
          <w:color w:val="000000" w:themeColor="text1"/>
        </w:rPr>
        <w:t>What was positive during that period?</w:t>
      </w:r>
    </w:p>
    <w:p w14:paraId="27510510" w14:textId="77777777" w:rsidR="00C906E3" w:rsidRPr="00C906E3" w:rsidRDefault="00C906E3" w:rsidP="00C906E3">
      <w:pPr>
        <w:spacing w:after="0"/>
        <w:jc w:val="both"/>
        <w:rPr>
          <w:color w:val="000000" w:themeColor="text1"/>
        </w:rPr>
      </w:pPr>
    </w:p>
    <w:p w14:paraId="7F8C304E" w14:textId="77777777" w:rsidR="00C906E3" w:rsidRDefault="00C906E3" w:rsidP="00C906E3">
      <w:pPr>
        <w:spacing w:after="0"/>
        <w:jc w:val="both"/>
      </w:pPr>
      <w:r>
        <w:t xml:space="preserve">8. </w:t>
      </w:r>
      <w:r w:rsidR="008F2972">
        <w:t>Did you experience any worries during that time?</w:t>
      </w:r>
    </w:p>
    <w:p w14:paraId="409923D3" w14:textId="77777777" w:rsidR="008767BB" w:rsidRDefault="008F2972" w:rsidP="00C906E3">
      <w:pPr>
        <w:spacing w:after="0"/>
        <w:jc w:val="both"/>
        <w:rPr>
          <w:color w:val="969696"/>
        </w:rPr>
      </w:pPr>
      <w:r>
        <w:rPr>
          <w:color w:val="969696"/>
        </w:rPr>
        <w:t>What were your worries?</w:t>
      </w:r>
      <w:r w:rsidR="00AE062D">
        <w:rPr>
          <w:color w:val="969696"/>
        </w:rPr>
        <w:t xml:space="preserve"> </w:t>
      </w:r>
    </w:p>
    <w:p w14:paraId="0AFC3910" w14:textId="3CAC58AB" w:rsidR="00C906E3" w:rsidRDefault="008F2972" w:rsidP="00C906E3">
      <w:pPr>
        <w:spacing w:after="0"/>
        <w:jc w:val="both"/>
        <w:rPr>
          <w:color w:val="969696"/>
        </w:rPr>
      </w:pPr>
      <w:r>
        <w:rPr>
          <w:color w:val="969696"/>
        </w:rPr>
        <w:t>What thoughts and feelings were present at that time?</w:t>
      </w:r>
      <w:r w:rsidR="00C906E3">
        <w:rPr>
          <w:color w:val="969696"/>
        </w:rPr>
        <w:t xml:space="preserve"> </w:t>
      </w:r>
    </w:p>
    <w:p w14:paraId="3AD27795" w14:textId="77777777" w:rsidR="008767BB" w:rsidRDefault="008767BB" w:rsidP="00C906E3">
      <w:pPr>
        <w:spacing w:after="0"/>
        <w:jc w:val="both"/>
        <w:rPr>
          <w:color w:val="969696"/>
        </w:rPr>
      </w:pPr>
    </w:p>
    <w:p w14:paraId="194353DC" w14:textId="6720414F" w:rsidR="00C906E3" w:rsidRDefault="00AE062D" w:rsidP="00C906E3">
      <w:pPr>
        <w:spacing w:after="0"/>
        <w:jc w:val="both"/>
      </w:pPr>
      <w:r>
        <w:t xml:space="preserve">9. </w:t>
      </w:r>
      <w:r w:rsidR="008F2972">
        <w:t>Did you experience any form of distress during the epidemic?</w:t>
      </w:r>
    </w:p>
    <w:p w14:paraId="2E629F9B" w14:textId="77777777" w:rsidR="00C906E3" w:rsidRDefault="008F2972" w:rsidP="00C906E3">
      <w:pPr>
        <w:spacing w:after="0"/>
        <w:jc w:val="both"/>
        <w:rPr>
          <w:color w:val="969696"/>
        </w:rPr>
      </w:pPr>
      <w:r>
        <w:rPr>
          <w:color w:val="969696"/>
        </w:rPr>
        <w:t>What caused the distress?</w:t>
      </w:r>
    </w:p>
    <w:p w14:paraId="3C2936BC" w14:textId="77777777" w:rsidR="00C906E3" w:rsidRDefault="008F2972" w:rsidP="00C906E3">
      <w:pPr>
        <w:spacing w:after="0"/>
        <w:jc w:val="both"/>
        <w:rPr>
          <w:color w:val="969696"/>
        </w:rPr>
      </w:pPr>
      <w:r>
        <w:rPr>
          <w:color w:val="969696"/>
        </w:rPr>
        <w:t>How long did you experience the distress?</w:t>
      </w:r>
    </w:p>
    <w:p w14:paraId="349EA956" w14:textId="77777777" w:rsidR="00C906E3" w:rsidRDefault="008F2972" w:rsidP="00C906E3">
      <w:pPr>
        <w:spacing w:after="0"/>
        <w:jc w:val="both"/>
        <w:rPr>
          <w:color w:val="969696"/>
        </w:rPr>
      </w:pPr>
      <w:r>
        <w:rPr>
          <w:color w:val="969696"/>
        </w:rPr>
        <w:t>Did you have any support when coping with the distress</w:t>
      </w:r>
      <w:r w:rsidR="00C906E3">
        <w:rPr>
          <w:color w:val="969696"/>
        </w:rPr>
        <w:t>?</w:t>
      </w:r>
    </w:p>
    <w:p w14:paraId="2A96D2A8" w14:textId="5B7651A8" w:rsidR="00C906E3" w:rsidRDefault="008F2972" w:rsidP="00C906E3">
      <w:pPr>
        <w:spacing w:after="0"/>
        <w:jc w:val="both"/>
        <w:rPr>
          <w:color w:val="969696"/>
        </w:rPr>
      </w:pPr>
      <w:r>
        <w:rPr>
          <w:color w:val="969696"/>
        </w:rPr>
        <w:t>How did you help yourself?</w:t>
      </w:r>
    </w:p>
    <w:p w14:paraId="652791B1" w14:textId="77777777" w:rsidR="00AE062D" w:rsidRDefault="00AE062D" w:rsidP="00C906E3">
      <w:pPr>
        <w:spacing w:after="0"/>
        <w:jc w:val="both"/>
        <w:rPr>
          <w:color w:val="969696"/>
        </w:rPr>
      </w:pPr>
    </w:p>
    <w:p w14:paraId="3DC55D4D" w14:textId="3697759E" w:rsidR="00C906E3" w:rsidRDefault="00AE062D" w:rsidP="00C906E3">
      <w:pPr>
        <w:spacing w:after="0"/>
        <w:jc w:val="both"/>
      </w:pPr>
      <w:r>
        <w:t xml:space="preserve">10. </w:t>
      </w:r>
      <w:r w:rsidR="008F2972">
        <w:t>How did you take care of your well-being during that period?</w:t>
      </w:r>
    </w:p>
    <w:p w14:paraId="667DC55D" w14:textId="6B880337" w:rsidR="00C906E3" w:rsidRDefault="008F2972" w:rsidP="00C906E3">
      <w:pPr>
        <w:spacing w:after="0"/>
        <w:jc w:val="both"/>
        <w:rPr>
          <w:color w:val="969696"/>
        </w:rPr>
      </w:pPr>
      <w:r>
        <w:rPr>
          <w:color w:val="969696"/>
        </w:rPr>
        <w:t>What helped you in taking care of your well-being?</w:t>
      </w:r>
    </w:p>
    <w:p w14:paraId="5BF0467F" w14:textId="77777777" w:rsidR="00AE062D" w:rsidRDefault="00AE062D" w:rsidP="00C906E3">
      <w:pPr>
        <w:spacing w:after="0"/>
        <w:jc w:val="both"/>
        <w:rPr>
          <w:color w:val="969696"/>
        </w:rPr>
      </w:pPr>
    </w:p>
    <w:p w14:paraId="50351563" w14:textId="66B3D317" w:rsidR="00C906E3" w:rsidRDefault="00AE062D" w:rsidP="00C906E3">
      <w:pPr>
        <w:spacing w:after="0"/>
        <w:jc w:val="both"/>
      </w:pPr>
      <w:r>
        <w:t xml:space="preserve">11. </w:t>
      </w:r>
      <w:r w:rsidR="008F2972">
        <w:t>What helped you the most in coping with the changes during the epidemic?</w:t>
      </w:r>
    </w:p>
    <w:p w14:paraId="1BB6185D" w14:textId="77777777" w:rsidR="00AE062D" w:rsidRPr="00AE062D" w:rsidRDefault="00AE062D" w:rsidP="00C906E3">
      <w:pPr>
        <w:spacing w:after="0"/>
        <w:jc w:val="both"/>
        <w:rPr>
          <w:color w:val="000000" w:themeColor="text1"/>
        </w:rPr>
      </w:pPr>
    </w:p>
    <w:p w14:paraId="6C1DDF34" w14:textId="7B9A3F8A" w:rsidR="00C906E3" w:rsidRPr="00AE062D" w:rsidRDefault="00AE062D" w:rsidP="00C906E3">
      <w:pPr>
        <w:spacing w:after="0"/>
        <w:jc w:val="both"/>
        <w:rPr>
          <w:color w:val="000000" w:themeColor="text1"/>
        </w:rPr>
      </w:pPr>
      <w:r>
        <w:rPr>
          <w:color w:val="000000" w:themeColor="text1"/>
        </w:rPr>
        <w:t xml:space="preserve">12. </w:t>
      </w:r>
      <w:r w:rsidR="008F2972" w:rsidRPr="00AE062D">
        <w:rPr>
          <w:color w:val="000000" w:themeColor="text1"/>
        </w:rPr>
        <w:t>What do you think could have (additionally) helped you or made coping with the epidemic easier at that time?</w:t>
      </w:r>
    </w:p>
    <w:p w14:paraId="54D0D5F2" w14:textId="77777777" w:rsidR="008767BB" w:rsidRDefault="008F2972" w:rsidP="00096CF9">
      <w:pPr>
        <w:spacing w:after="0"/>
        <w:jc w:val="both"/>
        <w:rPr>
          <w:color w:val="969696"/>
        </w:rPr>
      </w:pPr>
      <w:r>
        <w:rPr>
          <w:color w:val="969696"/>
        </w:rPr>
        <w:t>What did you miss?</w:t>
      </w:r>
      <w:r w:rsidR="00AE062D">
        <w:rPr>
          <w:color w:val="969696"/>
        </w:rPr>
        <w:t xml:space="preserve"> </w:t>
      </w:r>
    </w:p>
    <w:p w14:paraId="583D308F" w14:textId="2FEA9131" w:rsidR="003A53C7" w:rsidRDefault="008F2972" w:rsidP="00096CF9">
      <w:pPr>
        <w:spacing w:after="0"/>
        <w:jc w:val="both"/>
        <w:rPr>
          <w:color w:val="969696"/>
        </w:rPr>
      </w:pPr>
      <w:r>
        <w:rPr>
          <w:color w:val="969696"/>
        </w:rPr>
        <w:t>What would you have needed at that time</w:t>
      </w:r>
      <w:r w:rsidR="00AE062D">
        <w:rPr>
          <w:color w:val="969696"/>
        </w:rPr>
        <w:t xml:space="preserve"> that could help you feel better</w:t>
      </w:r>
      <w:r>
        <w:rPr>
          <w:color w:val="969696"/>
        </w:rPr>
        <w:t>?</w:t>
      </w:r>
    </w:p>
    <w:p w14:paraId="7467147B" w14:textId="77777777" w:rsidR="00096CF9" w:rsidRPr="00C906E3" w:rsidRDefault="00096CF9" w:rsidP="00096CF9">
      <w:pPr>
        <w:spacing w:after="0"/>
        <w:jc w:val="both"/>
        <w:rPr>
          <w:color w:val="969696"/>
        </w:rPr>
      </w:pPr>
    </w:p>
    <w:p w14:paraId="06595190" w14:textId="77777777" w:rsidR="00096CF9" w:rsidRPr="00096CF9" w:rsidRDefault="008F2972" w:rsidP="004D7AA8">
      <w:pPr>
        <w:jc w:val="both"/>
        <w:rPr>
          <w:b/>
          <w:bCs/>
        </w:rPr>
      </w:pPr>
      <w:r w:rsidRPr="00096CF9">
        <w:rPr>
          <w:b/>
          <w:bCs/>
        </w:rPr>
        <w:br/>
        <w:t>Theme III: Perceived impact of the epidemic on relationships</w:t>
      </w:r>
    </w:p>
    <w:p w14:paraId="2D2D7EEB" w14:textId="77777777" w:rsidR="00D05F8E" w:rsidRDefault="008F2972" w:rsidP="00D05F8E">
      <w:pPr>
        <w:spacing w:after="0"/>
        <w:jc w:val="both"/>
      </w:pPr>
      <w:r>
        <w:br/>
      </w:r>
      <w:r w:rsidR="00D05F8E">
        <w:t xml:space="preserve">13. </w:t>
      </w:r>
      <w:r>
        <w:t>How did the circumstances of the epidemic affect your interpersonal relationships (e.g., with children, partners, parents, other relatives)?</w:t>
      </w:r>
    </w:p>
    <w:p w14:paraId="50D11D13" w14:textId="77777777" w:rsidR="00D05F8E" w:rsidRDefault="008F2972" w:rsidP="00D05F8E">
      <w:pPr>
        <w:spacing w:after="0"/>
        <w:jc w:val="both"/>
      </w:pPr>
      <w:r>
        <w:br/>
      </w:r>
      <w:r w:rsidR="00D05F8E">
        <w:t xml:space="preserve">14. </w:t>
      </w:r>
      <w:r>
        <w:t>How did the epidemic and the measures affect your ability to maintain interpersonal relationships?</w:t>
      </w:r>
    </w:p>
    <w:p w14:paraId="4C023D4C" w14:textId="77777777" w:rsidR="00D05F8E" w:rsidRDefault="008F2972" w:rsidP="00D05F8E">
      <w:pPr>
        <w:spacing w:after="0"/>
        <w:jc w:val="both"/>
        <w:rPr>
          <w:color w:val="969696"/>
        </w:rPr>
      </w:pPr>
      <w:r>
        <w:rPr>
          <w:color w:val="969696"/>
        </w:rPr>
        <w:t>How did you maintain interpersonal relationships during that period?</w:t>
      </w:r>
    </w:p>
    <w:p w14:paraId="694F3436" w14:textId="77777777" w:rsidR="00D05F8E" w:rsidRDefault="008F2972" w:rsidP="00D05F8E">
      <w:pPr>
        <w:spacing w:after="0"/>
        <w:jc w:val="both"/>
      </w:pPr>
      <w:r>
        <w:rPr>
          <w:color w:val="969696"/>
        </w:rPr>
        <w:t>What contributed most to maintaining relationships?</w:t>
      </w:r>
    </w:p>
    <w:p w14:paraId="078E7C12" w14:textId="77777777" w:rsidR="00D05F8E" w:rsidRDefault="008F2972" w:rsidP="00D05F8E">
      <w:pPr>
        <w:spacing w:after="0"/>
        <w:jc w:val="both"/>
        <w:rPr>
          <w:color w:val="969696"/>
        </w:rPr>
      </w:pPr>
      <w:r>
        <w:rPr>
          <w:color w:val="969696"/>
        </w:rPr>
        <w:t>What made maintaining relationships the most difficult?</w:t>
      </w:r>
    </w:p>
    <w:p w14:paraId="6E0BD87C" w14:textId="65E1128F" w:rsidR="00D05F8E" w:rsidRDefault="008F2972" w:rsidP="00D05F8E">
      <w:pPr>
        <w:spacing w:after="0"/>
        <w:jc w:val="both"/>
      </w:pPr>
      <w:r>
        <w:rPr>
          <w:color w:val="969696"/>
        </w:rPr>
        <w:br/>
      </w:r>
      <w:r w:rsidR="00D05F8E">
        <w:t xml:space="preserve">15. </w:t>
      </w:r>
      <w:r>
        <w:t>What was the most difficult aspect related to relationships during that period?</w:t>
      </w:r>
    </w:p>
    <w:p w14:paraId="70C196C8" w14:textId="77777777" w:rsidR="00D05F8E" w:rsidRDefault="008F2972" w:rsidP="00D05F8E">
      <w:pPr>
        <w:spacing w:after="0"/>
        <w:jc w:val="both"/>
        <w:rPr>
          <w:color w:val="969696"/>
        </w:rPr>
      </w:pPr>
      <w:r>
        <w:rPr>
          <w:color w:val="969696"/>
        </w:rPr>
        <w:t>How did you cope with it?</w:t>
      </w:r>
    </w:p>
    <w:p w14:paraId="36C159FB" w14:textId="5430FC7F" w:rsidR="00D05F8E" w:rsidRDefault="008F2972" w:rsidP="00D05F8E">
      <w:pPr>
        <w:spacing w:after="0"/>
        <w:jc w:val="both"/>
      </w:pPr>
      <w:r>
        <w:br/>
      </w:r>
      <w:r w:rsidR="00D05F8E">
        <w:t xml:space="preserve">16. </w:t>
      </w:r>
      <w:r>
        <w:t>What, if anything, would you like to keep from the way relationships functioned during that period?</w:t>
      </w:r>
    </w:p>
    <w:p w14:paraId="76538414" w14:textId="7CFEDB56" w:rsidR="00D05F8E" w:rsidRDefault="00D05F8E" w:rsidP="00D05F8E">
      <w:pPr>
        <w:spacing w:after="0"/>
        <w:jc w:val="both"/>
      </w:pPr>
    </w:p>
    <w:p w14:paraId="58317DFB" w14:textId="7DBAFD3E" w:rsidR="00D05F8E" w:rsidRDefault="00D05F8E" w:rsidP="00D05F8E">
      <w:pPr>
        <w:spacing w:after="0"/>
        <w:jc w:val="both"/>
      </w:pPr>
    </w:p>
    <w:p w14:paraId="0992256B" w14:textId="46B230F1" w:rsidR="00D05F8E" w:rsidRDefault="00D05F8E" w:rsidP="00D05F8E">
      <w:pPr>
        <w:spacing w:after="0"/>
        <w:jc w:val="both"/>
      </w:pPr>
    </w:p>
    <w:p w14:paraId="3D0C7ACC" w14:textId="18C572F3" w:rsidR="00D05F8E" w:rsidRDefault="00D05F8E" w:rsidP="00D05F8E">
      <w:pPr>
        <w:spacing w:after="0"/>
        <w:jc w:val="both"/>
      </w:pPr>
    </w:p>
    <w:p w14:paraId="69D79C0E" w14:textId="77777777" w:rsidR="008F2972" w:rsidRDefault="008F2972" w:rsidP="00D05F8E">
      <w:pPr>
        <w:spacing w:after="0"/>
        <w:jc w:val="both"/>
      </w:pPr>
    </w:p>
    <w:p w14:paraId="032F0ED9" w14:textId="77777777" w:rsidR="005A27C2" w:rsidRDefault="005A27C2" w:rsidP="00D05F8E">
      <w:pPr>
        <w:spacing w:after="0"/>
        <w:jc w:val="both"/>
      </w:pPr>
    </w:p>
    <w:p w14:paraId="15BFB013" w14:textId="77777777" w:rsidR="00D05F8E" w:rsidRDefault="00D05F8E" w:rsidP="00D05F8E">
      <w:pPr>
        <w:spacing w:after="0"/>
        <w:jc w:val="both"/>
      </w:pPr>
    </w:p>
    <w:p w14:paraId="786C7090" w14:textId="0A7D5FF5" w:rsidR="005A27C2" w:rsidRDefault="008F2972" w:rsidP="005A27C2">
      <w:pPr>
        <w:jc w:val="both"/>
      </w:pPr>
      <w:r w:rsidRPr="00D05F8E">
        <w:rPr>
          <w:b/>
          <w:bCs/>
        </w:rPr>
        <w:t>Theme IV: Changes in self-perception,</w:t>
      </w:r>
      <w:r w:rsidR="008767BB">
        <w:rPr>
          <w:b/>
          <w:bCs/>
        </w:rPr>
        <w:t xml:space="preserve"> and</w:t>
      </w:r>
      <w:r w:rsidRPr="00D05F8E">
        <w:rPr>
          <w:b/>
          <w:bCs/>
        </w:rPr>
        <w:t xml:space="preserve"> views of the future and current </w:t>
      </w:r>
      <w:r w:rsidR="00D05F8E">
        <w:rPr>
          <w:b/>
          <w:bCs/>
        </w:rPr>
        <w:t>changes/crisis</w:t>
      </w:r>
      <w:r w:rsidRPr="00D05F8E">
        <w:rPr>
          <w:b/>
          <w:bCs/>
        </w:rPr>
        <w:t xml:space="preserve"> situations</w:t>
      </w:r>
    </w:p>
    <w:p w14:paraId="7655893A" w14:textId="7327335A" w:rsidR="00D05F8E" w:rsidRDefault="00AD3EC7" w:rsidP="008767BB">
      <w:pPr>
        <w:spacing w:after="0"/>
        <w:jc w:val="both"/>
      </w:pPr>
      <w:r>
        <w:t xml:space="preserve">17. </w:t>
      </w:r>
      <w:r w:rsidR="008F2972">
        <w:t>What is your life like after the epidemic?</w:t>
      </w:r>
    </w:p>
    <w:p w14:paraId="54CA3D57" w14:textId="77777777" w:rsidR="00D05F8E" w:rsidRDefault="008F2972" w:rsidP="00AD3EC7">
      <w:pPr>
        <w:spacing w:after="0"/>
        <w:jc w:val="both"/>
        <w:rPr>
          <w:color w:val="969696"/>
        </w:rPr>
      </w:pPr>
      <w:r>
        <w:rPr>
          <w:color w:val="969696"/>
        </w:rPr>
        <w:t>Did life after the epidemic return to previous routines?</w:t>
      </w:r>
    </w:p>
    <w:p w14:paraId="1B7632E1" w14:textId="25F237BA" w:rsidR="00D05F8E" w:rsidRDefault="008F2972" w:rsidP="00AD3EC7">
      <w:pPr>
        <w:spacing w:after="0"/>
        <w:jc w:val="both"/>
        <w:rPr>
          <w:color w:val="969696"/>
        </w:rPr>
      </w:pPr>
      <w:r>
        <w:rPr>
          <w:color w:val="969696"/>
        </w:rPr>
        <w:t>Is anything different now? If so, what is different?</w:t>
      </w:r>
    </w:p>
    <w:p w14:paraId="58509071" w14:textId="77777777" w:rsidR="00AD3EC7" w:rsidRDefault="00AD3EC7" w:rsidP="00AD3EC7">
      <w:pPr>
        <w:spacing w:after="0"/>
        <w:jc w:val="both"/>
        <w:rPr>
          <w:color w:val="969696"/>
        </w:rPr>
      </w:pPr>
    </w:p>
    <w:p w14:paraId="1F474983" w14:textId="46396C4A" w:rsidR="00D05F8E" w:rsidRDefault="00AD3EC7" w:rsidP="00AD3EC7">
      <w:pPr>
        <w:spacing w:after="0"/>
        <w:jc w:val="both"/>
      </w:pPr>
      <w:r>
        <w:t xml:space="preserve">18. </w:t>
      </w:r>
      <w:r w:rsidR="008F2972">
        <w:t>What consequences</w:t>
      </w:r>
      <w:r>
        <w:t xml:space="preserve"> (if any)</w:t>
      </w:r>
      <w:r w:rsidR="008F2972">
        <w:t xml:space="preserve"> has the epidemic left for you?</w:t>
      </w:r>
    </w:p>
    <w:p w14:paraId="7F46B84D" w14:textId="6B043BEE" w:rsidR="003A53C7" w:rsidRDefault="008F2972" w:rsidP="00AD3EC7">
      <w:pPr>
        <w:spacing w:after="0"/>
        <w:jc w:val="both"/>
        <w:rPr>
          <w:color w:val="969696"/>
        </w:rPr>
      </w:pPr>
      <w:r>
        <w:rPr>
          <w:color w:val="969696"/>
        </w:rPr>
        <w:t>In what ways has your life remained changed because of the epidemic?</w:t>
      </w:r>
    </w:p>
    <w:p w14:paraId="3CCFFE73" w14:textId="709DF913" w:rsidR="00D05F8E" w:rsidRDefault="008F2972" w:rsidP="00AD3EC7">
      <w:pPr>
        <w:spacing w:after="0"/>
        <w:jc w:val="both"/>
      </w:pPr>
      <w:r>
        <w:br/>
      </w:r>
      <w:r w:rsidR="00AD3EC7">
        <w:t xml:space="preserve">19. </w:t>
      </w:r>
      <w:r>
        <w:t>What positive changes in everyday life do you notice as a result of the epidemic</w:t>
      </w:r>
      <w:r w:rsidR="00D05F8E">
        <w:t>?</w:t>
      </w:r>
    </w:p>
    <w:p w14:paraId="75378B5D" w14:textId="77693048" w:rsidR="00D05F8E" w:rsidRDefault="008F2972" w:rsidP="00AD3EC7">
      <w:pPr>
        <w:spacing w:after="0"/>
        <w:jc w:val="both"/>
        <w:rPr>
          <w:color w:val="969696"/>
        </w:rPr>
      </w:pPr>
      <w:r>
        <w:rPr>
          <w:color w:val="969696"/>
        </w:rPr>
        <w:t>What positive things did the epidemic bring?</w:t>
      </w:r>
    </w:p>
    <w:p w14:paraId="196E2708" w14:textId="77777777" w:rsidR="00AD3EC7" w:rsidRDefault="00AD3EC7" w:rsidP="00AD3EC7">
      <w:pPr>
        <w:spacing w:after="0"/>
        <w:jc w:val="both"/>
        <w:rPr>
          <w:color w:val="969696"/>
        </w:rPr>
      </w:pPr>
    </w:p>
    <w:p w14:paraId="46626AD8" w14:textId="77777777" w:rsidR="00AD3EC7" w:rsidRDefault="00AD3EC7" w:rsidP="00AD3EC7">
      <w:pPr>
        <w:spacing w:after="0"/>
        <w:jc w:val="both"/>
      </w:pPr>
      <w:r>
        <w:t xml:space="preserve">20. </w:t>
      </w:r>
      <w:r w:rsidR="008F2972">
        <w:t>Looking back, how do you now experience this entire period as a whole?</w:t>
      </w:r>
    </w:p>
    <w:p w14:paraId="244A9967" w14:textId="77777777" w:rsidR="00AD3EC7" w:rsidRDefault="00AD3EC7" w:rsidP="00AD3EC7">
      <w:pPr>
        <w:spacing w:after="0"/>
        <w:jc w:val="both"/>
      </w:pPr>
    </w:p>
    <w:p w14:paraId="0953C639" w14:textId="782117E3" w:rsidR="00D05F8E" w:rsidRDefault="00AD3EC7" w:rsidP="00AD3EC7">
      <w:pPr>
        <w:spacing w:after="0"/>
        <w:jc w:val="both"/>
      </w:pPr>
      <w:r>
        <w:t xml:space="preserve">21. </w:t>
      </w:r>
      <w:r w:rsidR="008F2972">
        <w:t xml:space="preserve">How do you experience the current situation following the epidemic related to the outbreak of the war between Russia and Ukraine, rising living costs, economic </w:t>
      </w:r>
      <w:r w:rsidR="006232A7">
        <w:t>changes</w:t>
      </w:r>
      <w:r w:rsidR="008F2972">
        <w:t>, and natural disasters?</w:t>
      </w:r>
    </w:p>
    <w:p w14:paraId="289E52B5" w14:textId="5CD7AB51" w:rsidR="001C333B" w:rsidRDefault="001C333B" w:rsidP="00AD3EC7">
      <w:pPr>
        <w:spacing w:after="0"/>
        <w:jc w:val="both"/>
      </w:pPr>
    </w:p>
    <w:p w14:paraId="58D419CA" w14:textId="5CBE4188" w:rsidR="001C333B" w:rsidRDefault="001C333B" w:rsidP="00AD3EC7">
      <w:pPr>
        <w:spacing w:after="0"/>
        <w:jc w:val="both"/>
      </w:pPr>
      <w:r>
        <w:t>2</w:t>
      </w:r>
      <w:r w:rsidR="005A27C2">
        <w:t>2</w:t>
      </w:r>
      <w:r>
        <w:t xml:space="preserve">. What </w:t>
      </w:r>
      <w:r w:rsidR="005A27C2">
        <w:t>feelings and thoughts have been most present for you in relation to the current situation?</w:t>
      </w:r>
    </w:p>
    <w:p w14:paraId="0CBE73B7" w14:textId="77777777" w:rsidR="00AD3EC7" w:rsidRDefault="00AD3EC7" w:rsidP="00AD3EC7">
      <w:pPr>
        <w:spacing w:after="0"/>
        <w:jc w:val="both"/>
      </w:pPr>
    </w:p>
    <w:p w14:paraId="7A4BB84C" w14:textId="45912A62" w:rsidR="00D05F8E" w:rsidRDefault="00AD3EC7" w:rsidP="00AD3EC7">
      <w:pPr>
        <w:spacing w:after="0"/>
        <w:jc w:val="both"/>
      </w:pPr>
      <w:r>
        <w:t>2</w:t>
      </w:r>
      <w:r w:rsidR="001C333B">
        <w:t>3</w:t>
      </w:r>
      <w:r>
        <w:t xml:space="preserve">. </w:t>
      </w:r>
      <w:r w:rsidR="008F2972">
        <w:t>Do you feel the impact of the current financial crisis (rising living costs) in your everyday life? If yes, how?</w:t>
      </w:r>
    </w:p>
    <w:p w14:paraId="299FA47E" w14:textId="5E25D9B7" w:rsidR="00D05F8E" w:rsidRDefault="00AD3EC7" w:rsidP="00AD3EC7">
      <w:pPr>
        <w:spacing w:after="0"/>
        <w:jc w:val="both"/>
        <w:rPr>
          <w:color w:val="969696"/>
        </w:rPr>
      </w:pPr>
      <w:r>
        <w:rPr>
          <w:color w:val="969696"/>
        </w:rPr>
        <w:t>How d</w:t>
      </w:r>
      <w:r w:rsidR="008F2972">
        <w:rPr>
          <w:color w:val="969696"/>
        </w:rPr>
        <w:t xml:space="preserve">oes the current crisis affect your everyday provision (e.g., household management, personal hygiene, etc.)? </w:t>
      </w:r>
    </w:p>
    <w:p w14:paraId="6FF5AB57" w14:textId="4566E2A8" w:rsidR="00D05F8E" w:rsidRDefault="00AD3EC7" w:rsidP="00AD3EC7">
      <w:pPr>
        <w:spacing w:after="0"/>
        <w:jc w:val="both"/>
        <w:rPr>
          <w:color w:val="969696"/>
        </w:rPr>
      </w:pPr>
      <w:r>
        <w:rPr>
          <w:color w:val="969696"/>
        </w:rPr>
        <w:t>How d</w:t>
      </w:r>
      <w:r w:rsidR="008F2972">
        <w:rPr>
          <w:color w:val="969696"/>
        </w:rPr>
        <w:t>oes the current crisis affect your interpersonal relationships / social contacts? Which aspects of your life are most affected by the current crisis?</w:t>
      </w:r>
    </w:p>
    <w:p w14:paraId="455D5D0C" w14:textId="171215DC" w:rsidR="00D05F8E" w:rsidRDefault="008F2972" w:rsidP="00AD3EC7">
      <w:pPr>
        <w:spacing w:after="0"/>
        <w:jc w:val="both"/>
        <w:rPr>
          <w:color w:val="969696"/>
        </w:rPr>
      </w:pPr>
      <w:r>
        <w:rPr>
          <w:color w:val="969696"/>
        </w:rPr>
        <w:t>How do you feel about this? What thoughts are present?</w:t>
      </w:r>
    </w:p>
    <w:p w14:paraId="2BDD4FB2" w14:textId="77777777" w:rsidR="00AD3EC7" w:rsidRDefault="00AD3EC7" w:rsidP="00AD3EC7">
      <w:pPr>
        <w:spacing w:after="0"/>
        <w:jc w:val="both"/>
        <w:rPr>
          <w:color w:val="969696"/>
        </w:rPr>
      </w:pPr>
    </w:p>
    <w:p w14:paraId="5A83CC34" w14:textId="2A14AF5F" w:rsidR="00D05F8E" w:rsidRDefault="00AD3EC7" w:rsidP="00AD3EC7">
      <w:pPr>
        <w:spacing w:after="0"/>
        <w:jc w:val="both"/>
      </w:pPr>
      <w:r>
        <w:t>2</w:t>
      </w:r>
      <w:r w:rsidR="001C333B">
        <w:t>4</w:t>
      </w:r>
      <w:r>
        <w:t xml:space="preserve">. </w:t>
      </w:r>
      <w:r w:rsidR="008F2972">
        <w:t xml:space="preserve">Do you </w:t>
      </w:r>
      <w:r w:rsidR="001C333B">
        <w:t>think</w:t>
      </w:r>
      <w:r w:rsidR="008F2972">
        <w:t xml:space="preserve"> that your experiences from the epidemic period could help you in dealing with other similar (crisis) situations that are currently present (e.g., limited resources, limited social contacts)?</w:t>
      </w:r>
      <w:r w:rsidR="001C333B">
        <w:t xml:space="preserve"> What could help you?</w:t>
      </w:r>
    </w:p>
    <w:p w14:paraId="7A916DAD" w14:textId="38298FF1" w:rsidR="006232A7" w:rsidRDefault="006232A7" w:rsidP="00AD3EC7">
      <w:pPr>
        <w:spacing w:after="0"/>
        <w:jc w:val="both"/>
      </w:pPr>
    </w:p>
    <w:p w14:paraId="2D83E166" w14:textId="77777777" w:rsidR="006232A7" w:rsidRDefault="006232A7" w:rsidP="00AD3EC7">
      <w:pPr>
        <w:spacing w:after="0"/>
        <w:jc w:val="both"/>
      </w:pPr>
    </w:p>
    <w:p w14:paraId="1734CC30" w14:textId="18E9E29D" w:rsidR="00D05F8E" w:rsidRDefault="001C333B" w:rsidP="001C333B">
      <w:pPr>
        <w:spacing w:after="0"/>
        <w:jc w:val="center"/>
        <w:rPr>
          <w:b/>
          <w:bCs/>
        </w:rPr>
      </w:pPr>
      <w:r w:rsidRPr="001C333B">
        <w:rPr>
          <w:b/>
          <w:bCs/>
        </w:rPr>
        <w:t>CLOSING QUESTIONS</w:t>
      </w:r>
    </w:p>
    <w:p w14:paraId="5FA75BC7" w14:textId="77777777" w:rsidR="001C333B" w:rsidRPr="001C333B" w:rsidRDefault="001C333B" w:rsidP="001C333B">
      <w:pPr>
        <w:spacing w:after="0"/>
        <w:jc w:val="center"/>
        <w:rPr>
          <w:b/>
          <w:bCs/>
        </w:rPr>
      </w:pPr>
    </w:p>
    <w:p w14:paraId="3B361640" w14:textId="250055D7" w:rsidR="001C333B" w:rsidRDefault="001C333B" w:rsidP="00AD3EC7">
      <w:pPr>
        <w:spacing w:after="0"/>
        <w:jc w:val="both"/>
      </w:pPr>
      <w:r>
        <w:t xml:space="preserve">1. </w:t>
      </w:r>
      <w:r w:rsidR="008F2972">
        <w:t>Is there any other important aspect of the topic that you would like to highlight and that we have not addressed during the conversation?</w:t>
      </w:r>
    </w:p>
    <w:p w14:paraId="100B0B29" w14:textId="77777777" w:rsidR="001C333B" w:rsidRDefault="001C333B" w:rsidP="00AD3EC7">
      <w:pPr>
        <w:spacing w:after="0"/>
        <w:jc w:val="both"/>
      </w:pPr>
      <w:r>
        <w:t xml:space="preserve">2. </w:t>
      </w:r>
      <w:r w:rsidR="008F2972">
        <w:t>How did it feel for you to talk about this topic?</w:t>
      </w:r>
    </w:p>
    <w:sectPr w:rsidR="001C333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A6E739B"/>
    <w:multiLevelType w:val="hybridMultilevel"/>
    <w:tmpl w:val="0EE01D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CF9"/>
    <w:rsid w:val="0015074B"/>
    <w:rsid w:val="001C333B"/>
    <w:rsid w:val="0029639D"/>
    <w:rsid w:val="00326F90"/>
    <w:rsid w:val="003A53C7"/>
    <w:rsid w:val="003E0BF0"/>
    <w:rsid w:val="004D7AA8"/>
    <w:rsid w:val="005A27C2"/>
    <w:rsid w:val="006232A7"/>
    <w:rsid w:val="006E0CDC"/>
    <w:rsid w:val="008767BB"/>
    <w:rsid w:val="008F2972"/>
    <w:rsid w:val="00AA1D8D"/>
    <w:rsid w:val="00AD3EC7"/>
    <w:rsid w:val="00AE062D"/>
    <w:rsid w:val="00B47730"/>
    <w:rsid w:val="00C906E3"/>
    <w:rsid w:val="00CB0664"/>
    <w:rsid w:val="00D05F8E"/>
    <w:rsid w:val="00F916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498AE2"/>
  <w14:defaultImageDpi w14:val="300"/>
  <w15:docId w15:val="{616E6FB7-E711-47A9-9CA6-023CF878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Eva Sedlašek</cp:lastModifiedBy>
  <cp:revision>12</cp:revision>
  <dcterms:created xsi:type="dcterms:W3CDTF">2013-12-23T23:15:00Z</dcterms:created>
  <dcterms:modified xsi:type="dcterms:W3CDTF">2026-01-24T18:25:00Z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b0eb2ae2-b253-4084-af12-8a9ad69fbd92</vt:lpwstr>
  </property>
</Properties>
</file>