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ED30D" w14:textId="2D98587A" w:rsidR="00347F15" w:rsidRPr="000A006F" w:rsidRDefault="000B5B03" w:rsidP="000B5B03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0A006F">
        <w:rPr>
          <w:rFonts w:ascii="Times New Roman" w:hAnsi="Times New Roman" w:cs="Times New Roman"/>
          <w:b/>
          <w:bCs/>
          <w:sz w:val="24"/>
          <w:szCs w:val="24"/>
        </w:rPr>
        <w:t>Additional file 3</w:t>
      </w:r>
      <w:r w:rsidRPr="000A006F">
        <w:rPr>
          <w:rFonts w:ascii="Times New Roman" w:hAnsi="Times New Roman" w:cs="Times New Roman"/>
          <w:sz w:val="24"/>
          <w:szCs w:val="24"/>
        </w:rPr>
        <w:t xml:space="preserve">. </w:t>
      </w:r>
      <w:r w:rsidR="00795555">
        <w:rPr>
          <w:rFonts w:ascii="Times New Roman" w:hAnsi="Times New Roman" w:cs="Times New Roman"/>
          <w:sz w:val="24"/>
          <w:szCs w:val="24"/>
        </w:rPr>
        <w:t>Contingency</w:t>
      </w:r>
      <w:r w:rsidR="008C1751" w:rsidRPr="008C1751">
        <w:rPr>
          <w:rFonts w:ascii="Times New Roman" w:hAnsi="Times New Roman" w:cs="Times New Roman"/>
          <w:sz w:val="24"/>
          <w:szCs w:val="24"/>
        </w:rPr>
        <w:t xml:space="preserve"> tables underlying the agreement analyses for fenestration detection</w:t>
      </w:r>
      <w:r w:rsidR="008C1751">
        <w:rPr>
          <w:rFonts w:ascii="Times New Roman" w:hAnsi="Times New Roman" w:cs="Times New Roman"/>
          <w:sz w:val="24"/>
          <w:szCs w:val="24"/>
        </w:rPr>
        <w:t xml:space="preserve"> at T0 and T1</w:t>
      </w:r>
      <w:r w:rsidR="00795555">
        <w:rPr>
          <w:rFonts w:ascii="Times New Roman" w:hAnsi="Times New Roman" w:cs="Times New Roman"/>
          <w:sz w:val="24"/>
          <w:szCs w:val="24"/>
        </w:rPr>
        <w:t xml:space="preserve"> (presented in Figure 3)</w:t>
      </w:r>
      <w:r w:rsidR="008C1751">
        <w:rPr>
          <w:rFonts w:ascii="Times New Roman" w:hAnsi="Times New Roman" w:cs="Times New Roman"/>
          <w:sz w:val="24"/>
          <w:szCs w:val="24"/>
        </w:rPr>
        <w:t>.</w:t>
      </w:r>
      <w:r w:rsidR="008C1751" w:rsidRPr="008C1751">
        <w:rPr>
          <w:rFonts w:ascii="Times New Roman" w:hAnsi="Times New Roman" w:cs="Times New Roman"/>
          <w:sz w:val="24"/>
          <w:szCs w:val="24"/>
        </w:rPr>
        <w:t xml:space="preserve"> Numbers within the tables represent the number of assessed sites.</w:t>
      </w:r>
    </w:p>
    <w:p w14:paraId="6094472C" w14:textId="02055B54" w:rsidR="000B5B03" w:rsidRPr="000B5B03" w:rsidRDefault="000B5B03" w:rsidP="000B5B03">
      <w:pPr>
        <w:pStyle w:val="Rubrik1"/>
      </w:pPr>
      <w:r>
        <w:t xml:space="preserve">Intrarater </w:t>
      </w:r>
      <w:r w:rsidR="000A006F">
        <w:t xml:space="preserve">agreement </w:t>
      </w:r>
      <w:r>
        <w:t>results</w:t>
      </w:r>
      <w:r w:rsidR="000A006F">
        <w:t xml:space="preserve"> at T0</w:t>
      </w:r>
    </w:p>
    <w:p w14:paraId="6DA19F12" w14:textId="091460A6" w:rsidR="00347F15" w:rsidRDefault="00000000">
      <w:pPr>
        <w:pStyle w:val="Rubrik2"/>
      </w:pPr>
      <w:r>
        <w:t xml:space="preserve">Supplementary Table S1. Intrarater agreement for fenestration detection at </w:t>
      </w:r>
      <w:r w:rsidR="000B5B03">
        <w:t xml:space="preserve">upper </w:t>
      </w:r>
      <w:r w:rsidR="00DD67B1">
        <w:t>1</w:t>
      </w:r>
      <w:r w:rsidR="000B5B03">
        <w:t xml:space="preserve">5b at </w:t>
      </w:r>
      <w:r>
        <w:t>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347F15" w14:paraId="5848599A" w14:textId="77777777">
        <w:tc>
          <w:tcPr>
            <w:tcW w:w="2160" w:type="dxa"/>
          </w:tcPr>
          <w:p w14:paraId="6C607032" w14:textId="77777777" w:rsidR="00347F15" w:rsidRDefault="00347F15"/>
        </w:tc>
        <w:tc>
          <w:tcPr>
            <w:tcW w:w="2160" w:type="dxa"/>
          </w:tcPr>
          <w:p w14:paraId="4ABD1557" w14:textId="77777777" w:rsidR="00347F15" w:rsidRDefault="00000000">
            <w:r>
              <w:t>Assessment B: No</w:t>
            </w:r>
          </w:p>
        </w:tc>
        <w:tc>
          <w:tcPr>
            <w:tcW w:w="2160" w:type="dxa"/>
          </w:tcPr>
          <w:p w14:paraId="52E88917" w14:textId="77777777" w:rsidR="00347F15" w:rsidRDefault="00000000">
            <w:r>
              <w:t>Assessment B: Yes</w:t>
            </w:r>
          </w:p>
        </w:tc>
        <w:tc>
          <w:tcPr>
            <w:tcW w:w="2160" w:type="dxa"/>
          </w:tcPr>
          <w:p w14:paraId="3DE01311" w14:textId="77777777" w:rsidR="00347F15" w:rsidRDefault="00000000">
            <w:r>
              <w:t>Total</w:t>
            </w:r>
          </w:p>
        </w:tc>
      </w:tr>
      <w:tr w:rsidR="00347F15" w14:paraId="10AE19FE" w14:textId="77777777">
        <w:tc>
          <w:tcPr>
            <w:tcW w:w="2160" w:type="dxa"/>
          </w:tcPr>
          <w:p w14:paraId="6AA24E65" w14:textId="77777777" w:rsidR="00347F15" w:rsidRDefault="00000000">
            <w:r>
              <w:t>Assessment A: No</w:t>
            </w:r>
          </w:p>
        </w:tc>
        <w:tc>
          <w:tcPr>
            <w:tcW w:w="2160" w:type="dxa"/>
          </w:tcPr>
          <w:p w14:paraId="6FA676A5" w14:textId="76BB6180" w:rsidR="00347F15" w:rsidRDefault="000B5B03">
            <w:r>
              <w:t xml:space="preserve"> 45</w:t>
            </w:r>
          </w:p>
        </w:tc>
        <w:tc>
          <w:tcPr>
            <w:tcW w:w="2160" w:type="dxa"/>
          </w:tcPr>
          <w:p w14:paraId="60227EBE" w14:textId="52880EC1" w:rsidR="00347F15" w:rsidRDefault="000B5B03">
            <w:r>
              <w:t>0</w:t>
            </w:r>
          </w:p>
        </w:tc>
        <w:tc>
          <w:tcPr>
            <w:tcW w:w="2160" w:type="dxa"/>
          </w:tcPr>
          <w:p w14:paraId="266520F5" w14:textId="4DF61FFB" w:rsidR="00347F15" w:rsidRDefault="000B5B03">
            <w:r>
              <w:t>45</w:t>
            </w:r>
          </w:p>
        </w:tc>
      </w:tr>
      <w:tr w:rsidR="00347F15" w14:paraId="06EA8ECF" w14:textId="77777777">
        <w:tc>
          <w:tcPr>
            <w:tcW w:w="2160" w:type="dxa"/>
          </w:tcPr>
          <w:p w14:paraId="0227E797" w14:textId="77777777" w:rsidR="00347F15" w:rsidRDefault="00000000">
            <w:r>
              <w:t>Assessment A: Yes</w:t>
            </w:r>
          </w:p>
        </w:tc>
        <w:tc>
          <w:tcPr>
            <w:tcW w:w="2160" w:type="dxa"/>
          </w:tcPr>
          <w:p w14:paraId="4FEC35D1" w14:textId="2999DF09" w:rsidR="00347F15" w:rsidRDefault="000B5B03">
            <w:r>
              <w:t>0</w:t>
            </w:r>
          </w:p>
        </w:tc>
        <w:tc>
          <w:tcPr>
            <w:tcW w:w="2160" w:type="dxa"/>
          </w:tcPr>
          <w:p w14:paraId="33D961FB" w14:textId="41FBCE73" w:rsidR="00347F15" w:rsidRDefault="000B5B03">
            <w:r>
              <w:t>1</w:t>
            </w:r>
          </w:p>
        </w:tc>
        <w:tc>
          <w:tcPr>
            <w:tcW w:w="2160" w:type="dxa"/>
          </w:tcPr>
          <w:p w14:paraId="35909680" w14:textId="70B7FE9E" w:rsidR="00347F15" w:rsidRDefault="000B5B03">
            <w:r>
              <w:t>1</w:t>
            </w:r>
          </w:p>
        </w:tc>
      </w:tr>
      <w:tr w:rsidR="00347F15" w14:paraId="36F493E8" w14:textId="77777777">
        <w:tc>
          <w:tcPr>
            <w:tcW w:w="2160" w:type="dxa"/>
          </w:tcPr>
          <w:p w14:paraId="6F755AA9" w14:textId="77777777" w:rsidR="00347F15" w:rsidRDefault="00000000">
            <w:r>
              <w:t>Total</w:t>
            </w:r>
          </w:p>
        </w:tc>
        <w:tc>
          <w:tcPr>
            <w:tcW w:w="2160" w:type="dxa"/>
          </w:tcPr>
          <w:p w14:paraId="0423FFD5" w14:textId="190AD6A7" w:rsidR="00347F15" w:rsidRDefault="000B5B03">
            <w:r>
              <w:t>45</w:t>
            </w:r>
          </w:p>
        </w:tc>
        <w:tc>
          <w:tcPr>
            <w:tcW w:w="2160" w:type="dxa"/>
          </w:tcPr>
          <w:p w14:paraId="741A3A5C" w14:textId="647B79C4" w:rsidR="00347F15" w:rsidRDefault="000B5B03">
            <w:r>
              <w:t>1</w:t>
            </w:r>
          </w:p>
        </w:tc>
        <w:tc>
          <w:tcPr>
            <w:tcW w:w="2160" w:type="dxa"/>
          </w:tcPr>
          <w:p w14:paraId="2D3DCD2A" w14:textId="05CF6E20" w:rsidR="00347F15" w:rsidRDefault="000B5B03">
            <w:r>
              <w:t>46</w:t>
            </w:r>
          </w:p>
        </w:tc>
      </w:tr>
    </w:tbl>
    <w:p w14:paraId="5FDB0857" w14:textId="4C7F2159" w:rsidR="00347F15" w:rsidRDefault="00000000">
      <w:r>
        <w:t xml:space="preserve">Observed agreement = </w:t>
      </w:r>
      <w:r w:rsidR="000B5B03">
        <w:t>100</w:t>
      </w:r>
      <w:r>
        <w:t xml:space="preserve"> %</w:t>
      </w:r>
    </w:p>
    <w:p w14:paraId="535574E1" w14:textId="77777777" w:rsidR="000B5B03" w:rsidRDefault="000B5B03"/>
    <w:p w14:paraId="79EFE6BB" w14:textId="6DCC671D" w:rsidR="000B5B03" w:rsidRDefault="000B5B03" w:rsidP="000B5B03">
      <w:pPr>
        <w:pStyle w:val="Rubrik2"/>
      </w:pPr>
      <w:r>
        <w:t xml:space="preserve">Supplementary Table S1. Intrarater agreement for fenestration detection at upper </w:t>
      </w:r>
      <w:r w:rsidR="00DD67B1">
        <w:t>1</w:t>
      </w:r>
      <w:r>
        <w:t>5p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0FDBEF96" w14:textId="77777777" w:rsidTr="00E8790E">
        <w:tc>
          <w:tcPr>
            <w:tcW w:w="2160" w:type="dxa"/>
          </w:tcPr>
          <w:p w14:paraId="0373865A" w14:textId="77777777" w:rsidR="000B5B03" w:rsidRDefault="000B5B03" w:rsidP="00E8790E"/>
        </w:tc>
        <w:tc>
          <w:tcPr>
            <w:tcW w:w="2160" w:type="dxa"/>
          </w:tcPr>
          <w:p w14:paraId="01F5EC43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52757758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7F703CDD" w14:textId="77777777" w:rsidR="000B5B03" w:rsidRDefault="000B5B03" w:rsidP="00E8790E">
            <w:r>
              <w:t>Total</w:t>
            </w:r>
          </w:p>
        </w:tc>
      </w:tr>
      <w:tr w:rsidR="000B5B03" w14:paraId="6BE873BB" w14:textId="77777777" w:rsidTr="00E8790E">
        <w:tc>
          <w:tcPr>
            <w:tcW w:w="2160" w:type="dxa"/>
          </w:tcPr>
          <w:p w14:paraId="0383065E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5497F274" w14:textId="78636AAB" w:rsidR="000B5B03" w:rsidRDefault="000B5B03" w:rsidP="00E8790E">
            <w:r>
              <w:t>46</w:t>
            </w:r>
          </w:p>
        </w:tc>
        <w:tc>
          <w:tcPr>
            <w:tcW w:w="2160" w:type="dxa"/>
          </w:tcPr>
          <w:p w14:paraId="643D2FB8" w14:textId="0D46FC8C" w:rsidR="000B5B03" w:rsidRDefault="000B5B03" w:rsidP="00E8790E">
            <w:r>
              <w:t>0</w:t>
            </w:r>
          </w:p>
        </w:tc>
        <w:tc>
          <w:tcPr>
            <w:tcW w:w="2160" w:type="dxa"/>
          </w:tcPr>
          <w:p w14:paraId="1A5C8F0C" w14:textId="50F16FE5" w:rsidR="000B5B03" w:rsidRDefault="000B5B03" w:rsidP="00E8790E">
            <w:r>
              <w:t>46</w:t>
            </w:r>
          </w:p>
        </w:tc>
      </w:tr>
      <w:tr w:rsidR="000B5B03" w14:paraId="46BB3068" w14:textId="77777777" w:rsidTr="00E8790E">
        <w:tc>
          <w:tcPr>
            <w:tcW w:w="2160" w:type="dxa"/>
          </w:tcPr>
          <w:p w14:paraId="4FACCBDD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3315ABBC" w14:textId="5F347868" w:rsidR="000B5B03" w:rsidRDefault="000B5B03" w:rsidP="00E8790E">
            <w:r>
              <w:t>0</w:t>
            </w:r>
          </w:p>
        </w:tc>
        <w:tc>
          <w:tcPr>
            <w:tcW w:w="2160" w:type="dxa"/>
          </w:tcPr>
          <w:p w14:paraId="616A2BF4" w14:textId="31E56EA0" w:rsidR="000B5B03" w:rsidRDefault="000B5B03" w:rsidP="00E8790E">
            <w:r>
              <w:t>0</w:t>
            </w:r>
          </w:p>
        </w:tc>
        <w:tc>
          <w:tcPr>
            <w:tcW w:w="2160" w:type="dxa"/>
          </w:tcPr>
          <w:p w14:paraId="4125159E" w14:textId="595E78EF" w:rsidR="000B5B03" w:rsidRDefault="000B5B03" w:rsidP="00E8790E">
            <w:r>
              <w:t>0</w:t>
            </w:r>
          </w:p>
        </w:tc>
      </w:tr>
      <w:tr w:rsidR="000B5B03" w14:paraId="742D7E47" w14:textId="77777777" w:rsidTr="00E8790E">
        <w:tc>
          <w:tcPr>
            <w:tcW w:w="2160" w:type="dxa"/>
          </w:tcPr>
          <w:p w14:paraId="163CCFBD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35FA43DA" w14:textId="5D753623" w:rsidR="000B5B03" w:rsidRDefault="000B5B03" w:rsidP="00E8790E">
            <w:r>
              <w:t>46</w:t>
            </w:r>
          </w:p>
        </w:tc>
        <w:tc>
          <w:tcPr>
            <w:tcW w:w="2160" w:type="dxa"/>
          </w:tcPr>
          <w:p w14:paraId="5D09D2E4" w14:textId="74AABCC5" w:rsidR="000B5B03" w:rsidRDefault="000B5B03" w:rsidP="00E8790E">
            <w:r>
              <w:t>0</w:t>
            </w:r>
          </w:p>
        </w:tc>
        <w:tc>
          <w:tcPr>
            <w:tcW w:w="2160" w:type="dxa"/>
          </w:tcPr>
          <w:p w14:paraId="5CEC66B8" w14:textId="29554897" w:rsidR="000B5B03" w:rsidRDefault="000B5B03" w:rsidP="00E8790E">
            <w:r>
              <w:t>46</w:t>
            </w:r>
          </w:p>
        </w:tc>
      </w:tr>
    </w:tbl>
    <w:p w14:paraId="1052570B" w14:textId="0C52B826" w:rsidR="000B5B03" w:rsidRDefault="000B5B03" w:rsidP="000B5B03">
      <w:r>
        <w:t>Observed agreement = 100 %</w:t>
      </w:r>
    </w:p>
    <w:p w14:paraId="6D9A7488" w14:textId="559CC72F" w:rsidR="000B5B03" w:rsidRDefault="000B5B03" w:rsidP="000B5B03">
      <w:pPr>
        <w:pStyle w:val="Rubrik2"/>
      </w:pPr>
      <w:r>
        <w:t xml:space="preserve">Supplementary Table S1. Intrarater agreement for fenestration detection at upper </w:t>
      </w:r>
      <w:r w:rsidR="00DD67B1">
        <w:t>1</w:t>
      </w:r>
      <w:r>
        <w:t>3b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75FD18CB" w14:textId="77777777" w:rsidTr="00E8790E">
        <w:tc>
          <w:tcPr>
            <w:tcW w:w="2160" w:type="dxa"/>
          </w:tcPr>
          <w:p w14:paraId="5975726D" w14:textId="77777777" w:rsidR="000B5B03" w:rsidRDefault="000B5B03" w:rsidP="00E8790E"/>
        </w:tc>
        <w:tc>
          <w:tcPr>
            <w:tcW w:w="2160" w:type="dxa"/>
          </w:tcPr>
          <w:p w14:paraId="09B3A488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4BBB9C38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7764EDA0" w14:textId="77777777" w:rsidR="000B5B03" w:rsidRDefault="000B5B03" w:rsidP="00E8790E">
            <w:r>
              <w:t>Total</w:t>
            </w:r>
          </w:p>
        </w:tc>
      </w:tr>
      <w:tr w:rsidR="000B5B03" w14:paraId="1265EE25" w14:textId="77777777" w:rsidTr="00E8790E">
        <w:tc>
          <w:tcPr>
            <w:tcW w:w="2160" w:type="dxa"/>
          </w:tcPr>
          <w:p w14:paraId="09AD25C0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528DEFEB" w14:textId="5D20D84C" w:rsidR="000B5B03" w:rsidRDefault="000B2A9F" w:rsidP="00E8790E">
            <w:r>
              <w:t>29</w:t>
            </w:r>
          </w:p>
        </w:tc>
        <w:tc>
          <w:tcPr>
            <w:tcW w:w="2160" w:type="dxa"/>
          </w:tcPr>
          <w:p w14:paraId="2A39FAEA" w14:textId="5016B35A" w:rsidR="000B5B03" w:rsidRDefault="000B2A9F" w:rsidP="00E8790E">
            <w:r>
              <w:t>3</w:t>
            </w:r>
          </w:p>
        </w:tc>
        <w:tc>
          <w:tcPr>
            <w:tcW w:w="2160" w:type="dxa"/>
          </w:tcPr>
          <w:p w14:paraId="0D5BB61B" w14:textId="0BB8563B" w:rsidR="000B5B03" w:rsidRDefault="000B2A9F" w:rsidP="00E8790E">
            <w:r>
              <w:t>32</w:t>
            </w:r>
          </w:p>
        </w:tc>
      </w:tr>
      <w:tr w:rsidR="000B5B03" w14:paraId="2339EF44" w14:textId="77777777" w:rsidTr="00E8790E">
        <w:tc>
          <w:tcPr>
            <w:tcW w:w="2160" w:type="dxa"/>
          </w:tcPr>
          <w:p w14:paraId="6B6DCE17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6E884196" w14:textId="39D0D92B" w:rsidR="000B5B03" w:rsidRDefault="000B2A9F" w:rsidP="00E8790E">
            <w:r>
              <w:t>2</w:t>
            </w:r>
          </w:p>
        </w:tc>
        <w:tc>
          <w:tcPr>
            <w:tcW w:w="2160" w:type="dxa"/>
          </w:tcPr>
          <w:p w14:paraId="7C4913CB" w14:textId="4B9D1317" w:rsidR="000B5B03" w:rsidRDefault="000B2A9F" w:rsidP="00E8790E">
            <w:r>
              <w:t>13</w:t>
            </w:r>
          </w:p>
        </w:tc>
        <w:tc>
          <w:tcPr>
            <w:tcW w:w="2160" w:type="dxa"/>
          </w:tcPr>
          <w:p w14:paraId="1A896023" w14:textId="5C94A2FE" w:rsidR="000B5B03" w:rsidRDefault="000B2A9F" w:rsidP="00E8790E">
            <w:r>
              <w:t>15</w:t>
            </w:r>
          </w:p>
        </w:tc>
      </w:tr>
      <w:tr w:rsidR="000B5B03" w14:paraId="7B442C40" w14:textId="77777777" w:rsidTr="00E8790E">
        <w:tc>
          <w:tcPr>
            <w:tcW w:w="2160" w:type="dxa"/>
          </w:tcPr>
          <w:p w14:paraId="009CC14C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18B03FED" w14:textId="5617D884" w:rsidR="000B5B03" w:rsidRDefault="000B2A9F" w:rsidP="00E8790E">
            <w:r>
              <w:t>31</w:t>
            </w:r>
          </w:p>
        </w:tc>
        <w:tc>
          <w:tcPr>
            <w:tcW w:w="2160" w:type="dxa"/>
          </w:tcPr>
          <w:p w14:paraId="3C912D3B" w14:textId="2A9D8117" w:rsidR="000B5B03" w:rsidRDefault="000B2A9F" w:rsidP="00E8790E">
            <w:r>
              <w:t>16</w:t>
            </w:r>
          </w:p>
        </w:tc>
        <w:tc>
          <w:tcPr>
            <w:tcW w:w="2160" w:type="dxa"/>
          </w:tcPr>
          <w:p w14:paraId="28811660" w14:textId="55D94FBC" w:rsidR="000B5B03" w:rsidRDefault="000B2A9F" w:rsidP="00E8790E">
            <w:r>
              <w:t>47</w:t>
            </w:r>
          </w:p>
        </w:tc>
      </w:tr>
    </w:tbl>
    <w:p w14:paraId="0162891E" w14:textId="5CF4E58C" w:rsidR="000B5B03" w:rsidRDefault="000B5B03" w:rsidP="000B5B03">
      <w:r>
        <w:t xml:space="preserve">Observed agreement = </w:t>
      </w:r>
      <w:r w:rsidR="000B2A9F">
        <w:t>89</w:t>
      </w:r>
      <w:r>
        <w:t xml:space="preserve"> %</w:t>
      </w:r>
    </w:p>
    <w:p w14:paraId="3C32ECBC" w14:textId="77777777" w:rsidR="000B5B03" w:rsidRDefault="000B5B03" w:rsidP="000B5B03"/>
    <w:p w14:paraId="08B0C1EA" w14:textId="5FF4F7A5" w:rsidR="000B5B03" w:rsidRDefault="000B5B03" w:rsidP="000B5B03">
      <w:pPr>
        <w:pStyle w:val="Rubrik2"/>
      </w:pPr>
      <w:r>
        <w:t xml:space="preserve">Supplementary Table S1. Intrarater agreement for fenestration detection at upper </w:t>
      </w:r>
      <w:r w:rsidR="00DD67B1">
        <w:t>1</w:t>
      </w:r>
      <w:r>
        <w:t>3p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2D547A9C" w14:textId="77777777" w:rsidTr="00E8790E">
        <w:tc>
          <w:tcPr>
            <w:tcW w:w="2160" w:type="dxa"/>
          </w:tcPr>
          <w:p w14:paraId="000BF63E" w14:textId="77777777" w:rsidR="000B5B03" w:rsidRDefault="000B5B03" w:rsidP="00E8790E"/>
        </w:tc>
        <w:tc>
          <w:tcPr>
            <w:tcW w:w="2160" w:type="dxa"/>
          </w:tcPr>
          <w:p w14:paraId="65F25FE5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1E55B6F3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595858D3" w14:textId="77777777" w:rsidR="000B5B03" w:rsidRDefault="000B5B03" w:rsidP="00E8790E">
            <w:r>
              <w:t>Total</w:t>
            </w:r>
          </w:p>
        </w:tc>
      </w:tr>
      <w:tr w:rsidR="000B5B03" w14:paraId="78B5EA05" w14:textId="77777777" w:rsidTr="00E8790E">
        <w:tc>
          <w:tcPr>
            <w:tcW w:w="2160" w:type="dxa"/>
          </w:tcPr>
          <w:p w14:paraId="1CF071FD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4F51BD0B" w14:textId="645AAEBC" w:rsidR="000B5B03" w:rsidRDefault="000B2A9F" w:rsidP="00E8790E">
            <w:r>
              <w:t>46</w:t>
            </w:r>
          </w:p>
        </w:tc>
        <w:tc>
          <w:tcPr>
            <w:tcW w:w="2160" w:type="dxa"/>
          </w:tcPr>
          <w:p w14:paraId="0DCE2970" w14:textId="75C48D8A" w:rsidR="000B5B03" w:rsidRDefault="000B2A9F" w:rsidP="00E8790E">
            <w:r>
              <w:t>0</w:t>
            </w:r>
          </w:p>
        </w:tc>
        <w:tc>
          <w:tcPr>
            <w:tcW w:w="2160" w:type="dxa"/>
          </w:tcPr>
          <w:p w14:paraId="39186A61" w14:textId="42CDF956" w:rsidR="000B5B03" w:rsidRDefault="000B2A9F" w:rsidP="00E8790E">
            <w:r>
              <w:t>46</w:t>
            </w:r>
          </w:p>
        </w:tc>
      </w:tr>
      <w:tr w:rsidR="000B5B03" w14:paraId="1237623D" w14:textId="77777777" w:rsidTr="00E8790E">
        <w:tc>
          <w:tcPr>
            <w:tcW w:w="2160" w:type="dxa"/>
          </w:tcPr>
          <w:p w14:paraId="75DFB966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22D87A5D" w14:textId="555AC785" w:rsidR="000B5B03" w:rsidRDefault="000B2A9F" w:rsidP="00E8790E">
            <w:r>
              <w:t>1</w:t>
            </w:r>
          </w:p>
        </w:tc>
        <w:tc>
          <w:tcPr>
            <w:tcW w:w="2160" w:type="dxa"/>
          </w:tcPr>
          <w:p w14:paraId="65DB0272" w14:textId="3C61E251" w:rsidR="000B5B03" w:rsidRDefault="000B2A9F" w:rsidP="00E8790E">
            <w:r>
              <w:t>0</w:t>
            </w:r>
          </w:p>
        </w:tc>
        <w:tc>
          <w:tcPr>
            <w:tcW w:w="2160" w:type="dxa"/>
          </w:tcPr>
          <w:p w14:paraId="1DF9C641" w14:textId="72E32A83" w:rsidR="000B5B03" w:rsidRDefault="000B2A9F" w:rsidP="00E8790E">
            <w:r>
              <w:t>1</w:t>
            </w:r>
          </w:p>
        </w:tc>
      </w:tr>
      <w:tr w:rsidR="000B5B03" w14:paraId="2C2350CD" w14:textId="77777777" w:rsidTr="00E8790E">
        <w:tc>
          <w:tcPr>
            <w:tcW w:w="2160" w:type="dxa"/>
          </w:tcPr>
          <w:p w14:paraId="71C08198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01389058" w14:textId="64B2A919" w:rsidR="000B5B03" w:rsidRDefault="000B2A9F" w:rsidP="00E8790E">
            <w:r>
              <w:t>47</w:t>
            </w:r>
          </w:p>
        </w:tc>
        <w:tc>
          <w:tcPr>
            <w:tcW w:w="2160" w:type="dxa"/>
          </w:tcPr>
          <w:p w14:paraId="720637A3" w14:textId="12341B3D" w:rsidR="000B5B03" w:rsidRDefault="000B2A9F" w:rsidP="00E8790E">
            <w:r>
              <w:t>0</w:t>
            </w:r>
          </w:p>
        </w:tc>
        <w:tc>
          <w:tcPr>
            <w:tcW w:w="2160" w:type="dxa"/>
          </w:tcPr>
          <w:p w14:paraId="739166D8" w14:textId="0B13997C" w:rsidR="000B5B03" w:rsidRDefault="000B2A9F" w:rsidP="00E8790E">
            <w:r>
              <w:t>47</w:t>
            </w:r>
          </w:p>
        </w:tc>
      </w:tr>
    </w:tbl>
    <w:p w14:paraId="61DF8457" w14:textId="6F376AD2" w:rsidR="000B5B03" w:rsidRDefault="000B5B03" w:rsidP="000B5B03">
      <w:r>
        <w:t xml:space="preserve">Observed agreement = </w:t>
      </w:r>
      <w:proofErr w:type="gramStart"/>
      <w:r w:rsidR="000B2A9F">
        <w:t>98</w:t>
      </w:r>
      <w:r>
        <w:t xml:space="preserve"> %</w:t>
      </w:r>
      <w:proofErr w:type="gramEnd"/>
    </w:p>
    <w:p w14:paraId="372F6E7E" w14:textId="44A09806" w:rsidR="000B5B03" w:rsidRDefault="000B5B03" w:rsidP="000B5B03">
      <w:pPr>
        <w:pStyle w:val="Rubrik2"/>
      </w:pPr>
      <w:r>
        <w:t xml:space="preserve">Supplementary Table S1. Intrarater agreement for fenestration detection at upper </w:t>
      </w:r>
      <w:r w:rsidR="00DD67B1">
        <w:t>1</w:t>
      </w:r>
      <w:r>
        <w:t>1b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17B3BB32" w14:textId="77777777" w:rsidTr="00E8790E">
        <w:tc>
          <w:tcPr>
            <w:tcW w:w="2160" w:type="dxa"/>
          </w:tcPr>
          <w:p w14:paraId="31AEA447" w14:textId="77777777" w:rsidR="000B5B03" w:rsidRDefault="000B5B03" w:rsidP="00E8790E"/>
        </w:tc>
        <w:tc>
          <w:tcPr>
            <w:tcW w:w="2160" w:type="dxa"/>
          </w:tcPr>
          <w:p w14:paraId="13E0FCBB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394C499B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3EB09793" w14:textId="77777777" w:rsidR="000B5B03" w:rsidRDefault="000B5B03" w:rsidP="00E8790E">
            <w:r>
              <w:t>Total</w:t>
            </w:r>
          </w:p>
        </w:tc>
      </w:tr>
      <w:tr w:rsidR="000B5B03" w14:paraId="078B19B7" w14:textId="77777777" w:rsidTr="00E8790E">
        <w:tc>
          <w:tcPr>
            <w:tcW w:w="2160" w:type="dxa"/>
          </w:tcPr>
          <w:p w14:paraId="65212A01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44555516" w14:textId="3C02239C" w:rsidR="000B5B03" w:rsidRDefault="000B2A9F" w:rsidP="00E8790E">
            <w:r>
              <w:t>36</w:t>
            </w:r>
          </w:p>
        </w:tc>
        <w:tc>
          <w:tcPr>
            <w:tcW w:w="2160" w:type="dxa"/>
          </w:tcPr>
          <w:p w14:paraId="18ADF5FA" w14:textId="6571D6FF" w:rsidR="000B5B03" w:rsidRDefault="000B2A9F" w:rsidP="00E8790E">
            <w:r>
              <w:t>4</w:t>
            </w:r>
          </w:p>
        </w:tc>
        <w:tc>
          <w:tcPr>
            <w:tcW w:w="2160" w:type="dxa"/>
          </w:tcPr>
          <w:p w14:paraId="64C22826" w14:textId="720DEF11" w:rsidR="000B5B03" w:rsidRDefault="000B2A9F" w:rsidP="00E8790E">
            <w:r>
              <w:t>40</w:t>
            </w:r>
          </w:p>
        </w:tc>
      </w:tr>
      <w:tr w:rsidR="000B5B03" w14:paraId="7F984FF5" w14:textId="77777777" w:rsidTr="00E8790E">
        <w:tc>
          <w:tcPr>
            <w:tcW w:w="2160" w:type="dxa"/>
          </w:tcPr>
          <w:p w14:paraId="7E664822" w14:textId="77777777" w:rsidR="000B5B03" w:rsidRDefault="000B5B03" w:rsidP="00E8790E">
            <w:r>
              <w:lastRenderedPageBreak/>
              <w:t>Assessment A: Yes</w:t>
            </w:r>
          </w:p>
        </w:tc>
        <w:tc>
          <w:tcPr>
            <w:tcW w:w="2160" w:type="dxa"/>
          </w:tcPr>
          <w:p w14:paraId="34EA4B92" w14:textId="391CE4EC" w:rsidR="000B5B03" w:rsidRDefault="000B2A9F" w:rsidP="00E8790E">
            <w:r>
              <w:t>2</w:t>
            </w:r>
          </w:p>
        </w:tc>
        <w:tc>
          <w:tcPr>
            <w:tcW w:w="2160" w:type="dxa"/>
          </w:tcPr>
          <w:p w14:paraId="1B61E666" w14:textId="4673D9A8" w:rsidR="000B5B03" w:rsidRDefault="000B2A9F" w:rsidP="00E8790E">
            <w:r>
              <w:t>5</w:t>
            </w:r>
          </w:p>
        </w:tc>
        <w:tc>
          <w:tcPr>
            <w:tcW w:w="2160" w:type="dxa"/>
          </w:tcPr>
          <w:p w14:paraId="15D0A00A" w14:textId="1B9961C7" w:rsidR="000B5B03" w:rsidRDefault="000B2A9F" w:rsidP="00E8790E">
            <w:r>
              <w:t>7</w:t>
            </w:r>
          </w:p>
        </w:tc>
      </w:tr>
      <w:tr w:rsidR="000B5B03" w14:paraId="12B03B9A" w14:textId="77777777" w:rsidTr="00E8790E">
        <w:tc>
          <w:tcPr>
            <w:tcW w:w="2160" w:type="dxa"/>
          </w:tcPr>
          <w:p w14:paraId="11407047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70201A73" w14:textId="6D636618" w:rsidR="000B5B03" w:rsidRDefault="000B2A9F" w:rsidP="00E8790E">
            <w:r>
              <w:t>38</w:t>
            </w:r>
          </w:p>
        </w:tc>
        <w:tc>
          <w:tcPr>
            <w:tcW w:w="2160" w:type="dxa"/>
          </w:tcPr>
          <w:p w14:paraId="1AA392A2" w14:textId="1950A919" w:rsidR="000B5B03" w:rsidRDefault="000B2A9F" w:rsidP="00E8790E">
            <w:r>
              <w:t>9</w:t>
            </w:r>
          </w:p>
        </w:tc>
        <w:tc>
          <w:tcPr>
            <w:tcW w:w="2160" w:type="dxa"/>
          </w:tcPr>
          <w:p w14:paraId="103D1736" w14:textId="13DA2969" w:rsidR="000B5B03" w:rsidRDefault="000B2A9F" w:rsidP="00E8790E">
            <w:r>
              <w:t>47</w:t>
            </w:r>
          </w:p>
        </w:tc>
      </w:tr>
    </w:tbl>
    <w:p w14:paraId="0DEB3347" w14:textId="14BBB22F" w:rsidR="000B5B03" w:rsidRDefault="000B5B03" w:rsidP="000B5B03">
      <w:r>
        <w:t xml:space="preserve">Observed agreement = </w:t>
      </w:r>
      <w:r w:rsidR="000B2A9F">
        <w:t>87</w:t>
      </w:r>
      <w:r>
        <w:t xml:space="preserve"> %</w:t>
      </w:r>
    </w:p>
    <w:p w14:paraId="131AE457" w14:textId="77777777" w:rsidR="000B5B03" w:rsidRDefault="000B5B03" w:rsidP="000B5B03"/>
    <w:p w14:paraId="09B6A444" w14:textId="53CD6123" w:rsidR="000B5B03" w:rsidRDefault="000B5B03" w:rsidP="000B5B03">
      <w:pPr>
        <w:pStyle w:val="Rubrik2"/>
      </w:pPr>
      <w:r>
        <w:t xml:space="preserve">Supplementary Table S1. Intrarater agreement for fenestration detection at upper </w:t>
      </w:r>
      <w:r w:rsidR="00DD67B1">
        <w:t>1</w:t>
      </w:r>
      <w:r>
        <w:t>1p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4574997F" w14:textId="77777777" w:rsidTr="00E8790E">
        <w:tc>
          <w:tcPr>
            <w:tcW w:w="2160" w:type="dxa"/>
          </w:tcPr>
          <w:p w14:paraId="3EC88332" w14:textId="77777777" w:rsidR="000B5B03" w:rsidRDefault="000B5B03" w:rsidP="00E8790E"/>
        </w:tc>
        <w:tc>
          <w:tcPr>
            <w:tcW w:w="2160" w:type="dxa"/>
          </w:tcPr>
          <w:p w14:paraId="2D5DDB60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04B5ACEC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48B7924E" w14:textId="77777777" w:rsidR="000B5B03" w:rsidRDefault="000B5B03" w:rsidP="00E8790E">
            <w:r>
              <w:t>Total</w:t>
            </w:r>
          </w:p>
        </w:tc>
      </w:tr>
      <w:tr w:rsidR="000B5B03" w14:paraId="7F0F9CF7" w14:textId="77777777" w:rsidTr="00E8790E">
        <w:tc>
          <w:tcPr>
            <w:tcW w:w="2160" w:type="dxa"/>
          </w:tcPr>
          <w:p w14:paraId="25316AD7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73DC7B71" w14:textId="1CBF4FEE" w:rsidR="000B5B03" w:rsidRDefault="000B2A9F" w:rsidP="00E8790E">
            <w:r>
              <w:t>47</w:t>
            </w:r>
          </w:p>
        </w:tc>
        <w:tc>
          <w:tcPr>
            <w:tcW w:w="2160" w:type="dxa"/>
          </w:tcPr>
          <w:p w14:paraId="6C7886E0" w14:textId="6DB62F37" w:rsidR="000B5B03" w:rsidRDefault="000B2A9F" w:rsidP="00E8790E">
            <w:r>
              <w:t>0</w:t>
            </w:r>
          </w:p>
        </w:tc>
        <w:tc>
          <w:tcPr>
            <w:tcW w:w="2160" w:type="dxa"/>
          </w:tcPr>
          <w:p w14:paraId="66DB1DB5" w14:textId="29A023E1" w:rsidR="000B5B03" w:rsidRDefault="000B2A9F" w:rsidP="00E8790E">
            <w:r>
              <w:t>47</w:t>
            </w:r>
          </w:p>
        </w:tc>
      </w:tr>
      <w:tr w:rsidR="000B5B03" w14:paraId="51241B32" w14:textId="77777777" w:rsidTr="00E8790E">
        <w:tc>
          <w:tcPr>
            <w:tcW w:w="2160" w:type="dxa"/>
          </w:tcPr>
          <w:p w14:paraId="1505A55F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14A5E7E2" w14:textId="726A2910" w:rsidR="000B5B03" w:rsidRDefault="000B2A9F" w:rsidP="00E8790E">
            <w:r>
              <w:t>0</w:t>
            </w:r>
          </w:p>
        </w:tc>
        <w:tc>
          <w:tcPr>
            <w:tcW w:w="2160" w:type="dxa"/>
          </w:tcPr>
          <w:p w14:paraId="3BBD8FAF" w14:textId="220E7753" w:rsidR="000B5B03" w:rsidRDefault="000B2A9F" w:rsidP="00E8790E">
            <w:r>
              <w:t>0</w:t>
            </w:r>
          </w:p>
        </w:tc>
        <w:tc>
          <w:tcPr>
            <w:tcW w:w="2160" w:type="dxa"/>
          </w:tcPr>
          <w:p w14:paraId="723E0A75" w14:textId="4B47F1A7" w:rsidR="000B5B03" w:rsidRDefault="000B2A9F" w:rsidP="00E8790E">
            <w:r>
              <w:t>0</w:t>
            </w:r>
          </w:p>
        </w:tc>
      </w:tr>
      <w:tr w:rsidR="000B5B03" w14:paraId="591A0497" w14:textId="77777777" w:rsidTr="00E8790E">
        <w:tc>
          <w:tcPr>
            <w:tcW w:w="2160" w:type="dxa"/>
          </w:tcPr>
          <w:p w14:paraId="71342E32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79DD169E" w14:textId="67BF7DD5" w:rsidR="000B5B03" w:rsidRDefault="000B2A9F" w:rsidP="00E8790E">
            <w:r>
              <w:t>47</w:t>
            </w:r>
          </w:p>
        </w:tc>
        <w:tc>
          <w:tcPr>
            <w:tcW w:w="2160" w:type="dxa"/>
          </w:tcPr>
          <w:p w14:paraId="31B99F50" w14:textId="384B42F9" w:rsidR="000B5B03" w:rsidRDefault="000B2A9F" w:rsidP="00E8790E">
            <w:r>
              <w:t>0</w:t>
            </w:r>
          </w:p>
        </w:tc>
        <w:tc>
          <w:tcPr>
            <w:tcW w:w="2160" w:type="dxa"/>
          </w:tcPr>
          <w:p w14:paraId="392199E7" w14:textId="6FF3C28E" w:rsidR="000B5B03" w:rsidRDefault="000B2A9F" w:rsidP="00E8790E">
            <w:r>
              <w:t>47</w:t>
            </w:r>
          </w:p>
        </w:tc>
      </w:tr>
    </w:tbl>
    <w:p w14:paraId="562EEE3E" w14:textId="088B5FDC" w:rsidR="000B5B03" w:rsidRDefault="000B5B03" w:rsidP="000B5B03">
      <w:r>
        <w:t xml:space="preserve">Observed agreement = </w:t>
      </w:r>
      <w:r w:rsidR="000B2A9F">
        <w:t>100</w:t>
      </w:r>
      <w:r>
        <w:t xml:space="preserve"> %</w:t>
      </w:r>
    </w:p>
    <w:p w14:paraId="753E8136" w14:textId="77777777" w:rsidR="000B5B03" w:rsidRDefault="000B5B03"/>
    <w:p w14:paraId="7E393DA2" w14:textId="02EC7712" w:rsidR="000B5B03" w:rsidRDefault="000B5B03" w:rsidP="000B5B03">
      <w:pPr>
        <w:pStyle w:val="Rubrik2"/>
      </w:pPr>
      <w:r>
        <w:t xml:space="preserve">Supplementary Table S1. Intrarater agreement for fenestration detection at lower </w:t>
      </w:r>
      <w:r w:rsidR="00DD67B1">
        <w:t>3</w:t>
      </w:r>
      <w:r>
        <w:t>5b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563D17B8" w14:textId="77777777" w:rsidTr="00E8790E">
        <w:tc>
          <w:tcPr>
            <w:tcW w:w="2160" w:type="dxa"/>
          </w:tcPr>
          <w:p w14:paraId="74FE7A51" w14:textId="77777777" w:rsidR="000B5B03" w:rsidRDefault="000B5B03" w:rsidP="00E8790E"/>
        </w:tc>
        <w:tc>
          <w:tcPr>
            <w:tcW w:w="2160" w:type="dxa"/>
          </w:tcPr>
          <w:p w14:paraId="61A7690A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6E7588F6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2E142786" w14:textId="77777777" w:rsidR="000B5B03" w:rsidRDefault="000B5B03" w:rsidP="00E8790E">
            <w:r>
              <w:t>Total</w:t>
            </w:r>
          </w:p>
        </w:tc>
      </w:tr>
      <w:tr w:rsidR="000B5B03" w14:paraId="6834A776" w14:textId="77777777" w:rsidTr="00E8790E">
        <w:tc>
          <w:tcPr>
            <w:tcW w:w="2160" w:type="dxa"/>
          </w:tcPr>
          <w:p w14:paraId="00C3D819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7445D9EC" w14:textId="3D777AC3" w:rsidR="000B5B03" w:rsidRDefault="00FA6CB5" w:rsidP="00E8790E">
            <w:r>
              <w:t>46</w:t>
            </w:r>
          </w:p>
        </w:tc>
        <w:tc>
          <w:tcPr>
            <w:tcW w:w="2160" w:type="dxa"/>
          </w:tcPr>
          <w:p w14:paraId="36C61E55" w14:textId="3577FED5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698681F6" w14:textId="296A0F38" w:rsidR="000B5B03" w:rsidRDefault="00FA6CB5" w:rsidP="00E8790E">
            <w:r>
              <w:t>46</w:t>
            </w:r>
          </w:p>
        </w:tc>
      </w:tr>
      <w:tr w:rsidR="000B5B03" w14:paraId="528F4107" w14:textId="77777777" w:rsidTr="00E8790E">
        <w:tc>
          <w:tcPr>
            <w:tcW w:w="2160" w:type="dxa"/>
          </w:tcPr>
          <w:p w14:paraId="470945B0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49C35963" w14:textId="2BAD613C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66490CBF" w14:textId="57780885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1B7AD6CD" w14:textId="64D69B27" w:rsidR="000B5B03" w:rsidRDefault="00FA6CB5" w:rsidP="00E8790E">
            <w:r>
              <w:t>0</w:t>
            </w:r>
          </w:p>
        </w:tc>
      </w:tr>
      <w:tr w:rsidR="000B5B03" w14:paraId="3FE6BE27" w14:textId="77777777" w:rsidTr="00E8790E">
        <w:tc>
          <w:tcPr>
            <w:tcW w:w="2160" w:type="dxa"/>
          </w:tcPr>
          <w:p w14:paraId="5CBE791E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123949FF" w14:textId="3CB5EC65" w:rsidR="000B5B03" w:rsidRDefault="00FA6CB5" w:rsidP="00E8790E">
            <w:r>
              <w:t>46</w:t>
            </w:r>
          </w:p>
        </w:tc>
        <w:tc>
          <w:tcPr>
            <w:tcW w:w="2160" w:type="dxa"/>
          </w:tcPr>
          <w:p w14:paraId="3AD863CD" w14:textId="32EBB9AC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1A7970BD" w14:textId="7B68C1EB" w:rsidR="000B5B03" w:rsidRDefault="00FA6CB5" w:rsidP="00E8790E">
            <w:r>
              <w:t>46</w:t>
            </w:r>
          </w:p>
        </w:tc>
      </w:tr>
    </w:tbl>
    <w:p w14:paraId="1219C08D" w14:textId="78E68C13" w:rsidR="000B5B03" w:rsidRDefault="000B5B03" w:rsidP="000B5B03">
      <w:r>
        <w:t xml:space="preserve">Observed agreement = </w:t>
      </w:r>
      <w:r w:rsidR="00FA6CB5">
        <w:t>100</w:t>
      </w:r>
      <w:r>
        <w:t xml:space="preserve"> %</w:t>
      </w:r>
    </w:p>
    <w:p w14:paraId="00FCA7A9" w14:textId="77777777" w:rsidR="000B5B03" w:rsidRDefault="000B5B03" w:rsidP="000B5B03"/>
    <w:p w14:paraId="77B8A7FA" w14:textId="6EE9303D" w:rsidR="000B5B03" w:rsidRDefault="000B5B03" w:rsidP="000B5B03">
      <w:pPr>
        <w:pStyle w:val="Rubrik2"/>
      </w:pPr>
      <w:r>
        <w:t xml:space="preserve">Supplementary Table S1. Intrarater agreement for fenestration detection at lower </w:t>
      </w:r>
      <w:r w:rsidR="00DD67B1">
        <w:t>3</w:t>
      </w:r>
      <w:r>
        <w:t>5l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052A9C55" w14:textId="77777777" w:rsidTr="00E8790E">
        <w:tc>
          <w:tcPr>
            <w:tcW w:w="2160" w:type="dxa"/>
          </w:tcPr>
          <w:p w14:paraId="02111AC3" w14:textId="77777777" w:rsidR="000B5B03" w:rsidRDefault="000B5B03" w:rsidP="00E8790E"/>
        </w:tc>
        <w:tc>
          <w:tcPr>
            <w:tcW w:w="2160" w:type="dxa"/>
          </w:tcPr>
          <w:p w14:paraId="653C49EF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54ED3E47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2C7AFC37" w14:textId="77777777" w:rsidR="000B5B03" w:rsidRDefault="000B5B03" w:rsidP="00E8790E">
            <w:r>
              <w:t>Total</w:t>
            </w:r>
          </w:p>
        </w:tc>
      </w:tr>
      <w:tr w:rsidR="000B5B03" w14:paraId="58EDB3C6" w14:textId="77777777" w:rsidTr="00E8790E">
        <w:tc>
          <w:tcPr>
            <w:tcW w:w="2160" w:type="dxa"/>
          </w:tcPr>
          <w:p w14:paraId="4EBC0DE5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1F6DD9B1" w14:textId="1B369AAD" w:rsidR="000B5B03" w:rsidRDefault="00FA6CB5" w:rsidP="00E8790E">
            <w:r>
              <w:t>46</w:t>
            </w:r>
          </w:p>
        </w:tc>
        <w:tc>
          <w:tcPr>
            <w:tcW w:w="2160" w:type="dxa"/>
          </w:tcPr>
          <w:p w14:paraId="54452A6D" w14:textId="1F90513C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7C796A3D" w14:textId="30E4AC7F" w:rsidR="000B5B03" w:rsidRDefault="00FA6CB5" w:rsidP="00E8790E">
            <w:r>
              <w:t>46</w:t>
            </w:r>
          </w:p>
        </w:tc>
      </w:tr>
      <w:tr w:rsidR="000B5B03" w14:paraId="1483BC19" w14:textId="77777777" w:rsidTr="00E8790E">
        <w:tc>
          <w:tcPr>
            <w:tcW w:w="2160" w:type="dxa"/>
          </w:tcPr>
          <w:p w14:paraId="32169875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27E39F11" w14:textId="0C63F7C6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625A0B7E" w14:textId="7E891CFF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3377C315" w14:textId="4FBA4207" w:rsidR="000B5B03" w:rsidRDefault="00FA6CB5" w:rsidP="00E8790E">
            <w:r>
              <w:t>0</w:t>
            </w:r>
          </w:p>
        </w:tc>
      </w:tr>
      <w:tr w:rsidR="000B5B03" w14:paraId="5DDDAE88" w14:textId="77777777" w:rsidTr="00E8790E">
        <w:tc>
          <w:tcPr>
            <w:tcW w:w="2160" w:type="dxa"/>
          </w:tcPr>
          <w:p w14:paraId="1CD3B8CA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0164EF95" w14:textId="4DD92C96" w:rsidR="000B5B03" w:rsidRDefault="00FA6CB5" w:rsidP="00E8790E">
            <w:r>
              <w:t>46</w:t>
            </w:r>
          </w:p>
        </w:tc>
        <w:tc>
          <w:tcPr>
            <w:tcW w:w="2160" w:type="dxa"/>
          </w:tcPr>
          <w:p w14:paraId="1847E493" w14:textId="72250F77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19188CC9" w14:textId="59779EF2" w:rsidR="000B5B03" w:rsidRDefault="00FA6CB5" w:rsidP="00E8790E">
            <w:r>
              <w:t>46</w:t>
            </w:r>
          </w:p>
        </w:tc>
      </w:tr>
    </w:tbl>
    <w:p w14:paraId="1C7D7FBF" w14:textId="17075C0D" w:rsidR="000B5B03" w:rsidRDefault="000B5B03" w:rsidP="000B5B03">
      <w:r>
        <w:t xml:space="preserve">Observed agreement = </w:t>
      </w:r>
      <w:r w:rsidR="00FA6CB5">
        <w:t>100</w:t>
      </w:r>
      <w:r>
        <w:t xml:space="preserve"> %</w:t>
      </w:r>
    </w:p>
    <w:p w14:paraId="159A8693" w14:textId="11C93454" w:rsidR="000B5B03" w:rsidRDefault="000B5B03" w:rsidP="000B5B03">
      <w:pPr>
        <w:pStyle w:val="Rubrik2"/>
      </w:pPr>
      <w:r>
        <w:t>Supplementary Table S1. Intrarater agreement for fenestration detection at lower 3</w:t>
      </w:r>
      <w:r w:rsidR="00DD67B1">
        <w:t>3</w:t>
      </w:r>
      <w:r>
        <w:t>b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1633A6BE" w14:textId="77777777" w:rsidTr="00E8790E">
        <w:tc>
          <w:tcPr>
            <w:tcW w:w="2160" w:type="dxa"/>
          </w:tcPr>
          <w:p w14:paraId="6429741E" w14:textId="77777777" w:rsidR="000B5B03" w:rsidRDefault="000B5B03" w:rsidP="00E8790E"/>
        </w:tc>
        <w:tc>
          <w:tcPr>
            <w:tcW w:w="2160" w:type="dxa"/>
          </w:tcPr>
          <w:p w14:paraId="25587E03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4EE70E22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11160E6A" w14:textId="77777777" w:rsidR="000B5B03" w:rsidRDefault="000B5B03" w:rsidP="00E8790E">
            <w:r>
              <w:t>Total</w:t>
            </w:r>
          </w:p>
        </w:tc>
      </w:tr>
      <w:tr w:rsidR="000B5B03" w14:paraId="72D1003C" w14:textId="77777777" w:rsidTr="00E8790E">
        <w:tc>
          <w:tcPr>
            <w:tcW w:w="2160" w:type="dxa"/>
          </w:tcPr>
          <w:p w14:paraId="56907D45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0022AD64" w14:textId="49422AD2" w:rsidR="000B5B03" w:rsidRDefault="00FA6CB5" w:rsidP="00E8790E">
            <w:r>
              <w:t>28</w:t>
            </w:r>
          </w:p>
        </w:tc>
        <w:tc>
          <w:tcPr>
            <w:tcW w:w="2160" w:type="dxa"/>
          </w:tcPr>
          <w:p w14:paraId="4D628954" w14:textId="0A71A1C5" w:rsidR="000B5B03" w:rsidRDefault="00FA6CB5" w:rsidP="00E8790E">
            <w:r>
              <w:t>7</w:t>
            </w:r>
          </w:p>
        </w:tc>
        <w:tc>
          <w:tcPr>
            <w:tcW w:w="2160" w:type="dxa"/>
          </w:tcPr>
          <w:p w14:paraId="583B379A" w14:textId="730C7FE2" w:rsidR="000B5B03" w:rsidRDefault="00FA6CB5" w:rsidP="00E8790E">
            <w:r>
              <w:t>35</w:t>
            </w:r>
          </w:p>
        </w:tc>
      </w:tr>
      <w:tr w:rsidR="000B5B03" w14:paraId="5DA93101" w14:textId="77777777" w:rsidTr="00E8790E">
        <w:tc>
          <w:tcPr>
            <w:tcW w:w="2160" w:type="dxa"/>
          </w:tcPr>
          <w:p w14:paraId="5702F036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26C62F8B" w14:textId="4192ED26" w:rsidR="000B5B03" w:rsidRDefault="00FA6CB5" w:rsidP="00E8790E">
            <w:r>
              <w:t>2</w:t>
            </w:r>
          </w:p>
        </w:tc>
        <w:tc>
          <w:tcPr>
            <w:tcW w:w="2160" w:type="dxa"/>
          </w:tcPr>
          <w:p w14:paraId="1C1ABEDD" w14:textId="7971A444" w:rsidR="000B5B03" w:rsidRDefault="00FA6CB5" w:rsidP="00E8790E">
            <w:r>
              <w:t>10</w:t>
            </w:r>
          </w:p>
        </w:tc>
        <w:tc>
          <w:tcPr>
            <w:tcW w:w="2160" w:type="dxa"/>
          </w:tcPr>
          <w:p w14:paraId="4918F62E" w14:textId="7F351398" w:rsidR="000B5B03" w:rsidRDefault="00FA6CB5" w:rsidP="00E8790E">
            <w:r>
              <w:t>12</w:t>
            </w:r>
          </w:p>
        </w:tc>
      </w:tr>
      <w:tr w:rsidR="000B5B03" w14:paraId="2DC64900" w14:textId="77777777" w:rsidTr="00E8790E">
        <w:tc>
          <w:tcPr>
            <w:tcW w:w="2160" w:type="dxa"/>
          </w:tcPr>
          <w:p w14:paraId="3EC9DB97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60F9FCBB" w14:textId="04088F05" w:rsidR="000B5B03" w:rsidRDefault="00FA6CB5" w:rsidP="00E8790E">
            <w:r>
              <w:t>30</w:t>
            </w:r>
          </w:p>
        </w:tc>
        <w:tc>
          <w:tcPr>
            <w:tcW w:w="2160" w:type="dxa"/>
          </w:tcPr>
          <w:p w14:paraId="716179B5" w14:textId="1DD92015" w:rsidR="000B5B03" w:rsidRDefault="00FA6CB5" w:rsidP="00E8790E">
            <w:r>
              <w:t>17</w:t>
            </w:r>
          </w:p>
        </w:tc>
        <w:tc>
          <w:tcPr>
            <w:tcW w:w="2160" w:type="dxa"/>
          </w:tcPr>
          <w:p w14:paraId="4387048C" w14:textId="6653B048" w:rsidR="000B5B03" w:rsidRDefault="00FA6CB5" w:rsidP="00E8790E">
            <w:r>
              <w:t>47</w:t>
            </w:r>
          </w:p>
        </w:tc>
      </w:tr>
    </w:tbl>
    <w:p w14:paraId="2AEB4C2F" w14:textId="17AF5804" w:rsidR="000B5B03" w:rsidRDefault="000B5B03" w:rsidP="000B5B03">
      <w:r>
        <w:t xml:space="preserve">Observed agreement = </w:t>
      </w:r>
      <w:r w:rsidR="00FA6CB5">
        <w:t>81</w:t>
      </w:r>
      <w:r>
        <w:t xml:space="preserve"> %</w:t>
      </w:r>
    </w:p>
    <w:p w14:paraId="1FD66FFB" w14:textId="77777777" w:rsidR="000B5B03" w:rsidRDefault="000B5B03" w:rsidP="000B5B03"/>
    <w:p w14:paraId="0092BFE9" w14:textId="6BF7857E" w:rsidR="000B5B03" w:rsidRDefault="000B5B03" w:rsidP="000B5B03">
      <w:pPr>
        <w:pStyle w:val="Rubrik2"/>
      </w:pPr>
      <w:r>
        <w:t xml:space="preserve">Supplementary Table S1. Intrarater agreement for fenestration detection at lower </w:t>
      </w:r>
      <w:r w:rsidR="00DD67B1">
        <w:t>3</w:t>
      </w:r>
      <w:r>
        <w:t>3l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78FE0A57" w14:textId="77777777" w:rsidTr="00E8790E">
        <w:tc>
          <w:tcPr>
            <w:tcW w:w="2160" w:type="dxa"/>
          </w:tcPr>
          <w:p w14:paraId="18D90B50" w14:textId="77777777" w:rsidR="000B5B03" w:rsidRDefault="000B5B03" w:rsidP="00E8790E"/>
        </w:tc>
        <w:tc>
          <w:tcPr>
            <w:tcW w:w="2160" w:type="dxa"/>
          </w:tcPr>
          <w:p w14:paraId="5993C258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14939DD9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7E1B50F7" w14:textId="77777777" w:rsidR="000B5B03" w:rsidRDefault="000B5B03" w:rsidP="00E8790E">
            <w:r>
              <w:t>Total</w:t>
            </w:r>
          </w:p>
        </w:tc>
      </w:tr>
      <w:tr w:rsidR="000B5B03" w14:paraId="0975A0D1" w14:textId="77777777" w:rsidTr="00E8790E">
        <w:tc>
          <w:tcPr>
            <w:tcW w:w="2160" w:type="dxa"/>
          </w:tcPr>
          <w:p w14:paraId="44DF9A20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51289477" w14:textId="62403054" w:rsidR="000B5B03" w:rsidRDefault="00FA6CB5" w:rsidP="00E8790E">
            <w:r>
              <w:t>47</w:t>
            </w:r>
          </w:p>
        </w:tc>
        <w:tc>
          <w:tcPr>
            <w:tcW w:w="2160" w:type="dxa"/>
          </w:tcPr>
          <w:p w14:paraId="1CD48714" w14:textId="538AE17A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204EC8AF" w14:textId="168717B0" w:rsidR="000B5B03" w:rsidRDefault="00FA6CB5" w:rsidP="00E8790E">
            <w:r>
              <w:t>47</w:t>
            </w:r>
          </w:p>
        </w:tc>
      </w:tr>
      <w:tr w:rsidR="000B5B03" w14:paraId="7CF2C275" w14:textId="77777777" w:rsidTr="00E8790E">
        <w:tc>
          <w:tcPr>
            <w:tcW w:w="2160" w:type="dxa"/>
          </w:tcPr>
          <w:p w14:paraId="00A73118" w14:textId="77777777" w:rsidR="000B5B03" w:rsidRDefault="000B5B03" w:rsidP="00E8790E">
            <w:r>
              <w:lastRenderedPageBreak/>
              <w:t>Assessment A: Yes</w:t>
            </w:r>
          </w:p>
        </w:tc>
        <w:tc>
          <w:tcPr>
            <w:tcW w:w="2160" w:type="dxa"/>
          </w:tcPr>
          <w:p w14:paraId="29131DEB" w14:textId="57A4686B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5D6F7CB0" w14:textId="5946B486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190F59BF" w14:textId="088868DA" w:rsidR="000B5B03" w:rsidRDefault="00FA6CB5" w:rsidP="00E8790E">
            <w:r>
              <w:t>0</w:t>
            </w:r>
          </w:p>
        </w:tc>
      </w:tr>
      <w:tr w:rsidR="000B5B03" w14:paraId="5B98C097" w14:textId="77777777" w:rsidTr="00E8790E">
        <w:tc>
          <w:tcPr>
            <w:tcW w:w="2160" w:type="dxa"/>
          </w:tcPr>
          <w:p w14:paraId="081B0D0D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10D059A8" w14:textId="35FBCBB8" w:rsidR="000B5B03" w:rsidRDefault="00FA6CB5" w:rsidP="00E8790E">
            <w:r>
              <w:t>47</w:t>
            </w:r>
          </w:p>
        </w:tc>
        <w:tc>
          <w:tcPr>
            <w:tcW w:w="2160" w:type="dxa"/>
          </w:tcPr>
          <w:p w14:paraId="240C42C5" w14:textId="17C31CB3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056A5703" w14:textId="70E05224" w:rsidR="000B5B03" w:rsidRDefault="00FA6CB5" w:rsidP="00E8790E">
            <w:r>
              <w:t>47</w:t>
            </w:r>
          </w:p>
        </w:tc>
      </w:tr>
    </w:tbl>
    <w:p w14:paraId="0E214B08" w14:textId="0F155D73" w:rsidR="000B5B03" w:rsidRDefault="000B5B03" w:rsidP="000B5B03">
      <w:r>
        <w:t xml:space="preserve">Observed agreement = </w:t>
      </w:r>
      <w:r w:rsidR="00FA6CB5">
        <w:t>100</w:t>
      </w:r>
      <w:r>
        <w:t xml:space="preserve"> %</w:t>
      </w:r>
    </w:p>
    <w:p w14:paraId="2E483425" w14:textId="4F3CD656" w:rsidR="000B5B03" w:rsidRDefault="000B5B03" w:rsidP="000B5B03">
      <w:pPr>
        <w:pStyle w:val="Rubrik2"/>
      </w:pPr>
      <w:r>
        <w:t xml:space="preserve">Supplementary Table S1. Intrarater agreement for fenestration detection at lower </w:t>
      </w:r>
      <w:r w:rsidR="00DD67B1">
        <w:t>3</w:t>
      </w:r>
      <w:r>
        <w:t>1b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32E8054D" w14:textId="77777777" w:rsidTr="00E8790E">
        <w:tc>
          <w:tcPr>
            <w:tcW w:w="2160" w:type="dxa"/>
          </w:tcPr>
          <w:p w14:paraId="230538CC" w14:textId="77777777" w:rsidR="000B5B03" w:rsidRDefault="000B5B03" w:rsidP="00E8790E"/>
        </w:tc>
        <w:tc>
          <w:tcPr>
            <w:tcW w:w="2160" w:type="dxa"/>
          </w:tcPr>
          <w:p w14:paraId="1A60BD48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0C4A3E76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174AFD67" w14:textId="77777777" w:rsidR="000B5B03" w:rsidRDefault="000B5B03" w:rsidP="00E8790E">
            <w:r>
              <w:t>Total</w:t>
            </w:r>
          </w:p>
        </w:tc>
      </w:tr>
      <w:tr w:rsidR="000B5B03" w14:paraId="3E6A243E" w14:textId="77777777" w:rsidTr="00E8790E">
        <w:tc>
          <w:tcPr>
            <w:tcW w:w="2160" w:type="dxa"/>
          </w:tcPr>
          <w:p w14:paraId="0A202D3F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0F748E4D" w14:textId="25F72251" w:rsidR="000B5B03" w:rsidRDefault="00FA6CB5" w:rsidP="00E8790E">
            <w:r>
              <w:t>37</w:t>
            </w:r>
          </w:p>
        </w:tc>
        <w:tc>
          <w:tcPr>
            <w:tcW w:w="2160" w:type="dxa"/>
          </w:tcPr>
          <w:p w14:paraId="0583CD3C" w14:textId="14EC316E" w:rsidR="000B5B03" w:rsidRDefault="00FA6CB5" w:rsidP="00E8790E">
            <w:r>
              <w:t>2</w:t>
            </w:r>
          </w:p>
        </w:tc>
        <w:tc>
          <w:tcPr>
            <w:tcW w:w="2160" w:type="dxa"/>
          </w:tcPr>
          <w:p w14:paraId="2C651F2F" w14:textId="26A7627B" w:rsidR="000B5B03" w:rsidRDefault="00FA6CB5" w:rsidP="00E8790E">
            <w:r>
              <w:t>39</w:t>
            </w:r>
          </w:p>
        </w:tc>
      </w:tr>
      <w:tr w:rsidR="000B5B03" w14:paraId="4A6ED218" w14:textId="77777777" w:rsidTr="00E8790E">
        <w:tc>
          <w:tcPr>
            <w:tcW w:w="2160" w:type="dxa"/>
          </w:tcPr>
          <w:p w14:paraId="08FD3405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74C160F4" w14:textId="7E79D987" w:rsidR="000B5B03" w:rsidRDefault="00FA6CB5" w:rsidP="00E8790E">
            <w:r>
              <w:t>2</w:t>
            </w:r>
          </w:p>
        </w:tc>
        <w:tc>
          <w:tcPr>
            <w:tcW w:w="2160" w:type="dxa"/>
          </w:tcPr>
          <w:p w14:paraId="39B1793C" w14:textId="239B0FDF" w:rsidR="000B5B03" w:rsidRDefault="00FA6CB5" w:rsidP="00E8790E">
            <w:r>
              <w:t>6</w:t>
            </w:r>
          </w:p>
        </w:tc>
        <w:tc>
          <w:tcPr>
            <w:tcW w:w="2160" w:type="dxa"/>
          </w:tcPr>
          <w:p w14:paraId="6884D1BB" w14:textId="0EBCB35C" w:rsidR="000B5B03" w:rsidRDefault="00FA6CB5" w:rsidP="00E8790E">
            <w:r>
              <w:t>8</w:t>
            </w:r>
          </w:p>
        </w:tc>
      </w:tr>
      <w:tr w:rsidR="000B5B03" w14:paraId="2D417EAB" w14:textId="77777777" w:rsidTr="00E8790E">
        <w:tc>
          <w:tcPr>
            <w:tcW w:w="2160" w:type="dxa"/>
          </w:tcPr>
          <w:p w14:paraId="187EB06C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4F42E092" w14:textId="50E20799" w:rsidR="000B5B03" w:rsidRDefault="00FA6CB5" w:rsidP="00E8790E">
            <w:r>
              <w:t>39</w:t>
            </w:r>
          </w:p>
        </w:tc>
        <w:tc>
          <w:tcPr>
            <w:tcW w:w="2160" w:type="dxa"/>
          </w:tcPr>
          <w:p w14:paraId="53AE29DD" w14:textId="0A4A56C5" w:rsidR="000B5B03" w:rsidRDefault="00FA6CB5" w:rsidP="00E8790E">
            <w:r>
              <w:t>8</w:t>
            </w:r>
          </w:p>
        </w:tc>
        <w:tc>
          <w:tcPr>
            <w:tcW w:w="2160" w:type="dxa"/>
          </w:tcPr>
          <w:p w14:paraId="5B88E18B" w14:textId="5F90FD54" w:rsidR="000B5B03" w:rsidRDefault="00FA6CB5" w:rsidP="00E8790E">
            <w:r>
              <w:t>47</w:t>
            </w:r>
          </w:p>
        </w:tc>
      </w:tr>
    </w:tbl>
    <w:p w14:paraId="44A5328C" w14:textId="5144BB90" w:rsidR="000B5B03" w:rsidRDefault="000B5B03" w:rsidP="000B5B03">
      <w:r>
        <w:t xml:space="preserve">Observed agreement = </w:t>
      </w:r>
      <w:r w:rsidR="00FA6CB5">
        <w:t>91</w:t>
      </w:r>
      <w:r>
        <w:t xml:space="preserve"> %</w:t>
      </w:r>
    </w:p>
    <w:p w14:paraId="10910931" w14:textId="77777777" w:rsidR="000B5B03" w:rsidRDefault="000B5B03" w:rsidP="000B5B03"/>
    <w:p w14:paraId="271A5898" w14:textId="0826B00F" w:rsidR="000B5B03" w:rsidRDefault="000B5B03" w:rsidP="000B5B03">
      <w:pPr>
        <w:pStyle w:val="Rubrik2"/>
      </w:pPr>
      <w:r>
        <w:t xml:space="preserve">Supplementary Table S1. Intrarater agreement for fenestration detection at lower </w:t>
      </w:r>
      <w:r w:rsidR="00DD67B1">
        <w:t>3</w:t>
      </w:r>
      <w:r>
        <w:t>1l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5F456D59" w14:textId="77777777" w:rsidTr="00E8790E">
        <w:tc>
          <w:tcPr>
            <w:tcW w:w="2160" w:type="dxa"/>
          </w:tcPr>
          <w:p w14:paraId="38C5971C" w14:textId="77777777" w:rsidR="000B5B03" w:rsidRDefault="000B5B03" w:rsidP="00E8790E"/>
        </w:tc>
        <w:tc>
          <w:tcPr>
            <w:tcW w:w="2160" w:type="dxa"/>
          </w:tcPr>
          <w:p w14:paraId="0F42E97D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15040B7F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5739CB9F" w14:textId="77777777" w:rsidR="000B5B03" w:rsidRDefault="000B5B03" w:rsidP="00E8790E">
            <w:r>
              <w:t>Total</w:t>
            </w:r>
          </w:p>
        </w:tc>
      </w:tr>
      <w:tr w:rsidR="000B5B03" w14:paraId="4B0D34A4" w14:textId="77777777" w:rsidTr="00E8790E">
        <w:tc>
          <w:tcPr>
            <w:tcW w:w="2160" w:type="dxa"/>
          </w:tcPr>
          <w:p w14:paraId="0580E054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3C2AA6B2" w14:textId="41372CC1" w:rsidR="000B5B03" w:rsidRDefault="00FA6CB5" w:rsidP="00E8790E">
            <w:r>
              <w:t>46</w:t>
            </w:r>
          </w:p>
        </w:tc>
        <w:tc>
          <w:tcPr>
            <w:tcW w:w="2160" w:type="dxa"/>
          </w:tcPr>
          <w:p w14:paraId="4B49CCA3" w14:textId="7CBCB36A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693C581D" w14:textId="08E9BAAB" w:rsidR="000B5B03" w:rsidRDefault="00FA6CB5" w:rsidP="00E8790E">
            <w:r>
              <w:t>46</w:t>
            </w:r>
          </w:p>
        </w:tc>
      </w:tr>
      <w:tr w:rsidR="000B5B03" w14:paraId="6FA75DEE" w14:textId="77777777" w:rsidTr="00E8790E">
        <w:tc>
          <w:tcPr>
            <w:tcW w:w="2160" w:type="dxa"/>
          </w:tcPr>
          <w:p w14:paraId="54A944D4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7CC25D44" w14:textId="09AADE1C" w:rsidR="000B5B03" w:rsidRDefault="00FA6CB5" w:rsidP="00E8790E">
            <w:r>
              <w:t>0</w:t>
            </w:r>
          </w:p>
        </w:tc>
        <w:tc>
          <w:tcPr>
            <w:tcW w:w="2160" w:type="dxa"/>
          </w:tcPr>
          <w:p w14:paraId="4780FB41" w14:textId="7B177D2F" w:rsidR="000B5B03" w:rsidRDefault="00FA6CB5" w:rsidP="00E8790E">
            <w:r>
              <w:t>1</w:t>
            </w:r>
          </w:p>
        </w:tc>
        <w:tc>
          <w:tcPr>
            <w:tcW w:w="2160" w:type="dxa"/>
          </w:tcPr>
          <w:p w14:paraId="3A33C8B3" w14:textId="4F2A69F0" w:rsidR="000B5B03" w:rsidRDefault="00FA6CB5" w:rsidP="00E8790E">
            <w:r>
              <w:t>1</w:t>
            </w:r>
          </w:p>
        </w:tc>
      </w:tr>
      <w:tr w:rsidR="000B5B03" w14:paraId="6990F6B4" w14:textId="77777777" w:rsidTr="00E8790E">
        <w:tc>
          <w:tcPr>
            <w:tcW w:w="2160" w:type="dxa"/>
          </w:tcPr>
          <w:p w14:paraId="02CB6AAD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50C82206" w14:textId="08090E95" w:rsidR="000B5B03" w:rsidRDefault="00FA6CB5" w:rsidP="00E8790E">
            <w:r>
              <w:t>46</w:t>
            </w:r>
          </w:p>
        </w:tc>
        <w:tc>
          <w:tcPr>
            <w:tcW w:w="2160" w:type="dxa"/>
          </w:tcPr>
          <w:p w14:paraId="28CE1C58" w14:textId="5E8126E5" w:rsidR="000B5B03" w:rsidRDefault="00FA6CB5" w:rsidP="00E8790E">
            <w:r>
              <w:t>1</w:t>
            </w:r>
          </w:p>
        </w:tc>
        <w:tc>
          <w:tcPr>
            <w:tcW w:w="2160" w:type="dxa"/>
          </w:tcPr>
          <w:p w14:paraId="0622367C" w14:textId="63D08503" w:rsidR="000B5B03" w:rsidRDefault="00FA6CB5" w:rsidP="00E8790E">
            <w:r>
              <w:t>47</w:t>
            </w:r>
          </w:p>
        </w:tc>
      </w:tr>
    </w:tbl>
    <w:p w14:paraId="7955586A" w14:textId="5210EFAF" w:rsidR="000B5B03" w:rsidRDefault="000B5B03" w:rsidP="000B5B03">
      <w:r>
        <w:t xml:space="preserve">Observed agreement = </w:t>
      </w:r>
      <w:r w:rsidR="00FA6CB5">
        <w:t>100</w:t>
      </w:r>
      <w:r>
        <w:t xml:space="preserve"> %</w:t>
      </w:r>
    </w:p>
    <w:p w14:paraId="70DBE25F" w14:textId="77777777" w:rsidR="00347F15" w:rsidRDefault="00347F15"/>
    <w:p w14:paraId="2AF01817" w14:textId="77777777" w:rsidR="000B5B03" w:rsidRDefault="000B5B03"/>
    <w:p w14:paraId="3B6EA4BE" w14:textId="77777777" w:rsidR="000B5B03" w:rsidRDefault="000B5B03"/>
    <w:p w14:paraId="4ED12F28" w14:textId="77777777" w:rsidR="000B5B03" w:rsidRDefault="000B5B03"/>
    <w:p w14:paraId="2189BAF3" w14:textId="77777777" w:rsidR="000B5B03" w:rsidRDefault="000B5B03"/>
    <w:p w14:paraId="149B390C" w14:textId="77777777" w:rsidR="000B5B03" w:rsidRDefault="000B5B03"/>
    <w:p w14:paraId="683679C3" w14:textId="77777777" w:rsidR="000B5B03" w:rsidRDefault="000B5B03"/>
    <w:p w14:paraId="739B611B" w14:textId="77777777" w:rsidR="000A006F" w:rsidRDefault="000A006F"/>
    <w:p w14:paraId="51D6B2F1" w14:textId="77777777" w:rsidR="000A006F" w:rsidRDefault="000A006F"/>
    <w:p w14:paraId="5514C243" w14:textId="77777777" w:rsidR="000A006F" w:rsidRDefault="000A006F"/>
    <w:p w14:paraId="099A0B5C" w14:textId="77777777" w:rsidR="000B5B03" w:rsidRDefault="000B5B03"/>
    <w:p w14:paraId="5C984918" w14:textId="77777777" w:rsidR="000B5B03" w:rsidRDefault="000B5B03"/>
    <w:p w14:paraId="7BEADEAF" w14:textId="77777777" w:rsidR="000B5B03" w:rsidRDefault="000B5B03"/>
    <w:p w14:paraId="1CF27545" w14:textId="77777777" w:rsidR="000B5B03" w:rsidRDefault="000B5B03"/>
    <w:p w14:paraId="4DA8AC19" w14:textId="1A715CDC" w:rsidR="000B5B03" w:rsidRDefault="000B5B03" w:rsidP="000B5B03">
      <w:pPr>
        <w:pStyle w:val="Rubrik1"/>
      </w:pPr>
      <w:r>
        <w:lastRenderedPageBreak/>
        <w:t xml:space="preserve">Interrater </w:t>
      </w:r>
      <w:r w:rsidR="000A006F">
        <w:t xml:space="preserve">agreement </w:t>
      </w:r>
      <w:r>
        <w:t>results</w:t>
      </w:r>
      <w:r w:rsidR="000A006F">
        <w:t xml:space="preserve"> at T0</w:t>
      </w:r>
    </w:p>
    <w:p w14:paraId="3C40A740" w14:textId="77777777" w:rsidR="000B5B03" w:rsidRDefault="000B5B03"/>
    <w:p w14:paraId="4E6BB9A2" w14:textId="720014B1" w:rsidR="000B5B03" w:rsidRDefault="000B5B03" w:rsidP="000B5B03">
      <w:pPr>
        <w:pStyle w:val="Rubrik2"/>
      </w:pPr>
      <w:r>
        <w:t xml:space="preserve">Supplementary Table S1. Interrater agreement for fenestration detection at upper </w:t>
      </w:r>
      <w:r w:rsidR="00DD67B1">
        <w:t>1</w:t>
      </w:r>
      <w:r>
        <w:t>5b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53D34DD7" w14:textId="77777777" w:rsidTr="00E8790E">
        <w:tc>
          <w:tcPr>
            <w:tcW w:w="2160" w:type="dxa"/>
          </w:tcPr>
          <w:p w14:paraId="15BD4908" w14:textId="77777777" w:rsidR="000B5B03" w:rsidRDefault="000B5B03" w:rsidP="00E8790E"/>
        </w:tc>
        <w:tc>
          <w:tcPr>
            <w:tcW w:w="2160" w:type="dxa"/>
          </w:tcPr>
          <w:p w14:paraId="19A76ED5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47539A53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6D543DCA" w14:textId="77777777" w:rsidR="000B5B03" w:rsidRDefault="000B5B03" w:rsidP="00E8790E">
            <w:r>
              <w:t>Total</w:t>
            </w:r>
          </w:p>
        </w:tc>
      </w:tr>
      <w:tr w:rsidR="000B5B03" w14:paraId="5084AA26" w14:textId="77777777" w:rsidTr="00E8790E">
        <w:tc>
          <w:tcPr>
            <w:tcW w:w="2160" w:type="dxa"/>
          </w:tcPr>
          <w:p w14:paraId="6C5E1AD4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71381C2B" w14:textId="02D60107" w:rsidR="000B5B03" w:rsidRDefault="00BC2F7A" w:rsidP="00E8790E">
            <w:r>
              <w:t>45</w:t>
            </w:r>
          </w:p>
        </w:tc>
        <w:tc>
          <w:tcPr>
            <w:tcW w:w="2160" w:type="dxa"/>
          </w:tcPr>
          <w:p w14:paraId="109D7FDB" w14:textId="66F2105B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053EAD22" w14:textId="0E7EEBBD" w:rsidR="000B5B03" w:rsidRDefault="00BC2F7A" w:rsidP="00E8790E">
            <w:r>
              <w:t>45</w:t>
            </w:r>
          </w:p>
        </w:tc>
      </w:tr>
      <w:tr w:rsidR="000B5B03" w14:paraId="41A8CBA1" w14:textId="77777777" w:rsidTr="00E8790E">
        <w:tc>
          <w:tcPr>
            <w:tcW w:w="2160" w:type="dxa"/>
          </w:tcPr>
          <w:p w14:paraId="0C804182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2F5DD991" w14:textId="6F6A5058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3E705223" w14:textId="5C993647" w:rsidR="000B5B03" w:rsidRDefault="00BC2F7A" w:rsidP="00E8790E">
            <w:r>
              <w:t>1</w:t>
            </w:r>
          </w:p>
        </w:tc>
        <w:tc>
          <w:tcPr>
            <w:tcW w:w="2160" w:type="dxa"/>
          </w:tcPr>
          <w:p w14:paraId="760BE6F9" w14:textId="7CC43ACC" w:rsidR="000B5B03" w:rsidRDefault="00BC2F7A" w:rsidP="00E8790E">
            <w:r>
              <w:t>1</w:t>
            </w:r>
          </w:p>
        </w:tc>
      </w:tr>
      <w:tr w:rsidR="000B5B03" w14:paraId="1B3EA899" w14:textId="77777777" w:rsidTr="00E8790E">
        <w:tc>
          <w:tcPr>
            <w:tcW w:w="2160" w:type="dxa"/>
          </w:tcPr>
          <w:p w14:paraId="0398ABFE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130AF436" w14:textId="33914A0F" w:rsidR="000B5B03" w:rsidRDefault="00BC2F7A" w:rsidP="00E8790E">
            <w:r>
              <w:t>45</w:t>
            </w:r>
          </w:p>
        </w:tc>
        <w:tc>
          <w:tcPr>
            <w:tcW w:w="2160" w:type="dxa"/>
          </w:tcPr>
          <w:p w14:paraId="2647734A" w14:textId="67D2F597" w:rsidR="000B5B03" w:rsidRDefault="00BC2F7A" w:rsidP="00E8790E">
            <w:r>
              <w:t>1</w:t>
            </w:r>
          </w:p>
        </w:tc>
        <w:tc>
          <w:tcPr>
            <w:tcW w:w="2160" w:type="dxa"/>
          </w:tcPr>
          <w:p w14:paraId="1E1EB627" w14:textId="7AB7D93C" w:rsidR="000B5B03" w:rsidRDefault="00BC2F7A" w:rsidP="00E8790E">
            <w:r>
              <w:t>46</w:t>
            </w:r>
          </w:p>
        </w:tc>
      </w:tr>
    </w:tbl>
    <w:p w14:paraId="4DD6B26C" w14:textId="4D2E4C11" w:rsidR="000B5B03" w:rsidRDefault="000B5B03" w:rsidP="000B5B03">
      <w:r>
        <w:t xml:space="preserve">Observed agreement = </w:t>
      </w:r>
      <w:r w:rsidR="00BC2F7A">
        <w:t>100</w:t>
      </w:r>
      <w:r>
        <w:t xml:space="preserve"> %</w:t>
      </w:r>
    </w:p>
    <w:p w14:paraId="4087C5F5" w14:textId="77777777" w:rsidR="000B5B03" w:rsidRDefault="000B5B03" w:rsidP="000B5B03"/>
    <w:p w14:paraId="33C210FC" w14:textId="6817BED0" w:rsidR="000B5B03" w:rsidRDefault="000B5B03" w:rsidP="000B5B03">
      <w:pPr>
        <w:pStyle w:val="Rubrik2"/>
      </w:pPr>
      <w:r>
        <w:t xml:space="preserve">Supplementary Table S1. Interrater agreement for fenestration detection at upper </w:t>
      </w:r>
      <w:r w:rsidR="00DD67B1">
        <w:t>1</w:t>
      </w:r>
      <w:r>
        <w:t>5p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0FDF1C07" w14:textId="77777777" w:rsidTr="00E8790E">
        <w:tc>
          <w:tcPr>
            <w:tcW w:w="2160" w:type="dxa"/>
          </w:tcPr>
          <w:p w14:paraId="37126A3D" w14:textId="77777777" w:rsidR="000B5B03" w:rsidRDefault="000B5B03" w:rsidP="00E8790E"/>
        </w:tc>
        <w:tc>
          <w:tcPr>
            <w:tcW w:w="2160" w:type="dxa"/>
          </w:tcPr>
          <w:p w14:paraId="58828611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225E2733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11128E05" w14:textId="77777777" w:rsidR="000B5B03" w:rsidRDefault="000B5B03" w:rsidP="00E8790E">
            <w:r>
              <w:t>Total</w:t>
            </w:r>
          </w:p>
        </w:tc>
      </w:tr>
      <w:tr w:rsidR="000B5B03" w14:paraId="57C863F0" w14:textId="77777777" w:rsidTr="00E8790E">
        <w:tc>
          <w:tcPr>
            <w:tcW w:w="2160" w:type="dxa"/>
          </w:tcPr>
          <w:p w14:paraId="7D42F395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0C87A06E" w14:textId="54902332" w:rsidR="000B5B03" w:rsidRDefault="00BC2F7A" w:rsidP="00E8790E">
            <w:r>
              <w:t>46</w:t>
            </w:r>
          </w:p>
        </w:tc>
        <w:tc>
          <w:tcPr>
            <w:tcW w:w="2160" w:type="dxa"/>
          </w:tcPr>
          <w:p w14:paraId="4A2254D5" w14:textId="6B5DB505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221D440D" w14:textId="000E0B27" w:rsidR="000B5B03" w:rsidRDefault="00BC2F7A" w:rsidP="00E8790E">
            <w:r>
              <w:t>46</w:t>
            </w:r>
          </w:p>
        </w:tc>
      </w:tr>
      <w:tr w:rsidR="000B5B03" w14:paraId="49B2A3DF" w14:textId="77777777" w:rsidTr="00E8790E">
        <w:tc>
          <w:tcPr>
            <w:tcW w:w="2160" w:type="dxa"/>
          </w:tcPr>
          <w:p w14:paraId="3DAED763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7789CBB3" w14:textId="35CE7597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7C5890F4" w14:textId="4C81F1F4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6CBDD574" w14:textId="24CCF84F" w:rsidR="000B5B03" w:rsidRDefault="00BC2F7A" w:rsidP="00E8790E">
            <w:r>
              <w:t>46</w:t>
            </w:r>
          </w:p>
        </w:tc>
      </w:tr>
      <w:tr w:rsidR="000B5B03" w14:paraId="3BFA8023" w14:textId="77777777" w:rsidTr="00E8790E">
        <w:tc>
          <w:tcPr>
            <w:tcW w:w="2160" w:type="dxa"/>
          </w:tcPr>
          <w:p w14:paraId="65458F08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388D0AC3" w14:textId="54A93985" w:rsidR="000B5B03" w:rsidRDefault="00BC2F7A" w:rsidP="00E8790E">
            <w:r>
              <w:t>46</w:t>
            </w:r>
          </w:p>
        </w:tc>
        <w:tc>
          <w:tcPr>
            <w:tcW w:w="2160" w:type="dxa"/>
          </w:tcPr>
          <w:p w14:paraId="15E2A10D" w14:textId="7B108D1D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32492AC4" w14:textId="5C8B0FF3" w:rsidR="000B5B03" w:rsidRDefault="00BC2F7A" w:rsidP="00E8790E">
            <w:r>
              <w:t>46</w:t>
            </w:r>
          </w:p>
        </w:tc>
      </w:tr>
    </w:tbl>
    <w:p w14:paraId="14129DE0" w14:textId="263F2FD8" w:rsidR="000B5B03" w:rsidRDefault="000B5B03" w:rsidP="000B5B03">
      <w:r>
        <w:t xml:space="preserve">Observed agreement = </w:t>
      </w:r>
      <w:r w:rsidR="00BC2F7A">
        <w:t>100</w:t>
      </w:r>
      <w:r>
        <w:t xml:space="preserve"> %</w:t>
      </w:r>
    </w:p>
    <w:p w14:paraId="293F6814" w14:textId="1E1D60D0" w:rsidR="000B5B03" w:rsidRDefault="000B5B03" w:rsidP="000B5B03">
      <w:pPr>
        <w:pStyle w:val="Rubrik2"/>
      </w:pPr>
      <w:r>
        <w:t xml:space="preserve">Supplementary Table S1. Interrater agreement for fenestration detection at upper </w:t>
      </w:r>
      <w:r w:rsidR="00DD67B1">
        <w:t>1</w:t>
      </w:r>
      <w:r>
        <w:t>3b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4BD7D557" w14:textId="77777777" w:rsidTr="00E8790E">
        <w:tc>
          <w:tcPr>
            <w:tcW w:w="2160" w:type="dxa"/>
          </w:tcPr>
          <w:p w14:paraId="0088889B" w14:textId="77777777" w:rsidR="000B5B03" w:rsidRDefault="000B5B03" w:rsidP="00E8790E"/>
        </w:tc>
        <w:tc>
          <w:tcPr>
            <w:tcW w:w="2160" w:type="dxa"/>
          </w:tcPr>
          <w:p w14:paraId="10ED64C6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7E3FB7D3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6D7C1252" w14:textId="77777777" w:rsidR="000B5B03" w:rsidRDefault="000B5B03" w:rsidP="00E8790E">
            <w:r>
              <w:t>Total</w:t>
            </w:r>
          </w:p>
        </w:tc>
      </w:tr>
      <w:tr w:rsidR="000B5B03" w14:paraId="464F4AD7" w14:textId="77777777" w:rsidTr="00E8790E">
        <w:tc>
          <w:tcPr>
            <w:tcW w:w="2160" w:type="dxa"/>
          </w:tcPr>
          <w:p w14:paraId="322046B2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1B44D735" w14:textId="1CB8F7B6" w:rsidR="000B5B03" w:rsidRDefault="00BC2F7A" w:rsidP="00E8790E">
            <w:r>
              <w:t>24</w:t>
            </w:r>
          </w:p>
        </w:tc>
        <w:tc>
          <w:tcPr>
            <w:tcW w:w="2160" w:type="dxa"/>
          </w:tcPr>
          <w:p w14:paraId="3B00DD1A" w14:textId="7F03C094" w:rsidR="000B5B03" w:rsidRDefault="00BC2F7A" w:rsidP="00E8790E">
            <w:r>
              <w:t>8</w:t>
            </w:r>
          </w:p>
        </w:tc>
        <w:tc>
          <w:tcPr>
            <w:tcW w:w="2160" w:type="dxa"/>
          </w:tcPr>
          <w:p w14:paraId="2B2F07E9" w14:textId="6D7BBEDF" w:rsidR="000B5B03" w:rsidRDefault="00BC2F7A" w:rsidP="00E8790E">
            <w:r>
              <w:t>32</w:t>
            </w:r>
          </w:p>
        </w:tc>
      </w:tr>
      <w:tr w:rsidR="000B5B03" w14:paraId="1AF1D07F" w14:textId="77777777" w:rsidTr="00E8790E">
        <w:tc>
          <w:tcPr>
            <w:tcW w:w="2160" w:type="dxa"/>
          </w:tcPr>
          <w:p w14:paraId="6AF6E1BC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1C3EDC04" w14:textId="3F5662C1" w:rsidR="000B5B03" w:rsidRDefault="00BC2F7A" w:rsidP="00E8790E">
            <w:r>
              <w:t>4</w:t>
            </w:r>
          </w:p>
        </w:tc>
        <w:tc>
          <w:tcPr>
            <w:tcW w:w="2160" w:type="dxa"/>
          </w:tcPr>
          <w:p w14:paraId="328B3C87" w14:textId="4A41F6E7" w:rsidR="000B5B03" w:rsidRDefault="00BC2F7A" w:rsidP="00E8790E">
            <w:r>
              <w:t>11</w:t>
            </w:r>
          </w:p>
        </w:tc>
        <w:tc>
          <w:tcPr>
            <w:tcW w:w="2160" w:type="dxa"/>
          </w:tcPr>
          <w:p w14:paraId="229DCDED" w14:textId="0F2FDF89" w:rsidR="000B5B03" w:rsidRDefault="00BC2F7A" w:rsidP="00E8790E">
            <w:r>
              <w:t>15</w:t>
            </w:r>
          </w:p>
        </w:tc>
      </w:tr>
      <w:tr w:rsidR="000B5B03" w14:paraId="1DDDB73E" w14:textId="77777777" w:rsidTr="00E8790E">
        <w:tc>
          <w:tcPr>
            <w:tcW w:w="2160" w:type="dxa"/>
          </w:tcPr>
          <w:p w14:paraId="49D851FB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0ACDECB8" w14:textId="09940F07" w:rsidR="000B5B03" w:rsidRDefault="00BC2F7A" w:rsidP="00E8790E">
            <w:r>
              <w:t>28</w:t>
            </w:r>
          </w:p>
        </w:tc>
        <w:tc>
          <w:tcPr>
            <w:tcW w:w="2160" w:type="dxa"/>
          </w:tcPr>
          <w:p w14:paraId="18FEFCDA" w14:textId="00F000B2" w:rsidR="000B5B03" w:rsidRDefault="00BC2F7A" w:rsidP="00E8790E">
            <w:r>
              <w:t>19</w:t>
            </w:r>
          </w:p>
        </w:tc>
        <w:tc>
          <w:tcPr>
            <w:tcW w:w="2160" w:type="dxa"/>
          </w:tcPr>
          <w:p w14:paraId="0936FEE8" w14:textId="3E57C802" w:rsidR="000B5B03" w:rsidRDefault="00BC2F7A" w:rsidP="00E8790E">
            <w:r>
              <w:t>47</w:t>
            </w:r>
          </w:p>
        </w:tc>
      </w:tr>
    </w:tbl>
    <w:p w14:paraId="5DCB7866" w14:textId="4AB21E4E" w:rsidR="000B5B03" w:rsidRDefault="000B5B03" w:rsidP="000B5B03">
      <w:r>
        <w:t xml:space="preserve">Observed agreement = </w:t>
      </w:r>
      <w:r w:rsidR="00BC2F7A">
        <w:t>74</w:t>
      </w:r>
      <w:r>
        <w:t xml:space="preserve"> %</w:t>
      </w:r>
    </w:p>
    <w:p w14:paraId="61D6C7B4" w14:textId="77777777" w:rsidR="000B5B03" w:rsidRDefault="000B5B03" w:rsidP="000B5B03"/>
    <w:p w14:paraId="07B83EC1" w14:textId="4AAB064C" w:rsidR="000B5B03" w:rsidRDefault="000B5B03" w:rsidP="000B5B03">
      <w:pPr>
        <w:pStyle w:val="Rubrik2"/>
      </w:pPr>
      <w:r>
        <w:t xml:space="preserve">Supplementary Table S1. Interrater agreement for fenestration detection at upper </w:t>
      </w:r>
      <w:r w:rsidR="00DD67B1">
        <w:t>1</w:t>
      </w:r>
      <w:r>
        <w:t>3p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7D8072C2" w14:textId="77777777" w:rsidTr="00E8790E">
        <w:tc>
          <w:tcPr>
            <w:tcW w:w="2160" w:type="dxa"/>
          </w:tcPr>
          <w:p w14:paraId="424C16FA" w14:textId="77777777" w:rsidR="000B5B03" w:rsidRDefault="000B5B03" w:rsidP="00E8790E"/>
        </w:tc>
        <w:tc>
          <w:tcPr>
            <w:tcW w:w="2160" w:type="dxa"/>
          </w:tcPr>
          <w:p w14:paraId="7C1A5CBE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1A64E2C1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2B5BD829" w14:textId="77777777" w:rsidR="000B5B03" w:rsidRDefault="000B5B03" w:rsidP="00E8790E">
            <w:r>
              <w:t>Total</w:t>
            </w:r>
          </w:p>
        </w:tc>
      </w:tr>
      <w:tr w:rsidR="000B5B03" w14:paraId="5A646736" w14:textId="77777777" w:rsidTr="00E8790E">
        <w:tc>
          <w:tcPr>
            <w:tcW w:w="2160" w:type="dxa"/>
          </w:tcPr>
          <w:p w14:paraId="43BF82D3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250AA65B" w14:textId="3518EF17" w:rsidR="000B5B03" w:rsidRDefault="00BC2F7A" w:rsidP="00E8790E">
            <w:r>
              <w:t>46</w:t>
            </w:r>
          </w:p>
        </w:tc>
        <w:tc>
          <w:tcPr>
            <w:tcW w:w="2160" w:type="dxa"/>
          </w:tcPr>
          <w:p w14:paraId="249CB266" w14:textId="189926EA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2A74B585" w14:textId="50B88FDF" w:rsidR="000B5B03" w:rsidRDefault="00BC2F7A" w:rsidP="00E8790E">
            <w:r>
              <w:t>46</w:t>
            </w:r>
          </w:p>
        </w:tc>
      </w:tr>
      <w:tr w:rsidR="000B5B03" w14:paraId="2564016C" w14:textId="77777777" w:rsidTr="00E8790E">
        <w:tc>
          <w:tcPr>
            <w:tcW w:w="2160" w:type="dxa"/>
          </w:tcPr>
          <w:p w14:paraId="58D86FC9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024564D0" w14:textId="53742C76" w:rsidR="000B5B03" w:rsidRDefault="00BC2F7A" w:rsidP="00E8790E">
            <w:r>
              <w:t>1</w:t>
            </w:r>
          </w:p>
        </w:tc>
        <w:tc>
          <w:tcPr>
            <w:tcW w:w="2160" w:type="dxa"/>
          </w:tcPr>
          <w:p w14:paraId="3B393D87" w14:textId="2ADA8B87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1DFA4634" w14:textId="1D2779A9" w:rsidR="000B5B03" w:rsidRDefault="00BC2F7A" w:rsidP="00E8790E">
            <w:r>
              <w:t>1</w:t>
            </w:r>
          </w:p>
        </w:tc>
      </w:tr>
      <w:tr w:rsidR="000B5B03" w14:paraId="5A9640BD" w14:textId="77777777" w:rsidTr="00E8790E">
        <w:tc>
          <w:tcPr>
            <w:tcW w:w="2160" w:type="dxa"/>
          </w:tcPr>
          <w:p w14:paraId="08975F7C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3236C3F5" w14:textId="677D8534" w:rsidR="000B5B03" w:rsidRDefault="00BC2F7A" w:rsidP="00E8790E">
            <w:r>
              <w:t>47</w:t>
            </w:r>
          </w:p>
        </w:tc>
        <w:tc>
          <w:tcPr>
            <w:tcW w:w="2160" w:type="dxa"/>
          </w:tcPr>
          <w:p w14:paraId="7A085269" w14:textId="556C1BB8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2C4E8021" w14:textId="6D6EBD96" w:rsidR="000B5B03" w:rsidRDefault="00BC2F7A" w:rsidP="00E8790E">
            <w:r>
              <w:t>47</w:t>
            </w:r>
          </w:p>
        </w:tc>
      </w:tr>
    </w:tbl>
    <w:p w14:paraId="513E68D4" w14:textId="2E86F70E" w:rsidR="000B5B03" w:rsidRDefault="000B5B03" w:rsidP="000B5B03">
      <w:r>
        <w:t xml:space="preserve">Observed agreement = </w:t>
      </w:r>
      <w:proofErr w:type="gramStart"/>
      <w:r w:rsidR="00BC2F7A">
        <w:t>98</w:t>
      </w:r>
      <w:r>
        <w:t xml:space="preserve"> %</w:t>
      </w:r>
      <w:proofErr w:type="gramEnd"/>
    </w:p>
    <w:p w14:paraId="62486282" w14:textId="75048D3B" w:rsidR="000B5B03" w:rsidRDefault="000B5B03" w:rsidP="000B5B03">
      <w:pPr>
        <w:pStyle w:val="Rubrik2"/>
      </w:pPr>
      <w:r>
        <w:t>Supplementary Table S1. Interrater agreement for fenestration detection at upper 1</w:t>
      </w:r>
      <w:r w:rsidR="00DD67B1">
        <w:t>1</w:t>
      </w:r>
      <w:r>
        <w:t>b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22A098EC" w14:textId="77777777" w:rsidTr="00E8790E">
        <w:tc>
          <w:tcPr>
            <w:tcW w:w="2160" w:type="dxa"/>
          </w:tcPr>
          <w:p w14:paraId="0DF7F8BC" w14:textId="77777777" w:rsidR="000B5B03" w:rsidRDefault="000B5B03" w:rsidP="00E8790E"/>
        </w:tc>
        <w:tc>
          <w:tcPr>
            <w:tcW w:w="2160" w:type="dxa"/>
          </w:tcPr>
          <w:p w14:paraId="7D0E0029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1D292A1F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4F41993D" w14:textId="77777777" w:rsidR="000B5B03" w:rsidRDefault="000B5B03" w:rsidP="00E8790E">
            <w:r>
              <w:t>Total</w:t>
            </w:r>
          </w:p>
        </w:tc>
      </w:tr>
      <w:tr w:rsidR="000B5B03" w14:paraId="1986B19E" w14:textId="77777777" w:rsidTr="00E8790E">
        <w:tc>
          <w:tcPr>
            <w:tcW w:w="2160" w:type="dxa"/>
          </w:tcPr>
          <w:p w14:paraId="06174E75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4729A53C" w14:textId="341B487D" w:rsidR="000B5B03" w:rsidRDefault="00BC2F7A" w:rsidP="00E8790E">
            <w:r>
              <w:t>36</w:t>
            </w:r>
          </w:p>
        </w:tc>
        <w:tc>
          <w:tcPr>
            <w:tcW w:w="2160" w:type="dxa"/>
          </w:tcPr>
          <w:p w14:paraId="23B4DA9F" w14:textId="15B8BC94" w:rsidR="000B5B03" w:rsidRDefault="00BC2F7A" w:rsidP="00E8790E">
            <w:r>
              <w:t>4</w:t>
            </w:r>
          </w:p>
        </w:tc>
        <w:tc>
          <w:tcPr>
            <w:tcW w:w="2160" w:type="dxa"/>
          </w:tcPr>
          <w:p w14:paraId="6C33C7D9" w14:textId="59DFAB1B" w:rsidR="000B5B03" w:rsidRDefault="00BC2F7A" w:rsidP="00E8790E">
            <w:r>
              <w:t>40</w:t>
            </w:r>
          </w:p>
        </w:tc>
      </w:tr>
      <w:tr w:rsidR="000B5B03" w14:paraId="6381E4B0" w14:textId="77777777" w:rsidTr="00E8790E">
        <w:tc>
          <w:tcPr>
            <w:tcW w:w="2160" w:type="dxa"/>
          </w:tcPr>
          <w:p w14:paraId="5F58AF85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68527933" w14:textId="74B41C06" w:rsidR="000B5B03" w:rsidRDefault="00BC2F7A" w:rsidP="00E8790E">
            <w:r>
              <w:t>3</w:t>
            </w:r>
          </w:p>
        </w:tc>
        <w:tc>
          <w:tcPr>
            <w:tcW w:w="2160" w:type="dxa"/>
          </w:tcPr>
          <w:p w14:paraId="3F008B58" w14:textId="3CA3FDA1" w:rsidR="000B5B03" w:rsidRDefault="00BC2F7A" w:rsidP="00E8790E">
            <w:r>
              <w:t>4</w:t>
            </w:r>
          </w:p>
        </w:tc>
        <w:tc>
          <w:tcPr>
            <w:tcW w:w="2160" w:type="dxa"/>
          </w:tcPr>
          <w:p w14:paraId="12EE8570" w14:textId="7A45CF3E" w:rsidR="000B5B03" w:rsidRDefault="00BC2F7A" w:rsidP="00E8790E">
            <w:r>
              <w:t>7</w:t>
            </w:r>
          </w:p>
        </w:tc>
      </w:tr>
      <w:tr w:rsidR="000B5B03" w14:paraId="39318D40" w14:textId="77777777" w:rsidTr="00E8790E">
        <w:tc>
          <w:tcPr>
            <w:tcW w:w="2160" w:type="dxa"/>
          </w:tcPr>
          <w:p w14:paraId="092F2D53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71EA8684" w14:textId="3D7E3348" w:rsidR="000B5B03" w:rsidRDefault="00BC2F7A" w:rsidP="00E8790E">
            <w:r>
              <w:t>39</w:t>
            </w:r>
          </w:p>
        </w:tc>
        <w:tc>
          <w:tcPr>
            <w:tcW w:w="2160" w:type="dxa"/>
          </w:tcPr>
          <w:p w14:paraId="4D376D17" w14:textId="2D8215A4" w:rsidR="000B5B03" w:rsidRDefault="00BC2F7A" w:rsidP="00E8790E">
            <w:r>
              <w:t>8</w:t>
            </w:r>
          </w:p>
        </w:tc>
        <w:tc>
          <w:tcPr>
            <w:tcW w:w="2160" w:type="dxa"/>
          </w:tcPr>
          <w:p w14:paraId="6260DE00" w14:textId="75A3AF3F" w:rsidR="000B5B03" w:rsidRDefault="00BC2F7A" w:rsidP="00E8790E">
            <w:r>
              <w:t>47</w:t>
            </w:r>
          </w:p>
        </w:tc>
      </w:tr>
    </w:tbl>
    <w:p w14:paraId="3D04B5A1" w14:textId="74ED6A9C" w:rsidR="000B5B03" w:rsidRDefault="000B5B03" w:rsidP="000B5B03">
      <w:r>
        <w:t xml:space="preserve">Observed agreement = </w:t>
      </w:r>
      <w:r w:rsidR="00BC2F7A">
        <w:t>85</w:t>
      </w:r>
      <w:r>
        <w:t xml:space="preserve"> %</w:t>
      </w:r>
    </w:p>
    <w:p w14:paraId="78B8B21C" w14:textId="77777777" w:rsidR="000B5B03" w:rsidRDefault="000B5B03" w:rsidP="000B5B03"/>
    <w:p w14:paraId="6095C718" w14:textId="5EF19596" w:rsidR="000B5B03" w:rsidRDefault="000B5B03" w:rsidP="000B5B03">
      <w:pPr>
        <w:pStyle w:val="Rubrik2"/>
      </w:pPr>
      <w:r>
        <w:t xml:space="preserve">Supplementary Table S1. Interrater agreement for fenestration detection at upper </w:t>
      </w:r>
      <w:r w:rsidR="00DD67B1">
        <w:t>1</w:t>
      </w:r>
      <w:r>
        <w:t>1p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10EAEB9B" w14:textId="77777777" w:rsidTr="00E8790E">
        <w:tc>
          <w:tcPr>
            <w:tcW w:w="2160" w:type="dxa"/>
          </w:tcPr>
          <w:p w14:paraId="6D03C559" w14:textId="77777777" w:rsidR="000B5B03" w:rsidRDefault="000B5B03" w:rsidP="00E8790E"/>
        </w:tc>
        <w:tc>
          <w:tcPr>
            <w:tcW w:w="2160" w:type="dxa"/>
          </w:tcPr>
          <w:p w14:paraId="44B6DB2C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3602F9EE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2B3AFC39" w14:textId="77777777" w:rsidR="000B5B03" w:rsidRDefault="000B5B03" w:rsidP="00E8790E">
            <w:r>
              <w:t>Total</w:t>
            </w:r>
          </w:p>
        </w:tc>
      </w:tr>
      <w:tr w:rsidR="000B5B03" w14:paraId="704E36C9" w14:textId="77777777" w:rsidTr="00E8790E">
        <w:tc>
          <w:tcPr>
            <w:tcW w:w="2160" w:type="dxa"/>
          </w:tcPr>
          <w:p w14:paraId="1F5D4512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582F7A03" w14:textId="406047B1" w:rsidR="000B5B03" w:rsidRDefault="00BC2F7A" w:rsidP="00E8790E">
            <w:r>
              <w:t>47</w:t>
            </w:r>
          </w:p>
        </w:tc>
        <w:tc>
          <w:tcPr>
            <w:tcW w:w="2160" w:type="dxa"/>
          </w:tcPr>
          <w:p w14:paraId="3068A0F4" w14:textId="48AB22BF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38F37EA4" w14:textId="6820AC62" w:rsidR="000B5B03" w:rsidRDefault="00BC2F7A" w:rsidP="00E8790E">
            <w:r>
              <w:t>47</w:t>
            </w:r>
          </w:p>
        </w:tc>
      </w:tr>
      <w:tr w:rsidR="000B5B03" w14:paraId="1E84360F" w14:textId="77777777" w:rsidTr="00E8790E">
        <w:tc>
          <w:tcPr>
            <w:tcW w:w="2160" w:type="dxa"/>
          </w:tcPr>
          <w:p w14:paraId="0398BBBA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1566880B" w14:textId="48821C98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197DCDB0" w14:textId="428FC9C3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0A489B8D" w14:textId="213C0FD0" w:rsidR="000B5B03" w:rsidRDefault="00BC2F7A" w:rsidP="00E8790E">
            <w:r>
              <w:t>0</w:t>
            </w:r>
          </w:p>
        </w:tc>
      </w:tr>
      <w:tr w:rsidR="000B5B03" w14:paraId="28707DCD" w14:textId="77777777" w:rsidTr="00E8790E">
        <w:tc>
          <w:tcPr>
            <w:tcW w:w="2160" w:type="dxa"/>
          </w:tcPr>
          <w:p w14:paraId="511A9C03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04E012A2" w14:textId="216F2BF9" w:rsidR="000B5B03" w:rsidRDefault="00BC2F7A" w:rsidP="00E8790E">
            <w:r>
              <w:t>47</w:t>
            </w:r>
          </w:p>
        </w:tc>
        <w:tc>
          <w:tcPr>
            <w:tcW w:w="2160" w:type="dxa"/>
          </w:tcPr>
          <w:p w14:paraId="233787C7" w14:textId="40F6BCB5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2460963E" w14:textId="57B437EA" w:rsidR="000B5B03" w:rsidRDefault="00BC2F7A" w:rsidP="00E8790E">
            <w:r>
              <w:t>47</w:t>
            </w:r>
          </w:p>
        </w:tc>
      </w:tr>
    </w:tbl>
    <w:p w14:paraId="7E96DA91" w14:textId="665856B7" w:rsidR="000B5B03" w:rsidRDefault="000B5B03" w:rsidP="000B5B03">
      <w:r>
        <w:t xml:space="preserve">Observed agreement = </w:t>
      </w:r>
      <w:r w:rsidR="00BC2F7A">
        <w:t>100</w:t>
      </w:r>
      <w:r>
        <w:t xml:space="preserve"> %</w:t>
      </w:r>
    </w:p>
    <w:p w14:paraId="7C4BD63F" w14:textId="77777777" w:rsidR="000B5B03" w:rsidRDefault="000B5B03" w:rsidP="000B5B03"/>
    <w:p w14:paraId="04672C8C" w14:textId="29F96056" w:rsidR="000B5B03" w:rsidRDefault="000B5B03" w:rsidP="000B5B03">
      <w:pPr>
        <w:pStyle w:val="Rubrik2"/>
      </w:pPr>
      <w:r>
        <w:t xml:space="preserve">Supplementary Table S1. Interrater agreement for fenestration detection at lower </w:t>
      </w:r>
      <w:r w:rsidR="00DD67B1">
        <w:t>3</w:t>
      </w:r>
      <w:r>
        <w:t>5b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792565FF" w14:textId="77777777" w:rsidTr="00E8790E">
        <w:tc>
          <w:tcPr>
            <w:tcW w:w="2160" w:type="dxa"/>
          </w:tcPr>
          <w:p w14:paraId="05249B81" w14:textId="77777777" w:rsidR="000B5B03" w:rsidRDefault="000B5B03" w:rsidP="00E8790E"/>
        </w:tc>
        <w:tc>
          <w:tcPr>
            <w:tcW w:w="2160" w:type="dxa"/>
          </w:tcPr>
          <w:p w14:paraId="686E5085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6B13E20B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74D3B721" w14:textId="77777777" w:rsidR="000B5B03" w:rsidRDefault="000B5B03" w:rsidP="00E8790E">
            <w:r>
              <w:t>Total</w:t>
            </w:r>
          </w:p>
        </w:tc>
      </w:tr>
      <w:tr w:rsidR="000B5B03" w14:paraId="0D141800" w14:textId="77777777" w:rsidTr="00E8790E">
        <w:tc>
          <w:tcPr>
            <w:tcW w:w="2160" w:type="dxa"/>
          </w:tcPr>
          <w:p w14:paraId="2AC6CEF7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27FE9FCA" w14:textId="2BAFC676" w:rsidR="000B5B03" w:rsidRDefault="00BC2F7A" w:rsidP="00E8790E">
            <w:r>
              <w:t>45</w:t>
            </w:r>
          </w:p>
        </w:tc>
        <w:tc>
          <w:tcPr>
            <w:tcW w:w="2160" w:type="dxa"/>
          </w:tcPr>
          <w:p w14:paraId="6E44DBDA" w14:textId="115D5537" w:rsidR="000B5B03" w:rsidRDefault="00BC2F7A" w:rsidP="00E8790E">
            <w:r>
              <w:t>1</w:t>
            </w:r>
          </w:p>
        </w:tc>
        <w:tc>
          <w:tcPr>
            <w:tcW w:w="2160" w:type="dxa"/>
          </w:tcPr>
          <w:p w14:paraId="62B3215F" w14:textId="7EACFD86" w:rsidR="000B5B03" w:rsidRDefault="00BC2F7A" w:rsidP="00E8790E">
            <w:r>
              <w:t>46</w:t>
            </w:r>
          </w:p>
        </w:tc>
      </w:tr>
      <w:tr w:rsidR="000B5B03" w14:paraId="41182B86" w14:textId="77777777" w:rsidTr="00E8790E">
        <w:tc>
          <w:tcPr>
            <w:tcW w:w="2160" w:type="dxa"/>
          </w:tcPr>
          <w:p w14:paraId="56E96D59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5414D5C2" w14:textId="5371DF8B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3E5958EE" w14:textId="261737B3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04B57A0E" w14:textId="371DE23E" w:rsidR="000B5B03" w:rsidRDefault="00BC2F7A" w:rsidP="00E8790E">
            <w:r>
              <w:t>0</w:t>
            </w:r>
          </w:p>
        </w:tc>
      </w:tr>
      <w:tr w:rsidR="000B5B03" w14:paraId="1A1D3722" w14:textId="77777777" w:rsidTr="00E8790E">
        <w:tc>
          <w:tcPr>
            <w:tcW w:w="2160" w:type="dxa"/>
          </w:tcPr>
          <w:p w14:paraId="574A959C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635A6B05" w14:textId="70CFB866" w:rsidR="000B5B03" w:rsidRDefault="00BC2F7A" w:rsidP="00E8790E">
            <w:r>
              <w:t>45</w:t>
            </w:r>
          </w:p>
        </w:tc>
        <w:tc>
          <w:tcPr>
            <w:tcW w:w="2160" w:type="dxa"/>
          </w:tcPr>
          <w:p w14:paraId="1EC8877E" w14:textId="6BE20E4C" w:rsidR="000B5B03" w:rsidRDefault="00BC2F7A" w:rsidP="00E8790E">
            <w:r>
              <w:t>1</w:t>
            </w:r>
          </w:p>
        </w:tc>
        <w:tc>
          <w:tcPr>
            <w:tcW w:w="2160" w:type="dxa"/>
          </w:tcPr>
          <w:p w14:paraId="0E02BD1A" w14:textId="2E7B16B8" w:rsidR="000B5B03" w:rsidRDefault="00BC2F7A" w:rsidP="00E8790E">
            <w:r>
              <w:t>46</w:t>
            </w:r>
          </w:p>
        </w:tc>
      </w:tr>
    </w:tbl>
    <w:p w14:paraId="6DD8DF07" w14:textId="1EA85E16" w:rsidR="000B5B03" w:rsidRDefault="000B5B03" w:rsidP="000B5B03">
      <w:r>
        <w:t xml:space="preserve">Observed agreement = </w:t>
      </w:r>
      <w:proofErr w:type="gramStart"/>
      <w:r w:rsidR="00BC2F7A">
        <w:t>98</w:t>
      </w:r>
      <w:r>
        <w:t xml:space="preserve"> %</w:t>
      </w:r>
      <w:proofErr w:type="gramEnd"/>
    </w:p>
    <w:p w14:paraId="33F0FAEB" w14:textId="77777777" w:rsidR="000B5B03" w:rsidRDefault="000B5B03" w:rsidP="000B5B03"/>
    <w:p w14:paraId="3ED6C816" w14:textId="7466E202" w:rsidR="000B5B03" w:rsidRDefault="000B5B03" w:rsidP="000B5B03">
      <w:pPr>
        <w:pStyle w:val="Rubrik2"/>
      </w:pPr>
      <w:r>
        <w:t xml:space="preserve">Supplementary Table S1. Interrater agreement for fenestration detection at lower </w:t>
      </w:r>
      <w:r w:rsidR="00DD67B1">
        <w:t>3</w:t>
      </w:r>
      <w:r>
        <w:t>5l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1D47199C" w14:textId="77777777" w:rsidTr="00E8790E">
        <w:tc>
          <w:tcPr>
            <w:tcW w:w="2160" w:type="dxa"/>
          </w:tcPr>
          <w:p w14:paraId="50C6CF1B" w14:textId="77777777" w:rsidR="000B5B03" w:rsidRDefault="000B5B03" w:rsidP="00E8790E"/>
        </w:tc>
        <w:tc>
          <w:tcPr>
            <w:tcW w:w="2160" w:type="dxa"/>
          </w:tcPr>
          <w:p w14:paraId="760413D9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157A7242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157DFC5C" w14:textId="77777777" w:rsidR="000B5B03" w:rsidRDefault="000B5B03" w:rsidP="00E8790E">
            <w:r>
              <w:t>Total</w:t>
            </w:r>
          </w:p>
        </w:tc>
      </w:tr>
      <w:tr w:rsidR="000B5B03" w14:paraId="261341F1" w14:textId="77777777" w:rsidTr="00E8790E">
        <w:tc>
          <w:tcPr>
            <w:tcW w:w="2160" w:type="dxa"/>
          </w:tcPr>
          <w:p w14:paraId="4BAE3463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751C9513" w14:textId="360EBC68" w:rsidR="000B5B03" w:rsidRDefault="00BC2F7A" w:rsidP="00E8790E">
            <w:r>
              <w:t>46</w:t>
            </w:r>
          </w:p>
        </w:tc>
        <w:tc>
          <w:tcPr>
            <w:tcW w:w="2160" w:type="dxa"/>
          </w:tcPr>
          <w:p w14:paraId="648FF54F" w14:textId="6E5EC07D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01C2B7D6" w14:textId="053C22B0" w:rsidR="000B5B03" w:rsidRDefault="00BC2F7A" w:rsidP="00E8790E">
            <w:r>
              <w:t>46</w:t>
            </w:r>
          </w:p>
        </w:tc>
      </w:tr>
      <w:tr w:rsidR="000B5B03" w14:paraId="141BBA06" w14:textId="77777777" w:rsidTr="00E8790E">
        <w:tc>
          <w:tcPr>
            <w:tcW w:w="2160" w:type="dxa"/>
          </w:tcPr>
          <w:p w14:paraId="4BD5930B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5B76EB54" w14:textId="6F0B5AC1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7C2EE9A7" w14:textId="21A58D62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2EC69A57" w14:textId="672DB866" w:rsidR="000B5B03" w:rsidRDefault="00BC2F7A" w:rsidP="00E8790E">
            <w:r>
              <w:t>0</w:t>
            </w:r>
          </w:p>
        </w:tc>
      </w:tr>
      <w:tr w:rsidR="000B5B03" w14:paraId="6F2E5F86" w14:textId="77777777" w:rsidTr="00E8790E">
        <w:tc>
          <w:tcPr>
            <w:tcW w:w="2160" w:type="dxa"/>
          </w:tcPr>
          <w:p w14:paraId="06BC376C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7DA6E965" w14:textId="2FC33740" w:rsidR="000B5B03" w:rsidRDefault="00BC2F7A" w:rsidP="00E8790E">
            <w:r>
              <w:t>46</w:t>
            </w:r>
          </w:p>
        </w:tc>
        <w:tc>
          <w:tcPr>
            <w:tcW w:w="2160" w:type="dxa"/>
          </w:tcPr>
          <w:p w14:paraId="0754CC9E" w14:textId="6F2B54A2" w:rsidR="000B5B03" w:rsidRDefault="00BC2F7A" w:rsidP="00E8790E">
            <w:r>
              <w:t>0</w:t>
            </w:r>
          </w:p>
        </w:tc>
        <w:tc>
          <w:tcPr>
            <w:tcW w:w="2160" w:type="dxa"/>
          </w:tcPr>
          <w:p w14:paraId="5B3A85DD" w14:textId="71CAEE3A" w:rsidR="000B5B03" w:rsidRDefault="00BC2F7A" w:rsidP="00E8790E">
            <w:r>
              <w:t>46</w:t>
            </w:r>
          </w:p>
        </w:tc>
      </w:tr>
    </w:tbl>
    <w:p w14:paraId="61139BA0" w14:textId="46AAE79C" w:rsidR="000B5B03" w:rsidRDefault="000B5B03" w:rsidP="000B5B03">
      <w:r>
        <w:t xml:space="preserve">Observed agreement = </w:t>
      </w:r>
      <w:r w:rsidR="00BC2F7A">
        <w:t>100</w:t>
      </w:r>
      <w:r>
        <w:t xml:space="preserve"> %</w:t>
      </w:r>
    </w:p>
    <w:p w14:paraId="48464462" w14:textId="115491B7" w:rsidR="000B5B03" w:rsidRDefault="000B5B03" w:rsidP="000B5B03">
      <w:pPr>
        <w:pStyle w:val="Rubrik2"/>
      </w:pPr>
      <w:r>
        <w:t xml:space="preserve">Supplementary Table S1. Interrater agreement for fenestration detection at lower </w:t>
      </w:r>
      <w:r w:rsidR="00DD67B1">
        <w:t>3</w:t>
      </w:r>
      <w:r>
        <w:t>3b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650247F1" w14:textId="77777777" w:rsidTr="00E8790E">
        <w:tc>
          <w:tcPr>
            <w:tcW w:w="2160" w:type="dxa"/>
          </w:tcPr>
          <w:p w14:paraId="4ABA35B9" w14:textId="77777777" w:rsidR="000B5B03" w:rsidRDefault="000B5B03" w:rsidP="00E8790E"/>
        </w:tc>
        <w:tc>
          <w:tcPr>
            <w:tcW w:w="2160" w:type="dxa"/>
          </w:tcPr>
          <w:p w14:paraId="64ABD70B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2F659CDC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683F71EC" w14:textId="77777777" w:rsidR="000B5B03" w:rsidRDefault="000B5B03" w:rsidP="00E8790E">
            <w:r>
              <w:t>Total</w:t>
            </w:r>
          </w:p>
        </w:tc>
      </w:tr>
      <w:tr w:rsidR="000B5B03" w14:paraId="33B527E3" w14:textId="77777777" w:rsidTr="00E8790E">
        <w:tc>
          <w:tcPr>
            <w:tcW w:w="2160" w:type="dxa"/>
          </w:tcPr>
          <w:p w14:paraId="238EE742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3C4A885F" w14:textId="3982EE4A" w:rsidR="000B5B03" w:rsidRDefault="000A006F" w:rsidP="00E8790E">
            <w:r>
              <w:t>28</w:t>
            </w:r>
          </w:p>
        </w:tc>
        <w:tc>
          <w:tcPr>
            <w:tcW w:w="2160" w:type="dxa"/>
          </w:tcPr>
          <w:p w14:paraId="125E8399" w14:textId="6EFC710F" w:rsidR="000B5B03" w:rsidRDefault="000A006F" w:rsidP="00E8790E">
            <w:r>
              <w:t>7</w:t>
            </w:r>
          </w:p>
        </w:tc>
        <w:tc>
          <w:tcPr>
            <w:tcW w:w="2160" w:type="dxa"/>
          </w:tcPr>
          <w:p w14:paraId="4EEB4B50" w14:textId="04D3DE0B" w:rsidR="000B5B03" w:rsidRDefault="000A006F" w:rsidP="00E8790E">
            <w:r>
              <w:t>35</w:t>
            </w:r>
          </w:p>
        </w:tc>
      </w:tr>
      <w:tr w:rsidR="000B5B03" w14:paraId="21F79968" w14:textId="77777777" w:rsidTr="00E8790E">
        <w:tc>
          <w:tcPr>
            <w:tcW w:w="2160" w:type="dxa"/>
          </w:tcPr>
          <w:p w14:paraId="47C7F18D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5C8A9001" w14:textId="4EFA0132" w:rsidR="000B5B03" w:rsidRDefault="000A006F" w:rsidP="00E8790E">
            <w:r>
              <w:t>4</w:t>
            </w:r>
          </w:p>
        </w:tc>
        <w:tc>
          <w:tcPr>
            <w:tcW w:w="2160" w:type="dxa"/>
          </w:tcPr>
          <w:p w14:paraId="4AC351C7" w14:textId="680CB3A7" w:rsidR="000B5B03" w:rsidRDefault="000A006F" w:rsidP="00E8790E">
            <w:r>
              <w:t>8</w:t>
            </w:r>
          </w:p>
        </w:tc>
        <w:tc>
          <w:tcPr>
            <w:tcW w:w="2160" w:type="dxa"/>
          </w:tcPr>
          <w:p w14:paraId="422509D9" w14:textId="393BF5A1" w:rsidR="000B5B03" w:rsidRDefault="000A006F" w:rsidP="00E8790E">
            <w:r>
              <w:t>12</w:t>
            </w:r>
          </w:p>
        </w:tc>
      </w:tr>
      <w:tr w:rsidR="000B5B03" w14:paraId="57FEFD0E" w14:textId="77777777" w:rsidTr="00E8790E">
        <w:tc>
          <w:tcPr>
            <w:tcW w:w="2160" w:type="dxa"/>
          </w:tcPr>
          <w:p w14:paraId="32C500E0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4ABF5FE6" w14:textId="70D856DF" w:rsidR="000B5B03" w:rsidRDefault="000A006F" w:rsidP="00E8790E">
            <w:r>
              <w:t>32</w:t>
            </w:r>
          </w:p>
        </w:tc>
        <w:tc>
          <w:tcPr>
            <w:tcW w:w="2160" w:type="dxa"/>
          </w:tcPr>
          <w:p w14:paraId="2ACEE22F" w14:textId="56310290" w:rsidR="000B5B03" w:rsidRDefault="000A006F" w:rsidP="00E8790E">
            <w:r>
              <w:t>15</w:t>
            </w:r>
          </w:p>
        </w:tc>
        <w:tc>
          <w:tcPr>
            <w:tcW w:w="2160" w:type="dxa"/>
          </w:tcPr>
          <w:p w14:paraId="5DC7E091" w14:textId="6C9249B1" w:rsidR="000B5B03" w:rsidRDefault="000A006F" w:rsidP="00E8790E">
            <w:r>
              <w:t>47</w:t>
            </w:r>
          </w:p>
        </w:tc>
      </w:tr>
    </w:tbl>
    <w:p w14:paraId="6C3EEEE1" w14:textId="688DC7C8" w:rsidR="000B5B03" w:rsidRDefault="000B5B03" w:rsidP="000B5B03">
      <w:r>
        <w:t xml:space="preserve">Observed agreement = </w:t>
      </w:r>
      <w:r w:rsidR="000A006F">
        <w:t>77</w:t>
      </w:r>
      <w:r>
        <w:t xml:space="preserve"> %</w:t>
      </w:r>
    </w:p>
    <w:p w14:paraId="455F240D" w14:textId="77777777" w:rsidR="000B5B03" w:rsidRDefault="000B5B03" w:rsidP="000B5B03"/>
    <w:p w14:paraId="6DF6D95E" w14:textId="1642877D" w:rsidR="000B5B03" w:rsidRDefault="000B5B03" w:rsidP="000B5B03">
      <w:pPr>
        <w:pStyle w:val="Rubrik2"/>
      </w:pPr>
      <w:r>
        <w:t xml:space="preserve">Supplementary Table S1. Interrater agreement for fenestration detection at lower </w:t>
      </w:r>
      <w:r w:rsidR="00DD67B1">
        <w:t>3</w:t>
      </w:r>
      <w:r>
        <w:t>3l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09F8E386" w14:textId="77777777" w:rsidTr="00E8790E">
        <w:tc>
          <w:tcPr>
            <w:tcW w:w="2160" w:type="dxa"/>
          </w:tcPr>
          <w:p w14:paraId="31FDD267" w14:textId="77777777" w:rsidR="000B5B03" w:rsidRDefault="000B5B03" w:rsidP="00E8790E"/>
        </w:tc>
        <w:tc>
          <w:tcPr>
            <w:tcW w:w="2160" w:type="dxa"/>
          </w:tcPr>
          <w:p w14:paraId="717D7894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7587CAAF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7577A4C4" w14:textId="77777777" w:rsidR="000B5B03" w:rsidRDefault="000B5B03" w:rsidP="00E8790E">
            <w:r>
              <w:t>Total</w:t>
            </w:r>
          </w:p>
        </w:tc>
      </w:tr>
      <w:tr w:rsidR="000B5B03" w14:paraId="56371B7D" w14:textId="77777777" w:rsidTr="00E8790E">
        <w:tc>
          <w:tcPr>
            <w:tcW w:w="2160" w:type="dxa"/>
          </w:tcPr>
          <w:p w14:paraId="2C3D49F2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464AA095" w14:textId="57797D71" w:rsidR="000B5B03" w:rsidRDefault="000A006F" w:rsidP="00E8790E">
            <w:r>
              <w:t>47</w:t>
            </w:r>
          </w:p>
        </w:tc>
        <w:tc>
          <w:tcPr>
            <w:tcW w:w="2160" w:type="dxa"/>
          </w:tcPr>
          <w:p w14:paraId="37FF3B89" w14:textId="6ACE4FC9" w:rsidR="000B5B03" w:rsidRDefault="000A006F" w:rsidP="00E8790E">
            <w:r>
              <w:t>0</w:t>
            </w:r>
          </w:p>
        </w:tc>
        <w:tc>
          <w:tcPr>
            <w:tcW w:w="2160" w:type="dxa"/>
          </w:tcPr>
          <w:p w14:paraId="559BD494" w14:textId="796A1756" w:rsidR="000B5B03" w:rsidRDefault="000A006F" w:rsidP="00E8790E">
            <w:r>
              <w:t>47</w:t>
            </w:r>
          </w:p>
        </w:tc>
      </w:tr>
      <w:tr w:rsidR="000B5B03" w14:paraId="4DE0EFAA" w14:textId="77777777" w:rsidTr="00E8790E">
        <w:tc>
          <w:tcPr>
            <w:tcW w:w="2160" w:type="dxa"/>
          </w:tcPr>
          <w:p w14:paraId="1B266F91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2C92C965" w14:textId="760E35D3" w:rsidR="000B5B03" w:rsidRDefault="000A006F" w:rsidP="00E8790E">
            <w:r>
              <w:t>0</w:t>
            </w:r>
          </w:p>
        </w:tc>
        <w:tc>
          <w:tcPr>
            <w:tcW w:w="2160" w:type="dxa"/>
          </w:tcPr>
          <w:p w14:paraId="1644F89E" w14:textId="1A33DBF6" w:rsidR="000B5B03" w:rsidRDefault="000A006F" w:rsidP="00E8790E">
            <w:r>
              <w:t>0</w:t>
            </w:r>
          </w:p>
        </w:tc>
        <w:tc>
          <w:tcPr>
            <w:tcW w:w="2160" w:type="dxa"/>
          </w:tcPr>
          <w:p w14:paraId="6F027F77" w14:textId="528A2D08" w:rsidR="000B5B03" w:rsidRDefault="000A006F" w:rsidP="00E8790E">
            <w:r>
              <w:t>0</w:t>
            </w:r>
          </w:p>
        </w:tc>
      </w:tr>
      <w:tr w:rsidR="000B5B03" w14:paraId="2E0A9274" w14:textId="77777777" w:rsidTr="00E8790E">
        <w:tc>
          <w:tcPr>
            <w:tcW w:w="2160" w:type="dxa"/>
          </w:tcPr>
          <w:p w14:paraId="49573B47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3289E990" w14:textId="685AD239" w:rsidR="000B5B03" w:rsidRDefault="000A006F" w:rsidP="00E8790E">
            <w:r>
              <w:t>47</w:t>
            </w:r>
          </w:p>
        </w:tc>
        <w:tc>
          <w:tcPr>
            <w:tcW w:w="2160" w:type="dxa"/>
          </w:tcPr>
          <w:p w14:paraId="6FD1F9D3" w14:textId="7F3FBE81" w:rsidR="000B5B03" w:rsidRDefault="000A006F" w:rsidP="00E8790E">
            <w:r>
              <w:t>0</w:t>
            </w:r>
          </w:p>
        </w:tc>
        <w:tc>
          <w:tcPr>
            <w:tcW w:w="2160" w:type="dxa"/>
          </w:tcPr>
          <w:p w14:paraId="6569FC8D" w14:textId="79BC0F94" w:rsidR="000B5B03" w:rsidRDefault="000A006F" w:rsidP="00E8790E">
            <w:r>
              <w:t>47</w:t>
            </w:r>
          </w:p>
        </w:tc>
      </w:tr>
    </w:tbl>
    <w:p w14:paraId="66A12ED3" w14:textId="610A5FF7" w:rsidR="000B5B03" w:rsidRDefault="000B5B03" w:rsidP="000B5B03">
      <w:r>
        <w:t xml:space="preserve">Observed agreement = </w:t>
      </w:r>
      <w:r w:rsidR="000A006F">
        <w:t>100</w:t>
      </w:r>
      <w:r>
        <w:t xml:space="preserve"> %</w:t>
      </w:r>
    </w:p>
    <w:p w14:paraId="508E47D1" w14:textId="05407E86" w:rsidR="000B5B03" w:rsidRDefault="000B5B03" w:rsidP="000B5B03">
      <w:pPr>
        <w:pStyle w:val="Rubrik2"/>
      </w:pPr>
      <w:r>
        <w:lastRenderedPageBreak/>
        <w:t xml:space="preserve">Supplementary Table S1. Interrater agreement for fenestration detection at lower </w:t>
      </w:r>
      <w:r w:rsidR="00DD67B1">
        <w:t>3</w:t>
      </w:r>
      <w:r>
        <w:t>1b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781047EB" w14:textId="77777777" w:rsidTr="00E8790E">
        <w:tc>
          <w:tcPr>
            <w:tcW w:w="2160" w:type="dxa"/>
          </w:tcPr>
          <w:p w14:paraId="7D65FDBB" w14:textId="77777777" w:rsidR="000B5B03" w:rsidRDefault="000B5B03" w:rsidP="00E8790E"/>
        </w:tc>
        <w:tc>
          <w:tcPr>
            <w:tcW w:w="2160" w:type="dxa"/>
          </w:tcPr>
          <w:p w14:paraId="4CC3E2D9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11E278AD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383C3028" w14:textId="77777777" w:rsidR="000B5B03" w:rsidRDefault="000B5B03" w:rsidP="00E8790E">
            <w:r>
              <w:t>Total</w:t>
            </w:r>
          </w:p>
        </w:tc>
      </w:tr>
      <w:tr w:rsidR="000B5B03" w14:paraId="16C12798" w14:textId="77777777" w:rsidTr="00E8790E">
        <w:tc>
          <w:tcPr>
            <w:tcW w:w="2160" w:type="dxa"/>
          </w:tcPr>
          <w:p w14:paraId="23A3F6F6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6446071E" w14:textId="7447BF9E" w:rsidR="000B5B03" w:rsidRDefault="000A006F" w:rsidP="00E8790E">
            <w:r>
              <w:t>33</w:t>
            </w:r>
          </w:p>
        </w:tc>
        <w:tc>
          <w:tcPr>
            <w:tcW w:w="2160" w:type="dxa"/>
          </w:tcPr>
          <w:p w14:paraId="6D8BFC3D" w14:textId="7F8EF59F" w:rsidR="000B5B03" w:rsidRDefault="000A006F" w:rsidP="00E8790E">
            <w:r>
              <w:t>6</w:t>
            </w:r>
          </w:p>
        </w:tc>
        <w:tc>
          <w:tcPr>
            <w:tcW w:w="2160" w:type="dxa"/>
          </w:tcPr>
          <w:p w14:paraId="2E58910B" w14:textId="6E4E3F18" w:rsidR="000B5B03" w:rsidRDefault="000A006F" w:rsidP="00E8790E">
            <w:r>
              <w:t>39</w:t>
            </w:r>
          </w:p>
        </w:tc>
      </w:tr>
      <w:tr w:rsidR="000B5B03" w14:paraId="4E9D53AC" w14:textId="77777777" w:rsidTr="00E8790E">
        <w:tc>
          <w:tcPr>
            <w:tcW w:w="2160" w:type="dxa"/>
          </w:tcPr>
          <w:p w14:paraId="0B18A878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4C03CA8D" w14:textId="4AD75F60" w:rsidR="000B5B03" w:rsidRDefault="000A006F" w:rsidP="00E8790E">
            <w:r>
              <w:t>4</w:t>
            </w:r>
          </w:p>
        </w:tc>
        <w:tc>
          <w:tcPr>
            <w:tcW w:w="2160" w:type="dxa"/>
          </w:tcPr>
          <w:p w14:paraId="487E5D96" w14:textId="4372AFD4" w:rsidR="000B5B03" w:rsidRDefault="000A006F" w:rsidP="00E8790E">
            <w:r>
              <w:t>4</w:t>
            </w:r>
          </w:p>
        </w:tc>
        <w:tc>
          <w:tcPr>
            <w:tcW w:w="2160" w:type="dxa"/>
          </w:tcPr>
          <w:p w14:paraId="32D91F95" w14:textId="21D03C92" w:rsidR="000B5B03" w:rsidRDefault="000A006F" w:rsidP="00E8790E">
            <w:r>
              <w:t>8</w:t>
            </w:r>
          </w:p>
        </w:tc>
      </w:tr>
      <w:tr w:rsidR="000B5B03" w14:paraId="70765A0C" w14:textId="77777777" w:rsidTr="00E8790E">
        <w:tc>
          <w:tcPr>
            <w:tcW w:w="2160" w:type="dxa"/>
          </w:tcPr>
          <w:p w14:paraId="049FBE56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7F559C57" w14:textId="29D48731" w:rsidR="000B5B03" w:rsidRDefault="000A006F" w:rsidP="00E8790E">
            <w:r>
              <w:t>37</w:t>
            </w:r>
          </w:p>
        </w:tc>
        <w:tc>
          <w:tcPr>
            <w:tcW w:w="2160" w:type="dxa"/>
          </w:tcPr>
          <w:p w14:paraId="125BB12A" w14:textId="64146D41" w:rsidR="000B5B03" w:rsidRDefault="000A006F" w:rsidP="00E8790E">
            <w:r>
              <w:t>10</w:t>
            </w:r>
          </w:p>
        </w:tc>
        <w:tc>
          <w:tcPr>
            <w:tcW w:w="2160" w:type="dxa"/>
          </w:tcPr>
          <w:p w14:paraId="62A85FF6" w14:textId="4D082CB8" w:rsidR="000B5B03" w:rsidRDefault="000A006F" w:rsidP="00E8790E">
            <w:r>
              <w:t>47</w:t>
            </w:r>
          </w:p>
        </w:tc>
      </w:tr>
    </w:tbl>
    <w:p w14:paraId="07697DF7" w14:textId="21D0EC98" w:rsidR="000B5B03" w:rsidRDefault="000B5B03" w:rsidP="000B5B03">
      <w:r>
        <w:t xml:space="preserve">Observed agreement = </w:t>
      </w:r>
      <w:r w:rsidR="000A006F">
        <w:t>79</w:t>
      </w:r>
      <w:r>
        <w:t xml:space="preserve"> %</w:t>
      </w:r>
    </w:p>
    <w:p w14:paraId="75122D17" w14:textId="77777777" w:rsidR="000B5B03" w:rsidRDefault="000B5B03" w:rsidP="000B5B03"/>
    <w:p w14:paraId="5558CCAE" w14:textId="1ECBA332" w:rsidR="000B5B03" w:rsidRDefault="000B5B03" w:rsidP="000B5B03">
      <w:pPr>
        <w:pStyle w:val="Rubrik2"/>
      </w:pPr>
      <w:r>
        <w:t xml:space="preserve">Supplementary Table S1. Interrater agreement for fenestration detection at lower </w:t>
      </w:r>
      <w:r w:rsidR="00DD67B1">
        <w:t>3</w:t>
      </w:r>
      <w:r>
        <w:t>1l at T0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B5B03" w14:paraId="0B7F06BB" w14:textId="77777777" w:rsidTr="00E8790E">
        <w:tc>
          <w:tcPr>
            <w:tcW w:w="2160" w:type="dxa"/>
          </w:tcPr>
          <w:p w14:paraId="4AB11CD5" w14:textId="77777777" w:rsidR="000B5B03" w:rsidRDefault="000B5B03" w:rsidP="00E8790E"/>
        </w:tc>
        <w:tc>
          <w:tcPr>
            <w:tcW w:w="2160" w:type="dxa"/>
          </w:tcPr>
          <w:p w14:paraId="07ABE742" w14:textId="77777777" w:rsidR="000B5B03" w:rsidRDefault="000B5B03" w:rsidP="00E8790E">
            <w:r>
              <w:t>Assessment B: No</w:t>
            </w:r>
          </w:p>
        </w:tc>
        <w:tc>
          <w:tcPr>
            <w:tcW w:w="2160" w:type="dxa"/>
          </w:tcPr>
          <w:p w14:paraId="68D37437" w14:textId="77777777" w:rsidR="000B5B03" w:rsidRDefault="000B5B03" w:rsidP="00E8790E">
            <w:r>
              <w:t>Assessment B: Yes</w:t>
            </w:r>
          </w:p>
        </w:tc>
        <w:tc>
          <w:tcPr>
            <w:tcW w:w="2160" w:type="dxa"/>
          </w:tcPr>
          <w:p w14:paraId="131E4663" w14:textId="77777777" w:rsidR="000B5B03" w:rsidRDefault="000B5B03" w:rsidP="00E8790E">
            <w:r>
              <w:t>Total</w:t>
            </w:r>
          </w:p>
        </w:tc>
      </w:tr>
      <w:tr w:rsidR="000B5B03" w14:paraId="50E95588" w14:textId="77777777" w:rsidTr="00E8790E">
        <w:tc>
          <w:tcPr>
            <w:tcW w:w="2160" w:type="dxa"/>
          </w:tcPr>
          <w:p w14:paraId="2331E158" w14:textId="77777777" w:rsidR="000B5B03" w:rsidRDefault="000B5B03" w:rsidP="00E8790E">
            <w:r>
              <w:t>Assessment A: No</w:t>
            </w:r>
          </w:p>
        </w:tc>
        <w:tc>
          <w:tcPr>
            <w:tcW w:w="2160" w:type="dxa"/>
          </w:tcPr>
          <w:p w14:paraId="4B9EA34B" w14:textId="4C2513DC" w:rsidR="000B5B03" w:rsidRDefault="000A006F" w:rsidP="00E8790E">
            <w:r>
              <w:t>46</w:t>
            </w:r>
          </w:p>
        </w:tc>
        <w:tc>
          <w:tcPr>
            <w:tcW w:w="2160" w:type="dxa"/>
          </w:tcPr>
          <w:p w14:paraId="1FEB422C" w14:textId="4577BFA7" w:rsidR="000B5B03" w:rsidRDefault="000A006F" w:rsidP="00E8790E">
            <w:r>
              <w:t>0</w:t>
            </w:r>
          </w:p>
        </w:tc>
        <w:tc>
          <w:tcPr>
            <w:tcW w:w="2160" w:type="dxa"/>
          </w:tcPr>
          <w:p w14:paraId="1F56683B" w14:textId="0E07A2EC" w:rsidR="000B5B03" w:rsidRDefault="000A006F" w:rsidP="00E8790E">
            <w:r>
              <w:t>46</w:t>
            </w:r>
          </w:p>
        </w:tc>
      </w:tr>
      <w:tr w:rsidR="000B5B03" w14:paraId="0799F871" w14:textId="77777777" w:rsidTr="00E8790E">
        <w:tc>
          <w:tcPr>
            <w:tcW w:w="2160" w:type="dxa"/>
          </w:tcPr>
          <w:p w14:paraId="228321CB" w14:textId="77777777" w:rsidR="000B5B03" w:rsidRDefault="000B5B03" w:rsidP="00E8790E">
            <w:r>
              <w:t>Assessment A: Yes</w:t>
            </w:r>
          </w:p>
        </w:tc>
        <w:tc>
          <w:tcPr>
            <w:tcW w:w="2160" w:type="dxa"/>
          </w:tcPr>
          <w:p w14:paraId="1BB424FE" w14:textId="56020210" w:rsidR="000B5B03" w:rsidRDefault="000A006F" w:rsidP="00E8790E">
            <w:r>
              <w:t>1</w:t>
            </w:r>
          </w:p>
        </w:tc>
        <w:tc>
          <w:tcPr>
            <w:tcW w:w="2160" w:type="dxa"/>
          </w:tcPr>
          <w:p w14:paraId="68FBD93F" w14:textId="261600D9" w:rsidR="000B5B03" w:rsidRDefault="000A006F" w:rsidP="00E8790E">
            <w:r>
              <w:t>0</w:t>
            </w:r>
          </w:p>
        </w:tc>
        <w:tc>
          <w:tcPr>
            <w:tcW w:w="2160" w:type="dxa"/>
          </w:tcPr>
          <w:p w14:paraId="20CA2FD6" w14:textId="352B40ED" w:rsidR="000B5B03" w:rsidRDefault="000A006F" w:rsidP="00E8790E">
            <w:r>
              <w:t>1</w:t>
            </w:r>
          </w:p>
        </w:tc>
      </w:tr>
      <w:tr w:rsidR="000B5B03" w14:paraId="2B66A29F" w14:textId="77777777" w:rsidTr="00E8790E">
        <w:tc>
          <w:tcPr>
            <w:tcW w:w="2160" w:type="dxa"/>
          </w:tcPr>
          <w:p w14:paraId="38DCB668" w14:textId="77777777" w:rsidR="000B5B03" w:rsidRDefault="000B5B03" w:rsidP="00E8790E">
            <w:r>
              <w:t>Total</w:t>
            </w:r>
          </w:p>
        </w:tc>
        <w:tc>
          <w:tcPr>
            <w:tcW w:w="2160" w:type="dxa"/>
          </w:tcPr>
          <w:p w14:paraId="064E85D5" w14:textId="14E8A755" w:rsidR="000B5B03" w:rsidRDefault="000A006F" w:rsidP="00E8790E">
            <w:r>
              <w:t>47</w:t>
            </w:r>
          </w:p>
        </w:tc>
        <w:tc>
          <w:tcPr>
            <w:tcW w:w="2160" w:type="dxa"/>
          </w:tcPr>
          <w:p w14:paraId="0D70EBE3" w14:textId="3C681476" w:rsidR="000B5B03" w:rsidRDefault="000A006F" w:rsidP="00E8790E">
            <w:r>
              <w:t>0</w:t>
            </w:r>
          </w:p>
        </w:tc>
        <w:tc>
          <w:tcPr>
            <w:tcW w:w="2160" w:type="dxa"/>
          </w:tcPr>
          <w:p w14:paraId="40161D16" w14:textId="2E5B2862" w:rsidR="000B5B03" w:rsidRDefault="000A006F" w:rsidP="00E8790E">
            <w:r>
              <w:t>47</w:t>
            </w:r>
          </w:p>
        </w:tc>
      </w:tr>
    </w:tbl>
    <w:p w14:paraId="1B796822" w14:textId="5A347ABF" w:rsidR="000B5B03" w:rsidRDefault="000B5B03" w:rsidP="000B5B03">
      <w:r>
        <w:t xml:space="preserve">Observed agreement = </w:t>
      </w:r>
      <w:proofErr w:type="gramStart"/>
      <w:r w:rsidR="000A006F">
        <w:t>98</w:t>
      </w:r>
      <w:r>
        <w:t xml:space="preserve"> %</w:t>
      </w:r>
      <w:proofErr w:type="gramEnd"/>
    </w:p>
    <w:p w14:paraId="1CD81E4A" w14:textId="77777777" w:rsidR="00347F15" w:rsidRDefault="00347F15" w:rsidP="000B5B03"/>
    <w:p w14:paraId="160ABA5D" w14:textId="77777777" w:rsidR="000A006F" w:rsidRDefault="000A006F" w:rsidP="000B5B03"/>
    <w:p w14:paraId="6A82BCAE" w14:textId="77777777" w:rsidR="000A006F" w:rsidRDefault="000A006F" w:rsidP="000B5B03"/>
    <w:p w14:paraId="2995F09A" w14:textId="77777777" w:rsidR="000A006F" w:rsidRDefault="000A006F" w:rsidP="000B5B03"/>
    <w:p w14:paraId="337DCEA5" w14:textId="77777777" w:rsidR="000A006F" w:rsidRDefault="000A006F" w:rsidP="000B5B03"/>
    <w:p w14:paraId="08FF17AE" w14:textId="77777777" w:rsidR="000A006F" w:rsidRDefault="000A006F" w:rsidP="000B5B03"/>
    <w:p w14:paraId="49D08CFC" w14:textId="77777777" w:rsidR="000A006F" w:rsidRDefault="000A006F" w:rsidP="000B5B03"/>
    <w:p w14:paraId="603CD8C1" w14:textId="77777777" w:rsidR="000A006F" w:rsidRDefault="000A006F" w:rsidP="000B5B03"/>
    <w:p w14:paraId="5440589E" w14:textId="77777777" w:rsidR="000A006F" w:rsidRDefault="000A006F" w:rsidP="000B5B03"/>
    <w:p w14:paraId="322FE0DA" w14:textId="77777777" w:rsidR="000A006F" w:rsidRDefault="000A006F" w:rsidP="000B5B03"/>
    <w:p w14:paraId="1A46F339" w14:textId="77777777" w:rsidR="000A006F" w:rsidRDefault="000A006F" w:rsidP="000B5B03"/>
    <w:p w14:paraId="6AFE1804" w14:textId="77777777" w:rsidR="000A006F" w:rsidRDefault="000A006F" w:rsidP="000B5B03"/>
    <w:p w14:paraId="74AF2FA8" w14:textId="77777777" w:rsidR="000A006F" w:rsidRDefault="000A006F" w:rsidP="000B5B03"/>
    <w:p w14:paraId="0DB65C56" w14:textId="228D6369" w:rsidR="000A006F" w:rsidRPr="000B5B03" w:rsidRDefault="000A006F" w:rsidP="000A006F">
      <w:pPr>
        <w:pStyle w:val="Rubrik1"/>
      </w:pPr>
      <w:r>
        <w:lastRenderedPageBreak/>
        <w:t>Intrarater agreement results at T1</w:t>
      </w:r>
    </w:p>
    <w:p w14:paraId="280112D4" w14:textId="0435CB79" w:rsidR="000A006F" w:rsidRDefault="000A006F" w:rsidP="000A006F">
      <w:pPr>
        <w:pStyle w:val="Rubrik2"/>
      </w:pPr>
      <w:r>
        <w:t xml:space="preserve">Supplementary Table S1. Intrarater agreement for fenestration detection at upper </w:t>
      </w:r>
      <w:r w:rsidR="00DD67B1">
        <w:t>1</w:t>
      </w:r>
      <w:r>
        <w:t>5b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033CCA3D" w14:textId="77777777" w:rsidTr="00E8790E">
        <w:tc>
          <w:tcPr>
            <w:tcW w:w="2160" w:type="dxa"/>
          </w:tcPr>
          <w:p w14:paraId="4C3C22B6" w14:textId="77777777" w:rsidR="000A006F" w:rsidRDefault="000A006F" w:rsidP="00E8790E"/>
        </w:tc>
        <w:tc>
          <w:tcPr>
            <w:tcW w:w="2160" w:type="dxa"/>
          </w:tcPr>
          <w:p w14:paraId="3A0C75D6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0B1164CB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35546F40" w14:textId="77777777" w:rsidR="000A006F" w:rsidRDefault="000A006F" w:rsidP="00E8790E">
            <w:r>
              <w:t>Total</w:t>
            </w:r>
          </w:p>
        </w:tc>
      </w:tr>
      <w:tr w:rsidR="000A006F" w14:paraId="0A72CD10" w14:textId="77777777" w:rsidTr="00E8790E">
        <w:tc>
          <w:tcPr>
            <w:tcW w:w="2160" w:type="dxa"/>
          </w:tcPr>
          <w:p w14:paraId="4E272D6C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500668F8" w14:textId="33C8CDD9" w:rsidR="000A006F" w:rsidRDefault="000A006F" w:rsidP="00E8790E">
            <w:r>
              <w:t>41</w:t>
            </w:r>
          </w:p>
        </w:tc>
        <w:tc>
          <w:tcPr>
            <w:tcW w:w="2160" w:type="dxa"/>
          </w:tcPr>
          <w:p w14:paraId="20F5CFAE" w14:textId="52B57F4B" w:rsidR="000A006F" w:rsidRDefault="000A006F" w:rsidP="00E8790E">
            <w:r>
              <w:t>1</w:t>
            </w:r>
          </w:p>
        </w:tc>
        <w:tc>
          <w:tcPr>
            <w:tcW w:w="2160" w:type="dxa"/>
          </w:tcPr>
          <w:p w14:paraId="112D1B08" w14:textId="36AF0D77" w:rsidR="000A006F" w:rsidRDefault="000A006F" w:rsidP="00E8790E">
            <w:r>
              <w:t>42</w:t>
            </w:r>
          </w:p>
        </w:tc>
      </w:tr>
      <w:tr w:rsidR="000A006F" w14:paraId="3DDED90F" w14:textId="77777777" w:rsidTr="00E8790E">
        <w:tc>
          <w:tcPr>
            <w:tcW w:w="2160" w:type="dxa"/>
          </w:tcPr>
          <w:p w14:paraId="71319967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16D70646" w14:textId="74A46E49" w:rsidR="000A006F" w:rsidRDefault="000A006F" w:rsidP="00E8790E">
            <w:r>
              <w:t>1</w:t>
            </w:r>
          </w:p>
        </w:tc>
        <w:tc>
          <w:tcPr>
            <w:tcW w:w="2160" w:type="dxa"/>
          </w:tcPr>
          <w:p w14:paraId="521856AA" w14:textId="6327E17A" w:rsidR="000A006F" w:rsidRDefault="000A006F" w:rsidP="00E8790E">
            <w:r>
              <w:t>5</w:t>
            </w:r>
          </w:p>
        </w:tc>
        <w:tc>
          <w:tcPr>
            <w:tcW w:w="2160" w:type="dxa"/>
          </w:tcPr>
          <w:p w14:paraId="0AC18A2F" w14:textId="0C01E203" w:rsidR="000A006F" w:rsidRDefault="000A006F" w:rsidP="00E8790E">
            <w:r>
              <w:t>6</w:t>
            </w:r>
          </w:p>
        </w:tc>
      </w:tr>
      <w:tr w:rsidR="000A006F" w14:paraId="767D40E5" w14:textId="77777777" w:rsidTr="00E8790E">
        <w:tc>
          <w:tcPr>
            <w:tcW w:w="2160" w:type="dxa"/>
          </w:tcPr>
          <w:p w14:paraId="2939DFD4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2C4C9784" w14:textId="5018C0E9" w:rsidR="000A006F" w:rsidRDefault="000A006F" w:rsidP="00E8790E">
            <w:r>
              <w:t>42</w:t>
            </w:r>
          </w:p>
        </w:tc>
        <w:tc>
          <w:tcPr>
            <w:tcW w:w="2160" w:type="dxa"/>
          </w:tcPr>
          <w:p w14:paraId="115D7215" w14:textId="60AD871B" w:rsidR="000A006F" w:rsidRDefault="000A006F" w:rsidP="00E8790E">
            <w:r>
              <w:t>6</w:t>
            </w:r>
          </w:p>
        </w:tc>
        <w:tc>
          <w:tcPr>
            <w:tcW w:w="2160" w:type="dxa"/>
          </w:tcPr>
          <w:p w14:paraId="48EE3BE9" w14:textId="31059868" w:rsidR="000A006F" w:rsidRDefault="000A006F" w:rsidP="00E8790E">
            <w:r>
              <w:t>48</w:t>
            </w:r>
          </w:p>
        </w:tc>
      </w:tr>
    </w:tbl>
    <w:p w14:paraId="3E2F7692" w14:textId="798F3A45" w:rsidR="000A006F" w:rsidRDefault="000A006F" w:rsidP="000A006F">
      <w:r>
        <w:t xml:space="preserve">Observed agreement = </w:t>
      </w:r>
      <w:r w:rsidR="00B519C6">
        <w:t>96</w:t>
      </w:r>
      <w:r>
        <w:t xml:space="preserve"> %</w:t>
      </w:r>
    </w:p>
    <w:p w14:paraId="3DE48FBD" w14:textId="77777777" w:rsidR="000A006F" w:rsidRDefault="000A006F" w:rsidP="000A006F"/>
    <w:p w14:paraId="046B1131" w14:textId="166A39BD" w:rsidR="000A006F" w:rsidRDefault="000A006F" w:rsidP="000A006F">
      <w:pPr>
        <w:pStyle w:val="Rubrik2"/>
      </w:pPr>
      <w:r>
        <w:t xml:space="preserve">Supplementary Table S1. Intrarater agreement for fenestration detection at upper </w:t>
      </w:r>
      <w:r w:rsidR="00DD67B1">
        <w:t>1</w:t>
      </w:r>
      <w:r>
        <w:t>5p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045E3361" w14:textId="77777777" w:rsidTr="00E8790E">
        <w:tc>
          <w:tcPr>
            <w:tcW w:w="2160" w:type="dxa"/>
          </w:tcPr>
          <w:p w14:paraId="1A7F3BE0" w14:textId="77777777" w:rsidR="000A006F" w:rsidRDefault="000A006F" w:rsidP="00E8790E"/>
        </w:tc>
        <w:tc>
          <w:tcPr>
            <w:tcW w:w="2160" w:type="dxa"/>
          </w:tcPr>
          <w:p w14:paraId="1E28C742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1D710260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1374D6B9" w14:textId="77777777" w:rsidR="000A006F" w:rsidRDefault="000A006F" w:rsidP="00E8790E">
            <w:r>
              <w:t>Total</w:t>
            </w:r>
          </w:p>
        </w:tc>
      </w:tr>
      <w:tr w:rsidR="000A006F" w14:paraId="502A4E2A" w14:textId="77777777" w:rsidTr="00E8790E">
        <w:tc>
          <w:tcPr>
            <w:tcW w:w="2160" w:type="dxa"/>
          </w:tcPr>
          <w:p w14:paraId="2CE5BE3F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04C03E99" w14:textId="5DAB7A6E" w:rsidR="000A006F" w:rsidRDefault="00B519C6" w:rsidP="00E8790E">
            <w:r>
              <w:t>48</w:t>
            </w:r>
          </w:p>
        </w:tc>
        <w:tc>
          <w:tcPr>
            <w:tcW w:w="2160" w:type="dxa"/>
          </w:tcPr>
          <w:p w14:paraId="5E2E208A" w14:textId="1684C566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2AA32760" w14:textId="4D7708A4" w:rsidR="000A006F" w:rsidRDefault="00B519C6" w:rsidP="00E8790E">
            <w:r>
              <w:t>48</w:t>
            </w:r>
          </w:p>
        </w:tc>
      </w:tr>
      <w:tr w:rsidR="000A006F" w14:paraId="4165B6A0" w14:textId="77777777" w:rsidTr="00E8790E">
        <w:tc>
          <w:tcPr>
            <w:tcW w:w="2160" w:type="dxa"/>
          </w:tcPr>
          <w:p w14:paraId="02057542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267009D8" w14:textId="6A936AB2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33366509" w14:textId="347116D1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48CED247" w14:textId="718515D5" w:rsidR="000A006F" w:rsidRDefault="00B519C6" w:rsidP="00E8790E">
            <w:r>
              <w:t>0</w:t>
            </w:r>
          </w:p>
        </w:tc>
      </w:tr>
      <w:tr w:rsidR="000A006F" w14:paraId="232C3E01" w14:textId="77777777" w:rsidTr="00E8790E">
        <w:tc>
          <w:tcPr>
            <w:tcW w:w="2160" w:type="dxa"/>
          </w:tcPr>
          <w:p w14:paraId="761BE0E1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268EFFE4" w14:textId="2F4A04D9" w:rsidR="000A006F" w:rsidRDefault="00B519C6" w:rsidP="00E8790E">
            <w:r>
              <w:t>48</w:t>
            </w:r>
          </w:p>
        </w:tc>
        <w:tc>
          <w:tcPr>
            <w:tcW w:w="2160" w:type="dxa"/>
          </w:tcPr>
          <w:p w14:paraId="56FB93E3" w14:textId="45A8D67E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0C653EF0" w14:textId="2D460A59" w:rsidR="000A006F" w:rsidRDefault="00B519C6" w:rsidP="00E8790E">
            <w:r>
              <w:t>48</w:t>
            </w:r>
          </w:p>
        </w:tc>
      </w:tr>
    </w:tbl>
    <w:p w14:paraId="73536468" w14:textId="77777777" w:rsidR="000A006F" w:rsidRDefault="000A006F" w:rsidP="000A006F">
      <w:r>
        <w:t>Observed agreement = 100 %</w:t>
      </w:r>
    </w:p>
    <w:p w14:paraId="613FE4E3" w14:textId="1DFD386C" w:rsidR="000A006F" w:rsidRDefault="000A006F" w:rsidP="000A006F">
      <w:pPr>
        <w:pStyle w:val="Rubrik2"/>
      </w:pPr>
      <w:r>
        <w:t xml:space="preserve">Supplementary Table S1. Intrarater agreement for fenestration detection at upper </w:t>
      </w:r>
      <w:r w:rsidR="00DD67B1">
        <w:t>1</w:t>
      </w:r>
      <w:r>
        <w:t>3b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02A888D1" w14:textId="77777777" w:rsidTr="00E8790E">
        <w:tc>
          <w:tcPr>
            <w:tcW w:w="2160" w:type="dxa"/>
          </w:tcPr>
          <w:p w14:paraId="6B3CC316" w14:textId="77777777" w:rsidR="000A006F" w:rsidRDefault="000A006F" w:rsidP="00E8790E"/>
        </w:tc>
        <w:tc>
          <w:tcPr>
            <w:tcW w:w="2160" w:type="dxa"/>
          </w:tcPr>
          <w:p w14:paraId="15150F0B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63EEC9C6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5ABF9449" w14:textId="77777777" w:rsidR="000A006F" w:rsidRDefault="000A006F" w:rsidP="00E8790E">
            <w:r>
              <w:t>Total</w:t>
            </w:r>
          </w:p>
        </w:tc>
      </w:tr>
      <w:tr w:rsidR="000A006F" w14:paraId="0B5FD568" w14:textId="77777777" w:rsidTr="00E8790E">
        <w:tc>
          <w:tcPr>
            <w:tcW w:w="2160" w:type="dxa"/>
          </w:tcPr>
          <w:p w14:paraId="16957AAB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7F8FA333" w14:textId="097668F1" w:rsidR="000A006F" w:rsidRDefault="00B519C6" w:rsidP="00E8790E">
            <w:r>
              <w:t>31</w:t>
            </w:r>
          </w:p>
        </w:tc>
        <w:tc>
          <w:tcPr>
            <w:tcW w:w="2160" w:type="dxa"/>
          </w:tcPr>
          <w:p w14:paraId="4474CB65" w14:textId="5C78D060" w:rsidR="00B519C6" w:rsidRDefault="00B519C6" w:rsidP="00E8790E">
            <w:r>
              <w:t>3</w:t>
            </w:r>
          </w:p>
        </w:tc>
        <w:tc>
          <w:tcPr>
            <w:tcW w:w="2160" w:type="dxa"/>
          </w:tcPr>
          <w:p w14:paraId="4FABC2DF" w14:textId="7B12BDA4" w:rsidR="000A006F" w:rsidRDefault="00B519C6" w:rsidP="00E8790E">
            <w:r>
              <w:t>34</w:t>
            </w:r>
          </w:p>
        </w:tc>
      </w:tr>
      <w:tr w:rsidR="000A006F" w14:paraId="441D3B72" w14:textId="77777777" w:rsidTr="00E8790E">
        <w:tc>
          <w:tcPr>
            <w:tcW w:w="2160" w:type="dxa"/>
          </w:tcPr>
          <w:p w14:paraId="768ABBF0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4358D921" w14:textId="19023883" w:rsidR="000A006F" w:rsidRDefault="00B519C6" w:rsidP="00E8790E">
            <w:r>
              <w:t>3</w:t>
            </w:r>
          </w:p>
        </w:tc>
        <w:tc>
          <w:tcPr>
            <w:tcW w:w="2160" w:type="dxa"/>
          </w:tcPr>
          <w:p w14:paraId="428E930A" w14:textId="530619E1" w:rsidR="000A006F" w:rsidRDefault="00B519C6" w:rsidP="00E8790E">
            <w:r>
              <w:t>11</w:t>
            </w:r>
          </w:p>
        </w:tc>
        <w:tc>
          <w:tcPr>
            <w:tcW w:w="2160" w:type="dxa"/>
          </w:tcPr>
          <w:p w14:paraId="72ABCE7B" w14:textId="3B65125A" w:rsidR="000A006F" w:rsidRDefault="00B519C6" w:rsidP="00E8790E">
            <w:r>
              <w:t>14</w:t>
            </w:r>
          </w:p>
        </w:tc>
      </w:tr>
      <w:tr w:rsidR="000A006F" w14:paraId="44A4382F" w14:textId="77777777" w:rsidTr="00E8790E">
        <w:tc>
          <w:tcPr>
            <w:tcW w:w="2160" w:type="dxa"/>
          </w:tcPr>
          <w:p w14:paraId="307E5A82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7A62FBC0" w14:textId="0B8334CA" w:rsidR="000A006F" w:rsidRDefault="00B519C6" w:rsidP="00E8790E">
            <w:r>
              <w:t>34</w:t>
            </w:r>
          </w:p>
        </w:tc>
        <w:tc>
          <w:tcPr>
            <w:tcW w:w="2160" w:type="dxa"/>
          </w:tcPr>
          <w:p w14:paraId="4260DC60" w14:textId="0EB3ED94" w:rsidR="000A006F" w:rsidRDefault="00B519C6" w:rsidP="00E8790E">
            <w:r>
              <w:t>14</w:t>
            </w:r>
          </w:p>
        </w:tc>
        <w:tc>
          <w:tcPr>
            <w:tcW w:w="2160" w:type="dxa"/>
          </w:tcPr>
          <w:p w14:paraId="18F330CF" w14:textId="5A48D878" w:rsidR="000A006F" w:rsidRDefault="00B519C6" w:rsidP="00E8790E">
            <w:r>
              <w:t>48</w:t>
            </w:r>
          </w:p>
        </w:tc>
      </w:tr>
    </w:tbl>
    <w:p w14:paraId="6B0C4BBF" w14:textId="5B4230E0" w:rsidR="000A006F" w:rsidRDefault="000A006F" w:rsidP="000A006F">
      <w:r>
        <w:t>Observed agreement = 8</w:t>
      </w:r>
      <w:r w:rsidR="00B519C6">
        <w:t>8</w:t>
      </w:r>
      <w:r>
        <w:t xml:space="preserve"> %</w:t>
      </w:r>
    </w:p>
    <w:p w14:paraId="51C2D513" w14:textId="77777777" w:rsidR="000A006F" w:rsidRDefault="000A006F" w:rsidP="000A006F"/>
    <w:p w14:paraId="3A7508F4" w14:textId="1D7EA143" w:rsidR="000A006F" w:rsidRDefault="000A006F" w:rsidP="000A006F">
      <w:pPr>
        <w:pStyle w:val="Rubrik2"/>
      </w:pPr>
      <w:r>
        <w:t xml:space="preserve">Supplementary Table S1. Intrarater agreement for fenestration detection at upper </w:t>
      </w:r>
      <w:r w:rsidR="00DD67B1">
        <w:t>1</w:t>
      </w:r>
      <w:r>
        <w:t>3p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65DD2160" w14:textId="77777777" w:rsidTr="00E8790E">
        <w:tc>
          <w:tcPr>
            <w:tcW w:w="2160" w:type="dxa"/>
          </w:tcPr>
          <w:p w14:paraId="36E54452" w14:textId="77777777" w:rsidR="000A006F" w:rsidRDefault="000A006F" w:rsidP="00E8790E"/>
        </w:tc>
        <w:tc>
          <w:tcPr>
            <w:tcW w:w="2160" w:type="dxa"/>
          </w:tcPr>
          <w:p w14:paraId="147AC2CD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448FF11D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6121B9AE" w14:textId="77777777" w:rsidR="000A006F" w:rsidRDefault="000A006F" w:rsidP="00E8790E">
            <w:r>
              <w:t>Total</w:t>
            </w:r>
          </w:p>
        </w:tc>
      </w:tr>
      <w:tr w:rsidR="000A006F" w14:paraId="7653ACE1" w14:textId="77777777" w:rsidTr="00E8790E">
        <w:tc>
          <w:tcPr>
            <w:tcW w:w="2160" w:type="dxa"/>
          </w:tcPr>
          <w:p w14:paraId="6F563F8E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5AD12910" w14:textId="347210B0" w:rsidR="000A006F" w:rsidRDefault="00B519C6" w:rsidP="00E8790E">
            <w:r>
              <w:t>47</w:t>
            </w:r>
          </w:p>
        </w:tc>
        <w:tc>
          <w:tcPr>
            <w:tcW w:w="2160" w:type="dxa"/>
          </w:tcPr>
          <w:p w14:paraId="25213C08" w14:textId="16F6F240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0708C3FE" w14:textId="2C1E4374" w:rsidR="000A006F" w:rsidRDefault="00B519C6" w:rsidP="00E8790E">
            <w:r>
              <w:t>47</w:t>
            </w:r>
          </w:p>
        </w:tc>
      </w:tr>
      <w:tr w:rsidR="000A006F" w14:paraId="3104F069" w14:textId="77777777" w:rsidTr="00E8790E">
        <w:tc>
          <w:tcPr>
            <w:tcW w:w="2160" w:type="dxa"/>
          </w:tcPr>
          <w:p w14:paraId="031C2A21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6A88E729" w14:textId="6A12159C" w:rsidR="000A006F" w:rsidRDefault="00B519C6" w:rsidP="00E8790E">
            <w:r>
              <w:t>1</w:t>
            </w:r>
          </w:p>
        </w:tc>
        <w:tc>
          <w:tcPr>
            <w:tcW w:w="2160" w:type="dxa"/>
          </w:tcPr>
          <w:p w14:paraId="2119126D" w14:textId="52D3FC2E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59E493BF" w14:textId="297E49E1" w:rsidR="000A006F" w:rsidRDefault="00B519C6" w:rsidP="00E8790E">
            <w:r>
              <w:t>1</w:t>
            </w:r>
          </w:p>
        </w:tc>
      </w:tr>
      <w:tr w:rsidR="000A006F" w14:paraId="0B3E967F" w14:textId="77777777" w:rsidTr="00E8790E">
        <w:tc>
          <w:tcPr>
            <w:tcW w:w="2160" w:type="dxa"/>
          </w:tcPr>
          <w:p w14:paraId="2587C6CF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64E2C4CB" w14:textId="26C07591" w:rsidR="000A006F" w:rsidRDefault="00B519C6" w:rsidP="00E8790E">
            <w:r>
              <w:t>48</w:t>
            </w:r>
          </w:p>
        </w:tc>
        <w:tc>
          <w:tcPr>
            <w:tcW w:w="2160" w:type="dxa"/>
          </w:tcPr>
          <w:p w14:paraId="6AA49887" w14:textId="406B0688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477C6BC1" w14:textId="73442B61" w:rsidR="000A006F" w:rsidRDefault="00B519C6" w:rsidP="00E8790E">
            <w:r>
              <w:t>48</w:t>
            </w:r>
          </w:p>
        </w:tc>
      </w:tr>
    </w:tbl>
    <w:p w14:paraId="7B202F45" w14:textId="19411EA1" w:rsidR="000A006F" w:rsidRDefault="000A006F" w:rsidP="000A006F">
      <w:r>
        <w:t>Observed agreement = 98%</w:t>
      </w:r>
    </w:p>
    <w:p w14:paraId="1CC25F8E" w14:textId="19B3B049" w:rsidR="000A006F" w:rsidRDefault="000A006F" w:rsidP="000A006F">
      <w:pPr>
        <w:pStyle w:val="Rubrik2"/>
      </w:pPr>
      <w:r>
        <w:t xml:space="preserve">Supplementary Table S1. Intrarater agreement for fenestration detection at upper </w:t>
      </w:r>
      <w:r w:rsidR="00DD67B1">
        <w:t>1</w:t>
      </w:r>
      <w:r>
        <w:t>1b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122C8323" w14:textId="77777777" w:rsidTr="00E8790E">
        <w:tc>
          <w:tcPr>
            <w:tcW w:w="2160" w:type="dxa"/>
          </w:tcPr>
          <w:p w14:paraId="67D89D3B" w14:textId="77777777" w:rsidR="000A006F" w:rsidRDefault="000A006F" w:rsidP="00E8790E"/>
        </w:tc>
        <w:tc>
          <w:tcPr>
            <w:tcW w:w="2160" w:type="dxa"/>
          </w:tcPr>
          <w:p w14:paraId="7C14C7AE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443D69F4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03168658" w14:textId="77777777" w:rsidR="000A006F" w:rsidRDefault="000A006F" w:rsidP="00E8790E">
            <w:r>
              <w:t>Total</w:t>
            </w:r>
          </w:p>
        </w:tc>
      </w:tr>
      <w:tr w:rsidR="000A006F" w14:paraId="292296AA" w14:textId="77777777" w:rsidTr="00E8790E">
        <w:tc>
          <w:tcPr>
            <w:tcW w:w="2160" w:type="dxa"/>
          </w:tcPr>
          <w:p w14:paraId="50AF8CCA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79B8FF44" w14:textId="381F8AEC" w:rsidR="000A006F" w:rsidRDefault="00B519C6" w:rsidP="00E8790E">
            <w:r>
              <w:t>45</w:t>
            </w:r>
          </w:p>
        </w:tc>
        <w:tc>
          <w:tcPr>
            <w:tcW w:w="2160" w:type="dxa"/>
          </w:tcPr>
          <w:p w14:paraId="4925C465" w14:textId="2D214365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48EC37B9" w14:textId="1667F8A9" w:rsidR="000A006F" w:rsidRDefault="00B519C6" w:rsidP="00E8790E">
            <w:r>
              <w:t>45</w:t>
            </w:r>
          </w:p>
        </w:tc>
      </w:tr>
      <w:tr w:rsidR="000A006F" w14:paraId="70C2545A" w14:textId="77777777" w:rsidTr="00E8790E">
        <w:tc>
          <w:tcPr>
            <w:tcW w:w="2160" w:type="dxa"/>
          </w:tcPr>
          <w:p w14:paraId="2EFAC529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656A81B8" w14:textId="2DBB1787" w:rsidR="000A006F" w:rsidRDefault="00B519C6" w:rsidP="00E8790E">
            <w:r>
              <w:t>1</w:t>
            </w:r>
          </w:p>
        </w:tc>
        <w:tc>
          <w:tcPr>
            <w:tcW w:w="2160" w:type="dxa"/>
          </w:tcPr>
          <w:p w14:paraId="41FF6927" w14:textId="7D826F5B" w:rsidR="000A006F" w:rsidRDefault="00B519C6" w:rsidP="00E8790E">
            <w:r>
              <w:t>2</w:t>
            </w:r>
          </w:p>
        </w:tc>
        <w:tc>
          <w:tcPr>
            <w:tcW w:w="2160" w:type="dxa"/>
          </w:tcPr>
          <w:p w14:paraId="7E71D9ED" w14:textId="0FF6E3AF" w:rsidR="000A006F" w:rsidRDefault="00B519C6" w:rsidP="00E8790E">
            <w:r>
              <w:t>3</w:t>
            </w:r>
          </w:p>
        </w:tc>
      </w:tr>
      <w:tr w:rsidR="000A006F" w14:paraId="19C3150A" w14:textId="77777777" w:rsidTr="00E8790E">
        <w:tc>
          <w:tcPr>
            <w:tcW w:w="2160" w:type="dxa"/>
          </w:tcPr>
          <w:p w14:paraId="6A2AF941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0DA9167F" w14:textId="6954A977" w:rsidR="000A006F" w:rsidRDefault="00B519C6" w:rsidP="00E8790E">
            <w:r>
              <w:t>46</w:t>
            </w:r>
          </w:p>
        </w:tc>
        <w:tc>
          <w:tcPr>
            <w:tcW w:w="2160" w:type="dxa"/>
          </w:tcPr>
          <w:p w14:paraId="2AD0BE7C" w14:textId="6FF61A83" w:rsidR="000A006F" w:rsidRDefault="00B519C6" w:rsidP="00E8790E">
            <w:r>
              <w:t>2</w:t>
            </w:r>
          </w:p>
        </w:tc>
        <w:tc>
          <w:tcPr>
            <w:tcW w:w="2160" w:type="dxa"/>
          </w:tcPr>
          <w:p w14:paraId="2528654E" w14:textId="49F12B9A" w:rsidR="000A006F" w:rsidRDefault="00B519C6" w:rsidP="00E8790E">
            <w:r>
              <w:t>48</w:t>
            </w:r>
          </w:p>
        </w:tc>
      </w:tr>
    </w:tbl>
    <w:p w14:paraId="6C0AE0D8" w14:textId="297C2B4A" w:rsidR="000A006F" w:rsidRDefault="000A006F" w:rsidP="000A006F">
      <w:r>
        <w:t xml:space="preserve">Observed agreement = </w:t>
      </w:r>
      <w:proofErr w:type="gramStart"/>
      <w:r w:rsidR="00B519C6">
        <w:t>98</w:t>
      </w:r>
      <w:r>
        <w:t xml:space="preserve"> %</w:t>
      </w:r>
      <w:proofErr w:type="gramEnd"/>
    </w:p>
    <w:p w14:paraId="7860B1DB" w14:textId="77777777" w:rsidR="000A006F" w:rsidRDefault="000A006F" w:rsidP="000A006F"/>
    <w:p w14:paraId="30941446" w14:textId="21F6F221" w:rsidR="000A006F" w:rsidRDefault="000A006F" w:rsidP="000A006F">
      <w:pPr>
        <w:pStyle w:val="Rubrik2"/>
      </w:pPr>
      <w:r>
        <w:lastRenderedPageBreak/>
        <w:t xml:space="preserve">Supplementary Table S1. Intrarater agreement for fenestration detection at upper </w:t>
      </w:r>
      <w:r w:rsidR="00DD67B1">
        <w:t>1</w:t>
      </w:r>
      <w:r>
        <w:t>1p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7751E3FF" w14:textId="77777777" w:rsidTr="00E8790E">
        <w:tc>
          <w:tcPr>
            <w:tcW w:w="2160" w:type="dxa"/>
          </w:tcPr>
          <w:p w14:paraId="3BDA82B1" w14:textId="77777777" w:rsidR="000A006F" w:rsidRDefault="000A006F" w:rsidP="00E8790E"/>
        </w:tc>
        <w:tc>
          <w:tcPr>
            <w:tcW w:w="2160" w:type="dxa"/>
          </w:tcPr>
          <w:p w14:paraId="48D4A228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205DBAEA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46D86971" w14:textId="77777777" w:rsidR="000A006F" w:rsidRDefault="000A006F" w:rsidP="00E8790E">
            <w:r>
              <w:t>Total</w:t>
            </w:r>
          </w:p>
        </w:tc>
      </w:tr>
      <w:tr w:rsidR="000A006F" w14:paraId="45BEC1D7" w14:textId="77777777" w:rsidTr="00E8790E">
        <w:tc>
          <w:tcPr>
            <w:tcW w:w="2160" w:type="dxa"/>
          </w:tcPr>
          <w:p w14:paraId="1BA4A693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16970F7A" w14:textId="5033C65B" w:rsidR="000A006F" w:rsidRDefault="00B519C6" w:rsidP="00E8790E">
            <w:r>
              <w:t>46</w:t>
            </w:r>
          </w:p>
        </w:tc>
        <w:tc>
          <w:tcPr>
            <w:tcW w:w="2160" w:type="dxa"/>
          </w:tcPr>
          <w:p w14:paraId="3C396608" w14:textId="6D4D8259" w:rsidR="000A006F" w:rsidRDefault="00B519C6" w:rsidP="00E8790E">
            <w:r>
              <w:t>1</w:t>
            </w:r>
          </w:p>
        </w:tc>
        <w:tc>
          <w:tcPr>
            <w:tcW w:w="2160" w:type="dxa"/>
          </w:tcPr>
          <w:p w14:paraId="010C08EB" w14:textId="633AC14F" w:rsidR="000A006F" w:rsidRDefault="00B519C6" w:rsidP="00E8790E">
            <w:r>
              <w:t>47</w:t>
            </w:r>
          </w:p>
        </w:tc>
      </w:tr>
      <w:tr w:rsidR="000A006F" w14:paraId="40491F29" w14:textId="77777777" w:rsidTr="00E8790E">
        <w:tc>
          <w:tcPr>
            <w:tcW w:w="2160" w:type="dxa"/>
          </w:tcPr>
          <w:p w14:paraId="421F1DDD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3EC97489" w14:textId="6016F16D" w:rsidR="000A006F" w:rsidRDefault="00B519C6" w:rsidP="00E8790E">
            <w:r>
              <w:t>1</w:t>
            </w:r>
          </w:p>
        </w:tc>
        <w:tc>
          <w:tcPr>
            <w:tcW w:w="2160" w:type="dxa"/>
          </w:tcPr>
          <w:p w14:paraId="51889006" w14:textId="6B38DADB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7F0A115D" w14:textId="7F30F1D9" w:rsidR="000A006F" w:rsidRDefault="00B519C6" w:rsidP="00E8790E">
            <w:r>
              <w:t>1</w:t>
            </w:r>
          </w:p>
        </w:tc>
      </w:tr>
      <w:tr w:rsidR="000A006F" w14:paraId="36E12B84" w14:textId="77777777" w:rsidTr="00E8790E">
        <w:tc>
          <w:tcPr>
            <w:tcW w:w="2160" w:type="dxa"/>
          </w:tcPr>
          <w:p w14:paraId="503D43D5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59601759" w14:textId="0FD92E9A" w:rsidR="000A006F" w:rsidRDefault="00B519C6" w:rsidP="00E8790E">
            <w:r>
              <w:t>47</w:t>
            </w:r>
          </w:p>
        </w:tc>
        <w:tc>
          <w:tcPr>
            <w:tcW w:w="2160" w:type="dxa"/>
          </w:tcPr>
          <w:p w14:paraId="566C8A6C" w14:textId="19DD7E19" w:rsidR="000A006F" w:rsidRDefault="00B519C6" w:rsidP="00E8790E">
            <w:r>
              <w:t>1</w:t>
            </w:r>
          </w:p>
        </w:tc>
        <w:tc>
          <w:tcPr>
            <w:tcW w:w="2160" w:type="dxa"/>
          </w:tcPr>
          <w:p w14:paraId="1D0729F4" w14:textId="0CD79C30" w:rsidR="000A006F" w:rsidRDefault="00B519C6" w:rsidP="00E8790E">
            <w:r>
              <w:t>48</w:t>
            </w:r>
          </w:p>
        </w:tc>
      </w:tr>
    </w:tbl>
    <w:p w14:paraId="774F316E" w14:textId="6F2FE088" w:rsidR="000A006F" w:rsidRDefault="000A006F" w:rsidP="000A006F">
      <w:r>
        <w:t xml:space="preserve">Observed agreement = </w:t>
      </w:r>
      <w:r w:rsidR="00B519C6">
        <w:t>96</w:t>
      </w:r>
      <w:r>
        <w:t xml:space="preserve"> %</w:t>
      </w:r>
    </w:p>
    <w:p w14:paraId="342837EE" w14:textId="77777777" w:rsidR="000A006F" w:rsidRDefault="000A006F" w:rsidP="000A006F"/>
    <w:p w14:paraId="05F67FC1" w14:textId="38B38A22" w:rsidR="000A006F" w:rsidRDefault="000A006F" w:rsidP="000A006F">
      <w:pPr>
        <w:pStyle w:val="Rubrik2"/>
      </w:pPr>
      <w:r>
        <w:t xml:space="preserve">Supplementary Table S1. Intrarater agreement for fenestration detection at lower </w:t>
      </w:r>
      <w:r w:rsidR="00DD67B1">
        <w:t>3</w:t>
      </w:r>
      <w:r>
        <w:t>5b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2DC7ECBB" w14:textId="77777777" w:rsidTr="00E8790E">
        <w:tc>
          <w:tcPr>
            <w:tcW w:w="2160" w:type="dxa"/>
          </w:tcPr>
          <w:p w14:paraId="5C8FBDDE" w14:textId="77777777" w:rsidR="000A006F" w:rsidRDefault="000A006F" w:rsidP="00E8790E"/>
        </w:tc>
        <w:tc>
          <w:tcPr>
            <w:tcW w:w="2160" w:type="dxa"/>
          </w:tcPr>
          <w:p w14:paraId="1173D4AE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23B2C153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1BAF43C7" w14:textId="77777777" w:rsidR="000A006F" w:rsidRDefault="000A006F" w:rsidP="00E8790E">
            <w:r>
              <w:t>Total</w:t>
            </w:r>
          </w:p>
        </w:tc>
      </w:tr>
      <w:tr w:rsidR="000A006F" w14:paraId="557FAE74" w14:textId="77777777" w:rsidTr="00E8790E">
        <w:tc>
          <w:tcPr>
            <w:tcW w:w="2160" w:type="dxa"/>
          </w:tcPr>
          <w:p w14:paraId="69D187B1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264F6F43" w14:textId="2E84BC26" w:rsidR="000A006F" w:rsidRDefault="00B519C6" w:rsidP="00E8790E">
            <w:r>
              <w:t>45</w:t>
            </w:r>
          </w:p>
        </w:tc>
        <w:tc>
          <w:tcPr>
            <w:tcW w:w="2160" w:type="dxa"/>
          </w:tcPr>
          <w:p w14:paraId="506C2EA3" w14:textId="3532C92F" w:rsidR="000A006F" w:rsidRDefault="00B519C6" w:rsidP="00E8790E">
            <w:r>
              <w:t>3</w:t>
            </w:r>
          </w:p>
        </w:tc>
        <w:tc>
          <w:tcPr>
            <w:tcW w:w="2160" w:type="dxa"/>
          </w:tcPr>
          <w:p w14:paraId="61460020" w14:textId="1DF9D987" w:rsidR="000A006F" w:rsidRDefault="00B519C6" w:rsidP="00E8790E">
            <w:r>
              <w:t>48</w:t>
            </w:r>
          </w:p>
        </w:tc>
      </w:tr>
      <w:tr w:rsidR="000A006F" w14:paraId="5FDCE4F2" w14:textId="77777777" w:rsidTr="00E8790E">
        <w:tc>
          <w:tcPr>
            <w:tcW w:w="2160" w:type="dxa"/>
          </w:tcPr>
          <w:p w14:paraId="1E548863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2C00F530" w14:textId="151AE2B1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3BCB0742" w14:textId="6714498C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76E23A20" w14:textId="10566AC9" w:rsidR="000A006F" w:rsidRDefault="00B519C6" w:rsidP="00E8790E">
            <w:r>
              <w:t>0</w:t>
            </w:r>
          </w:p>
        </w:tc>
      </w:tr>
      <w:tr w:rsidR="000A006F" w14:paraId="5509851F" w14:textId="77777777" w:rsidTr="00E8790E">
        <w:tc>
          <w:tcPr>
            <w:tcW w:w="2160" w:type="dxa"/>
          </w:tcPr>
          <w:p w14:paraId="3847F38D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3B5747AF" w14:textId="55D853D1" w:rsidR="000A006F" w:rsidRDefault="00B519C6" w:rsidP="00E8790E">
            <w:r>
              <w:t>45</w:t>
            </w:r>
          </w:p>
        </w:tc>
        <w:tc>
          <w:tcPr>
            <w:tcW w:w="2160" w:type="dxa"/>
          </w:tcPr>
          <w:p w14:paraId="1E65C7CA" w14:textId="5E4B5C36" w:rsidR="000A006F" w:rsidRDefault="00B519C6" w:rsidP="00E8790E">
            <w:r>
              <w:t>3</w:t>
            </w:r>
          </w:p>
        </w:tc>
        <w:tc>
          <w:tcPr>
            <w:tcW w:w="2160" w:type="dxa"/>
          </w:tcPr>
          <w:p w14:paraId="41AE413C" w14:textId="60714253" w:rsidR="000A006F" w:rsidRDefault="00B519C6" w:rsidP="00E8790E">
            <w:r>
              <w:t>48</w:t>
            </w:r>
          </w:p>
        </w:tc>
      </w:tr>
    </w:tbl>
    <w:p w14:paraId="6944C66F" w14:textId="499D5E18" w:rsidR="000A006F" w:rsidRDefault="000A006F" w:rsidP="000A006F">
      <w:r>
        <w:t xml:space="preserve">Observed agreement = </w:t>
      </w:r>
      <w:r w:rsidR="00B519C6">
        <w:t>94</w:t>
      </w:r>
      <w:r>
        <w:t xml:space="preserve"> %</w:t>
      </w:r>
    </w:p>
    <w:p w14:paraId="0E7D77CE" w14:textId="77777777" w:rsidR="000A006F" w:rsidRDefault="000A006F" w:rsidP="000A006F"/>
    <w:p w14:paraId="7E69C764" w14:textId="5AC7117E" w:rsidR="000A006F" w:rsidRDefault="000A006F" w:rsidP="000A006F">
      <w:pPr>
        <w:pStyle w:val="Rubrik2"/>
      </w:pPr>
      <w:r>
        <w:t xml:space="preserve">Supplementary Table S1. Intrarater agreement for fenestration detection at lower </w:t>
      </w:r>
      <w:r w:rsidR="00DD67B1">
        <w:t>3</w:t>
      </w:r>
      <w:r>
        <w:t>5l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203372BD" w14:textId="77777777" w:rsidTr="00E8790E">
        <w:tc>
          <w:tcPr>
            <w:tcW w:w="2160" w:type="dxa"/>
          </w:tcPr>
          <w:p w14:paraId="3B1331F4" w14:textId="77777777" w:rsidR="000A006F" w:rsidRDefault="000A006F" w:rsidP="00E8790E"/>
        </w:tc>
        <w:tc>
          <w:tcPr>
            <w:tcW w:w="2160" w:type="dxa"/>
          </w:tcPr>
          <w:p w14:paraId="6A702366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6B0ADE03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1AF410C1" w14:textId="77777777" w:rsidR="000A006F" w:rsidRDefault="000A006F" w:rsidP="00E8790E">
            <w:r>
              <w:t>Total</w:t>
            </w:r>
          </w:p>
        </w:tc>
      </w:tr>
      <w:tr w:rsidR="000A006F" w14:paraId="719C8BC2" w14:textId="77777777" w:rsidTr="00E8790E">
        <w:tc>
          <w:tcPr>
            <w:tcW w:w="2160" w:type="dxa"/>
          </w:tcPr>
          <w:p w14:paraId="70C58018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63D004D7" w14:textId="7B8CB3AE" w:rsidR="000A006F" w:rsidRDefault="00B519C6" w:rsidP="00E8790E">
            <w:r>
              <w:t>48</w:t>
            </w:r>
          </w:p>
        </w:tc>
        <w:tc>
          <w:tcPr>
            <w:tcW w:w="2160" w:type="dxa"/>
          </w:tcPr>
          <w:p w14:paraId="3E568A24" w14:textId="5FD625E0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18FE5F59" w14:textId="559AD55F" w:rsidR="000A006F" w:rsidRDefault="00B519C6" w:rsidP="00E8790E">
            <w:r>
              <w:t>48</w:t>
            </w:r>
          </w:p>
        </w:tc>
      </w:tr>
      <w:tr w:rsidR="000A006F" w14:paraId="50CCAC07" w14:textId="77777777" w:rsidTr="00E8790E">
        <w:tc>
          <w:tcPr>
            <w:tcW w:w="2160" w:type="dxa"/>
          </w:tcPr>
          <w:p w14:paraId="1DAA74AF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2F4B23EF" w14:textId="2FF87EB2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70AE50CD" w14:textId="6B213CB1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6A5EC587" w14:textId="75223DD2" w:rsidR="000A006F" w:rsidRDefault="00B519C6" w:rsidP="00E8790E">
            <w:r>
              <w:t>0</w:t>
            </w:r>
          </w:p>
        </w:tc>
      </w:tr>
      <w:tr w:rsidR="000A006F" w14:paraId="4700ED8F" w14:textId="77777777" w:rsidTr="00E8790E">
        <w:tc>
          <w:tcPr>
            <w:tcW w:w="2160" w:type="dxa"/>
          </w:tcPr>
          <w:p w14:paraId="56F0562B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5D26905A" w14:textId="54084748" w:rsidR="000A006F" w:rsidRDefault="00B519C6" w:rsidP="00E8790E">
            <w:r>
              <w:t>48</w:t>
            </w:r>
          </w:p>
        </w:tc>
        <w:tc>
          <w:tcPr>
            <w:tcW w:w="2160" w:type="dxa"/>
          </w:tcPr>
          <w:p w14:paraId="2B7CB9A5" w14:textId="5CA371EB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6AEAA676" w14:textId="531417D3" w:rsidR="000A006F" w:rsidRDefault="00B519C6" w:rsidP="00E8790E">
            <w:r>
              <w:t>48</w:t>
            </w:r>
          </w:p>
        </w:tc>
      </w:tr>
    </w:tbl>
    <w:p w14:paraId="09A667FC" w14:textId="77777777" w:rsidR="000A006F" w:rsidRDefault="000A006F" w:rsidP="000A006F">
      <w:r>
        <w:t>Observed agreement = 100 %</w:t>
      </w:r>
    </w:p>
    <w:p w14:paraId="4FEFEAA4" w14:textId="37560B36" w:rsidR="000A006F" w:rsidRDefault="000A006F" w:rsidP="000A006F">
      <w:pPr>
        <w:pStyle w:val="Rubrik2"/>
      </w:pPr>
      <w:r>
        <w:t>Supplementary Table S1. Intrarater agreement for fenestration detection at lower 3</w:t>
      </w:r>
      <w:r w:rsidR="00B519C6">
        <w:t>1</w:t>
      </w:r>
      <w:r>
        <w:t>b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34738AAC" w14:textId="77777777" w:rsidTr="00E8790E">
        <w:tc>
          <w:tcPr>
            <w:tcW w:w="2160" w:type="dxa"/>
          </w:tcPr>
          <w:p w14:paraId="420962FB" w14:textId="77777777" w:rsidR="000A006F" w:rsidRDefault="000A006F" w:rsidP="00E8790E"/>
        </w:tc>
        <w:tc>
          <w:tcPr>
            <w:tcW w:w="2160" w:type="dxa"/>
          </w:tcPr>
          <w:p w14:paraId="7D270302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5CAB5D09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351CFF1B" w14:textId="77777777" w:rsidR="000A006F" w:rsidRDefault="000A006F" w:rsidP="00E8790E">
            <w:r>
              <w:t>Total</w:t>
            </w:r>
          </w:p>
        </w:tc>
      </w:tr>
      <w:tr w:rsidR="000A006F" w14:paraId="6E486D28" w14:textId="77777777" w:rsidTr="00E8790E">
        <w:tc>
          <w:tcPr>
            <w:tcW w:w="2160" w:type="dxa"/>
          </w:tcPr>
          <w:p w14:paraId="4F9BB67C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23B49042" w14:textId="4D4B5546" w:rsidR="000A006F" w:rsidRDefault="00B519C6" w:rsidP="00E8790E">
            <w:r>
              <w:t>34</w:t>
            </w:r>
          </w:p>
        </w:tc>
        <w:tc>
          <w:tcPr>
            <w:tcW w:w="2160" w:type="dxa"/>
          </w:tcPr>
          <w:p w14:paraId="610F0C51" w14:textId="5E132C6E" w:rsidR="000A006F" w:rsidRDefault="00B519C6" w:rsidP="00E8790E">
            <w:r>
              <w:t>2</w:t>
            </w:r>
          </w:p>
        </w:tc>
        <w:tc>
          <w:tcPr>
            <w:tcW w:w="2160" w:type="dxa"/>
          </w:tcPr>
          <w:p w14:paraId="19585F30" w14:textId="287C5154" w:rsidR="000A006F" w:rsidRDefault="00B519C6" w:rsidP="00E8790E">
            <w:r>
              <w:t>36</w:t>
            </w:r>
          </w:p>
        </w:tc>
      </w:tr>
      <w:tr w:rsidR="000A006F" w14:paraId="67FCB5FA" w14:textId="77777777" w:rsidTr="00E8790E">
        <w:tc>
          <w:tcPr>
            <w:tcW w:w="2160" w:type="dxa"/>
          </w:tcPr>
          <w:p w14:paraId="6B9084A0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223CD9F3" w14:textId="4448BCE9" w:rsidR="000A006F" w:rsidRDefault="00B519C6" w:rsidP="00E8790E">
            <w:r>
              <w:t>1</w:t>
            </w:r>
          </w:p>
        </w:tc>
        <w:tc>
          <w:tcPr>
            <w:tcW w:w="2160" w:type="dxa"/>
          </w:tcPr>
          <w:p w14:paraId="13820171" w14:textId="27426DAB" w:rsidR="000A006F" w:rsidRDefault="00B519C6" w:rsidP="00E8790E">
            <w:r>
              <w:t>11</w:t>
            </w:r>
          </w:p>
        </w:tc>
        <w:tc>
          <w:tcPr>
            <w:tcW w:w="2160" w:type="dxa"/>
          </w:tcPr>
          <w:p w14:paraId="7D7E0E6F" w14:textId="5BB45C37" w:rsidR="000A006F" w:rsidRDefault="00B519C6" w:rsidP="00E8790E">
            <w:r>
              <w:t>12</w:t>
            </w:r>
          </w:p>
        </w:tc>
      </w:tr>
      <w:tr w:rsidR="000A006F" w14:paraId="55A3E289" w14:textId="77777777" w:rsidTr="00E8790E">
        <w:tc>
          <w:tcPr>
            <w:tcW w:w="2160" w:type="dxa"/>
          </w:tcPr>
          <w:p w14:paraId="64DE292F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39DEE975" w14:textId="60F89340" w:rsidR="000A006F" w:rsidRDefault="00B519C6" w:rsidP="00E8790E">
            <w:r>
              <w:t>35</w:t>
            </w:r>
          </w:p>
        </w:tc>
        <w:tc>
          <w:tcPr>
            <w:tcW w:w="2160" w:type="dxa"/>
          </w:tcPr>
          <w:p w14:paraId="37AF113C" w14:textId="1F251433" w:rsidR="000A006F" w:rsidRDefault="00B519C6" w:rsidP="00E8790E">
            <w:r>
              <w:t>13</w:t>
            </w:r>
          </w:p>
        </w:tc>
        <w:tc>
          <w:tcPr>
            <w:tcW w:w="2160" w:type="dxa"/>
          </w:tcPr>
          <w:p w14:paraId="5234FB92" w14:textId="35D1EA81" w:rsidR="000A006F" w:rsidRDefault="00B519C6" w:rsidP="00E8790E">
            <w:r>
              <w:t>48</w:t>
            </w:r>
          </w:p>
        </w:tc>
      </w:tr>
    </w:tbl>
    <w:p w14:paraId="0B367B16" w14:textId="5C660C9B" w:rsidR="000A006F" w:rsidRDefault="000A006F" w:rsidP="000A006F">
      <w:r>
        <w:t xml:space="preserve">Observed agreement = </w:t>
      </w:r>
      <w:r w:rsidR="00B519C6">
        <w:t>94</w:t>
      </w:r>
      <w:r>
        <w:t xml:space="preserve"> %</w:t>
      </w:r>
    </w:p>
    <w:p w14:paraId="441CC240" w14:textId="77777777" w:rsidR="000A006F" w:rsidRDefault="000A006F" w:rsidP="000A006F"/>
    <w:p w14:paraId="1E54E120" w14:textId="1D789E1A" w:rsidR="000A006F" w:rsidRDefault="000A006F" w:rsidP="000A006F">
      <w:pPr>
        <w:pStyle w:val="Rubrik2"/>
      </w:pPr>
      <w:r>
        <w:t>Supplementary Table S1. Intrarater agreement for fenestration detection at lower 3</w:t>
      </w:r>
      <w:r w:rsidR="00B519C6">
        <w:t>1</w:t>
      </w:r>
      <w:r>
        <w:t>l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521FBABD" w14:textId="77777777" w:rsidTr="00E8790E">
        <w:tc>
          <w:tcPr>
            <w:tcW w:w="2160" w:type="dxa"/>
          </w:tcPr>
          <w:p w14:paraId="394D543A" w14:textId="77777777" w:rsidR="000A006F" w:rsidRDefault="000A006F" w:rsidP="00E8790E"/>
        </w:tc>
        <w:tc>
          <w:tcPr>
            <w:tcW w:w="2160" w:type="dxa"/>
          </w:tcPr>
          <w:p w14:paraId="66A51979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66CF2014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330E9966" w14:textId="77777777" w:rsidR="000A006F" w:rsidRDefault="000A006F" w:rsidP="00E8790E">
            <w:r>
              <w:t>Total</w:t>
            </w:r>
          </w:p>
        </w:tc>
      </w:tr>
      <w:tr w:rsidR="000A006F" w14:paraId="11994E75" w14:textId="77777777" w:rsidTr="00E8790E">
        <w:tc>
          <w:tcPr>
            <w:tcW w:w="2160" w:type="dxa"/>
          </w:tcPr>
          <w:p w14:paraId="264BD8F3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46CEB885" w14:textId="3B72C0A0" w:rsidR="000A006F" w:rsidRDefault="00B519C6" w:rsidP="00DD67B1">
            <w:pPr>
              <w:tabs>
                <w:tab w:val="center" w:pos="972"/>
              </w:tabs>
            </w:pPr>
            <w:r>
              <w:t>4</w:t>
            </w:r>
            <w:r w:rsidR="00DD67B1">
              <w:t>7</w:t>
            </w:r>
          </w:p>
        </w:tc>
        <w:tc>
          <w:tcPr>
            <w:tcW w:w="2160" w:type="dxa"/>
          </w:tcPr>
          <w:p w14:paraId="0389A2C8" w14:textId="622CB098" w:rsidR="000A006F" w:rsidRDefault="00B519C6" w:rsidP="00E8790E">
            <w:r>
              <w:t>0</w:t>
            </w:r>
          </w:p>
        </w:tc>
        <w:tc>
          <w:tcPr>
            <w:tcW w:w="2160" w:type="dxa"/>
          </w:tcPr>
          <w:p w14:paraId="52368BAD" w14:textId="4A921865" w:rsidR="000A006F" w:rsidRDefault="00B519C6" w:rsidP="00E8790E">
            <w:r>
              <w:t>4</w:t>
            </w:r>
            <w:r w:rsidR="00DD67B1">
              <w:t>7</w:t>
            </w:r>
          </w:p>
        </w:tc>
      </w:tr>
      <w:tr w:rsidR="000A006F" w14:paraId="5BCB4CFF" w14:textId="77777777" w:rsidTr="00E8790E">
        <w:tc>
          <w:tcPr>
            <w:tcW w:w="2160" w:type="dxa"/>
          </w:tcPr>
          <w:p w14:paraId="4163937A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241D9945" w14:textId="104AC41C" w:rsidR="000A006F" w:rsidRDefault="00DD67B1" w:rsidP="00E8790E">
            <w:r>
              <w:t>0</w:t>
            </w:r>
          </w:p>
        </w:tc>
        <w:tc>
          <w:tcPr>
            <w:tcW w:w="2160" w:type="dxa"/>
          </w:tcPr>
          <w:p w14:paraId="1E8DBFC4" w14:textId="275616CD" w:rsidR="000A006F" w:rsidRDefault="00B519C6" w:rsidP="00E8790E">
            <w:r>
              <w:t>1</w:t>
            </w:r>
          </w:p>
        </w:tc>
        <w:tc>
          <w:tcPr>
            <w:tcW w:w="2160" w:type="dxa"/>
          </w:tcPr>
          <w:p w14:paraId="3F02718F" w14:textId="2B7DE92D" w:rsidR="000A006F" w:rsidRDefault="00DD67B1" w:rsidP="00E8790E">
            <w:r>
              <w:t>1</w:t>
            </w:r>
          </w:p>
        </w:tc>
      </w:tr>
      <w:tr w:rsidR="000A006F" w14:paraId="2C9E9DD2" w14:textId="77777777" w:rsidTr="00E8790E">
        <w:tc>
          <w:tcPr>
            <w:tcW w:w="2160" w:type="dxa"/>
          </w:tcPr>
          <w:p w14:paraId="2155A882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6E2E3CD8" w14:textId="6D3D2A46" w:rsidR="000A006F" w:rsidRDefault="00B519C6" w:rsidP="00E8790E">
            <w:r>
              <w:t>4</w:t>
            </w:r>
            <w:r w:rsidR="00DD67B1">
              <w:t>7</w:t>
            </w:r>
          </w:p>
        </w:tc>
        <w:tc>
          <w:tcPr>
            <w:tcW w:w="2160" w:type="dxa"/>
          </w:tcPr>
          <w:p w14:paraId="7EE11E74" w14:textId="2E8C0655" w:rsidR="000A006F" w:rsidRDefault="00DD67B1" w:rsidP="00E8790E">
            <w:r>
              <w:t>1</w:t>
            </w:r>
          </w:p>
        </w:tc>
        <w:tc>
          <w:tcPr>
            <w:tcW w:w="2160" w:type="dxa"/>
          </w:tcPr>
          <w:p w14:paraId="1D5A4F3D" w14:textId="5774380C" w:rsidR="000A006F" w:rsidRDefault="00B519C6" w:rsidP="00E8790E">
            <w:r>
              <w:t>48</w:t>
            </w:r>
          </w:p>
        </w:tc>
      </w:tr>
    </w:tbl>
    <w:p w14:paraId="5C193FC7" w14:textId="4B5AD3F3" w:rsidR="000A006F" w:rsidRDefault="000A006F" w:rsidP="000A006F">
      <w:r>
        <w:t xml:space="preserve">Observed agreement = </w:t>
      </w:r>
      <w:r w:rsidR="00DD67B1">
        <w:t>100%</w:t>
      </w:r>
    </w:p>
    <w:p w14:paraId="4FB0A1DD" w14:textId="6D6E39FD" w:rsidR="000A006F" w:rsidRDefault="000A006F" w:rsidP="000A006F">
      <w:pPr>
        <w:pStyle w:val="Rubrik2"/>
      </w:pPr>
      <w:r>
        <w:lastRenderedPageBreak/>
        <w:t xml:space="preserve">Supplementary Table S1. Intrarater agreement for fenestration detection at lower </w:t>
      </w:r>
      <w:r w:rsidR="00DD67B1">
        <w:t>3</w:t>
      </w:r>
      <w:r>
        <w:t>1b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6BE6C617" w14:textId="77777777" w:rsidTr="00E8790E">
        <w:tc>
          <w:tcPr>
            <w:tcW w:w="2160" w:type="dxa"/>
          </w:tcPr>
          <w:p w14:paraId="463E7CB1" w14:textId="77777777" w:rsidR="000A006F" w:rsidRDefault="000A006F" w:rsidP="00E8790E"/>
        </w:tc>
        <w:tc>
          <w:tcPr>
            <w:tcW w:w="2160" w:type="dxa"/>
          </w:tcPr>
          <w:p w14:paraId="6642713C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1DFEE9F5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576229B4" w14:textId="77777777" w:rsidR="000A006F" w:rsidRDefault="000A006F" w:rsidP="00E8790E">
            <w:r>
              <w:t>Total</w:t>
            </w:r>
          </w:p>
        </w:tc>
      </w:tr>
      <w:tr w:rsidR="000A006F" w14:paraId="398C8185" w14:textId="77777777" w:rsidTr="00E8790E">
        <w:tc>
          <w:tcPr>
            <w:tcW w:w="2160" w:type="dxa"/>
          </w:tcPr>
          <w:p w14:paraId="0F4A492F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2FE6480C" w14:textId="5B5C7EFD" w:rsidR="000A006F" w:rsidRDefault="00DD67B1" w:rsidP="00E8790E">
            <w:r>
              <w:t>46</w:t>
            </w:r>
          </w:p>
        </w:tc>
        <w:tc>
          <w:tcPr>
            <w:tcW w:w="2160" w:type="dxa"/>
          </w:tcPr>
          <w:p w14:paraId="3066C223" w14:textId="06808DA6" w:rsidR="000A006F" w:rsidRDefault="00DD67B1" w:rsidP="00E8790E">
            <w:r>
              <w:t>1</w:t>
            </w:r>
          </w:p>
        </w:tc>
        <w:tc>
          <w:tcPr>
            <w:tcW w:w="2160" w:type="dxa"/>
          </w:tcPr>
          <w:p w14:paraId="71328105" w14:textId="4300F6F0" w:rsidR="000A006F" w:rsidRDefault="00DD67B1" w:rsidP="00E8790E">
            <w:r>
              <w:t>47</w:t>
            </w:r>
          </w:p>
        </w:tc>
      </w:tr>
      <w:tr w:rsidR="000A006F" w14:paraId="1BA7F3D8" w14:textId="77777777" w:rsidTr="00E8790E">
        <w:tc>
          <w:tcPr>
            <w:tcW w:w="2160" w:type="dxa"/>
          </w:tcPr>
          <w:p w14:paraId="5E51A9F3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7DF1B8EC" w14:textId="170E36E6" w:rsidR="000A006F" w:rsidRDefault="00DD67B1" w:rsidP="00E8790E">
            <w:r>
              <w:t>0</w:t>
            </w:r>
          </w:p>
        </w:tc>
        <w:tc>
          <w:tcPr>
            <w:tcW w:w="2160" w:type="dxa"/>
          </w:tcPr>
          <w:p w14:paraId="3D503A48" w14:textId="175CC3A3" w:rsidR="000A006F" w:rsidRDefault="00DD67B1" w:rsidP="00E8790E">
            <w:r>
              <w:t>1</w:t>
            </w:r>
          </w:p>
        </w:tc>
        <w:tc>
          <w:tcPr>
            <w:tcW w:w="2160" w:type="dxa"/>
          </w:tcPr>
          <w:p w14:paraId="49D8C26F" w14:textId="5CCA12E3" w:rsidR="000A006F" w:rsidRDefault="00DD67B1" w:rsidP="00E8790E">
            <w:r>
              <w:t>1</w:t>
            </w:r>
          </w:p>
        </w:tc>
      </w:tr>
      <w:tr w:rsidR="000A006F" w14:paraId="06CB97CB" w14:textId="77777777" w:rsidTr="00E8790E">
        <w:tc>
          <w:tcPr>
            <w:tcW w:w="2160" w:type="dxa"/>
          </w:tcPr>
          <w:p w14:paraId="15425EF1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2E41033E" w14:textId="6C2CDA28" w:rsidR="000A006F" w:rsidRDefault="00DD67B1" w:rsidP="00E8790E">
            <w:r>
              <w:t>46</w:t>
            </w:r>
          </w:p>
        </w:tc>
        <w:tc>
          <w:tcPr>
            <w:tcW w:w="2160" w:type="dxa"/>
          </w:tcPr>
          <w:p w14:paraId="0F262423" w14:textId="0FBA13AA" w:rsidR="000A006F" w:rsidRDefault="00DD67B1" w:rsidP="00E8790E">
            <w:r>
              <w:t>2</w:t>
            </w:r>
          </w:p>
        </w:tc>
        <w:tc>
          <w:tcPr>
            <w:tcW w:w="2160" w:type="dxa"/>
          </w:tcPr>
          <w:p w14:paraId="4545188C" w14:textId="0A8DFEC8" w:rsidR="000A006F" w:rsidRDefault="00DD67B1" w:rsidP="00E8790E">
            <w:r>
              <w:t>48</w:t>
            </w:r>
          </w:p>
        </w:tc>
      </w:tr>
    </w:tbl>
    <w:p w14:paraId="4B8AED8F" w14:textId="6DFD60F4" w:rsidR="000A006F" w:rsidRDefault="000A006F" w:rsidP="000A006F">
      <w:r>
        <w:t xml:space="preserve">Observed agreement = </w:t>
      </w:r>
      <w:proofErr w:type="gramStart"/>
      <w:r>
        <w:t>9</w:t>
      </w:r>
      <w:r w:rsidR="00DD67B1">
        <w:t>8</w:t>
      </w:r>
      <w:r>
        <w:t xml:space="preserve"> %</w:t>
      </w:r>
      <w:proofErr w:type="gramEnd"/>
    </w:p>
    <w:p w14:paraId="2BC8643D" w14:textId="77777777" w:rsidR="000A006F" w:rsidRDefault="000A006F" w:rsidP="000A006F"/>
    <w:p w14:paraId="41BA311B" w14:textId="6E4BCFC2" w:rsidR="000A006F" w:rsidRDefault="000A006F" w:rsidP="000A006F">
      <w:pPr>
        <w:pStyle w:val="Rubrik2"/>
      </w:pPr>
      <w:r>
        <w:t xml:space="preserve">Supplementary Table S1. Intrarater agreement for fenestration detection at lower </w:t>
      </w:r>
      <w:r w:rsidR="00DD67B1">
        <w:t>3</w:t>
      </w:r>
      <w:r>
        <w:t>1l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1FB52314" w14:textId="77777777" w:rsidTr="00E8790E">
        <w:tc>
          <w:tcPr>
            <w:tcW w:w="2160" w:type="dxa"/>
          </w:tcPr>
          <w:p w14:paraId="1EFAB473" w14:textId="77777777" w:rsidR="000A006F" w:rsidRDefault="000A006F" w:rsidP="00E8790E"/>
        </w:tc>
        <w:tc>
          <w:tcPr>
            <w:tcW w:w="2160" w:type="dxa"/>
          </w:tcPr>
          <w:p w14:paraId="12E958E0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1D034C97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229DEDB6" w14:textId="77777777" w:rsidR="000A006F" w:rsidRDefault="000A006F" w:rsidP="00E8790E">
            <w:r>
              <w:t>Total</w:t>
            </w:r>
          </w:p>
        </w:tc>
      </w:tr>
      <w:tr w:rsidR="000A006F" w14:paraId="28496777" w14:textId="77777777" w:rsidTr="00E8790E">
        <w:tc>
          <w:tcPr>
            <w:tcW w:w="2160" w:type="dxa"/>
          </w:tcPr>
          <w:p w14:paraId="030F8671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05A55E2B" w14:textId="61D23210" w:rsidR="000A006F" w:rsidRDefault="00DD67B1" w:rsidP="00E8790E">
            <w:r>
              <w:t>46</w:t>
            </w:r>
          </w:p>
        </w:tc>
        <w:tc>
          <w:tcPr>
            <w:tcW w:w="2160" w:type="dxa"/>
          </w:tcPr>
          <w:p w14:paraId="341A452E" w14:textId="57D7696D" w:rsidR="000A006F" w:rsidRDefault="00DD67B1" w:rsidP="00E8790E">
            <w:r>
              <w:t>0</w:t>
            </w:r>
          </w:p>
        </w:tc>
        <w:tc>
          <w:tcPr>
            <w:tcW w:w="2160" w:type="dxa"/>
          </w:tcPr>
          <w:p w14:paraId="6EDCD0F6" w14:textId="22BC8E53" w:rsidR="000A006F" w:rsidRDefault="00DD67B1" w:rsidP="00E8790E">
            <w:r>
              <w:t>46</w:t>
            </w:r>
          </w:p>
        </w:tc>
      </w:tr>
      <w:tr w:rsidR="000A006F" w14:paraId="17CBBBFB" w14:textId="77777777" w:rsidTr="00E8790E">
        <w:tc>
          <w:tcPr>
            <w:tcW w:w="2160" w:type="dxa"/>
          </w:tcPr>
          <w:p w14:paraId="2313064A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2BE5185B" w14:textId="36ACD368" w:rsidR="000A006F" w:rsidRDefault="00DD67B1" w:rsidP="00E8790E">
            <w:r>
              <w:t>1</w:t>
            </w:r>
          </w:p>
        </w:tc>
        <w:tc>
          <w:tcPr>
            <w:tcW w:w="2160" w:type="dxa"/>
          </w:tcPr>
          <w:p w14:paraId="0EE41BE0" w14:textId="1F36FAAD" w:rsidR="000A006F" w:rsidRDefault="00DD67B1" w:rsidP="00E8790E">
            <w:r>
              <w:t>1</w:t>
            </w:r>
          </w:p>
        </w:tc>
        <w:tc>
          <w:tcPr>
            <w:tcW w:w="2160" w:type="dxa"/>
          </w:tcPr>
          <w:p w14:paraId="600E186B" w14:textId="1B3B73AD" w:rsidR="000A006F" w:rsidRDefault="00DD67B1" w:rsidP="00E8790E">
            <w:r>
              <w:t>2</w:t>
            </w:r>
          </w:p>
        </w:tc>
      </w:tr>
      <w:tr w:rsidR="000A006F" w14:paraId="47CE4BD9" w14:textId="77777777" w:rsidTr="00E8790E">
        <w:tc>
          <w:tcPr>
            <w:tcW w:w="2160" w:type="dxa"/>
          </w:tcPr>
          <w:p w14:paraId="7DF7505D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13D30B3B" w14:textId="46C90913" w:rsidR="000A006F" w:rsidRDefault="00DD67B1" w:rsidP="00E8790E">
            <w:r>
              <w:t>47</w:t>
            </w:r>
          </w:p>
        </w:tc>
        <w:tc>
          <w:tcPr>
            <w:tcW w:w="2160" w:type="dxa"/>
          </w:tcPr>
          <w:p w14:paraId="22628B43" w14:textId="296DF2DF" w:rsidR="000A006F" w:rsidRDefault="00DD67B1" w:rsidP="00E8790E">
            <w:r>
              <w:t>1</w:t>
            </w:r>
          </w:p>
        </w:tc>
        <w:tc>
          <w:tcPr>
            <w:tcW w:w="2160" w:type="dxa"/>
          </w:tcPr>
          <w:p w14:paraId="39853EFD" w14:textId="19F4742A" w:rsidR="000A006F" w:rsidRDefault="00DD67B1" w:rsidP="00E8790E">
            <w:r>
              <w:t>48</w:t>
            </w:r>
          </w:p>
        </w:tc>
      </w:tr>
    </w:tbl>
    <w:p w14:paraId="504098CD" w14:textId="3946DAFC" w:rsidR="000A006F" w:rsidRDefault="000A006F" w:rsidP="000A006F">
      <w:r>
        <w:t xml:space="preserve">Observed agreement = </w:t>
      </w:r>
      <w:proofErr w:type="gramStart"/>
      <w:r w:rsidR="00DD67B1">
        <w:t>98</w:t>
      </w:r>
      <w:r>
        <w:t xml:space="preserve"> %</w:t>
      </w:r>
      <w:proofErr w:type="gramEnd"/>
    </w:p>
    <w:p w14:paraId="5932C990" w14:textId="77777777" w:rsidR="000A006F" w:rsidRDefault="000A006F" w:rsidP="000A006F"/>
    <w:p w14:paraId="0C6B7208" w14:textId="77777777" w:rsidR="000A006F" w:rsidRDefault="000A006F" w:rsidP="000A006F"/>
    <w:p w14:paraId="110252C8" w14:textId="77777777" w:rsidR="000A006F" w:rsidRDefault="000A006F" w:rsidP="000A006F"/>
    <w:p w14:paraId="212E8D23" w14:textId="77777777" w:rsidR="000A006F" w:rsidRDefault="000A006F" w:rsidP="000A006F"/>
    <w:p w14:paraId="11E94053" w14:textId="77777777" w:rsidR="000A006F" w:rsidRDefault="000A006F" w:rsidP="000A006F"/>
    <w:p w14:paraId="3C556401" w14:textId="77777777" w:rsidR="000A006F" w:rsidRDefault="000A006F" w:rsidP="000A006F"/>
    <w:p w14:paraId="32EA4884" w14:textId="77777777" w:rsidR="000A006F" w:rsidRDefault="000A006F" w:rsidP="000A006F"/>
    <w:p w14:paraId="60ECB4BC" w14:textId="77777777" w:rsidR="000A006F" w:rsidRDefault="000A006F" w:rsidP="000A006F"/>
    <w:p w14:paraId="73DE86C1" w14:textId="77777777" w:rsidR="000A006F" w:rsidRDefault="000A006F" w:rsidP="000A006F"/>
    <w:p w14:paraId="3AE4A0FC" w14:textId="77777777" w:rsidR="000A006F" w:rsidRDefault="000A006F" w:rsidP="000A006F"/>
    <w:p w14:paraId="37A0326D" w14:textId="77777777" w:rsidR="000A006F" w:rsidRDefault="000A006F" w:rsidP="000A006F"/>
    <w:p w14:paraId="07C2221E" w14:textId="77777777" w:rsidR="000A006F" w:rsidRDefault="000A006F" w:rsidP="000A006F"/>
    <w:p w14:paraId="43CC0D63" w14:textId="77777777" w:rsidR="000A006F" w:rsidRDefault="000A006F" w:rsidP="000A006F"/>
    <w:p w14:paraId="23B01C43" w14:textId="77777777" w:rsidR="000A006F" w:rsidRDefault="000A006F" w:rsidP="000A006F"/>
    <w:p w14:paraId="7000BB96" w14:textId="77777777" w:rsidR="000A006F" w:rsidRDefault="000A006F" w:rsidP="000A006F"/>
    <w:p w14:paraId="672953BD" w14:textId="50F8ECEC" w:rsidR="000A006F" w:rsidRDefault="000A006F" w:rsidP="000A006F">
      <w:pPr>
        <w:pStyle w:val="Rubrik1"/>
      </w:pPr>
      <w:r>
        <w:lastRenderedPageBreak/>
        <w:t>Interrater agreement results at T1</w:t>
      </w:r>
    </w:p>
    <w:p w14:paraId="377E6961" w14:textId="77777777" w:rsidR="000A006F" w:rsidRDefault="000A006F" w:rsidP="000A006F"/>
    <w:p w14:paraId="079D816A" w14:textId="691B3B29" w:rsidR="000A006F" w:rsidRDefault="000A006F" w:rsidP="000A006F">
      <w:pPr>
        <w:pStyle w:val="Rubrik2"/>
      </w:pPr>
      <w:r>
        <w:t xml:space="preserve">Supplementary Table S1. Interrater agreement for fenestration detection at upper </w:t>
      </w:r>
      <w:r w:rsidR="00DD67B1">
        <w:t>1</w:t>
      </w:r>
      <w:r>
        <w:t>5b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002C5CDA" w14:textId="77777777" w:rsidTr="00E8790E">
        <w:tc>
          <w:tcPr>
            <w:tcW w:w="2160" w:type="dxa"/>
          </w:tcPr>
          <w:p w14:paraId="407A6473" w14:textId="77777777" w:rsidR="000A006F" w:rsidRDefault="000A006F" w:rsidP="00E8790E"/>
        </w:tc>
        <w:tc>
          <w:tcPr>
            <w:tcW w:w="2160" w:type="dxa"/>
          </w:tcPr>
          <w:p w14:paraId="326C584F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0184A1F3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5845932F" w14:textId="77777777" w:rsidR="000A006F" w:rsidRDefault="000A006F" w:rsidP="00E8790E">
            <w:r>
              <w:t>Total</w:t>
            </w:r>
          </w:p>
        </w:tc>
      </w:tr>
      <w:tr w:rsidR="000A006F" w14:paraId="266147F5" w14:textId="77777777" w:rsidTr="00E8790E">
        <w:tc>
          <w:tcPr>
            <w:tcW w:w="2160" w:type="dxa"/>
          </w:tcPr>
          <w:p w14:paraId="40F2CFEB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3E1F311B" w14:textId="3AC5F560" w:rsidR="000A006F" w:rsidRDefault="00DD67B1" w:rsidP="00E8790E">
            <w:r>
              <w:t>41</w:t>
            </w:r>
          </w:p>
        </w:tc>
        <w:tc>
          <w:tcPr>
            <w:tcW w:w="2160" w:type="dxa"/>
          </w:tcPr>
          <w:p w14:paraId="4DABACA7" w14:textId="57632A28" w:rsidR="000A006F" w:rsidRDefault="00DD67B1" w:rsidP="00E8790E">
            <w:r>
              <w:t>1</w:t>
            </w:r>
          </w:p>
        </w:tc>
        <w:tc>
          <w:tcPr>
            <w:tcW w:w="2160" w:type="dxa"/>
          </w:tcPr>
          <w:p w14:paraId="4E0B6652" w14:textId="680F2718" w:rsidR="000A006F" w:rsidRDefault="00DD67B1" w:rsidP="00E8790E">
            <w:r>
              <w:t>42</w:t>
            </w:r>
          </w:p>
        </w:tc>
      </w:tr>
      <w:tr w:rsidR="000A006F" w14:paraId="17876F11" w14:textId="77777777" w:rsidTr="00E8790E">
        <w:tc>
          <w:tcPr>
            <w:tcW w:w="2160" w:type="dxa"/>
          </w:tcPr>
          <w:p w14:paraId="7D12589E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43DEA4B4" w14:textId="285BA341" w:rsidR="000A006F" w:rsidRDefault="00DD67B1" w:rsidP="00E8790E">
            <w:r>
              <w:t>2</w:t>
            </w:r>
          </w:p>
        </w:tc>
        <w:tc>
          <w:tcPr>
            <w:tcW w:w="2160" w:type="dxa"/>
          </w:tcPr>
          <w:p w14:paraId="4F61583E" w14:textId="5E92BECA" w:rsidR="000A006F" w:rsidRDefault="00DD67B1" w:rsidP="00E8790E">
            <w:r>
              <w:t>4</w:t>
            </w:r>
          </w:p>
        </w:tc>
        <w:tc>
          <w:tcPr>
            <w:tcW w:w="2160" w:type="dxa"/>
          </w:tcPr>
          <w:p w14:paraId="64832DF8" w14:textId="3EAE44D8" w:rsidR="000A006F" w:rsidRDefault="00DD67B1" w:rsidP="00E8790E">
            <w:r>
              <w:t>6</w:t>
            </w:r>
          </w:p>
        </w:tc>
      </w:tr>
      <w:tr w:rsidR="000A006F" w14:paraId="580F8171" w14:textId="77777777" w:rsidTr="00E8790E">
        <w:tc>
          <w:tcPr>
            <w:tcW w:w="2160" w:type="dxa"/>
          </w:tcPr>
          <w:p w14:paraId="41BCAF33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7E9A1110" w14:textId="48A4697D" w:rsidR="000A006F" w:rsidRDefault="00DD67B1" w:rsidP="00E8790E">
            <w:r>
              <w:t>43</w:t>
            </w:r>
          </w:p>
        </w:tc>
        <w:tc>
          <w:tcPr>
            <w:tcW w:w="2160" w:type="dxa"/>
          </w:tcPr>
          <w:p w14:paraId="778D9556" w14:textId="666FB347" w:rsidR="000A006F" w:rsidRDefault="00DD67B1" w:rsidP="00E8790E">
            <w:r>
              <w:t>5</w:t>
            </w:r>
          </w:p>
        </w:tc>
        <w:tc>
          <w:tcPr>
            <w:tcW w:w="2160" w:type="dxa"/>
          </w:tcPr>
          <w:p w14:paraId="0DA6EE45" w14:textId="663A914A" w:rsidR="000A006F" w:rsidRDefault="00DD67B1" w:rsidP="00E8790E">
            <w:r>
              <w:t>48</w:t>
            </w:r>
          </w:p>
        </w:tc>
      </w:tr>
    </w:tbl>
    <w:p w14:paraId="65E5A49D" w14:textId="49EC141B" w:rsidR="000A006F" w:rsidRDefault="000A006F" w:rsidP="000A006F">
      <w:r>
        <w:t xml:space="preserve">Observed agreement = </w:t>
      </w:r>
      <w:r w:rsidR="00DD67B1">
        <w:t>94</w:t>
      </w:r>
      <w:r>
        <w:t xml:space="preserve"> %</w:t>
      </w:r>
    </w:p>
    <w:p w14:paraId="35E90FB3" w14:textId="77777777" w:rsidR="000A006F" w:rsidRDefault="000A006F" w:rsidP="000A006F"/>
    <w:p w14:paraId="490C18BF" w14:textId="54B97620" w:rsidR="000A006F" w:rsidRDefault="000A006F" w:rsidP="000A006F">
      <w:pPr>
        <w:pStyle w:val="Rubrik2"/>
      </w:pPr>
      <w:r>
        <w:t xml:space="preserve">Supplementary Table S1. Interrater agreement for fenestration detection at upper </w:t>
      </w:r>
      <w:r w:rsidR="00DD67B1">
        <w:t>1</w:t>
      </w:r>
      <w:r>
        <w:t>5p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6A7A7D32" w14:textId="77777777" w:rsidTr="00E8790E">
        <w:tc>
          <w:tcPr>
            <w:tcW w:w="2160" w:type="dxa"/>
          </w:tcPr>
          <w:p w14:paraId="701E459B" w14:textId="77777777" w:rsidR="000A006F" w:rsidRDefault="000A006F" w:rsidP="00E8790E"/>
        </w:tc>
        <w:tc>
          <w:tcPr>
            <w:tcW w:w="2160" w:type="dxa"/>
          </w:tcPr>
          <w:p w14:paraId="54612C91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2EF787D3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692278A0" w14:textId="77777777" w:rsidR="000A006F" w:rsidRDefault="000A006F" w:rsidP="00E8790E">
            <w:r>
              <w:t>Total</w:t>
            </w:r>
          </w:p>
        </w:tc>
      </w:tr>
      <w:tr w:rsidR="000A006F" w14:paraId="6B03D30B" w14:textId="77777777" w:rsidTr="00E8790E">
        <w:tc>
          <w:tcPr>
            <w:tcW w:w="2160" w:type="dxa"/>
          </w:tcPr>
          <w:p w14:paraId="7821D6A7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4534CFA9" w14:textId="336F3697" w:rsidR="000A006F" w:rsidRDefault="00DD67B1" w:rsidP="00E8790E">
            <w:r>
              <w:t>48</w:t>
            </w:r>
          </w:p>
        </w:tc>
        <w:tc>
          <w:tcPr>
            <w:tcW w:w="2160" w:type="dxa"/>
          </w:tcPr>
          <w:p w14:paraId="160F5E23" w14:textId="4C8E0BE2" w:rsidR="000A006F" w:rsidRDefault="00DD67B1" w:rsidP="00E8790E">
            <w:r>
              <w:t>0</w:t>
            </w:r>
          </w:p>
        </w:tc>
        <w:tc>
          <w:tcPr>
            <w:tcW w:w="2160" w:type="dxa"/>
          </w:tcPr>
          <w:p w14:paraId="669B3316" w14:textId="191FDB84" w:rsidR="000A006F" w:rsidRDefault="00DD67B1" w:rsidP="00E8790E">
            <w:r>
              <w:t>48</w:t>
            </w:r>
          </w:p>
        </w:tc>
      </w:tr>
      <w:tr w:rsidR="000A006F" w14:paraId="6C2EAC7A" w14:textId="77777777" w:rsidTr="00E8790E">
        <w:tc>
          <w:tcPr>
            <w:tcW w:w="2160" w:type="dxa"/>
          </w:tcPr>
          <w:p w14:paraId="0CC43719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5E827559" w14:textId="7635228E" w:rsidR="000A006F" w:rsidRDefault="00DD67B1" w:rsidP="00E8790E">
            <w:r>
              <w:t>0</w:t>
            </w:r>
          </w:p>
        </w:tc>
        <w:tc>
          <w:tcPr>
            <w:tcW w:w="2160" w:type="dxa"/>
          </w:tcPr>
          <w:p w14:paraId="4DDCCB2C" w14:textId="72896038" w:rsidR="000A006F" w:rsidRDefault="00DD67B1" w:rsidP="00E8790E">
            <w:r>
              <w:t>0</w:t>
            </w:r>
          </w:p>
        </w:tc>
        <w:tc>
          <w:tcPr>
            <w:tcW w:w="2160" w:type="dxa"/>
          </w:tcPr>
          <w:p w14:paraId="2A6B29C8" w14:textId="6F7B917D" w:rsidR="000A006F" w:rsidRDefault="00DD67B1" w:rsidP="00E8790E">
            <w:r>
              <w:t>0</w:t>
            </w:r>
          </w:p>
        </w:tc>
      </w:tr>
      <w:tr w:rsidR="000A006F" w14:paraId="3B42FE89" w14:textId="77777777" w:rsidTr="00E8790E">
        <w:tc>
          <w:tcPr>
            <w:tcW w:w="2160" w:type="dxa"/>
          </w:tcPr>
          <w:p w14:paraId="559BC7D2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544D94BC" w14:textId="154B2556" w:rsidR="000A006F" w:rsidRDefault="00DD67B1" w:rsidP="00E8790E">
            <w:r>
              <w:t>48</w:t>
            </w:r>
          </w:p>
        </w:tc>
        <w:tc>
          <w:tcPr>
            <w:tcW w:w="2160" w:type="dxa"/>
          </w:tcPr>
          <w:p w14:paraId="3F4FDB25" w14:textId="7EE421B7" w:rsidR="000A006F" w:rsidRDefault="00DD67B1" w:rsidP="00E8790E">
            <w:r>
              <w:t>0</w:t>
            </w:r>
          </w:p>
        </w:tc>
        <w:tc>
          <w:tcPr>
            <w:tcW w:w="2160" w:type="dxa"/>
          </w:tcPr>
          <w:p w14:paraId="7596F507" w14:textId="74E3FAD9" w:rsidR="000A006F" w:rsidRDefault="00DD67B1" w:rsidP="00E8790E">
            <w:r>
              <w:t>48</w:t>
            </w:r>
          </w:p>
        </w:tc>
      </w:tr>
    </w:tbl>
    <w:p w14:paraId="142BA451" w14:textId="77777777" w:rsidR="000A006F" w:rsidRDefault="000A006F" w:rsidP="000A006F">
      <w:r>
        <w:t>Observed agreement = 100 %</w:t>
      </w:r>
    </w:p>
    <w:p w14:paraId="694B6308" w14:textId="69F5887B" w:rsidR="000A006F" w:rsidRDefault="000A006F" w:rsidP="000A006F">
      <w:pPr>
        <w:pStyle w:val="Rubrik2"/>
      </w:pPr>
      <w:r>
        <w:t xml:space="preserve">Supplementary Table S1. Interrater agreement for fenestration detection at upper </w:t>
      </w:r>
      <w:r w:rsidR="00DD67B1">
        <w:t>1</w:t>
      </w:r>
      <w:r>
        <w:t>3b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58C01FAF" w14:textId="77777777" w:rsidTr="00E8790E">
        <w:tc>
          <w:tcPr>
            <w:tcW w:w="2160" w:type="dxa"/>
          </w:tcPr>
          <w:p w14:paraId="0C231F2C" w14:textId="77777777" w:rsidR="000A006F" w:rsidRDefault="000A006F" w:rsidP="00E8790E"/>
        </w:tc>
        <w:tc>
          <w:tcPr>
            <w:tcW w:w="2160" w:type="dxa"/>
          </w:tcPr>
          <w:p w14:paraId="3A6F98BA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6642E4D2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2F51308B" w14:textId="77777777" w:rsidR="000A006F" w:rsidRDefault="000A006F" w:rsidP="00E8790E">
            <w:r>
              <w:t>Total</w:t>
            </w:r>
          </w:p>
        </w:tc>
      </w:tr>
      <w:tr w:rsidR="000A006F" w14:paraId="2929A6C1" w14:textId="77777777" w:rsidTr="00E8790E">
        <w:tc>
          <w:tcPr>
            <w:tcW w:w="2160" w:type="dxa"/>
          </w:tcPr>
          <w:p w14:paraId="5D8C5896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6C2F4E6D" w14:textId="166C6408" w:rsidR="000A006F" w:rsidRDefault="00DD67B1" w:rsidP="00E8790E">
            <w:r>
              <w:t>28</w:t>
            </w:r>
          </w:p>
        </w:tc>
        <w:tc>
          <w:tcPr>
            <w:tcW w:w="2160" w:type="dxa"/>
          </w:tcPr>
          <w:p w14:paraId="6DE0A6ED" w14:textId="7821E192" w:rsidR="000A006F" w:rsidRDefault="00DD67B1" w:rsidP="00E8790E">
            <w:r>
              <w:t>6</w:t>
            </w:r>
          </w:p>
        </w:tc>
        <w:tc>
          <w:tcPr>
            <w:tcW w:w="2160" w:type="dxa"/>
          </w:tcPr>
          <w:p w14:paraId="5E70D1B3" w14:textId="56DEF038" w:rsidR="000A006F" w:rsidRDefault="00DD67B1" w:rsidP="00E8790E">
            <w:r>
              <w:t>34</w:t>
            </w:r>
          </w:p>
        </w:tc>
      </w:tr>
      <w:tr w:rsidR="000A006F" w14:paraId="1D776370" w14:textId="77777777" w:rsidTr="00E8790E">
        <w:tc>
          <w:tcPr>
            <w:tcW w:w="2160" w:type="dxa"/>
          </w:tcPr>
          <w:p w14:paraId="3DEF1514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18086760" w14:textId="41B26950" w:rsidR="000A006F" w:rsidRDefault="00DD67B1" w:rsidP="00E8790E">
            <w:r>
              <w:t>5</w:t>
            </w:r>
          </w:p>
        </w:tc>
        <w:tc>
          <w:tcPr>
            <w:tcW w:w="2160" w:type="dxa"/>
          </w:tcPr>
          <w:p w14:paraId="15728FD1" w14:textId="747EFB26" w:rsidR="000A006F" w:rsidRDefault="00DD67B1" w:rsidP="00E8790E">
            <w:r>
              <w:t>9</w:t>
            </w:r>
          </w:p>
        </w:tc>
        <w:tc>
          <w:tcPr>
            <w:tcW w:w="2160" w:type="dxa"/>
          </w:tcPr>
          <w:p w14:paraId="6703F268" w14:textId="331ABD57" w:rsidR="000A006F" w:rsidRDefault="00DD67B1" w:rsidP="00E8790E">
            <w:r>
              <w:t>14</w:t>
            </w:r>
          </w:p>
        </w:tc>
      </w:tr>
      <w:tr w:rsidR="000A006F" w14:paraId="2013CDD2" w14:textId="77777777" w:rsidTr="00E8790E">
        <w:tc>
          <w:tcPr>
            <w:tcW w:w="2160" w:type="dxa"/>
          </w:tcPr>
          <w:p w14:paraId="082E897F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7C5D7D63" w14:textId="29717D99" w:rsidR="000A006F" w:rsidRDefault="00DD67B1" w:rsidP="00E8790E">
            <w:r>
              <w:t>33</w:t>
            </w:r>
          </w:p>
        </w:tc>
        <w:tc>
          <w:tcPr>
            <w:tcW w:w="2160" w:type="dxa"/>
          </w:tcPr>
          <w:p w14:paraId="29A03E45" w14:textId="5D18D042" w:rsidR="000A006F" w:rsidRDefault="00DD67B1" w:rsidP="00E8790E">
            <w:r>
              <w:t>15</w:t>
            </w:r>
          </w:p>
        </w:tc>
        <w:tc>
          <w:tcPr>
            <w:tcW w:w="2160" w:type="dxa"/>
          </w:tcPr>
          <w:p w14:paraId="0381A7EC" w14:textId="6F2035B9" w:rsidR="000A006F" w:rsidRDefault="00DD67B1" w:rsidP="00E8790E">
            <w:r>
              <w:t>48</w:t>
            </w:r>
          </w:p>
        </w:tc>
      </w:tr>
    </w:tbl>
    <w:p w14:paraId="32CBB6E6" w14:textId="25BB61D1" w:rsidR="000A006F" w:rsidRDefault="000A006F" w:rsidP="000A006F">
      <w:r>
        <w:t xml:space="preserve">Observed agreement = </w:t>
      </w:r>
      <w:r w:rsidR="00DD67B1">
        <w:t>77</w:t>
      </w:r>
      <w:r>
        <w:t xml:space="preserve"> %</w:t>
      </w:r>
    </w:p>
    <w:p w14:paraId="4C346594" w14:textId="77777777" w:rsidR="000A006F" w:rsidRDefault="000A006F" w:rsidP="000A006F"/>
    <w:p w14:paraId="1129B84F" w14:textId="0B81D53E" w:rsidR="000A006F" w:rsidRDefault="000A006F" w:rsidP="000A006F">
      <w:pPr>
        <w:pStyle w:val="Rubrik2"/>
      </w:pPr>
      <w:r>
        <w:t xml:space="preserve">Supplementary Table S1. Interrater agreement for fenestration detection at upper </w:t>
      </w:r>
      <w:r w:rsidR="00DD67B1">
        <w:t>1</w:t>
      </w:r>
      <w:r>
        <w:t>3p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174EA4E1" w14:textId="77777777" w:rsidTr="00E8790E">
        <w:tc>
          <w:tcPr>
            <w:tcW w:w="2160" w:type="dxa"/>
          </w:tcPr>
          <w:p w14:paraId="08906480" w14:textId="77777777" w:rsidR="000A006F" w:rsidRDefault="000A006F" w:rsidP="00E8790E"/>
        </w:tc>
        <w:tc>
          <w:tcPr>
            <w:tcW w:w="2160" w:type="dxa"/>
          </w:tcPr>
          <w:p w14:paraId="266C4603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22C6ADD2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3B0704C4" w14:textId="77777777" w:rsidR="000A006F" w:rsidRDefault="000A006F" w:rsidP="00E8790E">
            <w:r>
              <w:t>Total</w:t>
            </w:r>
          </w:p>
        </w:tc>
      </w:tr>
      <w:tr w:rsidR="000A006F" w14:paraId="4D35BF89" w14:textId="77777777" w:rsidTr="00E8790E">
        <w:tc>
          <w:tcPr>
            <w:tcW w:w="2160" w:type="dxa"/>
          </w:tcPr>
          <w:p w14:paraId="3F17FEC4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1695736E" w14:textId="5CCD0A76" w:rsidR="000A006F" w:rsidRDefault="00DD67B1" w:rsidP="00E8790E">
            <w:r>
              <w:t>47</w:t>
            </w:r>
          </w:p>
        </w:tc>
        <w:tc>
          <w:tcPr>
            <w:tcW w:w="2160" w:type="dxa"/>
          </w:tcPr>
          <w:p w14:paraId="7E7A0EB6" w14:textId="411741A2" w:rsidR="000A006F" w:rsidRDefault="00DD67B1" w:rsidP="00E8790E">
            <w:r>
              <w:t>0</w:t>
            </w:r>
          </w:p>
        </w:tc>
        <w:tc>
          <w:tcPr>
            <w:tcW w:w="2160" w:type="dxa"/>
          </w:tcPr>
          <w:p w14:paraId="2B934E76" w14:textId="41C24888" w:rsidR="000A006F" w:rsidRDefault="00DD67B1" w:rsidP="00E8790E">
            <w:r>
              <w:t>47</w:t>
            </w:r>
          </w:p>
        </w:tc>
      </w:tr>
      <w:tr w:rsidR="000A006F" w14:paraId="15A1557F" w14:textId="77777777" w:rsidTr="00E8790E">
        <w:tc>
          <w:tcPr>
            <w:tcW w:w="2160" w:type="dxa"/>
          </w:tcPr>
          <w:p w14:paraId="2201CD3A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3A2AF779" w14:textId="5565572E" w:rsidR="000A006F" w:rsidRDefault="00DD67B1" w:rsidP="00E8790E">
            <w:r>
              <w:t>1</w:t>
            </w:r>
          </w:p>
        </w:tc>
        <w:tc>
          <w:tcPr>
            <w:tcW w:w="2160" w:type="dxa"/>
          </w:tcPr>
          <w:p w14:paraId="1D64A8C9" w14:textId="2BCE6E62" w:rsidR="000A006F" w:rsidRDefault="00DD67B1" w:rsidP="00E8790E">
            <w:r>
              <w:t>0</w:t>
            </w:r>
          </w:p>
        </w:tc>
        <w:tc>
          <w:tcPr>
            <w:tcW w:w="2160" w:type="dxa"/>
          </w:tcPr>
          <w:p w14:paraId="39ABF9F7" w14:textId="296D63F2" w:rsidR="000A006F" w:rsidRDefault="00DD67B1" w:rsidP="00E8790E">
            <w:r>
              <w:t>1</w:t>
            </w:r>
          </w:p>
        </w:tc>
      </w:tr>
      <w:tr w:rsidR="000A006F" w14:paraId="1528CF86" w14:textId="77777777" w:rsidTr="00DD67B1">
        <w:trPr>
          <w:trHeight w:val="70"/>
        </w:trPr>
        <w:tc>
          <w:tcPr>
            <w:tcW w:w="2160" w:type="dxa"/>
          </w:tcPr>
          <w:p w14:paraId="695997AA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2D1C4D3E" w14:textId="67413BB9" w:rsidR="000A006F" w:rsidRDefault="00DD67B1" w:rsidP="00E8790E">
            <w:r>
              <w:t>48</w:t>
            </w:r>
          </w:p>
        </w:tc>
        <w:tc>
          <w:tcPr>
            <w:tcW w:w="2160" w:type="dxa"/>
          </w:tcPr>
          <w:p w14:paraId="31CC205C" w14:textId="4C9D0664" w:rsidR="000A006F" w:rsidRDefault="00DD67B1" w:rsidP="00E8790E">
            <w:r>
              <w:t>0</w:t>
            </w:r>
          </w:p>
        </w:tc>
        <w:tc>
          <w:tcPr>
            <w:tcW w:w="2160" w:type="dxa"/>
          </w:tcPr>
          <w:p w14:paraId="7F024548" w14:textId="268601F5" w:rsidR="000A006F" w:rsidRDefault="00DD67B1" w:rsidP="00E8790E">
            <w:r>
              <w:t>48</w:t>
            </w:r>
          </w:p>
        </w:tc>
      </w:tr>
    </w:tbl>
    <w:p w14:paraId="59ADFE9A" w14:textId="6F8AD2C3" w:rsidR="000A006F" w:rsidRDefault="000A006F" w:rsidP="000A006F">
      <w:r>
        <w:t xml:space="preserve">Observed agreement = </w:t>
      </w:r>
      <w:r w:rsidR="00DD67B1">
        <w:t>98%</w:t>
      </w:r>
    </w:p>
    <w:p w14:paraId="030D3942" w14:textId="2DEAD7FB" w:rsidR="000A006F" w:rsidRDefault="000A006F" w:rsidP="000A006F">
      <w:pPr>
        <w:pStyle w:val="Rubrik2"/>
      </w:pPr>
      <w:r>
        <w:t xml:space="preserve">Supplementary Table S1. Interrater agreement for fenestration detection at upper </w:t>
      </w:r>
      <w:r w:rsidR="00DD67B1">
        <w:t>1</w:t>
      </w:r>
      <w:r>
        <w:t>1b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01D492B2" w14:textId="77777777" w:rsidTr="00E8790E">
        <w:tc>
          <w:tcPr>
            <w:tcW w:w="2160" w:type="dxa"/>
          </w:tcPr>
          <w:p w14:paraId="2D5A4E41" w14:textId="77777777" w:rsidR="000A006F" w:rsidRDefault="000A006F" w:rsidP="00E8790E"/>
        </w:tc>
        <w:tc>
          <w:tcPr>
            <w:tcW w:w="2160" w:type="dxa"/>
          </w:tcPr>
          <w:p w14:paraId="7C78CCB5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41523C55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0AE15708" w14:textId="77777777" w:rsidR="000A006F" w:rsidRDefault="000A006F" w:rsidP="00E8790E">
            <w:r>
              <w:t>Total</w:t>
            </w:r>
          </w:p>
        </w:tc>
      </w:tr>
      <w:tr w:rsidR="000A006F" w14:paraId="036F108E" w14:textId="77777777" w:rsidTr="00E8790E">
        <w:tc>
          <w:tcPr>
            <w:tcW w:w="2160" w:type="dxa"/>
          </w:tcPr>
          <w:p w14:paraId="530C6066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1CDB0991" w14:textId="13D00209" w:rsidR="000A006F" w:rsidRDefault="00DD67B1" w:rsidP="00E8790E">
            <w:r>
              <w:t>40</w:t>
            </w:r>
          </w:p>
        </w:tc>
        <w:tc>
          <w:tcPr>
            <w:tcW w:w="2160" w:type="dxa"/>
          </w:tcPr>
          <w:p w14:paraId="1A0AC85C" w14:textId="391661A7" w:rsidR="000A006F" w:rsidRDefault="00DD67B1" w:rsidP="00E8790E">
            <w:r>
              <w:t>5</w:t>
            </w:r>
          </w:p>
        </w:tc>
        <w:tc>
          <w:tcPr>
            <w:tcW w:w="2160" w:type="dxa"/>
          </w:tcPr>
          <w:p w14:paraId="2AB52C3E" w14:textId="4BE4F1D5" w:rsidR="000A006F" w:rsidRDefault="00DD67B1" w:rsidP="00E8790E">
            <w:r>
              <w:t>45</w:t>
            </w:r>
          </w:p>
        </w:tc>
      </w:tr>
      <w:tr w:rsidR="000A006F" w14:paraId="16EE11D9" w14:textId="77777777" w:rsidTr="00E8790E">
        <w:tc>
          <w:tcPr>
            <w:tcW w:w="2160" w:type="dxa"/>
          </w:tcPr>
          <w:p w14:paraId="56DADCBE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255357F7" w14:textId="291E5990" w:rsidR="000A006F" w:rsidRDefault="00DD67B1" w:rsidP="00E8790E">
            <w:r>
              <w:t>1</w:t>
            </w:r>
          </w:p>
        </w:tc>
        <w:tc>
          <w:tcPr>
            <w:tcW w:w="2160" w:type="dxa"/>
          </w:tcPr>
          <w:p w14:paraId="09626AA3" w14:textId="0C5EB358" w:rsidR="000A006F" w:rsidRDefault="00DD67B1" w:rsidP="00E8790E">
            <w:r>
              <w:t>2</w:t>
            </w:r>
          </w:p>
        </w:tc>
        <w:tc>
          <w:tcPr>
            <w:tcW w:w="2160" w:type="dxa"/>
          </w:tcPr>
          <w:p w14:paraId="1FA1A2C5" w14:textId="2812FC21" w:rsidR="000A006F" w:rsidRDefault="00DD67B1" w:rsidP="00E8790E">
            <w:r>
              <w:t>3</w:t>
            </w:r>
          </w:p>
        </w:tc>
      </w:tr>
      <w:tr w:rsidR="000A006F" w14:paraId="23D57BB0" w14:textId="77777777" w:rsidTr="00E8790E">
        <w:tc>
          <w:tcPr>
            <w:tcW w:w="2160" w:type="dxa"/>
          </w:tcPr>
          <w:p w14:paraId="462F60BD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229F0143" w14:textId="11BC6895" w:rsidR="000A006F" w:rsidRDefault="00DD67B1" w:rsidP="00E8790E">
            <w:r>
              <w:t>41</w:t>
            </w:r>
          </w:p>
        </w:tc>
        <w:tc>
          <w:tcPr>
            <w:tcW w:w="2160" w:type="dxa"/>
          </w:tcPr>
          <w:p w14:paraId="49002F92" w14:textId="0404CFC2" w:rsidR="000A006F" w:rsidRDefault="00DD67B1" w:rsidP="00E8790E">
            <w:r>
              <w:t>7</w:t>
            </w:r>
          </w:p>
        </w:tc>
        <w:tc>
          <w:tcPr>
            <w:tcW w:w="2160" w:type="dxa"/>
          </w:tcPr>
          <w:p w14:paraId="272DD1C7" w14:textId="5312D05B" w:rsidR="000A006F" w:rsidRDefault="00DD67B1" w:rsidP="00E8790E">
            <w:r>
              <w:t>48</w:t>
            </w:r>
          </w:p>
        </w:tc>
      </w:tr>
    </w:tbl>
    <w:p w14:paraId="4FF6D1D9" w14:textId="4EA9BEB1" w:rsidR="000A006F" w:rsidRDefault="000A006F" w:rsidP="000A006F">
      <w:r>
        <w:t>Observed agreement = 8</w:t>
      </w:r>
      <w:r w:rsidR="00DD67B1">
        <w:t>6</w:t>
      </w:r>
      <w:r>
        <w:t xml:space="preserve"> %</w:t>
      </w:r>
    </w:p>
    <w:p w14:paraId="4ADD538A" w14:textId="77777777" w:rsidR="000A006F" w:rsidRDefault="000A006F" w:rsidP="000A006F"/>
    <w:p w14:paraId="27DAA994" w14:textId="610563F7" w:rsidR="000A006F" w:rsidRDefault="000A006F" w:rsidP="000A006F">
      <w:pPr>
        <w:pStyle w:val="Rubrik2"/>
      </w:pPr>
      <w:r>
        <w:t xml:space="preserve">Supplementary Table S1. Interrater agreement for fenestration detection at upper </w:t>
      </w:r>
      <w:r w:rsidR="00DD67B1">
        <w:t>1</w:t>
      </w:r>
      <w:r>
        <w:t>1p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24C9FC56" w14:textId="77777777" w:rsidTr="00E8790E">
        <w:tc>
          <w:tcPr>
            <w:tcW w:w="2160" w:type="dxa"/>
          </w:tcPr>
          <w:p w14:paraId="0AA86172" w14:textId="77777777" w:rsidR="000A006F" w:rsidRDefault="000A006F" w:rsidP="00E8790E"/>
        </w:tc>
        <w:tc>
          <w:tcPr>
            <w:tcW w:w="2160" w:type="dxa"/>
          </w:tcPr>
          <w:p w14:paraId="78AEFB3F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6BE99FDD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7CA6C469" w14:textId="77777777" w:rsidR="000A006F" w:rsidRDefault="000A006F" w:rsidP="00E8790E">
            <w:r>
              <w:t>Total</w:t>
            </w:r>
          </w:p>
        </w:tc>
      </w:tr>
      <w:tr w:rsidR="000A006F" w14:paraId="51664F94" w14:textId="77777777" w:rsidTr="00E8790E">
        <w:tc>
          <w:tcPr>
            <w:tcW w:w="2160" w:type="dxa"/>
          </w:tcPr>
          <w:p w14:paraId="73E24362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4A400621" w14:textId="6A5C544F" w:rsidR="000A006F" w:rsidRDefault="00DD67B1" w:rsidP="00E8790E">
            <w:r>
              <w:t>45</w:t>
            </w:r>
          </w:p>
        </w:tc>
        <w:tc>
          <w:tcPr>
            <w:tcW w:w="2160" w:type="dxa"/>
          </w:tcPr>
          <w:p w14:paraId="1537FFD3" w14:textId="731B446C" w:rsidR="000A006F" w:rsidRDefault="00DD67B1" w:rsidP="00E8790E">
            <w:r>
              <w:t>2</w:t>
            </w:r>
          </w:p>
        </w:tc>
        <w:tc>
          <w:tcPr>
            <w:tcW w:w="2160" w:type="dxa"/>
          </w:tcPr>
          <w:p w14:paraId="205E0158" w14:textId="03406033" w:rsidR="000A006F" w:rsidRDefault="00DD67B1" w:rsidP="00E8790E">
            <w:r>
              <w:t>47</w:t>
            </w:r>
          </w:p>
        </w:tc>
      </w:tr>
      <w:tr w:rsidR="000A006F" w14:paraId="308621A5" w14:textId="77777777" w:rsidTr="00E8790E">
        <w:tc>
          <w:tcPr>
            <w:tcW w:w="2160" w:type="dxa"/>
          </w:tcPr>
          <w:p w14:paraId="5D07CCF6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0F4EDE4D" w14:textId="57B73D19" w:rsidR="000A006F" w:rsidRDefault="00DD67B1" w:rsidP="00E8790E">
            <w:r>
              <w:t>1</w:t>
            </w:r>
          </w:p>
        </w:tc>
        <w:tc>
          <w:tcPr>
            <w:tcW w:w="2160" w:type="dxa"/>
          </w:tcPr>
          <w:p w14:paraId="5FB2D6C9" w14:textId="2BAFC73F" w:rsidR="000A006F" w:rsidRDefault="00DD67B1" w:rsidP="00E8790E">
            <w:r>
              <w:t>0</w:t>
            </w:r>
          </w:p>
        </w:tc>
        <w:tc>
          <w:tcPr>
            <w:tcW w:w="2160" w:type="dxa"/>
          </w:tcPr>
          <w:p w14:paraId="6AE6BA4E" w14:textId="117B7A3B" w:rsidR="000A006F" w:rsidRDefault="00DD67B1" w:rsidP="00E8790E">
            <w:r>
              <w:t>1</w:t>
            </w:r>
          </w:p>
        </w:tc>
      </w:tr>
      <w:tr w:rsidR="000A006F" w14:paraId="7EF42AD5" w14:textId="77777777" w:rsidTr="00E8790E">
        <w:tc>
          <w:tcPr>
            <w:tcW w:w="2160" w:type="dxa"/>
          </w:tcPr>
          <w:p w14:paraId="24C59295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4A951739" w14:textId="0E3BA00B" w:rsidR="000A006F" w:rsidRDefault="00DD67B1" w:rsidP="00E8790E">
            <w:r>
              <w:t>46</w:t>
            </w:r>
          </w:p>
        </w:tc>
        <w:tc>
          <w:tcPr>
            <w:tcW w:w="2160" w:type="dxa"/>
          </w:tcPr>
          <w:p w14:paraId="54A8CF48" w14:textId="20777DD2" w:rsidR="000A006F" w:rsidRDefault="00DD67B1" w:rsidP="00E8790E">
            <w:r>
              <w:t>2</w:t>
            </w:r>
          </w:p>
        </w:tc>
        <w:tc>
          <w:tcPr>
            <w:tcW w:w="2160" w:type="dxa"/>
          </w:tcPr>
          <w:p w14:paraId="6B24D45F" w14:textId="028C3F8A" w:rsidR="000A006F" w:rsidRDefault="00DD67B1" w:rsidP="00E8790E">
            <w:r>
              <w:t>48</w:t>
            </w:r>
          </w:p>
        </w:tc>
      </w:tr>
    </w:tbl>
    <w:p w14:paraId="781C23FD" w14:textId="59958599" w:rsidR="000A006F" w:rsidRDefault="000A006F" w:rsidP="000A006F">
      <w:r>
        <w:t xml:space="preserve">Observed agreement = </w:t>
      </w:r>
      <w:r w:rsidR="00DD67B1">
        <w:t>94</w:t>
      </w:r>
      <w:r>
        <w:t xml:space="preserve"> %</w:t>
      </w:r>
    </w:p>
    <w:p w14:paraId="6A9D8F6D" w14:textId="77777777" w:rsidR="000A006F" w:rsidRDefault="000A006F" w:rsidP="000A006F"/>
    <w:p w14:paraId="399445CE" w14:textId="3EA27341" w:rsidR="000A006F" w:rsidRDefault="000A006F" w:rsidP="000A006F">
      <w:pPr>
        <w:pStyle w:val="Rubrik2"/>
      </w:pPr>
      <w:r>
        <w:t xml:space="preserve">Supplementary Table S1. Interrater agreement for fenestration detection at lower </w:t>
      </w:r>
      <w:r w:rsidR="008C1751">
        <w:t>3</w:t>
      </w:r>
      <w:r>
        <w:t>5b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49757288" w14:textId="77777777" w:rsidTr="00E8790E">
        <w:tc>
          <w:tcPr>
            <w:tcW w:w="2160" w:type="dxa"/>
          </w:tcPr>
          <w:p w14:paraId="0846B752" w14:textId="77777777" w:rsidR="000A006F" w:rsidRDefault="000A006F" w:rsidP="00E8790E"/>
        </w:tc>
        <w:tc>
          <w:tcPr>
            <w:tcW w:w="2160" w:type="dxa"/>
          </w:tcPr>
          <w:p w14:paraId="1BF38335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67FD477E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7AAC924C" w14:textId="77777777" w:rsidR="000A006F" w:rsidRDefault="000A006F" w:rsidP="00E8790E">
            <w:r>
              <w:t>Total</w:t>
            </w:r>
          </w:p>
        </w:tc>
      </w:tr>
      <w:tr w:rsidR="000A006F" w14:paraId="6D838469" w14:textId="77777777" w:rsidTr="00E8790E">
        <w:tc>
          <w:tcPr>
            <w:tcW w:w="2160" w:type="dxa"/>
          </w:tcPr>
          <w:p w14:paraId="39B7AE3D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56A4240A" w14:textId="577E330B" w:rsidR="000A006F" w:rsidRDefault="008C1751" w:rsidP="00E8790E">
            <w:r>
              <w:t>44</w:t>
            </w:r>
          </w:p>
        </w:tc>
        <w:tc>
          <w:tcPr>
            <w:tcW w:w="2160" w:type="dxa"/>
          </w:tcPr>
          <w:p w14:paraId="72077137" w14:textId="1F7923D6" w:rsidR="000A006F" w:rsidRDefault="008C1751" w:rsidP="00E8790E">
            <w:r>
              <w:t>4</w:t>
            </w:r>
          </w:p>
        </w:tc>
        <w:tc>
          <w:tcPr>
            <w:tcW w:w="2160" w:type="dxa"/>
          </w:tcPr>
          <w:p w14:paraId="228F462A" w14:textId="6202FC95" w:rsidR="000A006F" w:rsidRDefault="008C1751" w:rsidP="00E8790E">
            <w:r>
              <w:t>48</w:t>
            </w:r>
          </w:p>
        </w:tc>
      </w:tr>
      <w:tr w:rsidR="000A006F" w14:paraId="4C7CE5E4" w14:textId="77777777" w:rsidTr="00E8790E">
        <w:tc>
          <w:tcPr>
            <w:tcW w:w="2160" w:type="dxa"/>
          </w:tcPr>
          <w:p w14:paraId="697B9119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447A6E15" w14:textId="27A0CC41" w:rsidR="000A006F" w:rsidRDefault="008C1751" w:rsidP="00E8790E">
            <w:r>
              <w:t>0</w:t>
            </w:r>
          </w:p>
        </w:tc>
        <w:tc>
          <w:tcPr>
            <w:tcW w:w="2160" w:type="dxa"/>
          </w:tcPr>
          <w:p w14:paraId="27DDFB17" w14:textId="5EC89135" w:rsidR="000A006F" w:rsidRDefault="008C1751" w:rsidP="00E8790E">
            <w:r>
              <w:t>0</w:t>
            </w:r>
          </w:p>
        </w:tc>
        <w:tc>
          <w:tcPr>
            <w:tcW w:w="2160" w:type="dxa"/>
          </w:tcPr>
          <w:p w14:paraId="09F66492" w14:textId="4F7795EA" w:rsidR="000A006F" w:rsidRDefault="008C1751" w:rsidP="00E8790E">
            <w:r>
              <w:t>0</w:t>
            </w:r>
          </w:p>
        </w:tc>
      </w:tr>
      <w:tr w:rsidR="000A006F" w14:paraId="6C09D543" w14:textId="77777777" w:rsidTr="00E8790E">
        <w:tc>
          <w:tcPr>
            <w:tcW w:w="2160" w:type="dxa"/>
          </w:tcPr>
          <w:p w14:paraId="6E8C4626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166C1658" w14:textId="71AC3033" w:rsidR="000A006F" w:rsidRDefault="008C1751" w:rsidP="00E8790E">
            <w:r>
              <w:t>44</w:t>
            </w:r>
          </w:p>
        </w:tc>
        <w:tc>
          <w:tcPr>
            <w:tcW w:w="2160" w:type="dxa"/>
          </w:tcPr>
          <w:p w14:paraId="4BA1EF3B" w14:textId="75C204C4" w:rsidR="000A006F" w:rsidRDefault="008C1751" w:rsidP="00E8790E">
            <w:r>
              <w:t>4</w:t>
            </w:r>
          </w:p>
        </w:tc>
        <w:tc>
          <w:tcPr>
            <w:tcW w:w="2160" w:type="dxa"/>
          </w:tcPr>
          <w:p w14:paraId="1E638C4B" w14:textId="727987CD" w:rsidR="000A006F" w:rsidRDefault="008C1751" w:rsidP="00E8790E">
            <w:r>
              <w:t>48</w:t>
            </w:r>
          </w:p>
        </w:tc>
      </w:tr>
    </w:tbl>
    <w:p w14:paraId="50475823" w14:textId="4EDA8DBC" w:rsidR="000A006F" w:rsidRDefault="000A006F" w:rsidP="000A006F">
      <w:r>
        <w:t>Observed agreement = 9</w:t>
      </w:r>
      <w:r w:rsidR="008C1751">
        <w:t>2</w:t>
      </w:r>
      <w:r>
        <w:t>%</w:t>
      </w:r>
    </w:p>
    <w:p w14:paraId="5C0D06A9" w14:textId="77777777" w:rsidR="000A006F" w:rsidRDefault="000A006F" w:rsidP="000A006F"/>
    <w:p w14:paraId="7AC57A53" w14:textId="792C6B1D" w:rsidR="000A006F" w:rsidRDefault="000A006F" w:rsidP="000A006F">
      <w:pPr>
        <w:pStyle w:val="Rubrik2"/>
      </w:pPr>
      <w:r>
        <w:t xml:space="preserve">Supplementary Table S1. Interrater agreement for fenestration detection at lower </w:t>
      </w:r>
      <w:r w:rsidR="008C1751">
        <w:t>3</w:t>
      </w:r>
      <w:r>
        <w:t>5l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14EC41EE" w14:textId="77777777" w:rsidTr="00E8790E">
        <w:tc>
          <w:tcPr>
            <w:tcW w:w="2160" w:type="dxa"/>
          </w:tcPr>
          <w:p w14:paraId="04F2C8CD" w14:textId="77777777" w:rsidR="000A006F" w:rsidRDefault="000A006F" w:rsidP="00E8790E"/>
        </w:tc>
        <w:tc>
          <w:tcPr>
            <w:tcW w:w="2160" w:type="dxa"/>
          </w:tcPr>
          <w:p w14:paraId="710E23AE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467BC7CA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15AC7AB5" w14:textId="77777777" w:rsidR="000A006F" w:rsidRDefault="000A006F" w:rsidP="00E8790E">
            <w:r>
              <w:t>Total</w:t>
            </w:r>
          </w:p>
        </w:tc>
      </w:tr>
      <w:tr w:rsidR="000A006F" w14:paraId="4169D9CB" w14:textId="77777777" w:rsidTr="00E8790E">
        <w:tc>
          <w:tcPr>
            <w:tcW w:w="2160" w:type="dxa"/>
          </w:tcPr>
          <w:p w14:paraId="46AA0893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0417C353" w14:textId="08DF18C0" w:rsidR="000A006F" w:rsidRDefault="008C1751" w:rsidP="00E8790E">
            <w:r>
              <w:t>47</w:t>
            </w:r>
          </w:p>
        </w:tc>
        <w:tc>
          <w:tcPr>
            <w:tcW w:w="2160" w:type="dxa"/>
          </w:tcPr>
          <w:p w14:paraId="1EAD0B6A" w14:textId="71C52BD4" w:rsidR="000A006F" w:rsidRDefault="008C1751" w:rsidP="00E8790E">
            <w:r>
              <w:t>1</w:t>
            </w:r>
          </w:p>
        </w:tc>
        <w:tc>
          <w:tcPr>
            <w:tcW w:w="2160" w:type="dxa"/>
          </w:tcPr>
          <w:p w14:paraId="6F9BA730" w14:textId="17783D70" w:rsidR="000A006F" w:rsidRDefault="008C1751" w:rsidP="00E8790E">
            <w:r>
              <w:t>48</w:t>
            </w:r>
          </w:p>
        </w:tc>
      </w:tr>
      <w:tr w:rsidR="000A006F" w14:paraId="0D5091C3" w14:textId="77777777" w:rsidTr="00E8790E">
        <w:tc>
          <w:tcPr>
            <w:tcW w:w="2160" w:type="dxa"/>
          </w:tcPr>
          <w:p w14:paraId="14D5163E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4DC305AA" w14:textId="7AD9B2DF" w:rsidR="000A006F" w:rsidRDefault="008C1751" w:rsidP="00E8790E">
            <w:r>
              <w:t>0</w:t>
            </w:r>
          </w:p>
        </w:tc>
        <w:tc>
          <w:tcPr>
            <w:tcW w:w="2160" w:type="dxa"/>
          </w:tcPr>
          <w:p w14:paraId="4DBD2CFD" w14:textId="0CB01644" w:rsidR="000A006F" w:rsidRDefault="008C1751" w:rsidP="00E8790E">
            <w:r>
              <w:t>0</w:t>
            </w:r>
          </w:p>
        </w:tc>
        <w:tc>
          <w:tcPr>
            <w:tcW w:w="2160" w:type="dxa"/>
          </w:tcPr>
          <w:p w14:paraId="6D73C4C4" w14:textId="5A52EEEA" w:rsidR="000A006F" w:rsidRDefault="008C1751" w:rsidP="00E8790E">
            <w:r>
              <w:t>0</w:t>
            </w:r>
          </w:p>
        </w:tc>
      </w:tr>
      <w:tr w:rsidR="000A006F" w14:paraId="43BBE3B7" w14:textId="77777777" w:rsidTr="00E8790E">
        <w:tc>
          <w:tcPr>
            <w:tcW w:w="2160" w:type="dxa"/>
          </w:tcPr>
          <w:p w14:paraId="66F4915F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4F79D7CE" w14:textId="52F86A67" w:rsidR="000A006F" w:rsidRDefault="008C1751" w:rsidP="00E8790E">
            <w:r>
              <w:t>47</w:t>
            </w:r>
          </w:p>
        </w:tc>
        <w:tc>
          <w:tcPr>
            <w:tcW w:w="2160" w:type="dxa"/>
          </w:tcPr>
          <w:p w14:paraId="1058E210" w14:textId="1F16D8F9" w:rsidR="000A006F" w:rsidRDefault="008C1751" w:rsidP="00E8790E">
            <w:r>
              <w:t>1</w:t>
            </w:r>
          </w:p>
        </w:tc>
        <w:tc>
          <w:tcPr>
            <w:tcW w:w="2160" w:type="dxa"/>
          </w:tcPr>
          <w:p w14:paraId="3CE54CB0" w14:textId="575D8FAF" w:rsidR="000A006F" w:rsidRDefault="008C1751" w:rsidP="00E8790E">
            <w:r>
              <w:t>48</w:t>
            </w:r>
          </w:p>
        </w:tc>
      </w:tr>
    </w:tbl>
    <w:p w14:paraId="1A1BACEA" w14:textId="0CB06CFD" w:rsidR="000A006F" w:rsidRDefault="000A006F" w:rsidP="000A006F">
      <w:r>
        <w:t xml:space="preserve">Observed agreement = </w:t>
      </w:r>
      <w:proofErr w:type="gramStart"/>
      <w:r w:rsidR="008C1751">
        <w:t>98</w:t>
      </w:r>
      <w:r>
        <w:t xml:space="preserve"> %</w:t>
      </w:r>
      <w:proofErr w:type="gramEnd"/>
    </w:p>
    <w:p w14:paraId="32C540C9" w14:textId="54D58601" w:rsidR="000A006F" w:rsidRDefault="000A006F" w:rsidP="000A006F">
      <w:pPr>
        <w:pStyle w:val="Rubrik2"/>
      </w:pPr>
      <w:r>
        <w:t xml:space="preserve">Supplementary Table S1. Interrater agreement for fenestration detection at lower </w:t>
      </w:r>
      <w:r w:rsidR="008C1751">
        <w:t>3</w:t>
      </w:r>
      <w:r>
        <w:t>3b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2B34C381" w14:textId="77777777" w:rsidTr="00E8790E">
        <w:tc>
          <w:tcPr>
            <w:tcW w:w="2160" w:type="dxa"/>
          </w:tcPr>
          <w:p w14:paraId="54532633" w14:textId="77777777" w:rsidR="000A006F" w:rsidRDefault="000A006F" w:rsidP="00E8790E"/>
        </w:tc>
        <w:tc>
          <w:tcPr>
            <w:tcW w:w="2160" w:type="dxa"/>
          </w:tcPr>
          <w:p w14:paraId="14ED61CC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71CD9ED5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78533568" w14:textId="77777777" w:rsidR="000A006F" w:rsidRDefault="000A006F" w:rsidP="00E8790E">
            <w:r>
              <w:t>Total</w:t>
            </w:r>
          </w:p>
        </w:tc>
      </w:tr>
      <w:tr w:rsidR="000A006F" w14:paraId="4534EFFF" w14:textId="77777777" w:rsidTr="00E8790E">
        <w:tc>
          <w:tcPr>
            <w:tcW w:w="2160" w:type="dxa"/>
          </w:tcPr>
          <w:p w14:paraId="223CF4EC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178CB909" w14:textId="4ABCD4BF" w:rsidR="000A006F" w:rsidRDefault="008C1751" w:rsidP="00E8790E">
            <w:r>
              <w:t>28</w:t>
            </w:r>
          </w:p>
        </w:tc>
        <w:tc>
          <w:tcPr>
            <w:tcW w:w="2160" w:type="dxa"/>
          </w:tcPr>
          <w:p w14:paraId="0CA343B2" w14:textId="493A8DEF" w:rsidR="000A006F" w:rsidRDefault="008C1751" w:rsidP="00E8790E">
            <w:r>
              <w:t>8</w:t>
            </w:r>
          </w:p>
        </w:tc>
        <w:tc>
          <w:tcPr>
            <w:tcW w:w="2160" w:type="dxa"/>
          </w:tcPr>
          <w:p w14:paraId="6E68CAB2" w14:textId="22D0EF08" w:rsidR="000A006F" w:rsidRDefault="008C1751" w:rsidP="00E8790E">
            <w:r>
              <w:t>36</w:t>
            </w:r>
          </w:p>
        </w:tc>
      </w:tr>
      <w:tr w:rsidR="000A006F" w14:paraId="6156EA71" w14:textId="77777777" w:rsidTr="00E8790E">
        <w:tc>
          <w:tcPr>
            <w:tcW w:w="2160" w:type="dxa"/>
          </w:tcPr>
          <w:p w14:paraId="1AE7E1AE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4CC99418" w14:textId="446EDAF3" w:rsidR="000A006F" w:rsidRDefault="008C1751" w:rsidP="00E8790E">
            <w:r>
              <w:t>3</w:t>
            </w:r>
          </w:p>
        </w:tc>
        <w:tc>
          <w:tcPr>
            <w:tcW w:w="2160" w:type="dxa"/>
          </w:tcPr>
          <w:p w14:paraId="6C434C49" w14:textId="6BD27C55" w:rsidR="000A006F" w:rsidRDefault="008C1751" w:rsidP="00E8790E">
            <w:r>
              <w:t>9</w:t>
            </w:r>
          </w:p>
        </w:tc>
        <w:tc>
          <w:tcPr>
            <w:tcW w:w="2160" w:type="dxa"/>
          </w:tcPr>
          <w:p w14:paraId="6CD2781D" w14:textId="567DC56D" w:rsidR="000A006F" w:rsidRDefault="008C1751" w:rsidP="00E8790E">
            <w:r>
              <w:t>12</w:t>
            </w:r>
          </w:p>
        </w:tc>
      </w:tr>
      <w:tr w:rsidR="000A006F" w14:paraId="362C8335" w14:textId="77777777" w:rsidTr="00E8790E">
        <w:tc>
          <w:tcPr>
            <w:tcW w:w="2160" w:type="dxa"/>
          </w:tcPr>
          <w:p w14:paraId="5E6CDF45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11BE3B54" w14:textId="0BD90CB6" w:rsidR="000A006F" w:rsidRDefault="008C1751" w:rsidP="00E8790E">
            <w:r>
              <w:t>31</w:t>
            </w:r>
          </w:p>
        </w:tc>
        <w:tc>
          <w:tcPr>
            <w:tcW w:w="2160" w:type="dxa"/>
          </w:tcPr>
          <w:p w14:paraId="49F6B026" w14:textId="674A155D" w:rsidR="000A006F" w:rsidRDefault="008C1751" w:rsidP="00E8790E">
            <w:r>
              <w:t>17</w:t>
            </w:r>
          </w:p>
        </w:tc>
        <w:tc>
          <w:tcPr>
            <w:tcW w:w="2160" w:type="dxa"/>
          </w:tcPr>
          <w:p w14:paraId="17D08935" w14:textId="64B19EAA" w:rsidR="000A006F" w:rsidRDefault="008C1751" w:rsidP="00E8790E">
            <w:r>
              <w:t>48</w:t>
            </w:r>
          </w:p>
        </w:tc>
      </w:tr>
    </w:tbl>
    <w:p w14:paraId="64B250A2" w14:textId="77777777" w:rsidR="000A006F" w:rsidRDefault="000A006F" w:rsidP="000A006F">
      <w:r>
        <w:t>Observed agreement = 77 %</w:t>
      </w:r>
    </w:p>
    <w:p w14:paraId="27CC4286" w14:textId="77777777" w:rsidR="000A006F" w:rsidRDefault="000A006F" w:rsidP="000A006F"/>
    <w:p w14:paraId="6220E931" w14:textId="1E82AEA7" w:rsidR="000A006F" w:rsidRDefault="000A006F" w:rsidP="000A006F">
      <w:pPr>
        <w:pStyle w:val="Rubrik2"/>
      </w:pPr>
      <w:r>
        <w:t xml:space="preserve">Supplementary Table S1. Interrater agreement for fenestration detection at lower </w:t>
      </w:r>
      <w:r w:rsidR="008C1751">
        <w:t>3</w:t>
      </w:r>
      <w:r>
        <w:t>3l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3B933E4B" w14:textId="77777777" w:rsidTr="00E8790E">
        <w:tc>
          <w:tcPr>
            <w:tcW w:w="2160" w:type="dxa"/>
          </w:tcPr>
          <w:p w14:paraId="239EE6D4" w14:textId="77777777" w:rsidR="000A006F" w:rsidRDefault="000A006F" w:rsidP="00E8790E"/>
        </w:tc>
        <w:tc>
          <w:tcPr>
            <w:tcW w:w="2160" w:type="dxa"/>
          </w:tcPr>
          <w:p w14:paraId="220A0751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75C78005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0187389B" w14:textId="77777777" w:rsidR="000A006F" w:rsidRDefault="000A006F" w:rsidP="00E8790E">
            <w:r>
              <w:t>Total</w:t>
            </w:r>
          </w:p>
        </w:tc>
      </w:tr>
      <w:tr w:rsidR="000A006F" w14:paraId="543AF877" w14:textId="77777777" w:rsidTr="00E8790E">
        <w:tc>
          <w:tcPr>
            <w:tcW w:w="2160" w:type="dxa"/>
          </w:tcPr>
          <w:p w14:paraId="1AC98EA1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41716B17" w14:textId="3DE6F873" w:rsidR="000A006F" w:rsidRDefault="008C1751" w:rsidP="00E8790E">
            <w:r>
              <w:t>47</w:t>
            </w:r>
          </w:p>
        </w:tc>
        <w:tc>
          <w:tcPr>
            <w:tcW w:w="2160" w:type="dxa"/>
          </w:tcPr>
          <w:p w14:paraId="37261877" w14:textId="60D6297E" w:rsidR="000A006F" w:rsidRDefault="008C1751" w:rsidP="00E8790E">
            <w:r>
              <w:t>0</w:t>
            </w:r>
          </w:p>
        </w:tc>
        <w:tc>
          <w:tcPr>
            <w:tcW w:w="2160" w:type="dxa"/>
          </w:tcPr>
          <w:p w14:paraId="4B854F2B" w14:textId="6B6D43F1" w:rsidR="000A006F" w:rsidRDefault="008C1751" w:rsidP="00E8790E">
            <w:r>
              <w:t>47</w:t>
            </w:r>
          </w:p>
        </w:tc>
      </w:tr>
      <w:tr w:rsidR="000A006F" w14:paraId="635DB19F" w14:textId="77777777" w:rsidTr="00E8790E">
        <w:tc>
          <w:tcPr>
            <w:tcW w:w="2160" w:type="dxa"/>
          </w:tcPr>
          <w:p w14:paraId="755AD0E2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380C5E45" w14:textId="59D45488" w:rsidR="000A006F" w:rsidRDefault="008C1751" w:rsidP="00E8790E">
            <w:r>
              <w:t>1</w:t>
            </w:r>
          </w:p>
        </w:tc>
        <w:tc>
          <w:tcPr>
            <w:tcW w:w="2160" w:type="dxa"/>
          </w:tcPr>
          <w:p w14:paraId="4D8953C2" w14:textId="41BBD978" w:rsidR="000A006F" w:rsidRDefault="008C1751" w:rsidP="00E8790E">
            <w:r>
              <w:t>0</w:t>
            </w:r>
          </w:p>
        </w:tc>
        <w:tc>
          <w:tcPr>
            <w:tcW w:w="2160" w:type="dxa"/>
          </w:tcPr>
          <w:p w14:paraId="285F1963" w14:textId="5E92B84B" w:rsidR="000A006F" w:rsidRDefault="008C1751" w:rsidP="00E8790E">
            <w:r>
              <w:t>1</w:t>
            </w:r>
          </w:p>
        </w:tc>
      </w:tr>
      <w:tr w:rsidR="000A006F" w14:paraId="637387AA" w14:textId="77777777" w:rsidTr="00E8790E">
        <w:tc>
          <w:tcPr>
            <w:tcW w:w="2160" w:type="dxa"/>
          </w:tcPr>
          <w:p w14:paraId="1C74059E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2A08449C" w14:textId="6383D6CC" w:rsidR="000A006F" w:rsidRDefault="008C1751" w:rsidP="00E8790E">
            <w:r>
              <w:t>48</w:t>
            </w:r>
          </w:p>
        </w:tc>
        <w:tc>
          <w:tcPr>
            <w:tcW w:w="2160" w:type="dxa"/>
          </w:tcPr>
          <w:p w14:paraId="1A3CCFB8" w14:textId="53D43D47" w:rsidR="000A006F" w:rsidRDefault="008C1751" w:rsidP="00E8790E">
            <w:r>
              <w:t>0</w:t>
            </w:r>
          </w:p>
        </w:tc>
        <w:tc>
          <w:tcPr>
            <w:tcW w:w="2160" w:type="dxa"/>
          </w:tcPr>
          <w:p w14:paraId="29F97E6B" w14:textId="78A59B74" w:rsidR="000A006F" w:rsidRDefault="008C1751" w:rsidP="00E8790E">
            <w:r>
              <w:t>48</w:t>
            </w:r>
          </w:p>
        </w:tc>
      </w:tr>
    </w:tbl>
    <w:p w14:paraId="622878D2" w14:textId="14560C9C" w:rsidR="000A006F" w:rsidRDefault="000A006F" w:rsidP="000A006F">
      <w:r>
        <w:t xml:space="preserve">Observed agreement = </w:t>
      </w:r>
      <w:r w:rsidR="008C1751">
        <w:t>98</w:t>
      </w:r>
      <w:r>
        <w:t>%</w:t>
      </w:r>
    </w:p>
    <w:p w14:paraId="45AFF7FD" w14:textId="381623F5" w:rsidR="000A006F" w:rsidRDefault="000A006F" w:rsidP="000A006F">
      <w:pPr>
        <w:pStyle w:val="Rubrik2"/>
      </w:pPr>
      <w:r>
        <w:lastRenderedPageBreak/>
        <w:t xml:space="preserve">Supplementary Table S1. Interrater agreement for fenestration detection at lower </w:t>
      </w:r>
      <w:r w:rsidR="008C1751">
        <w:t>3</w:t>
      </w:r>
      <w:r>
        <w:t>1b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667F2B1E" w14:textId="77777777" w:rsidTr="00E8790E">
        <w:tc>
          <w:tcPr>
            <w:tcW w:w="2160" w:type="dxa"/>
          </w:tcPr>
          <w:p w14:paraId="0AC98DBD" w14:textId="77777777" w:rsidR="000A006F" w:rsidRDefault="000A006F" w:rsidP="00E8790E"/>
        </w:tc>
        <w:tc>
          <w:tcPr>
            <w:tcW w:w="2160" w:type="dxa"/>
          </w:tcPr>
          <w:p w14:paraId="714F438E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08DF8BC3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03015DFB" w14:textId="77777777" w:rsidR="000A006F" w:rsidRDefault="000A006F" w:rsidP="00E8790E">
            <w:r>
              <w:t>Total</w:t>
            </w:r>
          </w:p>
        </w:tc>
      </w:tr>
      <w:tr w:rsidR="000A006F" w14:paraId="4B53E5E9" w14:textId="77777777" w:rsidTr="00E8790E">
        <w:tc>
          <w:tcPr>
            <w:tcW w:w="2160" w:type="dxa"/>
          </w:tcPr>
          <w:p w14:paraId="37A5FBF0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75BEEF17" w14:textId="473D54B2" w:rsidR="000A006F" w:rsidRDefault="008C1751" w:rsidP="00E8790E">
            <w:r>
              <w:t>43</w:t>
            </w:r>
          </w:p>
        </w:tc>
        <w:tc>
          <w:tcPr>
            <w:tcW w:w="2160" w:type="dxa"/>
          </w:tcPr>
          <w:p w14:paraId="38E73B71" w14:textId="16E71AB1" w:rsidR="000A006F" w:rsidRDefault="008C1751" w:rsidP="00E8790E">
            <w:r>
              <w:t>4</w:t>
            </w:r>
          </w:p>
        </w:tc>
        <w:tc>
          <w:tcPr>
            <w:tcW w:w="2160" w:type="dxa"/>
          </w:tcPr>
          <w:p w14:paraId="19E04215" w14:textId="4AA5618B" w:rsidR="000A006F" w:rsidRDefault="008C1751" w:rsidP="00E8790E">
            <w:r>
              <w:t>47</w:t>
            </w:r>
          </w:p>
        </w:tc>
      </w:tr>
      <w:tr w:rsidR="000A006F" w14:paraId="7C9BD284" w14:textId="77777777" w:rsidTr="00E8790E">
        <w:tc>
          <w:tcPr>
            <w:tcW w:w="2160" w:type="dxa"/>
          </w:tcPr>
          <w:p w14:paraId="6CA80404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04AF0EA2" w14:textId="459BE3EB" w:rsidR="000A006F" w:rsidRDefault="008C1751" w:rsidP="00E8790E">
            <w:r>
              <w:t>1</w:t>
            </w:r>
          </w:p>
        </w:tc>
        <w:tc>
          <w:tcPr>
            <w:tcW w:w="2160" w:type="dxa"/>
          </w:tcPr>
          <w:p w14:paraId="4AD11606" w14:textId="088380B9" w:rsidR="000A006F" w:rsidRDefault="008C1751" w:rsidP="00E8790E">
            <w:r>
              <w:t>0</w:t>
            </w:r>
          </w:p>
        </w:tc>
        <w:tc>
          <w:tcPr>
            <w:tcW w:w="2160" w:type="dxa"/>
          </w:tcPr>
          <w:p w14:paraId="5246AE5C" w14:textId="37EDDE39" w:rsidR="000A006F" w:rsidRDefault="008C1751" w:rsidP="00E8790E">
            <w:r>
              <w:t>1</w:t>
            </w:r>
          </w:p>
        </w:tc>
      </w:tr>
      <w:tr w:rsidR="000A006F" w14:paraId="697F92AA" w14:textId="77777777" w:rsidTr="00E8790E">
        <w:tc>
          <w:tcPr>
            <w:tcW w:w="2160" w:type="dxa"/>
          </w:tcPr>
          <w:p w14:paraId="00E7FCA8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5ED45F51" w14:textId="45DBC061" w:rsidR="000A006F" w:rsidRDefault="008C1751" w:rsidP="00E8790E">
            <w:r>
              <w:t>44</w:t>
            </w:r>
          </w:p>
        </w:tc>
        <w:tc>
          <w:tcPr>
            <w:tcW w:w="2160" w:type="dxa"/>
          </w:tcPr>
          <w:p w14:paraId="14599FAA" w14:textId="1A701BE3" w:rsidR="000A006F" w:rsidRDefault="008C1751" w:rsidP="00E8790E">
            <w:r>
              <w:t>4</w:t>
            </w:r>
          </w:p>
        </w:tc>
        <w:tc>
          <w:tcPr>
            <w:tcW w:w="2160" w:type="dxa"/>
          </w:tcPr>
          <w:p w14:paraId="4D4EF7A7" w14:textId="174A2613" w:rsidR="000A006F" w:rsidRDefault="008C1751" w:rsidP="00E8790E">
            <w:r>
              <w:t>48</w:t>
            </w:r>
          </w:p>
        </w:tc>
      </w:tr>
    </w:tbl>
    <w:p w14:paraId="5E2A6B28" w14:textId="38156181" w:rsidR="000A006F" w:rsidRDefault="000A006F" w:rsidP="000A006F">
      <w:r>
        <w:t xml:space="preserve">Observed agreement = </w:t>
      </w:r>
      <w:r w:rsidR="008C1751">
        <w:t>90</w:t>
      </w:r>
      <w:r>
        <w:t>%</w:t>
      </w:r>
    </w:p>
    <w:p w14:paraId="1C5DD0D9" w14:textId="77777777" w:rsidR="000A006F" w:rsidRDefault="000A006F" w:rsidP="000A006F"/>
    <w:p w14:paraId="5621DD36" w14:textId="446E418D" w:rsidR="000A006F" w:rsidRDefault="000A006F" w:rsidP="000A006F">
      <w:pPr>
        <w:pStyle w:val="Rubrik2"/>
      </w:pPr>
      <w:r>
        <w:t xml:space="preserve">Supplementary Table S1. Interrater agreement for fenestration detection at lower </w:t>
      </w:r>
      <w:r w:rsidR="008C1751">
        <w:t>3</w:t>
      </w:r>
      <w:r>
        <w:t>1l at T1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6"/>
      </w:tblGrid>
      <w:tr w:rsidR="000A006F" w14:paraId="05E1550B" w14:textId="77777777" w:rsidTr="00E8790E">
        <w:tc>
          <w:tcPr>
            <w:tcW w:w="2160" w:type="dxa"/>
          </w:tcPr>
          <w:p w14:paraId="6C304C49" w14:textId="77777777" w:rsidR="000A006F" w:rsidRDefault="000A006F" w:rsidP="00E8790E"/>
        </w:tc>
        <w:tc>
          <w:tcPr>
            <w:tcW w:w="2160" w:type="dxa"/>
          </w:tcPr>
          <w:p w14:paraId="13EB8D66" w14:textId="77777777" w:rsidR="000A006F" w:rsidRDefault="000A006F" w:rsidP="00E8790E">
            <w:r>
              <w:t>Assessment B: No</w:t>
            </w:r>
          </w:p>
        </w:tc>
        <w:tc>
          <w:tcPr>
            <w:tcW w:w="2160" w:type="dxa"/>
          </w:tcPr>
          <w:p w14:paraId="4E9C45B7" w14:textId="77777777" w:rsidR="000A006F" w:rsidRDefault="000A006F" w:rsidP="00E8790E">
            <w:r>
              <w:t>Assessment B: Yes</w:t>
            </w:r>
          </w:p>
        </w:tc>
        <w:tc>
          <w:tcPr>
            <w:tcW w:w="2160" w:type="dxa"/>
          </w:tcPr>
          <w:p w14:paraId="5C2B5824" w14:textId="77777777" w:rsidR="000A006F" w:rsidRDefault="000A006F" w:rsidP="00E8790E">
            <w:r>
              <w:t>Total</w:t>
            </w:r>
          </w:p>
        </w:tc>
      </w:tr>
      <w:tr w:rsidR="000A006F" w14:paraId="628530B1" w14:textId="77777777" w:rsidTr="00E8790E">
        <w:tc>
          <w:tcPr>
            <w:tcW w:w="2160" w:type="dxa"/>
          </w:tcPr>
          <w:p w14:paraId="3088330E" w14:textId="77777777" w:rsidR="000A006F" w:rsidRDefault="000A006F" w:rsidP="00E8790E">
            <w:r>
              <w:t>Assessment A: No</w:t>
            </w:r>
          </w:p>
        </w:tc>
        <w:tc>
          <w:tcPr>
            <w:tcW w:w="2160" w:type="dxa"/>
          </w:tcPr>
          <w:p w14:paraId="741B726E" w14:textId="6C6911B1" w:rsidR="000A006F" w:rsidRDefault="008C1751" w:rsidP="00E8790E">
            <w:r>
              <w:t>46</w:t>
            </w:r>
          </w:p>
        </w:tc>
        <w:tc>
          <w:tcPr>
            <w:tcW w:w="2160" w:type="dxa"/>
          </w:tcPr>
          <w:p w14:paraId="5C01D7B3" w14:textId="15D899A8" w:rsidR="000A006F" w:rsidRDefault="008C1751" w:rsidP="00E8790E">
            <w:r>
              <w:t>0</w:t>
            </w:r>
          </w:p>
        </w:tc>
        <w:tc>
          <w:tcPr>
            <w:tcW w:w="2160" w:type="dxa"/>
          </w:tcPr>
          <w:p w14:paraId="4DBCE40A" w14:textId="4EDFC59F" w:rsidR="000A006F" w:rsidRDefault="008C1751" w:rsidP="00E8790E">
            <w:r>
              <w:t>46</w:t>
            </w:r>
          </w:p>
        </w:tc>
      </w:tr>
      <w:tr w:rsidR="000A006F" w14:paraId="2A772701" w14:textId="77777777" w:rsidTr="00E8790E">
        <w:tc>
          <w:tcPr>
            <w:tcW w:w="2160" w:type="dxa"/>
          </w:tcPr>
          <w:p w14:paraId="2AA9E712" w14:textId="77777777" w:rsidR="000A006F" w:rsidRDefault="000A006F" w:rsidP="00E8790E">
            <w:r>
              <w:t>Assessment A: Yes</w:t>
            </w:r>
          </w:p>
        </w:tc>
        <w:tc>
          <w:tcPr>
            <w:tcW w:w="2160" w:type="dxa"/>
          </w:tcPr>
          <w:p w14:paraId="53125F2D" w14:textId="79AD42F2" w:rsidR="000A006F" w:rsidRDefault="008C1751" w:rsidP="00E8790E">
            <w:r>
              <w:t>2</w:t>
            </w:r>
          </w:p>
        </w:tc>
        <w:tc>
          <w:tcPr>
            <w:tcW w:w="2160" w:type="dxa"/>
          </w:tcPr>
          <w:p w14:paraId="02DA1FB0" w14:textId="06EE241F" w:rsidR="000A006F" w:rsidRDefault="008C1751" w:rsidP="00E8790E">
            <w:r>
              <w:t>0</w:t>
            </w:r>
          </w:p>
        </w:tc>
        <w:tc>
          <w:tcPr>
            <w:tcW w:w="2160" w:type="dxa"/>
          </w:tcPr>
          <w:p w14:paraId="04FE4A5B" w14:textId="78EC6371" w:rsidR="000A006F" w:rsidRDefault="008C1751" w:rsidP="00E8790E">
            <w:r>
              <w:t>2</w:t>
            </w:r>
          </w:p>
        </w:tc>
      </w:tr>
      <w:tr w:rsidR="000A006F" w14:paraId="5D7FAA0F" w14:textId="77777777" w:rsidTr="00E8790E">
        <w:tc>
          <w:tcPr>
            <w:tcW w:w="2160" w:type="dxa"/>
          </w:tcPr>
          <w:p w14:paraId="382026B3" w14:textId="77777777" w:rsidR="000A006F" w:rsidRDefault="000A006F" w:rsidP="00E8790E">
            <w:r>
              <w:t>Total</w:t>
            </w:r>
          </w:p>
        </w:tc>
        <w:tc>
          <w:tcPr>
            <w:tcW w:w="2160" w:type="dxa"/>
          </w:tcPr>
          <w:p w14:paraId="44796759" w14:textId="3BA52BFA" w:rsidR="000A006F" w:rsidRDefault="008C1751" w:rsidP="00E8790E">
            <w:r>
              <w:t>48</w:t>
            </w:r>
          </w:p>
        </w:tc>
        <w:tc>
          <w:tcPr>
            <w:tcW w:w="2160" w:type="dxa"/>
          </w:tcPr>
          <w:p w14:paraId="007E9A0D" w14:textId="4A94E9E4" w:rsidR="000A006F" w:rsidRDefault="008C1751" w:rsidP="00E8790E">
            <w:r>
              <w:t>0</w:t>
            </w:r>
          </w:p>
        </w:tc>
        <w:tc>
          <w:tcPr>
            <w:tcW w:w="2160" w:type="dxa"/>
          </w:tcPr>
          <w:p w14:paraId="13E89A99" w14:textId="4A9DA3FC" w:rsidR="000A006F" w:rsidRDefault="008C1751" w:rsidP="00E8790E">
            <w:r>
              <w:t>48</w:t>
            </w:r>
          </w:p>
        </w:tc>
      </w:tr>
    </w:tbl>
    <w:p w14:paraId="05ABFBEC" w14:textId="5059D0AA" w:rsidR="000A006F" w:rsidRDefault="000A006F" w:rsidP="000A006F">
      <w:r>
        <w:t>Observed agreement = 9</w:t>
      </w:r>
      <w:r w:rsidR="008C1751">
        <w:t>6</w:t>
      </w:r>
      <w:r>
        <w:t>%</w:t>
      </w:r>
    </w:p>
    <w:p w14:paraId="31EC4F46" w14:textId="77777777" w:rsidR="000A006F" w:rsidRDefault="000A006F" w:rsidP="000A006F"/>
    <w:p w14:paraId="1DB3970C" w14:textId="77777777" w:rsidR="000A006F" w:rsidRDefault="000A006F" w:rsidP="000B5B03"/>
    <w:sectPr w:rsidR="000A006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0A42A" w14:textId="77777777" w:rsidR="00CE7908" w:rsidRDefault="00CE7908" w:rsidP="007B3BDB">
      <w:pPr>
        <w:spacing w:after="0" w:line="240" w:lineRule="auto"/>
      </w:pPr>
      <w:r>
        <w:separator/>
      </w:r>
    </w:p>
  </w:endnote>
  <w:endnote w:type="continuationSeparator" w:id="0">
    <w:p w14:paraId="07C785BE" w14:textId="77777777" w:rsidR="00CE7908" w:rsidRDefault="00CE7908" w:rsidP="007B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3DCD8" w14:textId="77777777" w:rsidR="00CE7908" w:rsidRDefault="00CE7908" w:rsidP="007B3BDB">
      <w:pPr>
        <w:spacing w:after="0" w:line="240" w:lineRule="auto"/>
      </w:pPr>
      <w:r>
        <w:separator/>
      </w:r>
    </w:p>
  </w:footnote>
  <w:footnote w:type="continuationSeparator" w:id="0">
    <w:p w14:paraId="3A023CC7" w14:textId="77777777" w:rsidR="00CE7908" w:rsidRDefault="00CE7908" w:rsidP="007B3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2690031">
    <w:abstractNumId w:val="8"/>
  </w:num>
  <w:num w:numId="2" w16cid:durableId="690227290">
    <w:abstractNumId w:val="6"/>
  </w:num>
  <w:num w:numId="3" w16cid:durableId="1802383546">
    <w:abstractNumId w:val="5"/>
  </w:num>
  <w:num w:numId="4" w16cid:durableId="282268476">
    <w:abstractNumId w:val="4"/>
  </w:num>
  <w:num w:numId="5" w16cid:durableId="2120757278">
    <w:abstractNumId w:val="7"/>
  </w:num>
  <w:num w:numId="6" w16cid:durableId="1352102729">
    <w:abstractNumId w:val="3"/>
  </w:num>
  <w:num w:numId="7" w16cid:durableId="1948733525">
    <w:abstractNumId w:val="2"/>
  </w:num>
  <w:num w:numId="8" w16cid:durableId="1730808451">
    <w:abstractNumId w:val="1"/>
  </w:num>
  <w:num w:numId="9" w16cid:durableId="37049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06F"/>
    <w:rsid w:val="000B2A9F"/>
    <w:rsid w:val="000B5B03"/>
    <w:rsid w:val="0015074B"/>
    <w:rsid w:val="0029639D"/>
    <w:rsid w:val="003069A5"/>
    <w:rsid w:val="00326F90"/>
    <w:rsid w:val="00347F15"/>
    <w:rsid w:val="005251AA"/>
    <w:rsid w:val="00795555"/>
    <w:rsid w:val="007B3BDB"/>
    <w:rsid w:val="008C1751"/>
    <w:rsid w:val="00AA1D8D"/>
    <w:rsid w:val="00B47730"/>
    <w:rsid w:val="00B519C6"/>
    <w:rsid w:val="00BC2F7A"/>
    <w:rsid w:val="00CB0664"/>
    <w:rsid w:val="00CE7908"/>
    <w:rsid w:val="00DD67B1"/>
    <w:rsid w:val="00FA6CB5"/>
    <w:rsid w:val="00FC693F"/>
    <w:rsid w:val="00FD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A8A42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06F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0A006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A006F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0A006F"/>
    <w:rPr>
      <w:rFonts w:ascii="Times New Roman" w:eastAsiaTheme="majorEastAsia" w:hAnsi="Times New Roman" w:cstheme="majorBidi"/>
      <w:b/>
      <w:bCs/>
      <w:color w:val="365F91" w:themeColor="accent1" w:themeShade="BF"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A006F"/>
    <w:rPr>
      <w:rFonts w:ascii="Times New Roman" w:eastAsiaTheme="majorEastAsia" w:hAnsi="Times New Roman" w:cstheme="majorBidi"/>
      <w:b/>
      <w:bCs/>
      <w:color w:val="4F81BD" w:themeColor="accen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1793</Words>
  <Characters>9505</Characters>
  <Application>Microsoft Office Word</Application>
  <DocSecurity>0</DocSecurity>
  <Lines>79</Lines>
  <Paragraphs>22</Paragraphs>
  <ScaleCrop>false</ScaleCrop>
  <Manager/>
  <Company/>
  <LinksUpToDate>false</LinksUpToDate>
  <CharactersWithSpaces>11276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2026-06-25T14:35:00Z</dcterms:created>
  <dcterms:modified xsi:type="dcterms:W3CDTF">2026-06-25T14:35:00Z</dcterms:modified>
  <cp:category/>
</cp:coreProperties>
</file>