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D7ACEE7" w14:textId="77777777" w:rsidR="00CC31A5" w:rsidRDefault="00000000">
      <w:pPr>
        <w:jc w:val="center"/>
      </w:pPr>
      <w:r>
        <w:rPr>
          <w:b/>
          <w:sz w:val="24"/>
        </w:rPr>
        <w:t>Supplementary Table S1</w:t>
      </w:r>
    </w:p>
    <w:p w14:paraId="4B605D1E" w14:textId="77777777" w:rsidR="00CC31A5" w:rsidRPr="005C59DC" w:rsidRDefault="00000000">
      <w:pPr>
        <w:jc w:val="center"/>
        <w:rPr>
          <w:iCs/>
        </w:rPr>
      </w:pPr>
      <w:r w:rsidRPr="005C59DC">
        <w:rPr>
          <w:iCs/>
          <w:sz w:val="22"/>
        </w:rPr>
        <w:t>Item-level Spearman correlations between student-reported GPA band and all closed-response survey items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36"/>
        <w:gridCol w:w="633"/>
        <w:gridCol w:w="1137"/>
        <w:gridCol w:w="1694"/>
        <w:gridCol w:w="768"/>
      </w:tblGrid>
      <w:tr w:rsidR="00CC31A5" w14:paraId="54D01FDB" w14:textId="77777777" w:rsidTr="005C59DC">
        <w:trPr>
          <w:jc w:val="center"/>
        </w:trPr>
        <w:tc>
          <w:tcPr>
            <w:tcW w:w="66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E122A3" w14:textId="77777777" w:rsidR="00CC31A5" w:rsidRDefault="00000000">
            <w:r>
              <w:rPr>
                <w:b/>
                <w:sz w:val="18"/>
              </w:rPr>
              <w:t>Survey item</w:t>
            </w:r>
          </w:p>
        </w:tc>
        <w:tc>
          <w:tcPr>
            <w:tcW w:w="6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FA9FC8" w14:textId="77777777" w:rsidR="00CC31A5" w:rsidRDefault="00000000">
            <w:pPr>
              <w:jc w:val="center"/>
            </w:pPr>
            <w:r>
              <w:rPr>
                <w:b/>
                <w:sz w:val="18"/>
              </w:rPr>
              <w:t>n</w:t>
            </w:r>
          </w:p>
        </w:tc>
        <w:tc>
          <w:tcPr>
            <w:tcW w:w="10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D089F4" w14:textId="77777777" w:rsidR="00CC31A5" w:rsidRDefault="00000000">
            <w:pPr>
              <w:jc w:val="center"/>
            </w:pPr>
            <w:r>
              <w:rPr>
                <w:b/>
                <w:sz w:val="18"/>
              </w:rPr>
              <w:t>Spearman’s ρ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494EBB" w14:textId="77777777" w:rsidR="00CC31A5" w:rsidRDefault="00000000" w:rsidP="005C59DC">
            <w:pPr>
              <w:jc w:val="center"/>
            </w:pPr>
            <w:r>
              <w:rPr>
                <w:b/>
                <w:sz w:val="18"/>
              </w:rPr>
              <w:t>95% CI</w:t>
            </w:r>
          </w:p>
        </w:tc>
        <w:tc>
          <w:tcPr>
            <w:tcW w:w="7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5DFD6C" w14:textId="77777777" w:rsidR="00CC31A5" w:rsidRDefault="00000000" w:rsidP="005C59DC">
            <w:pPr>
              <w:jc w:val="center"/>
            </w:pPr>
            <w:r>
              <w:rPr>
                <w:b/>
                <w:sz w:val="18"/>
              </w:rPr>
              <w:t>p</w:t>
            </w:r>
          </w:p>
        </w:tc>
      </w:tr>
      <w:tr w:rsidR="00CC31A5" w14:paraId="20BAFA12" w14:textId="77777777" w:rsidTr="005C59DC">
        <w:trPr>
          <w:jc w:val="center"/>
        </w:trPr>
        <w:tc>
          <w:tcPr>
            <w:tcW w:w="6624" w:type="dxa"/>
            <w:tcBorders>
              <w:top w:val="single" w:sz="4" w:space="0" w:color="auto"/>
            </w:tcBorders>
            <w:vAlign w:val="center"/>
          </w:tcPr>
          <w:p w14:paraId="4F62F118" w14:textId="77777777" w:rsidR="00CC31A5" w:rsidRDefault="00000000">
            <w:r>
              <w:rPr>
                <w:sz w:val="18"/>
              </w:rPr>
              <w:t>I actively use generative AI tools like ChatGPT to complete academic tasks.</w:t>
            </w:r>
          </w:p>
        </w:tc>
        <w:tc>
          <w:tcPr>
            <w:tcW w:w="648" w:type="dxa"/>
            <w:tcBorders>
              <w:top w:val="single" w:sz="4" w:space="0" w:color="auto"/>
            </w:tcBorders>
            <w:vAlign w:val="center"/>
          </w:tcPr>
          <w:p w14:paraId="21C80C13" w14:textId="77777777" w:rsidR="00CC31A5" w:rsidRDefault="00000000">
            <w:pPr>
              <w:jc w:val="center"/>
            </w:pPr>
            <w:r>
              <w:rPr>
                <w:sz w:val="18"/>
              </w:rPr>
              <w:t>469</w:t>
            </w:r>
          </w:p>
        </w:tc>
        <w:tc>
          <w:tcPr>
            <w:tcW w:w="1008" w:type="dxa"/>
            <w:tcBorders>
              <w:top w:val="single" w:sz="4" w:space="0" w:color="auto"/>
            </w:tcBorders>
            <w:vAlign w:val="center"/>
          </w:tcPr>
          <w:p w14:paraId="1283ED07" w14:textId="6A83DEA2" w:rsidR="00CC31A5" w:rsidRDefault="005C59DC">
            <w:pPr>
              <w:jc w:val="center"/>
            </w:pPr>
            <w:r>
              <w:rPr>
                <w:sz w:val="18"/>
              </w:rPr>
              <w:t>-.269</w:t>
            </w:r>
          </w:p>
        </w:tc>
        <w:tc>
          <w:tcPr>
            <w:tcW w:w="1800" w:type="dxa"/>
            <w:tcBorders>
              <w:top w:val="single" w:sz="4" w:space="0" w:color="auto"/>
            </w:tcBorders>
            <w:vAlign w:val="center"/>
          </w:tcPr>
          <w:p w14:paraId="6A28DAE4" w14:textId="699C7485" w:rsidR="00CC31A5" w:rsidRDefault="00000000" w:rsidP="005C59DC">
            <w:pPr>
              <w:jc w:val="center"/>
            </w:pPr>
            <w:r>
              <w:rPr>
                <w:sz w:val="18"/>
              </w:rPr>
              <w:t>[-.353, -.181]</w:t>
            </w:r>
          </w:p>
        </w:tc>
        <w:tc>
          <w:tcPr>
            <w:tcW w:w="792" w:type="dxa"/>
            <w:tcBorders>
              <w:top w:val="single" w:sz="4" w:space="0" w:color="auto"/>
            </w:tcBorders>
            <w:vAlign w:val="center"/>
          </w:tcPr>
          <w:p w14:paraId="3C624341" w14:textId="77777777" w:rsidR="00CC31A5" w:rsidRDefault="00000000" w:rsidP="005C59DC">
            <w:pPr>
              <w:jc w:val="center"/>
            </w:pPr>
            <w:r>
              <w:rPr>
                <w:sz w:val="18"/>
              </w:rPr>
              <w:t>&lt; .001</w:t>
            </w:r>
          </w:p>
        </w:tc>
      </w:tr>
      <w:tr w:rsidR="00CC31A5" w14:paraId="05F0335B" w14:textId="77777777" w:rsidTr="005C59DC">
        <w:trPr>
          <w:jc w:val="center"/>
        </w:trPr>
        <w:tc>
          <w:tcPr>
            <w:tcW w:w="6624" w:type="dxa"/>
            <w:vAlign w:val="center"/>
          </w:tcPr>
          <w:p w14:paraId="401835C4" w14:textId="77777777" w:rsidR="00CC31A5" w:rsidRDefault="00000000">
            <w:r>
              <w:rPr>
                <w:sz w:val="18"/>
              </w:rPr>
              <w:t>I explore complex problems using AI tools.</w:t>
            </w:r>
          </w:p>
        </w:tc>
        <w:tc>
          <w:tcPr>
            <w:tcW w:w="648" w:type="dxa"/>
            <w:vAlign w:val="center"/>
          </w:tcPr>
          <w:p w14:paraId="7BD38700" w14:textId="77777777" w:rsidR="00CC31A5" w:rsidRDefault="00000000">
            <w:pPr>
              <w:jc w:val="center"/>
            </w:pPr>
            <w:r>
              <w:rPr>
                <w:sz w:val="18"/>
              </w:rPr>
              <w:t>469</w:t>
            </w:r>
          </w:p>
        </w:tc>
        <w:tc>
          <w:tcPr>
            <w:tcW w:w="1008" w:type="dxa"/>
            <w:vAlign w:val="center"/>
          </w:tcPr>
          <w:p w14:paraId="7CEF134B" w14:textId="5253B095" w:rsidR="00CC31A5" w:rsidRDefault="005C59DC">
            <w:pPr>
              <w:jc w:val="center"/>
            </w:pPr>
            <w:r>
              <w:rPr>
                <w:sz w:val="18"/>
              </w:rPr>
              <w:t>-.161</w:t>
            </w:r>
          </w:p>
        </w:tc>
        <w:tc>
          <w:tcPr>
            <w:tcW w:w="1800" w:type="dxa"/>
            <w:vAlign w:val="center"/>
          </w:tcPr>
          <w:p w14:paraId="7AC40DAB" w14:textId="539351DA" w:rsidR="00CC31A5" w:rsidRDefault="00000000" w:rsidP="005C59DC">
            <w:pPr>
              <w:jc w:val="center"/>
            </w:pPr>
            <w:r>
              <w:rPr>
                <w:sz w:val="18"/>
              </w:rPr>
              <w:t>[-.250, -.068]</w:t>
            </w:r>
          </w:p>
        </w:tc>
        <w:tc>
          <w:tcPr>
            <w:tcW w:w="792" w:type="dxa"/>
            <w:vAlign w:val="center"/>
          </w:tcPr>
          <w:p w14:paraId="4E4D48D7" w14:textId="77777777" w:rsidR="00CC31A5" w:rsidRDefault="00000000" w:rsidP="005C59DC">
            <w:pPr>
              <w:jc w:val="center"/>
            </w:pPr>
            <w:r>
              <w:rPr>
                <w:sz w:val="18"/>
              </w:rPr>
              <w:t>&lt; .001</w:t>
            </w:r>
          </w:p>
        </w:tc>
      </w:tr>
      <w:tr w:rsidR="00CC31A5" w14:paraId="1641937E" w14:textId="77777777" w:rsidTr="005C59DC">
        <w:trPr>
          <w:jc w:val="center"/>
        </w:trPr>
        <w:tc>
          <w:tcPr>
            <w:tcW w:w="6624" w:type="dxa"/>
            <w:vAlign w:val="center"/>
          </w:tcPr>
          <w:p w14:paraId="6AEED5F7" w14:textId="77777777" w:rsidR="00CC31A5" w:rsidRDefault="00000000">
            <w:r>
              <w:rPr>
                <w:sz w:val="18"/>
              </w:rPr>
              <w:t>When I encounter a challenging task, I use AI to help me persist in solving it.</w:t>
            </w:r>
          </w:p>
        </w:tc>
        <w:tc>
          <w:tcPr>
            <w:tcW w:w="648" w:type="dxa"/>
            <w:vAlign w:val="center"/>
          </w:tcPr>
          <w:p w14:paraId="67934F80" w14:textId="77777777" w:rsidR="00CC31A5" w:rsidRDefault="00000000">
            <w:pPr>
              <w:jc w:val="center"/>
            </w:pPr>
            <w:r>
              <w:rPr>
                <w:sz w:val="18"/>
              </w:rPr>
              <w:t>469</w:t>
            </w:r>
          </w:p>
        </w:tc>
        <w:tc>
          <w:tcPr>
            <w:tcW w:w="1008" w:type="dxa"/>
            <w:vAlign w:val="center"/>
          </w:tcPr>
          <w:p w14:paraId="195DDB90" w14:textId="0B770456" w:rsidR="00CC31A5" w:rsidRDefault="005C59DC">
            <w:pPr>
              <w:jc w:val="center"/>
            </w:pPr>
            <w:r>
              <w:rPr>
                <w:sz w:val="18"/>
              </w:rPr>
              <w:t>-.212</w:t>
            </w:r>
          </w:p>
        </w:tc>
        <w:tc>
          <w:tcPr>
            <w:tcW w:w="1800" w:type="dxa"/>
            <w:vAlign w:val="center"/>
          </w:tcPr>
          <w:p w14:paraId="40BCD2AB" w14:textId="18CDB5A6" w:rsidR="00CC31A5" w:rsidRDefault="00000000" w:rsidP="005C59DC">
            <w:pPr>
              <w:jc w:val="center"/>
            </w:pPr>
            <w:r>
              <w:rPr>
                <w:sz w:val="18"/>
              </w:rPr>
              <w:t>[-.297, -.123]</w:t>
            </w:r>
          </w:p>
        </w:tc>
        <w:tc>
          <w:tcPr>
            <w:tcW w:w="792" w:type="dxa"/>
            <w:vAlign w:val="center"/>
          </w:tcPr>
          <w:p w14:paraId="26EABC2B" w14:textId="77777777" w:rsidR="00CC31A5" w:rsidRDefault="00000000" w:rsidP="005C59DC">
            <w:pPr>
              <w:jc w:val="center"/>
            </w:pPr>
            <w:r>
              <w:rPr>
                <w:sz w:val="18"/>
              </w:rPr>
              <w:t>&lt; .001</w:t>
            </w:r>
          </w:p>
        </w:tc>
      </w:tr>
      <w:tr w:rsidR="00CC31A5" w14:paraId="604CEA95" w14:textId="77777777" w:rsidTr="005C59DC">
        <w:trPr>
          <w:jc w:val="center"/>
        </w:trPr>
        <w:tc>
          <w:tcPr>
            <w:tcW w:w="6624" w:type="dxa"/>
            <w:vAlign w:val="center"/>
          </w:tcPr>
          <w:p w14:paraId="6CC40264" w14:textId="77777777" w:rsidR="00CC31A5" w:rsidRDefault="00000000">
            <w:r>
              <w:rPr>
                <w:sz w:val="18"/>
              </w:rPr>
              <w:t>I ask AI tools questions to gain a deeper understanding of topics.</w:t>
            </w:r>
          </w:p>
        </w:tc>
        <w:tc>
          <w:tcPr>
            <w:tcW w:w="648" w:type="dxa"/>
            <w:vAlign w:val="center"/>
          </w:tcPr>
          <w:p w14:paraId="369CAA51" w14:textId="77777777" w:rsidR="00CC31A5" w:rsidRDefault="00000000">
            <w:pPr>
              <w:jc w:val="center"/>
            </w:pPr>
            <w:r>
              <w:rPr>
                <w:sz w:val="18"/>
              </w:rPr>
              <w:t>468</w:t>
            </w:r>
          </w:p>
        </w:tc>
        <w:tc>
          <w:tcPr>
            <w:tcW w:w="1008" w:type="dxa"/>
            <w:vAlign w:val="center"/>
          </w:tcPr>
          <w:p w14:paraId="333EC629" w14:textId="0D65FB9E" w:rsidR="00CC31A5" w:rsidRDefault="005C59DC">
            <w:pPr>
              <w:jc w:val="center"/>
            </w:pPr>
            <w:r>
              <w:rPr>
                <w:sz w:val="18"/>
              </w:rPr>
              <w:t>-.266</w:t>
            </w:r>
          </w:p>
        </w:tc>
        <w:tc>
          <w:tcPr>
            <w:tcW w:w="1800" w:type="dxa"/>
            <w:vAlign w:val="center"/>
          </w:tcPr>
          <w:p w14:paraId="0A44D97B" w14:textId="71C43905" w:rsidR="00CC31A5" w:rsidRDefault="00000000" w:rsidP="005C59DC">
            <w:pPr>
              <w:jc w:val="center"/>
            </w:pPr>
            <w:r>
              <w:rPr>
                <w:sz w:val="18"/>
              </w:rPr>
              <w:t>[-.351, -.182]</w:t>
            </w:r>
          </w:p>
        </w:tc>
        <w:tc>
          <w:tcPr>
            <w:tcW w:w="792" w:type="dxa"/>
            <w:vAlign w:val="center"/>
          </w:tcPr>
          <w:p w14:paraId="0E57FB35" w14:textId="77777777" w:rsidR="00CC31A5" w:rsidRDefault="00000000" w:rsidP="005C59DC">
            <w:pPr>
              <w:jc w:val="center"/>
            </w:pPr>
            <w:r>
              <w:rPr>
                <w:sz w:val="18"/>
              </w:rPr>
              <w:t>&lt; .001</w:t>
            </w:r>
          </w:p>
        </w:tc>
      </w:tr>
      <w:tr w:rsidR="00CC31A5" w14:paraId="65AF70EB" w14:textId="77777777" w:rsidTr="005C59DC">
        <w:trPr>
          <w:jc w:val="center"/>
        </w:trPr>
        <w:tc>
          <w:tcPr>
            <w:tcW w:w="6624" w:type="dxa"/>
            <w:vAlign w:val="center"/>
          </w:tcPr>
          <w:p w14:paraId="01D0372A" w14:textId="77777777" w:rsidR="00CC31A5" w:rsidRDefault="00000000">
            <w:r>
              <w:rPr>
                <w:sz w:val="18"/>
              </w:rPr>
              <w:t>I incorporate AI outputs into my learning tasks in creative ways.</w:t>
            </w:r>
          </w:p>
        </w:tc>
        <w:tc>
          <w:tcPr>
            <w:tcW w:w="648" w:type="dxa"/>
            <w:vAlign w:val="center"/>
          </w:tcPr>
          <w:p w14:paraId="2BE1025A" w14:textId="77777777" w:rsidR="00CC31A5" w:rsidRDefault="00000000">
            <w:pPr>
              <w:jc w:val="center"/>
            </w:pPr>
            <w:r>
              <w:rPr>
                <w:sz w:val="18"/>
              </w:rPr>
              <w:t>469</w:t>
            </w:r>
          </w:p>
        </w:tc>
        <w:tc>
          <w:tcPr>
            <w:tcW w:w="1008" w:type="dxa"/>
            <w:vAlign w:val="center"/>
          </w:tcPr>
          <w:p w14:paraId="72240419" w14:textId="2E95D650" w:rsidR="00CC31A5" w:rsidRDefault="005C59DC">
            <w:pPr>
              <w:jc w:val="center"/>
            </w:pPr>
            <w:r>
              <w:rPr>
                <w:sz w:val="18"/>
              </w:rPr>
              <w:t>-.189</w:t>
            </w:r>
          </w:p>
        </w:tc>
        <w:tc>
          <w:tcPr>
            <w:tcW w:w="1800" w:type="dxa"/>
            <w:vAlign w:val="center"/>
          </w:tcPr>
          <w:p w14:paraId="6ABE15E9" w14:textId="7E23A487" w:rsidR="00CC31A5" w:rsidRDefault="00000000" w:rsidP="005C59DC">
            <w:pPr>
              <w:jc w:val="center"/>
            </w:pPr>
            <w:r>
              <w:rPr>
                <w:sz w:val="18"/>
              </w:rPr>
              <w:t>[-.280, -.100]</w:t>
            </w:r>
          </w:p>
        </w:tc>
        <w:tc>
          <w:tcPr>
            <w:tcW w:w="792" w:type="dxa"/>
            <w:vAlign w:val="center"/>
          </w:tcPr>
          <w:p w14:paraId="195B7BF7" w14:textId="77777777" w:rsidR="00CC31A5" w:rsidRDefault="00000000" w:rsidP="005C59DC">
            <w:pPr>
              <w:jc w:val="center"/>
            </w:pPr>
            <w:r>
              <w:rPr>
                <w:sz w:val="18"/>
              </w:rPr>
              <w:t>&lt; .001</w:t>
            </w:r>
          </w:p>
        </w:tc>
      </w:tr>
      <w:tr w:rsidR="00CC31A5" w14:paraId="331F6983" w14:textId="77777777" w:rsidTr="005C59DC">
        <w:trPr>
          <w:jc w:val="center"/>
        </w:trPr>
        <w:tc>
          <w:tcPr>
            <w:tcW w:w="6624" w:type="dxa"/>
            <w:vAlign w:val="center"/>
          </w:tcPr>
          <w:p w14:paraId="168BDE6F" w14:textId="77777777" w:rsidR="00CC31A5" w:rsidRDefault="00000000">
            <w:r>
              <w:rPr>
                <w:sz w:val="18"/>
              </w:rPr>
              <w:t>I rely on AI tools to complete tasks without fully understanding the material.</w:t>
            </w:r>
          </w:p>
        </w:tc>
        <w:tc>
          <w:tcPr>
            <w:tcW w:w="648" w:type="dxa"/>
            <w:vAlign w:val="center"/>
          </w:tcPr>
          <w:p w14:paraId="0EE113DB" w14:textId="77777777" w:rsidR="00CC31A5" w:rsidRDefault="00000000">
            <w:pPr>
              <w:jc w:val="center"/>
            </w:pPr>
            <w:r>
              <w:rPr>
                <w:sz w:val="18"/>
              </w:rPr>
              <w:t>469</w:t>
            </w:r>
          </w:p>
        </w:tc>
        <w:tc>
          <w:tcPr>
            <w:tcW w:w="1008" w:type="dxa"/>
            <w:vAlign w:val="center"/>
          </w:tcPr>
          <w:p w14:paraId="6BC36FA1" w14:textId="1B53918D" w:rsidR="00CC31A5" w:rsidRDefault="005C59DC">
            <w:pPr>
              <w:jc w:val="center"/>
            </w:pPr>
            <w:r>
              <w:rPr>
                <w:sz w:val="18"/>
              </w:rPr>
              <w:t>-.059</w:t>
            </w:r>
          </w:p>
        </w:tc>
        <w:tc>
          <w:tcPr>
            <w:tcW w:w="1800" w:type="dxa"/>
            <w:vAlign w:val="center"/>
          </w:tcPr>
          <w:p w14:paraId="439E60BC" w14:textId="555C361E" w:rsidR="00CC31A5" w:rsidRDefault="00000000" w:rsidP="005C59DC">
            <w:pPr>
              <w:jc w:val="center"/>
            </w:pPr>
            <w:r>
              <w:rPr>
                <w:sz w:val="18"/>
              </w:rPr>
              <w:t>[-.152, .033]</w:t>
            </w:r>
          </w:p>
        </w:tc>
        <w:tc>
          <w:tcPr>
            <w:tcW w:w="792" w:type="dxa"/>
            <w:vAlign w:val="center"/>
          </w:tcPr>
          <w:p w14:paraId="2DF1DFB2" w14:textId="77777777" w:rsidR="00CC31A5" w:rsidRDefault="00000000" w:rsidP="005C59DC">
            <w:pPr>
              <w:jc w:val="center"/>
            </w:pPr>
            <w:r>
              <w:rPr>
                <w:sz w:val="18"/>
              </w:rPr>
              <w:t>.205</w:t>
            </w:r>
          </w:p>
        </w:tc>
      </w:tr>
      <w:tr w:rsidR="00CC31A5" w14:paraId="284F2DC8" w14:textId="77777777" w:rsidTr="005C59DC">
        <w:trPr>
          <w:jc w:val="center"/>
        </w:trPr>
        <w:tc>
          <w:tcPr>
            <w:tcW w:w="6624" w:type="dxa"/>
            <w:vAlign w:val="center"/>
          </w:tcPr>
          <w:p w14:paraId="571F82C2" w14:textId="77777777" w:rsidR="00CC31A5" w:rsidRDefault="00000000">
            <w:r>
              <w:rPr>
                <w:sz w:val="18"/>
              </w:rPr>
              <w:t>I avoid tasks that don’t allow the use of generative AI tools.</w:t>
            </w:r>
          </w:p>
        </w:tc>
        <w:tc>
          <w:tcPr>
            <w:tcW w:w="648" w:type="dxa"/>
            <w:vAlign w:val="center"/>
          </w:tcPr>
          <w:p w14:paraId="6EE820D8" w14:textId="77777777" w:rsidR="00CC31A5" w:rsidRDefault="00000000">
            <w:pPr>
              <w:jc w:val="center"/>
            </w:pPr>
            <w:r>
              <w:rPr>
                <w:sz w:val="18"/>
              </w:rPr>
              <w:t>469</w:t>
            </w:r>
          </w:p>
        </w:tc>
        <w:tc>
          <w:tcPr>
            <w:tcW w:w="1008" w:type="dxa"/>
            <w:vAlign w:val="center"/>
          </w:tcPr>
          <w:p w14:paraId="5A40EC8A" w14:textId="6594104C" w:rsidR="00CC31A5" w:rsidRDefault="005C59DC">
            <w:pPr>
              <w:jc w:val="center"/>
            </w:pPr>
            <w:r>
              <w:rPr>
                <w:sz w:val="18"/>
              </w:rPr>
              <w:t>-.127</w:t>
            </w:r>
          </w:p>
        </w:tc>
        <w:tc>
          <w:tcPr>
            <w:tcW w:w="1800" w:type="dxa"/>
            <w:vAlign w:val="center"/>
          </w:tcPr>
          <w:p w14:paraId="07BF3D88" w14:textId="3BC8F415" w:rsidR="00CC31A5" w:rsidRDefault="00000000" w:rsidP="005C59DC">
            <w:pPr>
              <w:jc w:val="center"/>
            </w:pPr>
            <w:r>
              <w:rPr>
                <w:sz w:val="18"/>
              </w:rPr>
              <w:t>[-.218, -.034]</w:t>
            </w:r>
          </w:p>
        </w:tc>
        <w:tc>
          <w:tcPr>
            <w:tcW w:w="792" w:type="dxa"/>
            <w:vAlign w:val="center"/>
          </w:tcPr>
          <w:p w14:paraId="4EA84440" w14:textId="77777777" w:rsidR="00CC31A5" w:rsidRDefault="00000000" w:rsidP="005C59DC">
            <w:pPr>
              <w:jc w:val="center"/>
            </w:pPr>
            <w:r>
              <w:rPr>
                <w:sz w:val="18"/>
              </w:rPr>
              <w:t>.006</w:t>
            </w:r>
          </w:p>
        </w:tc>
      </w:tr>
      <w:tr w:rsidR="00CC31A5" w14:paraId="63D06F5D" w14:textId="77777777" w:rsidTr="005C59DC">
        <w:trPr>
          <w:jc w:val="center"/>
        </w:trPr>
        <w:tc>
          <w:tcPr>
            <w:tcW w:w="6624" w:type="dxa"/>
            <w:vAlign w:val="center"/>
          </w:tcPr>
          <w:p w14:paraId="009C2608" w14:textId="77777777" w:rsidR="00CC31A5" w:rsidRDefault="00000000">
            <w:r>
              <w:rPr>
                <w:sz w:val="18"/>
              </w:rPr>
              <w:t>I lose interest in tasks when AI tools cannot provide adequate assistance.</w:t>
            </w:r>
          </w:p>
        </w:tc>
        <w:tc>
          <w:tcPr>
            <w:tcW w:w="648" w:type="dxa"/>
            <w:vAlign w:val="center"/>
          </w:tcPr>
          <w:p w14:paraId="016BA241" w14:textId="77777777" w:rsidR="00CC31A5" w:rsidRDefault="00000000">
            <w:pPr>
              <w:jc w:val="center"/>
            </w:pPr>
            <w:r>
              <w:rPr>
                <w:sz w:val="18"/>
              </w:rPr>
              <w:t>469</w:t>
            </w:r>
          </w:p>
        </w:tc>
        <w:tc>
          <w:tcPr>
            <w:tcW w:w="1008" w:type="dxa"/>
            <w:vAlign w:val="center"/>
          </w:tcPr>
          <w:p w14:paraId="193C4493" w14:textId="282FCA37" w:rsidR="00CC31A5" w:rsidRDefault="005C59DC">
            <w:pPr>
              <w:jc w:val="center"/>
            </w:pPr>
            <w:r>
              <w:rPr>
                <w:sz w:val="18"/>
              </w:rPr>
              <w:t>-.031</w:t>
            </w:r>
          </w:p>
        </w:tc>
        <w:tc>
          <w:tcPr>
            <w:tcW w:w="1800" w:type="dxa"/>
            <w:vAlign w:val="center"/>
          </w:tcPr>
          <w:p w14:paraId="381F79C7" w14:textId="1E7FC39E" w:rsidR="00CC31A5" w:rsidRDefault="00000000" w:rsidP="005C59DC">
            <w:pPr>
              <w:jc w:val="center"/>
            </w:pPr>
            <w:r>
              <w:rPr>
                <w:sz w:val="18"/>
              </w:rPr>
              <w:t>[-.114, .051]</w:t>
            </w:r>
          </w:p>
        </w:tc>
        <w:tc>
          <w:tcPr>
            <w:tcW w:w="792" w:type="dxa"/>
            <w:vAlign w:val="center"/>
          </w:tcPr>
          <w:p w14:paraId="2A8FA598" w14:textId="77777777" w:rsidR="00CC31A5" w:rsidRDefault="00000000" w:rsidP="005C59DC">
            <w:pPr>
              <w:jc w:val="center"/>
            </w:pPr>
            <w:r>
              <w:rPr>
                <w:sz w:val="18"/>
              </w:rPr>
              <w:t>.506</w:t>
            </w:r>
          </w:p>
        </w:tc>
      </w:tr>
      <w:tr w:rsidR="00CC31A5" w14:paraId="20936C7F" w14:textId="77777777" w:rsidTr="005C59DC">
        <w:trPr>
          <w:jc w:val="center"/>
        </w:trPr>
        <w:tc>
          <w:tcPr>
            <w:tcW w:w="6624" w:type="dxa"/>
            <w:vAlign w:val="center"/>
          </w:tcPr>
          <w:p w14:paraId="4E4D3700" w14:textId="77777777" w:rsidR="00CC31A5" w:rsidRDefault="00000000">
            <w:r>
              <w:rPr>
                <w:sz w:val="18"/>
              </w:rPr>
              <w:t>I stop putting effort into tasks when AI solutions seem unclear or irrelevant.</w:t>
            </w:r>
          </w:p>
        </w:tc>
        <w:tc>
          <w:tcPr>
            <w:tcW w:w="648" w:type="dxa"/>
            <w:vAlign w:val="center"/>
          </w:tcPr>
          <w:p w14:paraId="0343CA47" w14:textId="77777777" w:rsidR="00CC31A5" w:rsidRDefault="00000000">
            <w:pPr>
              <w:jc w:val="center"/>
            </w:pPr>
            <w:r>
              <w:rPr>
                <w:sz w:val="18"/>
              </w:rPr>
              <w:t>469</w:t>
            </w:r>
          </w:p>
        </w:tc>
        <w:tc>
          <w:tcPr>
            <w:tcW w:w="1008" w:type="dxa"/>
            <w:vAlign w:val="center"/>
          </w:tcPr>
          <w:p w14:paraId="5AB3C003" w14:textId="24D76567" w:rsidR="00CC31A5" w:rsidRDefault="005C59DC">
            <w:pPr>
              <w:jc w:val="center"/>
            </w:pPr>
            <w:r>
              <w:rPr>
                <w:sz w:val="18"/>
              </w:rPr>
              <w:t>-.127</w:t>
            </w:r>
          </w:p>
        </w:tc>
        <w:tc>
          <w:tcPr>
            <w:tcW w:w="1800" w:type="dxa"/>
            <w:vAlign w:val="center"/>
          </w:tcPr>
          <w:p w14:paraId="3CDA121A" w14:textId="644EA879" w:rsidR="00CC31A5" w:rsidRDefault="00000000" w:rsidP="005C59DC">
            <w:pPr>
              <w:jc w:val="center"/>
            </w:pPr>
            <w:r>
              <w:rPr>
                <w:sz w:val="18"/>
              </w:rPr>
              <w:t>[-.212, -.040]</w:t>
            </w:r>
          </w:p>
        </w:tc>
        <w:tc>
          <w:tcPr>
            <w:tcW w:w="792" w:type="dxa"/>
            <w:vAlign w:val="center"/>
          </w:tcPr>
          <w:p w14:paraId="14F54637" w14:textId="77777777" w:rsidR="00CC31A5" w:rsidRDefault="00000000" w:rsidP="005C59DC">
            <w:pPr>
              <w:jc w:val="center"/>
            </w:pPr>
            <w:r>
              <w:rPr>
                <w:sz w:val="18"/>
              </w:rPr>
              <w:t>.006</w:t>
            </w:r>
          </w:p>
        </w:tc>
      </w:tr>
      <w:tr w:rsidR="00CC31A5" w14:paraId="13AA1C8E" w14:textId="77777777" w:rsidTr="005C59DC">
        <w:trPr>
          <w:jc w:val="center"/>
        </w:trPr>
        <w:tc>
          <w:tcPr>
            <w:tcW w:w="6624" w:type="dxa"/>
            <w:vAlign w:val="center"/>
          </w:tcPr>
          <w:p w14:paraId="52B606AC" w14:textId="77777777" w:rsidR="00CC31A5" w:rsidRDefault="00000000">
            <w:r>
              <w:rPr>
                <w:sz w:val="18"/>
              </w:rPr>
              <w:t>I feel excited when I discover new ways to use AI tools for learning.</w:t>
            </w:r>
          </w:p>
        </w:tc>
        <w:tc>
          <w:tcPr>
            <w:tcW w:w="648" w:type="dxa"/>
            <w:vAlign w:val="center"/>
          </w:tcPr>
          <w:p w14:paraId="2C2AD9B7" w14:textId="77777777" w:rsidR="00CC31A5" w:rsidRDefault="00000000">
            <w:pPr>
              <w:jc w:val="center"/>
            </w:pPr>
            <w:r>
              <w:rPr>
                <w:sz w:val="18"/>
              </w:rPr>
              <w:t>468</w:t>
            </w:r>
          </w:p>
        </w:tc>
        <w:tc>
          <w:tcPr>
            <w:tcW w:w="1008" w:type="dxa"/>
            <w:vAlign w:val="center"/>
          </w:tcPr>
          <w:p w14:paraId="02EF042C" w14:textId="3ECB28FE" w:rsidR="00CC31A5" w:rsidRDefault="005C59DC">
            <w:pPr>
              <w:jc w:val="center"/>
            </w:pPr>
            <w:r>
              <w:rPr>
                <w:sz w:val="18"/>
              </w:rPr>
              <w:t>-.244</w:t>
            </w:r>
          </w:p>
        </w:tc>
        <w:tc>
          <w:tcPr>
            <w:tcW w:w="1800" w:type="dxa"/>
            <w:vAlign w:val="center"/>
          </w:tcPr>
          <w:p w14:paraId="267FB26D" w14:textId="0895E7D9" w:rsidR="00CC31A5" w:rsidRDefault="00000000" w:rsidP="005C59DC">
            <w:pPr>
              <w:jc w:val="center"/>
            </w:pPr>
            <w:r>
              <w:rPr>
                <w:sz w:val="18"/>
              </w:rPr>
              <w:t>[-.327, -.157]</w:t>
            </w:r>
          </w:p>
        </w:tc>
        <w:tc>
          <w:tcPr>
            <w:tcW w:w="792" w:type="dxa"/>
            <w:vAlign w:val="center"/>
          </w:tcPr>
          <w:p w14:paraId="0BECBA0C" w14:textId="77777777" w:rsidR="00CC31A5" w:rsidRDefault="00000000" w:rsidP="005C59DC">
            <w:pPr>
              <w:jc w:val="center"/>
            </w:pPr>
            <w:r>
              <w:rPr>
                <w:sz w:val="18"/>
              </w:rPr>
              <w:t>&lt; .001</w:t>
            </w:r>
          </w:p>
        </w:tc>
      </w:tr>
      <w:tr w:rsidR="00CC31A5" w14:paraId="2707AE39" w14:textId="77777777" w:rsidTr="005C59DC">
        <w:trPr>
          <w:jc w:val="center"/>
        </w:trPr>
        <w:tc>
          <w:tcPr>
            <w:tcW w:w="6624" w:type="dxa"/>
            <w:vAlign w:val="center"/>
          </w:tcPr>
          <w:p w14:paraId="00161DED" w14:textId="77777777" w:rsidR="00CC31A5" w:rsidRDefault="00000000">
            <w:r>
              <w:rPr>
                <w:sz w:val="18"/>
              </w:rPr>
              <w:t>Using AI tools makes me feel more confident about tackling difficult assignments.</w:t>
            </w:r>
          </w:p>
        </w:tc>
        <w:tc>
          <w:tcPr>
            <w:tcW w:w="648" w:type="dxa"/>
            <w:vAlign w:val="center"/>
          </w:tcPr>
          <w:p w14:paraId="6B86B242" w14:textId="77777777" w:rsidR="00CC31A5" w:rsidRDefault="00000000">
            <w:pPr>
              <w:jc w:val="center"/>
            </w:pPr>
            <w:r>
              <w:rPr>
                <w:sz w:val="18"/>
              </w:rPr>
              <w:t>469</w:t>
            </w:r>
          </w:p>
        </w:tc>
        <w:tc>
          <w:tcPr>
            <w:tcW w:w="1008" w:type="dxa"/>
            <w:vAlign w:val="center"/>
          </w:tcPr>
          <w:p w14:paraId="297191C7" w14:textId="72F98088" w:rsidR="00CC31A5" w:rsidRDefault="005C59DC">
            <w:pPr>
              <w:jc w:val="center"/>
            </w:pPr>
            <w:r>
              <w:rPr>
                <w:sz w:val="18"/>
              </w:rPr>
              <w:t>-.223</w:t>
            </w:r>
          </w:p>
        </w:tc>
        <w:tc>
          <w:tcPr>
            <w:tcW w:w="1800" w:type="dxa"/>
            <w:vAlign w:val="center"/>
          </w:tcPr>
          <w:p w14:paraId="04F253E4" w14:textId="1B930914" w:rsidR="00CC31A5" w:rsidRDefault="00000000" w:rsidP="005C59DC">
            <w:pPr>
              <w:jc w:val="center"/>
            </w:pPr>
            <w:r>
              <w:rPr>
                <w:sz w:val="18"/>
              </w:rPr>
              <w:t>[-.314, -.131]</w:t>
            </w:r>
          </w:p>
        </w:tc>
        <w:tc>
          <w:tcPr>
            <w:tcW w:w="792" w:type="dxa"/>
            <w:vAlign w:val="center"/>
          </w:tcPr>
          <w:p w14:paraId="5F890813" w14:textId="77777777" w:rsidR="00CC31A5" w:rsidRDefault="00000000" w:rsidP="005C59DC">
            <w:pPr>
              <w:jc w:val="center"/>
            </w:pPr>
            <w:r>
              <w:rPr>
                <w:sz w:val="18"/>
              </w:rPr>
              <w:t>&lt; .001</w:t>
            </w:r>
          </w:p>
        </w:tc>
      </w:tr>
      <w:tr w:rsidR="00CC31A5" w14:paraId="7A60FD29" w14:textId="77777777" w:rsidTr="005C59DC">
        <w:trPr>
          <w:jc w:val="center"/>
        </w:trPr>
        <w:tc>
          <w:tcPr>
            <w:tcW w:w="6624" w:type="dxa"/>
            <w:vAlign w:val="center"/>
          </w:tcPr>
          <w:p w14:paraId="6CB39B11" w14:textId="77777777" w:rsidR="00CC31A5" w:rsidRDefault="00000000">
            <w:r>
              <w:rPr>
                <w:sz w:val="18"/>
              </w:rPr>
              <w:t>I enjoy the creativity that AI tools add to my learning process.</w:t>
            </w:r>
          </w:p>
        </w:tc>
        <w:tc>
          <w:tcPr>
            <w:tcW w:w="648" w:type="dxa"/>
            <w:vAlign w:val="center"/>
          </w:tcPr>
          <w:p w14:paraId="4150DDA0" w14:textId="77777777" w:rsidR="00CC31A5" w:rsidRDefault="00000000">
            <w:pPr>
              <w:jc w:val="center"/>
            </w:pPr>
            <w:r>
              <w:rPr>
                <w:sz w:val="18"/>
              </w:rPr>
              <w:t>469</w:t>
            </w:r>
          </w:p>
        </w:tc>
        <w:tc>
          <w:tcPr>
            <w:tcW w:w="1008" w:type="dxa"/>
            <w:vAlign w:val="center"/>
          </w:tcPr>
          <w:p w14:paraId="5653261B" w14:textId="332E79DB" w:rsidR="00CC31A5" w:rsidRDefault="005C59DC">
            <w:pPr>
              <w:jc w:val="center"/>
            </w:pPr>
            <w:r>
              <w:rPr>
                <w:sz w:val="18"/>
              </w:rPr>
              <w:t>-.264</w:t>
            </w:r>
          </w:p>
        </w:tc>
        <w:tc>
          <w:tcPr>
            <w:tcW w:w="1800" w:type="dxa"/>
            <w:vAlign w:val="center"/>
          </w:tcPr>
          <w:p w14:paraId="4EE9B1A0" w14:textId="65AEC163" w:rsidR="00CC31A5" w:rsidRDefault="00000000" w:rsidP="005C59DC">
            <w:pPr>
              <w:jc w:val="center"/>
            </w:pPr>
            <w:r>
              <w:rPr>
                <w:sz w:val="18"/>
              </w:rPr>
              <w:t>[-.350, -.176]</w:t>
            </w:r>
          </w:p>
        </w:tc>
        <w:tc>
          <w:tcPr>
            <w:tcW w:w="792" w:type="dxa"/>
            <w:vAlign w:val="center"/>
          </w:tcPr>
          <w:p w14:paraId="76501C77" w14:textId="77777777" w:rsidR="00CC31A5" w:rsidRDefault="00000000" w:rsidP="005C59DC">
            <w:pPr>
              <w:jc w:val="center"/>
            </w:pPr>
            <w:r>
              <w:rPr>
                <w:sz w:val="18"/>
              </w:rPr>
              <w:t>&lt; .001</w:t>
            </w:r>
          </w:p>
        </w:tc>
      </w:tr>
      <w:tr w:rsidR="00CC31A5" w14:paraId="456FBADA" w14:textId="77777777" w:rsidTr="005C59DC">
        <w:trPr>
          <w:jc w:val="center"/>
        </w:trPr>
        <w:tc>
          <w:tcPr>
            <w:tcW w:w="6624" w:type="dxa"/>
            <w:vAlign w:val="center"/>
          </w:tcPr>
          <w:p w14:paraId="75DCF85D" w14:textId="77777777" w:rsidR="00CC31A5" w:rsidRDefault="00000000">
            <w:r>
              <w:rPr>
                <w:sz w:val="18"/>
              </w:rPr>
              <w:t>I feel motivated to engage with assignments that allow me to use AI.</w:t>
            </w:r>
          </w:p>
        </w:tc>
        <w:tc>
          <w:tcPr>
            <w:tcW w:w="648" w:type="dxa"/>
            <w:vAlign w:val="center"/>
          </w:tcPr>
          <w:p w14:paraId="39310C56" w14:textId="77777777" w:rsidR="00CC31A5" w:rsidRDefault="00000000">
            <w:pPr>
              <w:jc w:val="center"/>
            </w:pPr>
            <w:r>
              <w:rPr>
                <w:sz w:val="18"/>
              </w:rPr>
              <w:t>468</w:t>
            </w:r>
          </w:p>
        </w:tc>
        <w:tc>
          <w:tcPr>
            <w:tcW w:w="1008" w:type="dxa"/>
            <w:vAlign w:val="center"/>
          </w:tcPr>
          <w:p w14:paraId="29B2FF28" w14:textId="6D9B61D4" w:rsidR="00CC31A5" w:rsidRDefault="005C59DC">
            <w:pPr>
              <w:jc w:val="center"/>
            </w:pPr>
            <w:r>
              <w:rPr>
                <w:sz w:val="18"/>
              </w:rPr>
              <w:t>-.230</w:t>
            </w:r>
          </w:p>
        </w:tc>
        <w:tc>
          <w:tcPr>
            <w:tcW w:w="1800" w:type="dxa"/>
            <w:vAlign w:val="center"/>
          </w:tcPr>
          <w:p w14:paraId="52F3790C" w14:textId="0919609B" w:rsidR="00CC31A5" w:rsidRDefault="00000000" w:rsidP="005C59DC">
            <w:pPr>
              <w:jc w:val="center"/>
            </w:pPr>
            <w:r>
              <w:rPr>
                <w:sz w:val="18"/>
              </w:rPr>
              <w:t>[-.314, -.143]</w:t>
            </w:r>
          </w:p>
        </w:tc>
        <w:tc>
          <w:tcPr>
            <w:tcW w:w="792" w:type="dxa"/>
            <w:vAlign w:val="center"/>
          </w:tcPr>
          <w:p w14:paraId="6177A131" w14:textId="77777777" w:rsidR="00CC31A5" w:rsidRDefault="00000000" w:rsidP="005C59DC">
            <w:pPr>
              <w:jc w:val="center"/>
            </w:pPr>
            <w:r>
              <w:rPr>
                <w:sz w:val="18"/>
              </w:rPr>
              <w:t>&lt; .001</w:t>
            </w:r>
          </w:p>
        </w:tc>
      </w:tr>
      <w:tr w:rsidR="00CC31A5" w14:paraId="7B0AAF82" w14:textId="77777777" w:rsidTr="005C59DC">
        <w:trPr>
          <w:jc w:val="center"/>
        </w:trPr>
        <w:tc>
          <w:tcPr>
            <w:tcW w:w="6624" w:type="dxa"/>
            <w:vAlign w:val="center"/>
          </w:tcPr>
          <w:p w14:paraId="6A60262B" w14:textId="77777777" w:rsidR="00CC31A5" w:rsidRDefault="00000000">
            <w:r>
              <w:rPr>
                <w:sz w:val="18"/>
              </w:rPr>
              <w:t>I feel frustrated when AI tools give incorrect or irrelevant answers.</w:t>
            </w:r>
          </w:p>
        </w:tc>
        <w:tc>
          <w:tcPr>
            <w:tcW w:w="648" w:type="dxa"/>
            <w:vAlign w:val="center"/>
          </w:tcPr>
          <w:p w14:paraId="05A52BD2" w14:textId="77777777" w:rsidR="00CC31A5" w:rsidRDefault="00000000">
            <w:pPr>
              <w:jc w:val="center"/>
            </w:pPr>
            <w:r>
              <w:rPr>
                <w:sz w:val="18"/>
              </w:rPr>
              <w:t>469</w:t>
            </w:r>
          </w:p>
        </w:tc>
        <w:tc>
          <w:tcPr>
            <w:tcW w:w="1008" w:type="dxa"/>
            <w:vAlign w:val="center"/>
          </w:tcPr>
          <w:p w14:paraId="2C8ED5DB" w14:textId="77777777" w:rsidR="00CC31A5" w:rsidRDefault="00000000">
            <w:pPr>
              <w:jc w:val="center"/>
            </w:pPr>
            <w:r>
              <w:rPr>
                <w:sz w:val="18"/>
              </w:rPr>
              <w:t>.073</w:t>
            </w:r>
          </w:p>
        </w:tc>
        <w:tc>
          <w:tcPr>
            <w:tcW w:w="1800" w:type="dxa"/>
            <w:vAlign w:val="center"/>
          </w:tcPr>
          <w:p w14:paraId="7EAEFFBB" w14:textId="4E579C80" w:rsidR="00CC31A5" w:rsidRDefault="00000000" w:rsidP="005C59DC">
            <w:pPr>
              <w:jc w:val="center"/>
            </w:pPr>
            <w:r>
              <w:rPr>
                <w:sz w:val="18"/>
              </w:rPr>
              <w:t>[-.017, .164]</w:t>
            </w:r>
          </w:p>
        </w:tc>
        <w:tc>
          <w:tcPr>
            <w:tcW w:w="792" w:type="dxa"/>
            <w:vAlign w:val="center"/>
          </w:tcPr>
          <w:p w14:paraId="1A95AC96" w14:textId="77777777" w:rsidR="00CC31A5" w:rsidRDefault="00000000" w:rsidP="005C59DC">
            <w:pPr>
              <w:jc w:val="center"/>
            </w:pPr>
            <w:r>
              <w:rPr>
                <w:sz w:val="18"/>
              </w:rPr>
              <w:t>.115</w:t>
            </w:r>
          </w:p>
        </w:tc>
      </w:tr>
      <w:tr w:rsidR="00CC31A5" w14:paraId="5BCEACE5" w14:textId="77777777" w:rsidTr="005C59DC">
        <w:trPr>
          <w:jc w:val="center"/>
        </w:trPr>
        <w:tc>
          <w:tcPr>
            <w:tcW w:w="6624" w:type="dxa"/>
            <w:vAlign w:val="center"/>
          </w:tcPr>
          <w:p w14:paraId="63FC1732" w14:textId="77777777" w:rsidR="00CC31A5" w:rsidRDefault="00000000">
            <w:r>
              <w:rPr>
                <w:sz w:val="18"/>
              </w:rPr>
              <w:t>I worry that I rely too much on AI and not enough on my own skills.</w:t>
            </w:r>
          </w:p>
        </w:tc>
        <w:tc>
          <w:tcPr>
            <w:tcW w:w="648" w:type="dxa"/>
            <w:vAlign w:val="center"/>
          </w:tcPr>
          <w:p w14:paraId="5912B480" w14:textId="77777777" w:rsidR="00CC31A5" w:rsidRDefault="00000000">
            <w:pPr>
              <w:jc w:val="center"/>
            </w:pPr>
            <w:r>
              <w:rPr>
                <w:sz w:val="18"/>
              </w:rPr>
              <w:t>469</w:t>
            </w:r>
          </w:p>
        </w:tc>
        <w:tc>
          <w:tcPr>
            <w:tcW w:w="1008" w:type="dxa"/>
            <w:vAlign w:val="center"/>
          </w:tcPr>
          <w:p w14:paraId="3DA37C73" w14:textId="4C103D35" w:rsidR="00CC31A5" w:rsidRDefault="005C59DC">
            <w:pPr>
              <w:jc w:val="center"/>
            </w:pPr>
            <w:r>
              <w:rPr>
                <w:sz w:val="18"/>
              </w:rPr>
              <w:t>-.002</w:t>
            </w:r>
          </w:p>
        </w:tc>
        <w:tc>
          <w:tcPr>
            <w:tcW w:w="1800" w:type="dxa"/>
            <w:vAlign w:val="center"/>
          </w:tcPr>
          <w:p w14:paraId="43EA1B79" w14:textId="4215BC8B" w:rsidR="00CC31A5" w:rsidRDefault="00000000" w:rsidP="005C59DC">
            <w:pPr>
              <w:jc w:val="center"/>
            </w:pPr>
            <w:r>
              <w:rPr>
                <w:sz w:val="18"/>
              </w:rPr>
              <w:t>[-.094, .088]</w:t>
            </w:r>
          </w:p>
        </w:tc>
        <w:tc>
          <w:tcPr>
            <w:tcW w:w="792" w:type="dxa"/>
            <w:vAlign w:val="center"/>
          </w:tcPr>
          <w:p w14:paraId="072CC6AE" w14:textId="77777777" w:rsidR="00CC31A5" w:rsidRDefault="00000000" w:rsidP="005C59DC">
            <w:pPr>
              <w:jc w:val="center"/>
            </w:pPr>
            <w:r>
              <w:rPr>
                <w:sz w:val="18"/>
              </w:rPr>
              <w:t>.965</w:t>
            </w:r>
          </w:p>
        </w:tc>
      </w:tr>
      <w:tr w:rsidR="00CC31A5" w14:paraId="34D67D51" w14:textId="77777777" w:rsidTr="005C59DC">
        <w:trPr>
          <w:jc w:val="center"/>
        </w:trPr>
        <w:tc>
          <w:tcPr>
            <w:tcW w:w="6624" w:type="dxa"/>
            <w:vAlign w:val="center"/>
          </w:tcPr>
          <w:p w14:paraId="22CBA310" w14:textId="77777777" w:rsidR="00CC31A5" w:rsidRDefault="00000000">
            <w:r>
              <w:rPr>
                <w:sz w:val="18"/>
              </w:rPr>
              <w:t>Using AI tools makes me feel disconnected from the learning process.</w:t>
            </w:r>
          </w:p>
        </w:tc>
        <w:tc>
          <w:tcPr>
            <w:tcW w:w="648" w:type="dxa"/>
            <w:vAlign w:val="center"/>
          </w:tcPr>
          <w:p w14:paraId="793B566E" w14:textId="77777777" w:rsidR="00CC31A5" w:rsidRDefault="00000000">
            <w:pPr>
              <w:jc w:val="center"/>
            </w:pPr>
            <w:r>
              <w:rPr>
                <w:sz w:val="18"/>
              </w:rPr>
              <w:t>469</w:t>
            </w:r>
          </w:p>
        </w:tc>
        <w:tc>
          <w:tcPr>
            <w:tcW w:w="1008" w:type="dxa"/>
            <w:vAlign w:val="center"/>
          </w:tcPr>
          <w:p w14:paraId="746FADF2" w14:textId="77777777" w:rsidR="00CC31A5" w:rsidRDefault="00000000">
            <w:pPr>
              <w:jc w:val="center"/>
            </w:pPr>
            <w:r>
              <w:rPr>
                <w:sz w:val="18"/>
              </w:rPr>
              <w:t>.078</w:t>
            </w:r>
          </w:p>
        </w:tc>
        <w:tc>
          <w:tcPr>
            <w:tcW w:w="1800" w:type="dxa"/>
            <w:vAlign w:val="center"/>
          </w:tcPr>
          <w:p w14:paraId="7B712402" w14:textId="29F7FC0D" w:rsidR="00CC31A5" w:rsidRDefault="00000000" w:rsidP="005C59DC">
            <w:pPr>
              <w:jc w:val="center"/>
            </w:pPr>
            <w:r>
              <w:rPr>
                <w:sz w:val="18"/>
              </w:rPr>
              <w:t>[-.015, .167]</w:t>
            </w:r>
          </w:p>
        </w:tc>
        <w:tc>
          <w:tcPr>
            <w:tcW w:w="792" w:type="dxa"/>
            <w:vAlign w:val="center"/>
          </w:tcPr>
          <w:p w14:paraId="3E7F4DBF" w14:textId="77777777" w:rsidR="00CC31A5" w:rsidRDefault="00000000" w:rsidP="005C59DC">
            <w:pPr>
              <w:jc w:val="center"/>
            </w:pPr>
            <w:r>
              <w:rPr>
                <w:sz w:val="18"/>
              </w:rPr>
              <w:t>.092</w:t>
            </w:r>
          </w:p>
        </w:tc>
      </w:tr>
      <w:tr w:rsidR="00CC31A5" w14:paraId="49B466C5" w14:textId="77777777" w:rsidTr="005C59DC">
        <w:trPr>
          <w:jc w:val="center"/>
        </w:trPr>
        <w:tc>
          <w:tcPr>
            <w:tcW w:w="6624" w:type="dxa"/>
            <w:vAlign w:val="center"/>
          </w:tcPr>
          <w:p w14:paraId="2392599B" w14:textId="77777777" w:rsidR="00CC31A5" w:rsidRDefault="00000000">
            <w:r>
              <w:rPr>
                <w:sz w:val="18"/>
              </w:rPr>
              <w:t>I feel overwhelmed by the amount of information AI tools provide.</w:t>
            </w:r>
          </w:p>
        </w:tc>
        <w:tc>
          <w:tcPr>
            <w:tcW w:w="648" w:type="dxa"/>
            <w:vAlign w:val="center"/>
          </w:tcPr>
          <w:p w14:paraId="4084463B" w14:textId="77777777" w:rsidR="00CC31A5" w:rsidRDefault="00000000">
            <w:pPr>
              <w:jc w:val="center"/>
            </w:pPr>
            <w:r>
              <w:rPr>
                <w:sz w:val="18"/>
              </w:rPr>
              <w:t>469</w:t>
            </w:r>
          </w:p>
        </w:tc>
        <w:tc>
          <w:tcPr>
            <w:tcW w:w="1008" w:type="dxa"/>
            <w:vAlign w:val="center"/>
          </w:tcPr>
          <w:p w14:paraId="2D8724BE" w14:textId="77777777" w:rsidR="00CC31A5" w:rsidRDefault="00000000">
            <w:pPr>
              <w:jc w:val="center"/>
            </w:pPr>
            <w:r>
              <w:rPr>
                <w:sz w:val="18"/>
              </w:rPr>
              <w:t>.007</w:t>
            </w:r>
          </w:p>
        </w:tc>
        <w:tc>
          <w:tcPr>
            <w:tcW w:w="1800" w:type="dxa"/>
            <w:vAlign w:val="center"/>
          </w:tcPr>
          <w:p w14:paraId="349968A9" w14:textId="2E57A050" w:rsidR="00CC31A5" w:rsidRDefault="00000000" w:rsidP="005C59DC">
            <w:pPr>
              <w:jc w:val="center"/>
            </w:pPr>
            <w:r>
              <w:rPr>
                <w:sz w:val="18"/>
              </w:rPr>
              <w:t>[-.084, .095]</w:t>
            </w:r>
          </w:p>
        </w:tc>
        <w:tc>
          <w:tcPr>
            <w:tcW w:w="792" w:type="dxa"/>
            <w:vAlign w:val="center"/>
          </w:tcPr>
          <w:p w14:paraId="7C50FADA" w14:textId="77777777" w:rsidR="00CC31A5" w:rsidRDefault="00000000" w:rsidP="005C59DC">
            <w:pPr>
              <w:jc w:val="center"/>
            </w:pPr>
            <w:r>
              <w:rPr>
                <w:sz w:val="18"/>
              </w:rPr>
              <w:t>.886</w:t>
            </w:r>
          </w:p>
        </w:tc>
      </w:tr>
      <w:tr w:rsidR="00CC31A5" w14:paraId="7689053A" w14:textId="77777777" w:rsidTr="005C59DC">
        <w:trPr>
          <w:jc w:val="center"/>
        </w:trPr>
        <w:tc>
          <w:tcPr>
            <w:tcW w:w="6624" w:type="dxa"/>
            <w:vAlign w:val="center"/>
          </w:tcPr>
          <w:p w14:paraId="28D76ADC" w14:textId="77777777" w:rsidR="00CC31A5" w:rsidRDefault="00000000">
            <w:r>
              <w:rPr>
                <w:sz w:val="18"/>
              </w:rPr>
              <w:t>Generative AI tools help me learn more effectively.</w:t>
            </w:r>
          </w:p>
        </w:tc>
        <w:tc>
          <w:tcPr>
            <w:tcW w:w="648" w:type="dxa"/>
            <w:vAlign w:val="center"/>
          </w:tcPr>
          <w:p w14:paraId="6B2B44D9" w14:textId="77777777" w:rsidR="00CC31A5" w:rsidRDefault="00000000">
            <w:pPr>
              <w:jc w:val="center"/>
            </w:pPr>
            <w:r>
              <w:rPr>
                <w:sz w:val="18"/>
              </w:rPr>
              <w:t>469</w:t>
            </w:r>
          </w:p>
        </w:tc>
        <w:tc>
          <w:tcPr>
            <w:tcW w:w="1008" w:type="dxa"/>
            <w:vAlign w:val="center"/>
          </w:tcPr>
          <w:p w14:paraId="75FD2B3F" w14:textId="1672D2C4" w:rsidR="00CC31A5" w:rsidRDefault="005C59DC">
            <w:pPr>
              <w:jc w:val="center"/>
            </w:pPr>
            <w:r>
              <w:rPr>
                <w:sz w:val="18"/>
              </w:rPr>
              <w:t>-.249</w:t>
            </w:r>
          </w:p>
        </w:tc>
        <w:tc>
          <w:tcPr>
            <w:tcW w:w="1800" w:type="dxa"/>
            <w:vAlign w:val="center"/>
          </w:tcPr>
          <w:p w14:paraId="0C70F7D1" w14:textId="71C2B89A" w:rsidR="00CC31A5" w:rsidRDefault="00000000" w:rsidP="005C59DC">
            <w:pPr>
              <w:jc w:val="center"/>
            </w:pPr>
            <w:r>
              <w:rPr>
                <w:sz w:val="18"/>
              </w:rPr>
              <w:t>[-.337, -.160]</w:t>
            </w:r>
          </w:p>
        </w:tc>
        <w:tc>
          <w:tcPr>
            <w:tcW w:w="792" w:type="dxa"/>
            <w:vAlign w:val="center"/>
          </w:tcPr>
          <w:p w14:paraId="64DFBE00" w14:textId="77777777" w:rsidR="00CC31A5" w:rsidRDefault="00000000" w:rsidP="005C59DC">
            <w:pPr>
              <w:jc w:val="center"/>
            </w:pPr>
            <w:r>
              <w:rPr>
                <w:sz w:val="18"/>
              </w:rPr>
              <w:t>&lt; .001</w:t>
            </w:r>
          </w:p>
        </w:tc>
      </w:tr>
      <w:tr w:rsidR="00CC31A5" w14:paraId="230E76F1" w14:textId="77777777" w:rsidTr="005C59DC">
        <w:trPr>
          <w:jc w:val="center"/>
        </w:trPr>
        <w:tc>
          <w:tcPr>
            <w:tcW w:w="6624" w:type="dxa"/>
            <w:vAlign w:val="center"/>
          </w:tcPr>
          <w:p w14:paraId="019A6C3F" w14:textId="77777777" w:rsidR="00CC31A5" w:rsidRDefault="00000000">
            <w:r>
              <w:rPr>
                <w:sz w:val="18"/>
              </w:rPr>
              <w:t>I feel more autonomous in my learning when I use AI tools.</w:t>
            </w:r>
          </w:p>
        </w:tc>
        <w:tc>
          <w:tcPr>
            <w:tcW w:w="648" w:type="dxa"/>
            <w:vAlign w:val="center"/>
          </w:tcPr>
          <w:p w14:paraId="1C376F33" w14:textId="77777777" w:rsidR="00CC31A5" w:rsidRDefault="00000000">
            <w:pPr>
              <w:jc w:val="center"/>
            </w:pPr>
            <w:r>
              <w:rPr>
                <w:sz w:val="18"/>
              </w:rPr>
              <w:t>469</w:t>
            </w:r>
          </w:p>
        </w:tc>
        <w:tc>
          <w:tcPr>
            <w:tcW w:w="1008" w:type="dxa"/>
            <w:vAlign w:val="center"/>
          </w:tcPr>
          <w:p w14:paraId="15B1C7DB" w14:textId="2973B282" w:rsidR="00CC31A5" w:rsidRDefault="005C59DC">
            <w:pPr>
              <w:jc w:val="center"/>
            </w:pPr>
            <w:r>
              <w:rPr>
                <w:sz w:val="18"/>
              </w:rPr>
              <w:t>-.285</w:t>
            </w:r>
          </w:p>
        </w:tc>
        <w:tc>
          <w:tcPr>
            <w:tcW w:w="1800" w:type="dxa"/>
            <w:vAlign w:val="center"/>
          </w:tcPr>
          <w:p w14:paraId="604CD0BF" w14:textId="57245A6A" w:rsidR="00CC31A5" w:rsidRDefault="00000000" w:rsidP="005C59DC">
            <w:pPr>
              <w:jc w:val="center"/>
            </w:pPr>
            <w:r>
              <w:rPr>
                <w:sz w:val="18"/>
              </w:rPr>
              <w:t>[-.368, -.197]</w:t>
            </w:r>
          </w:p>
        </w:tc>
        <w:tc>
          <w:tcPr>
            <w:tcW w:w="792" w:type="dxa"/>
            <w:vAlign w:val="center"/>
          </w:tcPr>
          <w:p w14:paraId="7DF109B6" w14:textId="77777777" w:rsidR="00CC31A5" w:rsidRDefault="00000000" w:rsidP="005C59DC">
            <w:pPr>
              <w:jc w:val="center"/>
            </w:pPr>
            <w:r>
              <w:rPr>
                <w:sz w:val="18"/>
              </w:rPr>
              <w:t>&lt; .001</w:t>
            </w:r>
          </w:p>
        </w:tc>
      </w:tr>
      <w:tr w:rsidR="00CC31A5" w14:paraId="13AEA5E9" w14:textId="77777777" w:rsidTr="005C59DC">
        <w:trPr>
          <w:jc w:val="center"/>
        </w:trPr>
        <w:tc>
          <w:tcPr>
            <w:tcW w:w="6624" w:type="dxa"/>
            <w:vAlign w:val="center"/>
          </w:tcPr>
          <w:p w14:paraId="7CF5BDB6" w14:textId="77777777" w:rsidR="00CC31A5" w:rsidRDefault="00000000">
            <w:r>
              <w:rPr>
                <w:sz w:val="18"/>
              </w:rPr>
              <w:t>AI tools make my learning experience more engaging and enjoyable.</w:t>
            </w:r>
          </w:p>
        </w:tc>
        <w:tc>
          <w:tcPr>
            <w:tcW w:w="648" w:type="dxa"/>
            <w:vAlign w:val="center"/>
          </w:tcPr>
          <w:p w14:paraId="7A7BD7DD" w14:textId="77777777" w:rsidR="00CC31A5" w:rsidRDefault="00000000">
            <w:pPr>
              <w:jc w:val="center"/>
            </w:pPr>
            <w:r>
              <w:rPr>
                <w:sz w:val="18"/>
              </w:rPr>
              <w:t>469</w:t>
            </w:r>
          </w:p>
        </w:tc>
        <w:tc>
          <w:tcPr>
            <w:tcW w:w="1008" w:type="dxa"/>
            <w:vAlign w:val="center"/>
          </w:tcPr>
          <w:p w14:paraId="7C1536F0" w14:textId="22C7E2FA" w:rsidR="00CC31A5" w:rsidRDefault="005C59DC">
            <w:pPr>
              <w:jc w:val="center"/>
            </w:pPr>
            <w:r>
              <w:rPr>
                <w:sz w:val="18"/>
              </w:rPr>
              <w:t>-.228</w:t>
            </w:r>
          </w:p>
        </w:tc>
        <w:tc>
          <w:tcPr>
            <w:tcW w:w="1800" w:type="dxa"/>
            <w:vAlign w:val="center"/>
          </w:tcPr>
          <w:p w14:paraId="54E9868E" w14:textId="17EF18D9" w:rsidR="00CC31A5" w:rsidRDefault="00000000" w:rsidP="005C59DC">
            <w:pPr>
              <w:jc w:val="center"/>
            </w:pPr>
            <w:r>
              <w:rPr>
                <w:sz w:val="18"/>
              </w:rPr>
              <w:t>[-.312, -.140]</w:t>
            </w:r>
          </w:p>
        </w:tc>
        <w:tc>
          <w:tcPr>
            <w:tcW w:w="792" w:type="dxa"/>
            <w:vAlign w:val="center"/>
          </w:tcPr>
          <w:p w14:paraId="1DDBC8AF" w14:textId="77777777" w:rsidR="00CC31A5" w:rsidRDefault="00000000" w:rsidP="005C59DC">
            <w:pPr>
              <w:jc w:val="center"/>
            </w:pPr>
            <w:r>
              <w:rPr>
                <w:sz w:val="18"/>
              </w:rPr>
              <w:t>&lt; .001</w:t>
            </w:r>
          </w:p>
        </w:tc>
      </w:tr>
      <w:tr w:rsidR="00CC31A5" w14:paraId="69F80944" w14:textId="77777777" w:rsidTr="005C59DC">
        <w:trPr>
          <w:jc w:val="center"/>
        </w:trPr>
        <w:tc>
          <w:tcPr>
            <w:tcW w:w="6624" w:type="dxa"/>
            <w:tcBorders>
              <w:bottom w:val="single" w:sz="4" w:space="0" w:color="auto"/>
            </w:tcBorders>
            <w:vAlign w:val="center"/>
          </w:tcPr>
          <w:p w14:paraId="2E1FA84C" w14:textId="77777777" w:rsidR="00CC31A5" w:rsidRDefault="00000000">
            <w:r>
              <w:rPr>
                <w:sz w:val="18"/>
              </w:rPr>
              <w:t>Relying on AI tools hinders my ability to think critically and solve problems independently.</w:t>
            </w:r>
          </w:p>
        </w:tc>
        <w:tc>
          <w:tcPr>
            <w:tcW w:w="648" w:type="dxa"/>
            <w:tcBorders>
              <w:bottom w:val="single" w:sz="4" w:space="0" w:color="auto"/>
            </w:tcBorders>
            <w:vAlign w:val="center"/>
          </w:tcPr>
          <w:p w14:paraId="0F883E7C" w14:textId="77777777" w:rsidR="00CC31A5" w:rsidRDefault="00000000">
            <w:pPr>
              <w:jc w:val="center"/>
            </w:pPr>
            <w:r>
              <w:rPr>
                <w:sz w:val="18"/>
              </w:rPr>
              <w:t>469</w:t>
            </w:r>
          </w:p>
        </w:tc>
        <w:tc>
          <w:tcPr>
            <w:tcW w:w="1008" w:type="dxa"/>
            <w:tcBorders>
              <w:bottom w:val="single" w:sz="4" w:space="0" w:color="auto"/>
            </w:tcBorders>
            <w:vAlign w:val="center"/>
          </w:tcPr>
          <w:p w14:paraId="78D1CA79" w14:textId="77777777" w:rsidR="00CC31A5" w:rsidRDefault="00000000">
            <w:pPr>
              <w:jc w:val="center"/>
            </w:pPr>
            <w:r>
              <w:rPr>
                <w:sz w:val="18"/>
              </w:rPr>
              <w:t>.252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vAlign w:val="center"/>
          </w:tcPr>
          <w:p w14:paraId="23518356" w14:textId="77777777" w:rsidR="00CC31A5" w:rsidRDefault="00000000" w:rsidP="005C59DC">
            <w:pPr>
              <w:jc w:val="center"/>
            </w:pPr>
            <w:r>
              <w:rPr>
                <w:sz w:val="18"/>
              </w:rPr>
              <w:t>[.162, .338]</w:t>
            </w:r>
          </w:p>
        </w:tc>
        <w:tc>
          <w:tcPr>
            <w:tcW w:w="792" w:type="dxa"/>
            <w:tcBorders>
              <w:bottom w:val="single" w:sz="4" w:space="0" w:color="auto"/>
            </w:tcBorders>
            <w:vAlign w:val="center"/>
          </w:tcPr>
          <w:p w14:paraId="09284BFE" w14:textId="77777777" w:rsidR="00CC31A5" w:rsidRDefault="00000000" w:rsidP="005C59DC">
            <w:pPr>
              <w:jc w:val="center"/>
            </w:pPr>
            <w:r>
              <w:rPr>
                <w:sz w:val="18"/>
              </w:rPr>
              <w:t>&lt; .001</w:t>
            </w:r>
          </w:p>
        </w:tc>
      </w:tr>
    </w:tbl>
    <w:p w14:paraId="4BEDCE15" w14:textId="77777777" w:rsidR="005C59DC" w:rsidRDefault="005C59DC">
      <w:pPr>
        <w:rPr>
          <w:b/>
        </w:rPr>
      </w:pPr>
    </w:p>
    <w:p w14:paraId="6B88662B" w14:textId="6155B68C" w:rsidR="00CC31A5" w:rsidRPr="002D6189" w:rsidRDefault="00000000">
      <w:pPr>
        <w:rPr>
          <w:bCs/>
        </w:rPr>
      </w:pPr>
      <w:r w:rsidRPr="002D6189">
        <w:rPr>
          <w:bCs/>
        </w:rPr>
        <w:t>Note. The item labels reproduce the closed-response variable labels in the full dataset and represent the items used in these analyses. Appendix A provides a condensed, construct-organised presentation rather than a verbatim export of the analytic variable labels. Spearman’s rank-order correlations were calculated using cases with valid paired GPA-band and item-response data. Percentile-bootstrap 95% confidence intervals were calculated at the respondent level using 10,000 resamples with replacement in R 4.5.2 with the stats and boot 1.3-32 packages (random seed 20260826). Positive coefficients indicate stronger endorsement at higher GPA bands; negative coefficients indicate weaker endorsement. The critical-thinking-hindrance item is reported in its original direction. Three items each contained one missing response among cases with valid GPA data. Five frustration-item responses were retained as the highest ordered response category.</w:t>
      </w:r>
    </w:p>
    <w:sectPr w:rsidR="00CC31A5" w:rsidRPr="002D6189" w:rsidSect="00034616">
      <w:pgSz w:w="12240" w:h="15840"/>
      <w:pgMar w:top="1008" w:right="936" w:bottom="1008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21849619">
    <w:abstractNumId w:val="8"/>
  </w:num>
  <w:num w:numId="2" w16cid:durableId="1914391470">
    <w:abstractNumId w:val="6"/>
  </w:num>
  <w:num w:numId="3" w16cid:durableId="108473865">
    <w:abstractNumId w:val="5"/>
  </w:num>
  <w:num w:numId="4" w16cid:durableId="997344642">
    <w:abstractNumId w:val="4"/>
  </w:num>
  <w:num w:numId="5" w16cid:durableId="1314675171">
    <w:abstractNumId w:val="7"/>
  </w:num>
  <w:num w:numId="6" w16cid:durableId="415591362">
    <w:abstractNumId w:val="3"/>
  </w:num>
  <w:num w:numId="7" w16cid:durableId="605039015">
    <w:abstractNumId w:val="2"/>
  </w:num>
  <w:num w:numId="8" w16cid:durableId="405537276">
    <w:abstractNumId w:val="1"/>
  </w:num>
  <w:num w:numId="9" w16cid:durableId="142903725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D6189"/>
    <w:rsid w:val="00326F90"/>
    <w:rsid w:val="004000AA"/>
    <w:rsid w:val="005C59DC"/>
    <w:rsid w:val="006340B1"/>
    <w:rsid w:val="006F1028"/>
    <w:rsid w:val="00907205"/>
    <w:rsid w:val="00AA1D8D"/>
    <w:rsid w:val="00B47730"/>
    <w:rsid w:val="00CB0664"/>
    <w:rsid w:val="00CC31A5"/>
    <w:rsid w:val="00CF17F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33F1D7C"/>
  <w14:defaultImageDpi w14:val="300"/>
  <w15:docId w15:val="{62ACFD4C-6EF4-734B-8148-49E3F7965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467</Words>
  <Characters>2769</Characters>
  <Application>Microsoft Office Word</Application>
  <DocSecurity>0</DocSecurity>
  <Lines>42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3218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Jason Zagami</cp:lastModifiedBy>
  <cp:revision>3</cp:revision>
  <dcterms:created xsi:type="dcterms:W3CDTF">2026-08-26T10:31:00Z</dcterms:created>
  <dcterms:modified xsi:type="dcterms:W3CDTF">2026-08-26T10:31:00Z</dcterms:modified>
  <cp:category/>
</cp:coreProperties>
</file>