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0193A" w14:textId="0E392AD9" w:rsidR="004B77B1" w:rsidRPr="00AB3470" w:rsidRDefault="00000000">
      <w:pPr>
        <w:pStyle w:val="Titolo1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B3470">
        <w:rPr>
          <w:rFonts w:ascii="Times New Roman" w:hAnsi="Times New Roman" w:cs="Times New Roman"/>
          <w:color w:val="000000" w:themeColor="text1"/>
          <w:sz w:val="20"/>
          <w:szCs w:val="20"/>
        </w:rPr>
        <w:t>Table S1</w:t>
      </w:r>
      <w:r w:rsidR="001F41DE" w:rsidRPr="00AB3470">
        <w:rPr>
          <w:rFonts w:ascii="Times New Roman" w:hAnsi="Times New Roman" w:cs="Times New Roman"/>
          <w:color w:val="000000" w:themeColor="text1"/>
          <w:sz w:val="20"/>
          <w:szCs w:val="20"/>
        </w:rPr>
        <w:t>-S4</w:t>
      </w:r>
      <w:r w:rsidRPr="00AB3470">
        <w:rPr>
          <w:rFonts w:ascii="Times New Roman" w:hAnsi="Times New Roman" w:cs="Times New Roman"/>
          <w:color w:val="000000" w:themeColor="text1"/>
          <w:sz w:val="20"/>
          <w:szCs w:val="20"/>
        </w:rPr>
        <w:t>. AdaBoostM1 hyperparameters obtained for each training split</w:t>
      </w:r>
      <w:r w:rsidR="001F41DE" w:rsidRPr="00AB3470">
        <w:rPr>
          <w:rFonts w:ascii="Times New Roman" w:hAnsi="Times New Roman" w:cs="Times New Roman"/>
          <w:color w:val="000000" w:themeColor="text1"/>
          <w:sz w:val="20"/>
          <w:szCs w:val="20"/>
        </w:rPr>
        <w:t>, radiomics model only</w:t>
      </w:r>
      <w:r w:rsidR="00D344C9" w:rsidRPr="00AB3470">
        <w:rPr>
          <w:rFonts w:ascii="Times New Roman" w:hAnsi="Times New Roman" w:cs="Times New Roman"/>
          <w:color w:val="000000" w:themeColor="text1"/>
          <w:sz w:val="20"/>
          <w:szCs w:val="20"/>
        </w:rPr>
        <w:t>, and “Other”, “PTEN”, “TMPRSS2”, “TP53” mutations</w:t>
      </w:r>
    </w:p>
    <w:p w14:paraId="2138E7F4" w14:textId="77777777" w:rsidR="00AB3470" w:rsidRPr="00AB3470" w:rsidRDefault="00AB3470" w:rsidP="00AB3470"/>
    <w:p w14:paraId="4EF49F29" w14:textId="673587EF" w:rsidR="004B77B1" w:rsidRPr="00AB3470" w:rsidRDefault="00000000" w:rsidP="00AB3470">
      <w:pPr>
        <w:jc w:val="both"/>
        <w:rPr>
          <w:rFonts w:ascii="Times New Roman" w:hAnsi="Times New Roman" w:cs="Times New Roman"/>
          <w:sz w:val="20"/>
          <w:szCs w:val="20"/>
        </w:rPr>
      </w:pPr>
      <w:r w:rsidRPr="00AB3470">
        <w:rPr>
          <w:rFonts w:ascii="Times New Roman" w:hAnsi="Times New Roman" w:cs="Times New Roman"/>
          <w:b/>
          <w:bCs/>
          <w:sz w:val="20"/>
          <w:szCs w:val="20"/>
        </w:rPr>
        <w:t>Table S1.</w:t>
      </w:r>
      <w:r w:rsidRPr="00AB3470">
        <w:rPr>
          <w:rFonts w:ascii="Times New Roman" w:hAnsi="Times New Roman" w:cs="Times New Roman"/>
          <w:sz w:val="20"/>
          <w:szCs w:val="20"/>
        </w:rPr>
        <w:t xml:space="preserve"> Summary of AdaBoostM1 hyperparameters for each training split. All models were implemented in MATLAB using decision trees as weak learners (fitcensemble, Method = 'AdaBoostM1'). Default MATLAB parameters were used for fields not specified.</w:t>
      </w:r>
      <w:r w:rsidR="001F41DE" w:rsidRPr="00AB3470">
        <w:rPr>
          <w:rFonts w:ascii="Times New Roman" w:hAnsi="Times New Roman" w:cs="Times New Roman"/>
          <w:sz w:val="20"/>
          <w:szCs w:val="20"/>
        </w:rPr>
        <w:t xml:space="preserve"> </w:t>
      </w:r>
      <w:r w:rsidR="00F1296F">
        <w:rPr>
          <w:rFonts w:ascii="Times New Roman" w:hAnsi="Times New Roman" w:cs="Times New Roman"/>
          <w:sz w:val="20"/>
          <w:szCs w:val="20"/>
        </w:rPr>
        <w:t>H</w:t>
      </w:r>
      <w:r w:rsidR="001F41DE" w:rsidRPr="00AB3470">
        <w:rPr>
          <w:rFonts w:ascii="Times New Roman" w:hAnsi="Times New Roman" w:cs="Times New Roman"/>
          <w:sz w:val="20"/>
          <w:szCs w:val="20"/>
        </w:rPr>
        <w:t>yperparameters for “Other” mutations.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9"/>
        <w:gridCol w:w="1013"/>
        <w:gridCol w:w="723"/>
        <w:gridCol w:w="812"/>
        <w:gridCol w:w="1134"/>
        <w:gridCol w:w="1005"/>
        <w:gridCol w:w="554"/>
        <w:gridCol w:w="667"/>
        <w:gridCol w:w="981"/>
        <w:gridCol w:w="659"/>
        <w:gridCol w:w="819"/>
      </w:tblGrid>
      <w:tr w:rsidR="004B77B1" w:rsidRPr="00AB3470" w14:paraId="2D444F5C" w14:textId="77777777" w:rsidTr="00AB3470">
        <w:tc>
          <w:tcPr>
            <w:tcW w:w="489" w:type="dxa"/>
          </w:tcPr>
          <w:p w14:paraId="198AC09D" w14:textId="77777777" w:rsidR="004B77B1" w:rsidRPr="00F1296F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296F">
              <w:rPr>
                <w:rFonts w:ascii="Times New Roman" w:hAnsi="Times New Roman" w:cs="Times New Roman"/>
                <w:sz w:val="20"/>
                <w:szCs w:val="20"/>
              </w:rPr>
              <w:t>Split</w:t>
            </w:r>
          </w:p>
        </w:tc>
        <w:tc>
          <w:tcPr>
            <w:tcW w:w="1013" w:type="dxa"/>
          </w:tcPr>
          <w:p w14:paraId="7B0BFCE8" w14:textId="77777777" w:rsidR="004B77B1" w:rsidRPr="00F1296F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296F">
              <w:rPr>
                <w:rFonts w:ascii="Times New Roman" w:hAnsi="Times New Roman" w:cs="Times New Roman"/>
                <w:sz w:val="20"/>
                <w:szCs w:val="20"/>
              </w:rPr>
              <w:t>SplitCriterion</w:t>
            </w:r>
          </w:p>
        </w:tc>
        <w:tc>
          <w:tcPr>
            <w:tcW w:w="723" w:type="dxa"/>
          </w:tcPr>
          <w:p w14:paraId="15F24120" w14:textId="77777777" w:rsidR="004B77B1" w:rsidRPr="00F1296F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296F">
              <w:rPr>
                <w:rFonts w:ascii="Times New Roman" w:hAnsi="Times New Roman" w:cs="Times New Roman"/>
                <w:sz w:val="20"/>
                <w:szCs w:val="20"/>
              </w:rPr>
              <w:t>MinLeaf</w:t>
            </w:r>
          </w:p>
        </w:tc>
        <w:tc>
          <w:tcPr>
            <w:tcW w:w="812" w:type="dxa"/>
          </w:tcPr>
          <w:p w14:paraId="09B93162" w14:textId="77777777" w:rsidR="004B77B1" w:rsidRPr="00F1296F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296F">
              <w:rPr>
                <w:rFonts w:ascii="Times New Roman" w:hAnsi="Times New Roman" w:cs="Times New Roman"/>
                <w:sz w:val="20"/>
                <w:szCs w:val="20"/>
              </w:rPr>
              <w:t>MaxSplits</w:t>
            </w:r>
          </w:p>
        </w:tc>
        <w:tc>
          <w:tcPr>
            <w:tcW w:w="1134" w:type="dxa"/>
          </w:tcPr>
          <w:p w14:paraId="20A83E64" w14:textId="77777777" w:rsidR="004B77B1" w:rsidRPr="00F1296F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296F">
              <w:rPr>
                <w:rFonts w:ascii="Times New Roman" w:hAnsi="Times New Roman" w:cs="Times New Roman"/>
                <w:sz w:val="20"/>
                <w:szCs w:val="20"/>
              </w:rPr>
              <w:t>NVarToSample</w:t>
            </w:r>
          </w:p>
        </w:tc>
        <w:tc>
          <w:tcPr>
            <w:tcW w:w="1005" w:type="dxa"/>
          </w:tcPr>
          <w:p w14:paraId="716E483C" w14:textId="77777777" w:rsidR="004B77B1" w:rsidRPr="00F1296F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296F">
              <w:rPr>
                <w:rFonts w:ascii="Times New Roman" w:hAnsi="Times New Roman" w:cs="Times New Roman"/>
                <w:sz w:val="20"/>
                <w:szCs w:val="20"/>
              </w:rPr>
              <w:t>MergeLeaves</w:t>
            </w:r>
          </w:p>
        </w:tc>
        <w:tc>
          <w:tcPr>
            <w:tcW w:w="554" w:type="dxa"/>
          </w:tcPr>
          <w:p w14:paraId="2ED611B2" w14:textId="77777777" w:rsidR="004B77B1" w:rsidRPr="00F1296F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296F">
              <w:rPr>
                <w:rFonts w:ascii="Times New Roman" w:hAnsi="Times New Roman" w:cs="Times New Roman"/>
                <w:sz w:val="20"/>
                <w:szCs w:val="20"/>
              </w:rPr>
              <w:t>Prune</w:t>
            </w:r>
          </w:p>
        </w:tc>
        <w:tc>
          <w:tcPr>
            <w:tcW w:w="667" w:type="dxa"/>
          </w:tcPr>
          <w:p w14:paraId="6571A2B8" w14:textId="77777777" w:rsidR="004B77B1" w:rsidRPr="00F1296F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296F">
              <w:rPr>
                <w:rFonts w:ascii="Times New Roman" w:hAnsi="Times New Roman" w:cs="Times New Roman"/>
                <w:sz w:val="20"/>
                <w:szCs w:val="20"/>
              </w:rPr>
              <w:t>Method</w:t>
            </w:r>
          </w:p>
        </w:tc>
        <w:tc>
          <w:tcPr>
            <w:tcW w:w="981" w:type="dxa"/>
          </w:tcPr>
          <w:p w14:paraId="537C4A81" w14:textId="77777777" w:rsidR="004B77B1" w:rsidRPr="00F1296F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296F">
              <w:rPr>
                <w:rFonts w:ascii="Times New Roman" w:hAnsi="Times New Roman" w:cs="Times New Roman"/>
                <w:sz w:val="20"/>
                <w:szCs w:val="20"/>
              </w:rPr>
              <w:t>Type</w:t>
            </w:r>
          </w:p>
        </w:tc>
        <w:tc>
          <w:tcPr>
            <w:tcW w:w="659" w:type="dxa"/>
          </w:tcPr>
          <w:p w14:paraId="624312A6" w14:textId="77777777" w:rsidR="004B77B1" w:rsidRPr="00F1296F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296F">
              <w:rPr>
                <w:rFonts w:ascii="Times New Roman" w:hAnsi="Times New Roman" w:cs="Times New Roman"/>
                <w:sz w:val="20"/>
                <w:szCs w:val="20"/>
              </w:rPr>
              <w:t>NLearn</w:t>
            </w:r>
          </w:p>
        </w:tc>
        <w:tc>
          <w:tcPr>
            <w:tcW w:w="819" w:type="dxa"/>
          </w:tcPr>
          <w:p w14:paraId="422F57B3" w14:textId="77777777" w:rsidR="004B77B1" w:rsidRPr="00F1296F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296F">
              <w:rPr>
                <w:rFonts w:ascii="Times New Roman" w:hAnsi="Times New Roman" w:cs="Times New Roman"/>
                <w:sz w:val="20"/>
                <w:szCs w:val="20"/>
              </w:rPr>
              <w:t>LearnRate</w:t>
            </w:r>
          </w:p>
        </w:tc>
      </w:tr>
      <w:tr w:rsidR="004B77B1" w:rsidRPr="00AB3470" w14:paraId="5D659006" w14:textId="77777777" w:rsidTr="00AB3470">
        <w:tc>
          <w:tcPr>
            <w:tcW w:w="489" w:type="dxa"/>
          </w:tcPr>
          <w:p w14:paraId="30A55464" w14:textId="77777777" w:rsidR="004B77B1" w:rsidRPr="00AB347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13" w:type="dxa"/>
          </w:tcPr>
          <w:p w14:paraId="51A33D3E" w14:textId="77777777" w:rsidR="004B77B1" w:rsidRPr="00AB347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gdi</w:t>
            </w:r>
          </w:p>
        </w:tc>
        <w:tc>
          <w:tcPr>
            <w:tcW w:w="723" w:type="dxa"/>
          </w:tcPr>
          <w:p w14:paraId="7E716736" w14:textId="77777777" w:rsidR="004B77B1" w:rsidRPr="00AB347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12" w:type="dxa"/>
          </w:tcPr>
          <w:p w14:paraId="5F916DD7" w14:textId="77777777" w:rsidR="004B77B1" w:rsidRPr="00AB347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14:paraId="692FA83F" w14:textId="77777777" w:rsidR="004B77B1" w:rsidRPr="00AB347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05" w:type="dxa"/>
          </w:tcPr>
          <w:p w14:paraId="64565C3D" w14:textId="77777777" w:rsidR="004B77B1" w:rsidRPr="00AB347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554" w:type="dxa"/>
          </w:tcPr>
          <w:p w14:paraId="601D8AD1" w14:textId="77777777" w:rsidR="004B77B1" w:rsidRPr="00AB347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667" w:type="dxa"/>
          </w:tcPr>
          <w:p w14:paraId="68635B06" w14:textId="77777777" w:rsidR="004B77B1" w:rsidRPr="00AB347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Tree</w:t>
            </w:r>
          </w:p>
        </w:tc>
        <w:tc>
          <w:tcPr>
            <w:tcW w:w="981" w:type="dxa"/>
          </w:tcPr>
          <w:p w14:paraId="46A7F2FC" w14:textId="77777777" w:rsidR="004B77B1" w:rsidRPr="00AB347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classification</w:t>
            </w:r>
          </w:p>
        </w:tc>
        <w:tc>
          <w:tcPr>
            <w:tcW w:w="659" w:type="dxa"/>
          </w:tcPr>
          <w:p w14:paraId="3421866A" w14:textId="77777777" w:rsidR="004B77B1" w:rsidRPr="00AB347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19" w:type="dxa"/>
          </w:tcPr>
          <w:p w14:paraId="052E5452" w14:textId="77777777" w:rsidR="004B77B1" w:rsidRPr="00AB347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0.004</w:t>
            </w:r>
          </w:p>
        </w:tc>
      </w:tr>
      <w:tr w:rsidR="004B77B1" w:rsidRPr="00AB3470" w14:paraId="19F4B3DF" w14:textId="77777777" w:rsidTr="00AB3470">
        <w:tc>
          <w:tcPr>
            <w:tcW w:w="489" w:type="dxa"/>
          </w:tcPr>
          <w:p w14:paraId="1C5325E6" w14:textId="77777777" w:rsidR="004B77B1" w:rsidRPr="00AB347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13" w:type="dxa"/>
          </w:tcPr>
          <w:p w14:paraId="3CE1BBBA" w14:textId="77777777" w:rsidR="004B77B1" w:rsidRPr="00AB347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gdi</w:t>
            </w:r>
          </w:p>
        </w:tc>
        <w:tc>
          <w:tcPr>
            <w:tcW w:w="723" w:type="dxa"/>
          </w:tcPr>
          <w:p w14:paraId="3AEB99E0" w14:textId="77777777" w:rsidR="004B77B1" w:rsidRPr="00AB347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12" w:type="dxa"/>
          </w:tcPr>
          <w:p w14:paraId="7B7AEEE7" w14:textId="77777777" w:rsidR="004B77B1" w:rsidRPr="00AB347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14:paraId="362C0D87" w14:textId="77777777" w:rsidR="004B77B1" w:rsidRPr="00AB347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05" w:type="dxa"/>
          </w:tcPr>
          <w:p w14:paraId="530FC663" w14:textId="77777777" w:rsidR="004B77B1" w:rsidRPr="00AB347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554" w:type="dxa"/>
          </w:tcPr>
          <w:p w14:paraId="1F3AB5B5" w14:textId="77777777" w:rsidR="004B77B1" w:rsidRPr="00AB347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667" w:type="dxa"/>
          </w:tcPr>
          <w:p w14:paraId="2A59B041" w14:textId="77777777" w:rsidR="004B77B1" w:rsidRPr="00AB347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Tree</w:t>
            </w:r>
          </w:p>
        </w:tc>
        <w:tc>
          <w:tcPr>
            <w:tcW w:w="981" w:type="dxa"/>
          </w:tcPr>
          <w:p w14:paraId="4DCB7CBD" w14:textId="77777777" w:rsidR="004B77B1" w:rsidRPr="00AB347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classification</w:t>
            </w:r>
          </w:p>
        </w:tc>
        <w:tc>
          <w:tcPr>
            <w:tcW w:w="659" w:type="dxa"/>
          </w:tcPr>
          <w:p w14:paraId="127D314F" w14:textId="77777777" w:rsidR="004B77B1" w:rsidRPr="00AB347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19" w:type="dxa"/>
          </w:tcPr>
          <w:p w14:paraId="67D96496" w14:textId="77777777" w:rsidR="004B77B1" w:rsidRPr="00AB347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0.0012</w:t>
            </w:r>
          </w:p>
        </w:tc>
      </w:tr>
      <w:tr w:rsidR="004B77B1" w:rsidRPr="00AB3470" w14:paraId="5D67A1B5" w14:textId="77777777" w:rsidTr="00AB3470">
        <w:tc>
          <w:tcPr>
            <w:tcW w:w="489" w:type="dxa"/>
          </w:tcPr>
          <w:p w14:paraId="5BA542A2" w14:textId="77777777" w:rsidR="004B77B1" w:rsidRPr="00AB347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3" w:type="dxa"/>
          </w:tcPr>
          <w:p w14:paraId="6DFA2BC6" w14:textId="77777777" w:rsidR="004B77B1" w:rsidRPr="00AB347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deviance</w:t>
            </w:r>
          </w:p>
        </w:tc>
        <w:tc>
          <w:tcPr>
            <w:tcW w:w="723" w:type="dxa"/>
          </w:tcPr>
          <w:p w14:paraId="316E2C7D" w14:textId="77777777" w:rsidR="004B77B1" w:rsidRPr="00AB347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12" w:type="dxa"/>
          </w:tcPr>
          <w:p w14:paraId="6AAD7E11" w14:textId="77777777" w:rsidR="004B77B1" w:rsidRPr="00AB347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14:paraId="1CCA3708" w14:textId="77777777" w:rsidR="004B77B1" w:rsidRPr="00AB347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05" w:type="dxa"/>
          </w:tcPr>
          <w:p w14:paraId="14ADF41E" w14:textId="77777777" w:rsidR="004B77B1" w:rsidRPr="00AB347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554" w:type="dxa"/>
          </w:tcPr>
          <w:p w14:paraId="707ADDF0" w14:textId="77777777" w:rsidR="004B77B1" w:rsidRPr="00AB347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667" w:type="dxa"/>
          </w:tcPr>
          <w:p w14:paraId="34A1457C" w14:textId="77777777" w:rsidR="004B77B1" w:rsidRPr="00AB347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Tree</w:t>
            </w:r>
          </w:p>
        </w:tc>
        <w:tc>
          <w:tcPr>
            <w:tcW w:w="981" w:type="dxa"/>
          </w:tcPr>
          <w:p w14:paraId="29F38548" w14:textId="77777777" w:rsidR="004B77B1" w:rsidRPr="00AB347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classification</w:t>
            </w:r>
          </w:p>
        </w:tc>
        <w:tc>
          <w:tcPr>
            <w:tcW w:w="659" w:type="dxa"/>
          </w:tcPr>
          <w:p w14:paraId="7E4CEFD2" w14:textId="77777777" w:rsidR="004B77B1" w:rsidRPr="00AB347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19" w:type="dxa"/>
          </w:tcPr>
          <w:p w14:paraId="6899553B" w14:textId="77777777" w:rsidR="004B77B1" w:rsidRPr="00AB347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0.9749</w:t>
            </w:r>
          </w:p>
        </w:tc>
      </w:tr>
      <w:tr w:rsidR="004B77B1" w:rsidRPr="00AB3470" w14:paraId="6B3B261B" w14:textId="77777777" w:rsidTr="00AB3470">
        <w:tc>
          <w:tcPr>
            <w:tcW w:w="489" w:type="dxa"/>
          </w:tcPr>
          <w:p w14:paraId="6BB37E75" w14:textId="77777777" w:rsidR="004B77B1" w:rsidRPr="00AB347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13" w:type="dxa"/>
          </w:tcPr>
          <w:p w14:paraId="6007494F" w14:textId="77777777" w:rsidR="004B77B1" w:rsidRPr="00AB347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deviance</w:t>
            </w:r>
          </w:p>
        </w:tc>
        <w:tc>
          <w:tcPr>
            <w:tcW w:w="723" w:type="dxa"/>
          </w:tcPr>
          <w:p w14:paraId="129450D1" w14:textId="77777777" w:rsidR="004B77B1" w:rsidRPr="00AB347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12" w:type="dxa"/>
          </w:tcPr>
          <w:p w14:paraId="5EED11BA" w14:textId="77777777" w:rsidR="004B77B1" w:rsidRPr="00AB347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14:paraId="47CE086D" w14:textId="77777777" w:rsidR="004B77B1" w:rsidRPr="00AB347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05" w:type="dxa"/>
          </w:tcPr>
          <w:p w14:paraId="4626211A" w14:textId="77777777" w:rsidR="004B77B1" w:rsidRPr="00AB347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554" w:type="dxa"/>
          </w:tcPr>
          <w:p w14:paraId="3FD0C4AD" w14:textId="77777777" w:rsidR="004B77B1" w:rsidRPr="00AB347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667" w:type="dxa"/>
          </w:tcPr>
          <w:p w14:paraId="4715FFB5" w14:textId="77777777" w:rsidR="004B77B1" w:rsidRPr="00AB347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Tree</w:t>
            </w:r>
          </w:p>
        </w:tc>
        <w:tc>
          <w:tcPr>
            <w:tcW w:w="981" w:type="dxa"/>
          </w:tcPr>
          <w:p w14:paraId="31FF9AF2" w14:textId="77777777" w:rsidR="004B77B1" w:rsidRPr="00AB347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classification</w:t>
            </w:r>
          </w:p>
        </w:tc>
        <w:tc>
          <w:tcPr>
            <w:tcW w:w="659" w:type="dxa"/>
          </w:tcPr>
          <w:p w14:paraId="35E807BD" w14:textId="77777777" w:rsidR="004B77B1" w:rsidRPr="00AB347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19" w:type="dxa"/>
          </w:tcPr>
          <w:p w14:paraId="217D9EA0" w14:textId="77777777" w:rsidR="004B77B1" w:rsidRPr="00AB347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0.0034</w:t>
            </w:r>
          </w:p>
        </w:tc>
      </w:tr>
      <w:tr w:rsidR="004B77B1" w:rsidRPr="00AB3470" w14:paraId="02A12DA1" w14:textId="77777777" w:rsidTr="00AB3470">
        <w:tc>
          <w:tcPr>
            <w:tcW w:w="489" w:type="dxa"/>
          </w:tcPr>
          <w:p w14:paraId="5731CCAC" w14:textId="77777777" w:rsidR="004B77B1" w:rsidRPr="00AB347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13" w:type="dxa"/>
          </w:tcPr>
          <w:p w14:paraId="2C85CDDC" w14:textId="77777777" w:rsidR="004B77B1" w:rsidRPr="00AB347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gdi</w:t>
            </w:r>
          </w:p>
        </w:tc>
        <w:tc>
          <w:tcPr>
            <w:tcW w:w="723" w:type="dxa"/>
          </w:tcPr>
          <w:p w14:paraId="24372F90" w14:textId="77777777" w:rsidR="004B77B1" w:rsidRPr="00AB347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12" w:type="dxa"/>
          </w:tcPr>
          <w:p w14:paraId="74287B74" w14:textId="77777777" w:rsidR="004B77B1" w:rsidRPr="00AB347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134" w:type="dxa"/>
          </w:tcPr>
          <w:p w14:paraId="501510AB" w14:textId="77777777" w:rsidR="004B77B1" w:rsidRPr="00AB347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05" w:type="dxa"/>
          </w:tcPr>
          <w:p w14:paraId="532D4FF4" w14:textId="77777777" w:rsidR="004B77B1" w:rsidRPr="00AB347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554" w:type="dxa"/>
          </w:tcPr>
          <w:p w14:paraId="0C6129B2" w14:textId="77777777" w:rsidR="004B77B1" w:rsidRPr="00AB347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667" w:type="dxa"/>
          </w:tcPr>
          <w:p w14:paraId="06895447" w14:textId="77777777" w:rsidR="004B77B1" w:rsidRPr="00AB347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Tree</w:t>
            </w:r>
          </w:p>
        </w:tc>
        <w:tc>
          <w:tcPr>
            <w:tcW w:w="981" w:type="dxa"/>
          </w:tcPr>
          <w:p w14:paraId="5D72EDA0" w14:textId="77777777" w:rsidR="004B77B1" w:rsidRPr="00AB347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classification</w:t>
            </w:r>
          </w:p>
        </w:tc>
        <w:tc>
          <w:tcPr>
            <w:tcW w:w="659" w:type="dxa"/>
          </w:tcPr>
          <w:p w14:paraId="1D12F80E" w14:textId="77777777" w:rsidR="004B77B1" w:rsidRPr="00AB347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819" w:type="dxa"/>
          </w:tcPr>
          <w:p w14:paraId="7BC2FE42" w14:textId="77777777" w:rsidR="004B77B1" w:rsidRPr="00AB347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0.9804</w:t>
            </w:r>
          </w:p>
        </w:tc>
      </w:tr>
    </w:tbl>
    <w:p w14:paraId="78AE2764" w14:textId="77777777" w:rsidR="00AB3470" w:rsidRDefault="00AB3470" w:rsidP="00AB3470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49594CEE" w14:textId="7F70E202" w:rsidR="001F41DE" w:rsidRPr="00AB3470" w:rsidRDefault="001F41DE" w:rsidP="00AB3470">
      <w:pPr>
        <w:jc w:val="both"/>
        <w:rPr>
          <w:rFonts w:ascii="Times New Roman" w:hAnsi="Times New Roman" w:cs="Times New Roman"/>
          <w:sz w:val="20"/>
          <w:szCs w:val="20"/>
        </w:rPr>
      </w:pPr>
      <w:r w:rsidRPr="00AB3470">
        <w:rPr>
          <w:rFonts w:ascii="Times New Roman" w:hAnsi="Times New Roman" w:cs="Times New Roman"/>
          <w:b/>
          <w:bCs/>
          <w:sz w:val="20"/>
          <w:szCs w:val="20"/>
        </w:rPr>
        <w:t>Table S2.</w:t>
      </w:r>
      <w:r w:rsidRPr="00AB3470">
        <w:rPr>
          <w:rFonts w:ascii="Times New Roman" w:hAnsi="Times New Roman" w:cs="Times New Roman"/>
          <w:sz w:val="20"/>
          <w:szCs w:val="20"/>
        </w:rPr>
        <w:t xml:space="preserve"> Summary of AdaBoostM1 hyperparameters for each training split. All models were implemented in MATLAB using decision trees as weak learners (</w:t>
      </w:r>
      <w:proofErr w:type="spellStart"/>
      <w:r w:rsidRPr="00AB3470">
        <w:rPr>
          <w:rFonts w:ascii="Times New Roman" w:hAnsi="Times New Roman" w:cs="Times New Roman"/>
          <w:sz w:val="20"/>
          <w:szCs w:val="20"/>
        </w:rPr>
        <w:t>fitcensemble</w:t>
      </w:r>
      <w:proofErr w:type="spellEnd"/>
      <w:r w:rsidRPr="00AB3470">
        <w:rPr>
          <w:rFonts w:ascii="Times New Roman" w:hAnsi="Times New Roman" w:cs="Times New Roman"/>
          <w:sz w:val="20"/>
          <w:szCs w:val="20"/>
        </w:rPr>
        <w:t xml:space="preserve">, Method = 'AdaBoostM1'). Default MATLAB parameters were used for fields not specified. </w:t>
      </w:r>
      <w:r w:rsidR="00F1296F">
        <w:rPr>
          <w:rFonts w:ascii="Times New Roman" w:hAnsi="Times New Roman" w:cs="Times New Roman"/>
          <w:sz w:val="20"/>
          <w:szCs w:val="20"/>
        </w:rPr>
        <w:t>H</w:t>
      </w:r>
      <w:r w:rsidRPr="00AB3470">
        <w:rPr>
          <w:rFonts w:ascii="Times New Roman" w:hAnsi="Times New Roman" w:cs="Times New Roman"/>
          <w:sz w:val="20"/>
          <w:szCs w:val="20"/>
        </w:rPr>
        <w:t>yperparameters for “PTEN” mutations.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9"/>
        <w:gridCol w:w="1013"/>
        <w:gridCol w:w="723"/>
        <w:gridCol w:w="812"/>
        <w:gridCol w:w="1134"/>
        <w:gridCol w:w="1005"/>
        <w:gridCol w:w="554"/>
        <w:gridCol w:w="667"/>
        <w:gridCol w:w="981"/>
        <w:gridCol w:w="659"/>
        <w:gridCol w:w="819"/>
      </w:tblGrid>
      <w:tr w:rsidR="001F41DE" w:rsidRPr="00AB3470" w14:paraId="37AA4F41" w14:textId="77777777" w:rsidTr="001F41DE">
        <w:tc>
          <w:tcPr>
            <w:tcW w:w="486" w:type="dxa"/>
          </w:tcPr>
          <w:p w14:paraId="5540FB94" w14:textId="77777777" w:rsidR="001F41DE" w:rsidRPr="00AB3470" w:rsidRDefault="001F41DE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Split</w:t>
            </w:r>
          </w:p>
        </w:tc>
        <w:tc>
          <w:tcPr>
            <w:tcW w:w="1025" w:type="dxa"/>
          </w:tcPr>
          <w:p w14:paraId="39005121" w14:textId="77777777" w:rsidR="001F41DE" w:rsidRPr="00AB3470" w:rsidRDefault="001F41DE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SplitCriterion</w:t>
            </w:r>
            <w:proofErr w:type="spellEnd"/>
          </w:p>
        </w:tc>
        <w:tc>
          <w:tcPr>
            <w:tcW w:w="700" w:type="dxa"/>
          </w:tcPr>
          <w:p w14:paraId="5C353C33" w14:textId="77777777" w:rsidR="001F41DE" w:rsidRPr="00AB3470" w:rsidRDefault="001F41DE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MinLeaf</w:t>
            </w:r>
            <w:proofErr w:type="spellEnd"/>
          </w:p>
        </w:tc>
        <w:tc>
          <w:tcPr>
            <w:tcW w:w="796" w:type="dxa"/>
          </w:tcPr>
          <w:p w14:paraId="015348DF" w14:textId="77777777" w:rsidR="001F41DE" w:rsidRPr="00AB3470" w:rsidRDefault="001F41DE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MaxSplits</w:t>
            </w:r>
            <w:proofErr w:type="spellEnd"/>
          </w:p>
        </w:tc>
        <w:tc>
          <w:tcPr>
            <w:tcW w:w="1115" w:type="dxa"/>
          </w:tcPr>
          <w:p w14:paraId="731F4C67" w14:textId="77777777" w:rsidR="001F41DE" w:rsidRPr="00AB3470" w:rsidRDefault="001F41DE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NVarToSample</w:t>
            </w:r>
            <w:proofErr w:type="spellEnd"/>
          </w:p>
        </w:tc>
        <w:tc>
          <w:tcPr>
            <w:tcW w:w="1002" w:type="dxa"/>
          </w:tcPr>
          <w:p w14:paraId="12C310DF" w14:textId="77777777" w:rsidR="001F41DE" w:rsidRPr="00AB3470" w:rsidRDefault="001F41DE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MergeLeaves</w:t>
            </w:r>
            <w:proofErr w:type="spellEnd"/>
          </w:p>
        </w:tc>
        <w:tc>
          <w:tcPr>
            <w:tcW w:w="576" w:type="dxa"/>
          </w:tcPr>
          <w:p w14:paraId="606AE6FE" w14:textId="77777777" w:rsidR="001F41DE" w:rsidRPr="00AB3470" w:rsidRDefault="001F41DE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Prune</w:t>
            </w:r>
          </w:p>
        </w:tc>
        <w:tc>
          <w:tcPr>
            <w:tcW w:w="674" w:type="dxa"/>
          </w:tcPr>
          <w:p w14:paraId="002C9005" w14:textId="77777777" w:rsidR="001F41DE" w:rsidRPr="00AB3470" w:rsidRDefault="001F41DE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Method</w:t>
            </w:r>
          </w:p>
        </w:tc>
        <w:tc>
          <w:tcPr>
            <w:tcW w:w="991" w:type="dxa"/>
          </w:tcPr>
          <w:p w14:paraId="489DB8F4" w14:textId="77777777" w:rsidR="001F41DE" w:rsidRPr="00AB3470" w:rsidRDefault="001F41DE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Type</w:t>
            </w:r>
          </w:p>
        </w:tc>
        <w:tc>
          <w:tcPr>
            <w:tcW w:w="658" w:type="dxa"/>
          </w:tcPr>
          <w:p w14:paraId="65CD37C4" w14:textId="77777777" w:rsidR="001F41DE" w:rsidRPr="00AB3470" w:rsidRDefault="001F41DE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NLearn</w:t>
            </w:r>
            <w:proofErr w:type="spellEnd"/>
          </w:p>
        </w:tc>
        <w:tc>
          <w:tcPr>
            <w:tcW w:w="833" w:type="dxa"/>
          </w:tcPr>
          <w:p w14:paraId="0CE13B3D" w14:textId="77777777" w:rsidR="001F41DE" w:rsidRPr="00AB3470" w:rsidRDefault="001F41DE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LearnRate</w:t>
            </w:r>
            <w:proofErr w:type="spellEnd"/>
          </w:p>
        </w:tc>
      </w:tr>
      <w:tr w:rsidR="001F41DE" w:rsidRPr="00AB3470" w14:paraId="4DC0779B" w14:textId="77777777" w:rsidTr="001F41DE">
        <w:tc>
          <w:tcPr>
            <w:tcW w:w="486" w:type="dxa"/>
          </w:tcPr>
          <w:p w14:paraId="1BAF3E04" w14:textId="77777777" w:rsidR="001F41DE" w:rsidRPr="00AB3470" w:rsidRDefault="001F41DE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25" w:type="dxa"/>
          </w:tcPr>
          <w:p w14:paraId="2CEAEB48" w14:textId="77777777" w:rsidR="001F41DE" w:rsidRPr="00AB3470" w:rsidRDefault="001F41DE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deviance</w:t>
            </w:r>
          </w:p>
        </w:tc>
        <w:tc>
          <w:tcPr>
            <w:tcW w:w="700" w:type="dxa"/>
          </w:tcPr>
          <w:p w14:paraId="4B50FC1A" w14:textId="77777777" w:rsidR="001F41DE" w:rsidRPr="00AB3470" w:rsidRDefault="001F41DE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96" w:type="dxa"/>
          </w:tcPr>
          <w:p w14:paraId="7CE44E34" w14:textId="77777777" w:rsidR="001F41DE" w:rsidRPr="00AB3470" w:rsidRDefault="001F41DE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15" w:type="dxa"/>
          </w:tcPr>
          <w:p w14:paraId="5D991C25" w14:textId="77777777" w:rsidR="001F41DE" w:rsidRPr="00AB3470" w:rsidRDefault="001F41DE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002" w:type="dxa"/>
          </w:tcPr>
          <w:p w14:paraId="55D9B000" w14:textId="77777777" w:rsidR="001F41DE" w:rsidRPr="00AB3470" w:rsidRDefault="001F41DE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576" w:type="dxa"/>
          </w:tcPr>
          <w:p w14:paraId="1B41D3CF" w14:textId="77777777" w:rsidR="001F41DE" w:rsidRPr="00AB3470" w:rsidRDefault="001F41DE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674" w:type="dxa"/>
          </w:tcPr>
          <w:p w14:paraId="47675D94" w14:textId="77777777" w:rsidR="001F41DE" w:rsidRPr="00AB3470" w:rsidRDefault="001F41DE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Tree</w:t>
            </w:r>
          </w:p>
        </w:tc>
        <w:tc>
          <w:tcPr>
            <w:tcW w:w="991" w:type="dxa"/>
          </w:tcPr>
          <w:p w14:paraId="637DC524" w14:textId="77777777" w:rsidR="001F41DE" w:rsidRPr="00AB3470" w:rsidRDefault="001F41DE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classification</w:t>
            </w:r>
          </w:p>
        </w:tc>
        <w:tc>
          <w:tcPr>
            <w:tcW w:w="658" w:type="dxa"/>
          </w:tcPr>
          <w:p w14:paraId="6B00CFC4" w14:textId="77777777" w:rsidR="001F41DE" w:rsidRPr="00AB3470" w:rsidRDefault="001F41DE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33" w:type="dxa"/>
          </w:tcPr>
          <w:p w14:paraId="192F7C4E" w14:textId="77777777" w:rsidR="001F41DE" w:rsidRPr="00AB3470" w:rsidRDefault="001F41DE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0.0013</w:t>
            </w:r>
          </w:p>
        </w:tc>
      </w:tr>
      <w:tr w:rsidR="001F41DE" w:rsidRPr="00AB3470" w14:paraId="394D9036" w14:textId="77777777" w:rsidTr="001F41DE">
        <w:tc>
          <w:tcPr>
            <w:tcW w:w="486" w:type="dxa"/>
          </w:tcPr>
          <w:p w14:paraId="6BB942C8" w14:textId="77777777" w:rsidR="001F41DE" w:rsidRPr="00AB3470" w:rsidRDefault="001F41DE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25" w:type="dxa"/>
          </w:tcPr>
          <w:p w14:paraId="3D43EBD1" w14:textId="77777777" w:rsidR="001F41DE" w:rsidRPr="00AB3470" w:rsidRDefault="001F41DE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gdi</w:t>
            </w:r>
            <w:proofErr w:type="spellEnd"/>
          </w:p>
        </w:tc>
        <w:tc>
          <w:tcPr>
            <w:tcW w:w="700" w:type="dxa"/>
          </w:tcPr>
          <w:p w14:paraId="71BA7FD3" w14:textId="77777777" w:rsidR="001F41DE" w:rsidRPr="00AB3470" w:rsidRDefault="001F41DE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96" w:type="dxa"/>
          </w:tcPr>
          <w:p w14:paraId="1AC6A5C2" w14:textId="77777777" w:rsidR="001F41DE" w:rsidRPr="00AB3470" w:rsidRDefault="001F41DE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15" w:type="dxa"/>
          </w:tcPr>
          <w:p w14:paraId="51D1D0BA" w14:textId="77777777" w:rsidR="001F41DE" w:rsidRPr="00AB3470" w:rsidRDefault="001F41DE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02" w:type="dxa"/>
          </w:tcPr>
          <w:p w14:paraId="794153D2" w14:textId="77777777" w:rsidR="001F41DE" w:rsidRPr="00AB3470" w:rsidRDefault="001F41DE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576" w:type="dxa"/>
          </w:tcPr>
          <w:p w14:paraId="5A39A0D7" w14:textId="77777777" w:rsidR="001F41DE" w:rsidRPr="00AB3470" w:rsidRDefault="001F41DE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674" w:type="dxa"/>
          </w:tcPr>
          <w:p w14:paraId="6FDC3431" w14:textId="77777777" w:rsidR="001F41DE" w:rsidRPr="00AB3470" w:rsidRDefault="001F41DE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Tree</w:t>
            </w:r>
          </w:p>
        </w:tc>
        <w:tc>
          <w:tcPr>
            <w:tcW w:w="991" w:type="dxa"/>
          </w:tcPr>
          <w:p w14:paraId="6DCB1EB4" w14:textId="77777777" w:rsidR="001F41DE" w:rsidRPr="00AB3470" w:rsidRDefault="001F41DE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classification</w:t>
            </w:r>
          </w:p>
        </w:tc>
        <w:tc>
          <w:tcPr>
            <w:tcW w:w="658" w:type="dxa"/>
          </w:tcPr>
          <w:p w14:paraId="2465D69B" w14:textId="77777777" w:rsidR="001F41DE" w:rsidRPr="00AB3470" w:rsidRDefault="001F41DE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33" w:type="dxa"/>
          </w:tcPr>
          <w:p w14:paraId="71E6AB7B" w14:textId="77777777" w:rsidR="001F41DE" w:rsidRPr="00AB3470" w:rsidRDefault="001F41DE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0.0163</w:t>
            </w:r>
          </w:p>
        </w:tc>
      </w:tr>
      <w:tr w:rsidR="001F41DE" w:rsidRPr="00AB3470" w14:paraId="11943B4E" w14:textId="77777777" w:rsidTr="001F41DE">
        <w:tc>
          <w:tcPr>
            <w:tcW w:w="486" w:type="dxa"/>
          </w:tcPr>
          <w:p w14:paraId="6FA22B46" w14:textId="77777777" w:rsidR="001F41DE" w:rsidRPr="00AB3470" w:rsidRDefault="001F41DE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25" w:type="dxa"/>
          </w:tcPr>
          <w:p w14:paraId="3B631D75" w14:textId="77777777" w:rsidR="001F41DE" w:rsidRPr="00AB3470" w:rsidRDefault="001F41DE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gdi</w:t>
            </w:r>
            <w:proofErr w:type="spellEnd"/>
          </w:p>
        </w:tc>
        <w:tc>
          <w:tcPr>
            <w:tcW w:w="700" w:type="dxa"/>
          </w:tcPr>
          <w:p w14:paraId="646DE340" w14:textId="77777777" w:rsidR="001F41DE" w:rsidRPr="00AB3470" w:rsidRDefault="001F41DE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96" w:type="dxa"/>
          </w:tcPr>
          <w:p w14:paraId="66B3EE9B" w14:textId="77777777" w:rsidR="001F41DE" w:rsidRPr="00AB3470" w:rsidRDefault="001F41DE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15" w:type="dxa"/>
          </w:tcPr>
          <w:p w14:paraId="1FD5A0C7" w14:textId="77777777" w:rsidR="001F41DE" w:rsidRPr="00AB3470" w:rsidRDefault="001F41DE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02" w:type="dxa"/>
          </w:tcPr>
          <w:p w14:paraId="6185BE6B" w14:textId="77777777" w:rsidR="001F41DE" w:rsidRPr="00AB3470" w:rsidRDefault="001F41DE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576" w:type="dxa"/>
          </w:tcPr>
          <w:p w14:paraId="62E6FDB0" w14:textId="77777777" w:rsidR="001F41DE" w:rsidRPr="00AB3470" w:rsidRDefault="001F41DE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674" w:type="dxa"/>
          </w:tcPr>
          <w:p w14:paraId="529F3B94" w14:textId="77777777" w:rsidR="001F41DE" w:rsidRPr="00AB3470" w:rsidRDefault="001F41DE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Tree</w:t>
            </w:r>
          </w:p>
        </w:tc>
        <w:tc>
          <w:tcPr>
            <w:tcW w:w="991" w:type="dxa"/>
          </w:tcPr>
          <w:p w14:paraId="41BD7328" w14:textId="77777777" w:rsidR="001F41DE" w:rsidRPr="00AB3470" w:rsidRDefault="001F41DE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classification</w:t>
            </w:r>
          </w:p>
        </w:tc>
        <w:tc>
          <w:tcPr>
            <w:tcW w:w="658" w:type="dxa"/>
          </w:tcPr>
          <w:p w14:paraId="1BF7AFEF" w14:textId="77777777" w:rsidR="001F41DE" w:rsidRPr="00AB3470" w:rsidRDefault="001F41DE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371</w:t>
            </w:r>
          </w:p>
        </w:tc>
        <w:tc>
          <w:tcPr>
            <w:tcW w:w="833" w:type="dxa"/>
          </w:tcPr>
          <w:p w14:paraId="0825149B" w14:textId="77777777" w:rsidR="001F41DE" w:rsidRPr="00AB3470" w:rsidRDefault="001F41DE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0.0015</w:t>
            </w:r>
          </w:p>
        </w:tc>
      </w:tr>
      <w:tr w:rsidR="001F41DE" w:rsidRPr="00AB3470" w14:paraId="0784BA04" w14:textId="77777777" w:rsidTr="001F41DE">
        <w:tc>
          <w:tcPr>
            <w:tcW w:w="486" w:type="dxa"/>
          </w:tcPr>
          <w:p w14:paraId="7EB3CD43" w14:textId="77777777" w:rsidR="001F41DE" w:rsidRPr="00AB3470" w:rsidRDefault="001F41DE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25" w:type="dxa"/>
          </w:tcPr>
          <w:p w14:paraId="52D690CE" w14:textId="77777777" w:rsidR="001F41DE" w:rsidRPr="00AB3470" w:rsidRDefault="001F41DE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deviance</w:t>
            </w:r>
          </w:p>
        </w:tc>
        <w:tc>
          <w:tcPr>
            <w:tcW w:w="700" w:type="dxa"/>
          </w:tcPr>
          <w:p w14:paraId="0C7E0648" w14:textId="77777777" w:rsidR="001F41DE" w:rsidRPr="00AB3470" w:rsidRDefault="001F41DE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96" w:type="dxa"/>
          </w:tcPr>
          <w:p w14:paraId="59C3AAA8" w14:textId="77777777" w:rsidR="001F41DE" w:rsidRPr="00AB3470" w:rsidRDefault="001F41DE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15" w:type="dxa"/>
          </w:tcPr>
          <w:p w14:paraId="4276D934" w14:textId="77777777" w:rsidR="001F41DE" w:rsidRPr="00AB3470" w:rsidRDefault="001F41DE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02" w:type="dxa"/>
          </w:tcPr>
          <w:p w14:paraId="6477887D" w14:textId="77777777" w:rsidR="001F41DE" w:rsidRPr="00AB3470" w:rsidRDefault="001F41DE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576" w:type="dxa"/>
          </w:tcPr>
          <w:p w14:paraId="58BC1321" w14:textId="77777777" w:rsidR="001F41DE" w:rsidRPr="00AB3470" w:rsidRDefault="001F41DE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674" w:type="dxa"/>
          </w:tcPr>
          <w:p w14:paraId="4236AC29" w14:textId="77777777" w:rsidR="001F41DE" w:rsidRPr="00AB3470" w:rsidRDefault="001F41DE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Tree</w:t>
            </w:r>
          </w:p>
        </w:tc>
        <w:tc>
          <w:tcPr>
            <w:tcW w:w="991" w:type="dxa"/>
          </w:tcPr>
          <w:p w14:paraId="46776C33" w14:textId="77777777" w:rsidR="001F41DE" w:rsidRPr="00AB3470" w:rsidRDefault="001F41DE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classification</w:t>
            </w:r>
          </w:p>
        </w:tc>
        <w:tc>
          <w:tcPr>
            <w:tcW w:w="658" w:type="dxa"/>
          </w:tcPr>
          <w:p w14:paraId="6E7EA90E" w14:textId="77777777" w:rsidR="001F41DE" w:rsidRPr="00AB3470" w:rsidRDefault="001F41DE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33" w:type="dxa"/>
          </w:tcPr>
          <w:p w14:paraId="0C2877B3" w14:textId="77777777" w:rsidR="001F41DE" w:rsidRPr="00AB3470" w:rsidRDefault="001F41DE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0.0019</w:t>
            </w:r>
          </w:p>
        </w:tc>
      </w:tr>
      <w:tr w:rsidR="001F41DE" w:rsidRPr="00AB3470" w14:paraId="2D18F471" w14:textId="77777777" w:rsidTr="001F41DE">
        <w:tc>
          <w:tcPr>
            <w:tcW w:w="486" w:type="dxa"/>
          </w:tcPr>
          <w:p w14:paraId="09E0D079" w14:textId="77777777" w:rsidR="001F41DE" w:rsidRPr="00AB3470" w:rsidRDefault="001F41DE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25" w:type="dxa"/>
          </w:tcPr>
          <w:p w14:paraId="10AA5B19" w14:textId="77777777" w:rsidR="001F41DE" w:rsidRPr="00AB3470" w:rsidRDefault="001F41DE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deviance</w:t>
            </w:r>
          </w:p>
        </w:tc>
        <w:tc>
          <w:tcPr>
            <w:tcW w:w="700" w:type="dxa"/>
          </w:tcPr>
          <w:p w14:paraId="727576D7" w14:textId="77777777" w:rsidR="001F41DE" w:rsidRPr="00AB3470" w:rsidRDefault="001F41DE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96" w:type="dxa"/>
          </w:tcPr>
          <w:p w14:paraId="1F5D0F1E" w14:textId="77777777" w:rsidR="001F41DE" w:rsidRPr="00AB3470" w:rsidRDefault="001F41DE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15" w:type="dxa"/>
          </w:tcPr>
          <w:p w14:paraId="5019B2DC" w14:textId="77777777" w:rsidR="001F41DE" w:rsidRPr="00AB3470" w:rsidRDefault="001F41DE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02" w:type="dxa"/>
          </w:tcPr>
          <w:p w14:paraId="04EF8E46" w14:textId="77777777" w:rsidR="001F41DE" w:rsidRPr="00AB3470" w:rsidRDefault="001F41DE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576" w:type="dxa"/>
          </w:tcPr>
          <w:p w14:paraId="7531B991" w14:textId="77777777" w:rsidR="001F41DE" w:rsidRPr="00AB3470" w:rsidRDefault="001F41DE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674" w:type="dxa"/>
          </w:tcPr>
          <w:p w14:paraId="0FA8DAFA" w14:textId="77777777" w:rsidR="001F41DE" w:rsidRPr="00AB3470" w:rsidRDefault="001F41DE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Tree</w:t>
            </w:r>
          </w:p>
        </w:tc>
        <w:tc>
          <w:tcPr>
            <w:tcW w:w="991" w:type="dxa"/>
          </w:tcPr>
          <w:p w14:paraId="5BE5607E" w14:textId="77777777" w:rsidR="001F41DE" w:rsidRPr="00AB3470" w:rsidRDefault="001F41DE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classification</w:t>
            </w:r>
          </w:p>
        </w:tc>
        <w:tc>
          <w:tcPr>
            <w:tcW w:w="658" w:type="dxa"/>
          </w:tcPr>
          <w:p w14:paraId="09B39A0B" w14:textId="77777777" w:rsidR="001F41DE" w:rsidRPr="00AB3470" w:rsidRDefault="001F41DE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833" w:type="dxa"/>
          </w:tcPr>
          <w:p w14:paraId="4A294A6C" w14:textId="77777777" w:rsidR="001F41DE" w:rsidRPr="00AB3470" w:rsidRDefault="001F41DE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0.7696</w:t>
            </w:r>
          </w:p>
        </w:tc>
      </w:tr>
    </w:tbl>
    <w:p w14:paraId="492CCF04" w14:textId="77777777" w:rsidR="00AB3470" w:rsidRPr="00AB3470" w:rsidRDefault="00AB3470" w:rsidP="001F41DE">
      <w:pPr>
        <w:rPr>
          <w:rFonts w:ascii="Times New Roman" w:hAnsi="Times New Roman" w:cs="Times New Roman"/>
          <w:sz w:val="20"/>
          <w:szCs w:val="20"/>
        </w:rPr>
      </w:pPr>
    </w:p>
    <w:p w14:paraId="5E779C66" w14:textId="6B5E5A80" w:rsidR="00D344C9" w:rsidRPr="00AB3470" w:rsidRDefault="001F41DE" w:rsidP="00AB3470">
      <w:pPr>
        <w:jc w:val="both"/>
        <w:rPr>
          <w:rFonts w:ascii="Times New Roman" w:hAnsi="Times New Roman" w:cs="Times New Roman"/>
          <w:sz w:val="20"/>
          <w:szCs w:val="20"/>
        </w:rPr>
      </w:pPr>
      <w:r w:rsidRPr="00AB3470">
        <w:rPr>
          <w:rFonts w:ascii="Times New Roman" w:hAnsi="Times New Roman" w:cs="Times New Roman"/>
          <w:b/>
          <w:bCs/>
          <w:sz w:val="20"/>
          <w:szCs w:val="20"/>
        </w:rPr>
        <w:t>Table S3</w:t>
      </w:r>
      <w:r w:rsidRPr="00AB3470">
        <w:rPr>
          <w:rFonts w:ascii="Times New Roman" w:hAnsi="Times New Roman" w:cs="Times New Roman"/>
          <w:sz w:val="20"/>
          <w:szCs w:val="20"/>
        </w:rPr>
        <w:t>. Summary of AdaBoostM1 hyperparameters for each training split. All models were implemented in MATLAB using decision trees as weak learners (</w:t>
      </w:r>
      <w:proofErr w:type="spellStart"/>
      <w:r w:rsidRPr="00AB3470">
        <w:rPr>
          <w:rFonts w:ascii="Times New Roman" w:hAnsi="Times New Roman" w:cs="Times New Roman"/>
          <w:sz w:val="20"/>
          <w:szCs w:val="20"/>
        </w:rPr>
        <w:t>fitcensemble</w:t>
      </w:r>
      <w:proofErr w:type="spellEnd"/>
      <w:r w:rsidRPr="00AB3470">
        <w:rPr>
          <w:rFonts w:ascii="Times New Roman" w:hAnsi="Times New Roman" w:cs="Times New Roman"/>
          <w:sz w:val="20"/>
          <w:szCs w:val="20"/>
        </w:rPr>
        <w:t xml:space="preserve">, Method = 'AdaBoostM1'). Default MATLAB parameters were used for fields not specified. </w:t>
      </w:r>
      <w:r w:rsidR="00F1296F">
        <w:rPr>
          <w:rFonts w:ascii="Times New Roman" w:hAnsi="Times New Roman" w:cs="Times New Roman"/>
          <w:sz w:val="20"/>
          <w:szCs w:val="20"/>
        </w:rPr>
        <w:t>H</w:t>
      </w:r>
      <w:r w:rsidRPr="00AB3470">
        <w:rPr>
          <w:rFonts w:ascii="Times New Roman" w:hAnsi="Times New Roman" w:cs="Times New Roman"/>
          <w:sz w:val="20"/>
          <w:szCs w:val="20"/>
        </w:rPr>
        <w:t>yperparameters for “</w:t>
      </w:r>
      <w:r w:rsidR="006F0172" w:rsidRPr="00AB3470">
        <w:rPr>
          <w:rFonts w:ascii="Times New Roman" w:hAnsi="Times New Roman" w:cs="Times New Roman"/>
          <w:sz w:val="20"/>
          <w:szCs w:val="20"/>
        </w:rPr>
        <w:t>TMPRSS2</w:t>
      </w:r>
      <w:r w:rsidRPr="00AB3470">
        <w:rPr>
          <w:rFonts w:ascii="Times New Roman" w:hAnsi="Times New Roman" w:cs="Times New Roman"/>
          <w:sz w:val="20"/>
          <w:szCs w:val="20"/>
        </w:rPr>
        <w:t>” mutations.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9"/>
        <w:gridCol w:w="1013"/>
        <w:gridCol w:w="723"/>
        <w:gridCol w:w="812"/>
        <w:gridCol w:w="1134"/>
        <w:gridCol w:w="1005"/>
        <w:gridCol w:w="554"/>
        <w:gridCol w:w="667"/>
        <w:gridCol w:w="981"/>
        <w:gridCol w:w="659"/>
        <w:gridCol w:w="819"/>
      </w:tblGrid>
      <w:tr w:rsidR="00D344C9" w:rsidRPr="00AB3470" w14:paraId="1A42B4CA" w14:textId="77777777" w:rsidTr="00D86323">
        <w:tc>
          <w:tcPr>
            <w:tcW w:w="785" w:type="dxa"/>
          </w:tcPr>
          <w:p w14:paraId="2DB7E825" w14:textId="77777777" w:rsidR="00D344C9" w:rsidRPr="00AB3470" w:rsidRDefault="00D344C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Split</w:t>
            </w:r>
          </w:p>
        </w:tc>
        <w:tc>
          <w:tcPr>
            <w:tcW w:w="785" w:type="dxa"/>
          </w:tcPr>
          <w:p w14:paraId="0351AD49" w14:textId="77777777" w:rsidR="00D344C9" w:rsidRPr="00AB3470" w:rsidRDefault="00D344C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SplitCriterion</w:t>
            </w:r>
            <w:proofErr w:type="spellEnd"/>
          </w:p>
        </w:tc>
        <w:tc>
          <w:tcPr>
            <w:tcW w:w="785" w:type="dxa"/>
          </w:tcPr>
          <w:p w14:paraId="6F7174D3" w14:textId="77777777" w:rsidR="00D344C9" w:rsidRPr="00AB3470" w:rsidRDefault="00D344C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MinLeaf</w:t>
            </w:r>
            <w:proofErr w:type="spellEnd"/>
          </w:p>
        </w:tc>
        <w:tc>
          <w:tcPr>
            <w:tcW w:w="785" w:type="dxa"/>
          </w:tcPr>
          <w:p w14:paraId="6E9BC268" w14:textId="77777777" w:rsidR="00D344C9" w:rsidRPr="00AB3470" w:rsidRDefault="00D344C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MaxSplits</w:t>
            </w:r>
            <w:proofErr w:type="spellEnd"/>
          </w:p>
        </w:tc>
        <w:tc>
          <w:tcPr>
            <w:tcW w:w="785" w:type="dxa"/>
          </w:tcPr>
          <w:p w14:paraId="687DF502" w14:textId="77777777" w:rsidR="00D344C9" w:rsidRPr="00AB3470" w:rsidRDefault="00D344C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NVarToSample</w:t>
            </w:r>
            <w:proofErr w:type="spellEnd"/>
          </w:p>
        </w:tc>
        <w:tc>
          <w:tcPr>
            <w:tcW w:w="785" w:type="dxa"/>
          </w:tcPr>
          <w:p w14:paraId="432D36DA" w14:textId="77777777" w:rsidR="00D344C9" w:rsidRPr="00AB3470" w:rsidRDefault="00D344C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MergeLeaves</w:t>
            </w:r>
            <w:proofErr w:type="spellEnd"/>
          </w:p>
        </w:tc>
        <w:tc>
          <w:tcPr>
            <w:tcW w:w="785" w:type="dxa"/>
          </w:tcPr>
          <w:p w14:paraId="389E1CF7" w14:textId="77777777" w:rsidR="00D344C9" w:rsidRPr="00AB3470" w:rsidRDefault="00D344C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Prune</w:t>
            </w:r>
          </w:p>
        </w:tc>
        <w:tc>
          <w:tcPr>
            <w:tcW w:w="785" w:type="dxa"/>
          </w:tcPr>
          <w:p w14:paraId="24CA0C6B" w14:textId="77777777" w:rsidR="00D344C9" w:rsidRPr="00AB3470" w:rsidRDefault="00D344C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Method</w:t>
            </w:r>
          </w:p>
        </w:tc>
        <w:tc>
          <w:tcPr>
            <w:tcW w:w="785" w:type="dxa"/>
          </w:tcPr>
          <w:p w14:paraId="764B32CB" w14:textId="77777777" w:rsidR="00D344C9" w:rsidRPr="00AB3470" w:rsidRDefault="00D344C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Type</w:t>
            </w:r>
          </w:p>
        </w:tc>
        <w:tc>
          <w:tcPr>
            <w:tcW w:w="785" w:type="dxa"/>
          </w:tcPr>
          <w:p w14:paraId="3DE8925A" w14:textId="77777777" w:rsidR="00D344C9" w:rsidRPr="00AB3470" w:rsidRDefault="00D344C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NLearn</w:t>
            </w:r>
            <w:proofErr w:type="spellEnd"/>
          </w:p>
        </w:tc>
        <w:tc>
          <w:tcPr>
            <w:tcW w:w="785" w:type="dxa"/>
          </w:tcPr>
          <w:p w14:paraId="1E43633C" w14:textId="77777777" w:rsidR="00D344C9" w:rsidRPr="00AB3470" w:rsidRDefault="00D344C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LearnRate</w:t>
            </w:r>
            <w:proofErr w:type="spellEnd"/>
          </w:p>
        </w:tc>
      </w:tr>
      <w:tr w:rsidR="00D344C9" w:rsidRPr="00AB3470" w14:paraId="3111E652" w14:textId="77777777" w:rsidTr="00D86323">
        <w:tc>
          <w:tcPr>
            <w:tcW w:w="785" w:type="dxa"/>
          </w:tcPr>
          <w:p w14:paraId="0C1E6182" w14:textId="77777777" w:rsidR="00D344C9" w:rsidRPr="00AB3470" w:rsidRDefault="00D344C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85" w:type="dxa"/>
          </w:tcPr>
          <w:p w14:paraId="048F6D94" w14:textId="77777777" w:rsidR="00D344C9" w:rsidRPr="00AB3470" w:rsidRDefault="00D344C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deviance</w:t>
            </w:r>
          </w:p>
        </w:tc>
        <w:tc>
          <w:tcPr>
            <w:tcW w:w="785" w:type="dxa"/>
          </w:tcPr>
          <w:p w14:paraId="0D6B86D5" w14:textId="77777777" w:rsidR="00D344C9" w:rsidRPr="00AB3470" w:rsidRDefault="00D344C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85" w:type="dxa"/>
          </w:tcPr>
          <w:p w14:paraId="71205877" w14:textId="77777777" w:rsidR="00D344C9" w:rsidRPr="00AB3470" w:rsidRDefault="00D344C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85" w:type="dxa"/>
          </w:tcPr>
          <w:p w14:paraId="00EECB30" w14:textId="77777777" w:rsidR="00D344C9" w:rsidRPr="00AB3470" w:rsidRDefault="00D344C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85" w:type="dxa"/>
          </w:tcPr>
          <w:p w14:paraId="63F5B0F3" w14:textId="77777777" w:rsidR="00D344C9" w:rsidRPr="00AB3470" w:rsidRDefault="00D344C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785" w:type="dxa"/>
          </w:tcPr>
          <w:p w14:paraId="6392432D" w14:textId="77777777" w:rsidR="00D344C9" w:rsidRPr="00AB3470" w:rsidRDefault="00D344C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785" w:type="dxa"/>
          </w:tcPr>
          <w:p w14:paraId="7D280609" w14:textId="77777777" w:rsidR="00D344C9" w:rsidRPr="00AB3470" w:rsidRDefault="00D344C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Tree</w:t>
            </w:r>
          </w:p>
        </w:tc>
        <w:tc>
          <w:tcPr>
            <w:tcW w:w="785" w:type="dxa"/>
          </w:tcPr>
          <w:p w14:paraId="037C8EAB" w14:textId="77777777" w:rsidR="00D344C9" w:rsidRPr="00AB3470" w:rsidRDefault="00D344C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classification</w:t>
            </w:r>
          </w:p>
        </w:tc>
        <w:tc>
          <w:tcPr>
            <w:tcW w:w="785" w:type="dxa"/>
          </w:tcPr>
          <w:p w14:paraId="5C79F249" w14:textId="77777777" w:rsidR="00D344C9" w:rsidRPr="00AB3470" w:rsidRDefault="00D344C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85" w:type="dxa"/>
          </w:tcPr>
          <w:p w14:paraId="4D50D540" w14:textId="77777777" w:rsidR="00D344C9" w:rsidRPr="00AB3470" w:rsidRDefault="00D344C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0.0011</w:t>
            </w:r>
          </w:p>
        </w:tc>
      </w:tr>
      <w:tr w:rsidR="00D344C9" w:rsidRPr="00AB3470" w14:paraId="65AFACF0" w14:textId="77777777" w:rsidTr="00D86323">
        <w:tc>
          <w:tcPr>
            <w:tcW w:w="785" w:type="dxa"/>
          </w:tcPr>
          <w:p w14:paraId="16BDAB1D" w14:textId="77777777" w:rsidR="00D344C9" w:rsidRPr="00AB3470" w:rsidRDefault="00D344C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85" w:type="dxa"/>
          </w:tcPr>
          <w:p w14:paraId="055A2A6A" w14:textId="77777777" w:rsidR="00D344C9" w:rsidRPr="00AB3470" w:rsidRDefault="00D344C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85" w:type="dxa"/>
          </w:tcPr>
          <w:p w14:paraId="6F19E4CB" w14:textId="77777777" w:rsidR="00D344C9" w:rsidRPr="00AB3470" w:rsidRDefault="00D344C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85" w:type="dxa"/>
          </w:tcPr>
          <w:p w14:paraId="4F6B3A1A" w14:textId="77777777" w:rsidR="00D344C9" w:rsidRPr="00AB3470" w:rsidRDefault="00D344C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85" w:type="dxa"/>
          </w:tcPr>
          <w:p w14:paraId="5FA0E91C" w14:textId="77777777" w:rsidR="00D344C9" w:rsidRPr="00AB3470" w:rsidRDefault="00D344C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85" w:type="dxa"/>
          </w:tcPr>
          <w:p w14:paraId="3B1BC611" w14:textId="77777777" w:rsidR="00D344C9" w:rsidRPr="00AB3470" w:rsidRDefault="00D344C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85" w:type="dxa"/>
          </w:tcPr>
          <w:p w14:paraId="338A4D6C" w14:textId="77777777" w:rsidR="00D344C9" w:rsidRPr="00AB3470" w:rsidRDefault="00D344C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85" w:type="dxa"/>
          </w:tcPr>
          <w:p w14:paraId="5BC8FA81" w14:textId="77777777" w:rsidR="00D344C9" w:rsidRPr="00AB3470" w:rsidRDefault="00D344C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Tree</w:t>
            </w:r>
          </w:p>
        </w:tc>
        <w:tc>
          <w:tcPr>
            <w:tcW w:w="785" w:type="dxa"/>
          </w:tcPr>
          <w:p w14:paraId="483F11A3" w14:textId="77777777" w:rsidR="00D344C9" w:rsidRPr="00AB3470" w:rsidRDefault="00D344C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classification</w:t>
            </w:r>
          </w:p>
        </w:tc>
        <w:tc>
          <w:tcPr>
            <w:tcW w:w="785" w:type="dxa"/>
          </w:tcPr>
          <w:p w14:paraId="36946DD6" w14:textId="77777777" w:rsidR="00D344C9" w:rsidRPr="00AB3470" w:rsidRDefault="00D344C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785" w:type="dxa"/>
          </w:tcPr>
          <w:p w14:paraId="7746797D" w14:textId="77777777" w:rsidR="00D344C9" w:rsidRPr="00AB3470" w:rsidRDefault="00D344C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0.1179</w:t>
            </w:r>
          </w:p>
        </w:tc>
      </w:tr>
      <w:tr w:rsidR="00D344C9" w:rsidRPr="00AB3470" w14:paraId="5F312CCC" w14:textId="77777777" w:rsidTr="00D86323">
        <w:tc>
          <w:tcPr>
            <w:tcW w:w="785" w:type="dxa"/>
          </w:tcPr>
          <w:p w14:paraId="1F8A6F32" w14:textId="77777777" w:rsidR="00D344C9" w:rsidRPr="00AB3470" w:rsidRDefault="00D344C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85" w:type="dxa"/>
          </w:tcPr>
          <w:p w14:paraId="1CD89C3F" w14:textId="77777777" w:rsidR="00D344C9" w:rsidRPr="00AB3470" w:rsidRDefault="00D344C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85" w:type="dxa"/>
          </w:tcPr>
          <w:p w14:paraId="3CEED083" w14:textId="77777777" w:rsidR="00D344C9" w:rsidRPr="00AB3470" w:rsidRDefault="00D344C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85" w:type="dxa"/>
          </w:tcPr>
          <w:p w14:paraId="30C21133" w14:textId="77777777" w:rsidR="00D344C9" w:rsidRPr="00AB3470" w:rsidRDefault="00D344C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85" w:type="dxa"/>
          </w:tcPr>
          <w:p w14:paraId="201AA2AD" w14:textId="77777777" w:rsidR="00D344C9" w:rsidRPr="00AB3470" w:rsidRDefault="00D344C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85" w:type="dxa"/>
          </w:tcPr>
          <w:p w14:paraId="38DF95D3" w14:textId="77777777" w:rsidR="00D344C9" w:rsidRPr="00AB3470" w:rsidRDefault="00D344C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85" w:type="dxa"/>
          </w:tcPr>
          <w:p w14:paraId="7483845C" w14:textId="77777777" w:rsidR="00D344C9" w:rsidRPr="00AB3470" w:rsidRDefault="00D344C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85" w:type="dxa"/>
          </w:tcPr>
          <w:p w14:paraId="7479ACEA" w14:textId="77777777" w:rsidR="00D344C9" w:rsidRPr="00AB3470" w:rsidRDefault="00D344C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Tree</w:t>
            </w:r>
          </w:p>
        </w:tc>
        <w:tc>
          <w:tcPr>
            <w:tcW w:w="785" w:type="dxa"/>
          </w:tcPr>
          <w:p w14:paraId="7AEB71A2" w14:textId="77777777" w:rsidR="00D344C9" w:rsidRPr="00AB3470" w:rsidRDefault="00D344C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classifica</w:t>
            </w:r>
            <w:r w:rsidRPr="00AB347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tion</w:t>
            </w:r>
          </w:p>
        </w:tc>
        <w:tc>
          <w:tcPr>
            <w:tcW w:w="785" w:type="dxa"/>
          </w:tcPr>
          <w:p w14:paraId="357351F5" w14:textId="77777777" w:rsidR="00D344C9" w:rsidRPr="00AB3470" w:rsidRDefault="00D344C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60</w:t>
            </w:r>
          </w:p>
        </w:tc>
        <w:tc>
          <w:tcPr>
            <w:tcW w:w="785" w:type="dxa"/>
          </w:tcPr>
          <w:p w14:paraId="241BF275" w14:textId="77777777" w:rsidR="00D344C9" w:rsidRPr="00AB3470" w:rsidRDefault="00D344C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0.0051</w:t>
            </w:r>
          </w:p>
        </w:tc>
      </w:tr>
      <w:tr w:rsidR="00D344C9" w:rsidRPr="00AB3470" w14:paraId="0EBDA7F3" w14:textId="77777777" w:rsidTr="00D86323">
        <w:tc>
          <w:tcPr>
            <w:tcW w:w="785" w:type="dxa"/>
          </w:tcPr>
          <w:p w14:paraId="7C907415" w14:textId="77777777" w:rsidR="00D344C9" w:rsidRPr="00AB3470" w:rsidRDefault="00D344C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85" w:type="dxa"/>
          </w:tcPr>
          <w:p w14:paraId="4CC251FF" w14:textId="77777777" w:rsidR="00D344C9" w:rsidRPr="00AB3470" w:rsidRDefault="00D344C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gdi</w:t>
            </w:r>
            <w:proofErr w:type="spellEnd"/>
          </w:p>
        </w:tc>
        <w:tc>
          <w:tcPr>
            <w:tcW w:w="785" w:type="dxa"/>
          </w:tcPr>
          <w:p w14:paraId="55D093F4" w14:textId="77777777" w:rsidR="00D344C9" w:rsidRPr="00AB3470" w:rsidRDefault="00D344C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85" w:type="dxa"/>
          </w:tcPr>
          <w:p w14:paraId="3DC8DC32" w14:textId="77777777" w:rsidR="00D344C9" w:rsidRPr="00AB3470" w:rsidRDefault="00D344C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85" w:type="dxa"/>
          </w:tcPr>
          <w:p w14:paraId="5DB43ADC" w14:textId="77777777" w:rsidR="00D344C9" w:rsidRPr="00AB3470" w:rsidRDefault="00D344C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85" w:type="dxa"/>
          </w:tcPr>
          <w:p w14:paraId="6642FBD0" w14:textId="77777777" w:rsidR="00D344C9" w:rsidRPr="00AB3470" w:rsidRDefault="00D344C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785" w:type="dxa"/>
          </w:tcPr>
          <w:p w14:paraId="32C33800" w14:textId="77777777" w:rsidR="00D344C9" w:rsidRPr="00AB3470" w:rsidRDefault="00D344C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785" w:type="dxa"/>
          </w:tcPr>
          <w:p w14:paraId="06481EE3" w14:textId="77777777" w:rsidR="00D344C9" w:rsidRPr="00AB3470" w:rsidRDefault="00D344C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Tree</w:t>
            </w:r>
          </w:p>
        </w:tc>
        <w:tc>
          <w:tcPr>
            <w:tcW w:w="785" w:type="dxa"/>
          </w:tcPr>
          <w:p w14:paraId="17D59780" w14:textId="77777777" w:rsidR="00D344C9" w:rsidRPr="00AB3470" w:rsidRDefault="00D344C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classification</w:t>
            </w:r>
          </w:p>
        </w:tc>
        <w:tc>
          <w:tcPr>
            <w:tcW w:w="785" w:type="dxa"/>
          </w:tcPr>
          <w:p w14:paraId="7821C357" w14:textId="77777777" w:rsidR="00D344C9" w:rsidRPr="00AB3470" w:rsidRDefault="00D344C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495</w:t>
            </w:r>
          </w:p>
        </w:tc>
        <w:tc>
          <w:tcPr>
            <w:tcW w:w="785" w:type="dxa"/>
          </w:tcPr>
          <w:p w14:paraId="424FE980" w14:textId="77777777" w:rsidR="00D344C9" w:rsidRPr="00AB3470" w:rsidRDefault="00D344C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0.0202</w:t>
            </w:r>
          </w:p>
        </w:tc>
      </w:tr>
      <w:tr w:rsidR="00D344C9" w:rsidRPr="00AB3470" w14:paraId="3D8E85F9" w14:textId="77777777" w:rsidTr="00D86323">
        <w:tc>
          <w:tcPr>
            <w:tcW w:w="785" w:type="dxa"/>
          </w:tcPr>
          <w:p w14:paraId="1CE0BD97" w14:textId="77777777" w:rsidR="00D344C9" w:rsidRPr="00AB3470" w:rsidRDefault="00D344C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85" w:type="dxa"/>
          </w:tcPr>
          <w:p w14:paraId="74D6190D" w14:textId="77777777" w:rsidR="00D344C9" w:rsidRPr="00AB3470" w:rsidRDefault="00D344C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deviance</w:t>
            </w:r>
          </w:p>
        </w:tc>
        <w:tc>
          <w:tcPr>
            <w:tcW w:w="785" w:type="dxa"/>
          </w:tcPr>
          <w:p w14:paraId="548C07B3" w14:textId="77777777" w:rsidR="00D344C9" w:rsidRPr="00AB3470" w:rsidRDefault="00D344C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785" w:type="dxa"/>
          </w:tcPr>
          <w:p w14:paraId="1B104129" w14:textId="77777777" w:rsidR="00D344C9" w:rsidRPr="00AB3470" w:rsidRDefault="00D344C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785" w:type="dxa"/>
          </w:tcPr>
          <w:p w14:paraId="59A08148" w14:textId="77777777" w:rsidR="00D344C9" w:rsidRPr="00AB3470" w:rsidRDefault="00D344C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85" w:type="dxa"/>
          </w:tcPr>
          <w:p w14:paraId="7D8C9A9E" w14:textId="77777777" w:rsidR="00D344C9" w:rsidRPr="00AB3470" w:rsidRDefault="00D344C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785" w:type="dxa"/>
          </w:tcPr>
          <w:p w14:paraId="16149C15" w14:textId="77777777" w:rsidR="00D344C9" w:rsidRPr="00AB3470" w:rsidRDefault="00D344C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785" w:type="dxa"/>
          </w:tcPr>
          <w:p w14:paraId="2FB48EB2" w14:textId="77777777" w:rsidR="00D344C9" w:rsidRPr="00AB3470" w:rsidRDefault="00D344C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Tree</w:t>
            </w:r>
          </w:p>
        </w:tc>
        <w:tc>
          <w:tcPr>
            <w:tcW w:w="785" w:type="dxa"/>
          </w:tcPr>
          <w:p w14:paraId="3CD31DED" w14:textId="77777777" w:rsidR="00D344C9" w:rsidRPr="00AB3470" w:rsidRDefault="00D344C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classification</w:t>
            </w:r>
          </w:p>
        </w:tc>
        <w:tc>
          <w:tcPr>
            <w:tcW w:w="785" w:type="dxa"/>
          </w:tcPr>
          <w:p w14:paraId="0A2FF015" w14:textId="77777777" w:rsidR="00D344C9" w:rsidRPr="00AB3470" w:rsidRDefault="00D344C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85" w:type="dxa"/>
          </w:tcPr>
          <w:p w14:paraId="6C1A0714" w14:textId="77777777" w:rsidR="00D344C9" w:rsidRPr="00AB3470" w:rsidRDefault="00D344C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0.3723</w:t>
            </w:r>
          </w:p>
        </w:tc>
      </w:tr>
    </w:tbl>
    <w:p w14:paraId="5ECE972D" w14:textId="20902A9C" w:rsidR="00AB3470" w:rsidRDefault="00AB3470" w:rsidP="00D344C9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4A25D78C" w14:textId="56811E97" w:rsidR="00D344C9" w:rsidRPr="00AB3470" w:rsidRDefault="00D344C9" w:rsidP="00AB3470">
      <w:pPr>
        <w:jc w:val="both"/>
        <w:rPr>
          <w:rFonts w:ascii="Times New Roman" w:hAnsi="Times New Roman" w:cs="Times New Roman"/>
          <w:sz w:val="20"/>
          <w:szCs w:val="20"/>
        </w:rPr>
      </w:pPr>
      <w:r w:rsidRPr="00AB3470">
        <w:rPr>
          <w:rFonts w:ascii="Times New Roman" w:hAnsi="Times New Roman" w:cs="Times New Roman"/>
          <w:b/>
          <w:bCs/>
          <w:sz w:val="20"/>
          <w:szCs w:val="20"/>
        </w:rPr>
        <w:t>Table S4.</w:t>
      </w:r>
      <w:r w:rsidRPr="00AB3470">
        <w:rPr>
          <w:rFonts w:ascii="Times New Roman" w:hAnsi="Times New Roman" w:cs="Times New Roman"/>
          <w:sz w:val="20"/>
          <w:szCs w:val="20"/>
        </w:rPr>
        <w:t xml:space="preserve"> Summary of AdaBoostM1 hyperparameters for each training split. All models were implemented in MATLAB using decision trees as weak learners (</w:t>
      </w:r>
      <w:proofErr w:type="spellStart"/>
      <w:r w:rsidRPr="00AB3470">
        <w:rPr>
          <w:rFonts w:ascii="Times New Roman" w:hAnsi="Times New Roman" w:cs="Times New Roman"/>
          <w:sz w:val="20"/>
          <w:szCs w:val="20"/>
        </w:rPr>
        <w:t>fitcensemble</w:t>
      </w:r>
      <w:proofErr w:type="spellEnd"/>
      <w:r w:rsidRPr="00AB3470">
        <w:rPr>
          <w:rFonts w:ascii="Times New Roman" w:hAnsi="Times New Roman" w:cs="Times New Roman"/>
          <w:sz w:val="20"/>
          <w:szCs w:val="20"/>
        </w:rPr>
        <w:t xml:space="preserve">, Method = 'AdaBoostM1'). Default MATLAB parameters were used for fields not specified. </w:t>
      </w:r>
      <w:r w:rsidR="00F1296F">
        <w:rPr>
          <w:rFonts w:ascii="Times New Roman" w:hAnsi="Times New Roman" w:cs="Times New Roman"/>
          <w:sz w:val="20"/>
          <w:szCs w:val="20"/>
        </w:rPr>
        <w:t>H</w:t>
      </w:r>
      <w:r w:rsidRPr="00AB3470">
        <w:rPr>
          <w:rFonts w:ascii="Times New Roman" w:hAnsi="Times New Roman" w:cs="Times New Roman"/>
          <w:sz w:val="20"/>
          <w:szCs w:val="20"/>
        </w:rPr>
        <w:t>yperparameters for “TP53” mutations.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9"/>
        <w:gridCol w:w="1013"/>
        <w:gridCol w:w="723"/>
        <w:gridCol w:w="812"/>
        <w:gridCol w:w="1134"/>
        <w:gridCol w:w="1005"/>
        <w:gridCol w:w="554"/>
        <w:gridCol w:w="667"/>
        <w:gridCol w:w="981"/>
        <w:gridCol w:w="659"/>
        <w:gridCol w:w="819"/>
      </w:tblGrid>
      <w:tr w:rsidR="00106349" w:rsidRPr="00AB3470" w14:paraId="6D3F816F" w14:textId="77777777" w:rsidTr="00D86323">
        <w:tc>
          <w:tcPr>
            <w:tcW w:w="785" w:type="dxa"/>
          </w:tcPr>
          <w:p w14:paraId="6B9B0085" w14:textId="77777777" w:rsidR="00106349" w:rsidRPr="00AB3470" w:rsidRDefault="0010634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Split</w:t>
            </w:r>
          </w:p>
        </w:tc>
        <w:tc>
          <w:tcPr>
            <w:tcW w:w="785" w:type="dxa"/>
          </w:tcPr>
          <w:p w14:paraId="346FDD23" w14:textId="77777777" w:rsidR="00106349" w:rsidRPr="00AB3470" w:rsidRDefault="0010634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SplitCriterion</w:t>
            </w:r>
            <w:proofErr w:type="spellEnd"/>
          </w:p>
        </w:tc>
        <w:tc>
          <w:tcPr>
            <w:tcW w:w="785" w:type="dxa"/>
          </w:tcPr>
          <w:p w14:paraId="42835411" w14:textId="77777777" w:rsidR="00106349" w:rsidRPr="00AB3470" w:rsidRDefault="0010634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MinLeaf</w:t>
            </w:r>
            <w:proofErr w:type="spellEnd"/>
          </w:p>
        </w:tc>
        <w:tc>
          <w:tcPr>
            <w:tcW w:w="785" w:type="dxa"/>
          </w:tcPr>
          <w:p w14:paraId="433CED89" w14:textId="77777777" w:rsidR="00106349" w:rsidRPr="00AB3470" w:rsidRDefault="0010634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MaxSplits</w:t>
            </w:r>
            <w:proofErr w:type="spellEnd"/>
          </w:p>
        </w:tc>
        <w:tc>
          <w:tcPr>
            <w:tcW w:w="785" w:type="dxa"/>
          </w:tcPr>
          <w:p w14:paraId="1371870D" w14:textId="77777777" w:rsidR="00106349" w:rsidRPr="00AB3470" w:rsidRDefault="0010634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NVarToSample</w:t>
            </w:r>
            <w:proofErr w:type="spellEnd"/>
          </w:p>
        </w:tc>
        <w:tc>
          <w:tcPr>
            <w:tcW w:w="785" w:type="dxa"/>
          </w:tcPr>
          <w:p w14:paraId="0556AEE1" w14:textId="77777777" w:rsidR="00106349" w:rsidRPr="00AB3470" w:rsidRDefault="0010634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MergeLeaves</w:t>
            </w:r>
            <w:proofErr w:type="spellEnd"/>
          </w:p>
        </w:tc>
        <w:tc>
          <w:tcPr>
            <w:tcW w:w="785" w:type="dxa"/>
          </w:tcPr>
          <w:p w14:paraId="697FA735" w14:textId="77777777" w:rsidR="00106349" w:rsidRPr="00AB3470" w:rsidRDefault="0010634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Prune</w:t>
            </w:r>
          </w:p>
        </w:tc>
        <w:tc>
          <w:tcPr>
            <w:tcW w:w="785" w:type="dxa"/>
          </w:tcPr>
          <w:p w14:paraId="613E824E" w14:textId="77777777" w:rsidR="00106349" w:rsidRPr="00AB3470" w:rsidRDefault="0010634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Method</w:t>
            </w:r>
          </w:p>
        </w:tc>
        <w:tc>
          <w:tcPr>
            <w:tcW w:w="785" w:type="dxa"/>
          </w:tcPr>
          <w:p w14:paraId="3619D350" w14:textId="77777777" w:rsidR="00106349" w:rsidRPr="00AB3470" w:rsidRDefault="0010634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Type</w:t>
            </w:r>
          </w:p>
        </w:tc>
        <w:tc>
          <w:tcPr>
            <w:tcW w:w="785" w:type="dxa"/>
          </w:tcPr>
          <w:p w14:paraId="17CC69E6" w14:textId="77777777" w:rsidR="00106349" w:rsidRPr="00AB3470" w:rsidRDefault="0010634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NLearn</w:t>
            </w:r>
            <w:proofErr w:type="spellEnd"/>
          </w:p>
        </w:tc>
        <w:tc>
          <w:tcPr>
            <w:tcW w:w="785" w:type="dxa"/>
          </w:tcPr>
          <w:p w14:paraId="18075B1F" w14:textId="77777777" w:rsidR="00106349" w:rsidRPr="00AB3470" w:rsidRDefault="0010634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LearnRate</w:t>
            </w:r>
            <w:proofErr w:type="spellEnd"/>
          </w:p>
        </w:tc>
      </w:tr>
      <w:tr w:rsidR="00106349" w:rsidRPr="00AB3470" w14:paraId="71364C76" w14:textId="77777777" w:rsidTr="00D86323">
        <w:tc>
          <w:tcPr>
            <w:tcW w:w="785" w:type="dxa"/>
          </w:tcPr>
          <w:p w14:paraId="385582F9" w14:textId="77777777" w:rsidR="00106349" w:rsidRPr="00AB3470" w:rsidRDefault="0010634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85" w:type="dxa"/>
          </w:tcPr>
          <w:p w14:paraId="438E69D7" w14:textId="77777777" w:rsidR="00106349" w:rsidRPr="00AB3470" w:rsidRDefault="0010634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gdi</w:t>
            </w:r>
            <w:proofErr w:type="spellEnd"/>
          </w:p>
        </w:tc>
        <w:tc>
          <w:tcPr>
            <w:tcW w:w="785" w:type="dxa"/>
          </w:tcPr>
          <w:p w14:paraId="497F3FB6" w14:textId="77777777" w:rsidR="00106349" w:rsidRPr="00AB3470" w:rsidRDefault="0010634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85" w:type="dxa"/>
          </w:tcPr>
          <w:p w14:paraId="31BC0475" w14:textId="77777777" w:rsidR="00106349" w:rsidRPr="00AB3470" w:rsidRDefault="0010634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785" w:type="dxa"/>
          </w:tcPr>
          <w:p w14:paraId="1503C018" w14:textId="77777777" w:rsidR="00106349" w:rsidRPr="00AB3470" w:rsidRDefault="0010634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85" w:type="dxa"/>
          </w:tcPr>
          <w:p w14:paraId="4BED060D" w14:textId="77777777" w:rsidR="00106349" w:rsidRPr="00AB3470" w:rsidRDefault="0010634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785" w:type="dxa"/>
          </w:tcPr>
          <w:p w14:paraId="5F0DF670" w14:textId="77777777" w:rsidR="00106349" w:rsidRPr="00AB3470" w:rsidRDefault="0010634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785" w:type="dxa"/>
          </w:tcPr>
          <w:p w14:paraId="35B41F19" w14:textId="77777777" w:rsidR="00106349" w:rsidRPr="00AB3470" w:rsidRDefault="0010634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Tree</w:t>
            </w:r>
          </w:p>
        </w:tc>
        <w:tc>
          <w:tcPr>
            <w:tcW w:w="785" w:type="dxa"/>
          </w:tcPr>
          <w:p w14:paraId="5A19D7F3" w14:textId="77777777" w:rsidR="00106349" w:rsidRPr="00AB3470" w:rsidRDefault="0010634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classification</w:t>
            </w:r>
          </w:p>
        </w:tc>
        <w:tc>
          <w:tcPr>
            <w:tcW w:w="785" w:type="dxa"/>
          </w:tcPr>
          <w:p w14:paraId="2C7E6543" w14:textId="77777777" w:rsidR="00106349" w:rsidRPr="00AB3470" w:rsidRDefault="0010634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785" w:type="dxa"/>
          </w:tcPr>
          <w:p w14:paraId="07FF88F8" w14:textId="77777777" w:rsidR="00106349" w:rsidRPr="00AB3470" w:rsidRDefault="0010634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0.8115</w:t>
            </w:r>
          </w:p>
        </w:tc>
      </w:tr>
      <w:tr w:rsidR="00106349" w:rsidRPr="00AB3470" w14:paraId="78A0C18B" w14:textId="77777777" w:rsidTr="00D86323">
        <w:tc>
          <w:tcPr>
            <w:tcW w:w="785" w:type="dxa"/>
          </w:tcPr>
          <w:p w14:paraId="4B2037D0" w14:textId="77777777" w:rsidR="00106349" w:rsidRPr="00AB3470" w:rsidRDefault="0010634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85" w:type="dxa"/>
          </w:tcPr>
          <w:p w14:paraId="2E0A0499" w14:textId="77777777" w:rsidR="00106349" w:rsidRPr="00AB3470" w:rsidRDefault="0010634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deviance</w:t>
            </w:r>
          </w:p>
        </w:tc>
        <w:tc>
          <w:tcPr>
            <w:tcW w:w="785" w:type="dxa"/>
          </w:tcPr>
          <w:p w14:paraId="515F39D9" w14:textId="77777777" w:rsidR="00106349" w:rsidRPr="00AB3470" w:rsidRDefault="0010634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85" w:type="dxa"/>
          </w:tcPr>
          <w:p w14:paraId="4D3B129F" w14:textId="77777777" w:rsidR="00106349" w:rsidRPr="00AB3470" w:rsidRDefault="0010634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85" w:type="dxa"/>
          </w:tcPr>
          <w:p w14:paraId="6E4640F7" w14:textId="77777777" w:rsidR="00106349" w:rsidRPr="00AB3470" w:rsidRDefault="0010634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85" w:type="dxa"/>
          </w:tcPr>
          <w:p w14:paraId="18373074" w14:textId="77777777" w:rsidR="00106349" w:rsidRPr="00AB3470" w:rsidRDefault="0010634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785" w:type="dxa"/>
          </w:tcPr>
          <w:p w14:paraId="184A9B33" w14:textId="77777777" w:rsidR="00106349" w:rsidRPr="00AB3470" w:rsidRDefault="0010634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785" w:type="dxa"/>
          </w:tcPr>
          <w:p w14:paraId="0130AAD4" w14:textId="77777777" w:rsidR="00106349" w:rsidRPr="00AB3470" w:rsidRDefault="0010634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Tree</w:t>
            </w:r>
          </w:p>
        </w:tc>
        <w:tc>
          <w:tcPr>
            <w:tcW w:w="785" w:type="dxa"/>
          </w:tcPr>
          <w:p w14:paraId="43163C71" w14:textId="77777777" w:rsidR="00106349" w:rsidRPr="00AB3470" w:rsidRDefault="0010634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classification</w:t>
            </w:r>
          </w:p>
        </w:tc>
        <w:tc>
          <w:tcPr>
            <w:tcW w:w="785" w:type="dxa"/>
          </w:tcPr>
          <w:p w14:paraId="47198215" w14:textId="77777777" w:rsidR="00106349" w:rsidRPr="00AB3470" w:rsidRDefault="0010634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85" w:type="dxa"/>
          </w:tcPr>
          <w:p w14:paraId="38A04C6D" w14:textId="77777777" w:rsidR="00106349" w:rsidRPr="00AB3470" w:rsidRDefault="0010634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0.6885</w:t>
            </w:r>
          </w:p>
        </w:tc>
      </w:tr>
      <w:tr w:rsidR="00106349" w:rsidRPr="00AB3470" w14:paraId="40DC7D76" w14:textId="77777777" w:rsidTr="00D86323">
        <w:tc>
          <w:tcPr>
            <w:tcW w:w="785" w:type="dxa"/>
          </w:tcPr>
          <w:p w14:paraId="4A2DEA6E" w14:textId="77777777" w:rsidR="00106349" w:rsidRPr="00AB3470" w:rsidRDefault="0010634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85" w:type="dxa"/>
          </w:tcPr>
          <w:p w14:paraId="5E875E64" w14:textId="77777777" w:rsidR="00106349" w:rsidRPr="00AB3470" w:rsidRDefault="0010634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gdi</w:t>
            </w:r>
            <w:proofErr w:type="spellEnd"/>
          </w:p>
        </w:tc>
        <w:tc>
          <w:tcPr>
            <w:tcW w:w="785" w:type="dxa"/>
          </w:tcPr>
          <w:p w14:paraId="0A3D19C4" w14:textId="77777777" w:rsidR="00106349" w:rsidRPr="00AB3470" w:rsidRDefault="0010634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85" w:type="dxa"/>
          </w:tcPr>
          <w:p w14:paraId="65123C35" w14:textId="77777777" w:rsidR="00106349" w:rsidRPr="00AB3470" w:rsidRDefault="0010634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785" w:type="dxa"/>
          </w:tcPr>
          <w:p w14:paraId="079CAC74" w14:textId="77777777" w:rsidR="00106349" w:rsidRPr="00AB3470" w:rsidRDefault="0010634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85" w:type="dxa"/>
          </w:tcPr>
          <w:p w14:paraId="20908089" w14:textId="77777777" w:rsidR="00106349" w:rsidRPr="00AB3470" w:rsidRDefault="0010634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785" w:type="dxa"/>
          </w:tcPr>
          <w:p w14:paraId="629FC98E" w14:textId="77777777" w:rsidR="00106349" w:rsidRPr="00AB3470" w:rsidRDefault="0010634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785" w:type="dxa"/>
          </w:tcPr>
          <w:p w14:paraId="270438DC" w14:textId="77777777" w:rsidR="00106349" w:rsidRPr="00AB3470" w:rsidRDefault="0010634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Tree</w:t>
            </w:r>
          </w:p>
        </w:tc>
        <w:tc>
          <w:tcPr>
            <w:tcW w:w="785" w:type="dxa"/>
          </w:tcPr>
          <w:p w14:paraId="68061574" w14:textId="77777777" w:rsidR="00106349" w:rsidRPr="00AB3470" w:rsidRDefault="0010634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classification</w:t>
            </w:r>
          </w:p>
        </w:tc>
        <w:tc>
          <w:tcPr>
            <w:tcW w:w="785" w:type="dxa"/>
          </w:tcPr>
          <w:p w14:paraId="4C71F28F" w14:textId="77777777" w:rsidR="00106349" w:rsidRPr="00AB3470" w:rsidRDefault="0010634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785" w:type="dxa"/>
          </w:tcPr>
          <w:p w14:paraId="4A73359C" w14:textId="77777777" w:rsidR="00106349" w:rsidRPr="00AB3470" w:rsidRDefault="0010634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0.4826</w:t>
            </w:r>
          </w:p>
        </w:tc>
      </w:tr>
      <w:tr w:rsidR="00106349" w:rsidRPr="00AB3470" w14:paraId="4E6BB2C8" w14:textId="77777777" w:rsidTr="00D86323">
        <w:tc>
          <w:tcPr>
            <w:tcW w:w="785" w:type="dxa"/>
          </w:tcPr>
          <w:p w14:paraId="65C5DEE6" w14:textId="77777777" w:rsidR="00106349" w:rsidRPr="00AB3470" w:rsidRDefault="0010634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85" w:type="dxa"/>
          </w:tcPr>
          <w:p w14:paraId="7304FEE2" w14:textId="77777777" w:rsidR="00106349" w:rsidRPr="00AB3470" w:rsidRDefault="0010634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gdi</w:t>
            </w:r>
            <w:proofErr w:type="spellEnd"/>
          </w:p>
        </w:tc>
        <w:tc>
          <w:tcPr>
            <w:tcW w:w="785" w:type="dxa"/>
          </w:tcPr>
          <w:p w14:paraId="21B3226F" w14:textId="77777777" w:rsidR="00106349" w:rsidRPr="00AB3470" w:rsidRDefault="0010634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85" w:type="dxa"/>
          </w:tcPr>
          <w:p w14:paraId="703CB963" w14:textId="77777777" w:rsidR="00106349" w:rsidRPr="00AB3470" w:rsidRDefault="0010634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85" w:type="dxa"/>
          </w:tcPr>
          <w:p w14:paraId="64A10C97" w14:textId="77777777" w:rsidR="00106349" w:rsidRPr="00AB3470" w:rsidRDefault="0010634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85" w:type="dxa"/>
          </w:tcPr>
          <w:p w14:paraId="116CDFFD" w14:textId="77777777" w:rsidR="00106349" w:rsidRPr="00AB3470" w:rsidRDefault="0010634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785" w:type="dxa"/>
          </w:tcPr>
          <w:p w14:paraId="18D9AC4D" w14:textId="77777777" w:rsidR="00106349" w:rsidRPr="00AB3470" w:rsidRDefault="0010634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785" w:type="dxa"/>
          </w:tcPr>
          <w:p w14:paraId="71B3D312" w14:textId="77777777" w:rsidR="00106349" w:rsidRPr="00AB3470" w:rsidRDefault="0010634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Tree</w:t>
            </w:r>
          </w:p>
        </w:tc>
        <w:tc>
          <w:tcPr>
            <w:tcW w:w="785" w:type="dxa"/>
          </w:tcPr>
          <w:p w14:paraId="1AB55639" w14:textId="77777777" w:rsidR="00106349" w:rsidRPr="00AB3470" w:rsidRDefault="0010634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classification</w:t>
            </w:r>
          </w:p>
        </w:tc>
        <w:tc>
          <w:tcPr>
            <w:tcW w:w="785" w:type="dxa"/>
          </w:tcPr>
          <w:p w14:paraId="39B985C6" w14:textId="77777777" w:rsidR="00106349" w:rsidRPr="00AB3470" w:rsidRDefault="0010634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85" w:type="dxa"/>
          </w:tcPr>
          <w:p w14:paraId="1D4DD832" w14:textId="77777777" w:rsidR="00106349" w:rsidRPr="00AB3470" w:rsidRDefault="0010634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0.0029</w:t>
            </w:r>
          </w:p>
        </w:tc>
      </w:tr>
      <w:tr w:rsidR="00106349" w:rsidRPr="00AB3470" w14:paraId="48A63E0C" w14:textId="77777777" w:rsidTr="00D86323">
        <w:tc>
          <w:tcPr>
            <w:tcW w:w="785" w:type="dxa"/>
          </w:tcPr>
          <w:p w14:paraId="14B67A7A" w14:textId="77777777" w:rsidR="00106349" w:rsidRPr="00AB3470" w:rsidRDefault="0010634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85" w:type="dxa"/>
          </w:tcPr>
          <w:p w14:paraId="3785494D" w14:textId="77777777" w:rsidR="00106349" w:rsidRPr="00AB3470" w:rsidRDefault="0010634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gdi</w:t>
            </w:r>
            <w:proofErr w:type="spellEnd"/>
          </w:p>
        </w:tc>
        <w:tc>
          <w:tcPr>
            <w:tcW w:w="785" w:type="dxa"/>
          </w:tcPr>
          <w:p w14:paraId="0F59E48B" w14:textId="77777777" w:rsidR="00106349" w:rsidRPr="00AB3470" w:rsidRDefault="0010634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85" w:type="dxa"/>
          </w:tcPr>
          <w:p w14:paraId="06A16C9C" w14:textId="77777777" w:rsidR="00106349" w:rsidRPr="00AB3470" w:rsidRDefault="0010634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85" w:type="dxa"/>
          </w:tcPr>
          <w:p w14:paraId="79D0546A" w14:textId="77777777" w:rsidR="00106349" w:rsidRPr="00AB3470" w:rsidRDefault="0010634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85" w:type="dxa"/>
          </w:tcPr>
          <w:p w14:paraId="48436C1B" w14:textId="77777777" w:rsidR="00106349" w:rsidRPr="00AB3470" w:rsidRDefault="0010634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785" w:type="dxa"/>
          </w:tcPr>
          <w:p w14:paraId="5D971C8D" w14:textId="77777777" w:rsidR="00106349" w:rsidRPr="00AB3470" w:rsidRDefault="0010634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785" w:type="dxa"/>
          </w:tcPr>
          <w:p w14:paraId="092F37C6" w14:textId="77777777" w:rsidR="00106349" w:rsidRPr="00AB3470" w:rsidRDefault="0010634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Tree</w:t>
            </w:r>
          </w:p>
        </w:tc>
        <w:tc>
          <w:tcPr>
            <w:tcW w:w="785" w:type="dxa"/>
          </w:tcPr>
          <w:p w14:paraId="737B65A4" w14:textId="77777777" w:rsidR="00106349" w:rsidRPr="00AB3470" w:rsidRDefault="0010634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classification</w:t>
            </w:r>
          </w:p>
        </w:tc>
        <w:tc>
          <w:tcPr>
            <w:tcW w:w="785" w:type="dxa"/>
          </w:tcPr>
          <w:p w14:paraId="5FF7460D" w14:textId="77777777" w:rsidR="00106349" w:rsidRPr="00AB3470" w:rsidRDefault="0010634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785" w:type="dxa"/>
          </w:tcPr>
          <w:p w14:paraId="2C475C22" w14:textId="77777777" w:rsidR="00106349" w:rsidRPr="00AB3470" w:rsidRDefault="0010634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0.952</w:t>
            </w:r>
          </w:p>
        </w:tc>
      </w:tr>
    </w:tbl>
    <w:p w14:paraId="271855A9" w14:textId="507EE760" w:rsidR="000C491B" w:rsidRPr="00AB3470" w:rsidRDefault="000C491B" w:rsidP="00D344C9">
      <w:pPr>
        <w:rPr>
          <w:rFonts w:ascii="Times New Roman" w:hAnsi="Times New Roman" w:cs="Times New Roman"/>
          <w:sz w:val="20"/>
          <w:szCs w:val="20"/>
        </w:rPr>
      </w:pPr>
    </w:p>
    <w:p w14:paraId="2F7F39D9" w14:textId="77777777" w:rsidR="000C491B" w:rsidRPr="00AB3470" w:rsidRDefault="000C491B">
      <w:pPr>
        <w:rPr>
          <w:rFonts w:ascii="Times New Roman" w:hAnsi="Times New Roman" w:cs="Times New Roman"/>
          <w:sz w:val="20"/>
          <w:szCs w:val="20"/>
        </w:rPr>
      </w:pPr>
      <w:r w:rsidRPr="00AB3470">
        <w:rPr>
          <w:rFonts w:ascii="Times New Roman" w:hAnsi="Times New Roman" w:cs="Times New Roman"/>
          <w:sz w:val="20"/>
          <w:szCs w:val="20"/>
        </w:rPr>
        <w:br w:type="page"/>
      </w:r>
    </w:p>
    <w:p w14:paraId="22C090C7" w14:textId="77777777" w:rsidR="00106349" w:rsidRPr="00AB3470" w:rsidRDefault="00106349" w:rsidP="00D344C9">
      <w:pPr>
        <w:rPr>
          <w:rFonts w:ascii="Times New Roman" w:hAnsi="Times New Roman" w:cs="Times New Roman"/>
          <w:sz w:val="20"/>
          <w:szCs w:val="20"/>
        </w:rPr>
      </w:pPr>
    </w:p>
    <w:p w14:paraId="661864E4" w14:textId="462B61D6" w:rsidR="000C491B" w:rsidRPr="00216821" w:rsidRDefault="000C491B" w:rsidP="000C491B">
      <w:pPr>
        <w:pStyle w:val="Titolo1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16821">
        <w:rPr>
          <w:rFonts w:ascii="Times New Roman" w:hAnsi="Times New Roman" w:cs="Times New Roman"/>
          <w:color w:val="000000" w:themeColor="text1"/>
          <w:sz w:val="20"/>
          <w:szCs w:val="20"/>
        </w:rPr>
        <w:t>Table S5-S8. AdaBoostM1 hyperparameters obtained for each training split, clinical model only, and “Other”, “PTEN”, “TMPRSS2”, “TP53” mutations</w:t>
      </w:r>
    </w:p>
    <w:p w14:paraId="03E7A6A2" w14:textId="77777777" w:rsidR="000C491B" w:rsidRPr="00AB3470" w:rsidRDefault="000C491B" w:rsidP="000C491B">
      <w:pPr>
        <w:rPr>
          <w:rFonts w:ascii="Times New Roman" w:hAnsi="Times New Roman" w:cs="Times New Roman"/>
          <w:sz w:val="20"/>
          <w:szCs w:val="20"/>
        </w:rPr>
      </w:pPr>
    </w:p>
    <w:p w14:paraId="7415F018" w14:textId="2B1CDCA1" w:rsidR="000C491B" w:rsidRPr="00AB3470" w:rsidRDefault="000C491B" w:rsidP="000C491B">
      <w:pPr>
        <w:rPr>
          <w:rFonts w:ascii="Times New Roman" w:hAnsi="Times New Roman" w:cs="Times New Roman"/>
          <w:sz w:val="20"/>
          <w:szCs w:val="20"/>
        </w:rPr>
      </w:pPr>
      <w:r w:rsidRPr="00AB3470">
        <w:rPr>
          <w:rFonts w:ascii="Times New Roman" w:hAnsi="Times New Roman" w:cs="Times New Roman"/>
          <w:sz w:val="20"/>
          <w:szCs w:val="20"/>
        </w:rPr>
        <w:t>Table S5. Summary of AdaBoostM1 hyperparameters for each training split. All models were implemented in MATLAB using decision trees as weak learners (</w:t>
      </w:r>
      <w:proofErr w:type="spellStart"/>
      <w:r w:rsidRPr="00AB3470">
        <w:rPr>
          <w:rFonts w:ascii="Times New Roman" w:hAnsi="Times New Roman" w:cs="Times New Roman"/>
          <w:sz w:val="20"/>
          <w:szCs w:val="20"/>
        </w:rPr>
        <w:t>fitcensemble</w:t>
      </w:r>
      <w:proofErr w:type="spellEnd"/>
      <w:r w:rsidRPr="00AB3470">
        <w:rPr>
          <w:rFonts w:ascii="Times New Roman" w:hAnsi="Times New Roman" w:cs="Times New Roman"/>
          <w:sz w:val="20"/>
          <w:szCs w:val="20"/>
        </w:rPr>
        <w:t xml:space="preserve">, Method = 'AdaBoostM1'). Default MATLAB parameters were used for fields not specified. </w:t>
      </w:r>
      <w:r w:rsidR="00216821">
        <w:rPr>
          <w:rFonts w:ascii="Times New Roman" w:hAnsi="Times New Roman" w:cs="Times New Roman"/>
          <w:sz w:val="20"/>
          <w:szCs w:val="20"/>
        </w:rPr>
        <w:t>H</w:t>
      </w:r>
      <w:r w:rsidRPr="00AB3470">
        <w:rPr>
          <w:rFonts w:ascii="Times New Roman" w:hAnsi="Times New Roman" w:cs="Times New Roman"/>
          <w:sz w:val="20"/>
          <w:szCs w:val="20"/>
        </w:rPr>
        <w:t>yperparameters for “Other” mutations.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9"/>
        <w:gridCol w:w="1013"/>
        <w:gridCol w:w="723"/>
        <w:gridCol w:w="812"/>
        <w:gridCol w:w="1134"/>
        <w:gridCol w:w="1005"/>
        <w:gridCol w:w="554"/>
        <w:gridCol w:w="667"/>
        <w:gridCol w:w="981"/>
        <w:gridCol w:w="659"/>
        <w:gridCol w:w="819"/>
      </w:tblGrid>
      <w:tr w:rsidR="000C491B" w:rsidRPr="00AB3470" w14:paraId="6F214A3D" w14:textId="77777777" w:rsidTr="000C491B">
        <w:tc>
          <w:tcPr>
            <w:tcW w:w="486" w:type="dxa"/>
          </w:tcPr>
          <w:p w14:paraId="458AF2A4" w14:textId="77777777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Split</w:t>
            </w:r>
          </w:p>
        </w:tc>
        <w:tc>
          <w:tcPr>
            <w:tcW w:w="1025" w:type="dxa"/>
          </w:tcPr>
          <w:p w14:paraId="7E8B602E" w14:textId="77777777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SplitCriterion</w:t>
            </w:r>
            <w:proofErr w:type="spellEnd"/>
          </w:p>
        </w:tc>
        <w:tc>
          <w:tcPr>
            <w:tcW w:w="700" w:type="dxa"/>
          </w:tcPr>
          <w:p w14:paraId="43F5C669" w14:textId="77777777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MinLeaf</w:t>
            </w:r>
            <w:proofErr w:type="spellEnd"/>
          </w:p>
        </w:tc>
        <w:tc>
          <w:tcPr>
            <w:tcW w:w="796" w:type="dxa"/>
          </w:tcPr>
          <w:p w14:paraId="46C9942B" w14:textId="77777777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MaxSplits</w:t>
            </w:r>
            <w:proofErr w:type="spellEnd"/>
          </w:p>
        </w:tc>
        <w:tc>
          <w:tcPr>
            <w:tcW w:w="1115" w:type="dxa"/>
          </w:tcPr>
          <w:p w14:paraId="3E461049" w14:textId="77777777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NVarToSample</w:t>
            </w:r>
            <w:proofErr w:type="spellEnd"/>
          </w:p>
        </w:tc>
        <w:tc>
          <w:tcPr>
            <w:tcW w:w="1002" w:type="dxa"/>
          </w:tcPr>
          <w:p w14:paraId="20EB921E" w14:textId="77777777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MergeLeaves</w:t>
            </w:r>
            <w:proofErr w:type="spellEnd"/>
          </w:p>
        </w:tc>
        <w:tc>
          <w:tcPr>
            <w:tcW w:w="576" w:type="dxa"/>
          </w:tcPr>
          <w:p w14:paraId="08515B53" w14:textId="77777777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Prune</w:t>
            </w:r>
          </w:p>
        </w:tc>
        <w:tc>
          <w:tcPr>
            <w:tcW w:w="674" w:type="dxa"/>
          </w:tcPr>
          <w:p w14:paraId="34292B23" w14:textId="77777777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Method</w:t>
            </w:r>
          </w:p>
        </w:tc>
        <w:tc>
          <w:tcPr>
            <w:tcW w:w="991" w:type="dxa"/>
          </w:tcPr>
          <w:p w14:paraId="2A68A918" w14:textId="77777777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Type</w:t>
            </w:r>
          </w:p>
        </w:tc>
        <w:tc>
          <w:tcPr>
            <w:tcW w:w="658" w:type="dxa"/>
          </w:tcPr>
          <w:p w14:paraId="0C2BCD39" w14:textId="77777777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NLearn</w:t>
            </w:r>
            <w:proofErr w:type="spellEnd"/>
          </w:p>
        </w:tc>
        <w:tc>
          <w:tcPr>
            <w:tcW w:w="833" w:type="dxa"/>
          </w:tcPr>
          <w:p w14:paraId="076CAC79" w14:textId="77777777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LearnRate</w:t>
            </w:r>
            <w:proofErr w:type="spellEnd"/>
          </w:p>
        </w:tc>
      </w:tr>
      <w:tr w:rsidR="000C491B" w:rsidRPr="00AB3470" w14:paraId="166C0DC9" w14:textId="77777777" w:rsidTr="000C491B">
        <w:tc>
          <w:tcPr>
            <w:tcW w:w="486" w:type="dxa"/>
          </w:tcPr>
          <w:p w14:paraId="6B29ED69" w14:textId="77777777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25" w:type="dxa"/>
          </w:tcPr>
          <w:p w14:paraId="4285BAAC" w14:textId="77777777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gdi</w:t>
            </w:r>
            <w:proofErr w:type="spellEnd"/>
          </w:p>
        </w:tc>
        <w:tc>
          <w:tcPr>
            <w:tcW w:w="700" w:type="dxa"/>
          </w:tcPr>
          <w:p w14:paraId="1F57371F" w14:textId="0E15603B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96" w:type="dxa"/>
          </w:tcPr>
          <w:p w14:paraId="6FEA638B" w14:textId="76682DA2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115" w:type="dxa"/>
          </w:tcPr>
          <w:p w14:paraId="0DF9D00C" w14:textId="71ACC77C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02" w:type="dxa"/>
          </w:tcPr>
          <w:p w14:paraId="43AF1C46" w14:textId="77777777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576" w:type="dxa"/>
          </w:tcPr>
          <w:p w14:paraId="2FDC80F2" w14:textId="77777777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674" w:type="dxa"/>
          </w:tcPr>
          <w:p w14:paraId="394BA3C0" w14:textId="77777777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Tree</w:t>
            </w:r>
          </w:p>
        </w:tc>
        <w:tc>
          <w:tcPr>
            <w:tcW w:w="991" w:type="dxa"/>
          </w:tcPr>
          <w:p w14:paraId="25D5BC71" w14:textId="77777777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classification</w:t>
            </w:r>
          </w:p>
        </w:tc>
        <w:tc>
          <w:tcPr>
            <w:tcW w:w="658" w:type="dxa"/>
          </w:tcPr>
          <w:p w14:paraId="13AAFDAA" w14:textId="77777777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833" w:type="dxa"/>
          </w:tcPr>
          <w:p w14:paraId="21D22898" w14:textId="6EC7E2FE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</w:p>
        </w:tc>
      </w:tr>
      <w:tr w:rsidR="000C491B" w:rsidRPr="00AB3470" w14:paraId="503A2D87" w14:textId="77777777" w:rsidTr="000C491B">
        <w:tc>
          <w:tcPr>
            <w:tcW w:w="486" w:type="dxa"/>
          </w:tcPr>
          <w:p w14:paraId="4A59A532" w14:textId="77777777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25" w:type="dxa"/>
          </w:tcPr>
          <w:p w14:paraId="6C234C73" w14:textId="6FD85B60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gdi</w:t>
            </w:r>
            <w:proofErr w:type="spellEnd"/>
          </w:p>
        </w:tc>
        <w:tc>
          <w:tcPr>
            <w:tcW w:w="700" w:type="dxa"/>
          </w:tcPr>
          <w:p w14:paraId="2138B717" w14:textId="72734116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96" w:type="dxa"/>
          </w:tcPr>
          <w:p w14:paraId="17D4A2A2" w14:textId="4BE8AA53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15" w:type="dxa"/>
          </w:tcPr>
          <w:p w14:paraId="536FD9F2" w14:textId="69D7FBE6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02" w:type="dxa"/>
          </w:tcPr>
          <w:p w14:paraId="0509027E" w14:textId="77777777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576" w:type="dxa"/>
          </w:tcPr>
          <w:p w14:paraId="45B14CA0" w14:textId="77777777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674" w:type="dxa"/>
          </w:tcPr>
          <w:p w14:paraId="3DD58073" w14:textId="77777777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Tree</w:t>
            </w:r>
          </w:p>
        </w:tc>
        <w:tc>
          <w:tcPr>
            <w:tcW w:w="991" w:type="dxa"/>
          </w:tcPr>
          <w:p w14:paraId="42AD8BF3" w14:textId="77777777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classification</w:t>
            </w:r>
          </w:p>
        </w:tc>
        <w:tc>
          <w:tcPr>
            <w:tcW w:w="658" w:type="dxa"/>
          </w:tcPr>
          <w:p w14:paraId="16DED0C2" w14:textId="77777777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33" w:type="dxa"/>
          </w:tcPr>
          <w:p w14:paraId="7CFB5008" w14:textId="0A1B061D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0.9861</w:t>
            </w:r>
          </w:p>
        </w:tc>
      </w:tr>
      <w:tr w:rsidR="000C491B" w:rsidRPr="00AB3470" w14:paraId="16FBDC82" w14:textId="77777777" w:rsidTr="000C491B">
        <w:tc>
          <w:tcPr>
            <w:tcW w:w="486" w:type="dxa"/>
          </w:tcPr>
          <w:p w14:paraId="62F1802A" w14:textId="77777777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25" w:type="dxa"/>
          </w:tcPr>
          <w:p w14:paraId="65CEA937" w14:textId="4377AA9E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deviance</w:t>
            </w:r>
          </w:p>
        </w:tc>
        <w:tc>
          <w:tcPr>
            <w:tcW w:w="700" w:type="dxa"/>
          </w:tcPr>
          <w:p w14:paraId="443E9AA4" w14:textId="09E445F5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96" w:type="dxa"/>
          </w:tcPr>
          <w:p w14:paraId="30BF627E" w14:textId="62484AC3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15" w:type="dxa"/>
          </w:tcPr>
          <w:p w14:paraId="3932383E" w14:textId="7C4531EA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02" w:type="dxa"/>
          </w:tcPr>
          <w:p w14:paraId="56A46C67" w14:textId="77777777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576" w:type="dxa"/>
          </w:tcPr>
          <w:p w14:paraId="7CDF8900" w14:textId="77777777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674" w:type="dxa"/>
          </w:tcPr>
          <w:p w14:paraId="2697C02F" w14:textId="77777777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Tree</w:t>
            </w:r>
          </w:p>
        </w:tc>
        <w:tc>
          <w:tcPr>
            <w:tcW w:w="991" w:type="dxa"/>
          </w:tcPr>
          <w:p w14:paraId="26B4963B" w14:textId="77777777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classification</w:t>
            </w:r>
          </w:p>
        </w:tc>
        <w:tc>
          <w:tcPr>
            <w:tcW w:w="658" w:type="dxa"/>
          </w:tcPr>
          <w:p w14:paraId="78F41006" w14:textId="1ECC291D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33" w:type="dxa"/>
          </w:tcPr>
          <w:p w14:paraId="4617B808" w14:textId="0262052A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0.0972</w:t>
            </w:r>
          </w:p>
        </w:tc>
      </w:tr>
      <w:tr w:rsidR="000C491B" w:rsidRPr="00AB3470" w14:paraId="19F0DBDE" w14:textId="77777777" w:rsidTr="000C491B">
        <w:tc>
          <w:tcPr>
            <w:tcW w:w="486" w:type="dxa"/>
          </w:tcPr>
          <w:p w14:paraId="57471349" w14:textId="77777777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25" w:type="dxa"/>
          </w:tcPr>
          <w:p w14:paraId="5CBBA9DD" w14:textId="28E30AF2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deviance</w:t>
            </w:r>
          </w:p>
        </w:tc>
        <w:tc>
          <w:tcPr>
            <w:tcW w:w="700" w:type="dxa"/>
          </w:tcPr>
          <w:p w14:paraId="26707507" w14:textId="77777777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96" w:type="dxa"/>
          </w:tcPr>
          <w:p w14:paraId="43465D0B" w14:textId="0DF27A30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15" w:type="dxa"/>
          </w:tcPr>
          <w:p w14:paraId="7D6C3E1E" w14:textId="656761A4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02" w:type="dxa"/>
          </w:tcPr>
          <w:p w14:paraId="3C97FDE8" w14:textId="77777777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576" w:type="dxa"/>
          </w:tcPr>
          <w:p w14:paraId="2DF4949C" w14:textId="77777777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674" w:type="dxa"/>
          </w:tcPr>
          <w:p w14:paraId="1AF5EAA8" w14:textId="77777777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Tree</w:t>
            </w:r>
          </w:p>
        </w:tc>
        <w:tc>
          <w:tcPr>
            <w:tcW w:w="991" w:type="dxa"/>
          </w:tcPr>
          <w:p w14:paraId="6737FB88" w14:textId="77777777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classification</w:t>
            </w:r>
          </w:p>
        </w:tc>
        <w:tc>
          <w:tcPr>
            <w:tcW w:w="658" w:type="dxa"/>
          </w:tcPr>
          <w:p w14:paraId="69B97BB4" w14:textId="56DC4ED5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33" w:type="dxa"/>
          </w:tcPr>
          <w:p w14:paraId="0BCB866E" w14:textId="68B1BD50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0.8720</w:t>
            </w:r>
          </w:p>
        </w:tc>
      </w:tr>
      <w:tr w:rsidR="000C491B" w:rsidRPr="00AB3470" w14:paraId="36F337F4" w14:textId="77777777" w:rsidTr="000C491B">
        <w:tc>
          <w:tcPr>
            <w:tcW w:w="486" w:type="dxa"/>
          </w:tcPr>
          <w:p w14:paraId="482F8613" w14:textId="77777777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25" w:type="dxa"/>
          </w:tcPr>
          <w:p w14:paraId="62376A1B" w14:textId="77777777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gdi</w:t>
            </w:r>
            <w:proofErr w:type="spellEnd"/>
          </w:p>
        </w:tc>
        <w:tc>
          <w:tcPr>
            <w:tcW w:w="700" w:type="dxa"/>
          </w:tcPr>
          <w:p w14:paraId="02EE7A89" w14:textId="1653E173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96" w:type="dxa"/>
          </w:tcPr>
          <w:p w14:paraId="11DF7C64" w14:textId="768A5B81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15" w:type="dxa"/>
          </w:tcPr>
          <w:p w14:paraId="45B3B8A9" w14:textId="5C9370A5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02" w:type="dxa"/>
          </w:tcPr>
          <w:p w14:paraId="1ABFFBF2" w14:textId="77777777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576" w:type="dxa"/>
          </w:tcPr>
          <w:p w14:paraId="52313081" w14:textId="77777777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674" w:type="dxa"/>
          </w:tcPr>
          <w:p w14:paraId="441EAA8B" w14:textId="77777777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Tree</w:t>
            </w:r>
          </w:p>
        </w:tc>
        <w:tc>
          <w:tcPr>
            <w:tcW w:w="991" w:type="dxa"/>
          </w:tcPr>
          <w:p w14:paraId="67815CA0" w14:textId="77777777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classification</w:t>
            </w:r>
          </w:p>
        </w:tc>
        <w:tc>
          <w:tcPr>
            <w:tcW w:w="658" w:type="dxa"/>
          </w:tcPr>
          <w:p w14:paraId="68CB66ED" w14:textId="212F1588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33" w:type="dxa"/>
          </w:tcPr>
          <w:p w14:paraId="5E387527" w14:textId="34C90B56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0.9597</w:t>
            </w:r>
          </w:p>
        </w:tc>
      </w:tr>
    </w:tbl>
    <w:p w14:paraId="0CB5F269" w14:textId="77777777" w:rsidR="000C491B" w:rsidRPr="00AB3470" w:rsidRDefault="000C491B" w:rsidP="000C491B">
      <w:pPr>
        <w:rPr>
          <w:rFonts w:ascii="Times New Roman" w:hAnsi="Times New Roman" w:cs="Times New Roman"/>
          <w:sz w:val="20"/>
          <w:szCs w:val="20"/>
        </w:rPr>
      </w:pPr>
    </w:p>
    <w:p w14:paraId="5529B35C" w14:textId="3DBF3876" w:rsidR="000C491B" w:rsidRPr="00AB3470" w:rsidRDefault="000C491B" w:rsidP="000C491B">
      <w:pPr>
        <w:rPr>
          <w:rFonts w:ascii="Times New Roman" w:hAnsi="Times New Roman" w:cs="Times New Roman"/>
          <w:sz w:val="20"/>
          <w:szCs w:val="20"/>
        </w:rPr>
      </w:pPr>
      <w:r w:rsidRPr="00AB3470">
        <w:rPr>
          <w:rFonts w:ascii="Times New Roman" w:hAnsi="Times New Roman" w:cs="Times New Roman"/>
          <w:sz w:val="20"/>
          <w:szCs w:val="20"/>
        </w:rPr>
        <w:t>Table S6. Summary of AdaBoostM1 hyperparameters for each training split. All models were implemented in MATLAB using decision trees as weak learners (</w:t>
      </w:r>
      <w:proofErr w:type="spellStart"/>
      <w:r w:rsidRPr="00AB3470">
        <w:rPr>
          <w:rFonts w:ascii="Times New Roman" w:hAnsi="Times New Roman" w:cs="Times New Roman"/>
          <w:sz w:val="20"/>
          <w:szCs w:val="20"/>
        </w:rPr>
        <w:t>fitcensemble</w:t>
      </w:r>
      <w:proofErr w:type="spellEnd"/>
      <w:r w:rsidRPr="00AB3470">
        <w:rPr>
          <w:rFonts w:ascii="Times New Roman" w:hAnsi="Times New Roman" w:cs="Times New Roman"/>
          <w:sz w:val="20"/>
          <w:szCs w:val="20"/>
        </w:rPr>
        <w:t xml:space="preserve">, Method = 'AdaBoostM1'). Default MATLAB parameters were used for fields not specified. </w:t>
      </w:r>
      <w:r w:rsidR="00216821">
        <w:rPr>
          <w:rFonts w:ascii="Times New Roman" w:hAnsi="Times New Roman" w:cs="Times New Roman"/>
          <w:sz w:val="20"/>
          <w:szCs w:val="20"/>
        </w:rPr>
        <w:t>H</w:t>
      </w:r>
      <w:r w:rsidRPr="00AB3470">
        <w:rPr>
          <w:rFonts w:ascii="Times New Roman" w:hAnsi="Times New Roman" w:cs="Times New Roman"/>
          <w:sz w:val="20"/>
          <w:szCs w:val="20"/>
        </w:rPr>
        <w:t>yperparameters for “PTEN” mutations.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9"/>
        <w:gridCol w:w="1013"/>
        <w:gridCol w:w="723"/>
        <w:gridCol w:w="812"/>
        <w:gridCol w:w="1134"/>
        <w:gridCol w:w="1005"/>
        <w:gridCol w:w="554"/>
        <w:gridCol w:w="667"/>
        <w:gridCol w:w="981"/>
        <w:gridCol w:w="659"/>
        <w:gridCol w:w="819"/>
      </w:tblGrid>
      <w:tr w:rsidR="000C491B" w:rsidRPr="00AB3470" w14:paraId="6DB92424" w14:textId="77777777" w:rsidTr="00D86323">
        <w:tc>
          <w:tcPr>
            <w:tcW w:w="785" w:type="dxa"/>
          </w:tcPr>
          <w:p w14:paraId="3BD2BEA4" w14:textId="77777777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Split</w:t>
            </w:r>
          </w:p>
        </w:tc>
        <w:tc>
          <w:tcPr>
            <w:tcW w:w="785" w:type="dxa"/>
          </w:tcPr>
          <w:p w14:paraId="1EE87AD6" w14:textId="77777777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SplitCriterion</w:t>
            </w:r>
            <w:proofErr w:type="spellEnd"/>
          </w:p>
        </w:tc>
        <w:tc>
          <w:tcPr>
            <w:tcW w:w="785" w:type="dxa"/>
          </w:tcPr>
          <w:p w14:paraId="57BD34BD" w14:textId="77777777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MinLeaf</w:t>
            </w:r>
            <w:proofErr w:type="spellEnd"/>
          </w:p>
        </w:tc>
        <w:tc>
          <w:tcPr>
            <w:tcW w:w="785" w:type="dxa"/>
          </w:tcPr>
          <w:p w14:paraId="109D1E10" w14:textId="77777777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MaxSplits</w:t>
            </w:r>
            <w:proofErr w:type="spellEnd"/>
          </w:p>
        </w:tc>
        <w:tc>
          <w:tcPr>
            <w:tcW w:w="785" w:type="dxa"/>
          </w:tcPr>
          <w:p w14:paraId="769718C3" w14:textId="77777777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NVarToSample</w:t>
            </w:r>
            <w:proofErr w:type="spellEnd"/>
          </w:p>
        </w:tc>
        <w:tc>
          <w:tcPr>
            <w:tcW w:w="785" w:type="dxa"/>
          </w:tcPr>
          <w:p w14:paraId="1D9DDF96" w14:textId="77777777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MergeLeaves</w:t>
            </w:r>
            <w:proofErr w:type="spellEnd"/>
          </w:p>
        </w:tc>
        <w:tc>
          <w:tcPr>
            <w:tcW w:w="785" w:type="dxa"/>
          </w:tcPr>
          <w:p w14:paraId="4C9742F3" w14:textId="77777777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Prune</w:t>
            </w:r>
          </w:p>
        </w:tc>
        <w:tc>
          <w:tcPr>
            <w:tcW w:w="785" w:type="dxa"/>
          </w:tcPr>
          <w:p w14:paraId="61F04CBA" w14:textId="77777777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Method</w:t>
            </w:r>
          </w:p>
        </w:tc>
        <w:tc>
          <w:tcPr>
            <w:tcW w:w="785" w:type="dxa"/>
          </w:tcPr>
          <w:p w14:paraId="5ABC5D5A" w14:textId="77777777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Type</w:t>
            </w:r>
          </w:p>
        </w:tc>
        <w:tc>
          <w:tcPr>
            <w:tcW w:w="785" w:type="dxa"/>
          </w:tcPr>
          <w:p w14:paraId="0756211D" w14:textId="77777777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NLearn</w:t>
            </w:r>
            <w:proofErr w:type="spellEnd"/>
          </w:p>
        </w:tc>
        <w:tc>
          <w:tcPr>
            <w:tcW w:w="785" w:type="dxa"/>
          </w:tcPr>
          <w:p w14:paraId="0E40F9BB" w14:textId="77777777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LearnRate</w:t>
            </w:r>
            <w:proofErr w:type="spellEnd"/>
          </w:p>
        </w:tc>
      </w:tr>
      <w:tr w:rsidR="000C491B" w:rsidRPr="00AB3470" w14:paraId="3EC49667" w14:textId="77777777" w:rsidTr="00D86323">
        <w:tc>
          <w:tcPr>
            <w:tcW w:w="785" w:type="dxa"/>
          </w:tcPr>
          <w:p w14:paraId="72AC7588" w14:textId="77777777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85" w:type="dxa"/>
          </w:tcPr>
          <w:p w14:paraId="5D25D75E" w14:textId="77777777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gdi</w:t>
            </w:r>
            <w:proofErr w:type="spellEnd"/>
          </w:p>
        </w:tc>
        <w:tc>
          <w:tcPr>
            <w:tcW w:w="785" w:type="dxa"/>
          </w:tcPr>
          <w:p w14:paraId="0FC41FD2" w14:textId="4F551CA4" w:rsidR="000C491B" w:rsidRPr="00AB3470" w:rsidRDefault="008E3DF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85" w:type="dxa"/>
          </w:tcPr>
          <w:p w14:paraId="720579A0" w14:textId="0E1E1ED2" w:rsidR="000C491B" w:rsidRPr="00AB3470" w:rsidRDefault="008E3DF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785" w:type="dxa"/>
          </w:tcPr>
          <w:p w14:paraId="5717F41F" w14:textId="77777777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85" w:type="dxa"/>
          </w:tcPr>
          <w:p w14:paraId="4CFD32FC" w14:textId="77777777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785" w:type="dxa"/>
          </w:tcPr>
          <w:p w14:paraId="2899D2B4" w14:textId="77777777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785" w:type="dxa"/>
          </w:tcPr>
          <w:p w14:paraId="3034FF1C" w14:textId="77777777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Tree</w:t>
            </w:r>
          </w:p>
        </w:tc>
        <w:tc>
          <w:tcPr>
            <w:tcW w:w="785" w:type="dxa"/>
          </w:tcPr>
          <w:p w14:paraId="7C2BA617" w14:textId="77777777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classification</w:t>
            </w:r>
          </w:p>
        </w:tc>
        <w:tc>
          <w:tcPr>
            <w:tcW w:w="785" w:type="dxa"/>
          </w:tcPr>
          <w:p w14:paraId="318FC727" w14:textId="2D6C95B8" w:rsidR="000C491B" w:rsidRPr="00AB3470" w:rsidRDefault="008E3DF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785" w:type="dxa"/>
          </w:tcPr>
          <w:p w14:paraId="73D7F450" w14:textId="7F85EA32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8E3DFB" w:rsidRPr="00AB3470">
              <w:rPr>
                <w:rFonts w:ascii="Times New Roman" w:hAnsi="Times New Roman" w:cs="Times New Roman"/>
                <w:sz w:val="20"/>
                <w:szCs w:val="20"/>
              </w:rPr>
              <w:t>0492</w:t>
            </w:r>
          </w:p>
        </w:tc>
      </w:tr>
      <w:tr w:rsidR="000C491B" w:rsidRPr="00AB3470" w14:paraId="09095ADB" w14:textId="77777777" w:rsidTr="00D86323">
        <w:tc>
          <w:tcPr>
            <w:tcW w:w="785" w:type="dxa"/>
          </w:tcPr>
          <w:p w14:paraId="16CAB248" w14:textId="77777777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85" w:type="dxa"/>
          </w:tcPr>
          <w:p w14:paraId="792624DB" w14:textId="77777777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gdi</w:t>
            </w:r>
            <w:proofErr w:type="spellEnd"/>
          </w:p>
        </w:tc>
        <w:tc>
          <w:tcPr>
            <w:tcW w:w="785" w:type="dxa"/>
          </w:tcPr>
          <w:p w14:paraId="4760E84F" w14:textId="39B16AF8" w:rsidR="000C491B" w:rsidRPr="00AB3470" w:rsidRDefault="008E3DF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85" w:type="dxa"/>
          </w:tcPr>
          <w:p w14:paraId="6BBCF730" w14:textId="43D250B9" w:rsidR="000C491B" w:rsidRPr="00AB3470" w:rsidRDefault="008E3DF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85" w:type="dxa"/>
          </w:tcPr>
          <w:p w14:paraId="4B63DA22" w14:textId="77777777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85" w:type="dxa"/>
          </w:tcPr>
          <w:p w14:paraId="50B42131" w14:textId="77777777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785" w:type="dxa"/>
          </w:tcPr>
          <w:p w14:paraId="296A42A6" w14:textId="77777777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785" w:type="dxa"/>
          </w:tcPr>
          <w:p w14:paraId="6C8B98B8" w14:textId="77777777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Tree</w:t>
            </w:r>
          </w:p>
        </w:tc>
        <w:tc>
          <w:tcPr>
            <w:tcW w:w="785" w:type="dxa"/>
          </w:tcPr>
          <w:p w14:paraId="426EB072" w14:textId="77777777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classification</w:t>
            </w:r>
          </w:p>
        </w:tc>
        <w:tc>
          <w:tcPr>
            <w:tcW w:w="785" w:type="dxa"/>
          </w:tcPr>
          <w:p w14:paraId="2B73EAF2" w14:textId="106C64CB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E3DFB" w:rsidRPr="00AB347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85" w:type="dxa"/>
          </w:tcPr>
          <w:p w14:paraId="1908FE1D" w14:textId="04B4E3C9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8E3DFB" w:rsidRPr="00AB3470">
              <w:rPr>
                <w:rFonts w:ascii="Times New Roman" w:hAnsi="Times New Roman" w:cs="Times New Roman"/>
                <w:sz w:val="20"/>
                <w:szCs w:val="20"/>
              </w:rPr>
              <w:t>8820</w:t>
            </w:r>
          </w:p>
        </w:tc>
      </w:tr>
      <w:tr w:rsidR="000C491B" w:rsidRPr="00AB3470" w14:paraId="2E284A69" w14:textId="77777777" w:rsidTr="00D86323">
        <w:tc>
          <w:tcPr>
            <w:tcW w:w="785" w:type="dxa"/>
          </w:tcPr>
          <w:p w14:paraId="46EF3F80" w14:textId="77777777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85" w:type="dxa"/>
          </w:tcPr>
          <w:p w14:paraId="6363F753" w14:textId="4F52A330" w:rsidR="000C491B" w:rsidRPr="00AB3470" w:rsidRDefault="008E3DF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gdi</w:t>
            </w:r>
            <w:proofErr w:type="spellEnd"/>
          </w:p>
        </w:tc>
        <w:tc>
          <w:tcPr>
            <w:tcW w:w="785" w:type="dxa"/>
          </w:tcPr>
          <w:p w14:paraId="0D142597" w14:textId="1A8FDD7E" w:rsidR="000C491B" w:rsidRPr="00AB3470" w:rsidRDefault="008E3DF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85" w:type="dxa"/>
          </w:tcPr>
          <w:p w14:paraId="58F2BDB0" w14:textId="026EEB61" w:rsidR="000C491B" w:rsidRPr="00AB3470" w:rsidRDefault="008E3DF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785" w:type="dxa"/>
          </w:tcPr>
          <w:p w14:paraId="7363ECBD" w14:textId="1FB2F6DB" w:rsidR="000C491B" w:rsidRPr="00AB3470" w:rsidRDefault="008E3DF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85" w:type="dxa"/>
          </w:tcPr>
          <w:p w14:paraId="5B7E0CC3" w14:textId="77777777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785" w:type="dxa"/>
          </w:tcPr>
          <w:p w14:paraId="0DBC89A8" w14:textId="77777777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785" w:type="dxa"/>
          </w:tcPr>
          <w:p w14:paraId="14F9AC54" w14:textId="77777777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Tree</w:t>
            </w:r>
          </w:p>
        </w:tc>
        <w:tc>
          <w:tcPr>
            <w:tcW w:w="785" w:type="dxa"/>
          </w:tcPr>
          <w:p w14:paraId="4954D221" w14:textId="77777777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classification</w:t>
            </w:r>
          </w:p>
        </w:tc>
        <w:tc>
          <w:tcPr>
            <w:tcW w:w="785" w:type="dxa"/>
          </w:tcPr>
          <w:p w14:paraId="560E1DFE" w14:textId="77777777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85" w:type="dxa"/>
          </w:tcPr>
          <w:p w14:paraId="76A18997" w14:textId="4B7CFF76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8E3DFB" w:rsidRPr="00AB3470">
              <w:rPr>
                <w:rFonts w:ascii="Times New Roman" w:hAnsi="Times New Roman" w:cs="Times New Roman"/>
                <w:sz w:val="20"/>
                <w:szCs w:val="20"/>
              </w:rPr>
              <w:t>012</w:t>
            </w:r>
          </w:p>
        </w:tc>
      </w:tr>
      <w:tr w:rsidR="000C491B" w:rsidRPr="00AB3470" w14:paraId="1C5CC072" w14:textId="77777777" w:rsidTr="00D86323">
        <w:tc>
          <w:tcPr>
            <w:tcW w:w="785" w:type="dxa"/>
          </w:tcPr>
          <w:p w14:paraId="5ABB6EFE" w14:textId="77777777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85" w:type="dxa"/>
          </w:tcPr>
          <w:p w14:paraId="639DDFBC" w14:textId="77777777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deviance</w:t>
            </w:r>
          </w:p>
        </w:tc>
        <w:tc>
          <w:tcPr>
            <w:tcW w:w="785" w:type="dxa"/>
          </w:tcPr>
          <w:p w14:paraId="3A9D2ADB" w14:textId="15613719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E3DFB" w:rsidRPr="00AB347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85" w:type="dxa"/>
          </w:tcPr>
          <w:p w14:paraId="3A81DB31" w14:textId="22B71CF5" w:rsidR="000C491B" w:rsidRPr="00AB3470" w:rsidRDefault="008E3DF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85" w:type="dxa"/>
          </w:tcPr>
          <w:p w14:paraId="22C2B328" w14:textId="3B2E7466" w:rsidR="000C491B" w:rsidRPr="00AB3470" w:rsidRDefault="008E3DF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85" w:type="dxa"/>
          </w:tcPr>
          <w:p w14:paraId="225FBC88" w14:textId="77777777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785" w:type="dxa"/>
          </w:tcPr>
          <w:p w14:paraId="4DD06D52" w14:textId="77777777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785" w:type="dxa"/>
          </w:tcPr>
          <w:p w14:paraId="4FFEBA4E" w14:textId="77777777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Tree</w:t>
            </w:r>
          </w:p>
        </w:tc>
        <w:tc>
          <w:tcPr>
            <w:tcW w:w="785" w:type="dxa"/>
          </w:tcPr>
          <w:p w14:paraId="7A3E222A" w14:textId="77777777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classification</w:t>
            </w:r>
          </w:p>
        </w:tc>
        <w:tc>
          <w:tcPr>
            <w:tcW w:w="785" w:type="dxa"/>
          </w:tcPr>
          <w:p w14:paraId="3CB1B1AD" w14:textId="711D6A86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E3DFB" w:rsidRPr="00AB347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85" w:type="dxa"/>
          </w:tcPr>
          <w:p w14:paraId="07F9FC9D" w14:textId="32F62B72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8E3DFB" w:rsidRPr="00AB3470">
              <w:rPr>
                <w:rFonts w:ascii="Times New Roman" w:hAnsi="Times New Roman" w:cs="Times New Roman"/>
                <w:sz w:val="20"/>
                <w:szCs w:val="20"/>
              </w:rPr>
              <w:t>0051</w:t>
            </w:r>
          </w:p>
        </w:tc>
      </w:tr>
      <w:tr w:rsidR="000C491B" w:rsidRPr="00AB3470" w14:paraId="49FFDA5C" w14:textId="77777777" w:rsidTr="00D86323">
        <w:tc>
          <w:tcPr>
            <w:tcW w:w="785" w:type="dxa"/>
          </w:tcPr>
          <w:p w14:paraId="2D4F8BBD" w14:textId="77777777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85" w:type="dxa"/>
          </w:tcPr>
          <w:p w14:paraId="5FB09F95" w14:textId="77777777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gdi</w:t>
            </w:r>
            <w:proofErr w:type="spellEnd"/>
          </w:p>
        </w:tc>
        <w:tc>
          <w:tcPr>
            <w:tcW w:w="785" w:type="dxa"/>
          </w:tcPr>
          <w:p w14:paraId="15E713BD" w14:textId="392D022E" w:rsidR="000C491B" w:rsidRPr="00AB3470" w:rsidRDefault="008E3DF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85" w:type="dxa"/>
          </w:tcPr>
          <w:p w14:paraId="5CECEFC2" w14:textId="7CC615F2" w:rsidR="000C491B" w:rsidRPr="00AB3470" w:rsidRDefault="008E3DF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785" w:type="dxa"/>
          </w:tcPr>
          <w:p w14:paraId="08B6C4DD" w14:textId="2D0DB686" w:rsidR="000C491B" w:rsidRPr="00AB3470" w:rsidRDefault="008E3DF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85" w:type="dxa"/>
          </w:tcPr>
          <w:p w14:paraId="66AB0E87" w14:textId="77777777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785" w:type="dxa"/>
          </w:tcPr>
          <w:p w14:paraId="4B592C61" w14:textId="77777777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785" w:type="dxa"/>
          </w:tcPr>
          <w:p w14:paraId="37086F30" w14:textId="77777777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Tree</w:t>
            </w:r>
          </w:p>
        </w:tc>
        <w:tc>
          <w:tcPr>
            <w:tcW w:w="785" w:type="dxa"/>
          </w:tcPr>
          <w:p w14:paraId="599E5822" w14:textId="77777777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classification</w:t>
            </w:r>
          </w:p>
        </w:tc>
        <w:tc>
          <w:tcPr>
            <w:tcW w:w="785" w:type="dxa"/>
          </w:tcPr>
          <w:p w14:paraId="2AA7E612" w14:textId="77777777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85" w:type="dxa"/>
          </w:tcPr>
          <w:p w14:paraId="06321297" w14:textId="29ABE15E" w:rsidR="000C491B" w:rsidRPr="00AB3470" w:rsidRDefault="000C491B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8E3DFB" w:rsidRPr="00AB3470">
              <w:rPr>
                <w:rFonts w:ascii="Times New Roman" w:hAnsi="Times New Roman" w:cs="Times New Roman"/>
                <w:sz w:val="20"/>
                <w:szCs w:val="20"/>
              </w:rPr>
              <w:t>0011</w:t>
            </w:r>
          </w:p>
        </w:tc>
      </w:tr>
    </w:tbl>
    <w:p w14:paraId="27B490F4" w14:textId="77777777" w:rsidR="000C491B" w:rsidRPr="00AB3470" w:rsidRDefault="000C491B" w:rsidP="000C491B">
      <w:pPr>
        <w:rPr>
          <w:rFonts w:ascii="Times New Roman" w:hAnsi="Times New Roman" w:cs="Times New Roman"/>
          <w:sz w:val="20"/>
          <w:szCs w:val="20"/>
        </w:rPr>
      </w:pPr>
    </w:p>
    <w:p w14:paraId="3AE7B649" w14:textId="28CAF120" w:rsidR="001F41DE" w:rsidRPr="00AB3470" w:rsidRDefault="001F41DE" w:rsidP="001F41DE">
      <w:pPr>
        <w:rPr>
          <w:rFonts w:ascii="Times New Roman" w:hAnsi="Times New Roman" w:cs="Times New Roman"/>
          <w:sz w:val="20"/>
          <w:szCs w:val="20"/>
        </w:rPr>
      </w:pPr>
    </w:p>
    <w:p w14:paraId="4571F7E0" w14:textId="69C85581" w:rsidR="006218D0" w:rsidRPr="00AB3470" w:rsidRDefault="006218D0" w:rsidP="006218D0">
      <w:pPr>
        <w:rPr>
          <w:rFonts w:ascii="Times New Roman" w:hAnsi="Times New Roman" w:cs="Times New Roman"/>
          <w:sz w:val="20"/>
          <w:szCs w:val="20"/>
        </w:rPr>
      </w:pPr>
      <w:r w:rsidRPr="00AB3470">
        <w:rPr>
          <w:rFonts w:ascii="Times New Roman" w:hAnsi="Times New Roman" w:cs="Times New Roman"/>
          <w:sz w:val="20"/>
          <w:szCs w:val="20"/>
        </w:rPr>
        <w:t>Table S7. Summary of AdaBoostM1 hyperparameters for each training split. All models were implemented in MATLAB using decision trees as weak learners (</w:t>
      </w:r>
      <w:proofErr w:type="spellStart"/>
      <w:r w:rsidRPr="00AB3470">
        <w:rPr>
          <w:rFonts w:ascii="Times New Roman" w:hAnsi="Times New Roman" w:cs="Times New Roman"/>
          <w:sz w:val="20"/>
          <w:szCs w:val="20"/>
        </w:rPr>
        <w:t>fitcensemble</w:t>
      </w:r>
      <w:proofErr w:type="spellEnd"/>
      <w:r w:rsidRPr="00AB3470">
        <w:rPr>
          <w:rFonts w:ascii="Times New Roman" w:hAnsi="Times New Roman" w:cs="Times New Roman"/>
          <w:sz w:val="20"/>
          <w:szCs w:val="20"/>
        </w:rPr>
        <w:t xml:space="preserve">, Method = 'AdaBoostM1'). Default MATLAB parameters were used for fields not specified. </w:t>
      </w:r>
      <w:r w:rsidR="00216821">
        <w:rPr>
          <w:rFonts w:ascii="Times New Roman" w:hAnsi="Times New Roman" w:cs="Times New Roman"/>
          <w:sz w:val="20"/>
          <w:szCs w:val="20"/>
        </w:rPr>
        <w:t>H</w:t>
      </w:r>
      <w:r w:rsidRPr="00AB3470">
        <w:rPr>
          <w:rFonts w:ascii="Times New Roman" w:hAnsi="Times New Roman" w:cs="Times New Roman"/>
          <w:sz w:val="20"/>
          <w:szCs w:val="20"/>
        </w:rPr>
        <w:t>yperparameters for “TMPRSS2” mutations.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9"/>
        <w:gridCol w:w="1013"/>
        <w:gridCol w:w="723"/>
        <w:gridCol w:w="812"/>
        <w:gridCol w:w="1134"/>
        <w:gridCol w:w="1005"/>
        <w:gridCol w:w="554"/>
        <w:gridCol w:w="667"/>
        <w:gridCol w:w="981"/>
        <w:gridCol w:w="659"/>
        <w:gridCol w:w="819"/>
      </w:tblGrid>
      <w:tr w:rsidR="006218D0" w:rsidRPr="00AB3470" w14:paraId="081D6883" w14:textId="77777777" w:rsidTr="00D86323">
        <w:tc>
          <w:tcPr>
            <w:tcW w:w="785" w:type="dxa"/>
          </w:tcPr>
          <w:p w14:paraId="403F28B0" w14:textId="77777777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Split</w:t>
            </w:r>
          </w:p>
        </w:tc>
        <w:tc>
          <w:tcPr>
            <w:tcW w:w="785" w:type="dxa"/>
          </w:tcPr>
          <w:p w14:paraId="5208B962" w14:textId="77777777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SplitCriterion</w:t>
            </w:r>
            <w:proofErr w:type="spellEnd"/>
          </w:p>
        </w:tc>
        <w:tc>
          <w:tcPr>
            <w:tcW w:w="785" w:type="dxa"/>
          </w:tcPr>
          <w:p w14:paraId="33BCCF73" w14:textId="77777777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MinLeaf</w:t>
            </w:r>
            <w:proofErr w:type="spellEnd"/>
          </w:p>
        </w:tc>
        <w:tc>
          <w:tcPr>
            <w:tcW w:w="785" w:type="dxa"/>
          </w:tcPr>
          <w:p w14:paraId="6D6F495D" w14:textId="77777777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MaxSplits</w:t>
            </w:r>
            <w:proofErr w:type="spellEnd"/>
          </w:p>
        </w:tc>
        <w:tc>
          <w:tcPr>
            <w:tcW w:w="785" w:type="dxa"/>
          </w:tcPr>
          <w:p w14:paraId="615E65C6" w14:textId="77777777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NVarToSample</w:t>
            </w:r>
            <w:proofErr w:type="spellEnd"/>
          </w:p>
        </w:tc>
        <w:tc>
          <w:tcPr>
            <w:tcW w:w="785" w:type="dxa"/>
          </w:tcPr>
          <w:p w14:paraId="7D7359D5" w14:textId="77777777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MergeLeaves</w:t>
            </w:r>
            <w:proofErr w:type="spellEnd"/>
          </w:p>
        </w:tc>
        <w:tc>
          <w:tcPr>
            <w:tcW w:w="785" w:type="dxa"/>
          </w:tcPr>
          <w:p w14:paraId="4D4A38B7" w14:textId="77777777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Prune</w:t>
            </w:r>
          </w:p>
        </w:tc>
        <w:tc>
          <w:tcPr>
            <w:tcW w:w="785" w:type="dxa"/>
          </w:tcPr>
          <w:p w14:paraId="336E9388" w14:textId="77777777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Method</w:t>
            </w:r>
          </w:p>
        </w:tc>
        <w:tc>
          <w:tcPr>
            <w:tcW w:w="785" w:type="dxa"/>
          </w:tcPr>
          <w:p w14:paraId="341E9416" w14:textId="77777777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Type</w:t>
            </w:r>
          </w:p>
        </w:tc>
        <w:tc>
          <w:tcPr>
            <w:tcW w:w="785" w:type="dxa"/>
          </w:tcPr>
          <w:p w14:paraId="1423D501" w14:textId="77777777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NLearn</w:t>
            </w:r>
            <w:proofErr w:type="spellEnd"/>
          </w:p>
        </w:tc>
        <w:tc>
          <w:tcPr>
            <w:tcW w:w="785" w:type="dxa"/>
          </w:tcPr>
          <w:p w14:paraId="3DAF4601" w14:textId="77777777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LearnRate</w:t>
            </w:r>
            <w:proofErr w:type="spellEnd"/>
          </w:p>
        </w:tc>
      </w:tr>
      <w:tr w:rsidR="006218D0" w:rsidRPr="00AB3470" w14:paraId="3E737EF7" w14:textId="77777777" w:rsidTr="00D86323">
        <w:tc>
          <w:tcPr>
            <w:tcW w:w="785" w:type="dxa"/>
          </w:tcPr>
          <w:p w14:paraId="6B3F1C64" w14:textId="77777777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85" w:type="dxa"/>
          </w:tcPr>
          <w:p w14:paraId="6F310802" w14:textId="77777777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gdi</w:t>
            </w:r>
            <w:proofErr w:type="spellEnd"/>
          </w:p>
        </w:tc>
        <w:tc>
          <w:tcPr>
            <w:tcW w:w="785" w:type="dxa"/>
          </w:tcPr>
          <w:p w14:paraId="470D3348" w14:textId="187716EF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85" w:type="dxa"/>
          </w:tcPr>
          <w:p w14:paraId="6075230D" w14:textId="7A302D7F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85" w:type="dxa"/>
          </w:tcPr>
          <w:p w14:paraId="08CE9805" w14:textId="4BA59098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85" w:type="dxa"/>
          </w:tcPr>
          <w:p w14:paraId="78AAB9AD" w14:textId="77777777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785" w:type="dxa"/>
          </w:tcPr>
          <w:p w14:paraId="48A21516" w14:textId="77777777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785" w:type="dxa"/>
          </w:tcPr>
          <w:p w14:paraId="0D0FD4EC" w14:textId="77777777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Tree</w:t>
            </w:r>
          </w:p>
        </w:tc>
        <w:tc>
          <w:tcPr>
            <w:tcW w:w="785" w:type="dxa"/>
          </w:tcPr>
          <w:p w14:paraId="336812BD" w14:textId="77777777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classification</w:t>
            </w:r>
          </w:p>
        </w:tc>
        <w:tc>
          <w:tcPr>
            <w:tcW w:w="785" w:type="dxa"/>
          </w:tcPr>
          <w:p w14:paraId="3AA3AE8F" w14:textId="46A94A15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85" w:type="dxa"/>
          </w:tcPr>
          <w:p w14:paraId="346C6BE2" w14:textId="609DBC39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0.9630</w:t>
            </w:r>
          </w:p>
        </w:tc>
      </w:tr>
      <w:tr w:rsidR="006218D0" w:rsidRPr="00AB3470" w14:paraId="03A3C60B" w14:textId="77777777" w:rsidTr="00D86323">
        <w:tc>
          <w:tcPr>
            <w:tcW w:w="785" w:type="dxa"/>
          </w:tcPr>
          <w:p w14:paraId="6FDA969B" w14:textId="77777777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785" w:type="dxa"/>
          </w:tcPr>
          <w:p w14:paraId="2FD0A016" w14:textId="77777777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gdi</w:t>
            </w:r>
            <w:proofErr w:type="spellEnd"/>
          </w:p>
        </w:tc>
        <w:tc>
          <w:tcPr>
            <w:tcW w:w="785" w:type="dxa"/>
          </w:tcPr>
          <w:p w14:paraId="719A357F" w14:textId="471738D7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85" w:type="dxa"/>
          </w:tcPr>
          <w:p w14:paraId="44032A3E" w14:textId="56888B13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785" w:type="dxa"/>
          </w:tcPr>
          <w:p w14:paraId="487875F3" w14:textId="3B47DEBC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85" w:type="dxa"/>
          </w:tcPr>
          <w:p w14:paraId="5051B48E" w14:textId="77777777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785" w:type="dxa"/>
          </w:tcPr>
          <w:p w14:paraId="69889E26" w14:textId="77777777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785" w:type="dxa"/>
          </w:tcPr>
          <w:p w14:paraId="39280D98" w14:textId="77777777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Tree</w:t>
            </w:r>
          </w:p>
        </w:tc>
        <w:tc>
          <w:tcPr>
            <w:tcW w:w="785" w:type="dxa"/>
          </w:tcPr>
          <w:p w14:paraId="509E4860" w14:textId="77777777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classification</w:t>
            </w:r>
          </w:p>
        </w:tc>
        <w:tc>
          <w:tcPr>
            <w:tcW w:w="785" w:type="dxa"/>
          </w:tcPr>
          <w:p w14:paraId="634B61A4" w14:textId="5D0921AF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301</w:t>
            </w:r>
          </w:p>
        </w:tc>
        <w:tc>
          <w:tcPr>
            <w:tcW w:w="785" w:type="dxa"/>
          </w:tcPr>
          <w:p w14:paraId="5DEDB774" w14:textId="47A29F48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0.7186</w:t>
            </w:r>
          </w:p>
        </w:tc>
      </w:tr>
      <w:tr w:rsidR="006218D0" w:rsidRPr="00AB3470" w14:paraId="1C2744F5" w14:textId="77777777" w:rsidTr="00D86323">
        <w:tc>
          <w:tcPr>
            <w:tcW w:w="785" w:type="dxa"/>
          </w:tcPr>
          <w:p w14:paraId="3CF152DD" w14:textId="77777777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85" w:type="dxa"/>
          </w:tcPr>
          <w:p w14:paraId="1104AAF9" w14:textId="77777777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gdi</w:t>
            </w:r>
            <w:proofErr w:type="spellEnd"/>
          </w:p>
        </w:tc>
        <w:tc>
          <w:tcPr>
            <w:tcW w:w="785" w:type="dxa"/>
          </w:tcPr>
          <w:p w14:paraId="7B1FDF41" w14:textId="44C57B4D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85" w:type="dxa"/>
          </w:tcPr>
          <w:p w14:paraId="10C4C7CA" w14:textId="3C755D88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85" w:type="dxa"/>
          </w:tcPr>
          <w:p w14:paraId="68313791" w14:textId="645266B9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85" w:type="dxa"/>
          </w:tcPr>
          <w:p w14:paraId="432DB5CE" w14:textId="77777777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785" w:type="dxa"/>
          </w:tcPr>
          <w:p w14:paraId="4BA46A8A" w14:textId="77777777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785" w:type="dxa"/>
          </w:tcPr>
          <w:p w14:paraId="7D980DA4" w14:textId="77777777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Tree</w:t>
            </w:r>
          </w:p>
        </w:tc>
        <w:tc>
          <w:tcPr>
            <w:tcW w:w="785" w:type="dxa"/>
          </w:tcPr>
          <w:p w14:paraId="4D5040CB" w14:textId="77777777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classification</w:t>
            </w:r>
          </w:p>
        </w:tc>
        <w:tc>
          <w:tcPr>
            <w:tcW w:w="785" w:type="dxa"/>
          </w:tcPr>
          <w:p w14:paraId="1AD27B19" w14:textId="35053F5B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85" w:type="dxa"/>
          </w:tcPr>
          <w:p w14:paraId="17C92F46" w14:textId="351C0546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0.9761</w:t>
            </w:r>
          </w:p>
        </w:tc>
      </w:tr>
      <w:tr w:rsidR="006218D0" w:rsidRPr="00AB3470" w14:paraId="2D52EB07" w14:textId="77777777" w:rsidTr="00D86323">
        <w:tc>
          <w:tcPr>
            <w:tcW w:w="785" w:type="dxa"/>
          </w:tcPr>
          <w:p w14:paraId="298D2B25" w14:textId="77777777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85" w:type="dxa"/>
          </w:tcPr>
          <w:p w14:paraId="27BCF080" w14:textId="77777777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deviance</w:t>
            </w:r>
          </w:p>
        </w:tc>
        <w:tc>
          <w:tcPr>
            <w:tcW w:w="785" w:type="dxa"/>
          </w:tcPr>
          <w:p w14:paraId="166331F9" w14:textId="0F032413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85" w:type="dxa"/>
          </w:tcPr>
          <w:p w14:paraId="7680DE44" w14:textId="391DF22C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85" w:type="dxa"/>
          </w:tcPr>
          <w:p w14:paraId="48DBDB7A" w14:textId="4CE06198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85" w:type="dxa"/>
          </w:tcPr>
          <w:p w14:paraId="357FAC11" w14:textId="77777777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785" w:type="dxa"/>
          </w:tcPr>
          <w:p w14:paraId="7DF8CC5B" w14:textId="77777777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785" w:type="dxa"/>
          </w:tcPr>
          <w:p w14:paraId="4CC4CA80" w14:textId="77777777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Tree</w:t>
            </w:r>
          </w:p>
        </w:tc>
        <w:tc>
          <w:tcPr>
            <w:tcW w:w="785" w:type="dxa"/>
          </w:tcPr>
          <w:p w14:paraId="34996BB0" w14:textId="77777777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classification</w:t>
            </w:r>
          </w:p>
        </w:tc>
        <w:tc>
          <w:tcPr>
            <w:tcW w:w="785" w:type="dxa"/>
          </w:tcPr>
          <w:p w14:paraId="7CC51AF2" w14:textId="52B1F25F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785" w:type="dxa"/>
          </w:tcPr>
          <w:p w14:paraId="30A7B837" w14:textId="008C02DB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0.0012</w:t>
            </w:r>
          </w:p>
        </w:tc>
      </w:tr>
      <w:tr w:rsidR="006218D0" w:rsidRPr="00AB3470" w14:paraId="27C37E0E" w14:textId="77777777" w:rsidTr="00D86323">
        <w:tc>
          <w:tcPr>
            <w:tcW w:w="785" w:type="dxa"/>
          </w:tcPr>
          <w:p w14:paraId="610F253C" w14:textId="77777777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85" w:type="dxa"/>
          </w:tcPr>
          <w:p w14:paraId="1D1469C2" w14:textId="7330A84F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deviance</w:t>
            </w:r>
          </w:p>
        </w:tc>
        <w:tc>
          <w:tcPr>
            <w:tcW w:w="785" w:type="dxa"/>
          </w:tcPr>
          <w:p w14:paraId="3329EDBA" w14:textId="77777777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85" w:type="dxa"/>
          </w:tcPr>
          <w:p w14:paraId="6A91BF86" w14:textId="1C716B38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785" w:type="dxa"/>
          </w:tcPr>
          <w:p w14:paraId="746D7867" w14:textId="7D2B5B57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85" w:type="dxa"/>
          </w:tcPr>
          <w:p w14:paraId="26B109DF" w14:textId="77777777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785" w:type="dxa"/>
          </w:tcPr>
          <w:p w14:paraId="70D46CA0" w14:textId="77777777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785" w:type="dxa"/>
          </w:tcPr>
          <w:p w14:paraId="2058344E" w14:textId="77777777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Tree</w:t>
            </w:r>
          </w:p>
        </w:tc>
        <w:tc>
          <w:tcPr>
            <w:tcW w:w="785" w:type="dxa"/>
          </w:tcPr>
          <w:p w14:paraId="72DB69AD" w14:textId="77777777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classification</w:t>
            </w:r>
          </w:p>
        </w:tc>
        <w:tc>
          <w:tcPr>
            <w:tcW w:w="785" w:type="dxa"/>
          </w:tcPr>
          <w:p w14:paraId="66720DC7" w14:textId="637DAC12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85" w:type="dxa"/>
          </w:tcPr>
          <w:p w14:paraId="408775EB" w14:textId="3C17F7F0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0.0177</w:t>
            </w:r>
          </w:p>
        </w:tc>
      </w:tr>
    </w:tbl>
    <w:p w14:paraId="258D3993" w14:textId="77777777" w:rsidR="001F41DE" w:rsidRPr="00AB3470" w:rsidRDefault="001F41DE">
      <w:pPr>
        <w:rPr>
          <w:rFonts w:ascii="Times New Roman" w:hAnsi="Times New Roman" w:cs="Times New Roman"/>
          <w:sz w:val="20"/>
          <w:szCs w:val="20"/>
        </w:rPr>
      </w:pPr>
    </w:p>
    <w:p w14:paraId="2DAE2B8A" w14:textId="21EB59A6" w:rsidR="006218D0" w:rsidRPr="00AB3470" w:rsidRDefault="006218D0" w:rsidP="006218D0">
      <w:pPr>
        <w:rPr>
          <w:rFonts w:ascii="Times New Roman" w:hAnsi="Times New Roman" w:cs="Times New Roman"/>
          <w:sz w:val="20"/>
          <w:szCs w:val="20"/>
        </w:rPr>
      </w:pPr>
      <w:r w:rsidRPr="00AB3470">
        <w:rPr>
          <w:rFonts w:ascii="Times New Roman" w:hAnsi="Times New Roman" w:cs="Times New Roman"/>
          <w:sz w:val="20"/>
          <w:szCs w:val="20"/>
        </w:rPr>
        <w:t>Table S8. Summary of AdaBoostM1 hyperparameters for each training split. All models were implemented in MATLAB using decision trees as weak learners (</w:t>
      </w:r>
      <w:proofErr w:type="spellStart"/>
      <w:r w:rsidRPr="00AB3470">
        <w:rPr>
          <w:rFonts w:ascii="Times New Roman" w:hAnsi="Times New Roman" w:cs="Times New Roman"/>
          <w:sz w:val="20"/>
          <w:szCs w:val="20"/>
        </w:rPr>
        <w:t>fitcensemble</w:t>
      </w:r>
      <w:proofErr w:type="spellEnd"/>
      <w:r w:rsidRPr="00AB3470">
        <w:rPr>
          <w:rFonts w:ascii="Times New Roman" w:hAnsi="Times New Roman" w:cs="Times New Roman"/>
          <w:sz w:val="20"/>
          <w:szCs w:val="20"/>
        </w:rPr>
        <w:t>, Method = 'AdaBoostM1'). Default MATLAB parameters were used for fields not specified. hyperparameters for “TP53” mutations.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9"/>
        <w:gridCol w:w="1013"/>
        <w:gridCol w:w="723"/>
        <w:gridCol w:w="812"/>
        <w:gridCol w:w="1134"/>
        <w:gridCol w:w="1005"/>
        <w:gridCol w:w="554"/>
        <w:gridCol w:w="667"/>
        <w:gridCol w:w="981"/>
        <w:gridCol w:w="659"/>
        <w:gridCol w:w="819"/>
      </w:tblGrid>
      <w:tr w:rsidR="006218D0" w:rsidRPr="00AB3470" w14:paraId="4C54196C" w14:textId="77777777" w:rsidTr="00D86323">
        <w:tc>
          <w:tcPr>
            <w:tcW w:w="785" w:type="dxa"/>
          </w:tcPr>
          <w:p w14:paraId="0DC9076E" w14:textId="77777777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Split</w:t>
            </w:r>
          </w:p>
        </w:tc>
        <w:tc>
          <w:tcPr>
            <w:tcW w:w="785" w:type="dxa"/>
          </w:tcPr>
          <w:p w14:paraId="742EC692" w14:textId="77777777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SplitCriterion</w:t>
            </w:r>
            <w:proofErr w:type="spellEnd"/>
          </w:p>
        </w:tc>
        <w:tc>
          <w:tcPr>
            <w:tcW w:w="785" w:type="dxa"/>
          </w:tcPr>
          <w:p w14:paraId="4184D769" w14:textId="77777777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MinLeaf</w:t>
            </w:r>
            <w:proofErr w:type="spellEnd"/>
          </w:p>
        </w:tc>
        <w:tc>
          <w:tcPr>
            <w:tcW w:w="785" w:type="dxa"/>
          </w:tcPr>
          <w:p w14:paraId="2048A11A" w14:textId="77777777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MaxSplits</w:t>
            </w:r>
            <w:proofErr w:type="spellEnd"/>
          </w:p>
        </w:tc>
        <w:tc>
          <w:tcPr>
            <w:tcW w:w="785" w:type="dxa"/>
          </w:tcPr>
          <w:p w14:paraId="1D5920A3" w14:textId="77777777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NVarToSample</w:t>
            </w:r>
            <w:proofErr w:type="spellEnd"/>
          </w:p>
        </w:tc>
        <w:tc>
          <w:tcPr>
            <w:tcW w:w="785" w:type="dxa"/>
          </w:tcPr>
          <w:p w14:paraId="7F45DDE9" w14:textId="77777777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MergeLeaves</w:t>
            </w:r>
            <w:proofErr w:type="spellEnd"/>
          </w:p>
        </w:tc>
        <w:tc>
          <w:tcPr>
            <w:tcW w:w="785" w:type="dxa"/>
          </w:tcPr>
          <w:p w14:paraId="365F2589" w14:textId="77777777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Prune</w:t>
            </w:r>
          </w:p>
        </w:tc>
        <w:tc>
          <w:tcPr>
            <w:tcW w:w="785" w:type="dxa"/>
          </w:tcPr>
          <w:p w14:paraId="7B2FD634" w14:textId="77777777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Method</w:t>
            </w:r>
          </w:p>
        </w:tc>
        <w:tc>
          <w:tcPr>
            <w:tcW w:w="785" w:type="dxa"/>
          </w:tcPr>
          <w:p w14:paraId="75397622" w14:textId="77777777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Type</w:t>
            </w:r>
          </w:p>
        </w:tc>
        <w:tc>
          <w:tcPr>
            <w:tcW w:w="785" w:type="dxa"/>
          </w:tcPr>
          <w:p w14:paraId="3875F043" w14:textId="77777777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NLearn</w:t>
            </w:r>
            <w:proofErr w:type="spellEnd"/>
          </w:p>
        </w:tc>
        <w:tc>
          <w:tcPr>
            <w:tcW w:w="785" w:type="dxa"/>
          </w:tcPr>
          <w:p w14:paraId="1F8F0233" w14:textId="77777777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LearnRate</w:t>
            </w:r>
            <w:proofErr w:type="spellEnd"/>
          </w:p>
        </w:tc>
      </w:tr>
      <w:tr w:rsidR="006218D0" w:rsidRPr="00AB3470" w14:paraId="282B4F75" w14:textId="77777777" w:rsidTr="00D86323">
        <w:tc>
          <w:tcPr>
            <w:tcW w:w="785" w:type="dxa"/>
          </w:tcPr>
          <w:p w14:paraId="5160153B" w14:textId="77777777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85" w:type="dxa"/>
          </w:tcPr>
          <w:p w14:paraId="6E1B5FD5" w14:textId="75276231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deviance</w:t>
            </w:r>
          </w:p>
        </w:tc>
        <w:tc>
          <w:tcPr>
            <w:tcW w:w="785" w:type="dxa"/>
          </w:tcPr>
          <w:p w14:paraId="2B3861B2" w14:textId="24005F87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85" w:type="dxa"/>
          </w:tcPr>
          <w:p w14:paraId="2D08B21F" w14:textId="0CB5E466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85" w:type="dxa"/>
          </w:tcPr>
          <w:p w14:paraId="41A61B8A" w14:textId="7AD7EE96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85" w:type="dxa"/>
          </w:tcPr>
          <w:p w14:paraId="1C7B5387" w14:textId="77777777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785" w:type="dxa"/>
          </w:tcPr>
          <w:p w14:paraId="42402614" w14:textId="77777777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785" w:type="dxa"/>
          </w:tcPr>
          <w:p w14:paraId="3201A469" w14:textId="77777777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Tree</w:t>
            </w:r>
          </w:p>
        </w:tc>
        <w:tc>
          <w:tcPr>
            <w:tcW w:w="785" w:type="dxa"/>
          </w:tcPr>
          <w:p w14:paraId="040D0D24" w14:textId="77777777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classification</w:t>
            </w:r>
          </w:p>
        </w:tc>
        <w:tc>
          <w:tcPr>
            <w:tcW w:w="785" w:type="dxa"/>
          </w:tcPr>
          <w:p w14:paraId="03BDCC03" w14:textId="28CEAC36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785" w:type="dxa"/>
          </w:tcPr>
          <w:p w14:paraId="23484FD4" w14:textId="3A9609C5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0.5141</w:t>
            </w:r>
          </w:p>
        </w:tc>
      </w:tr>
      <w:tr w:rsidR="006218D0" w:rsidRPr="00AB3470" w14:paraId="21118FF2" w14:textId="77777777" w:rsidTr="00D86323">
        <w:tc>
          <w:tcPr>
            <w:tcW w:w="785" w:type="dxa"/>
          </w:tcPr>
          <w:p w14:paraId="2094145F" w14:textId="77777777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85" w:type="dxa"/>
          </w:tcPr>
          <w:p w14:paraId="6BDE4452" w14:textId="3341DC64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deviance</w:t>
            </w:r>
          </w:p>
        </w:tc>
        <w:tc>
          <w:tcPr>
            <w:tcW w:w="785" w:type="dxa"/>
          </w:tcPr>
          <w:p w14:paraId="48EFE664" w14:textId="17F33ED9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85" w:type="dxa"/>
          </w:tcPr>
          <w:p w14:paraId="366653AF" w14:textId="6E3D3637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85" w:type="dxa"/>
          </w:tcPr>
          <w:p w14:paraId="0EA533BF" w14:textId="1FEA3FE6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85" w:type="dxa"/>
          </w:tcPr>
          <w:p w14:paraId="72BEF1B0" w14:textId="77777777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785" w:type="dxa"/>
          </w:tcPr>
          <w:p w14:paraId="224ADBD5" w14:textId="77777777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785" w:type="dxa"/>
          </w:tcPr>
          <w:p w14:paraId="2CE04DA0" w14:textId="77777777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Tree</w:t>
            </w:r>
          </w:p>
        </w:tc>
        <w:tc>
          <w:tcPr>
            <w:tcW w:w="785" w:type="dxa"/>
          </w:tcPr>
          <w:p w14:paraId="340EC566" w14:textId="77777777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classification</w:t>
            </w:r>
          </w:p>
        </w:tc>
        <w:tc>
          <w:tcPr>
            <w:tcW w:w="785" w:type="dxa"/>
          </w:tcPr>
          <w:p w14:paraId="35B79E77" w14:textId="229AE428" w:rsidR="006218D0" w:rsidRPr="00AB3470" w:rsidRDefault="005C64EA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785" w:type="dxa"/>
          </w:tcPr>
          <w:p w14:paraId="60470ED9" w14:textId="63A964A7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5C64EA" w:rsidRPr="00AB3470">
              <w:rPr>
                <w:rFonts w:ascii="Times New Roman" w:hAnsi="Times New Roman" w:cs="Times New Roman"/>
                <w:sz w:val="20"/>
                <w:szCs w:val="20"/>
              </w:rPr>
              <w:t>1646</w:t>
            </w:r>
          </w:p>
        </w:tc>
      </w:tr>
      <w:tr w:rsidR="006218D0" w:rsidRPr="00AB3470" w14:paraId="6084656D" w14:textId="77777777" w:rsidTr="00D86323">
        <w:tc>
          <w:tcPr>
            <w:tcW w:w="785" w:type="dxa"/>
          </w:tcPr>
          <w:p w14:paraId="39CC0D15" w14:textId="77777777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85" w:type="dxa"/>
          </w:tcPr>
          <w:p w14:paraId="641EB41F" w14:textId="77777777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gdi</w:t>
            </w:r>
            <w:proofErr w:type="spellEnd"/>
          </w:p>
        </w:tc>
        <w:tc>
          <w:tcPr>
            <w:tcW w:w="785" w:type="dxa"/>
          </w:tcPr>
          <w:p w14:paraId="08F0ECC5" w14:textId="025DAC3F" w:rsidR="006218D0" w:rsidRPr="00AB3470" w:rsidRDefault="005C64EA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85" w:type="dxa"/>
          </w:tcPr>
          <w:p w14:paraId="1DB7FD70" w14:textId="7541AEE5" w:rsidR="006218D0" w:rsidRPr="00AB3470" w:rsidRDefault="005C64EA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785" w:type="dxa"/>
          </w:tcPr>
          <w:p w14:paraId="36826A2F" w14:textId="77777777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85" w:type="dxa"/>
          </w:tcPr>
          <w:p w14:paraId="44306544" w14:textId="77777777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785" w:type="dxa"/>
          </w:tcPr>
          <w:p w14:paraId="0FA9B387" w14:textId="77777777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785" w:type="dxa"/>
          </w:tcPr>
          <w:p w14:paraId="7C590301" w14:textId="77777777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Tree</w:t>
            </w:r>
          </w:p>
        </w:tc>
        <w:tc>
          <w:tcPr>
            <w:tcW w:w="785" w:type="dxa"/>
          </w:tcPr>
          <w:p w14:paraId="7DD529B5" w14:textId="77777777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classification</w:t>
            </w:r>
          </w:p>
        </w:tc>
        <w:tc>
          <w:tcPr>
            <w:tcW w:w="785" w:type="dxa"/>
          </w:tcPr>
          <w:p w14:paraId="75ADF7C4" w14:textId="61D879BF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C64EA" w:rsidRPr="00AB347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85" w:type="dxa"/>
          </w:tcPr>
          <w:p w14:paraId="2E071383" w14:textId="5FBB2F71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 w:rsidR="005C64EA" w:rsidRPr="00AB3470">
              <w:rPr>
                <w:rFonts w:ascii="Times New Roman" w:hAnsi="Times New Roman" w:cs="Times New Roman"/>
                <w:sz w:val="20"/>
                <w:szCs w:val="20"/>
              </w:rPr>
              <w:t>123</w:t>
            </w:r>
          </w:p>
        </w:tc>
      </w:tr>
      <w:tr w:rsidR="006218D0" w:rsidRPr="00AB3470" w14:paraId="40E99407" w14:textId="77777777" w:rsidTr="00D86323">
        <w:tc>
          <w:tcPr>
            <w:tcW w:w="785" w:type="dxa"/>
          </w:tcPr>
          <w:p w14:paraId="5233E275" w14:textId="77777777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85" w:type="dxa"/>
          </w:tcPr>
          <w:p w14:paraId="2B8396DE" w14:textId="46B14FBC" w:rsidR="006218D0" w:rsidRPr="00AB3470" w:rsidRDefault="005C64EA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gdi</w:t>
            </w:r>
            <w:proofErr w:type="spellEnd"/>
          </w:p>
        </w:tc>
        <w:tc>
          <w:tcPr>
            <w:tcW w:w="785" w:type="dxa"/>
          </w:tcPr>
          <w:p w14:paraId="723F9FDB" w14:textId="69A96269" w:rsidR="006218D0" w:rsidRPr="00AB3470" w:rsidRDefault="005C64EA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85" w:type="dxa"/>
          </w:tcPr>
          <w:p w14:paraId="0DE49344" w14:textId="570465F2" w:rsidR="006218D0" w:rsidRPr="00AB3470" w:rsidRDefault="005C64EA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85" w:type="dxa"/>
          </w:tcPr>
          <w:p w14:paraId="14F2512D" w14:textId="35531142" w:rsidR="006218D0" w:rsidRPr="00AB3470" w:rsidRDefault="005C64EA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85" w:type="dxa"/>
          </w:tcPr>
          <w:p w14:paraId="2F20EB0A" w14:textId="77777777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785" w:type="dxa"/>
          </w:tcPr>
          <w:p w14:paraId="1CE5A13F" w14:textId="77777777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785" w:type="dxa"/>
          </w:tcPr>
          <w:p w14:paraId="3067B3B9" w14:textId="77777777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Tree</w:t>
            </w:r>
          </w:p>
        </w:tc>
        <w:tc>
          <w:tcPr>
            <w:tcW w:w="785" w:type="dxa"/>
          </w:tcPr>
          <w:p w14:paraId="15667EC6" w14:textId="77777777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classification</w:t>
            </w:r>
          </w:p>
        </w:tc>
        <w:tc>
          <w:tcPr>
            <w:tcW w:w="785" w:type="dxa"/>
          </w:tcPr>
          <w:p w14:paraId="181A3F1C" w14:textId="6301E1B3" w:rsidR="006218D0" w:rsidRPr="00AB3470" w:rsidRDefault="005C64EA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85" w:type="dxa"/>
          </w:tcPr>
          <w:p w14:paraId="41F3CC18" w14:textId="047BC9ED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5C64EA" w:rsidRPr="00AB3470">
              <w:rPr>
                <w:rFonts w:ascii="Times New Roman" w:hAnsi="Times New Roman" w:cs="Times New Roman"/>
                <w:sz w:val="20"/>
                <w:szCs w:val="20"/>
              </w:rPr>
              <w:t>9928</w:t>
            </w:r>
          </w:p>
        </w:tc>
      </w:tr>
      <w:tr w:rsidR="006218D0" w:rsidRPr="00AB3470" w14:paraId="1CF0F949" w14:textId="77777777" w:rsidTr="00D86323">
        <w:tc>
          <w:tcPr>
            <w:tcW w:w="785" w:type="dxa"/>
          </w:tcPr>
          <w:p w14:paraId="5BE0AC2E" w14:textId="77777777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85" w:type="dxa"/>
          </w:tcPr>
          <w:p w14:paraId="553A402B" w14:textId="77777777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deviance</w:t>
            </w:r>
          </w:p>
        </w:tc>
        <w:tc>
          <w:tcPr>
            <w:tcW w:w="785" w:type="dxa"/>
          </w:tcPr>
          <w:p w14:paraId="36BC9B32" w14:textId="0230330C" w:rsidR="006218D0" w:rsidRPr="00AB3470" w:rsidRDefault="005C64EA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85" w:type="dxa"/>
          </w:tcPr>
          <w:p w14:paraId="7C9AA461" w14:textId="1D4822DD" w:rsidR="006218D0" w:rsidRPr="00AB3470" w:rsidRDefault="005C64EA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85" w:type="dxa"/>
          </w:tcPr>
          <w:p w14:paraId="53A10790" w14:textId="66F30E18" w:rsidR="006218D0" w:rsidRPr="00AB3470" w:rsidRDefault="005C64EA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85" w:type="dxa"/>
          </w:tcPr>
          <w:p w14:paraId="63ABEF8F" w14:textId="77777777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785" w:type="dxa"/>
          </w:tcPr>
          <w:p w14:paraId="56122F64" w14:textId="77777777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785" w:type="dxa"/>
          </w:tcPr>
          <w:p w14:paraId="12B1057E" w14:textId="77777777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Tree</w:t>
            </w:r>
          </w:p>
        </w:tc>
        <w:tc>
          <w:tcPr>
            <w:tcW w:w="785" w:type="dxa"/>
          </w:tcPr>
          <w:p w14:paraId="2C2C7769" w14:textId="77777777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classification</w:t>
            </w:r>
          </w:p>
        </w:tc>
        <w:tc>
          <w:tcPr>
            <w:tcW w:w="785" w:type="dxa"/>
          </w:tcPr>
          <w:p w14:paraId="40EDB94E" w14:textId="1A759924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C64EA" w:rsidRPr="00AB347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85" w:type="dxa"/>
          </w:tcPr>
          <w:p w14:paraId="7AEACE15" w14:textId="47B45FBF" w:rsidR="006218D0" w:rsidRPr="00AB3470" w:rsidRDefault="006218D0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5C64EA" w:rsidRPr="00AB3470">
              <w:rPr>
                <w:rFonts w:ascii="Times New Roman" w:hAnsi="Times New Roman" w:cs="Times New Roman"/>
                <w:sz w:val="20"/>
                <w:szCs w:val="20"/>
              </w:rPr>
              <w:t>9148</w:t>
            </w:r>
          </w:p>
        </w:tc>
      </w:tr>
    </w:tbl>
    <w:p w14:paraId="1420140E" w14:textId="77777777" w:rsidR="006218D0" w:rsidRPr="00AB3470" w:rsidRDefault="006218D0">
      <w:pPr>
        <w:rPr>
          <w:rFonts w:ascii="Times New Roman" w:hAnsi="Times New Roman" w:cs="Times New Roman"/>
          <w:sz w:val="20"/>
          <w:szCs w:val="20"/>
        </w:rPr>
      </w:pPr>
    </w:p>
    <w:p w14:paraId="5B138192" w14:textId="165EA48B" w:rsidR="00E73BF3" w:rsidRPr="00AB3470" w:rsidRDefault="00E73BF3">
      <w:pPr>
        <w:rPr>
          <w:rFonts w:ascii="Times New Roman" w:hAnsi="Times New Roman" w:cs="Times New Roman"/>
          <w:sz w:val="20"/>
          <w:szCs w:val="20"/>
        </w:rPr>
      </w:pPr>
      <w:r w:rsidRPr="00AB3470">
        <w:rPr>
          <w:rFonts w:ascii="Times New Roman" w:hAnsi="Times New Roman" w:cs="Times New Roman"/>
          <w:sz w:val="20"/>
          <w:szCs w:val="20"/>
        </w:rPr>
        <w:br w:type="page"/>
      </w:r>
    </w:p>
    <w:p w14:paraId="3E95D10E" w14:textId="439FD355" w:rsidR="00E73BF3" w:rsidRPr="00216821" w:rsidRDefault="00E73BF3" w:rsidP="00E73BF3">
      <w:pPr>
        <w:pStyle w:val="Titolo1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16821">
        <w:rPr>
          <w:rFonts w:ascii="Times New Roman" w:hAnsi="Times New Roman" w:cs="Times New Roman"/>
          <w:color w:val="000000" w:themeColor="text1"/>
          <w:sz w:val="20"/>
          <w:szCs w:val="20"/>
        </w:rPr>
        <w:lastRenderedPageBreak/>
        <w:t>Table S9-S12. AdaBoostM1 hyperparameters obtained for each training split, radiomics clinical combined model, and “Other”, “PTEN”, “TMPRSS2”, “TP53” mutations</w:t>
      </w:r>
    </w:p>
    <w:p w14:paraId="1481ED44" w14:textId="77777777" w:rsidR="00E73BF3" w:rsidRPr="00AB3470" w:rsidRDefault="00E73BF3" w:rsidP="00E73BF3">
      <w:pPr>
        <w:rPr>
          <w:rFonts w:ascii="Times New Roman" w:hAnsi="Times New Roman" w:cs="Times New Roman"/>
          <w:sz w:val="20"/>
          <w:szCs w:val="20"/>
        </w:rPr>
      </w:pPr>
    </w:p>
    <w:p w14:paraId="577801C0" w14:textId="223E7E70" w:rsidR="00E73BF3" w:rsidRPr="00AB3470" w:rsidRDefault="00E73BF3" w:rsidP="00E73BF3">
      <w:pPr>
        <w:rPr>
          <w:rFonts w:ascii="Times New Roman" w:hAnsi="Times New Roman" w:cs="Times New Roman"/>
          <w:sz w:val="20"/>
          <w:szCs w:val="20"/>
        </w:rPr>
      </w:pPr>
      <w:r w:rsidRPr="00AB3470">
        <w:rPr>
          <w:rFonts w:ascii="Times New Roman" w:hAnsi="Times New Roman" w:cs="Times New Roman"/>
          <w:sz w:val="20"/>
          <w:szCs w:val="20"/>
        </w:rPr>
        <w:t>Table S9. Summary of AdaBoostM1 hyperparameters for each training split. All models were implemented in MATLAB using decision trees as weak learners (</w:t>
      </w:r>
      <w:proofErr w:type="spellStart"/>
      <w:r w:rsidRPr="00AB3470">
        <w:rPr>
          <w:rFonts w:ascii="Times New Roman" w:hAnsi="Times New Roman" w:cs="Times New Roman"/>
          <w:sz w:val="20"/>
          <w:szCs w:val="20"/>
        </w:rPr>
        <w:t>fitcensemble</w:t>
      </w:r>
      <w:proofErr w:type="spellEnd"/>
      <w:r w:rsidRPr="00AB3470">
        <w:rPr>
          <w:rFonts w:ascii="Times New Roman" w:hAnsi="Times New Roman" w:cs="Times New Roman"/>
          <w:sz w:val="20"/>
          <w:szCs w:val="20"/>
        </w:rPr>
        <w:t xml:space="preserve">, Method = 'AdaBoostM1'). Default MATLAB parameters were used for fields not specified. </w:t>
      </w:r>
      <w:r w:rsidR="00216821">
        <w:rPr>
          <w:rFonts w:ascii="Times New Roman" w:hAnsi="Times New Roman" w:cs="Times New Roman"/>
          <w:sz w:val="20"/>
          <w:szCs w:val="20"/>
        </w:rPr>
        <w:t>H</w:t>
      </w:r>
      <w:r w:rsidRPr="00AB3470">
        <w:rPr>
          <w:rFonts w:ascii="Times New Roman" w:hAnsi="Times New Roman" w:cs="Times New Roman"/>
          <w:sz w:val="20"/>
          <w:szCs w:val="20"/>
        </w:rPr>
        <w:t>yperparameters for “Other” mutations.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9"/>
        <w:gridCol w:w="1013"/>
        <w:gridCol w:w="723"/>
        <w:gridCol w:w="812"/>
        <w:gridCol w:w="1134"/>
        <w:gridCol w:w="1005"/>
        <w:gridCol w:w="554"/>
        <w:gridCol w:w="667"/>
        <w:gridCol w:w="981"/>
        <w:gridCol w:w="659"/>
        <w:gridCol w:w="819"/>
      </w:tblGrid>
      <w:tr w:rsidR="00E73BF3" w:rsidRPr="00AB3470" w14:paraId="534FBFD9" w14:textId="77777777" w:rsidTr="00D86323">
        <w:tc>
          <w:tcPr>
            <w:tcW w:w="486" w:type="dxa"/>
          </w:tcPr>
          <w:p w14:paraId="31E7F77F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Split</w:t>
            </w:r>
          </w:p>
        </w:tc>
        <w:tc>
          <w:tcPr>
            <w:tcW w:w="1025" w:type="dxa"/>
          </w:tcPr>
          <w:p w14:paraId="2B0E8753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SplitCriterion</w:t>
            </w:r>
            <w:proofErr w:type="spellEnd"/>
          </w:p>
        </w:tc>
        <w:tc>
          <w:tcPr>
            <w:tcW w:w="700" w:type="dxa"/>
          </w:tcPr>
          <w:p w14:paraId="676A39DE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MinLeaf</w:t>
            </w:r>
            <w:proofErr w:type="spellEnd"/>
          </w:p>
        </w:tc>
        <w:tc>
          <w:tcPr>
            <w:tcW w:w="796" w:type="dxa"/>
          </w:tcPr>
          <w:p w14:paraId="713AD4C2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MaxSplits</w:t>
            </w:r>
            <w:proofErr w:type="spellEnd"/>
          </w:p>
        </w:tc>
        <w:tc>
          <w:tcPr>
            <w:tcW w:w="1115" w:type="dxa"/>
          </w:tcPr>
          <w:p w14:paraId="790111E1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NVarToSample</w:t>
            </w:r>
            <w:proofErr w:type="spellEnd"/>
          </w:p>
        </w:tc>
        <w:tc>
          <w:tcPr>
            <w:tcW w:w="1002" w:type="dxa"/>
          </w:tcPr>
          <w:p w14:paraId="3917EB3C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MergeLeaves</w:t>
            </w:r>
            <w:proofErr w:type="spellEnd"/>
          </w:p>
        </w:tc>
        <w:tc>
          <w:tcPr>
            <w:tcW w:w="576" w:type="dxa"/>
          </w:tcPr>
          <w:p w14:paraId="65A8386F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Prune</w:t>
            </w:r>
          </w:p>
        </w:tc>
        <w:tc>
          <w:tcPr>
            <w:tcW w:w="674" w:type="dxa"/>
          </w:tcPr>
          <w:p w14:paraId="0189D9C9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Method</w:t>
            </w:r>
          </w:p>
        </w:tc>
        <w:tc>
          <w:tcPr>
            <w:tcW w:w="991" w:type="dxa"/>
          </w:tcPr>
          <w:p w14:paraId="2074B73C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Type</w:t>
            </w:r>
          </w:p>
        </w:tc>
        <w:tc>
          <w:tcPr>
            <w:tcW w:w="658" w:type="dxa"/>
          </w:tcPr>
          <w:p w14:paraId="38A629A7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NLearn</w:t>
            </w:r>
            <w:proofErr w:type="spellEnd"/>
          </w:p>
        </w:tc>
        <w:tc>
          <w:tcPr>
            <w:tcW w:w="833" w:type="dxa"/>
          </w:tcPr>
          <w:p w14:paraId="5998BB21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LearnRate</w:t>
            </w:r>
            <w:proofErr w:type="spellEnd"/>
          </w:p>
        </w:tc>
      </w:tr>
      <w:tr w:rsidR="00E73BF3" w:rsidRPr="00AB3470" w14:paraId="11C3B6AE" w14:textId="77777777" w:rsidTr="00D86323">
        <w:tc>
          <w:tcPr>
            <w:tcW w:w="486" w:type="dxa"/>
          </w:tcPr>
          <w:p w14:paraId="357FC006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25" w:type="dxa"/>
          </w:tcPr>
          <w:p w14:paraId="00F67801" w14:textId="2F5E8B3C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deviance</w:t>
            </w:r>
          </w:p>
        </w:tc>
        <w:tc>
          <w:tcPr>
            <w:tcW w:w="700" w:type="dxa"/>
          </w:tcPr>
          <w:p w14:paraId="0A667F54" w14:textId="626E21AC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96" w:type="dxa"/>
          </w:tcPr>
          <w:p w14:paraId="192F7F81" w14:textId="62277E1E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15" w:type="dxa"/>
          </w:tcPr>
          <w:p w14:paraId="4E3B2981" w14:textId="417F2873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02" w:type="dxa"/>
          </w:tcPr>
          <w:p w14:paraId="4EB40D72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576" w:type="dxa"/>
          </w:tcPr>
          <w:p w14:paraId="6C74ACD2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674" w:type="dxa"/>
          </w:tcPr>
          <w:p w14:paraId="5316EF65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Tree</w:t>
            </w:r>
          </w:p>
        </w:tc>
        <w:tc>
          <w:tcPr>
            <w:tcW w:w="991" w:type="dxa"/>
          </w:tcPr>
          <w:p w14:paraId="31EAE051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classification</w:t>
            </w:r>
          </w:p>
        </w:tc>
        <w:tc>
          <w:tcPr>
            <w:tcW w:w="658" w:type="dxa"/>
          </w:tcPr>
          <w:p w14:paraId="1AAC491D" w14:textId="10A8926B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33" w:type="dxa"/>
          </w:tcPr>
          <w:p w14:paraId="5E7D8E29" w14:textId="0CB3C052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0.0132</w:t>
            </w:r>
          </w:p>
        </w:tc>
      </w:tr>
      <w:tr w:rsidR="00E73BF3" w:rsidRPr="00AB3470" w14:paraId="2E2A9636" w14:textId="77777777" w:rsidTr="00D86323">
        <w:tc>
          <w:tcPr>
            <w:tcW w:w="486" w:type="dxa"/>
          </w:tcPr>
          <w:p w14:paraId="1C43E763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25" w:type="dxa"/>
          </w:tcPr>
          <w:p w14:paraId="741080F3" w14:textId="211891EC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deviance</w:t>
            </w:r>
          </w:p>
        </w:tc>
        <w:tc>
          <w:tcPr>
            <w:tcW w:w="700" w:type="dxa"/>
          </w:tcPr>
          <w:p w14:paraId="382FEF20" w14:textId="6FB7E923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96" w:type="dxa"/>
          </w:tcPr>
          <w:p w14:paraId="21F57A6A" w14:textId="77678E78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15" w:type="dxa"/>
          </w:tcPr>
          <w:p w14:paraId="6165FB8A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02" w:type="dxa"/>
          </w:tcPr>
          <w:p w14:paraId="206FBE78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576" w:type="dxa"/>
          </w:tcPr>
          <w:p w14:paraId="79EAB331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674" w:type="dxa"/>
          </w:tcPr>
          <w:p w14:paraId="3BE96872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Tree</w:t>
            </w:r>
          </w:p>
        </w:tc>
        <w:tc>
          <w:tcPr>
            <w:tcW w:w="991" w:type="dxa"/>
          </w:tcPr>
          <w:p w14:paraId="0458AAD2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classification</w:t>
            </w:r>
          </w:p>
        </w:tc>
        <w:tc>
          <w:tcPr>
            <w:tcW w:w="658" w:type="dxa"/>
          </w:tcPr>
          <w:p w14:paraId="589DDFC1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33" w:type="dxa"/>
          </w:tcPr>
          <w:p w14:paraId="3B9DC20F" w14:textId="2C40B4B3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0.0018</w:t>
            </w:r>
          </w:p>
        </w:tc>
      </w:tr>
      <w:tr w:rsidR="00E73BF3" w:rsidRPr="00AB3470" w14:paraId="67E1C5B9" w14:textId="77777777" w:rsidTr="00D86323">
        <w:tc>
          <w:tcPr>
            <w:tcW w:w="486" w:type="dxa"/>
          </w:tcPr>
          <w:p w14:paraId="32D16A83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25" w:type="dxa"/>
          </w:tcPr>
          <w:p w14:paraId="26EFF5B7" w14:textId="7E9023A1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gdi</w:t>
            </w:r>
            <w:proofErr w:type="spellEnd"/>
          </w:p>
        </w:tc>
        <w:tc>
          <w:tcPr>
            <w:tcW w:w="700" w:type="dxa"/>
          </w:tcPr>
          <w:p w14:paraId="5EB223F4" w14:textId="5D589639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96" w:type="dxa"/>
          </w:tcPr>
          <w:p w14:paraId="731A2380" w14:textId="763D82ED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115" w:type="dxa"/>
          </w:tcPr>
          <w:p w14:paraId="4CD0D9DD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02" w:type="dxa"/>
          </w:tcPr>
          <w:p w14:paraId="0342D093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576" w:type="dxa"/>
          </w:tcPr>
          <w:p w14:paraId="35485059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674" w:type="dxa"/>
          </w:tcPr>
          <w:p w14:paraId="323F41F9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Tree</w:t>
            </w:r>
          </w:p>
        </w:tc>
        <w:tc>
          <w:tcPr>
            <w:tcW w:w="991" w:type="dxa"/>
          </w:tcPr>
          <w:p w14:paraId="3FD2BD8E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classification</w:t>
            </w:r>
          </w:p>
        </w:tc>
        <w:tc>
          <w:tcPr>
            <w:tcW w:w="658" w:type="dxa"/>
          </w:tcPr>
          <w:p w14:paraId="12BED119" w14:textId="261C06D0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833" w:type="dxa"/>
          </w:tcPr>
          <w:p w14:paraId="3D685DC3" w14:textId="22182C14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0.3396</w:t>
            </w:r>
          </w:p>
        </w:tc>
      </w:tr>
      <w:tr w:rsidR="00E73BF3" w:rsidRPr="00AB3470" w14:paraId="02B9CB19" w14:textId="77777777" w:rsidTr="00D86323">
        <w:tc>
          <w:tcPr>
            <w:tcW w:w="486" w:type="dxa"/>
          </w:tcPr>
          <w:p w14:paraId="5B6B39C6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25" w:type="dxa"/>
          </w:tcPr>
          <w:p w14:paraId="3B944C87" w14:textId="3947D0A4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gdi</w:t>
            </w:r>
            <w:proofErr w:type="spellEnd"/>
          </w:p>
        </w:tc>
        <w:tc>
          <w:tcPr>
            <w:tcW w:w="700" w:type="dxa"/>
          </w:tcPr>
          <w:p w14:paraId="4348AA97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96" w:type="dxa"/>
          </w:tcPr>
          <w:p w14:paraId="55C52AA3" w14:textId="6D95DAFB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15" w:type="dxa"/>
          </w:tcPr>
          <w:p w14:paraId="08018982" w14:textId="4DF1AE21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02" w:type="dxa"/>
          </w:tcPr>
          <w:p w14:paraId="3E04EEFB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576" w:type="dxa"/>
          </w:tcPr>
          <w:p w14:paraId="5E50FA35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674" w:type="dxa"/>
          </w:tcPr>
          <w:p w14:paraId="639BBA17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Tree</w:t>
            </w:r>
          </w:p>
        </w:tc>
        <w:tc>
          <w:tcPr>
            <w:tcW w:w="991" w:type="dxa"/>
          </w:tcPr>
          <w:p w14:paraId="683EE157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classification</w:t>
            </w:r>
          </w:p>
        </w:tc>
        <w:tc>
          <w:tcPr>
            <w:tcW w:w="658" w:type="dxa"/>
          </w:tcPr>
          <w:p w14:paraId="4F57B067" w14:textId="06FA13D2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33" w:type="dxa"/>
          </w:tcPr>
          <w:p w14:paraId="72174B89" w14:textId="585F4CB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0.0730</w:t>
            </w:r>
          </w:p>
        </w:tc>
      </w:tr>
      <w:tr w:rsidR="00E73BF3" w:rsidRPr="00AB3470" w14:paraId="57C04C6F" w14:textId="77777777" w:rsidTr="00D86323">
        <w:tc>
          <w:tcPr>
            <w:tcW w:w="486" w:type="dxa"/>
          </w:tcPr>
          <w:p w14:paraId="2CB1292B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25" w:type="dxa"/>
          </w:tcPr>
          <w:p w14:paraId="23851B1C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gdi</w:t>
            </w:r>
            <w:proofErr w:type="spellEnd"/>
          </w:p>
        </w:tc>
        <w:tc>
          <w:tcPr>
            <w:tcW w:w="700" w:type="dxa"/>
          </w:tcPr>
          <w:p w14:paraId="446DCC66" w14:textId="66C7E18B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96" w:type="dxa"/>
          </w:tcPr>
          <w:p w14:paraId="43474CFB" w14:textId="4B97F283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115" w:type="dxa"/>
          </w:tcPr>
          <w:p w14:paraId="2161108D" w14:textId="5C6E124A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02" w:type="dxa"/>
          </w:tcPr>
          <w:p w14:paraId="23C4C31F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576" w:type="dxa"/>
          </w:tcPr>
          <w:p w14:paraId="4E7E4431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674" w:type="dxa"/>
          </w:tcPr>
          <w:p w14:paraId="5D0AF406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Tree</w:t>
            </w:r>
          </w:p>
        </w:tc>
        <w:tc>
          <w:tcPr>
            <w:tcW w:w="991" w:type="dxa"/>
          </w:tcPr>
          <w:p w14:paraId="08407D6C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classification</w:t>
            </w:r>
          </w:p>
        </w:tc>
        <w:tc>
          <w:tcPr>
            <w:tcW w:w="658" w:type="dxa"/>
          </w:tcPr>
          <w:p w14:paraId="2D1859A6" w14:textId="3B95EA10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833" w:type="dxa"/>
          </w:tcPr>
          <w:p w14:paraId="1A33FEBD" w14:textId="3604CE9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0.9542</w:t>
            </w:r>
          </w:p>
        </w:tc>
      </w:tr>
    </w:tbl>
    <w:p w14:paraId="07412BE0" w14:textId="77777777" w:rsidR="00E73BF3" w:rsidRPr="00AB3470" w:rsidRDefault="00E73BF3" w:rsidP="00E73BF3">
      <w:pPr>
        <w:rPr>
          <w:rFonts w:ascii="Times New Roman" w:hAnsi="Times New Roman" w:cs="Times New Roman"/>
          <w:sz w:val="20"/>
          <w:szCs w:val="20"/>
        </w:rPr>
      </w:pPr>
    </w:p>
    <w:p w14:paraId="6A3CD2EA" w14:textId="4AC42BD5" w:rsidR="00E73BF3" w:rsidRPr="00AB3470" w:rsidRDefault="00E73BF3" w:rsidP="00E73BF3">
      <w:pPr>
        <w:rPr>
          <w:rFonts w:ascii="Times New Roman" w:hAnsi="Times New Roman" w:cs="Times New Roman"/>
          <w:sz w:val="20"/>
          <w:szCs w:val="20"/>
        </w:rPr>
      </w:pPr>
      <w:r w:rsidRPr="00AB3470">
        <w:rPr>
          <w:rFonts w:ascii="Times New Roman" w:hAnsi="Times New Roman" w:cs="Times New Roman"/>
          <w:sz w:val="20"/>
          <w:szCs w:val="20"/>
        </w:rPr>
        <w:t>Table S10. Summary of AdaBoostM1 hyperparameters for each training split. All models were implemented in MATLAB using decision trees as weak learners (</w:t>
      </w:r>
      <w:proofErr w:type="spellStart"/>
      <w:r w:rsidRPr="00AB3470">
        <w:rPr>
          <w:rFonts w:ascii="Times New Roman" w:hAnsi="Times New Roman" w:cs="Times New Roman"/>
          <w:sz w:val="20"/>
          <w:szCs w:val="20"/>
        </w:rPr>
        <w:t>fitcensemble</w:t>
      </w:r>
      <w:proofErr w:type="spellEnd"/>
      <w:r w:rsidRPr="00AB3470">
        <w:rPr>
          <w:rFonts w:ascii="Times New Roman" w:hAnsi="Times New Roman" w:cs="Times New Roman"/>
          <w:sz w:val="20"/>
          <w:szCs w:val="20"/>
        </w:rPr>
        <w:t>, Method = 'AdaBoostM1'). Default MATLAB parameters were used for fields not specified. hyperparameters for “PTEN” mutations.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9"/>
        <w:gridCol w:w="1013"/>
        <w:gridCol w:w="723"/>
        <w:gridCol w:w="812"/>
        <w:gridCol w:w="1134"/>
        <w:gridCol w:w="1005"/>
        <w:gridCol w:w="554"/>
        <w:gridCol w:w="667"/>
        <w:gridCol w:w="981"/>
        <w:gridCol w:w="659"/>
        <w:gridCol w:w="819"/>
      </w:tblGrid>
      <w:tr w:rsidR="00E73BF3" w:rsidRPr="00AB3470" w14:paraId="56A00144" w14:textId="77777777" w:rsidTr="00D86323">
        <w:tc>
          <w:tcPr>
            <w:tcW w:w="785" w:type="dxa"/>
          </w:tcPr>
          <w:p w14:paraId="3A745118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Split</w:t>
            </w:r>
          </w:p>
        </w:tc>
        <w:tc>
          <w:tcPr>
            <w:tcW w:w="785" w:type="dxa"/>
          </w:tcPr>
          <w:p w14:paraId="1B57E9C0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SplitCriterion</w:t>
            </w:r>
            <w:proofErr w:type="spellEnd"/>
          </w:p>
        </w:tc>
        <w:tc>
          <w:tcPr>
            <w:tcW w:w="785" w:type="dxa"/>
          </w:tcPr>
          <w:p w14:paraId="16AF3109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MinLeaf</w:t>
            </w:r>
            <w:proofErr w:type="spellEnd"/>
          </w:p>
        </w:tc>
        <w:tc>
          <w:tcPr>
            <w:tcW w:w="785" w:type="dxa"/>
          </w:tcPr>
          <w:p w14:paraId="59F8E848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MaxSplits</w:t>
            </w:r>
            <w:proofErr w:type="spellEnd"/>
          </w:p>
        </w:tc>
        <w:tc>
          <w:tcPr>
            <w:tcW w:w="785" w:type="dxa"/>
          </w:tcPr>
          <w:p w14:paraId="3CF3ECF8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NVarToSample</w:t>
            </w:r>
            <w:proofErr w:type="spellEnd"/>
          </w:p>
        </w:tc>
        <w:tc>
          <w:tcPr>
            <w:tcW w:w="785" w:type="dxa"/>
          </w:tcPr>
          <w:p w14:paraId="74D6C5A0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MergeLeaves</w:t>
            </w:r>
            <w:proofErr w:type="spellEnd"/>
          </w:p>
        </w:tc>
        <w:tc>
          <w:tcPr>
            <w:tcW w:w="785" w:type="dxa"/>
          </w:tcPr>
          <w:p w14:paraId="6E687BAA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Prune</w:t>
            </w:r>
          </w:p>
        </w:tc>
        <w:tc>
          <w:tcPr>
            <w:tcW w:w="785" w:type="dxa"/>
          </w:tcPr>
          <w:p w14:paraId="395D225E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Method</w:t>
            </w:r>
          </w:p>
        </w:tc>
        <w:tc>
          <w:tcPr>
            <w:tcW w:w="785" w:type="dxa"/>
          </w:tcPr>
          <w:p w14:paraId="44FC427F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Type</w:t>
            </w:r>
          </w:p>
        </w:tc>
        <w:tc>
          <w:tcPr>
            <w:tcW w:w="785" w:type="dxa"/>
          </w:tcPr>
          <w:p w14:paraId="1C8FCD84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NLearn</w:t>
            </w:r>
            <w:proofErr w:type="spellEnd"/>
          </w:p>
        </w:tc>
        <w:tc>
          <w:tcPr>
            <w:tcW w:w="785" w:type="dxa"/>
          </w:tcPr>
          <w:p w14:paraId="53CC1073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LearnRate</w:t>
            </w:r>
            <w:proofErr w:type="spellEnd"/>
          </w:p>
        </w:tc>
      </w:tr>
      <w:tr w:rsidR="00E73BF3" w:rsidRPr="00AB3470" w14:paraId="31C0ED0F" w14:textId="77777777" w:rsidTr="00D86323">
        <w:tc>
          <w:tcPr>
            <w:tcW w:w="785" w:type="dxa"/>
          </w:tcPr>
          <w:p w14:paraId="535D6059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85" w:type="dxa"/>
          </w:tcPr>
          <w:p w14:paraId="40461D95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gdi</w:t>
            </w:r>
            <w:proofErr w:type="spellEnd"/>
          </w:p>
        </w:tc>
        <w:tc>
          <w:tcPr>
            <w:tcW w:w="785" w:type="dxa"/>
          </w:tcPr>
          <w:p w14:paraId="5CE9C281" w14:textId="60D7C74B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85" w:type="dxa"/>
          </w:tcPr>
          <w:p w14:paraId="0ED7C5DA" w14:textId="6AA7D9B1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85" w:type="dxa"/>
          </w:tcPr>
          <w:p w14:paraId="06CE00C2" w14:textId="6267832F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85" w:type="dxa"/>
          </w:tcPr>
          <w:p w14:paraId="27FFCDAC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785" w:type="dxa"/>
          </w:tcPr>
          <w:p w14:paraId="1B8205FF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785" w:type="dxa"/>
          </w:tcPr>
          <w:p w14:paraId="662CB830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Tree</w:t>
            </w:r>
          </w:p>
        </w:tc>
        <w:tc>
          <w:tcPr>
            <w:tcW w:w="785" w:type="dxa"/>
          </w:tcPr>
          <w:p w14:paraId="5CA2FE40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classification</w:t>
            </w:r>
          </w:p>
        </w:tc>
        <w:tc>
          <w:tcPr>
            <w:tcW w:w="785" w:type="dxa"/>
          </w:tcPr>
          <w:p w14:paraId="7400BDE8" w14:textId="671A2574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785" w:type="dxa"/>
          </w:tcPr>
          <w:p w14:paraId="5B825342" w14:textId="5FC85203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0.3685</w:t>
            </w:r>
          </w:p>
        </w:tc>
      </w:tr>
      <w:tr w:rsidR="00E73BF3" w:rsidRPr="00AB3470" w14:paraId="334A14D5" w14:textId="77777777" w:rsidTr="00D86323">
        <w:tc>
          <w:tcPr>
            <w:tcW w:w="785" w:type="dxa"/>
          </w:tcPr>
          <w:p w14:paraId="5153295F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85" w:type="dxa"/>
          </w:tcPr>
          <w:p w14:paraId="7E6701F1" w14:textId="79E09406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deviance</w:t>
            </w:r>
          </w:p>
        </w:tc>
        <w:tc>
          <w:tcPr>
            <w:tcW w:w="785" w:type="dxa"/>
          </w:tcPr>
          <w:p w14:paraId="50C271FC" w14:textId="47C4B2F0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85" w:type="dxa"/>
          </w:tcPr>
          <w:p w14:paraId="4E9BBF11" w14:textId="1A5BC533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85" w:type="dxa"/>
          </w:tcPr>
          <w:p w14:paraId="47FDC5F1" w14:textId="65E2874E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85" w:type="dxa"/>
          </w:tcPr>
          <w:p w14:paraId="6D9F956D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785" w:type="dxa"/>
          </w:tcPr>
          <w:p w14:paraId="1E345F80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785" w:type="dxa"/>
          </w:tcPr>
          <w:p w14:paraId="5A40705D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Tree</w:t>
            </w:r>
          </w:p>
        </w:tc>
        <w:tc>
          <w:tcPr>
            <w:tcW w:w="785" w:type="dxa"/>
          </w:tcPr>
          <w:p w14:paraId="752388D5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classification</w:t>
            </w:r>
          </w:p>
        </w:tc>
        <w:tc>
          <w:tcPr>
            <w:tcW w:w="785" w:type="dxa"/>
          </w:tcPr>
          <w:p w14:paraId="6F45468B" w14:textId="03760E09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C1459" w:rsidRPr="00AB347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85" w:type="dxa"/>
          </w:tcPr>
          <w:p w14:paraId="4FB02361" w14:textId="44EDEEDF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  <w:r w:rsidR="00AC1459" w:rsidRPr="00AB3470">
              <w:rPr>
                <w:rFonts w:ascii="Times New Roman" w:hAnsi="Times New Roman" w:cs="Times New Roman"/>
                <w:sz w:val="20"/>
                <w:szCs w:val="20"/>
              </w:rPr>
              <w:t>566</w:t>
            </w:r>
          </w:p>
        </w:tc>
      </w:tr>
      <w:tr w:rsidR="00E73BF3" w:rsidRPr="00AB3470" w14:paraId="6EA97A56" w14:textId="77777777" w:rsidTr="00D86323">
        <w:tc>
          <w:tcPr>
            <w:tcW w:w="785" w:type="dxa"/>
          </w:tcPr>
          <w:p w14:paraId="3C0E0BFE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85" w:type="dxa"/>
          </w:tcPr>
          <w:p w14:paraId="01EED63C" w14:textId="348F3A46" w:rsidR="00E73BF3" w:rsidRPr="00AB3470" w:rsidRDefault="00AC145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deviance</w:t>
            </w:r>
          </w:p>
        </w:tc>
        <w:tc>
          <w:tcPr>
            <w:tcW w:w="785" w:type="dxa"/>
          </w:tcPr>
          <w:p w14:paraId="429D6FCC" w14:textId="791B22D0" w:rsidR="00E73BF3" w:rsidRPr="00AB3470" w:rsidRDefault="00AC145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85" w:type="dxa"/>
          </w:tcPr>
          <w:p w14:paraId="2CD6C133" w14:textId="511778C3" w:rsidR="00E73BF3" w:rsidRPr="00AB3470" w:rsidRDefault="00AC145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785" w:type="dxa"/>
          </w:tcPr>
          <w:p w14:paraId="45BE9513" w14:textId="4059F8C9" w:rsidR="00E73BF3" w:rsidRPr="00AB3470" w:rsidRDefault="00AC145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85" w:type="dxa"/>
          </w:tcPr>
          <w:p w14:paraId="3B69C1AF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785" w:type="dxa"/>
          </w:tcPr>
          <w:p w14:paraId="633830DC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785" w:type="dxa"/>
          </w:tcPr>
          <w:p w14:paraId="7DB76366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Tree</w:t>
            </w:r>
          </w:p>
        </w:tc>
        <w:tc>
          <w:tcPr>
            <w:tcW w:w="785" w:type="dxa"/>
          </w:tcPr>
          <w:p w14:paraId="7F6D4D71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classification</w:t>
            </w:r>
          </w:p>
        </w:tc>
        <w:tc>
          <w:tcPr>
            <w:tcW w:w="785" w:type="dxa"/>
          </w:tcPr>
          <w:p w14:paraId="1F40DEF7" w14:textId="33520697" w:rsidR="00E73BF3" w:rsidRPr="00AB3470" w:rsidRDefault="00AC145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85" w:type="dxa"/>
          </w:tcPr>
          <w:p w14:paraId="16B66766" w14:textId="0A1B691A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AC1459" w:rsidRPr="00AB3470">
              <w:rPr>
                <w:rFonts w:ascii="Times New Roman" w:hAnsi="Times New Roman" w:cs="Times New Roman"/>
                <w:sz w:val="20"/>
                <w:szCs w:val="20"/>
              </w:rPr>
              <w:t>0011</w:t>
            </w:r>
          </w:p>
        </w:tc>
      </w:tr>
      <w:tr w:rsidR="00E73BF3" w:rsidRPr="00AB3470" w14:paraId="0B9F5CF1" w14:textId="77777777" w:rsidTr="00D86323">
        <w:tc>
          <w:tcPr>
            <w:tcW w:w="785" w:type="dxa"/>
          </w:tcPr>
          <w:p w14:paraId="76C71D9D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85" w:type="dxa"/>
          </w:tcPr>
          <w:p w14:paraId="4FC81149" w14:textId="138046C4" w:rsidR="00E73BF3" w:rsidRPr="00AB3470" w:rsidRDefault="00AC145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gdi</w:t>
            </w:r>
            <w:proofErr w:type="spellEnd"/>
          </w:p>
        </w:tc>
        <w:tc>
          <w:tcPr>
            <w:tcW w:w="785" w:type="dxa"/>
          </w:tcPr>
          <w:p w14:paraId="494C0419" w14:textId="71386AE5" w:rsidR="00E73BF3" w:rsidRPr="00AB3470" w:rsidRDefault="00AC145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85" w:type="dxa"/>
          </w:tcPr>
          <w:p w14:paraId="0446001D" w14:textId="23809433" w:rsidR="00E73BF3" w:rsidRPr="00AB3470" w:rsidRDefault="00AC145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85" w:type="dxa"/>
          </w:tcPr>
          <w:p w14:paraId="0C7F0186" w14:textId="309C39D2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C1459" w:rsidRPr="00AB347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85" w:type="dxa"/>
          </w:tcPr>
          <w:p w14:paraId="7F6A32DD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785" w:type="dxa"/>
          </w:tcPr>
          <w:p w14:paraId="282E498A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785" w:type="dxa"/>
          </w:tcPr>
          <w:p w14:paraId="12C7F359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Tree</w:t>
            </w:r>
          </w:p>
        </w:tc>
        <w:tc>
          <w:tcPr>
            <w:tcW w:w="785" w:type="dxa"/>
          </w:tcPr>
          <w:p w14:paraId="1BCF6A5C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classification</w:t>
            </w:r>
          </w:p>
        </w:tc>
        <w:tc>
          <w:tcPr>
            <w:tcW w:w="785" w:type="dxa"/>
          </w:tcPr>
          <w:p w14:paraId="7F301AC4" w14:textId="13384FA4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C1459" w:rsidRPr="00AB347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85" w:type="dxa"/>
          </w:tcPr>
          <w:p w14:paraId="737FDF1D" w14:textId="6111572F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AC1459" w:rsidRPr="00AB3470">
              <w:rPr>
                <w:rFonts w:ascii="Times New Roman" w:hAnsi="Times New Roman" w:cs="Times New Roman"/>
                <w:sz w:val="20"/>
                <w:szCs w:val="20"/>
              </w:rPr>
              <w:t>8734</w:t>
            </w:r>
          </w:p>
        </w:tc>
      </w:tr>
      <w:tr w:rsidR="00E73BF3" w:rsidRPr="00AB3470" w14:paraId="031CC5D3" w14:textId="77777777" w:rsidTr="00D86323">
        <w:tc>
          <w:tcPr>
            <w:tcW w:w="785" w:type="dxa"/>
          </w:tcPr>
          <w:p w14:paraId="7BBD3156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85" w:type="dxa"/>
          </w:tcPr>
          <w:p w14:paraId="241A9B64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gdi</w:t>
            </w:r>
            <w:proofErr w:type="spellEnd"/>
          </w:p>
        </w:tc>
        <w:tc>
          <w:tcPr>
            <w:tcW w:w="785" w:type="dxa"/>
          </w:tcPr>
          <w:p w14:paraId="2BC81B94" w14:textId="55BD5BC7" w:rsidR="00E73BF3" w:rsidRPr="00AB3470" w:rsidRDefault="00AC145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85" w:type="dxa"/>
          </w:tcPr>
          <w:p w14:paraId="36D6C4D9" w14:textId="5309CC9B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AC1459" w:rsidRPr="00AB347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85" w:type="dxa"/>
          </w:tcPr>
          <w:p w14:paraId="684A88A1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85" w:type="dxa"/>
          </w:tcPr>
          <w:p w14:paraId="0E68737D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785" w:type="dxa"/>
          </w:tcPr>
          <w:p w14:paraId="58234492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785" w:type="dxa"/>
          </w:tcPr>
          <w:p w14:paraId="5C0A7DCA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Tree</w:t>
            </w:r>
          </w:p>
        </w:tc>
        <w:tc>
          <w:tcPr>
            <w:tcW w:w="785" w:type="dxa"/>
          </w:tcPr>
          <w:p w14:paraId="198885AD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classification</w:t>
            </w:r>
          </w:p>
        </w:tc>
        <w:tc>
          <w:tcPr>
            <w:tcW w:w="785" w:type="dxa"/>
          </w:tcPr>
          <w:p w14:paraId="257D08C7" w14:textId="22294294" w:rsidR="00E73BF3" w:rsidRPr="00AB3470" w:rsidRDefault="00AC145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785" w:type="dxa"/>
          </w:tcPr>
          <w:p w14:paraId="48C68658" w14:textId="38A483E1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AC1459" w:rsidRPr="00AB3470">
              <w:rPr>
                <w:rFonts w:ascii="Times New Roman" w:hAnsi="Times New Roman" w:cs="Times New Roman"/>
                <w:sz w:val="20"/>
                <w:szCs w:val="20"/>
              </w:rPr>
              <w:t>011</w:t>
            </w:r>
          </w:p>
        </w:tc>
      </w:tr>
    </w:tbl>
    <w:p w14:paraId="01DDD9B1" w14:textId="77777777" w:rsidR="00E73BF3" w:rsidRPr="00AB3470" w:rsidRDefault="00E73BF3" w:rsidP="00E73BF3">
      <w:pPr>
        <w:rPr>
          <w:rFonts w:ascii="Times New Roman" w:hAnsi="Times New Roman" w:cs="Times New Roman"/>
          <w:sz w:val="20"/>
          <w:szCs w:val="20"/>
        </w:rPr>
      </w:pPr>
    </w:p>
    <w:p w14:paraId="36F50AF5" w14:textId="77777777" w:rsidR="00E73BF3" w:rsidRPr="00AB3470" w:rsidRDefault="00E73BF3" w:rsidP="00E73BF3">
      <w:pPr>
        <w:rPr>
          <w:rFonts w:ascii="Times New Roman" w:hAnsi="Times New Roman" w:cs="Times New Roman"/>
          <w:sz w:val="20"/>
          <w:szCs w:val="20"/>
        </w:rPr>
      </w:pPr>
    </w:p>
    <w:p w14:paraId="0E0A611C" w14:textId="77777777" w:rsidR="003F7D6A" w:rsidRPr="00AB3470" w:rsidRDefault="003F7D6A" w:rsidP="00E73BF3">
      <w:pPr>
        <w:rPr>
          <w:rFonts w:ascii="Times New Roman" w:hAnsi="Times New Roman" w:cs="Times New Roman"/>
          <w:sz w:val="20"/>
          <w:szCs w:val="20"/>
        </w:rPr>
      </w:pPr>
    </w:p>
    <w:p w14:paraId="71B2378E" w14:textId="5E114DE0" w:rsidR="00E73BF3" w:rsidRPr="00AB3470" w:rsidRDefault="00E73BF3" w:rsidP="00E73BF3">
      <w:pPr>
        <w:rPr>
          <w:rFonts w:ascii="Times New Roman" w:hAnsi="Times New Roman" w:cs="Times New Roman"/>
          <w:sz w:val="20"/>
          <w:szCs w:val="20"/>
        </w:rPr>
      </w:pPr>
      <w:r w:rsidRPr="00AB3470">
        <w:rPr>
          <w:rFonts w:ascii="Times New Roman" w:hAnsi="Times New Roman" w:cs="Times New Roman"/>
          <w:sz w:val="20"/>
          <w:szCs w:val="20"/>
        </w:rPr>
        <w:t>Table S11. Summary of AdaBoostM1 hyperparameters for each training split. All models were implemented in MATLAB using decision trees as weak learners (</w:t>
      </w:r>
      <w:proofErr w:type="spellStart"/>
      <w:r w:rsidRPr="00AB3470">
        <w:rPr>
          <w:rFonts w:ascii="Times New Roman" w:hAnsi="Times New Roman" w:cs="Times New Roman"/>
          <w:sz w:val="20"/>
          <w:szCs w:val="20"/>
        </w:rPr>
        <w:t>fitcensemble</w:t>
      </w:r>
      <w:proofErr w:type="spellEnd"/>
      <w:r w:rsidRPr="00AB3470">
        <w:rPr>
          <w:rFonts w:ascii="Times New Roman" w:hAnsi="Times New Roman" w:cs="Times New Roman"/>
          <w:sz w:val="20"/>
          <w:szCs w:val="20"/>
        </w:rPr>
        <w:t xml:space="preserve">, Method = 'AdaBoostM1'). Default MATLAB parameters were used for fields not specified. </w:t>
      </w:r>
      <w:r w:rsidR="00216821">
        <w:rPr>
          <w:rFonts w:ascii="Times New Roman" w:hAnsi="Times New Roman" w:cs="Times New Roman"/>
          <w:sz w:val="20"/>
          <w:szCs w:val="20"/>
        </w:rPr>
        <w:t>H</w:t>
      </w:r>
      <w:r w:rsidRPr="00AB3470">
        <w:rPr>
          <w:rFonts w:ascii="Times New Roman" w:hAnsi="Times New Roman" w:cs="Times New Roman"/>
          <w:sz w:val="20"/>
          <w:szCs w:val="20"/>
        </w:rPr>
        <w:t>yperparameters for “TMPRSS2” mutations.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9"/>
        <w:gridCol w:w="1013"/>
        <w:gridCol w:w="723"/>
        <w:gridCol w:w="812"/>
        <w:gridCol w:w="1134"/>
        <w:gridCol w:w="1005"/>
        <w:gridCol w:w="554"/>
        <w:gridCol w:w="667"/>
        <w:gridCol w:w="981"/>
        <w:gridCol w:w="659"/>
        <w:gridCol w:w="819"/>
      </w:tblGrid>
      <w:tr w:rsidR="00E73BF3" w:rsidRPr="00AB3470" w14:paraId="22F9123A" w14:textId="77777777" w:rsidTr="00D86323">
        <w:tc>
          <w:tcPr>
            <w:tcW w:w="785" w:type="dxa"/>
          </w:tcPr>
          <w:p w14:paraId="5D0A43FC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Split</w:t>
            </w:r>
          </w:p>
        </w:tc>
        <w:tc>
          <w:tcPr>
            <w:tcW w:w="785" w:type="dxa"/>
          </w:tcPr>
          <w:p w14:paraId="6DDF0F0F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SplitCriterion</w:t>
            </w:r>
            <w:proofErr w:type="spellEnd"/>
          </w:p>
        </w:tc>
        <w:tc>
          <w:tcPr>
            <w:tcW w:w="785" w:type="dxa"/>
          </w:tcPr>
          <w:p w14:paraId="21519D99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MinLeaf</w:t>
            </w:r>
            <w:proofErr w:type="spellEnd"/>
          </w:p>
        </w:tc>
        <w:tc>
          <w:tcPr>
            <w:tcW w:w="785" w:type="dxa"/>
          </w:tcPr>
          <w:p w14:paraId="5317C6D4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MaxSplits</w:t>
            </w:r>
            <w:proofErr w:type="spellEnd"/>
          </w:p>
        </w:tc>
        <w:tc>
          <w:tcPr>
            <w:tcW w:w="785" w:type="dxa"/>
          </w:tcPr>
          <w:p w14:paraId="5233A176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NVarToSample</w:t>
            </w:r>
            <w:proofErr w:type="spellEnd"/>
          </w:p>
        </w:tc>
        <w:tc>
          <w:tcPr>
            <w:tcW w:w="785" w:type="dxa"/>
          </w:tcPr>
          <w:p w14:paraId="21C5FBAB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MergeLeaves</w:t>
            </w:r>
            <w:proofErr w:type="spellEnd"/>
          </w:p>
        </w:tc>
        <w:tc>
          <w:tcPr>
            <w:tcW w:w="785" w:type="dxa"/>
          </w:tcPr>
          <w:p w14:paraId="435493C1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Prune</w:t>
            </w:r>
          </w:p>
        </w:tc>
        <w:tc>
          <w:tcPr>
            <w:tcW w:w="785" w:type="dxa"/>
          </w:tcPr>
          <w:p w14:paraId="1EB53BA4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Method</w:t>
            </w:r>
          </w:p>
        </w:tc>
        <w:tc>
          <w:tcPr>
            <w:tcW w:w="785" w:type="dxa"/>
          </w:tcPr>
          <w:p w14:paraId="29BDC4F7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Type</w:t>
            </w:r>
          </w:p>
        </w:tc>
        <w:tc>
          <w:tcPr>
            <w:tcW w:w="785" w:type="dxa"/>
          </w:tcPr>
          <w:p w14:paraId="703A0F05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NLearn</w:t>
            </w:r>
            <w:proofErr w:type="spellEnd"/>
          </w:p>
        </w:tc>
        <w:tc>
          <w:tcPr>
            <w:tcW w:w="785" w:type="dxa"/>
          </w:tcPr>
          <w:p w14:paraId="7E5F241B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LearnRate</w:t>
            </w:r>
            <w:proofErr w:type="spellEnd"/>
          </w:p>
        </w:tc>
      </w:tr>
      <w:tr w:rsidR="00E73BF3" w:rsidRPr="00AB3470" w14:paraId="7A386962" w14:textId="77777777" w:rsidTr="00D86323">
        <w:tc>
          <w:tcPr>
            <w:tcW w:w="785" w:type="dxa"/>
          </w:tcPr>
          <w:p w14:paraId="483CFCA2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85" w:type="dxa"/>
          </w:tcPr>
          <w:p w14:paraId="66B4AA37" w14:textId="0DECDE98" w:rsidR="00E73BF3" w:rsidRPr="00AB3470" w:rsidRDefault="009C6567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deviance</w:t>
            </w:r>
          </w:p>
        </w:tc>
        <w:tc>
          <w:tcPr>
            <w:tcW w:w="785" w:type="dxa"/>
          </w:tcPr>
          <w:p w14:paraId="3BF2F83E" w14:textId="2E2F0582" w:rsidR="00E73BF3" w:rsidRPr="00AB3470" w:rsidRDefault="009C6567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85" w:type="dxa"/>
          </w:tcPr>
          <w:p w14:paraId="732A2A74" w14:textId="21DC24DE" w:rsidR="00E73BF3" w:rsidRPr="00AB3470" w:rsidRDefault="009C6567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85" w:type="dxa"/>
          </w:tcPr>
          <w:p w14:paraId="33AB8C5E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85" w:type="dxa"/>
          </w:tcPr>
          <w:p w14:paraId="5734BF19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785" w:type="dxa"/>
          </w:tcPr>
          <w:p w14:paraId="1D9410D4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785" w:type="dxa"/>
          </w:tcPr>
          <w:p w14:paraId="54565A53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Tree</w:t>
            </w:r>
          </w:p>
        </w:tc>
        <w:tc>
          <w:tcPr>
            <w:tcW w:w="785" w:type="dxa"/>
          </w:tcPr>
          <w:p w14:paraId="0FD3FCAB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classification</w:t>
            </w:r>
          </w:p>
        </w:tc>
        <w:tc>
          <w:tcPr>
            <w:tcW w:w="785" w:type="dxa"/>
          </w:tcPr>
          <w:p w14:paraId="5290EFC8" w14:textId="39C5267A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C6567" w:rsidRPr="00AB347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85" w:type="dxa"/>
          </w:tcPr>
          <w:p w14:paraId="1D4BA652" w14:textId="006602D8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9C6567" w:rsidRPr="00AB3470">
              <w:rPr>
                <w:rFonts w:ascii="Times New Roman" w:hAnsi="Times New Roman" w:cs="Times New Roman"/>
                <w:sz w:val="20"/>
                <w:szCs w:val="20"/>
              </w:rPr>
              <w:t>0014</w:t>
            </w:r>
          </w:p>
        </w:tc>
      </w:tr>
      <w:tr w:rsidR="00E73BF3" w:rsidRPr="00AB3470" w14:paraId="57A9894A" w14:textId="77777777" w:rsidTr="00D86323">
        <w:tc>
          <w:tcPr>
            <w:tcW w:w="785" w:type="dxa"/>
          </w:tcPr>
          <w:p w14:paraId="612FCD62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85" w:type="dxa"/>
          </w:tcPr>
          <w:p w14:paraId="01E72151" w14:textId="46356D95" w:rsidR="00E73BF3" w:rsidRPr="00AB3470" w:rsidRDefault="009C6567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deviance</w:t>
            </w:r>
          </w:p>
        </w:tc>
        <w:tc>
          <w:tcPr>
            <w:tcW w:w="785" w:type="dxa"/>
          </w:tcPr>
          <w:p w14:paraId="1AF5C571" w14:textId="438FF557" w:rsidR="00E73BF3" w:rsidRPr="00AB3470" w:rsidRDefault="009C6567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85" w:type="dxa"/>
          </w:tcPr>
          <w:p w14:paraId="61A44F8D" w14:textId="04C3DCA8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85" w:type="dxa"/>
          </w:tcPr>
          <w:p w14:paraId="778CBA59" w14:textId="11BE0FC1" w:rsidR="00E73BF3" w:rsidRPr="00AB3470" w:rsidRDefault="009C6567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85" w:type="dxa"/>
          </w:tcPr>
          <w:p w14:paraId="6CD5D846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785" w:type="dxa"/>
          </w:tcPr>
          <w:p w14:paraId="62D6DDA7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785" w:type="dxa"/>
          </w:tcPr>
          <w:p w14:paraId="680242FB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Tree</w:t>
            </w:r>
          </w:p>
        </w:tc>
        <w:tc>
          <w:tcPr>
            <w:tcW w:w="785" w:type="dxa"/>
          </w:tcPr>
          <w:p w14:paraId="39D085EE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classifica</w:t>
            </w:r>
            <w:r w:rsidRPr="00AB347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tion</w:t>
            </w:r>
          </w:p>
        </w:tc>
        <w:tc>
          <w:tcPr>
            <w:tcW w:w="785" w:type="dxa"/>
          </w:tcPr>
          <w:p w14:paraId="0FAEC0C6" w14:textId="2E22D8D5" w:rsidR="00E73BF3" w:rsidRPr="00AB3470" w:rsidRDefault="009C6567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12</w:t>
            </w:r>
          </w:p>
        </w:tc>
        <w:tc>
          <w:tcPr>
            <w:tcW w:w="785" w:type="dxa"/>
          </w:tcPr>
          <w:p w14:paraId="3E262015" w14:textId="4A279D0A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9C6567" w:rsidRPr="00AB3470">
              <w:rPr>
                <w:rFonts w:ascii="Times New Roman" w:hAnsi="Times New Roman" w:cs="Times New Roman"/>
                <w:sz w:val="20"/>
                <w:szCs w:val="20"/>
              </w:rPr>
              <w:t>0010</w:t>
            </w:r>
          </w:p>
        </w:tc>
      </w:tr>
      <w:tr w:rsidR="00E73BF3" w:rsidRPr="00AB3470" w14:paraId="4EFE5482" w14:textId="77777777" w:rsidTr="00D86323">
        <w:tc>
          <w:tcPr>
            <w:tcW w:w="785" w:type="dxa"/>
          </w:tcPr>
          <w:p w14:paraId="1E04B68C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85" w:type="dxa"/>
          </w:tcPr>
          <w:p w14:paraId="35DBEA75" w14:textId="0E3ADEF9" w:rsidR="00E73BF3" w:rsidRPr="00AB3470" w:rsidRDefault="009C6567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deviance</w:t>
            </w:r>
          </w:p>
        </w:tc>
        <w:tc>
          <w:tcPr>
            <w:tcW w:w="785" w:type="dxa"/>
          </w:tcPr>
          <w:p w14:paraId="50BE5CED" w14:textId="2DEBDBFD" w:rsidR="00E73BF3" w:rsidRPr="00AB3470" w:rsidRDefault="009C6567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85" w:type="dxa"/>
          </w:tcPr>
          <w:p w14:paraId="31FFC272" w14:textId="6A9113A8" w:rsidR="00E73BF3" w:rsidRPr="00AB3470" w:rsidRDefault="009C6567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785" w:type="dxa"/>
          </w:tcPr>
          <w:p w14:paraId="3BD35ACB" w14:textId="159F9E56" w:rsidR="00E73BF3" w:rsidRPr="00AB3470" w:rsidRDefault="009C6567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85" w:type="dxa"/>
          </w:tcPr>
          <w:p w14:paraId="364EED3F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785" w:type="dxa"/>
          </w:tcPr>
          <w:p w14:paraId="0CF05904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785" w:type="dxa"/>
          </w:tcPr>
          <w:p w14:paraId="7B939ABC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Tree</w:t>
            </w:r>
          </w:p>
        </w:tc>
        <w:tc>
          <w:tcPr>
            <w:tcW w:w="785" w:type="dxa"/>
          </w:tcPr>
          <w:p w14:paraId="68A4058C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classification</w:t>
            </w:r>
          </w:p>
        </w:tc>
        <w:tc>
          <w:tcPr>
            <w:tcW w:w="785" w:type="dxa"/>
          </w:tcPr>
          <w:p w14:paraId="7775B162" w14:textId="73C22FBD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C6567" w:rsidRPr="00AB347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85" w:type="dxa"/>
          </w:tcPr>
          <w:p w14:paraId="79230185" w14:textId="515C3253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9C6567" w:rsidRPr="00AB3470">
              <w:rPr>
                <w:rFonts w:ascii="Times New Roman" w:hAnsi="Times New Roman" w:cs="Times New Roman"/>
                <w:sz w:val="20"/>
                <w:szCs w:val="20"/>
              </w:rPr>
              <w:t>0011</w:t>
            </w:r>
          </w:p>
        </w:tc>
      </w:tr>
      <w:tr w:rsidR="00E73BF3" w:rsidRPr="00AB3470" w14:paraId="127088A0" w14:textId="77777777" w:rsidTr="00D86323">
        <w:tc>
          <w:tcPr>
            <w:tcW w:w="785" w:type="dxa"/>
          </w:tcPr>
          <w:p w14:paraId="0DFCEF8C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85" w:type="dxa"/>
          </w:tcPr>
          <w:p w14:paraId="3B7E8C0D" w14:textId="48A0F0E8" w:rsidR="00E73BF3" w:rsidRPr="00AB3470" w:rsidRDefault="008E4B2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gdi</w:t>
            </w:r>
            <w:proofErr w:type="spellEnd"/>
          </w:p>
        </w:tc>
        <w:tc>
          <w:tcPr>
            <w:tcW w:w="785" w:type="dxa"/>
          </w:tcPr>
          <w:p w14:paraId="00CF9F6D" w14:textId="772CEC99" w:rsidR="00E73BF3" w:rsidRPr="00AB3470" w:rsidRDefault="008E4B2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85" w:type="dxa"/>
          </w:tcPr>
          <w:p w14:paraId="3823BDC3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85" w:type="dxa"/>
          </w:tcPr>
          <w:p w14:paraId="4E33BF47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85" w:type="dxa"/>
          </w:tcPr>
          <w:p w14:paraId="323DD924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785" w:type="dxa"/>
          </w:tcPr>
          <w:p w14:paraId="09C00576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785" w:type="dxa"/>
          </w:tcPr>
          <w:p w14:paraId="269E2901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Tree</w:t>
            </w:r>
          </w:p>
        </w:tc>
        <w:tc>
          <w:tcPr>
            <w:tcW w:w="785" w:type="dxa"/>
          </w:tcPr>
          <w:p w14:paraId="1C97DA7D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classification</w:t>
            </w:r>
          </w:p>
        </w:tc>
        <w:tc>
          <w:tcPr>
            <w:tcW w:w="785" w:type="dxa"/>
          </w:tcPr>
          <w:p w14:paraId="08A5C00F" w14:textId="057D4C35" w:rsidR="00E73BF3" w:rsidRPr="00AB3470" w:rsidRDefault="008E4B2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85" w:type="dxa"/>
          </w:tcPr>
          <w:p w14:paraId="59C5C056" w14:textId="576BC9F2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8E4B23" w:rsidRPr="00AB3470">
              <w:rPr>
                <w:rFonts w:ascii="Times New Roman" w:hAnsi="Times New Roman" w:cs="Times New Roman"/>
                <w:sz w:val="20"/>
                <w:szCs w:val="20"/>
              </w:rPr>
              <w:t>071</w:t>
            </w:r>
          </w:p>
        </w:tc>
      </w:tr>
      <w:tr w:rsidR="00E73BF3" w:rsidRPr="00AB3470" w14:paraId="4E56AB39" w14:textId="77777777" w:rsidTr="00D86323">
        <w:tc>
          <w:tcPr>
            <w:tcW w:w="785" w:type="dxa"/>
          </w:tcPr>
          <w:p w14:paraId="02360C63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85" w:type="dxa"/>
          </w:tcPr>
          <w:p w14:paraId="6E85F686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deviance</w:t>
            </w:r>
          </w:p>
        </w:tc>
        <w:tc>
          <w:tcPr>
            <w:tcW w:w="785" w:type="dxa"/>
          </w:tcPr>
          <w:p w14:paraId="244F543E" w14:textId="7571AAFB" w:rsidR="00E73BF3" w:rsidRPr="00AB3470" w:rsidRDefault="008E4B2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85" w:type="dxa"/>
          </w:tcPr>
          <w:p w14:paraId="125F85C0" w14:textId="0B9E9ECC" w:rsidR="00E73BF3" w:rsidRPr="00AB3470" w:rsidRDefault="008E4B2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85" w:type="dxa"/>
          </w:tcPr>
          <w:p w14:paraId="759AC534" w14:textId="04FB4C21" w:rsidR="00E73BF3" w:rsidRPr="00AB3470" w:rsidRDefault="008E4B2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85" w:type="dxa"/>
          </w:tcPr>
          <w:p w14:paraId="4D8C4D68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785" w:type="dxa"/>
          </w:tcPr>
          <w:p w14:paraId="1A826FD1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785" w:type="dxa"/>
          </w:tcPr>
          <w:p w14:paraId="19086105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Tree</w:t>
            </w:r>
          </w:p>
        </w:tc>
        <w:tc>
          <w:tcPr>
            <w:tcW w:w="785" w:type="dxa"/>
          </w:tcPr>
          <w:p w14:paraId="717ECA37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classification</w:t>
            </w:r>
          </w:p>
        </w:tc>
        <w:tc>
          <w:tcPr>
            <w:tcW w:w="785" w:type="dxa"/>
          </w:tcPr>
          <w:p w14:paraId="2820922C" w14:textId="74BDCEF6" w:rsidR="00E73BF3" w:rsidRPr="00AB3470" w:rsidRDefault="008E4B2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222</w:t>
            </w:r>
          </w:p>
        </w:tc>
        <w:tc>
          <w:tcPr>
            <w:tcW w:w="785" w:type="dxa"/>
          </w:tcPr>
          <w:p w14:paraId="049474EF" w14:textId="0FA34733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8E4B23" w:rsidRPr="00AB3470">
              <w:rPr>
                <w:rFonts w:ascii="Times New Roman" w:hAnsi="Times New Roman" w:cs="Times New Roman"/>
                <w:sz w:val="20"/>
                <w:szCs w:val="20"/>
              </w:rPr>
              <w:t>1145</w:t>
            </w:r>
          </w:p>
        </w:tc>
      </w:tr>
    </w:tbl>
    <w:p w14:paraId="6DF37E99" w14:textId="77777777" w:rsidR="00E73BF3" w:rsidRPr="00AB3470" w:rsidRDefault="00E73BF3" w:rsidP="00E73BF3">
      <w:pPr>
        <w:rPr>
          <w:rFonts w:ascii="Times New Roman" w:hAnsi="Times New Roman" w:cs="Times New Roman"/>
          <w:sz w:val="20"/>
          <w:szCs w:val="20"/>
        </w:rPr>
      </w:pPr>
    </w:p>
    <w:p w14:paraId="314CAC11" w14:textId="75F4449C" w:rsidR="00E73BF3" w:rsidRPr="00AB3470" w:rsidRDefault="00E73BF3" w:rsidP="00E73BF3">
      <w:pPr>
        <w:rPr>
          <w:rFonts w:ascii="Times New Roman" w:hAnsi="Times New Roman" w:cs="Times New Roman"/>
          <w:sz w:val="20"/>
          <w:szCs w:val="20"/>
        </w:rPr>
      </w:pPr>
      <w:r w:rsidRPr="00AB3470">
        <w:rPr>
          <w:rFonts w:ascii="Times New Roman" w:hAnsi="Times New Roman" w:cs="Times New Roman"/>
          <w:sz w:val="20"/>
          <w:szCs w:val="20"/>
        </w:rPr>
        <w:t>Table S12. Summary of AdaBoostM1 hyperparameters for each training split. All models were implemented in MATLAB using decision trees as weak learners (</w:t>
      </w:r>
      <w:proofErr w:type="spellStart"/>
      <w:r w:rsidRPr="00AB3470">
        <w:rPr>
          <w:rFonts w:ascii="Times New Roman" w:hAnsi="Times New Roman" w:cs="Times New Roman"/>
          <w:sz w:val="20"/>
          <w:szCs w:val="20"/>
        </w:rPr>
        <w:t>fitcensemble</w:t>
      </w:r>
      <w:proofErr w:type="spellEnd"/>
      <w:r w:rsidRPr="00AB3470">
        <w:rPr>
          <w:rFonts w:ascii="Times New Roman" w:hAnsi="Times New Roman" w:cs="Times New Roman"/>
          <w:sz w:val="20"/>
          <w:szCs w:val="20"/>
        </w:rPr>
        <w:t xml:space="preserve">, Method = 'AdaBoostM1'). Default MATLAB parameters were used for fields not specified. </w:t>
      </w:r>
      <w:r w:rsidR="00216821">
        <w:rPr>
          <w:rFonts w:ascii="Times New Roman" w:hAnsi="Times New Roman" w:cs="Times New Roman"/>
          <w:sz w:val="20"/>
          <w:szCs w:val="20"/>
        </w:rPr>
        <w:t>H</w:t>
      </w:r>
      <w:r w:rsidRPr="00AB3470">
        <w:rPr>
          <w:rFonts w:ascii="Times New Roman" w:hAnsi="Times New Roman" w:cs="Times New Roman"/>
          <w:sz w:val="20"/>
          <w:szCs w:val="20"/>
        </w:rPr>
        <w:t>yperparameters for “TP53” mutations.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9"/>
        <w:gridCol w:w="1013"/>
        <w:gridCol w:w="723"/>
        <w:gridCol w:w="812"/>
        <w:gridCol w:w="1134"/>
        <w:gridCol w:w="1005"/>
        <w:gridCol w:w="554"/>
        <w:gridCol w:w="667"/>
        <w:gridCol w:w="981"/>
        <w:gridCol w:w="659"/>
        <w:gridCol w:w="819"/>
      </w:tblGrid>
      <w:tr w:rsidR="00E73BF3" w:rsidRPr="00AB3470" w14:paraId="47567B23" w14:textId="77777777" w:rsidTr="00D86323">
        <w:tc>
          <w:tcPr>
            <w:tcW w:w="785" w:type="dxa"/>
          </w:tcPr>
          <w:p w14:paraId="6571E503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Split</w:t>
            </w:r>
          </w:p>
        </w:tc>
        <w:tc>
          <w:tcPr>
            <w:tcW w:w="785" w:type="dxa"/>
          </w:tcPr>
          <w:p w14:paraId="5D6B7FF3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SplitCriterion</w:t>
            </w:r>
            <w:proofErr w:type="spellEnd"/>
          </w:p>
        </w:tc>
        <w:tc>
          <w:tcPr>
            <w:tcW w:w="785" w:type="dxa"/>
          </w:tcPr>
          <w:p w14:paraId="001881A5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MinLeaf</w:t>
            </w:r>
            <w:proofErr w:type="spellEnd"/>
          </w:p>
        </w:tc>
        <w:tc>
          <w:tcPr>
            <w:tcW w:w="785" w:type="dxa"/>
          </w:tcPr>
          <w:p w14:paraId="47324DCA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MaxSplits</w:t>
            </w:r>
            <w:proofErr w:type="spellEnd"/>
          </w:p>
        </w:tc>
        <w:tc>
          <w:tcPr>
            <w:tcW w:w="785" w:type="dxa"/>
          </w:tcPr>
          <w:p w14:paraId="6FDF16B9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NVarToSample</w:t>
            </w:r>
            <w:proofErr w:type="spellEnd"/>
          </w:p>
        </w:tc>
        <w:tc>
          <w:tcPr>
            <w:tcW w:w="785" w:type="dxa"/>
          </w:tcPr>
          <w:p w14:paraId="5C77A49A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MergeLeaves</w:t>
            </w:r>
            <w:proofErr w:type="spellEnd"/>
          </w:p>
        </w:tc>
        <w:tc>
          <w:tcPr>
            <w:tcW w:w="785" w:type="dxa"/>
          </w:tcPr>
          <w:p w14:paraId="74F28946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Prune</w:t>
            </w:r>
          </w:p>
        </w:tc>
        <w:tc>
          <w:tcPr>
            <w:tcW w:w="785" w:type="dxa"/>
          </w:tcPr>
          <w:p w14:paraId="178940C3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Method</w:t>
            </w:r>
          </w:p>
        </w:tc>
        <w:tc>
          <w:tcPr>
            <w:tcW w:w="785" w:type="dxa"/>
          </w:tcPr>
          <w:p w14:paraId="078635E9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Type</w:t>
            </w:r>
          </w:p>
        </w:tc>
        <w:tc>
          <w:tcPr>
            <w:tcW w:w="785" w:type="dxa"/>
          </w:tcPr>
          <w:p w14:paraId="42CEE08B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NLearn</w:t>
            </w:r>
            <w:proofErr w:type="spellEnd"/>
          </w:p>
        </w:tc>
        <w:tc>
          <w:tcPr>
            <w:tcW w:w="785" w:type="dxa"/>
          </w:tcPr>
          <w:p w14:paraId="1589177B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LearnRate</w:t>
            </w:r>
            <w:proofErr w:type="spellEnd"/>
          </w:p>
        </w:tc>
      </w:tr>
      <w:tr w:rsidR="00E73BF3" w:rsidRPr="00AB3470" w14:paraId="0F380595" w14:textId="77777777" w:rsidTr="00D86323">
        <w:tc>
          <w:tcPr>
            <w:tcW w:w="785" w:type="dxa"/>
          </w:tcPr>
          <w:p w14:paraId="5BBEC30F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85" w:type="dxa"/>
          </w:tcPr>
          <w:p w14:paraId="404DEC05" w14:textId="362975D2" w:rsidR="00E73BF3" w:rsidRPr="00AB3470" w:rsidRDefault="00A70F9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gdi</w:t>
            </w:r>
            <w:proofErr w:type="spellEnd"/>
          </w:p>
        </w:tc>
        <w:tc>
          <w:tcPr>
            <w:tcW w:w="785" w:type="dxa"/>
          </w:tcPr>
          <w:p w14:paraId="08643FEE" w14:textId="7A42B64C" w:rsidR="00E73BF3" w:rsidRPr="00AB3470" w:rsidRDefault="00A70F9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85" w:type="dxa"/>
          </w:tcPr>
          <w:p w14:paraId="08F54536" w14:textId="58F31C60" w:rsidR="00E73BF3" w:rsidRPr="00AB3470" w:rsidRDefault="00A70F9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785" w:type="dxa"/>
          </w:tcPr>
          <w:p w14:paraId="446CE17D" w14:textId="35CFA2A9" w:rsidR="00E73BF3" w:rsidRPr="00AB3470" w:rsidRDefault="00A70F9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85" w:type="dxa"/>
          </w:tcPr>
          <w:p w14:paraId="20134D15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785" w:type="dxa"/>
          </w:tcPr>
          <w:p w14:paraId="1F80DBD9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785" w:type="dxa"/>
          </w:tcPr>
          <w:p w14:paraId="2D7ED6AB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Tree</w:t>
            </w:r>
          </w:p>
        </w:tc>
        <w:tc>
          <w:tcPr>
            <w:tcW w:w="785" w:type="dxa"/>
          </w:tcPr>
          <w:p w14:paraId="75FE38DB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classification</w:t>
            </w:r>
          </w:p>
        </w:tc>
        <w:tc>
          <w:tcPr>
            <w:tcW w:w="785" w:type="dxa"/>
          </w:tcPr>
          <w:p w14:paraId="34D8287D" w14:textId="7EE7A22A" w:rsidR="00E73BF3" w:rsidRPr="00AB3470" w:rsidRDefault="00A70F9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785" w:type="dxa"/>
          </w:tcPr>
          <w:p w14:paraId="639611DC" w14:textId="35434A1D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A70F99" w:rsidRPr="00AB3470">
              <w:rPr>
                <w:rFonts w:ascii="Times New Roman" w:hAnsi="Times New Roman" w:cs="Times New Roman"/>
                <w:sz w:val="20"/>
                <w:szCs w:val="20"/>
              </w:rPr>
              <w:t>9515</w:t>
            </w:r>
          </w:p>
        </w:tc>
      </w:tr>
      <w:tr w:rsidR="00E73BF3" w:rsidRPr="00AB3470" w14:paraId="3D02AAF4" w14:textId="77777777" w:rsidTr="00D86323">
        <w:tc>
          <w:tcPr>
            <w:tcW w:w="785" w:type="dxa"/>
          </w:tcPr>
          <w:p w14:paraId="733AE4BD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85" w:type="dxa"/>
          </w:tcPr>
          <w:p w14:paraId="35662F08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deviance</w:t>
            </w:r>
          </w:p>
        </w:tc>
        <w:tc>
          <w:tcPr>
            <w:tcW w:w="785" w:type="dxa"/>
          </w:tcPr>
          <w:p w14:paraId="2C270FDD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85" w:type="dxa"/>
          </w:tcPr>
          <w:p w14:paraId="71984F79" w14:textId="2B8F3B52" w:rsidR="00E73BF3" w:rsidRPr="00AB3470" w:rsidRDefault="00A70F9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785" w:type="dxa"/>
          </w:tcPr>
          <w:p w14:paraId="7B2DCC04" w14:textId="2201E441" w:rsidR="00E73BF3" w:rsidRPr="00AB3470" w:rsidRDefault="00A70F9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85" w:type="dxa"/>
          </w:tcPr>
          <w:p w14:paraId="26F8A76C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785" w:type="dxa"/>
          </w:tcPr>
          <w:p w14:paraId="2C3B985A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785" w:type="dxa"/>
          </w:tcPr>
          <w:p w14:paraId="05507E6E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Tree</w:t>
            </w:r>
          </w:p>
        </w:tc>
        <w:tc>
          <w:tcPr>
            <w:tcW w:w="785" w:type="dxa"/>
          </w:tcPr>
          <w:p w14:paraId="7C0EEB3E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classification</w:t>
            </w:r>
          </w:p>
        </w:tc>
        <w:tc>
          <w:tcPr>
            <w:tcW w:w="785" w:type="dxa"/>
          </w:tcPr>
          <w:p w14:paraId="6363ACF2" w14:textId="7D76C1E2" w:rsidR="00E73BF3" w:rsidRPr="00AB3470" w:rsidRDefault="00A70F9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E73BF3" w:rsidRPr="00AB347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85" w:type="dxa"/>
          </w:tcPr>
          <w:p w14:paraId="01EEB0D6" w14:textId="3E9CFD6E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A70F99" w:rsidRPr="00AB3470">
              <w:rPr>
                <w:rFonts w:ascii="Times New Roman" w:hAnsi="Times New Roman" w:cs="Times New Roman"/>
                <w:sz w:val="20"/>
                <w:szCs w:val="20"/>
              </w:rPr>
              <w:t>7853</w:t>
            </w:r>
          </w:p>
        </w:tc>
      </w:tr>
      <w:tr w:rsidR="00E73BF3" w:rsidRPr="00AB3470" w14:paraId="5BB865D1" w14:textId="77777777" w:rsidTr="00D86323">
        <w:tc>
          <w:tcPr>
            <w:tcW w:w="785" w:type="dxa"/>
          </w:tcPr>
          <w:p w14:paraId="2A6528BD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85" w:type="dxa"/>
          </w:tcPr>
          <w:p w14:paraId="05D899D4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gdi</w:t>
            </w:r>
            <w:proofErr w:type="spellEnd"/>
          </w:p>
        </w:tc>
        <w:tc>
          <w:tcPr>
            <w:tcW w:w="785" w:type="dxa"/>
          </w:tcPr>
          <w:p w14:paraId="61921236" w14:textId="20A8853A" w:rsidR="00E73BF3" w:rsidRPr="00AB3470" w:rsidRDefault="00A70F9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85" w:type="dxa"/>
          </w:tcPr>
          <w:p w14:paraId="3BD1844C" w14:textId="67A5EDFD" w:rsidR="00E73BF3" w:rsidRPr="00AB3470" w:rsidRDefault="00A70F9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85" w:type="dxa"/>
          </w:tcPr>
          <w:p w14:paraId="6FCD39EA" w14:textId="3BEEAADA" w:rsidR="00E73BF3" w:rsidRPr="00AB3470" w:rsidRDefault="00A70F9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85" w:type="dxa"/>
          </w:tcPr>
          <w:p w14:paraId="2F33ABD6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785" w:type="dxa"/>
          </w:tcPr>
          <w:p w14:paraId="6C5404E2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785" w:type="dxa"/>
          </w:tcPr>
          <w:p w14:paraId="6E4C51A1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Tree</w:t>
            </w:r>
          </w:p>
        </w:tc>
        <w:tc>
          <w:tcPr>
            <w:tcW w:w="785" w:type="dxa"/>
          </w:tcPr>
          <w:p w14:paraId="00E46D53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classification</w:t>
            </w:r>
          </w:p>
        </w:tc>
        <w:tc>
          <w:tcPr>
            <w:tcW w:w="785" w:type="dxa"/>
          </w:tcPr>
          <w:p w14:paraId="5642C8EA" w14:textId="53BA3457" w:rsidR="00E73BF3" w:rsidRPr="00AB3470" w:rsidRDefault="00A70F9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433</w:t>
            </w:r>
          </w:p>
        </w:tc>
        <w:tc>
          <w:tcPr>
            <w:tcW w:w="785" w:type="dxa"/>
          </w:tcPr>
          <w:p w14:paraId="5B22A8F3" w14:textId="69857A22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A70F99" w:rsidRPr="00AB3470">
              <w:rPr>
                <w:rFonts w:ascii="Times New Roman" w:hAnsi="Times New Roman" w:cs="Times New Roman"/>
                <w:sz w:val="20"/>
                <w:szCs w:val="20"/>
              </w:rPr>
              <w:t>6766</w:t>
            </w:r>
          </w:p>
        </w:tc>
      </w:tr>
      <w:tr w:rsidR="00E73BF3" w:rsidRPr="00AB3470" w14:paraId="0147E714" w14:textId="77777777" w:rsidTr="00D86323">
        <w:tc>
          <w:tcPr>
            <w:tcW w:w="785" w:type="dxa"/>
          </w:tcPr>
          <w:p w14:paraId="4C26E036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85" w:type="dxa"/>
          </w:tcPr>
          <w:p w14:paraId="0A7456EE" w14:textId="42F902E8" w:rsidR="00E73BF3" w:rsidRPr="00AB3470" w:rsidRDefault="00A70F9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deviance</w:t>
            </w:r>
          </w:p>
        </w:tc>
        <w:tc>
          <w:tcPr>
            <w:tcW w:w="785" w:type="dxa"/>
          </w:tcPr>
          <w:p w14:paraId="2C379DBD" w14:textId="7901D595" w:rsidR="00E73BF3" w:rsidRPr="00AB3470" w:rsidRDefault="00A70F9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85" w:type="dxa"/>
          </w:tcPr>
          <w:p w14:paraId="6CAB14C1" w14:textId="7CB69405" w:rsidR="00E73BF3" w:rsidRPr="00AB3470" w:rsidRDefault="00A70F9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85" w:type="dxa"/>
          </w:tcPr>
          <w:p w14:paraId="7A4819AF" w14:textId="734841BF" w:rsidR="00E73BF3" w:rsidRPr="00AB3470" w:rsidRDefault="00A70F9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85" w:type="dxa"/>
          </w:tcPr>
          <w:p w14:paraId="3B0E4C3B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785" w:type="dxa"/>
          </w:tcPr>
          <w:p w14:paraId="2E8F3E70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785" w:type="dxa"/>
          </w:tcPr>
          <w:p w14:paraId="485B21B5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Tree</w:t>
            </w:r>
          </w:p>
        </w:tc>
        <w:tc>
          <w:tcPr>
            <w:tcW w:w="785" w:type="dxa"/>
          </w:tcPr>
          <w:p w14:paraId="6B29007B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classification</w:t>
            </w:r>
          </w:p>
        </w:tc>
        <w:tc>
          <w:tcPr>
            <w:tcW w:w="785" w:type="dxa"/>
          </w:tcPr>
          <w:p w14:paraId="1F0465D2" w14:textId="007A8B48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70F99" w:rsidRPr="00AB347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85" w:type="dxa"/>
          </w:tcPr>
          <w:p w14:paraId="06C2FBF0" w14:textId="05098B7C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A70F99" w:rsidRPr="00AB3470">
              <w:rPr>
                <w:rFonts w:ascii="Times New Roman" w:hAnsi="Times New Roman" w:cs="Times New Roman"/>
                <w:sz w:val="20"/>
                <w:szCs w:val="20"/>
              </w:rPr>
              <w:t>3762</w:t>
            </w:r>
          </w:p>
        </w:tc>
      </w:tr>
      <w:tr w:rsidR="00E73BF3" w:rsidRPr="00AB3470" w14:paraId="55350613" w14:textId="77777777" w:rsidTr="00D86323">
        <w:tc>
          <w:tcPr>
            <w:tcW w:w="785" w:type="dxa"/>
          </w:tcPr>
          <w:p w14:paraId="3E78A948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85" w:type="dxa"/>
          </w:tcPr>
          <w:p w14:paraId="3602FFC8" w14:textId="4288A85E" w:rsidR="00E73BF3" w:rsidRPr="00AB3470" w:rsidRDefault="00A70F9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gdi</w:t>
            </w:r>
            <w:proofErr w:type="spellEnd"/>
          </w:p>
        </w:tc>
        <w:tc>
          <w:tcPr>
            <w:tcW w:w="785" w:type="dxa"/>
          </w:tcPr>
          <w:p w14:paraId="2C1B6BAE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85" w:type="dxa"/>
          </w:tcPr>
          <w:p w14:paraId="32FECBC0" w14:textId="6019A2BE" w:rsidR="00E73BF3" w:rsidRPr="00AB3470" w:rsidRDefault="00A70F9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785" w:type="dxa"/>
          </w:tcPr>
          <w:p w14:paraId="73DB60E9" w14:textId="5D47473A" w:rsidR="00E73BF3" w:rsidRPr="00AB3470" w:rsidRDefault="00A70F99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85" w:type="dxa"/>
          </w:tcPr>
          <w:p w14:paraId="4221B485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785" w:type="dxa"/>
          </w:tcPr>
          <w:p w14:paraId="22171F1F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</w:p>
        </w:tc>
        <w:tc>
          <w:tcPr>
            <w:tcW w:w="785" w:type="dxa"/>
          </w:tcPr>
          <w:p w14:paraId="6C11A2B4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Tree</w:t>
            </w:r>
          </w:p>
        </w:tc>
        <w:tc>
          <w:tcPr>
            <w:tcW w:w="785" w:type="dxa"/>
          </w:tcPr>
          <w:p w14:paraId="7B9BC74D" w14:textId="77777777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classification</w:t>
            </w:r>
          </w:p>
        </w:tc>
        <w:tc>
          <w:tcPr>
            <w:tcW w:w="785" w:type="dxa"/>
          </w:tcPr>
          <w:p w14:paraId="2239D52D" w14:textId="170F032F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064A0D" w:rsidRPr="00AB347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85" w:type="dxa"/>
          </w:tcPr>
          <w:p w14:paraId="1FB3F119" w14:textId="4906881C" w:rsidR="00E73BF3" w:rsidRPr="00AB3470" w:rsidRDefault="00E73BF3" w:rsidP="00D86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470">
              <w:rPr>
                <w:rFonts w:ascii="Times New Roman" w:hAnsi="Times New Roman" w:cs="Times New Roman"/>
                <w:sz w:val="20"/>
                <w:szCs w:val="20"/>
              </w:rPr>
              <w:t>0.91</w:t>
            </w:r>
            <w:r w:rsidR="00064A0D" w:rsidRPr="00AB3470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</w:tr>
    </w:tbl>
    <w:p w14:paraId="47DB2E8E" w14:textId="77777777" w:rsidR="00E73BF3" w:rsidRPr="00AB3470" w:rsidRDefault="00E73BF3">
      <w:pPr>
        <w:rPr>
          <w:rFonts w:ascii="Times New Roman" w:hAnsi="Times New Roman" w:cs="Times New Roman"/>
          <w:sz w:val="20"/>
          <w:szCs w:val="20"/>
        </w:rPr>
      </w:pPr>
    </w:p>
    <w:sectPr w:rsidR="00E73BF3" w:rsidRPr="00AB3470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06994792">
    <w:abstractNumId w:val="8"/>
  </w:num>
  <w:num w:numId="2" w16cid:durableId="1608125195">
    <w:abstractNumId w:val="6"/>
  </w:num>
  <w:num w:numId="3" w16cid:durableId="1136988313">
    <w:abstractNumId w:val="5"/>
  </w:num>
  <w:num w:numId="4" w16cid:durableId="427623313">
    <w:abstractNumId w:val="4"/>
  </w:num>
  <w:num w:numId="5" w16cid:durableId="1986083137">
    <w:abstractNumId w:val="7"/>
  </w:num>
  <w:num w:numId="6" w16cid:durableId="1797140296">
    <w:abstractNumId w:val="3"/>
  </w:num>
  <w:num w:numId="7" w16cid:durableId="923027393">
    <w:abstractNumId w:val="2"/>
  </w:num>
  <w:num w:numId="8" w16cid:durableId="1864319923">
    <w:abstractNumId w:val="1"/>
  </w:num>
  <w:num w:numId="9" w16cid:durableId="1771629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64A0D"/>
    <w:rsid w:val="000C491B"/>
    <w:rsid w:val="00106349"/>
    <w:rsid w:val="00120698"/>
    <w:rsid w:val="0015074B"/>
    <w:rsid w:val="001F41DE"/>
    <w:rsid w:val="00216821"/>
    <w:rsid w:val="0029639D"/>
    <w:rsid w:val="002D343E"/>
    <w:rsid w:val="00326F90"/>
    <w:rsid w:val="003A6F81"/>
    <w:rsid w:val="003F7D6A"/>
    <w:rsid w:val="004A3B65"/>
    <w:rsid w:val="004B77B1"/>
    <w:rsid w:val="005C64EA"/>
    <w:rsid w:val="006218D0"/>
    <w:rsid w:val="006F0172"/>
    <w:rsid w:val="008E3DFB"/>
    <w:rsid w:val="008E4B23"/>
    <w:rsid w:val="009C6567"/>
    <w:rsid w:val="00A70F99"/>
    <w:rsid w:val="00AA1D8D"/>
    <w:rsid w:val="00AB3470"/>
    <w:rsid w:val="00AC1459"/>
    <w:rsid w:val="00B47730"/>
    <w:rsid w:val="00CB0664"/>
    <w:rsid w:val="00D344C9"/>
    <w:rsid w:val="00E73BF3"/>
    <w:rsid w:val="00F1296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860CFB"/>
  <w14:defaultImageDpi w14:val="300"/>
  <w15:docId w15:val="{BACFADA5-0CC0-4E7D-AFF4-EFF6125AA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6</Pages>
  <Words>1247</Words>
  <Characters>7109</Characters>
  <Application>Microsoft Office Word</Application>
  <DocSecurity>0</DocSecurity>
  <Lines>59</Lines>
  <Paragraphs>16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8340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Ing. Alessandro Stefano</cp:lastModifiedBy>
  <cp:revision>6</cp:revision>
  <dcterms:created xsi:type="dcterms:W3CDTF">2025-11-05T10:21:00Z</dcterms:created>
  <dcterms:modified xsi:type="dcterms:W3CDTF">2025-11-05T11:27:00Z</dcterms:modified>
  <cp:category/>
</cp:coreProperties>
</file>