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A0364" w:rsidRPr="008E1D08" w:rsidRDefault="00000000">
      <w:pPr>
        <w:keepNext/>
        <w:spacing w:after="60"/>
        <w:jc w:val="center"/>
        <w:rPr>
          <w:color w:val="000000" w:themeColor="text1"/>
        </w:rPr>
      </w:pPr>
      <w:r w:rsidRPr="008E1D08">
        <w:rPr>
          <w:rFonts w:cs="Times New Roman"/>
          <w:b/>
          <w:color w:val="000000" w:themeColor="text1"/>
          <w:sz w:val="26"/>
        </w:rPr>
        <w:t>Supplementary File S1</w:t>
      </w:r>
    </w:p>
    <w:p w:rsidR="00CA0364" w:rsidRPr="008E1D08" w:rsidRDefault="00000000">
      <w:pPr>
        <w:keepNext/>
        <w:spacing w:after="80"/>
        <w:jc w:val="center"/>
        <w:rPr>
          <w:color w:val="000000" w:themeColor="text1"/>
        </w:rPr>
      </w:pPr>
      <w:r w:rsidRPr="008E1D08">
        <w:rPr>
          <w:rFonts w:cs="Times New Roman"/>
          <w:b/>
          <w:color w:val="000000" w:themeColor="text1"/>
          <w:sz w:val="36"/>
        </w:rPr>
        <w:t>Wrestlers' Nutrition and Weight Management Experience Form</w:t>
      </w:r>
    </w:p>
    <w:p w:rsidR="00CA0364" w:rsidRPr="008E1D08" w:rsidRDefault="00000000">
      <w:pPr>
        <w:keepNext/>
        <w:spacing w:after="60"/>
        <w:jc w:val="center"/>
        <w:rPr>
          <w:color w:val="000000" w:themeColor="text1"/>
        </w:rPr>
      </w:pPr>
      <w:r w:rsidRPr="008E1D08">
        <w:rPr>
          <w:rFonts w:cs="Times New Roman"/>
          <w:i/>
          <w:color w:val="000000" w:themeColor="text1"/>
          <w:sz w:val="19"/>
        </w:rPr>
        <w:t>English version</w:t>
      </w:r>
    </w:p>
    <w:p w:rsidR="00CA0364" w:rsidRPr="008E1D08" w:rsidRDefault="00000000">
      <w:pPr>
        <w:keepNext/>
        <w:spacing w:after="200"/>
        <w:jc w:val="center"/>
        <w:rPr>
          <w:color w:val="000000" w:themeColor="text1"/>
        </w:rPr>
      </w:pPr>
      <w:r w:rsidRPr="008E1D08">
        <w:rPr>
          <w:rFonts w:cs="Times New Roman"/>
          <w:i/>
          <w:color w:val="000000" w:themeColor="text1"/>
          <w:sz w:val="19"/>
        </w:rPr>
        <w:t>Associated manuscript: Psychosocial Experiences of Elite Wrestlers in Nutrition, Weight Management and Performance</w:t>
      </w:r>
    </w:p>
    <w:p w:rsidR="00CA0364" w:rsidRPr="008E1D08" w:rsidRDefault="00000000">
      <w:pPr>
        <w:spacing w:after="180"/>
        <w:ind w:left="360" w:right="360"/>
        <w:rPr>
          <w:color w:val="000000" w:themeColor="text1"/>
        </w:rPr>
      </w:pPr>
      <w:r w:rsidRPr="008E1D08">
        <w:rPr>
          <w:rFonts w:cs="Times New Roman"/>
          <w:i/>
          <w:color w:val="000000" w:themeColor="text1"/>
        </w:rPr>
        <w:t>This document is an English translation of the Turkish study instrument. All participant responses and identifying entries have been removed; all response fields are intentionally blank.</w:t>
      </w:r>
    </w:p>
    <w:p w:rsidR="00CA0364" w:rsidRPr="008E1D08" w:rsidRDefault="00000000">
      <w:pPr>
        <w:pStyle w:val="Balk1"/>
        <w:rPr>
          <w:color w:val="000000" w:themeColor="text1"/>
        </w:rPr>
      </w:pPr>
      <w:r w:rsidRPr="008E1D08">
        <w:rPr>
          <w:rFonts w:ascii="Times New Roman" w:hAnsi="Times New Roman" w:cs="Times New Roman"/>
          <w:color w:val="000000" w:themeColor="text1"/>
        </w:rPr>
        <w:t>Informed Volunteer Consent Form</w:t>
      </w:r>
    </w:p>
    <w:p w:rsidR="00CA0364" w:rsidRPr="008E1D08" w:rsidRDefault="00000000">
      <w:pPr>
        <w:spacing w:after="160"/>
        <w:jc w:val="both"/>
        <w:rPr>
          <w:color w:val="000000" w:themeColor="text1"/>
        </w:rPr>
      </w:pPr>
      <w:r w:rsidRPr="008E1D08">
        <w:rPr>
          <w:rFonts w:cs="Times New Roman"/>
          <w:color w:val="000000" w:themeColor="text1"/>
        </w:rPr>
        <w:t>Participation in this study is entirely voluntary. You have the right to decline to participate or to withdraw from the study at any time after participation has begun. You will not be charged any fee for participating, and no payment will be made for your participation. Information obtained from the study will be used solely for research purposes, and your personal information will be kept confidential.</w:t>
      </w:r>
    </w:p>
    <w:p w:rsidR="00CA0364" w:rsidRPr="008E1D08" w:rsidRDefault="00000000">
      <w:pPr>
        <w:spacing w:after="140" w:line="240" w:lineRule="auto"/>
        <w:ind w:left="475"/>
        <w:rPr>
          <w:color w:val="000000" w:themeColor="text1"/>
        </w:rPr>
      </w:pPr>
      <w:r w:rsidRPr="008E1D08">
        <w:rPr>
          <w:rFonts w:cs="Times New Roman"/>
          <w:color w:val="000000" w:themeColor="text1"/>
        </w:rPr>
        <w:t xml:space="preserve">Questionnaire/Participant No.: </w:t>
      </w:r>
      <w:r w:rsidRPr="008E1D08">
        <w:rPr>
          <w:rFonts w:cs="Times New Roman"/>
          <w:color w:val="000000" w:themeColor="text1"/>
          <w:sz w:val="19"/>
        </w:rPr>
        <w:t>__________________________</w:t>
      </w:r>
    </w:p>
    <w:p w:rsidR="00CA0364" w:rsidRPr="008E1D08" w:rsidRDefault="00000000">
      <w:pPr>
        <w:pStyle w:val="Balk1"/>
        <w:rPr>
          <w:color w:val="000000" w:themeColor="text1"/>
        </w:rPr>
      </w:pPr>
      <w:r w:rsidRPr="008E1D08">
        <w:rPr>
          <w:rFonts w:ascii="Times New Roman" w:hAnsi="Times New Roman" w:cs="Times New Roman"/>
          <w:color w:val="000000" w:themeColor="text1"/>
        </w:rPr>
        <w:t>Part A. Participant Characteristics and Dietary Practices</w:t>
      </w:r>
    </w:p>
    <w:p w:rsidR="00CA0364" w:rsidRPr="008E1D08" w:rsidRDefault="00000000">
      <w:pPr>
        <w:spacing w:after="120"/>
        <w:rPr>
          <w:color w:val="000000" w:themeColor="text1"/>
        </w:rPr>
      </w:pPr>
      <w:r w:rsidRPr="008E1D08">
        <w:rPr>
          <w:rFonts w:cs="Times New Roman"/>
          <w:i/>
          <w:color w:val="000000" w:themeColor="text1"/>
        </w:rPr>
        <w:t>Please mark the applicable option(s) or enter the requested information. An asterisk (*) identifies an item marked as required in the original form.</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Age*</w:t>
      </w:r>
    </w:p>
    <w:p w:rsidR="00CA0364" w:rsidRPr="008E1D08" w:rsidRDefault="00000000">
      <w:pPr>
        <w:spacing w:after="6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18-20     </w:t>
      </w:r>
      <w:r w:rsidRPr="008E1D08">
        <w:rPr>
          <w:rFonts w:ascii="Segoe UI Symbol" w:hAnsi="Segoe UI Symbol" w:cs="Segoe UI Symbol"/>
          <w:color w:val="000000" w:themeColor="text1"/>
        </w:rPr>
        <w:t>☐</w:t>
      </w:r>
      <w:r w:rsidRPr="008E1D08">
        <w:rPr>
          <w:rFonts w:cs="Times New Roman"/>
          <w:color w:val="000000" w:themeColor="text1"/>
        </w:rPr>
        <w:t xml:space="preserve"> 21-25     </w:t>
      </w:r>
      <w:r w:rsidRPr="008E1D08">
        <w:rPr>
          <w:rFonts w:ascii="Segoe UI Symbol" w:hAnsi="Segoe UI Symbol" w:cs="Segoe UI Symbol"/>
          <w:color w:val="000000" w:themeColor="text1"/>
        </w:rPr>
        <w:t>☐</w:t>
      </w:r>
      <w:r w:rsidRPr="008E1D08">
        <w:rPr>
          <w:rFonts w:cs="Times New Roman"/>
          <w:color w:val="000000" w:themeColor="text1"/>
        </w:rPr>
        <w:t xml:space="preserve"> 26-30     </w:t>
      </w:r>
      <w:r w:rsidRPr="008E1D08">
        <w:rPr>
          <w:rFonts w:ascii="Segoe UI Symbol" w:hAnsi="Segoe UI Symbol" w:cs="Segoe UI Symbol"/>
          <w:color w:val="000000" w:themeColor="text1"/>
        </w:rPr>
        <w:t>☐</w:t>
      </w:r>
      <w:r w:rsidRPr="008E1D08">
        <w:rPr>
          <w:rFonts w:cs="Times New Roman"/>
          <w:color w:val="000000" w:themeColor="text1"/>
        </w:rPr>
        <w:t xml:space="preserve"> Over 30</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Height (cm)</w:t>
      </w:r>
    </w:p>
    <w:p w:rsidR="00CA0364" w:rsidRPr="008E1D08" w:rsidRDefault="00000000">
      <w:pPr>
        <w:spacing w:after="80" w:line="240" w:lineRule="auto"/>
        <w:ind w:left="475"/>
        <w:rPr>
          <w:color w:val="000000" w:themeColor="text1"/>
        </w:rPr>
      </w:pPr>
      <w:r w:rsidRPr="008E1D08">
        <w:rPr>
          <w:rFonts w:cs="Times New Roman"/>
          <w:color w:val="000000" w:themeColor="text1"/>
          <w:sz w:val="19"/>
        </w:rPr>
        <w:t>________________________</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Body weight (kg)</w:t>
      </w:r>
    </w:p>
    <w:p w:rsidR="00CA0364" w:rsidRPr="008E1D08" w:rsidRDefault="00000000">
      <w:pPr>
        <w:spacing w:after="80" w:line="240" w:lineRule="auto"/>
        <w:ind w:left="475"/>
        <w:rPr>
          <w:color w:val="000000" w:themeColor="text1"/>
        </w:rPr>
      </w:pPr>
      <w:r w:rsidRPr="008E1D08">
        <w:rPr>
          <w:rFonts w:cs="Times New Roman"/>
          <w:color w:val="000000" w:themeColor="text1"/>
          <w:sz w:val="19"/>
        </w:rPr>
        <w:t>________________________</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Body fat percentage (%)</w:t>
      </w:r>
    </w:p>
    <w:p w:rsidR="00CA0364" w:rsidRPr="008E1D08" w:rsidRDefault="00000000">
      <w:pPr>
        <w:spacing w:after="80" w:line="240" w:lineRule="auto"/>
        <w:ind w:left="475"/>
        <w:rPr>
          <w:color w:val="000000" w:themeColor="text1"/>
        </w:rPr>
      </w:pPr>
      <w:r w:rsidRPr="008E1D08">
        <w:rPr>
          <w:rFonts w:cs="Times New Roman"/>
          <w:color w:val="000000" w:themeColor="text1"/>
          <w:sz w:val="19"/>
        </w:rPr>
        <w:t>________________________</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Fat-free mass (FFM) (kg)</w:t>
      </w:r>
    </w:p>
    <w:p w:rsidR="00CA0364" w:rsidRPr="008E1D08" w:rsidRDefault="00000000">
      <w:pPr>
        <w:spacing w:after="80" w:line="240" w:lineRule="auto"/>
        <w:ind w:left="475"/>
        <w:rPr>
          <w:color w:val="000000" w:themeColor="text1"/>
        </w:rPr>
      </w:pPr>
      <w:r w:rsidRPr="008E1D08">
        <w:rPr>
          <w:rFonts w:cs="Times New Roman"/>
          <w:color w:val="000000" w:themeColor="text1"/>
          <w:sz w:val="19"/>
        </w:rPr>
        <w:t>________________________</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Education level*</w:t>
      </w:r>
    </w:p>
    <w:p w:rsidR="00CA0364" w:rsidRPr="008E1D08" w:rsidRDefault="00000000">
      <w:pPr>
        <w:spacing w:after="6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Primary school     </w:t>
      </w:r>
      <w:r w:rsidRPr="008E1D08">
        <w:rPr>
          <w:rFonts w:ascii="Segoe UI Symbol" w:hAnsi="Segoe UI Symbol" w:cs="Segoe UI Symbol"/>
          <w:color w:val="000000" w:themeColor="text1"/>
        </w:rPr>
        <w:t>☐</w:t>
      </w:r>
      <w:r w:rsidRPr="008E1D08">
        <w:rPr>
          <w:rFonts w:cs="Times New Roman"/>
          <w:color w:val="000000" w:themeColor="text1"/>
        </w:rPr>
        <w:t xml:space="preserve"> High school     </w:t>
      </w:r>
      <w:r w:rsidRPr="008E1D08">
        <w:rPr>
          <w:rFonts w:ascii="Segoe UI Symbol" w:hAnsi="Segoe UI Symbol" w:cs="Segoe UI Symbol"/>
          <w:color w:val="000000" w:themeColor="text1"/>
        </w:rPr>
        <w:t>☐</w:t>
      </w:r>
      <w:r w:rsidRPr="008E1D08">
        <w:rPr>
          <w:rFonts w:cs="Times New Roman"/>
          <w:color w:val="000000" w:themeColor="text1"/>
        </w:rPr>
        <w:t xml:space="preserve"> Associate degree</w:t>
      </w:r>
    </w:p>
    <w:p w:rsidR="00CA0364" w:rsidRPr="008E1D08" w:rsidRDefault="00000000">
      <w:pPr>
        <w:spacing w:after="6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Bachelor's degree     </w:t>
      </w:r>
      <w:r w:rsidRPr="008E1D08">
        <w:rPr>
          <w:rFonts w:ascii="Segoe UI Symbol" w:hAnsi="Segoe UI Symbol" w:cs="Segoe UI Symbol"/>
          <w:color w:val="000000" w:themeColor="text1"/>
        </w:rPr>
        <w:t>☐</w:t>
      </w:r>
      <w:r w:rsidRPr="008E1D08">
        <w:rPr>
          <w:rFonts w:cs="Times New Roman"/>
          <w:color w:val="000000" w:themeColor="text1"/>
        </w:rPr>
        <w:t xml:space="preserve"> Master's degree     </w:t>
      </w:r>
      <w:r w:rsidRPr="008E1D08">
        <w:rPr>
          <w:rFonts w:ascii="Segoe UI Symbol" w:hAnsi="Segoe UI Symbol" w:cs="Segoe UI Symbol"/>
          <w:color w:val="000000" w:themeColor="text1"/>
        </w:rPr>
        <w:t>☐</w:t>
      </w:r>
      <w:r w:rsidRPr="008E1D08">
        <w:rPr>
          <w:rFonts w:cs="Times New Roman"/>
          <w:color w:val="000000" w:themeColor="text1"/>
        </w:rPr>
        <w:t xml:space="preserve"> Doctoral degree</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How many years have you participated in professional sport?*</w:t>
      </w:r>
    </w:p>
    <w:p w:rsidR="00CA0364" w:rsidRPr="008E1D08" w:rsidRDefault="00000000">
      <w:pPr>
        <w:spacing w:after="6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1-5 years     </w:t>
      </w:r>
      <w:r w:rsidRPr="008E1D08">
        <w:rPr>
          <w:rFonts w:ascii="Segoe UI Symbol" w:hAnsi="Segoe UI Symbol" w:cs="Segoe UI Symbol"/>
          <w:color w:val="000000" w:themeColor="text1"/>
        </w:rPr>
        <w:t>☐</w:t>
      </w:r>
      <w:r w:rsidRPr="008E1D08">
        <w:rPr>
          <w:rFonts w:cs="Times New Roman"/>
          <w:color w:val="000000" w:themeColor="text1"/>
        </w:rPr>
        <w:t xml:space="preserve"> 5-10 years     </w:t>
      </w:r>
      <w:r w:rsidRPr="008E1D08">
        <w:rPr>
          <w:rFonts w:ascii="Segoe UI Symbol" w:hAnsi="Segoe UI Symbol" w:cs="Segoe UI Symbol"/>
          <w:color w:val="000000" w:themeColor="text1"/>
        </w:rPr>
        <w:t>☐</w:t>
      </w:r>
      <w:r w:rsidRPr="008E1D08">
        <w:rPr>
          <w:rFonts w:cs="Times New Roman"/>
          <w:color w:val="000000" w:themeColor="text1"/>
        </w:rPr>
        <w:t xml:space="preserve"> More than 10 years</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Wrestling weight class (kg)*</w:t>
      </w:r>
    </w:p>
    <w:p w:rsidR="00CA0364" w:rsidRPr="008E1D08" w:rsidRDefault="00000000">
      <w:pPr>
        <w:spacing w:after="80" w:line="240" w:lineRule="auto"/>
        <w:ind w:left="475"/>
        <w:rPr>
          <w:color w:val="000000" w:themeColor="text1"/>
        </w:rPr>
      </w:pPr>
      <w:r w:rsidRPr="008E1D08">
        <w:rPr>
          <w:rFonts w:cs="Times New Roman"/>
          <w:color w:val="000000" w:themeColor="text1"/>
          <w:sz w:val="19"/>
        </w:rPr>
        <w:t>________________________</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Best result achieved in national tournaments*</w:t>
      </w:r>
    </w:p>
    <w:p w:rsidR="00CA0364" w:rsidRPr="008E1D08" w:rsidRDefault="00000000">
      <w:pPr>
        <w:spacing w:after="80" w:line="240" w:lineRule="auto"/>
        <w:ind w:left="475"/>
        <w:rPr>
          <w:color w:val="000000" w:themeColor="text1"/>
        </w:rPr>
      </w:pPr>
      <w:r w:rsidRPr="008E1D08">
        <w:rPr>
          <w:rFonts w:cs="Times New Roman"/>
          <w:color w:val="000000" w:themeColor="text1"/>
          <w:sz w:val="19"/>
        </w:rPr>
        <w:t>__________________________________________________</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Best result achieved in international tournaments*</w:t>
      </w:r>
    </w:p>
    <w:p w:rsidR="00CA0364" w:rsidRPr="008E1D08" w:rsidRDefault="00000000">
      <w:pPr>
        <w:spacing w:after="80" w:line="240" w:lineRule="auto"/>
        <w:ind w:left="475"/>
        <w:rPr>
          <w:color w:val="000000" w:themeColor="text1"/>
        </w:rPr>
      </w:pPr>
      <w:r w:rsidRPr="008E1D08">
        <w:rPr>
          <w:rFonts w:cs="Times New Roman"/>
          <w:color w:val="000000" w:themeColor="text1"/>
          <w:sz w:val="19"/>
        </w:rPr>
        <w:t>__________________________________________________</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Number of training sessions per week*</w:t>
      </w:r>
    </w:p>
    <w:p w:rsidR="00CA0364" w:rsidRPr="008E1D08" w:rsidRDefault="00000000">
      <w:pPr>
        <w:spacing w:after="80" w:line="240" w:lineRule="auto"/>
        <w:ind w:left="475"/>
        <w:rPr>
          <w:color w:val="000000" w:themeColor="text1"/>
        </w:rPr>
      </w:pPr>
      <w:r w:rsidRPr="008E1D08">
        <w:rPr>
          <w:rFonts w:cs="Times New Roman"/>
          <w:color w:val="000000" w:themeColor="text1"/>
          <w:sz w:val="19"/>
        </w:rPr>
        <w:t>________________________</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Daily training duration (hours)*</w:t>
      </w:r>
    </w:p>
    <w:p w:rsidR="00CA0364" w:rsidRPr="008E1D08" w:rsidRDefault="00000000">
      <w:pPr>
        <w:spacing w:after="80" w:line="240" w:lineRule="auto"/>
        <w:ind w:left="475"/>
        <w:rPr>
          <w:color w:val="000000" w:themeColor="text1"/>
        </w:rPr>
      </w:pPr>
      <w:r w:rsidRPr="008E1D08">
        <w:rPr>
          <w:rFonts w:cs="Times New Roman"/>
          <w:color w:val="000000" w:themeColor="text1"/>
          <w:sz w:val="19"/>
        </w:rPr>
        <w:t>________________________</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Do you have any injury? If yes, please specify.*</w:t>
      </w:r>
    </w:p>
    <w:p w:rsidR="00CA0364" w:rsidRPr="008E1D08" w:rsidRDefault="00000000">
      <w:pPr>
        <w:spacing w:after="80" w:line="240" w:lineRule="auto"/>
        <w:ind w:left="475"/>
        <w:rPr>
          <w:color w:val="000000" w:themeColor="text1"/>
        </w:rPr>
      </w:pPr>
      <w:r w:rsidRPr="008E1D08">
        <w:rPr>
          <w:rFonts w:cs="Times New Roman"/>
          <w:color w:val="000000" w:themeColor="text1"/>
          <w:sz w:val="19"/>
        </w:rPr>
        <w:t>________________________________________________________________________</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lastRenderedPageBreak/>
        <w:t>Are you currently taking any medication? If yes, please specify.*</w:t>
      </w:r>
    </w:p>
    <w:p w:rsidR="00CA0364" w:rsidRPr="008E1D08" w:rsidRDefault="00000000">
      <w:pPr>
        <w:spacing w:after="80" w:line="240" w:lineRule="auto"/>
        <w:ind w:left="475"/>
        <w:rPr>
          <w:color w:val="000000" w:themeColor="text1"/>
        </w:rPr>
      </w:pPr>
      <w:r w:rsidRPr="008E1D08">
        <w:rPr>
          <w:rFonts w:cs="Times New Roman"/>
          <w:color w:val="000000" w:themeColor="text1"/>
          <w:sz w:val="19"/>
        </w:rPr>
        <w:t>________________________________________________________________________</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How many meals do you consume per day?</w:t>
      </w:r>
    </w:p>
    <w:p w:rsidR="00CA0364" w:rsidRPr="008E1D08" w:rsidRDefault="00000000">
      <w:pPr>
        <w:spacing w:after="20" w:line="240" w:lineRule="auto"/>
        <w:ind w:left="475"/>
        <w:rPr>
          <w:color w:val="000000" w:themeColor="text1"/>
        </w:rPr>
      </w:pPr>
      <w:r w:rsidRPr="008E1D08">
        <w:rPr>
          <w:rFonts w:cs="Times New Roman"/>
          <w:color w:val="000000" w:themeColor="text1"/>
        </w:rPr>
        <w:t xml:space="preserve">Main meals: </w:t>
      </w:r>
      <w:r w:rsidRPr="008E1D08">
        <w:rPr>
          <w:rFonts w:cs="Times New Roman"/>
          <w:color w:val="000000" w:themeColor="text1"/>
          <w:sz w:val="19"/>
        </w:rPr>
        <w:t>__________________</w:t>
      </w:r>
    </w:p>
    <w:p w:rsidR="00CA0364" w:rsidRPr="008E1D08" w:rsidRDefault="00000000">
      <w:pPr>
        <w:spacing w:after="80" w:line="240" w:lineRule="auto"/>
        <w:ind w:left="475"/>
        <w:rPr>
          <w:color w:val="000000" w:themeColor="text1"/>
        </w:rPr>
      </w:pPr>
      <w:r w:rsidRPr="008E1D08">
        <w:rPr>
          <w:rFonts w:cs="Times New Roman"/>
          <w:color w:val="000000" w:themeColor="text1"/>
        </w:rPr>
        <w:t xml:space="preserve">Snacks: </w:t>
      </w:r>
      <w:r w:rsidRPr="008E1D08">
        <w:rPr>
          <w:rFonts w:cs="Times New Roman"/>
          <w:color w:val="000000" w:themeColor="text1"/>
          <w:sz w:val="19"/>
        </w:rPr>
        <w:t>__________________</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Do you skip meals?</w:t>
      </w:r>
    </w:p>
    <w:p w:rsidR="00CA0364" w:rsidRPr="008E1D08" w:rsidRDefault="00000000">
      <w:pPr>
        <w:spacing w:after="6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Yes     </w:t>
      </w:r>
      <w:r w:rsidRPr="008E1D08">
        <w:rPr>
          <w:rFonts w:ascii="Segoe UI Symbol" w:hAnsi="Segoe UI Symbol" w:cs="Segoe UI Symbol"/>
          <w:color w:val="000000" w:themeColor="text1"/>
        </w:rPr>
        <w:t>☐</w:t>
      </w:r>
      <w:r w:rsidRPr="008E1D08">
        <w:rPr>
          <w:rFonts w:cs="Times New Roman"/>
          <w:color w:val="000000" w:themeColor="text1"/>
        </w:rPr>
        <w:t xml:space="preserve"> No     </w:t>
      </w:r>
      <w:r w:rsidRPr="008E1D08">
        <w:rPr>
          <w:rFonts w:ascii="Segoe UI Symbol" w:hAnsi="Segoe UI Symbol" w:cs="Segoe UI Symbol"/>
          <w:color w:val="000000" w:themeColor="text1"/>
        </w:rPr>
        <w:t>☐</w:t>
      </w:r>
      <w:r w:rsidRPr="008E1D08">
        <w:rPr>
          <w:rFonts w:cs="Times New Roman"/>
          <w:color w:val="000000" w:themeColor="text1"/>
        </w:rPr>
        <w:t xml:space="preserve"> Sometimes</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If your answer is yes or sometimes, which meal do you usually skip?</w:t>
      </w:r>
    </w:p>
    <w:p w:rsidR="00CA0364" w:rsidRPr="008E1D08" w:rsidRDefault="00000000">
      <w:pPr>
        <w:spacing w:after="6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Breakfast     </w:t>
      </w:r>
      <w:r w:rsidRPr="008E1D08">
        <w:rPr>
          <w:rFonts w:ascii="Segoe UI Symbol" w:hAnsi="Segoe UI Symbol" w:cs="Segoe UI Symbol"/>
          <w:color w:val="000000" w:themeColor="text1"/>
        </w:rPr>
        <w:t>☐</w:t>
      </w:r>
      <w:r w:rsidRPr="008E1D08">
        <w:rPr>
          <w:rFonts w:cs="Times New Roman"/>
          <w:color w:val="000000" w:themeColor="text1"/>
        </w:rPr>
        <w:t xml:space="preserve"> Lunch     </w:t>
      </w:r>
      <w:r w:rsidRPr="008E1D08">
        <w:rPr>
          <w:rFonts w:ascii="Segoe UI Symbol" w:hAnsi="Segoe UI Symbol" w:cs="Segoe UI Symbol"/>
          <w:color w:val="000000" w:themeColor="text1"/>
        </w:rPr>
        <w:t>☐</w:t>
      </w:r>
      <w:r w:rsidRPr="008E1D08">
        <w:rPr>
          <w:rFonts w:cs="Times New Roman"/>
          <w:color w:val="000000" w:themeColor="text1"/>
        </w:rPr>
        <w:t xml:space="preserve"> Dinner</w:t>
      </w:r>
    </w:p>
    <w:p w:rsidR="00CA0364" w:rsidRPr="008E1D08" w:rsidRDefault="00000000">
      <w:pPr>
        <w:spacing w:after="6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Mid-morning snack     </w:t>
      </w:r>
      <w:r w:rsidRPr="008E1D08">
        <w:rPr>
          <w:rFonts w:ascii="Segoe UI Symbol" w:hAnsi="Segoe UI Symbol" w:cs="Segoe UI Symbol"/>
          <w:color w:val="000000" w:themeColor="text1"/>
        </w:rPr>
        <w:t>☐</w:t>
      </w:r>
      <w:r w:rsidRPr="008E1D08">
        <w:rPr>
          <w:rFonts w:cs="Times New Roman"/>
          <w:color w:val="000000" w:themeColor="text1"/>
        </w:rPr>
        <w:t xml:space="preserve"> Afternoon snack     </w:t>
      </w:r>
      <w:r w:rsidRPr="008E1D08">
        <w:rPr>
          <w:rFonts w:ascii="Segoe UI Symbol" w:hAnsi="Segoe UI Symbol" w:cs="Segoe UI Symbol"/>
          <w:color w:val="000000" w:themeColor="text1"/>
        </w:rPr>
        <w:t>☐</w:t>
      </w:r>
      <w:r w:rsidRPr="008E1D08">
        <w:rPr>
          <w:rFonts w:cs="Times New Roman"/>
          <w:color w:val="000000" w:themeColor="text1"/>
        </w:rPr>
        <w:t xml:space="preserve"> Late-night snack</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Why do you skip meals?</w:t>
      </w:r>
    </w:p>
    <w:p w:rsidR="00CA0364" w:rsidRPr="008E1D08" w:rsidRDefault="00000000">
      <w:pPr>
        <w:spacing w:after="3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Lack of time</w:t>
      </w:r>
    </w:p>
    <w:p w:rsidR="00CA0364" w:rsidRPr="008E1D08" w:rsidRDefault="00000000">
      <w:pPr>
        <w:spacing w:after="3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Lack of appetite or not feeling like eating</w:t>
      </w:r>
    </w:p>
    <w:p w:rsidR="00CA0364" w:rsidRPr="008E1D08" w:rsidRDefault="00000000">
      <w:pPr>
        <w:spacing w:after="3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Being late</w:t>
      </w:r>
    </w:p>
    <w:p w:rsidR="00CA0364" w:rsidRPr="008E1D08" w:rsidRDefault="00000000">
      <w:pPr>
        <w:spacing w:after="3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Food was not prepared</w:t>
      </w:r>
    </w:p>
    <w:p w:rsidR="00CA0364" w:rsidRPr="008E1D08" w:rsidRDefault="00000000">
      <w:pPr>
        <w:spacing w:after="3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Desire to lose weight</w:t>
      </w:r>
    </w:p>
    <w:p w:rsidR="00CA0364" w:rsidRPr="008E1D08" w:rsidRDefault="00000000">
      <w:pPr>
        <w:spacing w:after="3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No established habit</w:t>
      </w:r>
    </w:p>
    <w:p w:rsidR="00CA0364" w:rsidRPr="008E1D08" w:rsidRDefault="00000000">
      <w:pPr>
        <w:spacing w:after="3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Other: ________________________________________________</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What is your diet primarily based on?</w:t>
      </w:r>
    </w:p>
    <w:p w:rsidR="00CA0364" w:rsidRPr="008E1D08" w:rsidRDefault="00000000">
      <w:pPr>
        <w:spacing w:after="3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Foods high in protein (e.g., meat, fish, eggs, and cheese)</w:t>
      </w:r>
    </w:p>
    <w:p w:rsidR="00CA0364" w:rsidRPr="008E1D08" w:rsidRDefault="00000000">
      <w:pPr>
        <w:spacing w:after="3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Foods high in fat (e.g., butter, cream, nuts, and seeds)</w:t>
      </w:r>
    </w:p>
    <w:p w:rsidR="00CA0364" w:rsidRPr="008E1D08" w:rsidRDefault="00000000">
      <w:pPr>
        <w:spacing w:after="3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Foods high in carbohydrate (e.g., bread, rice, pasta, and biscuits)</w:t>
      </w:r>
    </w:p>
    <w:p w:rsidR="00CA0364" w:rsidRPr="008E1D08" w:rsidRDefault="00000000">
      <w:pPr>
        <w:spacing w:after="3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Fresh vegetables and fruits</w:t>
      </w:r>
    </w:p>
    <w:p w:rsidR="00CA0364" w:rsidRPr="008E1D08" w:rsidRDefault="00000000">
      <w:pPr>
        <w:spacing w:after="3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Consuming different foods each day</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Do you consume alcohol?</w:t>
      </w:r>
    </w:p>
    <w:p w:rsidR="00CA0364" w:rsidRPr="008E1D08" w:rsidRDefault="00000000">
      <w:pPr>
        <w:spacing w:after="6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Yes     </w:t>
      </w:r>
      <w:r w:rsidRPr="008E1D08">
        <w:rPr>
          <w:rFonts w:ascii="Segoe UI Symbol" w:hAnsi="Segoe UI Symbol" w:cs="Segoe UI Symbol"/>
          <w:color w:val="000000" w:themeColor="text1"/>
        </w:rPr>
        <w:t>☐</w:t>
      </w:r>
      <w:r w:rsidRPr="008E1D08">
        <w:rPr>
          <w:rFonts w:cs="Times New Roman"/>
          <w:color w:val="000000" w:themeColor="text1"/>
        </w:rPr>
        <w:t xml:space="preserve"> No     </w:t>
      </w:r>
      <w:r w:rsidRPr="008E1D08">
        <w:rPr>
          <w:rFonts w:ascii="Segoe UI Symbol" w:hAnsi="Segoe UI Symbol" w:cs="Segoe UI Symbol"/>
          <w:color w:val="000000" w:themeColor="text1"/>
        </w:rPr>
        <w:t>☐</w:t>
      </w:r>
      <w:r w:rsidRPr="008E1D08">
        <w:rPr>
          <w:rFonts w:cs="Times New Roman"/>
          <w:color w:val="000000" w:themeColor="text1"/>
        </w:rPr>
        <w:t xml:space="preserve"> Sometimes</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Do you smoke?</w:t>
      </w:r>
    </w:p>
    <w:p w:rsidR="00CA0364" w:rsidRPr="008E1D08" w:rsidRDefault="00000000">
      <w:pPr>
        <w:spacing w:after="6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Yes     </w:t>
      </w:r>
      <w:r w:rsidRPr="008E1D08">
        <w:rPr>
          <w:rFonts w:ascii="Segoe UI Symbol" w:hAnsi="Segoe UI Symbol" w:cs="Segoe UI Symbol"/>
          <w:color w:val="000000" w:themeColor="text1"/>
        </w:rPr>
        <w:t>☐</w:t>
      </w:r>
      <w:r w:rsidRPr="008E1D08">
        <w:rPr>
          <w:rFonts w:cs="Times New Roman"/>
          <w:color w:val="000000" w:themeColor="text1"/>
        </w:rPr>
        <w:t xml:space="preserve"> No     </w:t>
      </w:r>
      <w:r w:rsidRPr="008E1D08">
        <w:rPr>
          <w:rFonts w:ascii="Segoe UI Symbol" w:hAnsi="Segoe UI Symbol" w:cs="Segoe UI Symbol"/>
          <w:color w:val="000000" w:themeColor="text1"/>
        </w:rPr>
        <w:t>☐</w:t>
      </w:r>
      <w:r w:rsidRPr="008E1D08">
        <w:rPr>
          <w:rFonts w:cs="Times New Roman"/>
          <w:color w:val="000000" w:themeColor="text1"/>
        </w:rPr>
        <w:t xml:space="preserve"> Sometimes</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Have you used any nutritional supplement or ergogenic aid during the past three months?</w:t>
      </w:r>
    </w:p>
    <w:p w:rsidR="00CA0364" w:rsidRPr="008E1D08" w:rsidRDefault="00000000">
      <w:pPr>
        <w:spacing w:after="6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Yes     </w:t>
      </w:r>
      <w:r w:rsidRPr="008E1D08">
        <w:rPr>
          <w:rFonts w:ascii="Segoe UI Symbol" w:hAnsi="Segoe UI Symbol" w:cs="Segoe UI Symbol"/>
          <w:color w:val="000000" w:themeColor="text1"/>
        </w:rPr>
        <w:t>☐</w:t>
      </w:r>
      <w:r w:rsidRPr="008E1D08">
        <w:rPr>
          <w:rFonts w:cs="Times New Roman"/>
          <w:color w:val="000000" w:themeColor="text1"/>
        </w:rPr>
        <w:t xml:space="preserve"> No</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Did you use any nutritional supplement or ergogenic aid more than three months ago?</w:t>
      </w:r>
    </w:p>
    <w:p w:rsidR="00CA0364" w:rsidRPr="008E1D08" w:rsidRDefault="00000000">
      <w:pPr>
        <w:spacing w:after="6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Yes     </w:t>
      </w:r>
      <w:r w:rsidRPr="008E1D08">
        <w:rPr>
          <w:rFonts w:ascii="Segoe UI Symbol" w:hAnsi="Segoe UI Symbol" w:cs="Segoe UI Symbol"/>
          <w:color w:val="000000" w:themeColor="text1"/>
        </w:rPr>
        <w:t>☐</w:t>
      </w:r>
      <w:r w:rsidRPr="008E1D08">
        <w:rPr>
          <w:rFonts w:cs="Times New Roman"/>
          <w:color w:val="000000" w:themeColor="text1"/>
        </w:rPr>
        <w:t xml:space="preserve"> No     </w:t>
      </w:r>
      <w:r w:rsidRPr="008E1D08">
        <w:rPr>
          <w:rFonts w:ascii="Segoe UI Symbol" w:hAnsi="Segoe UI Symbol" w:cs="Segoe UI Symbol"/>
          <w:color w:val="000000" w:themeColor="text1"/>
        </w:rPr>
        <w:t>☐</w:t>
      </w:r>
      <w:r w:rsidRPr="008E1D08">
        <w:rPr>
          <w:rFonts w:cs="Times New Roman"/>
          <w:color w:val="000000" w:themeColor="text1"/>
        </w:rPr>
        <w:t xml:space="preserve"> Sometimes</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If yes, please specify the product(s).</w:t>
      </w:r>
    </w:p>
    <w:p w:rsidR="00CA0364" w:rsidRPr="008E1D08" w:rsidRDefault="00000000">
      <w:pPr>
        <w:spacing w:after="80" w:line="240" w:lineRule="auto"/>
        <w:ind w:left="475"/>
        <w:rPr>
          <w:color w:val="000000" w:themeColor="text1"/>
        </w:rPr>
      </w:pPr>
      <w:r w:rsidRPr="008E1D08">
        <w:rPr>
          <w:rFonts w:cs="Times New Roman"/>
          <w:color w:val="000000" w:themeColor="text1"/>
          <w:sz w:val="19"/>
        </w:rPr>
        <w:t>________________________________________________________________________</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How much did/do you use per day?</w:t>
      </w:r>
    </w:p>
    <w:p w:rsidR="00CA0364" w:rsidRPr="008E1D08" w:rsidRDefault="00000000">
      <w:pPr>
        <w:spacing w:after="80" w:line="240" w:lineRule="auto"/>
        <w:ind w:left="475"/>
        <w:rPr>
          <w:color w:val="000000" w:themeColor="text1"/>
        </w:rPr>
      </w:pPr>
      <w:r w:rsidRPr="008E1D08">
        <w:rPr>
          <w:rFonts w:cs="Times New Roman"/>
          <w:color w:val="000000" w:themeColor="text1"/>
          <w:sz w:val="19"/>
        </w:rPr>
        <w:t>________________________________________________________________________</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When did/do you use the product(s)?</w:t>
      </w:r>
    </w:p>
    <w:p w:rsidR="00CA0364" w:rsidRPr="008E1D08" w:rsidRDefault="00000000">
      <w:pPr>
        <w:spacing w:after="3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Before morning training     </w:t>
      </w:r>
      <w:r w:rsidRPr="008E1D08">
        <w:rPr>
          <w:rFonts w:ascii="Segoe UI Symbol" w:hAnsi="Segoe UI Symbol" w:cs="Segoe UI Symbol"/>
          <w:color w:val="000000" w:themeColor="text1"/>
        </w:rPr>
        <w:t>☐</w:t>
      </w:r>
      <w:r w:rsidRPr="008E1D08">
        <w:rPr>
          <w:rFonts w:cs="Times New Roman"/>
          <w:color w:val="000000" w:themeColor="text1"/>
        </w:rPr>
        <w:t xml:space="preserve"> After morning training</w:t>
      </w:r>
    </w:p>
    <w:p w:rsidR="00CA0364" w:rsidRPr="008E1D08" w:rsidRDefault="00000000">
      <w:pPr>
        <w:spacing w:after="3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Before evening training     </w:t>
      </w:r>
      <w:r w:rsidRPr="008E1D08">
        <w:rPr>
          <w:rFonts w:ascii="Segoe UI Symbol" w:hAnsi="Segoe UI Symbol" w:cs="Segoe UI Symbol"/>
          <w:color w:val="000000" w:themeColor="text1"/>
        </w:rPr>
        <w:t>☐</w:t>
      </w:r>
      <w:r w:rsidRPr="008E1D08">
        <w:rPr>
          <w:rFonts w:cs="Times New Roman"/>
          <w:color w:val="000000" w:themeColor="text1"/>
        </w:rPr>
        <w:t xml:space="preserve"> After evening training</w:t>
      </w:r>
    </w:p>
    <w:p w:rsidR="00CA0364" w:rsidRPr="008E1D08" w:rsidRDefault="00000000">
      <w:pPr>
        <w:spacing w:after="4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During training</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Why do you use nutritional supplements or ergogenic aids?</w:t>
      </w:r>
    </w:p>
    <w:p w:rsidR="00CA0364" w:rsidRPr="008E1D08" w:rsidRDefault="00000000">
      <w:pPr>
        <w:spacing w:after="3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To lose weight     </w:t>
      </w:r>
      <w:r w:rsidRPr="008E1D08">
        <w:rPr>
          <w:rFonts w:ascii="Segoe UI Symbol" w:hAnsi="Segoe UI Symbol" w:cs="Segoe UI Symbol"/>
          <w:color w:val="000000" w:themeColor="text1"/>
        </w:rPr>
        <w:t>☐</w:t>
      </w:r>
      <w:r w:rsidRPr="008E1D08">
        <w:rPr>
          <w:rFonts w:cs="Times New Roman"/>
          <w:color w:val="000000" w:themeColor="text1"/>
        </w:rPr>
        <w:t xml:space="preserve"> To reduce body fat     </w:t>
      </w:r>
      <w:r w:rsidRPr="008E1D08">
        <w:rPr>
          <w:rFonts w:ascii="Segoe UI Symbol" w:hAnsi="Segoe UI Symbol" w:cs="Segoe UI Symbol"/>
          <w:color w:val="000000" w:themeColor="text1"/>
        </w:rPr>
        <w:t>☐</w:t>
      </w:r>
      <w:r w:rsidRPr="008E1D08">
        <w:rPr>
          <w:rFonts w:cs="Times New Roman"/>
          <w:color w:val="000000" w:themeColor="text1"/>
        </w:rPr>
        <w:t xml:space="preserve"> To increase muscle mass</w:t>
      </w:r>
    </w:p>
    <w:p w:rsidR="00CA0364" w:rsidRPr="008E1D08" w:rsidRDefault="00000000">
      <w:pPr>
        <w:spacing w:after="3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To feel more energetic     </w:t>
      </w:r>
      <w:r w:rsidRPr="008E1D08">
        <w:rPr>
          <w:rFonts w:ascii="Segoe UI Symbol" w:hAnsi="Segoe UI Symbol" w:cs="Segoe UI Symbol"/>
          <w:color w:val="000000" w:themeColor="text1"/>
        </w:rPr>
        <w:t>☐</w:t>
      </w:r>
      <w:r w:rsidRPr="008E1D08">
        <w:rPr>
          <w:rFonts w:cs="Times New Roman"/>
          <w:color w:val="000000" w:themeColor="text1"/>
        </w:rPr>
        <w:t xml:space="preserve"> To maintain health     </w:t>
      </w:r>
      <w:r w:rsidRPr="008E1D08">
        <w:rPr>
          <w:rFonts w:ascii="Segoe UI Symbol" w:hAnsi="Segoe UI Symbol" w:cs="Segoe UI Symbol"/>
          <w:color w:val="000000" w:themeColor="text1"/>
        </w:rPr>
        <w:t>☐</w:t>
      </w:r>
      <w:r w:rsidRPr="008E1D08">
        <w:rPr>
          <w:rFonts w:cs="Times New Roman"/>
          <w:color w:val="000000" w:themeColor="text1"/>
        </w:rPr>
        <w:t xml:space="preserve"> To improve performance</w:t>
      </w:r>
    </w:p>
    <w:p w:rsidR="00CA0364" w:rsidRPr="008E1D08" w:rsidRDefault="00000000">
      <w:pPr>
        <w:spacing w:after="4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Because I believe that food alone cannot meet my body's needs</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How do you decide to use a product?</w:t>
      </w:r>
    </w:p>
    <w:p w:rsidR="00CA0364" w:rsidRPr="008E1D08" w:rsidRDefault="00000000">
      <w:pPr>
        <w:spacing w:after="3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My coach recommends it     </w:t>
      </w:r>
      <w:r w:rsidRPr="008E1D08">
        <w:rPr>
          <w:rFonts w:ascii="Segoe UI Symbol" w:hAnsi="Segoe UI Symbol" w:cs="Segoe UI Symbol"/>
          <w:color w:val="000000" w:themeColor="text1"/>
        </w:rPr>
        <w:t>☐</w:t>
      </w:r>
      <w:r w:rsidRPr="008E1D08">
        <w:rPr>
          <w:rFonts w:cs="Times New Roman"/>
          <w:color w:val="000000" w:themeColor="text1"/>
        </w:rPr>
        <w:t xml:space="preserve"> My dietitian recommends it</w:t>
      </w:r>
    </w:p>
    <w:p w:rsidR="00CA0364" w:rsidRPr="008E1D08" w:rsidRDefault="00000000">
      <w:pPr>
        <w:spacing w:after="30" w:line="252" w:lineRule="auto"/>
        <w:ind w:left="475" w:hanging="216"/>
        <w:rPr>
          <w:color w:val="000000" w:themeColor="text1"/>
        </w:rPr>
      </w:pPr>
      <w:r w:rsidRPr="008E1D08">
        <w:rPr>
          <w:rFonts w:ascii="Segoe UI Symbol" w:hAnsi="Segoe UI Symbol" w:cs="Segoe UI Symbol"/>
          <w:color w:val="000000" w:themeColor="text1"/>
        </w:rPr>
        <w:lastRenderedPageBreak/>
        <w:t>☐</w:t>
      </w:r>
      <w:r w:rsidRPr="008E1D08">
        <w:rPr>
          <w:rFonts w:cs="Times New Roman"/>
          <w:color w:val="000000" w:themeColor="text1"/>
        </w:rPr>
        <w:t xml:space="preserve"> My sports physician recommends it     </w:t>
      </w:r>
      <w:r w:rsidRPr="008E1D08">
        <w:rPr>
          <w:rFonts w:ascii="Segoe UI Symbol" w:hAnsi="Segoe UI Symbol" w:cs="Segoe UI Symbol"/>
          <w:color w:val="000000" w:themeColor="text1"/>
        </w:rPr>
        <w:t>☐</w:t>
      </w:r>
      <w:r w:rsidRPr="008E1D08">
        <w:rPr>
          <w:rFonts w:cs="Times New Roman"/>
          <w:color w:val="000000" w:themeColor="text1"/>
        </w:rPr>
        <w:t xml:space="preserve"> My friends recommend it</w:t>
      </w:r>
    </w:p>
    <w:p w:rsidR="00CA0364" w:rsidRPr="008E1D08" w:rsidRDefault="00000000">
      <w:pPr>
        <w:spacing w:after="4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Internet or social media advertisements</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What is your daily fluid intake, including fluids consumed during training?</w:t>
      </w:r>
    </w:p>
    <w:p w:rsidR="00CA0364" w:rsidRPr="008E1D08" w:rsidRDefault="00000000">
      <w:pPr>
        <w:spacing w:after="60" w:line="252" w:lineRule="auto"/>
        <w:ind w:left="475" w:hanging="216"/>
        <w:rPr>
          <w:color w:val="000000" w:themeColor="text1"/>
        </w:rPr>
      </w:pPr>
      <w:r w:rsidRPr="008E1D08">
        <w:rPr>
          <w:rFonts w:ascii="Segoe UI Symbol" w:hAnsi="Segoe UI Symbol" w:cs="Segoe UI Symbol"/>
          <w:color w:val="000000" w:themeColor="text1"/>
        </w:rPr>
        <w:t>☐</w:t>
      </w:r>
      <w:r w:rsidRPr="008E1D08">
        <w:rPr>
          <w:rFonts w:cs="Times New Roman"/>
          <w:color w:val="000000" w:themeColor="text1"/>
        </w:rPr>
        <w:t xml:space="preserve"> Less than 2 L     </w:t>
      </w:r>
      <w:r w:rsidRPr="008E1D08">
        <w:rPr>
          <w:rFonts w:ascii="Segoe UI Symbol" w:hAnsi="Segoe UI Symbol" w:cs="Segoe UI Symbol"/>
          <w:color w:val="000000" w:themeColor="text1"/>
        </w:rPr>
        <w:t>☐</w:t>
      </w:r>
      <w:r w:rsidRPr="008E1D08">
        <w:rPr>
          <w:rFonts w:cs="Times New Roman"/>
          <w:color w:val="000000" w:themeColor="text1"/>
        </w:rPr>
        <w:t xml:space="preserve"> 2-3 L     </w:t>
      </w:r>
      <w:r w:rsidRPr="008E1D08">
        <w:rPr>
          <w:rFonts w:ascii="Segoe UI Symbol" w:hAnsi="Segoe UI Symbol" w:cs="Segoe UI Symbol"/>
          <w:color w:val="000000" w:themeColor="text1"/>
        </w:rPr>
        <w:t>☐</w:t>
      </w:r>
      <w:r w:rsidRPr="008E1D08">
        <w:rPr>
          <w:rFonts w:cs="Times New Roman"/>
          <w:color w:val="000000" w:themeColor="text1"/>
        </w:rPr>
        <w:t xml:space="preserve"> 3-4 L     </w:t>
      </w:r>
      <w:r w:rsidRPr="008E1D08">
        <w:rPr>
          <w:rFonts w:ascii="Segoe UI Symbol" w:hAnsi="Segoe UI Symbol" w:cs="Segoe UI Symbol"/>
          <w:color w:val="000000" w:themeColor="text1"/>
        </w:rPr>
        <w:t>☐</w:t>
      </w:r>
      <w:r w:rsidRPr="008E1D08">
        <w:rPr>
          <w:rFonts w:cs="Times New Roman"/>
          <w:color w:val="000000" w:themeColor="text1"/>
        </w:rPr>
        <w:t xml:space="preserve"> More than 4 L</w:t>
      </w:r>
    </w:p>
    <w:p w:rsidR="00CA0364" w:rsidRPr="008E1D08" w:rsidRDefault="00000000">
      <w:pPr>
        <w:keepNext/>
        <w:numPr>
          <w:ilvl w:val="0"/>
          <w:numId w:val="1"/>
        </w:numPr>
        <w:spacing w:before="80" w:after="40" w:line="252" w:lineRule="auto"/>
        <w:rPr>
          <w:color w:val="000000" w:themeColor="text1"/>
        </w:rPr>
      </w:pPr>
      <w:r w:rsidRPr="008E1D08">
        <w:rPr>
          <w:rFonts w:cs="Times New Roman"/>
          <w:b/>
          <w:color w:val="000000" w:themeColor="text1"/>
        </w:rPr>
        <w:t>How much tea and coffee do you consume daily?</w:t>
      </w:r>
    </w:p>
    <w:p w:rsidR="00CA0364" w:rsidRPr="008E1D08" w:rsidRDefault="00000000">
      <w:pPr>
        <w:spacing w:after="40" w:line="240" w:lineRule="auto"/>
        <w:ind w:left="475"/>
        <w:rPr>
          <w:color w:val="000000" w:themeColor="text1"/>
        </w:rPr>
      </w:pPr>
      <w:r w:rsidRPr="008E1D08">
        <w:rPr>
          <w:rFonts w:cs="Times New Roman"/>
          <w:color w:val="000000" w:themeColor="text1"/>
        </w:rPr>
        <w:t xml:space="preserve">Coffee: </w:t>
      </w:r>
      <w:r w:rsidRPr="008E1D08">
        <w:rPr>
          <w:rFonts w:cs="Times New Roman"/>
          <w:color w:val="000000" w:themeColor="text1"/>
          <w:sz w:val="19"/>
        </w:rPr>
        <w:t>____________</w:t>
      </w:r>
      <w:r w:rsidRPr="008E1D08">
        <w:rPr>
          <w:rFonts w:cs="Times New Roman"/>
          <w:color w:val="000000" w:themeColor="text1"/>
        </w:rPr>
        <w:t xml:space="preserve"> cup(s) / </w:t>
      </w:r>
      <w:r w:rsidRPr="008E1D08">
        <w:rPr>
          <w:rFonts w:cs="Times New Roman"/>
          <w:color w:val="000000" w:themeColor="text1"/>
          <w:sz w:val="19"/>
        </w:rPr>
        <w:t>____________</w:t>
      </w:r>
      <w:r w:rsidRPr="008E1D08">
        <w:rPr>
          <w:rFonts w:cs="Times New Roman"/>
          <w:color w:val="000000" w:themeColor="text1"/>
        </w:rPr>
        <w:t xml:space="preserve"> mL</w:t>
      </w:r>
    </w:p>
    <w:p w:rsidR="00CA0364" w:rsidRPr="008E1D08" w:rsidRDefault="00000000">
      <w:pPr>
        <w:spacing w:after="40" w:line="240" w:lineRule="auto"/>
        <w:ind w:left="475"/>
        <w:rPr>
          <w:color w:val="000000" w:themeColor="text1"/>
        </w:rPr>
      </w:pPr>
      <w:r w:rsidRPr="008E1D08">
        <w:rPr>
          <w:rFonts w:cs="Times New Roman"/>
          <w:color w:val="000000" w:themeColor="text1"/>
        </w:rPr>
        <w:t xml:space="preserve">Tea: </w:t>
      </w:r>
      <w:r w:rsidRPr="008E1D08">
        <w:rPr>
          <w:rFonts w:cs="Times New Roman"/>
          <w:color w:val="000000" w:themeColor="text1"/>
          <w:sz w:val="19"/>
        </w:rPr>
        <w:t>____________</w:t>
      </w:r>
      <w:r w:rsidRPr="008E1D08">
        <w:rPr>
          <w:rFonts w:cs="Times New Roman"/>
          <w:color w:val="000000" w:themeColor="text1"/>
        </w:rPr>
        <w:t xml:space="preserve"> cup(s) / </w:t>
      </w:r>
      <w:r w:rsidRPr="008E1D08">
        <w:rPr>
          <w:rFonts w:cs="Times New Roman"/>
          <w:color w:val="000000" w:themeColor="text1"/>
          <w:sz w:val="19"/>
        </w:rPr>
        <w:t>____________</w:t>
      </w:r>
      <w:r w:rsidRPr="008E1D08">
        <w:rPr>
          <w:rFonts w:cs="Times New Roman"/>
          <w:color w:val="000000" w:themeColor="text1"/>
        </w:rPr>
        <w:t xml:space="preserve"> mL</w:t>
      </w:r>
    </w:p>
    <w:p w:rsidR="00CA0364" w:rsidRPr="008E1D08" w:rsidRDefault="00000000">
      <w:pPr>
        <w:pStyle w:val="Balk1"/>
        <w:rPr>
          <w:color w:val="000000" w:themeColor="text1"/>
        </w:rPr>
      </w:pPr>
      <w:r w:rsidRPr="008E1D08">
        <w:rPr>
          <w:rFonts w:ascii="Times New Roman" w:hAnsi="Times New Roman" w:cs="Times New Roman"/>
          <w:color w:val="000000" w:themeColor="text1"/>
        </w:rPr>
        <w:t>Part B. Semi-Structured Interview Guide</w:t>
      </w:r>
    </w:p>
    <w:p w:rsidR="00CA0364" w:rsidRPr="008E1D08" w:rsidRDefault="00000000">
      <w:pPr>
        <w:spacing w:after="160"/>
        <w:rPr>
          <w:color w:val="000000" w:themeColor="text1"/>
        </w:rPr>
      </w:pPr>
      <w:r w:rsidRPr="008E1D08">
        <w:rPr>
          <w:rFonts w:cs="Times New Roman"/>
          <w:i/>
          <w:color w:val="000000" w:themeColor="text1"/>
        </w:rPr>
        <w:t>The following questions constituted the qualitative interview guide used in the study. Participant responses are not reproduced in this supplementary file.</w:t>
      </w:r>
    </w:p>
    <w:p w:rsidR="00CA0364" w:rsidRPr="008E1D08" w:rsidRDefault="00000000">
      <w:pPr>
        <w:pStyle w:val="Balk2"/>
        <w:rPr>
          <w:color w:val="000000" w:themeColor="text1"/>
        </w:rPr>
      </w:pPr>
      <w:r w:rsidRPr="008E1D08">
        <w:rPr>
          <w:rFonts w:ascii="Times New Roman" w:hAnsi="Times New Roman" w:cs="Times New Roman"/>
          <w:color w:val="000000" w:themeColor="text1"/>
        </w:rPr>
        <w:t>1. Daily Dietary Practices and Training Periods</w:t>
      </w:r>
    </w:p>
    <w:p w:rsidR="00CA0364" w:rsidRPr="008E1D08" w:rsidRDefault="00000000">
      <w:pPr>
        <w:numPr>
          <w:ilvl w:val="0"/>
          <w:numId w:val="1"/>
        </w:numPr>
        <w:spacing w:before="80" w:after="40" w:line="252" w:lineRule="auto"/>
        <w:rPr>
          <w:color w:val="000000" w:themeColor="text1"/>
        </w:rPr>
      </w:pPr>
      <w:r w:rsidRPr="008E1D08">
        <w:rPr>
          <w:rFonts w:cs="Times New Roman"/>
          <w:color w:val="000000" w:themeColor="text1"/>
        </w:rPr>
        <w:t>Could you describe your usual daily dietary routine during training and competition periods?</w:t>
      </w:r>
    </w:p>
    <w:p w:rsidR="00CA0364" w:rsidRPr="008E1D08" w:rsidRDefault="00000000">
      <w:pPr>
        <w:numPr>
          <w:ilvl w:val="0"/>
          <w:numId w:val="1"/>
        </w:numPr>
        <w:spacing w:before="80" w:after="40" w:line="252" w:lineRule="auto"/>
        <w:rPr>
          <w:color w:val="000000" w:themeColor="text1"/>
        </w:rPr>
      </w:pPr>
      <w:r w:rsidRPr="008E1D08">
        <w:rPr>
          <w:rFonts w:cs="Times New Roman"/>
          <w:color w:val="000000" w:themeColor="text1"/>
        </w:rPr>
        <w:t>How do your food choices change during these periods?</w:t>
      </w:r>
    </w:p>
    <w:p w:rsidR="00CA0364" w:rsidRPr="008E1D08" w:rsidRDefault="00000000">
      <w:pPr>
        <w:numPr>
          <w:ilvl w:val="0"/>
          <w:numId w:val="1"/>
        </w:numPr>
        <w:spacing w:before="80" w:after="40" w:line="252" w:lineRule="auto"/>
        <w:rPr>
          <w:color w:val="000000" w:themeColor="text1"/>
        </w:rPr>
      </w:pPr>
      <w:r w:rsidRPr="008E1D08">
        <w:rPr>
          <w:rFonts w:cs="Times New Roman"/>
          <w:color w:val="000000" w:themeColor="text1"/>
        </w:rPr>
        <w:t>How does your approach to nutrition change during the off-season?</w:t>
      </w:r>
    </w:p>
    <w:p w:rsidR="00CA0364" w:rsidRPr="008E1D08" w:rsidRDefault="00000000">
      <w:pPr>
        <w:numPr>
          <w:ilvl w:val="0"/>
          <w:numId w:val="1"/>
        </w:numPr>
        <w:spacing w:before="80" w:after="40" w:line="252" w:lineRule="auto"/>
        <w:rPr>
          <w:color w:val="000000" w:themeColor="text1"/>
        </w:rPr>
      </w:pPr>
      <w:r w:rsidRPr="008E1D08">
        <w:rPr>
          <w:rFonts w:cs="Times New Roman"/>
          <w:color w:val="000000" w:themeColor="text1"/>
        </w:rPr>
        <w:t>How do you plan your meal timing? Do you have any specific practices before or after exercise?</w:t>
      </w:r>
    </w:p>
    <w:p w:rsidR="00CA0364" w:rsidRPr="008E1D08" w:rsidRDefault="00000000">
      <w:pPr>
        <w:pStyle w:val="Balk2"/>
        <w:rPr>
          <w:color w:val="000000" w:themeColor="text1"/>
        </w:rPr>
      </w:pPr>
      <w:r w:rsidRPr="008E1D08">
        <w:rPr>
          <w:rFonts w:ascii="Times New Roman" w:hAnsi="Times New Roman" w:cs="Times New Roman"/>
          <w:color w:val="000000" w:themeColor="text1"/>
        </w:rPr>
        <w:t>2. Body Weight Loss Process and Dietary Strategies</w:t>
      </w:r>
    </w:p>
    <w:p w:rsidR="00CA0364" w:rsidRPr="008E1D08" w:rsidRDefault="00000000">
      <w:pPr>
        <w:numPr>
          <w:ilvl w:val="0"/>
          <w:numId w:val="1"/>
        </w:numPr>
        <w:spacing w:before="80" w:after="40" w:line="252" w:lineRule="auto"/>
        <w:rPr>
          <w:color w:val="000000" w:themeColor="text1"/>
        </w:rPr>
      </w:pPr>
      <w:r w:rsidRPr="008E1D08">
        <w:rPr>
          <w:rFonts w:cs="Times New Roman"/>
          <w:color w:val="000000" w:themeColor="text1"/>
        </w:rPr>
        <w:t>Could you describe, step by step, the dietary process you follow to lose body weight?</w:t>
      </w:r>
    </w:p>
    <w:p w:rsidR="00CA0364" w:rsidRPr="008E1D08" w:rsidRDefault="00000000">
      <w:pPr>
        <w:numPr>
          <w:ilvl w:val="0"/>
          <w:numId w:val="1"/>
        </w:numPr>
        <w:spacing w:before="80" w:after="40" w:line="252" w:lineRule="auto"/>
        <w:rPr>
          <w:color w:val="000000" w:themeColor="text1"/>
        </w:rPr>
      </w:pPr>
      <w:r w:rsidRPr="008E1D08">
        <w:rPr>
          <w:rFonts w:cs="Times New Roman"/>
          <w:color w:val="000000" w:themeColor="text1"/>
        </w:rPr>
        <w:t>Which foods do you restrict or prioritize?</w:t>
      </w:r>
    </w:p>
    <w:p w:rsidR="00CA0364" w:rsidRPr="008E1D08" w:rsidRDefault="00000000">
      <w:pPr>
        <w:numPr>
          <w:ilvl w:val="0"/>
          <w:numId w:val="1"/>
        </w:numPr>
        <w:spacing w:before="80" w:after="40" w:line="252" w:lineRule="auto"/>
        <w:rPr>
          <w:color w:val="000000" w:themeColor="text1"/>
        </w:rPr>
      </w:pPr>
      <w:r w:rsidRPr="008E1D08">
        <w:rPr>
          <w:rFonts w:cs="Times New Roman"/>
          <w:color w:val="000000" w:themeColor="text1"/>
        </w:rPr>
        <w:t>Could you describe a period in which you experienced excessive body weight loss? How did it affect your performance?</w:t>
      </w:r>
    </w:p>
    <w:p w:rsidR="00CA0364" w:rsidRPr="008E1D08" w:rsidRDefault="00000000">
      <w:pPr>
        <w:numPr>
          <w:ilvl w:val="0"/>
          <w:numId w:val="1"/>
        </w:numPr>
        <w:spacing w:before="80" w:after="40" w:line="252" w:lineRule="auto"/>
        <w:rPr>
          <w:color w:val="000000" w:themeColor="text1"/>
        </w:rPr>
      </w:pPr>
      <w:r w:rsidRPr="008E1D08">
        <w:rPr>
          <w:rFonts w:cs="Times New Roman"/>
          <w:color w:val="000000" w:themeColor="text1"/>
        </w:rPr>
        <w:t>How do you balance your energy needs with your body weight goals?</w:t>
      </w:r>
    </w:p>
    <w:p w:rsidR="00CA0364" w:rsidRPr="008E1D08" w:rsidRDefault="00000000">
      <w:pPr>
        <w:pStyle w:val="Balk2"/>
        <w:rPr>
          <w:color w:val="000000" w:themeColor="text1"/>
        </w:rPr>
      </w:pPr>
      <w:r w:rsidRPr="008E1D08">
        <w:rPr>
          <w:rFonts w:ascii="Times New Roman" w:hAnsi="Times New Roman" w:cs="Times New Roman"/>
          <w:color w:val="000000" w:themeColor="text1"/>
        </w:rPr>
        <w:t>3. Psychological and Social Factors</w:t>
      </w:r>
    </w:p>
    <w:p w:rsidR="00CA0364" w:rsidRPr="008E1D08" w:rsidRDefault="00000000">
      <w:pPr>
        <w:numPr>
          <w:ilvl w:val="0"/>
          <w:numId w:val="1"/>
        </w:numPr>
        <w:spacing w:before="80" w:after="40" w:line="252" w:lineRule="auto"/>
        <w:rPr>
          <w:color w:val="000000" w:themeColor="text1"/>
        </w:rPr>
      </w:pPr>
      <w:r w:rsidRPr="008E1D08">
        <w:rPr>
          <w:rFonts w:cs="Times New Roman"/>
          <w:color w:val="000000" w:themeColor="text1"/>
        </w:rPr>
        <w:t>Do you experience emotional difficulties while following a diet?</w:t>
      </w:r>
    </w:p>
    <w:p w:rsidR="00CA0364" w:rsidRPr="008E1D08" w:rsidRDefault="00000000">
      <w:pPr>
        <w:numPr>
          <w:ilvl w:val="0"/>
          <w:numId w:val="1"/>
        </w:numPr>
        <w:spacing w:before="80" w:after="40" w:line="252" w:lineRule="auto"/>
        <w:rPr>
          <w:color w:val="000000" w:themeColor="text1"/>
        </w:rPr>
      </w:pPr>
      <w:r w:rsidRPr="008E1D08">
        <w:rPr>
          <w:rFonts w:cs="Times New Roman"/>
          <w:color w:val="000000" w:themeColor="text1"/>
        </w:rPr>
        <w:t>Do team culture, coaches, or environmental pressures affect your dietary habits?</w:t>
      </w:r>
    </w:p>
    <w:p w:rsidR="00CA0364" w:rsidRPr="008E1D08" w:rsidRDefault="00000000">
      <w:pPr>
        <w:numPr>
          <w:ilvl w:val="0"/>
          <w:numId w:val="1"/>
        </w:numPr>
        <w:spacing w:before="80" w:after="40" w:line="252" w:lineRule="auto"/>
        <w:rPr>
          <w:color w:val="000000" w:themeColor="text1"/>
        </w:rPr>
      </w:pPr>
      <w:r w:rsidRPr="008E1D08">
        <w:rPr>
          <w:rFonts w:cs="Times New Roman"/>
          <w:color w:val="000000" w:themeColor="text1"/>
        </w:rPr>
        <w:t>How do you cope with hunger, low energy, or food cravings?</w:t>
      </w:r>
    </w:p>
    <w:p w:rsidR="00CA0364" w:rsidRPr="008E1D08" w:rsidRDefault="00000000">
      <w:pPr>
        <w:numPr>
          <w:ilvl w:val="0"/>
          <w:numId w:val="1"/>
        </w:numPr>
        <w:spacing w:before="80" w:after="40" w:line="252" w:lineRule="auto"/>
        <w:rPr>
          <w:color w:val="000000" w:themeColor="text1"/>
        </w:rPr>
      </w:pPr>
      <w:r w:rsidRPr="008E1D08">
        <w:rPr>
          <w:rFonts w:cs="Times New Roman"/>
          <w:color w:val="000000" w:themeColor="text1"/>
        </w:rPr>
        <w:t>Do your dietary habits affect your self-confidence or body image?</w:t>
      </w:r>
    </w:p>
    <w:p w:rsidR="00CA0364" w:rsidRPr="008E1D08" w:rsidRDefault="00000000">
      <w:pPr>
        <w:pStyle w:val="Balk2"/>
        <w:rPr>
          <w:color w:val="000000" w:themeColor="text1"/>
        </w:rPr>
      </w:pPr>
      <w:r w:rsidRPr="008E1D08">
        <w:rPr>
          <w:rFonts w:ascii="Times New Roman" w:hAnsi="Times New Roman" w:cs="Times New Roman"/>
          <w:color w:val="000000" w:themeColor="text1"/>
        </w:rPr>
        <w:t>4. Support Systems and Education</w:t>
      </w:r>
    </w:p>
    <w:p w:rsidR="00CA0364" w:rsidRPr="008E1D08" w:rsidRDefault="00000000">
      <w:pPr>
        <w:numPr>
          <w:ilvl w:val="0"/>
          <w:numId w:val="1"/>
        </w:numPr>
        <w:spacing w:before="80" w:after="40" w:line="252" w:lineRule="auto"/>
        <w:rPr>
          <w:color w:val="000000" w:themeColor="text1"/>
        </w:rPr>
      </w:pPr>
      <w:r w:rsidRPr="008E1D08">
        <w:rPr>
          <w:rFonts w:cs="Times New Roman"/>
          <w:color w:val="000000" w:themeColor="text1"/>
        </w:rPr>
        <w:t>From whom do you receive nutrition-related support within the team?</w:t>
      </w:r>
    </w:p>
    <w:p w:rsidR="00CA0364" w:rsidRPr="008E1D08" w:rsidRDefault="00000000">
      <w:pPr>
        <w:numPr>
          <w:ilvl w:val="0"/>
          <w:numId w:val="1"/>
        </w:numPr>
        <w:spacing w:before="80" w:after="40" w:line="252" w:lineRule="auto"/>
        <w:rPr>
          <w:color w:val="000000" w:themeColor="text1"/>
        </w:rPr>
      </w:pPr>
      <w:r w:rsidRPr="008E1D08">
        <w:rPr>
          <w:rFonts w:cs="Times New Roman"/>
          <w:color w:val="000000" w:themeColor="text1"/>
        </w:rPr>
        <w:t>Is the support provided by a dietitian or another specialist adequate?</w:t>
      </w:r>
    </w:p>
    <w:p w:rsidR="00CA0364" w:rsidRPr="008E1D08" w:rsidRDefault="00000000">
      <w:pPr>
        <w:numPr>
          <w:ilvl w:val="0"/>
          <w:numId w:val="1"/>
        </w:numPr>
        <w:spacing w:before="80" w:after="40" w:line="252" w:lineRule="auto"/>
        <w:rPr>
          <w:color w:val="000000" w:themeColor="text1"/>
        </w:rPr>
      </w:pPr>
      <w:r w:rsidRPr="008E1D08">
        <w:rPr>
          <w:rFonts w:cs="Times New Roman"/>
          <w:color w:val="000000" w:themeColor="text1"/>
        </w:rPr>
        <w:t>Have you received nutrition education? If so, did you find it useful?</w:t>
      </w:r>
    </w:p>
    <w:p w:rsidR="00CA0364" w:rsidRPr="008E1D08" w:rsidRDefault="00000000">
      <w:pPr>
        <w:numPr>
          <w:ilvl w:val="0"/>
          <w:numId w:val="1"/>
        </w:numPr>
        <w:spacing w:before="80" w:after="40" w:line="252" w:lineRule="auto"/>
        <w:rPr>
          <w:color w:val="000000" w:themeColor="text1"/>
        </w:rPr>
      </w:pPr>
      <w:r w:rsidRPr="008E1D08">
        <w:rPr>
          <w:rFonts w:cs="Times New Roman"/>
          <w:color w:val="000000" w:themeColor="text1"/>
        </w:rPr>
        <w:t>What do you think are the most important areas requiring improvement in nutrition support?</w:t>
      </w:r>
    </w:p>
    <w:p w:rsidR="00CA0364" w:rsidRPr="008E1D08" w:rsidRDefault="00000000">
      <w:pPr>
        <w:pStyle w:val="Balk2"/>
        <w:rPr>
          <w:color w:val="000000" w:themeColor="text1"/>
        </w:rPr>
      </w:pPr>
      <w:r w:rsidRPr="008E1D08">
        <w:rPr>
          <w:rFonts w:ascii="Times New Roman" w:hAnsi="Times New Roman" w:cs="Times New Roman"/>
          <w:color w:val="000000" w:themeColor="text1"/>
        </w:rPr>
        <w:t>5. Long-Term Effects and Sustainability</w:t>
      </w:r>
    </w:p>
    <w:p w:rsidR="00CA0364" w:rsidRPr="008E1D08" w:rsidRDefault="00000000">
      <w:pPr>
        <w:numPr>
          <w:ilvl w:val="0"/>
          <w:numId w:val="1"/>
        </w:numPr>
        <w:spacing w:before="80" w:after="40" w:line="252" w:lineRule="auto"/>
        <w:rPr>
          <w:color w:val="000000" w:themeColor="text1"/>
        </w:rPr>
      </w:pPr>
      <w:r w:rsidRPr="008E1D08">
        <w:rPr>
          <w:rFonts w:cs="Times New Roman"/>
          <w:color w:val="000000" w:themeColor="text1"/>
        </w:rPr>
        <w:t>Do you have concerns about the health effects of your body weight management and dietary habits?</w:t>
      </w:r>
    </w:p>
    <w:p w:rsidR="00CA0364" w:rsidRPr="008E1D08" w:rsidRDefault="00000000">
      <w:pPr>
        <w:numPr>
          <w:ilvl w:val="0"/>
          <w:numId w:val="1"/>
        </w:numPr>
        <w:spacing w:before="80" w:after="40" w:line="252" w:lineRule="auto"/>
        <w:rPr>
          <w:color w:val="000000" w:themeColor="text1"/>
        </w:rPr>
      </w:pPr>
      <w:r w:rsidRPr="008E1D08">
        <w:rPr>
          <w:rFonts w:cs="Times New Roman"/>
          <w:color w:val="000000" w:themeColor="text1"/>
        </w:rPr>
        <w:t>Do you think you will be able to maintain these habits after retiring from sport?</w:t>
      </w:r>
    </w:p>
    <w:p w:rsidR="00CA0364" w:rsidRPr="008E1D08" w:rsidRDefault="00000000">
      <w:pPr>
        <w:numPr>
          <w:ilvl w:val="0"/>
          <w:numId w:val="1"/>
        </w:numPr>
        <w:spacing w:before="80" w:after="40" w:line="252" w:lineRule="auto"/>
        <w:rPr>
          <w:color w:val="000000" w:themeColor="text1"/>
        </w:rPr>
      </w:pPr>
      <w:r w:rsidRPr="008E1D08">
        <w:rPr>
          <w:rFonts w:cs="Times New Roman"/>
          <w:color w:val="000000" w:themeColor="text1"/>
        </w:rPr>
        <w:t>Have you experienced any health problems in the past, such as vitamin or mineral deficiencies?</w:t>
      </w:r>
    </w:p>
    <w:p w:rsidR="00CA0364" w:rsidRPr="008E1D08" w:rsidRDefault="00000000">
      <w:pPr>
        <w:numPr>
          <w:ilvl w:val="0"/>
          <w:numId w:val="1"/>
        </w:numPr>
        <w:spacing w:before="80" w:after="40" w:line="252" w:lineRule="auto"/>
        <w:rPr>
          <w:color w:val="000000" w:themeColor="text1"/>
        </w:rPr>
      </w:pPr>
      <w:r w:rsidRPr="008E1D08">
        <w:rPr>
          <w:rFonts w:cs="Times New Roman"/>
          <w:color w:val="000000" w:themeColor="text1"/>
        </w:rPr>
        <w:t>If you were to design an ideal nutrition program for elite wrestlers, what would you definitely include?</w:t>
      </w:r>
    </w:p>
    <w:sectPr w:rsidR="00CA0364" w:rsidRPr="008E1D08" w:rsidSect="00034616">
      <w:headerReference w:type="default" r:id="rId8"/>
      <w:footerReference w:type="default" r:id="rId9"/>
      <w:pgSz w:w="11906" w:h="16838"/>
      <w:pgMar w:top="1020" w:right="1134" w:bottom="1020" w:left="1134"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5968" w:rsidRDefault="00935968">
      <w:pPr>
        <w:spacing w:after="0" w:line="240" w:lineRule="auto"/>
      </w:pPr>
      <w:r>
        <w:separator/>
      </w:r>
    </w:p>
  </w:endnote>
  <w:endnote w:type="continuationSeparator" w:id="0">
    <w:p w:rsidR="00935968" w:rsidRDefault="0093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A0364" w:rsidRDefault="00000000">
    <w:pPr>
      <w:pStyle w:val="AltBilgi"/>
      <w:jc w:val="right"/>
    </w:pPr>
    <w:r>
      <w:rPr>
        <w:rFonts w:cs="Times New Roman"/>
        <w:color w:val="5A5A5A"/>
        <w:sz w:val="17"/>
      </w:rPr>
      <w:t xml:space="preserve">Page </w:t>
    </w:r>
    <w:r>
      <w:rPr>
        <w:rFonts w:cs="Times New Roman"/>
        <w:color w:val="5A5A5A"/>
        <w:sz w:val="17"/>
      </w:rPr>
      <w:fldChar w:fldCharType="begin"/>
    </w:r>
    <w:r>
      <w:rPr>
        <w:rFonts w:cs="Times New Roman"/>
        <w:color w:val="5A5A5A"/>
        <w:sz w:val="17"/>
      </w:rPr>
      <w:instrText xml:space="preserve"> PAGE </w:instrText>
    </w:r>
    <w:r>
      <w:rPr>
        <w:rFonts w:cs="Times New Roman"/>
        <w:color w:val="5A5A5A"/>
        <w:sz w:val="17"/>
      </w:rPr>
      <w:fldChar w:fldCharType="separate"/>
    </w:r>
    <w:r>
      <w:rPr>
        <w:rFonts w:cs="Times New Roman"/>
        <w:color w:val="5A5A5A"/>
        <w:sz w:val="17"/>
      </w:rPr>
      <w:t>1</w:t>
    </w:r>
    <w:r>
      <w:rPr>
        <w:rFonts w:cs="Times New Roman"/>
        <w:color w:val="5A5A5A"/>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5968" w:rsidRDefault="00935968">
      <w:pPr>
        <w:spacing w:after="0" w:line="240" w:lineRule="auto"/>
      </w:pPr>
      <w:r>
        <w:separator/>
      </w:r>
    </w:p>
  </w:footnote>
  <w:footnote w:type="continuationSeparator" w:id="0">
    <w:p w:rsidR="00935968" w:rsidRDefault="0093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A0364" w:rsidRDefault="00000000">
    <w:pPr>
      <w:pStyle w:val="stBilgi"/>
    </w:pPr>
    <w:r>
      <w:rPr>
        <w:rFonts w:cs="Times New Roman"/>
        <w:b/>
        <w:color w:val="5A5A5A"/>
        <w:sz w:val="17"/>
      </w:rPr>
      <w:t>Supplementary File S1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EF16BA9"/>
    <w:multiLevelType w:val="singleLevel"/>
    <w:tmpl w:val="FF9ED67E"/>
    <w:lvl w:ilvl="0">
      <w:start w:val="1"/>
      <w:numFmt w:val="decimal"/>
      <w:lvlText w:val="%1."/>
      <w:lvlJc w:val="left"/>
      <w:pPr>
        <w:tabs>
          <w:tab w:val="num" w:pos="540"/>
        </w:tabs>
        <w:ind w:left="540" w:hanging="360"/>
      </w:pPr>
      <w:rPr>
        <w:rFonts w:ascii="Times New Roman" w:hAnsi="Times New Roman"/>
      </w:rPr>
    </w:lvl>
  </w:abstractNum>
  <w:abstractNum w:abstractNumId="10" w15:restartNumberingAfterBreak="0">
    <w:nsid w:val="5D67777D"/>
    <w:multiLevelType w:val="singleLevel"/>
    <w:tmpl w:val="6FE03F38"/>
    <w:lvl w:ilvl="0">
      <w:start w:val="1"/>
      <w:numFmt w:val="decimal"/>
      <w:pStyle w:val="ListeMaddemi"/>
      <w:lvlText w:val="%1."/>
      <w:lvlJc w:val="left"/>
      <w:pPr>
        <w:tabs>
          <w:tab w:val="num" w:pos="540"/>
        </w:tabs>
        <w:ind w:left="540" w:hanging="360"/>
      </w:pPr>
      <w:rPr>
        <w:rFonts w:ascii="Times New Roman" w:hAnsi="Times New Roman"/>
      </w:rPr>
    </w:lvl>
  </w:abstractNum>
  <w:num w:numId="1" w16cid:durableId="13357639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E1D08"/>
    <w:rsid w:val="00935968"/>
    <w:rsid w:val="00AA1D8D"/>
    <w:rsid w:val="00B47730"/>
    <w:rsid w:val="00CA0364"/>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9E27627-4A2B-FF44-8FD8-EAE1D8299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Times New Roman" w:hAnsi="Times New Roman"/>
      <w:color w:val="191919"/>
      <w:sz w:val="21"/>
    </w:rPr>
  </w:style>
  <w:style w:type="paragraph" w:styleId="Balk1">
    <w:name w:val="heading 1"/>
    <w:basedOn w:val="Normal"/>
    <w:next w:val="Normal"/>
    <w:link w:val="Balk1Char"/>
    <w:uiPriority w:val="9"/>
    <w:qFormat/>
    <w:rsid w:val="00FC693F"/>
    <w:pPr>
      <w:keepNext/>
      <w:keepLines/>
      <w:spacing w:before="240" w:after="120"/>
      <w:outlineLvl w:val="0"/>
    </w:pPr>
    <w:rPr>
      <w:rFonts w:asciiTheme="majorHAnsi" w:eastAsiaTheme="majorEastAsia" w:hAnsiTheme="majorHAnsi" w:cstheme="majorBidi"/>
      <w:b/>
      <w:bCs/>
      <w:color w:val="1F4E79"/>
      <w:sz w:val="28"/>
      <w:szCs w:val="28"/>
    </w:rPr>
  </w:style>
  <w:style w:type="paragraph" w:styleId="Balk2">
    <w:name w:val="heading 2"/>
    <w:basedOn w:val="Normal"/>
    <w:next w:val="Normal"/>
    <w:link w:val="Balk2Char"/>
    <w:uiPriority w:val="9"/>
    <w:unhideWhenUsed/>
    <w:qFormat/>
    <w:rsid w:val="00FC693F"/>
    <w:pPr>
      <w:keepNext/>
      <w:keepLines/>
      <w:spacing w:before="180" w:after="80"/>
      <w:outlineLvl w:val="1"/>
    </w:pPr>
    <w:rPr>
      <w:rFonts w:asciiTheme="majorHAnsi" w:eastAsiaTheme="majorEastAsia" w:hAnsiTheme="majorHAnsi" w:cstheme="majorBidi"/>
      <w:b/>
      <w:bCs/>
      <w:color w:val="1F4E79"/>
      <w:sz w:val="23"/>
      <w:szCs w:val="26"/>
    </w:rPr>
  </w:style>
  <w:style w:type="paragraph" w:styleId="Balk3">
    <w:name w:val="heading 3"/>
    <w:basedOn w:val="Normal"/>
    <w:next w:val="Normal"/>
    <w:link w:val="Balk3Char"/>
    <w:uiPriority w:val="9"/>
    <w:unhideWhenUsed/>
    <w:qFormat/>
    <w:rsid w:val="00FC693F"/>
    <w:pPr>
      <w:keepNext/>
      <w:keepLines/>
      <w:spacing w:before="140" w:after="60"/>
      <w:outlineLvl w:val="2"/>
    </w:pPr>
    <w:rPr>
      <w:rFonts w:asciiTheme="majorHAnsi" w:eastAsiaTheme="majorEastAsia" w:hAnsiTheme="majorHAnsi" w:cstheme="majorBidi"/>
      <w:b/>
      <w:bCs/>
      <w:color w:val="1F4E79"/>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tabs>
        <w:tab w:val="num" w:pos="360"/>
      </w:tabs>
      <w:contextualSpacing/>
    </w:pPr>
  </w:style>
  <w:style w:type="paragraph" w:styleId="ListeMaddemi3">
    <w:name w:val="List Bullet 3"/>
    <w:basedOn w:val="Normal"/>
    <w:uiPriority w:val="99"/>
    <w:unhideWhenUsed/>
    <w:rsid w:val="00326F90"/>
    <w:pPr>
      <w:tabs>
        <w:tab w:val="num" w:pos="360"/>
      </w:tabs>
      <w:contextualSpacing/>
    </w:pPr>
  </w:style>
  <w:style w:type="paragraph" w:styleId="ListeNumaras">
    <w:name w:val="List Number"/>
    <w:basedOn w:val="Normal"/>
    <w:uiPriority w:val="99"/>
    <w:unhideWhenUsed/>
    <w:rsid w:val="00326F90"/>
    <w:pPr>
      <w:tabs>
        <w:tab w:val="num" w:pos="360"/>
      </w:tabs>
      <w:contextualSpacing/>
    </w:pPr>
  </w:style>
  <w:style w:type="paragraph" w:styleId="ListeNumaras2">
    <w:name w:val="List Number 2"/>
    <w:basedOn w:val="Normal"/>
    <w:uiPriority w:val="99"/>
    <w:unhideWhenUsed/>
    <w:rsid w:val="0029639D"/>
    <w:pPr>
      <w:tabs>
        <w:tab w:val="num" w:pos="360"/>
      </w:tabs>
      <w:contextualSpacing/>
    </w:pPr>
  </w:style>
  <w:style w:type="paragraph" w:styleId="ListeNumaras3">
    <w:name w:val="List Number 3"/>
    <w:basedOn w:val="Normal"/>
    <w:uiPriority w:val="99"/>
    <w:unhideWhenUsed/>
    <w:rsid w:val="0029639D"/>
    <w:pPr>
      <w:tabs>
        <w:tab w:val="num" w:pos="360"/>
      </w:tabs>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967</Words>
  <Characters>5513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File S1 - Wrestlers' Nutrition and Weight Management Experience Form</dc:title>
  <dc:subject>Blank English version of the study instrument</dc:subject>
  <dc:creator/>
  <cp:keywords>wrestling; nutrition; weight management; interview guide</cp:keywords>
  <dc:description>generated by python-docx</dc:description>
  <cp:lastModifiedBy>Microsoft Office User</cp:lastModifiedBy>
  <cp:revision>2</cp:revision>
  <dcterms:created xsi:type="dcterms:W3CDTF">2013-12-23T23:15:00Z</dcterms:created>
  <dcterms:modified xsi:type="dcterms:W3CDTF">2026-08-25T21:14:00Z</dcterms:modified>
  <cp:category/>
</cp:coreProperties>
</file>