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94E31B" w14:textId="3F127824" w:rsidR="009F47EE" w:rsidRPr="00DC5ED7" w:rsidRDefault="000955B8">
      <w:pPr>
        <w:spacing w:after="360"/>
        <w:rPr>
          <w:rFonts w:cs="Times New Roman"/>
        </w:rPr>
      </w:pPr>
      <w:r w:rsidRPr="000955B8">
        <w:rPr>
          <w:rFonts w:cs="Times New Roman"/>
          <w:b/>
          <w:sz w:val="32"/>
        </w:rPr>
        <w:t>Peatland fire occurrence across Sweden from 2001 to 2023 along drainage, land-cov</w:t>
      </w:r>
      <w:r w:rsidR="004530E0">
        <w:rPr>
          <w:rFonts w:cs="Times New Roman"/>
          <w:b/>
          <w:sz w:val="32"/>
        </w:rPr>
        <w:t xml:space="preserve">er, and </w:t>
      </w:r>
      <w:proofErr w:type="spellStart"/>
      <w:r w:rsidR="004530E0">
        <w:rPr>
          <w:rFonts w:cs="Times New Roman"/>
          <w:b/>
          <w:sz w:val="32"/>
        </w:rPr>
        <w:t>hydroclimatic</w:t>
      </w:r>
      <w:proofErr w:type="spellEnd"/>
      <w:r w:rsidR="004530E0">
        <w:rPr>
          <w:rFonts w:cs="Times New Roman"/>
          <w:b/>
          <w:sz w:val="32"/>
        </w:rPr>
        <w:t xml:space="preserve"> gradients</w:t>
      </w:r>
      <w:r w:rsidR="00E45AFC">
        <w:rPr>
          <w:rFonts w:cs="Times New Roman"/>
          <w:b/>
          <w:sz w:val="32"/>
        </w:rPr>
        <w:t>s</w:t>
      </w:r>
      <w:bookmarkStart w:id="0" w:name="_GoBack"/>
      <w:bookmarkEnd w:id="0"/>
    </w:p>
    <w:p w14:paraId="00D93816" w14:textId="77777777" w:rsidR="009F47EE" w:rsidRPr="00DC5ED7" w:rsidRDefault="00E45AFC">
      <w:pPr>
        <w:spacing w:after="240"/>
        <w:rPr>
          <w:rFonts w:cs="Times New Roman"/>
        </w:rPr>
      </w:pPr>
      <w:r w:rsidRPr="00DC5ED7">
        <w:rPr>
          <w:rFonts w:cs="Times New Roman"/>
        </w:rPr>
        <w:t>Daniel Escobar*</w:t>
      </w:r>
      <w:r w:rsidRPr="00DC5ED7">
        <w:rPr>
          <w:rFonts w:cs="Times New Roman"/>
          <w:sz w:val="20"/>
          <w:vertAlign w:val="superscript"/>
        </w:rPr>
        <w:t>1</w:t>
      </w:r>
      <w:proofErr w:type="gramStart"/>
      <w:r w:rsidRPr="00DC5ED7">
        <w:rPr>
          <w:rFonts w:cs="Times New Roman"/>
          <w:sz w:val="20"/>
          <w:vertAlign w:val="superscript"/>
        </w:rPr>
        <w:t>,2</w:t>
      </w:r>
      <w:proofErr w:type="gramEnd"/>
      <w:r w:rsidRPr="00DC5ED7">
        <w:rPr>
          <w:rFonts w:cs="Times New Roman"/>
        </w:rPr>
        <w:t>, Clara Hübinger</w:t>
      </w:r>
      <w:r w:rsidRPr="00DC5ED7">
        <w:rPr>
          <w:rFonts w:cs="Times New Roman"/>
          <w:sz w:val="20"/>
          <w:vertAlign w:val="superscript"/>
        </w:rPr>
        <w:t>1</w:t>
      </w:r>
    </w:p>
    <w:p w14:paraId="28495D17" w14:textId="77777777" w:rsidR="009F47EE" w:rsidRPr="00DC5ED7" w:rsidRDefault="00E45AFC">
      <w:pPr>
        <w:spacing w:after="80"/>
        <w:rPr>
          <w:rFonts w:cs="Times New Roman"/>
        </w:rPr>
      </w:pPr>
      <w:r w:rsidRPr="00DC5ED7">
        <w:rPr>
          <w:rFonts w:cs="Times New Roman"/>
          <w:sz w:val="18"/>
          <w:vertAlign w:val="superscript"/>
        </w:rPr>
        <w:t>1</w:t>
      </w:r>
      <w:r w:rsidRPr="00DC5ED7">
        <w:rPr>
          <w:rFonts w:cs="Times New Roman"/>
          <w:sz w:val="20"/>
        </w:rPr>
        <w:t xml:space="preserve"> Department of Physical Geography and Bolin Centre for Climate Research, Stockholm University, SE-106 91 Stockholm, Sweden.</w:t>
      </w:r>
    </w:p>
    <w:p w14:paraId="2184FE92" w14:textId="77777777" w:rsidR="009F47EE" w:rsidRPr="00DC5ED7" w:rsidRDefault="00E45AFC">
      <w:pPr>
        <w:spacing w:after="160"/>
        <w:rPr>
          <w:rFonts w:cs="Times New Roman"/>
        </w:rPr>
      </w:pPr>
      <w:r w:rsidRPr="00DC5ED7">
        <w:rPr>
          <w:rFonts w:cs="Times New Roman"/>
          <w:sz w:val="18"/>
          <w:vertAlign w:val="superscript"/>
        </w:rPr>
        <w:t>2</w:t>
      </w:r>
      <w:r w:rsidRPr="00DC5ED7">
        <w:rPr>
          <w:rFonts w:cs="Times New Roman"/>
          <w:sz w:val="20"/>
        </w:rPr>
        <w:t xml:space="preserve"> Climate Action, Alliance of </w:t>
      </w:r>
      <w:proofErr w:type="spellStart"/>
      <w:r w:rsidRPr="00DC5ED7">
        <w:rPr>
          <w:rFonts w:cs="Times New Roman"/>
          <w:sz w:val="20"/>
        </w:rPr>
        <w:t>Bioversity</w:t>
      </w:r>
      <w:proofErr w:type="spellEnd"/>
      <w:r w:rsidRPr="00DC5ED7">
        <w:rPr>
          <w:rFonts w:cs="Times New Roman"/>
          <w:sz w:val="20"/>
        </w:rPr>
        <w:t xml:space="preserve"> International and the International Centre for Tropical Agriculture (CIAT), Palmira 763537,</w:t>
      </w:r>
      <w:r w:rsidRPr="00DC5ED7">
        <w:rPr>
          <w:rFonts w:cs="Times New Roman"/>
          <w:sz w:val="20"/>
        </w:rPr>
        <w:t xml:space="preserve"> Colombia.</w:t>
      </w:r>
    </w:p>
    <w:p w14:paraId="0626E366" w14:textId="77777777" w:rsidR="0005760A" w:rsidRPr="00DC5ED7" w:rsidRDefault="00E45AFC" w:rsidP="0005760A">
      <w:pPr>
        <w:spacing w:after="560"/>
        <w:rPr>
          <w:rFonts w:cs="Times New Roman"/>
        </w:rPr>
      </w:pPr>
      <w:r w:rsidRPr="00DC5ED7">
        <w:rPr>
          <w:rFonts w:cs="Times New Roman"/>
          <w:b/>
          <w:sz w:val="22"/>
        </w:rPr>
        <w:t xml:space="preserve">* </w:t>
      </w:r>
      <w:r w:rsidRPr="00DC5ED7">
        <w:rPr>
          <w:rFonts w:cs="Times New Roman"/>
          <w:sz w:val="22"/>
        </w:rPr>
        <w:t xml:space="preserve">Correspondence: </w:t>
      </w:r>
      <w:hyperlink r:id="rId6" w:history="1">
        <w:r w:rsidR="0005760A" w:rsidRPr="00DC5ED7">
          <w:rPr>
            <w:rStyle w:val="Hyperlink"/>
            <w:rFonts w:cs="Times New Roman"/>
            <w:sz w:val="22"/>
          </w:rPr>
          <w:t>daniel.escobar@natgeo.su.se</w:t>
        </w:r>
      </w:hyperlink>
    </w:p>
    <w:p w14:paraId="1CEE6C4D" w14:textId="77777777" w:rsidR="009F47EE" w:rsidRPr="00DC5ED7" w:rsidRDefault="00E45AFC" w:rsidP="0005760A">
      <w:pPr>
        <w:spacing w:after="560"/>
        <w:rPr>
          <w:rFonts w:cs="Times New Roman"/>
          <w:b/>
          <w:sz w:val="32"/>
        </w:rPr>
      </w:pPr>
      <w:r w:rsidRPr="00DC5ED7">
        <w:rPr>
          <w:rFonts w:cs="Times New Roman"/>
          <w:b/>
          <w:sz w:val="32"/>
        </w:rPr>
        <w:t>Supplementary Information</w:t>
      </w:r>
    </w:p>
    <w:p w14:paraId="01BD9690" w14:textId="77777777" w:rsidR="003B0040" w:rsidRPr="00DC5ED7" w:rsidRDefault="00E45AFC">
      <w:pPr>
        <w:rPr>
          <w:rFonts w:cs="Times New Roman"/>
        </w:rPr>
      </w:pPr>
      <w:r w:rsidRPr="00DC5ED7">
        <w:rPr>
          <w:rFonts w:cs="Times New Roman"/>
        </w:rPr>
        <w:br w:type="page"/>
      </w:r>
    </w:p>
    <w:p w14:paraId="6145C034" w14:textId="5A420FB4" w:rsidR="003B0040" w:rsidRPr="00DC5ED7" w:rsidRDefault="00150A5D" w:rsidP="00DC5ED7">
      <w:pPr>
        <w:spacing w:after="0"/>
        <w:jc w:val="center"/>
        <w:rPr>
          <w:rFonts w:cs="Times New Roman"/>
        </w:rPr>
      </w:pPr>
      <w:r>
        <w:rPr>
          <w:rFonts w:cs="Times New Roman"/>
          <w:noProof/>
        </w:rPr>
        <w:lastRenderedPageBreak/>
        <w:drawing>
          <wp:inline distT="0" distB="0" distL="0" distR="0" wp14:anchorId="2A970C1A" wp14:editId="04CA26E0">
            <wp:extent cx="5939790" cy="4345305"/>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4345305"/>
                    </a:xfrm>
                    <a:prstGeom prst="rect">
                      <a:avLst/>
                    </a:prstGeom>
                    <a:noFill/>
                    <a:ln>
                      <a:noFill/>
                    </a:ln>
                  </pic:spPr>
                </pic:pic>
              </a:graphicData>
            </a:graphic>
          </wp:inline>
        </w:drawing>
      </w:r>
    </w:p>
    <w:p w14:paraId="4BEB81B1" w14:textId="58FEBAC9" w:rsidR="003B0040" w:rsidRPr="00DC5ED7" w:rsidRDefault="00E45AFC" w:rsidP="001225BA">
      <w:pPr>
        <w:pStyle w:val="Caption"/>
        <w:jc w:val="both"/>
        <w:rPr>
          <w:rFonts w:cs="Times New Roman"/>
        </w:rPr>
      </w:pPr>
      <w:r w:rsidRPr="00DC5ED7">
        <w:rPr>
          <w:rFonts w:cs="Times New Roman"/>
        </w:rPr>
        <w:t>Supplementary Figure S1.</w:t>
      </w:r>
      <w:r w:rsidRPr="00DC5ED7">
        <w:rPr>
          <w:rFonts w:cs="Times New Roman"/>
          <w:b w:val="0"/>
        </w:rPr>
        <w:t xml:space="preserve"> Examples of multi-day burned-area (BA) event progression and landscape context. Rows show thr</w:t>
      </w:r>
      <w:r w:rsidRPr="00DC5ED7">
        <w:rPr>
          <w:rFonts w:cs="Times New Roman"/>
          <w:b w:val="0"/>
        </w:rPr>
        <w:t>ee selected BA events, and columns show daily burned polygons with mapped ditches, 1 km ditch-density context, NMD2023 land cover, and peat</w:t>
      </w:r>
      <w:r w:rsidR="007359D0">
        <w:rPr>
          <w:rFonts w:cs="Times New Roman"/>
          <w:b w:val="0"/>
        </w:rPr>
        <w:t>lands</w:t>
      </w:r>
      <w:r w:rsidR="00303474">
        <w:rPr>
          <w:rFonts w:cs="Times New Roman"/>
          <w:b w:val="0"/>
        </w:rPr>
        <w:t xml:space="preserve"> and </w:t>
      </w:r>
      <w:r w:rsidRPr="00DC5ED7">
        <w:rPr>
          <w:rFonts w:cs="Times New Roman"/>
          <w:b w:val="0"/>
        </w:rPr>
        <w:t>mineral soil. Burn-progression colors run from earlier to later daily burned polygons; purple lines show ma</w:t>
      </w:r>
      <w:r w:rsidRPr="00DC5ED7">
        <w:rPr>
          <w:rFonts w:cs="Times New Roman"/>
          <w:b w:val="0"/>
        </w:rPr>
        <w:t xml:space="preserve">pped ditches; black outlines show final event perimeters; and soil colors distinguish mineral and peat. The figure illustrates how </w:t>
      </w:r>
      <w:r w:rsidR="00303474" w:rsidRPr="00303474">
        <w:rPr>
          <w:rFonts w:cs="Times New Roman"/>
          <w:b w:val="0"/>
        </w:rPr>
        <w:t>first-day BA polygons</w:t>
      </w:r>
      <w:r w:rsidRPr="00DC5ED7">
        <w:rPr>
          <w:rFonts w:cs="Times New Roman"/>
          <w:b w:val="0"/>
        </w:rPr>
        <w:t xml:space="preserve"> were interpreted as apparent fire-start proxies rather than exact ignition locations.</w:t>
      </w:r>
    </w:p>
    <w:p w14:paraId="24DB4097" w14:textId="77777777" w:rsidR="003B0040" w:rsidRPr="00DC5ED7" w:rsidRDefault="003B0040">
      <w:pPr>
        <w:rPr>
          <w:rFonts w:cs="Times New Roman"/>
        </w:rPr>
      </w:pPr>
    </w:p>
    <w:p w14:paraId="0A4999CE" w14:textId="77777777" w:rsidR="009F47EE" w:rsidRPr="00DC5ED7" w:rsidRDefault="00E45AFC" w:rsidP="00DC5ED7">
      <w:pPr>
        <w:spacing w:after="0"/>
        <w:jc w:val="center"/>
        <w:rPr>
          <w:rFonts w:cs="Times New Roman"/>
        </w:rPr>
      </w:pPr>
      <w:r w:rsidRPr="00DC5ED7">
        <w:rPr>
          <w:rFonts w:cs="Times New Roman"/>
          <w:noProof/>
        </w:rPr>
        <w:lastRenderedPageBreak/>
        <w:drawing>
          <wp:inline distT="0" distB="0" distL="0" distR="0" wp14:anchorId="289C55EC" wp14:editId="10990FF6">
            <wp:extent cx="5897880" cy="4291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hydroclimate_north_south_peat_area_timeseries.png"/>
                    <pic:cNvPicPr/>
                  </pic:nvPicPr>
                  <pic:blipFill>
                    <a:blip r:embed="rId8"/>
                    <a:stretch>
                      <a:fillRect/>
                    </a:stretch>
                  </pic:blipFill>
                  <pic:spPr>
                    <a:xfrm>
                      <a:off x="0" y="0"/>
                      <a:ext cx="5897880" cy="4291344"/>
                    </a:xfrm>
                    <a:prstGeom prst="rect">
                      <a:avLst/>
                    </a:prstGeom>
                  </pic:spPr>
                </pic:pic>
              </a:graphicData>
            </a:graphic>
          </wp:inline>
        </w:drawing>
      </w:r>
    </w:p>
    <w:p w14:paraId="449E291C" w14:textId="48BB8E2F" w:rsidR="009F47EE" w:rsidRPr="00DC5ED7" w:rsidRDefault="00E45AFC" w:rsidP="00D54888">
      <w:pPr>
        <w:pStyle w:val="Caption"/>
        <w:spacing w:before="80" w:after="120"/>
        <w:jc w:val="both"/>
        <w:rPr>
          <w:rFonts w:cs="Times New Roman"/>
        </w:rPr>
      </w:pPr>
      <w:r w:rsidRPr="00DC5ED7">
        <w:rPr>
          <w:rFonts w:cs="Times New Roman"/>
        </w:rPr>
        <w:t xml:space="preserve">Supplementary Figure S2. </w:t>
      </w:r>
      <w:r w:rsidR="00303474" w:rsidRPr="00303474">
        <w:rPr>
          <w:rFonts w:cs="Times New Roman"/>
          <w:b w:val="0"/>
        </w:rPr>
        <w:t>Annual peatland fire-affected area</w:t>
      </w:r>
      <w:r w:rsidR="00303474">
        <w:rPr>
          <w:rFonts w:cs="Times New Roman"/>
          <w:b w:val="0"/>
        </w:rPr>
        <w:t xml:space="preserve"> </w:t>
      </w:r>
      <w:r w:rsidRPr="00DC5ED7">
        <w:rPr>
          <w:rFonts w:cs="Times New Roman"/>
          <w:b w:val="0"/>
        </w:rPr>
        <w:t>in northern and southern Sweden, 2001</w:t>
      </w:r>
      <w:r w:rsidR="009B756D">
        <w:rPr>
          <w:rFonts w:cs="Times New Roman"/>
          <w:b w:val="0"/>
        </w:rPr>
        <w:t>-</w:t>
      </w:r>
      <w:r w:rsidRPr="00DC5ED7">
        <w:rPr>
          <w:rFonts w:cs="Times New Roman"/>
          <w:b w:val="0"/>
        </w:rPr>
        <w:t>2023. Panels show (a) northern and (b) southern Sweden. Values are shown separately for FIRED burned-area perimeters (BA; dark red circles) and thermal-anomal</w:t>
      </w:r>
      <w:r w:rsidRPr="00DC5ED7">
        <w:rPr>
          <w:rFonts w:cs="Times New Roman"/>
          <w:b w:val="0"/>
        </w:rPr>
        <w:t xml:space="preserve">y footprint areas (TAA; orange diamonds). </w:t>
      </w:r>
      <w:r w:rsidR="00303474" w:rsidRPr="00303474">
        <w:rPr>
          <w:rFonts w:cs="Times New Roman"/>
          <w:b w:val="0"/>
        </w:rPr>
        <w:t xml:space="preserve">Peatland fire-affected area </w:t>
      </w:r>
      <w:r w:rsidRPr="00303474">
        <w:rPr>
          <w:rFonts w:cs="Times New Roman"/>
          <w:b w:val="0"/>
        </w:rPr>
        <w:t xml:space="preserve">is expressed in km² and was calculated within the NMD2023 forest-and-open-wetland analysis domain using </w:t>
      </w:r>
      <w:r w:rsidR="00303474" w:rsidRPr="00303474">
        <w:rPr>
          <w:rFonts w:cs="Times New Roman"/>
          <w:b w:val="0"/>
        </w:rPr>
        <w:fldChar w:fldCharType="begin"/>
      </w:r>
      <w:r w:rsidR="00303474" w:rsidRPr="00303474">
        <w:rPr>
          <w:rFonts w:cs="Times New Roman"/>
          <w:b w:val="0"/>
        </w:rPr>
        <w:instrText xml:space="preserve"> ADDIN ZOTERO_ITEM CSL_CITATION {"citationID":"k9YhP0zc","properties":{"unsorted":false,"formattedCitation":"(\\uc0\\u197{}gren et al., 2022)","plainCitation":"(Ågren et al., 2022)","noteIndex":0},"citationItems":[{"id":189,"uris":["http://zotero.org/users/5919007/items/ZA354Y7P"],"itemData":{"id":189,"type":"article-journal","abstract":"To meet the sustainable development goals and enable sustainable management and protection of peatlands, there is a strong need for improving the mapping of peatlands. Here we present a novel approach to identify peat soils based on a high-resolution digital soil moisture map that was produced by combining airborne laser scanning-derived terrain indices and machine learning to model soil moisture at 2 m spatial resolution across the Swedish landscape. As soil moisture is a key factor in peat formation, we fitted an empirical relationship between the thickness of the organic layer (measured at 5479 soil plots across the country) and the continuous SLU (Swedish University of Agricultural Science) soil moisture map (R2= 0.66, p &amp;lt; 0.001). We generated categorical maps of peat occurrence using three different definitions of peat (30, 40, and 50 cm thickness of the organic layer) and a continuous map of organic layer thickness. The predicted peat maps had a higher overall quality (MCC = 0.69–0.73) compared to traditional Quaternary deposits maps (MCC = 0.65) and topographical maps (MCC = 0.61) and captured the peatlands with a recall of ca. 80 % compared to 50 %–70 % on the traditional maps. The predicted peat maps identified more peatland area than previous maps, and the areal coverage estimates fell within the same order as upscaling estimates from national field surveys. Our method was able to identify smaller peatlands resulting in more accurate maps of peat soils, which was not restricted to only large peatlands that can be visually detected from aerial imagery – the historical approach of mapping. We also provided a continuous map of the organic layer, which ranged 6–88 cm organic layer thickness, with an R2 of 0.67 and RMSE (root mean square error) of 19 cm. The continuous map exhibits a smooth transition of organic layers from mineral soil to peat soils and likely provides a more natural representation of the distribution of soils. The continuous map also provides an intuitive uncertainty estimate in the delineation of peat soils, critically useful for sustainable spatial planning, e.g., greenhouse gas or biodiversity inventories and landscape ecological research.","container-title":"SOIL","DOI":"10.5194/soil-8-733-2022","ISSN":"2199-3971","issue":"2","language":"English","page":"733-749","publisher":"Copernicus GmbH","source":"Copernicus Online Journals","title":"Delineating the distribution of mineral and peat soils at the landscape scale in northern boreal regions","volume":"8","author":[{"family":"Ågren","given":"Anneli M."},{"family":"Hasselquist","given":"Eliza Maher"},{"family":"Stendahl","given":"Johan"},{"family":"Nilsson","given":"Mats B."},{"family":"Paul","given":"Siddhartho S."}],"issued":{"date-parts":[["2022",12,7]]}}}],"schema":"https://github.com/citation-style-language/schema/raw/master/csl-citation.json"} </w:instrText>
      </w:r>
      <w:r w:rsidR="00303474" w:rsidRPr="00303474">
        <w:rPr>
          <w:rFonts w:cs="Times New Roman"/>
          <w:b w:val="0"/>
        </w:rPr>
        <w:fldChar w:fldCharType="separate"/>
      </w:r>
      <w:r w:rsidR="00303474" w:rsidRPr="00303474">
        <w:rPr>
          <w:rFonts w:cs="Times New Roman"/>
          <w:b w:val="0"/>
        </w:rPr>
        <w:t>Ågren et al. (2022)</w:t>
      </w:r>
      <w:r w:rsidR="00303474" w:rsidRPr="00303474">
        <w:rPr>
          <w:rFonts w:cs="Times New Roman"/>
          <w:b w:val="0"/>
        </w:rPr>
        <w:fldChar w:fldCharType="end"/>
      </w:r>
      <w:r w:rsidRPr="00303474">
        <w:rPr>
          <w:rFonts w:cs="Times New Roman"/>
          <w:b w:val="0"/>
        </w:rPr>
        <w:t xml:space="preserve"> </w:t>
      </w:r>
      <w:r w:rsidRPr="00DC5ED7">
        <w:rPr>
          <w:rFonts w:cs="Times New Roman"/>
          <w:b w:val="0"/>
        </w:rPr>
        <w:t>peat</w:t>
      </w:r>
      <w:r w:rsidR="00303474">
        <w:rPr>
          <w:rFonts w:cs="Times New Roman"/>
          <w:b w:val="0"/>
        </w:rPr>
        <w:t>land map</w:t>
      </w:r>
      <w:r w:rsidRPr="00DC5ED7">
        <w:rPr>
          <w:rFonts w:cs="Times New Roman"/>
          <w:b w:val="0"/>
        </w:rPr>
        <w:t xml:space="preserve">, corresponding to predicted organic-layer thickness </w:t>
      </w:r>
      <w:r w:rsidR="00C863BE" w:rsidRPr="00DC5ED7">
        <w:rPr>
          <w:rFonts w:cs="Times New Roman"/>
          <w:b w:val="0"/>
        </w:rPr>
        <w:t xml:space="preserve">≥ </w:t>
      </w:r>
      <w:r w:rsidRPr="00DC5ED7">
        <w:rPr>
          <w:rFonts w:cs="Times New Roman"/>
          <w:b w:val="0"/>
        </w:rPr>
        <w:t>30 cm.</w:t>
      </w:r>
    </w:p>
    <w:p w14:paraId="029BF6A2" w14:textId="77777777" w:rsidR="00FA44DC" w:rsidRPr="00DC5ED7" w:rsidRDefault="00FA44DC">
      <w:pPr>
        <w:rPr>
          <w:rFonts w:cs="Times New Roman"/>
        </w:rPr>
        <w:sectPr w:rsidR="00FA44DC" w:rsidRPr="00DC5ED7">
          <w:pgSz w:w="12240" w:h="15840"/>
          <w:pgMar w:top="1440" w:right="1440" w:bottom="1440" w:left="1440" w:header="720" w:footer="720" w:gutter="0"/>
          <w:cols w:space="720"/>
          <w:docGrid w:linePitch="360"/>
        </w:sectPr>
      </w:pPr>
    </w:p>
    <w:p w14:paraId="34516810" w14:textId="4BF146F4" w:rsidR="00FA44DC" w:rsidRPr="00DC5ED7" w:rsidRDefault="005D2839" w:rsidP="00DC5ED7">
      <w:pPr>
        <w:spacing w:after="0"/>
        <w:jc w:val="center"/>
        <w:rPr>
          <w:rFonts w:cs="Times New Roman"/>
        </w:rPr>
      </w:pPr>
      <w:r>
        <w:rPr>
          <w:rFonts w:cs="Times New Roman"/>
          <w:noProof/>
        </w:rPr>
        <w:lastRenderedPageBreak/>
        <w:drawing>
          <wp:inline distT="0" distB="0" distL="0" distR="0" wp14:anchorId="5FCF6266" wp14:editId="40D6741D">
            <wp:extent cx="8046720" cy="617490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0317" cy="6185343"/>
                    </a:xfrm>
                    <a:prstGeom prst="rect">
                      <a:avLst/>
                    </a:prstGeom>
                    <a:noFill/>
                    <a:ln>
                      <a:noFill/>
                    </a:ln>
                  </pic:spPr>
                </pic:pic>
              </a:graphicData>
            </a:graphic>
          </wp:inline>
        </w:drawing>
      </w:r>
    </w:p>
    <w:p w14:paraId="7857DEDE" w14:textId="737C41F4" w:rsidR="00FA44DC" w:rsidRPr="005D2839" w:rsidRDefault="00E45AFC" w:rsidP="005D2839">
      <w:pPr>
        <w:pStyle w:val="Caption"/>
        <w:spacing w:before="40" w:after="160"/>
        <w:rPr>
          <w:rFonts w:cs="Times New Roman"/>
          <w:b w:val="0"/>
          <w:bCs w:val="0"/>
          <w:szCs w:val="20"/>
        </w:rPr>
      </w:pPr>
      <w:r w:rsidRPr="00DC5ED7">
        <w:rPr>
          <w:rFonts w:cs="Times New Roman"/>
          <w:szCs w:val="20"/>
        </w:rPr>
        <w:t>Supplementary Figure S3.</w:t>
      </w:r>
      <w:r w:rsidRPr="00DC5ED7">
        <w:rPr>
          <w:rFonts w:cs="Times New Roman"/>
          <w:sz w:val="15"/>
        </w:rPr>
        <w:t xml:space="preserve"> </w:t>
      </w:r>
      <w:r w:rsidR="001A52F8" w:rsidRPr="001A52F8">
        <w:rPr>
          <w:rFonts w:cs="Times New Roman"/>
          <w:b w:val="0"/>
          <w:bCs w:val="0"/>
          <w:szCs w:val="20"/>
        </w:rPr>
        <w:t>Cumulative distributions of mapped ditch density by soil type, reporting zone, neighborhood radius, and fire dataset. Columns show reporting zones: whole country, northern zone, and southern zone. Rows combine the ditch-density neighborhood radius and soil type: 100 m peatlands, 100 m mineral soils, 1,000 m peatlands, and 1,000 m mineral soils, from top to bottom. Brown and yellow curves show areas without detected fire for peatlands and mineral soils, respectively; orange curves show fire-affected areas within the soil class shown in each row. Solid and dashed lines distinguish BA and TAA. Ditch density is expressed as km km</w:t>
      </w:r>
      <w:r w:rsidR="005D2839" w:rsidRPr="005D2839">
        <w:rPr>
          <w:rFonts w:cs="Times New Roman"/>
          <w:b w:val="0"/>
          <w:bCs w:val="0"/>
          <w:szCs w:val="20"/>
          <w:vertAlign w:val="superscript"/>
        </w:rPr>
        <w:t>-2</w:t>
      </w:r>
      <w:r w:rsidR="005D2839" w:rsidRPr="005D2839">
        <w:rPr>
          <w:rFonts w:cs="Times New Roman"/>
          <w:b w:val="0"/>
          <w:bCs w:val="0"/>
          <w:szCs w:val="20"/>
        </w:rPr>
        <w:t>.</w:t>
      </w:r>
      <w:r w:rsidRPr="00DC5ED7">
        <w:rPr>
          <w:rFonts w:cs="Times New Roman"/>
        </w:rPr>
        <w:br w:type="page"/>
      </w:r>
    </w:p>
    <w:p w14:paraId="5E0DD81E" w14:textId="27445CA5" w:rsidR="00FA44DC" w:rsidRPr="00303474" w:rsidRDefault="00E45AFC">
      <w:pPr>
        <w:pStyle w:val="Caption"/>
        <w:spacing w:before="40" w:after="60"/>
        <w:rPr>
          <w:rFonts w:cs="Times New Roman"/>
        </w:rPr>
      </w:pPr>
      <w:r w:rsidRPr="00DC5ED7">
        <w:rPr>
          <w:rFonts w:cs="Times New Roman"/>
          <w:szCs w:val="20"/>
        </w:rPr>
        <w:t xml:space="preserve">Supplementary Table S1. </w:t>
      </w:r>
      <w:r w:rsidR="00303474" w:rsidRPr="00303474">
        <w:rPr>
          <w:rFonts w:cs="Times New Roman"/>
          <w:b w:val="0"/>
          <w:bCs w:val="0"/>
        </w:rPr>
        <w:t>Fire-affected minus areas without detected fire</w:t>
      </w:r>
      <w:r w:rsidR="00303474">
        <w:rPr>
          <w:rFonts w:cs="Times New Roman"/>
        </w:rPr>
        <w:t xml:space="preserve"> </w:t>
      </w:r>
      <w:r w:rsidRPr="00DC5ED7">
        <w:rPr>
          <w:rFonts w:cs="Times New Roman"/>
          <w:b w:val="0"/>
          <w:bCs w:val="0"/>
          <w:szCs w:val="20"/>
        </w:rPr>
        <w:t xml:space="preserve">ditch-density statistics by soil type. Differences are in km km-2; negative values indicate lower ditch density in </w:t>
      </w:r>
      <w:r w:rsidRPr="00DC5ED7">
        <w:rPr>
          <w:rFonts w:cs="Times New Roman"/>
          <w:b w:val="0"/>
          <w:bCs w:val="0"/>
          <w:szCs w:val="20"/>
        </w:rPr>
        <w:t>fire-affected pixels. KS-D is the Kolmogorov-Smirnov distance; delta is Cliff's delta.</w:t>
      </w:r>
    </w:p>
    <w:tbl>
      <w:tblPr>
        <w:tblStyle w:val="TableGrid"/>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ook w:val="04A0" w:firstRow="1" w:lastRow="0" w:firstColumn="1" w:lastColumn="0" w:noHBand="0" w:noVBand="1"/>
      </w:tblPr>
      <w:tblGrid>
        <w:gridCol w:w="1440"/>
        <w:gridCol w:w="1440"/>
        <w:gridCol w:w="1440"/>
        <w:gridCol w:w="1440"/>
        <w:gridCol w:w="1440"/>
        <w:gridCol w:w="1440"/>
        <w:gridCol w:w="1440"/>
        <w:gridCol w:w="1440"/>
        <w:gridCol w:w="1440"/>
        <w:gridCol w:w="1440"/>
      </w:tblGrid>
      <w:tr w:rsidR="00FA44DC" w:rsidRPr="00DC5ED7" w14:paraId="62F212C0" w14:textId="77777777">
        <w:trPr>
          <w:tblHeader/>
          <w:jc w:val="center"/>
        </w:trPr>
        <w:tc>
          <w:tcPr>
            <w:tcW w:w="1440" w:type="dxa"/>
            <w:shd w:val="clear" w:color="auto" w:fill="D9EAF7"/>
            <w:tcMar>
              <w:top w:w="70" w:type="dxa"/>
              <w:left w:w="60" w:type="dxa"/>
              <w:bottom w:w="70" w:type="dxa"/>
              <w:right w:w="60" w:type="dxa"/>
            </w:tcMar>
            <w:vAlign w:val="center"/>
          </w:tcPr>
          <w:p w14:paraId="5428DF46" w14:textId="77777777" w:rsidR="00FA44DC" w:rsidRPr="00DC5ED7" w:rsidRDefault="00E45AFC">
            <w:pPr>
              <w:jc w:val="center"/>
              <w:rPr>
                <w:rFonts w:cs="Times New Roman"/>
              </w:rPr>
            </w:pPr>
            <w:r w:rsidRPr="00DC5ED7">
              <w:rPr>
                <w:rFonts w:cs="Times New Roman"/>
                <w:b/>
                <w:sz w:val="14"/>
              </w:rPr>
              <w:t>Dataset</w:t>
            </w:r>
          </w:p>
        </w:tc>
        <w:tc>
          <w:tcPr>
            <w:tcW w:w="1440" w:type="dxa"/>
            <w:shd w:val="clear" w:color="auto" w:fill="D9EAF7"/>
            <w:tcMar>
              <w:top w:w="70" w:type="dxa"/>
              <w:left w:w="60" w:type="dxa"/>
              <w:bottom w:w="70" w:type="dxa"/>
              <w:right w:w="60" w:type="dxa"/>
            </w:tcMar>
            <w:vAlign w:val="center"/>
          </w:tcPr>
          <w:p w14:paraId="3F0A5B3E" w14:textId="77777777" w:rsidR="00FA44DC" w:rsidRPr="00DC5ED7" w:rsidRDefault="00E45AFC">
            <w:pPr>
              <w:jc w:val="center"/>
              <w:rPr>
                <w:rFonts w:cs="Times New Roman"/>
              </w:rPr>
            </w:pPr>
            <w:r w:rsidRPr="00DC5ED7">
              <w:rPr>
                <w:rFonts w:cs="Times New Roman"/>
                <w:b/>
                <w:sz w:val="14"/>
              </w:rPr>
              <w:t>Region</w:t>
            </w:r>
          </w:p>
        </w:tc>
        <w:tc>
          <w:tcPr>
            <w:tcW w:w="1440" w:type="dxa"/>
            <w:shd w:val="clear" w:color="auto" w:fill="D9EAF7"/>
            <w:tcMar>
              <w:top w:w="70" w:type="dxa"/>
              <w:left w:w="60" w:type="dxa"/>
              <w:bottom w:w="70" w:type="dxa"/>
              <w:right w:w="60" w:type="dxa"/>
            </w:tcMar>
            <w:vAlign w:val="center"/>
          </w:tcPr>
          <w:p w14:paraId="0B5B3910" w14:textId="77777777" w:rsidR="00FA44DC" w:rsidRPr="00DC5ED7" w:rsidRDefault="00E45AFC">
            <w:pPr>
              <w:jc w:val="center"/>
              <w:rPr>
                <w:rFonts w:cs="Times New Roman"/>
              </w:rPr>
            </w:pPr>
            <w:r w:rsidRPr="00DC5ED7">
              <w:rPr>
                <w:rFonts w:cs="Times New Roman"/>
                <w:b/>
                <w:sz w:val="14"/>
              </w:rPr>
              <w:t>Buffer (m)</w:t>
            </w:r>
          </w:p>
        </w:tc>
        <w:tc>
          <w:tcPr>
            <w:tcW w:w="1440" w:type="dxa"/>
            <w:shd w:val="clear" w:color="auto" w:fill="D9EAF7"/>
            <w:tcMar>
              <w:top w:w="70" w:type="dxa"/>
              <w:left w:w="60" w:type="dxa"/>
              <w:bottom w:w="70" w:type="dxa"/>
              <w:right w:w="60" w:type="dxa"/>
            </w:tcMar>
            <w:vAlign w:val="center"/>
          </w:tcPr>
          <w:p w14:paraId="45A8BEA1" w14:textId="77777777" w:rsidR="00FA44DC" w:rsidRPr="00DC5ED7" w:rsidRDefault="00E45AFC">
            <w:pPr>
              <w:jc w:val="center"/>
              <w:rPr>
                <w:rFonts w:cs="Times New Roman"/>
              </w:rPr>
            </w:pPr>
            <w:r w:rsidRPr="00DC5ED7">
              <w:rPr>
                <w:rFonts w:cs="Times New Roman"/>
                <w:b/>
                <w:sz w:val="14"/>
              </w:rPr>
              <w:t>Soil</w:t>
            </w:r>
          </w:p>
        </w:tc>
        <w:tc>
          <w:tcPr>
            <w:tcW w:w="1440" w:type="dxa"/>
            <w:shd w:val="clear" w:color="auto" w:fill="D9EAF7"/>
            <w:tcMar>
              <w:top w:w="70" w:type="dxa"/>
              <w:left w:w="60" w:type="dxa"/>
              <w:bottom w:w="70" w:type="dxa"/>
              <w:right w:w="60" w:type="dxa"/>
            </w:tcMar>
            <w:vAlign w:val="center"/>
          </w:tcPr>
          <w:p w14:paraId="75A5F995" w14:textId="77777777" w:rsidR="00FA44DC" w:rsidRPr="00DC5ED7" w:rsidRDefault="00E45AFC">
            <w:pPr>
              <w:jc w:val="center"/>
              <w:rPr>
                <w:rFonts w:cs="Times New Roman"/>
              </w:rPr>
            </w:pPr>
            <w:r w:rsidRPr="00DC5ED7">
              <w:rPr>
                <w:rFonts w:cs="Times New Roman"/>
                <w:b/>
                <w:sz w:val="14"/>
              </w:rPr>
              <w:t>Mean diff.</w:t>
            </w:r>
          </w:p>
        </w:tc>
        <w:tc>
          <w:tcPr>
            <w:tcW w:w="1440" w:type="dxa"/>
            <w:shd w:val="clear" w:color="auto" w:fill="D9EAF7"/>
            <w:tcMar>
              <w:top w:w="70" w:type="dxa"/>
              <w:left w:w="60" w:type="dxa"/>
              <w:bottom w:w="70" w:type="dxa"/>
              <w:right w:w="60" w:type="dxa"/>
            </w:tcMar>
            <w:vAlign w:val="center"/>
          </w:tcPr>
          <w:p w14:paraId="7B64B3D3" w14:textId="77777777" w:rsidR="00FA44DC" w:rsidRPr="00DC5ED7" w:rsidRDefault="00E45AFC">
            <w:pPr>
              <w:jc w:val="center"/>
              <w:rPr>
                <w:rFonts w:cs="Times New Roman"/>
              </w:rPr>
            </w:pPr>
            <w:r w:rsidRPr="00DC5ED7">
              <w:rPr>
                <w:rFonts w:cs="Times New Roman"/>
                <w:b/>
                <w:sz w:val="14"/>
              </w:rPr>
              <w:t>Median diff.</w:t>
            </w:r>
          </w:p>
        </w:tc>
        <w:tc>
          <w:tcPr>
            <w:tcW w:w="1440" w:type="dxa"/>
            <w:shd w:val="clear" w:color="auto" w:fill="D9EAF7"/>
            <w:tcMar>
              <w:top w:w="70" w:type="dxa"/>
              <w:left w:w="60" w:type="dxa"/>
              <w:bottom w:w="70" w:type="dxa"/>
              <w:right w:w="60" w:type="dxa"/>
            </w:tcMar>
            <w:vAlign w:val="center"/>
          </w:tcPr>
          <w:p w14:paraId="615398AA" w14:textId="77777777" w:rsidR="00FA44DC" w:rsidRPr="00DC5ED7" w:rsidRDefault="00E45AFC">
            <w:pPr>
              <w:jc w:val="center"/>
              <w:rPr>
                <w:rFonts w:cs="Times New Roman"/>
              </w:rPr>
            </w:pPr>
            <w:r w:rsidRPr="00DC5ED7">
              <w:rPr>
                <w:rFonts w:cs="Times New Roman"/>
                <w:b/>
                <w:sz w:val="14"/>
              </w:rPr>
              <w:t>P75 diff.</w:t>
            </w:r>
          </w:p>
        </w:tc>
        <w:tc>
          <w:tcPr>
            <w:tcW w:w="1440" w:type="dxa"/>
            <w:shd w:val="clear" w:color="auto" w:fill="D9EAF7"/>
            <w:tcMar>
              <w:top w:w="70" w:type="dxa"/>
              <w:left w:w="60" w:type="dxa"/>
              <w:bottom w:w="70" w:type="dxa"/>
              <w:right w:w="60" w:type="dxa"/>
            </w:tcMar>
            <w:vAlign w:val="center"/>
          </w:tcPr>
          <w:p w14:paraId="5F14AB11" w14:textId="77777777" w:rsidR="00FA44DC" w:rsidRPr="00DC5ED7" w:rsidRDefault="00E45AFC">
            <w:pPr>
              <w:jc w:val="center"/>
              <w:rPr>
                <w:rFonts w:cs="Times New Roman"/>
              </w:rPr>
            </w:pPr>
            <w:r w:rsidRPr="00DC5ED7">
              <w:rPr>
                <w:rFonts w:cs="Times New Roman"/>
                <w:b/>
                <w:sz w:val="14"/>
              </w:rPr>
              <w:t>KS-D</w:t>
            </w:r>
          </w:p>
        </w:tc>
        <w:tc>
          <w:tcPr>
            <w:tcW w:w="1440" w:type="dxa"/>
            <w:shd w:val="clear" w:color="auto" w:fill="D9EAF7"/>
            <w:tcMar>
              <w:top w:w="70" w:type="dxa"/>
              <w:left w:w="60" w:type="dxa"/>
              <w:bottom w:w="70" w:type="dxa"/>
              <w:right w:w="60" w:type="dxa"/>
            </w:tcMar>
            <w:vAlign w:val="center"/>
          </w:tcPr>
          <w:p w14:paraId="36F387F0" w14:textId="77777777" w:rsidR="00FA44DC" w:rsidRPr="00DC5ED7" w:rsidRDefault="00E45AFC">
            <w:pPr>
              <w:jc w:val="center"/>
              <w:rPr>
                <w:rFonts w:cs="Times New Roman"/>
              </w:rPr>
            </w:pPr>
            <w:r w:rsidRPr="00DC5ED7">
              <w:rPr>
                <w:rFonts w:cs="Times New Roman"/>
                <w:b/>
                <w:sz w:val="14"/>
              </w:rPr>
              <w:t>Delta</w:t>
            </w:r>
          </w:p>
        </w:tc>
        <w:tc>
          <w:tcPr>
            <w:tcW w:w="1440" w:type="dxa"/>
            <w:shd w:val="clear" w:color="auto" w:fill="D9EAF7"/>
            <w:tcMar>
              <w:top w:w="70" w:type="dxa"/>
              <w:left w:w="60" w:type="dxa"/>
              <w:bottom w:w="70" w:type="dxa"/>
              <w:right w:w="60" w:type="dxa"/>
            </w:tcMar>
            <w:vAlign w:val="center"/>
          </w:tcPr>
          <w:p w14:paraId="37B2D715" w14:textId="77777777" w:rsidR="00FA44DC" w:rsidRPr="00DC5ED7" w:rsidRDefault="00E45AFC">
            <w:pPr>
              <w:jc w:val="center"/>
              <w:rPr>
                <w:rFonts w:cs="Times New Roman"/>
              </w:rPr>
            </w:pPr>
            <w:r w:rsidRPr="00DC5ED7">
              <w:rPr>
                <w:rFonts w:cs="Times New Roman"/>
                <w:b/>
                <w:sz w:val="14"/>
              </w:rPr>
              <w:t>Effect</w:t>
            </w:r>
          </w:p>
        </w:tc>
      </w:tr>
      <w:tr w:rsidR="00FA44DC" w:rsidRPr="00DC5ED7" w14:paraId="6CD6407F" w14:textId="77777777">
        <w:trPr>
          <w:jc w:val="center"/>
        </w:trPr>
        <w:tc>
          <w:tcPr>
            <w:tcW w:w="1440" w:type="dxa"/>
            <w:tcMar>
              <w:top w:w="70" w:type="dxa"/>
              <w:left w:w="60" w:type="dxa"/>
              <w:bottom w:w="70" w:type="dxa"/>
              <w:right w:w="60" w:type="dxa"/>
            </w:tcMar>
            <w:vAlign w:val="center"/>
          </w:tcPr>
          <w:p w14:paraId="7BC62C95"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7CA9525A"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06C93B36"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0F14B79" w14:textId="6B9B78C6" w:rsidR="00FA44DC" w:rsidRPr="00DC5ED7" w:rsidRDefault="00E45AFC">
            <w:pPr>
              <w:rPr>
                <w:rFonts w:cs="Times New Roman"/>
              </w:rPr>
            </w:pPr>
            <w:r w:rsidRPr="00DC5ED7">
              <w:rPr>
                <w:rFonts w:cs="Times New Roman"/>
                <w:sz w:val="13"/>
              </w:rPr>
              <w:t>Peat</w:t>
            </w:r>
            <w:r w:rsidR="00BD453C">
              <w:rPr>
                <w:rFonts w:cs="Times New Roman"/>
                <w:sz w:val="13"/>
              </w:rPr>
              <w:t>l</w:t>
            </w:r>
            <w:r w:rsidR="00AA72C6">
              <w:rPr>
                <w:rFonts w:cs="Times New Roman"/>
                <w:sz w:val="13"/>
              </w:rPr>
              <w:t>and</w:t>
            </w:r>
          </w:p>
        </w:tc>
        <w:tc>
          <w:tcPr>
            <w:tcW w:w="1440" w:type="dxa"/>
            <w:tcMar>
              <w:top w:w="70" w:type="dxa"/>
              <w:left w:w="60" w:type="dxa"/>
              <w:bottom w:w="70" w:type="dxa"/>
              <w:right w:w="60" w:type="dxa"/>
            </w:tcMar>
            <w:vAlign w:val="center"/>
          </w:tcPr>
          <w:p w14:paraId="73E95E62" w14:textId="77777777" w:rsidR="00FA44DC" w:rsidRPr="00DC5ED7" w:rsidRDefault="00E45AFC">
            <w:pPr>
              <w:jc w:val="center"/>
              <w:rPr>
                <w:rFonts w:cs="Times New Roman"/>
              </w:rPr>
            </w:pPr>
            <w:r w:rsidRPr="00DC5ED7">
              <w:rPr>
                <w:rFonts w:cs="Times New Roman"/>
                <w:sz w:val="13"/>
              </w:rPr>
              <w:t>-0.52</w:t>
            </w:r>
          </w:p>
        </w:tc>
        <w:tc>
          <w:tcPr>
            <w:tcW w:w="1440" w:type="dxa"/>
            <w:tcMar>
              <w:top w:w="70" w:type="dxa"/>
              <w:left w:w="60" w:type="dxa"/>
              <w:bottom w:w="70" w:type="dxa"/>
              <w:right w:w="60" w:type="dxa"/>
            </w:tcMar>
            <w:vAlign w:val="center"/>
          </w:tcPr>
          <w:p w14:paraId="5AD6D880"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7F3C8CEC" w14:textId="77777777" w:rsidR="00FA44DC" w:rsidRPr="00DC5ED7" w:rsidRDefault="00E45AFC">
            <w:pPr>
              <w:jc w:val="center"/>
              <w:rPr>
                <w:rFonts w:cs="Times New Roman"/>
              </w:rPr>
            </w:pPr>
            <w:r w:rsidRPr="00DC5ED7">
              <w:rPr>
                <w:rFonts w:cs="Times New Roman"/>
                <w:sz w:val="13"/>
              </w:rPr>
              <w:t>-1.04</w:t>
            </w:r>
          </w:p>
        </w:tc>
        <w:tc>
          <w:tcPr>
            <w:tcW w:w="1440" w:type="dxa"/>
            <w:tcMar>
              <w:top w:w="70" w:type="dxa"/>
              <w:left w:w="60" w:type="dxa"/>
              <w:bottom w:w="70" w:type="dxa"/>
              <w:right w:w="60" w:type="dxa"/>
            </w:tcMar>
            <w:vAlign w:val="center"/>
          </w:tcPr>
          <w:p w14:paraId="50F7458D" w14:textId="77777777" w:rsidR="00FA44DC" w:rsidRPr="00DC5ED7" w:rsidRDefault="00E45AFC">
            <w:pPr>
              <w:jc w:val="center"/>
              <w:rPr>
                <w:rFonts w:cs="Times New Roman"/>
              </w:rPr>
            </w:pPr>
            <w:r w:rsidRPr="00DC5ED7">
              <w:rPr>
                <w:rFonts w:cs="Times New Roman"/>
                <w:sz w:val="13"/>
              </w:rPr>
              <w:t>0.049</w:t>
            </w:r>
          </w:p>
        </w:tc>
        <w:tc>
          <w:tcPr>
            <w:tcW w:w="1440" w:type="dxa"/>
            <w:tcMar>
              <w:top w:w="70" w:type="dxa"/>
              <w:left w:w="60" w:type="dxa"/>
              <w:bottom w:w="70" w:type="dxa"/>
              <w:right w:w="60" w:type="dxa"/>
            </w:tcMar>
            <w:vAlign w:val="center"/>
          </w:tcPr>
          <w:p w14:paraId="393409F7" w14:textId="77777777" w:rsidR="00FA44DC" w:rsidRPr="00DC5ED7" w:rsidRDefault="00E45AFC">
            <w:pPr>
              <w:jc w:val="center"/>
              <w:rPr>
                <w:rFonts w:cs="Times New Roman"/>
              </w:rPr>
            </w:pPr>
            <w:r w:rsidRPr="00DC5ED7">
              <w:rPr>
                <w:rFonts w:cs="Times New Roman"/>
                <w:sz w:val="13"/>
              </w:rPr>
              <w:t>-0.063</w:t>
            </w:r>
          </w:p>
        </w:tc>
        <w:tc>
          <w:tcPr>
            <w:tcW w:w="1440" w:type="dxa"/>
            <w:tcMar>
              <w:top w:w="70" w:type="dxa"/>
              <w:left w:w="60" w:type="dxa"/>
              <w:bottom w:w="70" w:type="dxa"/>
              <w:right w:w="60" w:type="dxa"/>
            </w:tcMar>
            <w:vAlign w:val="center"/>
          </w:tcPr>
          <w:p w14:paraId="1C6F171C" w14:textId="77777777" w:rsidR="00FA44DC" w:rsidRPr="00DC5ED7" w:rsidRDefault="00E45AFC">
            <w:pPr>
              <w:jc w:val="center"/>
              <w:rPr>
                <w:rFonts w:cs="Times New Roman"/>
              </w:rPr>
            </w:pPr>
            <w:r w:rsidRPr="00DC5ED7">
              <w:rPr>
                <w:rFonts w:cs="Times New Roman"/>
                <w:sz w:val="13"/>
              </w:rPr>
              <w:t>negligible</w:t>
            </w:r>
          </w:p>
        </w:tc>
      </w:tr>
      <w:tr w:rsidR="00FA44DC" w:rsidRPr="00DC5ED7" w14:paraId="3341E082" w14:textId="77777777">
        <w:trPr>
          <w:jc w:val="center"/>
        </w:trPr>
        <w:tc>
          <w:tcPr>
            <w:tcW w:w="1440" w:type="dxa"/>
            <w:tcMar>
              <w:top w:w="70" w:type="dxa"/>
              <w:left w:w="60" w:type="dxa"/>
              <w:bottom w:w="70" w:type="dxa"/>
              <w:right w:w="60" w:type="dxa"/>
            </w:tcMar>
            <w:vAlign w:val="center"/>
          </w:tcPr>
          <w:p w14:paraId="7275323C"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1515096E"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63178E83"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19C3115B" w14:textId="77A02F94" w:rsidR="00FA44DC" w:rsidRPr="00DC5ED7" w:rsidRDefault="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6B7D9AC3" w14:textId="77777777" w:rsidR="00FA44DC" w:rsidRPr="00DC5ED7" w:rsidRDefault="00E45AFC">
            <w:pPr>
              <w:jc w:val="center"/>
              <w:rPr>
                <w:rFonts w:cs="Times New Roman"/>
              </w:rPr>
            </w:pPr>
            <w:r w:rsidRPr="00DC5ED7">
              <w:rPr>
                <w:rFonts w:cs="Times New Roman"/>
                <w:sz w:val="13"/>
              </w:rPr>
              <w:t>-0.20</w:t>
            </w:r>
          </w:p>
        </w:tc>
        <w:tc>
          <w:tcPr>
            <w:tcW w:w="1440" w:type="dxa"/>
            <w:tcMar>
              <w:top w:w="70" w:type="dxa"/>
              <w:left w:w="60" w:type="dxa"/>
              <w:bottom w:w="70" w:type="dxa"/>
              <w:right w:w="60" w:type="dxa"/>
            </w:tcMar>
            <w:vAlign w:val="center"/>
          </w:tcPr>
          <w:p w14:paraId="4CA7085A"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3EF8328C" w14:textId="77777777" w:rsidR="00FA44DC" w:rsidRPr="00DC5ED7" w:rsidRDefault="00E45AFC">
            <w:pPr>
              <w:jc w:val="center"/>
              <w:rPr>
                <w:rFonts w:cs="Times New Roman"/>
              </w:rPr>
            </w:pPr>
            <w:r w:rsidRPr="00DC5ED7">
              <w:rPr>
                <w:rFonts w:cs="Times New Roman"/>
                <w:sz w:val="13"/>
              </w:rPr>
              <w:t>-0.13</w:t>
            </w:r>
          </w:p>
        </w:tc>
        <w:tc>
          <w:tcPr>
            <w:tcW w:w="1440" w:type="dxa"/>
            <w:tcMar>
              <w:top w:w="70" w:type="dxa"/>
              <w:left w:w="60" w:type="dxa"/>
              <w:bottom w:w="70" w:type="dxa"/>
              <w:right w:w="60" w:type="dxa"/>
            </w:tcMar>
            <w:vAlign w:val="center"/>
          </w:tcPr>
          <w:p w14:paraId="52B7F422" w14:textId="77777777" w:rsidR="00FA44DC" w:rsidRPr="00DC5ED7" w:rsidRDefault="00E45AFC">
            <w:pPr>
              <w:jc w:val="center"/>
              <w:rPr>
                <w:rFonts w:cs="Times New Roman"/>
              </w:rPr>
            </w:pPr>
            <w:r w:rsidRPr="00DC5ED7">
              <w:rPr>
                <w:rFonts w:cs="Times New Roman"/>
                <w:sz w:val="13"/>
              </w:rPr>
              <w:t>0.023</w:t>
            </w:r>
          </w:p>
        </w:tc>
        <w:tc>
          <w:tcPr>
            <w:tcW w:w="1440" w:type="dxa"/>
            <w:tcMar>
              <w:top w:w="70" w:type="dxa"/>
              <w:left w:w="60" w:type="dxa"/>
              <w:bottom w:w="70" w:type="dxa"/>
              <w:right w:w="60" w:type="dxa"/>
            </w:tcMar>
            <w:vAlign w:val="center"/>
          </w:tcPr>
          <w:p w14:paraId="761D9CEE" w14:textId="77777777" w:rsidR="00FA44DC" w:rsidRPr="00DC5ED7" w:rsidRDefault="00E45AFC">
            <w:pPr>
              <w:jc w:val="center"/>
              <w:rPr>
                <w:rFonts w:cs="Times New Roman"/>
              </w:rPr>
            </w:pPr>
            <w:r w:rsidRPr="00DC5ED7">
              <w:rPr>
                <w:rFonts w:cs="Times New Roman"/>
                <w:sz w:val="13"/>
              </w:rPr>
              <w:t>0.003</w:t>
            </w:r>
          </w:p>
        </w:tc>
        <w:tc>
          <w:tcPr>
            <w:tcW w:w="1440" w:type="dxa"/>
            <w:tcMar>
              <w:top w:w="70" w:type="dxa"/>
              <w:left w:w="60" w:type="dxa"/>
              <w:bottom w:w="70" w:type="dxa"/>
              <w:right w:w="60" w:type="dxa"/>
            </w:tcMar>
            <w:vAlign w:val="center"/>
          </w:tcPr>
          <w:p w14:paraId="691A5BD5" w14:textId="77777777" w:rsidR="00FA44DC" w:rsidRPr="00DC5ED7" w:rsidRDefault="00E45AFC">
            <w:pPr>
              <w:jc w:val="center"/>
              <w:rPr>
                <w:rFonts w:cs="Times New Roman"/>
              </w:rPr>
            </w:pPr>
            <w:r w:rsidRPr="00DC5ED7">
              <w:rPr>
                <w:rFonts w:cs="Times New Roman"/>
                <w:sz w:val="13"/>
              </w:rPr>
              <w:t>negligible</w:t>
            </w:r>
          </w:p>
        </w:tc>
      </w:tr>
      <w:tr w:rsidR="00FA44DC" w:rsidRPr="00DC5ED7" w14:paraId="5CF6932C" w14:textId="77777777">
        <w:trPr>
          <w:jc w:val="center"/>
        </w:trPr>
        <w:tc>
          <w:tcPr>
            <w:tcW w:w="1440" w:type="dxa"/>
            <w:tcMar>
              <w:top w:w="70" w:type="dxa"/>
              <w:left w:w="60" w:type="dxa"/>
              <w:bottom w:w="70" w:type="dxa"/>
              <w:right w:w="60" w:type="dxa"/>
            </w:tcMar>
            <w:vAlign w:val="center"/>
          </w:tcPr>
          <w:p w14:paraId="014EA4CF"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41155AE9"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6B4D81F2"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177F1C66" w14:textId="6FA3A153" w:rsidR="00FA44DC" w:rsidRPr="00DC5ED7" w:rsidRDefault="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027135B9" w14:textId="77777777" w:rsidR="00FA44DC" w:rsidRPr="00DC5ED7" w:rsidRDefault="00E45AFC">
            <w:pPr>
              <w:jc w:val="center"/>
              <w:rPr>
                <w:rFonts w:cs="Times New Roman"/>
              </w:rPr>
            </w:pPr>
            <w:r w:rsidRPr="00DC5ED7">
              <w:rPr>
                <w:rFonts w:cs="Times New Roman"/>
                <w:sz w:val="13"/>
              </w:rPr>
              <w:t>-1.41</w:t>
            </w:r>
          </w:p>
        </w:tc>
        <w:tc>
          <w:tcPr>
            <w:tcW w:w="1440" w:type="dxa"/>
            <w:tcMar>
              <w:top w:w="70" w:type="dxa"/>
              <w:left w:w="60" w:type="dxa"/>
              <w:bottom w:w="70" w:type="dxa"/>
              <w:right w:w="60" w:type="dxa"/>
            </w:tcMar>
            <w:vAlign w:val="center"/>
          </w:tcPr>
          <w:p w14:paraId="4C26A451" w14:textId="77777777" w:rsidR="00FA44DC" w:rsidRPr="00DC5ED7" w:rsidRDefault="00E45AFC">
            <w:pPr>
              <w:jc w:val="center"/>
              <w:rPr>
                <w:rFonts w:cs="Times New Roman"/>
              </w:rPr>
            </w:pPr>
            <w:r w:rsidRPr="00DC5ED7">
              <w:rPr>
                <w:rFonts w:cs="Times New Roman"/>
                <w:sz w:val="13"/>
              </w:rPr>
              <w:t>-0.97</w:t>
            </w:r>
          </w:p>
        </w:tc>
        <w:tc>
          <w:tcPr>
            <w:tcW w:w="1440" w:type="dxa"/>
            <w:tcMar>
              <w:top w:w="70" w:type="dxa"/>
              <w:left w:w="60" w:type="dxa"/>
              <w:bottom w:w="70" w:type="dxa"/>
              <w:right w:w="60" w:type="dxa"/>
            </w:tcMar>
            <w:vAlign w:val="center"/>
          </w:tcPr>
          <w:p w14:paraId="017A946B" w14:textId="77777777" w:rsidR="00FA44DC" w:rsidRPr="00DC5ED7" w:rsidRDefault="00E45AFC">
            <w:pPr>
              <w:jc w:val="center"/>
              <w:rPr>
                <w:rFonts w:cs="Times New Roman"/>
              </w:rPr>
            </w:pPr>
            <w:r w:rsidRPr="00DC5ED7">
              <w:rPr>
                <w:rFonts w:cs="Times New Roman"/>
                <w:sz w:val="13"/>
              </w:rPr>
              <w:t>-3.04</w:t>
            </w:r>
          </w:p>
        </w:tc>
        <w:tc>
          <w:tcPr>
            <w:tcW w:w="1440" w:type="dxa"/>
            <w:tcMar>
              <w:top w:w="70" w:type="dxa"/>
              <w:left w:w="60" w:type="dxa"/>
              <w:bottom w:w="70" w:type="dxa"/>
              <w:right w:w="60" w:type="dxa"/>
            </w:tcMar>
            <w:vAlign w:val="center"/>
          </w:tcPr>
          <w:p w14:paraId="569C80F2" w14:textId="77777777" w:rsidR="00FA44DC" w:rsidRPr="00DC5ED7" w:rsidRDefault="00E45AFC">
            <w:pPr>
              <w:jc w:val="center"/>
              <w:rPr>
                <w:rFonts w:cs="Times New Roman"/>
              </w:rPr>
            </w:pPr>
            <w:r w:rsidRPr="00DC5ED7">
              <w:rPr>
                <w:rFonts w:cs="Times New Roman"/>
                <w:sz w:val="13"/>
              </w:rPr>
              <w:t>0.200</w:t>
            </w:r>
          </w:p>
        </w:tc>
        <w:tc>
          <w:tcPr>
            <w:tcW w:w="1440" w:type="dxa"/>
            <w:tcMar>
              <w:top w:w="70" w:type="dxa"/>
              <w:left w:w="60" w:type="dxa"/>
              <w:bottom w:w="70" w:type="dxa"/>
              <w:right w:w="60" w:type="dxa"/>
            </w:tcMar>
            <w:vAlign w:val="center"/>
          </w:tcPr>
          <w:p w14:paraId="4D0BA6F8" w14:textId="77777777" w:rsidR="00FA44DC" w:rsidRPr="00DC5ED7" w:rsidRDefault="00E45AFC">
            <w:pPr>
              <w:jc w:val="center"/>
              <w:rPr>
                <w:rFonts w:cs="Times New Roman"/>
              </w:rPr>
            </w:pPr>
            <w:r w:rsidRPr="00DC5ED7">
              <w:rPr>
                <w:rFonts w:cs="Times New Roman"/>
                <w:sz w:val="13"/>
              </w:rPr>
              <w:t>-0.229</w:t>
            </w:r>
          </w:p>
        </w:tc>
        <w:tc>
          <w:tcPr>
            <w:tcW w:w="1440" w:type="dxa"/>
            <w:tcMar>
              <w:top w:w="70" w:type="dxa"/>
              <w:left w:w="60" w:type="dxa"/>
              <w:bottom w:w="70" w:type="dxa"/>
              <w:right w:w="60" w:type="dxa"/>
            </w:tcMar>
            <w:vAlign w:val="center"/>
          </w:tcPr>
          <w:p w14:paraId="53116257" w14:textId="77777777" w:rsidR="00FA44DC" w:rsidRPr="00DC5ED7" w:rsidRDefault="00E45AFC">
            <w:pPr>
              <w:jc w:val="center"/>
              <w:rPr>
                <w:rFonts w:cs="Times New Roman"/>
              </w:rPr>
            </w:pPr>
            <w:r w:rsidRPr="00DC5ED7">
              <w:rPr>
                <w:rFonts w:cs="Times New Roman"/>
                <w:sz w:val="13"/>
              </w:rPr>
              <w:t>small</w:t>
            </w:r>
          </w:p>
        </w:tc>
      </w:tr>
      <w:tr w:rsidR="00FA44DC" w:rsidRPr="00DC5ED7" w14:paraId="467F1ED6" w14:textId="77777777">
        <w:trPr>
          <w:jc w:val="center"/>
        </w:trPr>
        <w:tc>
          <w:tcPr>
            <w:tcW w:w="1440" w:type="dxa"/>
            <w:tcMar>
              <w:top w:w="70" w:type="dxa"/>
              <w:left w:w="60" w:type="dxa"/>
              <w:bottom w:w="70" w:type="dxa"/>
              <w:right w:w="60" w:type="dxa"/>
            </w:tcMar>
            <w:vAlign w:val="center"/>
          </w:tcPr>
          <w:p w14:paraId="7A78EA94"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0BCC29AD"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326799B4"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4B806FA6"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1948044E" w14:textId="77777777" w:rsidR="00FA44DC" w:rsidRPr="00DC5ED7" w:rsidRDefault="00E45AFC">
            <w:pPr>
              <w:jc w:val="center"/>
              <w:rPr>
                <w:rFonts w:cs="Times New Roman"/>
              </w:rPr>
            </w:pPr>
            <w:r w:rsidRPr="00DC5ED7">
              <w:rPr>
                <w:rFonts w:cs="Times New Roman"/>
                <w:sz w:val="13"/>
              </w:rPr>
              <w:t>-0.48</w:t>
            </w:r>
          </w:p>
        </w:tc>
        <w:tc>
          <w:tcPr>
            <w:tcW w:w="1440" w:type="dxa"/>
            <w:tcMar>
              <w:top w:w="70" w:type="dxa"/>
              <w:left w:w="60" w:type="dxa"/>
              <w:bottom w:w="70" w:type="dxa"/>
              <w:right w:w="60" w:type="dxa"/>
            </w:tcMar>
            <w:vAlign w:val="center"/>
          </w:tcPr>
          <w:p w14:paraId="7AD9E55F" w14:textId="77777777" w:rsidR="00FA44DC" w:rsidRPr="00DC5ED7" w:rsidRDefault="00E45AFC">
            <w:pPr>
              <w:jc w:val="center"/>
              <w:rPr>
                <w:rFonts w:cs="Times New Roman"/>
              </w:rPr>
            </w:pPr>
            <w:r w:rsidRPr="00DC5ED7">
              <w:rPr>
                <w:rFonts w:cs="Times New Roman"/>
                <w:sz w:val="13"/>
              </w:rPr>
              <w:t>-0.07</w:t>
            </w:r>
          </w:p>
        </w:tc>
        <w:tc>
          <w:tcPr>
            <w:tcW w:w="1440" w:type="dxa"/>
            <w:tcMar>
              <w:top w:w="70" w:type="dxa"/>
              <w:left w:w="60" w:type="dxa"/>
              <w:bottom w:w="70" w:type="dxa"/>
              <w:right w:w="60" w:type="dxa"/>
            </w:tcMar>
            <w:vAlign w:val="center"/>
          </w:tcPr>
          <w:p w14:paraId="144160D4" w14:textId="77777777" w:rsidR="00FA44DC" w:rsidRPr="00DC5ED7" w:rsidRDefault="00E45AFC">
            <w:pPr>
              <w:jc w:val="center"/>
              <w:rPr>
                <w:rFonts w:cs="Times New Roman"/>
              </w:rPr>
            </w:pPr>
            <w:r w:rsidRPr="00DC5ED7">
              <w:rPr>
                <w:rFonts w:cs="Times New Roman"/>
                <w:sz w:val="13"/>
              </w:rPr>
              <w:t>-1.24</w:t>
            </w:r>
          </w:p>
        </w:tc>
        <w:tc>
          <w:tcPr>
            <w:tcW w:w="1440" w:type="dxa"/>
            <w:tcMar>
              <w:top w:w="70" w:type="dxa"/>
              <w:left w:w="60" w:type="dxa"/>
              <w:bottom w:w="70" w:type="dxa"/>
              <w:right w:w="60" w:type="dxa"/>
            </w:tcMar>
            <w:vAlign w:val="center"/>
          </w:tcPr>
          <w:p w14:paraId="2B2C6D79" w14:textId="77777777" w:rsidR="00FA44DC" w:rsidRPr="00DC5ED7" w:rsidRDefault="00E45AFC">
            <w:pPr>
              <w:jc w:val="center"/>
              <w:rPr>
                <w:rFonts w:cs="Times New Roman"/>
              </w:rPr>
            </w:pPr>
            <w:r w:rsidRPr="00DC5ED7">
              <w:rPr>
                <w:rFonts w:cs="Times New Roman"/>
                <w:sz w:val="13"/>
              </w:rPr>
              <w:t>0.098</w:t>
            </w:r>
          </w:p>
        </w:tc>
        <w:tc>
          <w:tcPr>
            <w:tcW w:w="1440" w:type="dxa"/>
            <w:tcMar>
              <w:top w:w="70" w:type="dxa"/>
              <w:left w:w="60" w:type="dxa"/>
              <w:bottom w:w="70" w:type="dxa"/>
              <w:right w:w="60" w:type="dxa"/>
            </w:tcMar>
            <w:vAlign w:val="center"/>
          </w:tcPr>
          <w:p w14:paraId="6270873B" w14:textId="77777777" w:rsidR="00FA44DC" w:rsidRPr="00DC5ED7" w:rsidRDefault="00E45AFC">
            <w:pPr>
              <w:jc w:val="center"/>
              <w:rPr>
                <w:rFonts w:cs="Times New Roman"/>
              </w:rPr>
            </w:pPr>
            <w:r w:rsidRPr="00DC5ED7">
              <w:rPr>
                <w:rFonts w:cs="Times New Roman"/>
                <w:sz w:val="13"/>
              </w:rPr>
              <w:t>-0.105</w:t>
            </w:r>
          </w:p>
        </w:tc>
        <w:tc>
          <w:tcPr>
            <w:tcW w:w="1440" w:type="dxa"/>
            <w:tcMar>
              <w:top w:w="70" w:type="dxa"/>
              <w:left w:w="60" w:type="dxa"/>
              <w:bottom w:w="70" w:type="dxa"/>
              <w:right w:w="60" w:type="dxa"/>
            </w:tcMar>
            <w:vAlign w:val="center"/>
          </w:tcPr>
          <w:p w14:paraId="1200DF31" w14:textId="77777777" w:rsidR="00FA44DC" w:rsidRPr="00DC5ED7" w:rsidRDefault="00E45AFC">
            <w:pPr>
              <w:jc w:val="center"/>
              <w:rPr>
                <w:rFonts w:cs="Times New Roman"/>
              </w:rPr>
            </w:pPr>
            <w:r w:rsidRPr="00DC5ED7">
              <w:rPr>
                <w:rFonts w:cs="Times New Roman"/>
                <w:sz w:val="13"/>
              </w:rPr>
              <w:t>negligible</w:t>
            </w:r>
          </w:p>
        </w:tc>
      </w:tr>
      <w:tr w:rsidR="00FA44DC" w:rsidRPr="00DC5ED7" w14:paraId="0FA72BBB" w14:textId="77777777">
        <w:trPr>
          <w:jc w:val="center"/>
        </w:trPr>
        <w:tc>
          <w:tcPr>
            <w:tcW w:w="1440" w:type="dxa"/>
            <w:tcMar>
              <w:top w:w="70" w:type="dxa"/>
              <w:left w:w="60" w:type="dxa"/>
              <w:bottom w:w="70" w:type="dxa"/>
              <w:right w:w="60" w:type="dxa"/>
            </w:tcMar>
            <w:vAlign w:val="center"/>
          </w:tcPr>
          <w:p w14:paraId="15CECEE3"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39E39775"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6B3637CC"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1A077437"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2B02130F" w14:textId="77777777" w:rsidR="00FA44DC" w:rsidRPr="00DC5ED7" w:rsidRDefault="00E45AFC">
            <w:pPr>
              <w:jc w:val="center"/>
              <w:rPr>
                <w:rFonts w:cs="Times New Roman"/>
              </w:rPr>
            </w:pPr>
            <w:r w:rsidRPr="00DC5ED7">
              <w:rPr>
                <w:rFonts w:cs="Times New Roman"/>
                <w:sz w:val="13"/>
              </w:rPr>
              <w:t>-0.30</w:t>
            </w:r>
          </w:p>
        </w:tc>
        <w:tc>
          <w:tcPr>
            <w:tcW w:w="1440" w:type="dxa"/>
            <w:tcMar>
              <w:top w:w="70" w:type="dxa"/>
              <w:left w:w="60" w:type="dxa"/>
              <w:bottom w:w="70" w:type="dxa"/>
              <w:right w:w="60" w:type="dxa"/>
            </w:tcMar>
            <w:vAlign w:val="center"/>
          </w:tcPr>
          <w:p w14:paraId="09A1FF51"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26CC8A3D" w14:textId="77777777" w:rsidR="00FA44DC" w:rsidRPr="00DC5ED7" w:rsidRDefault="00E45AFC">
            <w:pPr>
              <w:jc w:val="center"/>
              <w:rPr>
                <w:rFonts w:cs="Times New Roman"/>
              </w:rPr>
            </w:pPr>
            <w:r w:rsidRPr="00DC5ED7">
              <w:rPr>
                <w:rFonts w:cs="Times New Roman"/>
                <w:sz w:val="13"/>
              </w:rPr>
              <w:t>-0.68</w:t>
            </w:r>
          </w:p>
        </w:tc>
        <w:tc>
          <w:tcPr>
            <w:tcW w:w="1440" w:type="dxa"/>
            <w:tcMar>
              <w:top w:w="70" w:type="dxa"/>
              <w:left w:w="60" w:type="dxa"/>
              <w:bottom w:w="70" w:type="dxa"/>
              <w:right w:w="60" w:type="dxa"/>
            </w:tcMar>
            <w:vAlign w:val="center"/>
          </w:tcPr>
          <w:p w14:paraId="0FE00866" w14:textId="77777777" w:rsidR="00FA44DC" w:rsidRPr="00DC5ED7" w:rsidRDefault="00E45AFC">
            <w:pPr>
              <w:jc w:val="center"/>
              <w:rPr>
                <w:rFonts w:cs="Times New Roman"/>
              </w:rPr>
            </w:pPr>
            <w:r w:rsidRPr="00DC5ED7">
              <w:rPr>
                <w:rFonts w:cs="Times New Roman"/>
                <w:sz w:val="13"/>
              </w:rPr>
              <w:t>0.042</w:t>
            </w:r>
          </w:p>
        </w:tc>
        <w:tc>
          <w:tcPr>
            <w:tcW w:w="1440" w:type="dxa"/>
            <w:tcMar>
              <w:top w:w="70" w:type="dxa"/>
              <w:left w:w="60" w:type="dxa"/>
              <w:bottom w:w="70" w:type="dxa"/>
              <w:right w:w="60" w:type="dxa"/>
            </w:tcMar>
            <w:vAlign w:val="center"/>
          </w:tcPr>
          <w:p w14:paraId="20AEFA69" w14:textId="77777777" w:rsidR="00FA44DC" w:rsidRPr="00DC5ED7" w:rsidRDefault="00E45AFC">
            <w:pPr>
              <w:jc w:val="center"/>
              <w:rPr>
                <w:rFonts w:cs="Times New Roman"/>
              </w:rPr>
            </w:pPr>
            <w:r w:rsidRPr="00DC5ED7">
              <w:rPr>
                <w:rFonts w:cs="Times New Roman"/>
                <w:sz w:val="13"/>
              </w:rPr>
              <w:t>-0.048</w:t>
            </w:r>
          </w:p>
        </w:tc>
        <w:tc>
          <w:tcPr>
            <w:tcW w:w="1440" w:type="dxa"/>
            <w:tcMar>
              <w:top w:w="70" w:type="dxa"/>
              <w:left w:w="60" w:type="dxa"/>
              <w:bottom w:w="70" w:type="dxa"/>
              <w:right w:w="60" w:type="dxa"/>
            </w:tcMar>
            <w:vAlign w:val="center"/>
          </w:tcPr>
          <w:p w14:paraId="73C96150" w14:textId="77777777" w:rsidR="00FA44DC" w:rsidRPr="00DC5ED7" w:rsidRDefault="00E45AFC">
            <w:pPr>
              <w:jc w:val="center"/>
              <w:rPr>
                <w:rFonts w:cs="Times New Roman"/>
              </w:rPr>
            </w:pPr>
            <w:r w:rsidRPr="00DC5ED7">
              <w:rPr>
                <w:rFonts w:cs="Times New Roman"/>
                <w:sz w:val="13"/>
              </w:rPr>
              <w:t>negligible</w:t>
            </w:r>
          </w:p>
        </w:tc>
      </w:tr>
      <w:tr w:rsidR="00FA44DC" w:rsidRPr="00DC5ED7" w14:paraId="597807ED" w14:textId="77777777">
        <w:trPr>
          <w:jc w:val="center"/>
        </w:trPr>
        <w:tc>
          <w:tcPr>
            <w:tcW w:w="1440" w:type="dxa"/>
            <w:tcMar>
              <w:top w:w="70" w:type="dxa"/>
              <w:left w:w="60" w:type="dxa"/>
              <w:bottom w:w="70" w:type="dxa"/>
              <w:right w:w="60" w:type="dxa"/>
            </w:tcMar>
            <w:vAlign w:val="center"/>
          </w:tcPr>
          <w:p w14:paraId="1B456D8B"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51882159"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6E74217B"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83556D4"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3150F9A1" w14:textId="77777777" w:rsidR="00FA44DC" w:rsidRPr="00DC5ED7" w:rsidRDefault="00E45AFC">
            <w:pPr>
              <w:jc w:val="center"/>
              <w:rPr>
                <w:rFonts w:cs="Times New Roman"/>
              </w:rPr>
            </w:pPr>
            <w:r w:rsidRPr="00DC5ED7">
              <w:rPr>
                <w:rFonts w:cs="Times New Roman"/>
                <w:sz w:val="13"/>
              </w:rPr>
              <w:t>-0.66</w:t>
            </w:r>
          </w:p>
        </w:tc>
        <w:tc>
          <w:tcPr>
            <w:tcW w:w="1440" w:type="dxa"/>
            <w:tcMar>
              <w:top w:w="70" w:type="dxa"/>
              <w:left w:w="60" w:type="dxa"/>
              <w:bottom w:w="70" w:type="dxa"/>
              <w:right w:w="60" w:type="dxa"/>
            </w:tcMar>
            <w:vAlign w:val="center"/>
          </w:tcPr>
          <w:p w14:paraId="0A855DA6" w14:textId="77777777" w:rsidR="00FA44DC" w:rsidRPr="00DC5ED7" w:rsidRDefault="00E45AFC">
            <w:pPr>
              <w:jc w:val="center"/>
              <w:rPr>
                <w:rFonts w:cs="Times New Roman"/>
              </w:rPr>
            </w:pPr>
            <w:r w:rsidRPr="00DC5ED7">
              <w:rPr>
                <w:rFonts w:cs="Times New Roman"/>
                <w:sz w:val="13"/>
              </w:rPr>
              <w:t>-0.59</w:t>
            </w:r>
          </w:p>
        </w:tc>
        <w:tc>
          <w:tcPr>
            <w:tcW w:w="1440" w:type="dxa"/>
            <w:tcMar>
              <w:top w:w="70" w:type="dxa"/>
              <w:left w:w="60" w:type="dxa"/>
              <w:bottom w:w="70" w:type="dxa"/>
              <w:right w:w="60" w:type="dxa"/>
            </w:tcMar>
            <w:vAlign w:val="center"/>
          </w:tcPr>
          <w:p w14:paraId="396659B6" w14:textId="77777777" w:rsidR="00FA44DC" w:rsidRPr="00DC5ED7" w:rsidRDefault="00E45AFC">
            <w:pPr>
              <w:jc w:val="center"/>
              <w:rPr>
                <w:rFonts w:cs="Times New Roman"/>
              </w:rPr>
            </w:pPr>
            <w:r w:rsidRPr="00DC5ED7">
              <w:rPr>
                <w:rFonts w:cs="Times New Roman"/>
                <w:sz w:val="13"/>
              </w:rPr>
              <w:t>-1.49</w:t>
            </w:r>
          </w:p>
        </w:tc>
        <w:tc>
          <w:tcPr>
            <w:tcW w:w="1440" w:type="dxa"/>
            <w:tcMar>
              <w:top w:w="70" w:type="dxa"/>
              <w:left w:w="60" w:type="dxa"/>
              <w:bottom w:w="70" w:type="dxa"/>
              <w:right w:w="60" w:type="dxa"/>
            </w:tcMar>
            <w:vAlign w:val="center"/>
          </w:tcPr>
          <w:p w14:paraId="268C5BA2" w14:textId="77777777" w:rsidR="00FA44DC" w:rsidRPr="00DC5ED7" w:rsidRDefault="00E45AFC">
            <w:pPr>
              <w:jc w:val="center"/>
              <w:rPr>
                <w:rFonts w:cs="Times New Roman"/>
              </w:rPr>
            </w:pPr>
            <w:r w:rsidRPr="00DC5ED7">
              <w:rPr>
                <w:rFonts w:cs="Times New Roman"/>
                <w:sz w:val="13"/>
              </w:rPr>
              <w:t>0.168</w:t>
            </w:r>
          </w:p>
        </w:tc>
        <w:tc>
          <w:tcPr>
            <w:tcW w:w="1440" w:type="dxa"/>
            <w:tcMar>
              <w:top w:w="70" w:type="dxa"/>
              <w:left w:w="60" w:type="dxa"/>
              <w:bottom w:w="70" w:type="dxa"/>
              <w:right w:w="60" w:type="dxa"/>
            </w:tcMar>
            <w:vAlign w:val="center"/>
          </w:tcPr>
          <w:p w14:paraId="71A41863" w14:textId="77777777" w:rsidR="00FA44DC" w:rsidRPr="00DC5ED7" w:rsidRDefault="00E45AFC">
            <w:pPr>
              <w:jc w:val="center"/>
              <w:rPr>
                <w:rFonts w:cs="Times New Roman"/>
              </w:rPr>
            </w:pPr>
            <w:r w:rsidRPr="00DC5ED7">
              <w:rPr>
                <w:rFonts w:cs="Times New Roman"/>
                <w:sz w:val="13"/>
              </w:rPr>
              <w:t>-0.166</w:t>
            </w:r>
          </w:p>
        </w:tc>
        <w:tc>
          <w:tcPr>
            <w:tcW w:w="1440" w:type="dxa"/>
            <w:tcMar>
              <w:top w:w="70" w:type="dxa"/>
              <w:left w:w="60" w:type="dxa"/>
              <w:bottom w:w="70" w:type="dxa"/>
              <w:right w:w="60" w:type="dxa"/>
            </w:tcMar>
            <w:vAlign w:val="center"/>
          </w:tcPr>
          <w:p w14:paraId="3F487331" w14:textId="77777777" w:rsidR="00FA44DC" w:rsidRPr="00DC5ED7" w:rsidRDefault="00E45AFC">
            <w:pPr>
              <w:jc w:val="center"/>
              <w:rPr>
                <w:rFonts w:cs="Times New Roman"/>
              </w:rPr>
            </w:pPr>
            <w:r w:rsidRPr="00DC5ED7">
              <w:rPr>
                <w:rFonts w:cs="Times New Roman"/>
                <w:sz w:val="13"/>
              </w:rPr>
              <w:t>small</w:t>
            </w:r>
          </w:p>
        </w:tc>
      </w:tr>
      <w:tr w:rsidR="00AA72C6" w:rsidRPr="00DC5ED7" w14:paraId="7116A47A" w14:textId="77777777">
        <w:trPr>
          <w:jc w:val="center"/>
        </w:trPr>
        <w:tc>
          <w:tcPr>
            <w:tcW w:w="1440" w:type="dxa"/>
            <w:tcMar>
              <w:top w:w="70" w:type="dxa"/>
              <w:left w:w="60" w:type="dxa"/>
              <w:bottom w:w="70" w:type="dxa"/>
              <w:right w:w="60" w:type="dxa"/>
            </w:tcMar>
            <w:vAlign w:val="center"/>
          </w:tcPr>
          <w:p w14:paraId="6CD4E2DD"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3E103B56"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0FC1203F"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7EFEC7BB" w14:textId="4F139CBE"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0F414FA4" w14:textId="77777777" w:rsidR="00AA72C6" w:rsidRPr="00DC5ED7" w:rsidRDefault="00AA72C6" w:rsidP="00AA72C6">
            <w:pPr>
              <w:jc w:val="center"/>
              <w:rPr>
                <w:rFonts w:cs="Times New Roman"/>
              </w:rPr>
            </w:pPr>
            <w:r w:rsidRPr="00DC5ED7">
              <w:rPr>
                <w:rFonts w:cs="Times New Roman"/>
                <w:sz w:val="13"/>
              </w:rPr>
              <w:t>-0.46</w:t>
            </w:r>
          </w:p>
        </w:tc>
        <w:tc>
          <w:tcPr>
            <w:tcW w:w="1440" w:type="dxa"/>
            <w:tcMar>
              <w:top w:w="70" w:type="dxa"/>
              <w:left w:w="60" w:type="dxa"/>
              <w:bottom w:w="70" w:type="dxa"/>
              <w:right w:w="60" w:type="dxa"/>
            </w:tcMar>
            <w:vAlign w:val="center"/>
          </w:tcPr>
          <w:p w14:paraId="5799000C" w14:textId="77777777" w:rsidR="00AA72C6" w:rsidRPr="00DC5ED7" w:rsidRDefault="00AA72C6" w:rsidP="00AA72C6">
            <w:pPr>
              <w:jc w:val="center"/>
              <w:rPr>
                <w:rFonts w:cs="Times New Roman"/>
              </w:rPr>
            </w:pPr>
            <w:r w:rsidRPr="00DC5ED7">
              <w:rPr>
                <w:rFonts w:cs="Times New Roman"/>
                <w:sz w:val="13"/>
              </w:rPr>
              <w:t>-0.30</w:t>
            </w:r>
          </w:p>
        </w:tc>
        <w:tc>
          <w:tcPr>
            <w:tcW w:w="1440" w:type="dxa"/>
            <w:tcMar>
              <w:top w:w="70" w:type="dxa"/>
              <w:left w:w="60" w:type="dxa"/>
              <w:bottom w:w="70" w:type="dxa"/>
              <w:right w:w="60" w:type="dxa"/>
            </w:tcMar>
            <w:vAlign w:val="center"/>
          </w:tcPr>
          <w:p w14:paraId="23A3B26A" w14:textId="77777777" w:rsidR="00AA72C6" w:rsidRPr="00DC5ED7" w:rsidRDefault="00AA72C6" w:rsidP="00AA72C6">
            <w:pPr>
              <w:jc w:val="center"/>
              <w:rPr>
                <w:rFonts w:cs="Times New Roman"/>
              </w:rPr>
            </w:pPr>
            <w:r w:rsidRPr="00DC5ED7">
              <w:rPr>
                <w:rFonts w:cs="Times New Roman"/>
                <w:sz w:val="13"/>
              </w:rPr>
              <w:t>-0.84</w:t>
            </w:r>
          </w:p>
        </w:tc>
        <w:tc>
          <w:tcPr>
            <w:tcW w:w="1440" w:type="dxa"/>
            <w:tcMar>
              <w:top w:w="70" w:type="dxa"/>
              <w:left w:w="60" w:type="dxa"/>
              <w:bottom w:w="70" w:type="dxa"/>
              <w:right w:w="60" w:type="dxa"/>
            </w:tcMar>
            <w:vAlign w:val="center"/>
          </w:tcPr>
          <w:p w14:paraId="5A004F1E" w14:textId="77777777" w:rsidR="00AA72C6" w:rsidRPr="00DC5ED7" w:rsidRDefault="00AA72C6" w:rsidP="00AA72C6">
            <w:pPr>
              <w:jc w:val="center"/>
              <w:rPr>
                <w:rFonts w:cs="Times New Roman"/>
              </w:rPr>
            </w:pPr>
            <w:r w:rsidRPr="00DC5ED7">
              <w:rPr>
                <w:rFonts w:cs="Times New Roman"/>
                <w:sz w:val="13"/>
              </w:rPr>
              <w:t>0.133</w:t>
            </w:r>
          </w:p>
        </w:tc>
        <w:tc>
          <w:tcPr>
            <w:tcW w:w="1440" w:type="dxa"/>
            <w:tcMar>
              <w:top w:w="70" w:type="dxa"/>
              <w:left w:w="60" w:type="dxa"/>
              <w:bottom w:w="70" w:type="dxa"/>
              <w:right w:w="60" w:type="dxa"/>
            </w:tcMar>
            <w:vAlign w:val="center"/>
          </w:tcPr>
          <w:p w14:paraId="58E81E18" w14:textId="77777777" w:rsidR="00AA72C6" w:rsidRPr="00DC5ED7" w:rsidRDefault="00AA72C6" w:rsidP="00AA72C6">
            <w:pPr>
              <w:jc w:val="center"/>
              <w:rPr>
                <w:rFonts w:cs="Times New Roman"/>
              </w:rPr>
            </w:pPr>
            <w:r w:rsidRPr="00DC5ED7">
              <w:rPr>
                <w:rFonts w:cs="Times New Roman"/>
                <w:sz w:val="13"/>
              </w:rPr>
              <w:t>-0.122</w:t>
            </w:r>
          </w:p>
        </w:tc>
        <w:tc>
          <w:tcPr>
            <w:tcW w:w="1440" w:type="dxa"/>
            <w:tcMar>
              <w:top w:w="70" w:type="dxa"/>
              <w:left w:w="60" w:type="dxa"/>
              <w:bottom w:w="70" w:type="dxa"/>
              <w:right w:w="60" w:type="dxa"/>
            </w:tcMar>
            <w:vAlign w:val="center"/>
          </w:tcPr>
          <w:p w14:paraId="5BD763A5"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5B26BA8E" w14:textId="77777777">
        <w:trPr>
          <w:jc w:val="center"/>
        </w:trPr>
        <w:tc>
          <w:tcPr>
            <w:tcW w:w="1440" w:type="dxa"/>
            <w:tcMar>
              <w:top w:w="70" w:type="dxa"/>
              <w:left w:w="60" w:type="dxa"/>
              <w:bottom w:w="70" w:type="dxa"/>
              <w:right w:w="60" w:type="dxa"/>
            </w:tcMar>
            <w:vAlign w:val="center"/>
          </w:tcPr>
          <w:p w14:paraId="0CB0DFF9"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788D0C79"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562486ED"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52590D6F" w14:textId="12D9AB57"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3D654546" w14:textId="77777777" w:rsidR="00AA72C6" w:rsidRPr="00DC5ED7" w:rsidRDefault="00AA72C6" w:rsidP="00AA72C6">
            <w:pPr>
              <w:jc w:val="center"/>
              <w:rPr>
                <w:rFonts w:cs="Times New Roman"/>
              </w:rPr>
            </w:pPr>
            <w:r w:rsidRPr="00DC5ED7">
              <w:rPr>
                <w:rFonts w:cs="Times New Roman"/>
                <w:sz w:val="13"/>
              </w:rPr>
              <w:t>-0.22</w:t>
            </w:r>
          </w:p>
        </w:tc>
        <w:tc>
          <w:tcPr>
            <w:tcW w:w="1440" w:type="dxa"/>
            <w:tcMar>
              <w:top w:w="70" w:type="dxa"/>
              <w:left w:w="60" w:type="dxa"/>
              <w:bottom w:w="70" w:type="dxa"/>
              <w:right w:w="60" w:type="dxa"/>
            </w:tcMar>
            <w:vAlign w:val="center"/>
          </w:tcPr>
          <w:p w14:paraId="711F621F" w14:textId="77777777" w:rsidR="00AA72C6" w:rsidRPr="00DC5ED7" w:rsidRDefault="00AA72C6" w:rsidP="00AA72C6">
            <w:pPr>
              <w:jc w:val="center"/>
              <w:rPr>
                <w:rFonts w:cs="Times New Roman"/>
              </w:rPr>
            </w:pPr>
            <w:r w:rsidRPr="00DC5ED7">
              <w:rPr>
                <w:rFonts w:cs="Times New Roman"/>
                <w:sz w:val="13"/>
              </w:rPr>
              <w:t>-0.10</w:t>
            </w:r>
          </w:p>
        </w:tc>
        <w:tc>
          <w:tcPr>
            <w:tcW w:w="1440" w:type="dxa"/>
            <w:tcMar>
              <w:top w:w="70" w:type="dxa"/>
              <w:left w:w="60" w:type="dxa"/>
              <w:bottom w:w="70" w:type="dxa"/>
              <w:right w:w="60" w:type="dxa"/>
            </w:tcMar>
            <w:vAlign w:val="center"/>
          </w:tcPr>
          <w:p w14:paraId="5C043B57" w14:textId="77777777" w:rsidR="00AA72C6" w:rsidRPr="00DC5ED7" w:rsidRDefault="00AA72C6" w:rsidP="00AA72C6">
            <w:pPr>
              <w:jc w:val="center"/>
              <w:rPr>
                <w:rFonts w:cs="Times New Roman"/>
              </w:rPr>
            </w:pPr>
            <w:r w:rsidRPr="00DC5ED7">
              <w:rPr>
                <w:rFonts w:cs="Times New Roman"/>
                <w:sz w:val="13"/>
              </w:rPr>
              <w:t>-0.44</w:t>
            </w:r>
          </w:p>
        </w:tc>
        <w:tc>
          <w:tcPr>
            <w:tcW w:w="1440" w:type="dxa"/>
            <w:tcMar>
              <w:top w:w="70" w:type="dxa"/>
              <w:left w:w="60" w:type="dxa"/>
              <w:bottom w:w="70" w:type="dxa"/>
              <w:right w:w="60" w:type="dxa"/>
            </w:tcMar>
            <w:vAlign w:val="center"/>
          </w:tcPr>
          <w:p w14:paraId="29657104" w14:textId="77777777" w:rsidR="00AA72C6" w:rsidRPr="00DC5ED7" w:rsidRDefault="00AA72C6" w:rsidP="00AA72C6">
            <w:pPr>
              <w:jc w:val="center"/>
              <w:rPr>
                <w:rFonts w:cs="Times New Roman"/>
              </w:rPr>
            </w:pPr>
            <w:r w:rsidRPr="00DC5ED7">
              <w:rPr>
                <w:rFonts w:cs="Times New Roman"/>
                <w:sz w:val="13"/>
              </w:rPr>
              <w:t>0.071</w:t>
            </w:r>
          </w:p>
        </w:tc>
        <w:tc>
          <w:tcPr>
            <w:tcW w:w="1440" w:type="dxa"/>
            <w:tcMar>
              <w:top w:w="70" w:type="dxa"/>
              <w:left w:w="60" w:type="dxa"/>
              <w:bottom w:w="70" w:type="dxa"/>
              <w:right w:w="60" w:type="dxa"/>
            </w:tcMar>
            <w:vAlign w:val="center"/>
          </w:tcPr>
          <w:p w14:paraId="33AD7C52" w14:textId="77777777" w:rsidR="00AA72C6" w:rsidRPr="00DC5ED7" w:rsidRDefault="00AA72C6" w:rsidP="00AA72C6">
            <w:pPr>
              <w:jc w:val="center"/>
              <w:rPr>
                <w:rFonts w:cs="Times New Roman"/>
              </w:rPr>
            </w:pPr>
            <w:r w:rsidRPr="00DC5ED7">
              <w:rPr>
                <w:rFonts w:cs="Times New Roman"/>
                <w:sz w:val="13"/>
              </w:rPr>
              <w:t>-0.040</w:t>
            </w:r>
          </w:p>
        </w:tc>
        <w:tc>
          <w:tcPr>
            <w:tcW w:w="1440" w:type="dxa"/>
            <w:tcMar>
              <w:top w:w="70" w:type="dxa"/>
              <w:left w:w="60" w:type="dxa"/>
              <w:bottom w:w="70" w:type="dxa"/>
              <w:right w:w="60" w:type="dxa"/>
            </w:tcMar>
            <w:vAlign w:val="center"/>
          </w:tcPr>
          <w:p w14:paraId="218735C6"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2FD2F3C6" w14:textId="77777777">
        <w:trPr>
          <w:jc w:val="center"/>
        </w:trPr>
        <w:tc>
          <w:tcPr>
            <w:tcW w:w="1440" w:type="dxa"/>
            <w:tcMar>
              <w:top w:w="70" w:type="dxa"/>
              <w:left w:w="60" w:type="dxa"/>
              <w:bottom w:w="70" w:type="dxa"/>
              <w:right w:w="60" w:type="dxa"/>
            </w:tcMar>
            <w:vAlign w:val="center"/>
          </w:tcPr>
          <w:p w14:paraId="77CFBA51"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772BA25E"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6000F48C"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1FB27734" w14:textId="59984F11"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1C93BF4A" w14:textId="77777777" w:rsidR="00AA72C6" w:rsidRPr="00DC5ED7" w:rsidRDefault="00AA72C6" w:rsidP="00AA72C6">
            <w:pPr>
              <w:jc w:val="center"/>
              <w:rPr>
                <w:rFonts w:cs="Times New Roman"/>
              </w:rPr>
            </w:pPr>
            <w:r w:rsidRPr="00DC5ED7">
              <w:rPr>
                <w:rFonts w:cs="Times New Roman"/>
                <w:sz w:val="13"/>
              </w:rPr>
              <w:t>-1.19</w:t>
            </w:r>
          </w:p>
        </w:tc>
        <w:tc>
          <w:tcPr>
            <w:tcW w:w="1440" w:type="dxa"/>
            <w:tcMar>
              <w:top w:w="70" w:type="dxa"/>
              <w:left w:w="60" w:type="dxa"/>
              <w:bottom w:w="70" w:type="dxa"/>
              <w:right w:w="60" w:type="dxa"/>
            </w:tcMar>
            <w:vAlign w:val="center"/>
          </w:tcPr>
          <w:p w14:paraId="6B1E329A" w14:textId="77777777" w:rsidR="00AA72C6" w:rsidRPr="00DC5ED7" w:rsidRDefault="00AA72C6" w:rsidP="00AA72C6">
            <w:pPr>
              <w:jc w:val="center"/>
              <w:rPr>
                <w:rFonts w:cs="Times New Roman"/>
              </w:rPr>
            </w:pPr>
            <w:r w:rsidRPr="00DC5ED7">
              <w:rPr>
                <w:rFonts w:cs="Times New Roman"/>
                <w:sz w:val="13"/>
              </w:rPr>
              <w:t>-1.15</w:t>
            </w:r>
          </w:p>
        </w:tc>
        <w:tc>
          <w:tcPr>
            <w:tcW w:w="1440" w:type="dxa"/>
            <w:tcMar>
              <w:top w:w="70" w:type="dxa"/>
              <w:left w:w="60" w:type="dxa"/>
              <w:bottom w:w="70" w:type="dxa"/>
              <w:right w:w="60" w:type="dxa"/>
            </w:tcMar>
            <w:vAlign w:val="center"/>
          </w:tcPr>
          <w:p w14:paraId="00882B0C" w14:textId="77777777" w:rsidR="00AA72C6" w:rsidRPr="00DC5ED7" w:rsidRDefault="00AA72C6" w:rsidP="00AA72C6">
            <w:pPr>
              <w:jc w:val="center"/>
              <w:rPr>
                <w:rFonts w:cs="Times New Roman"/>
              </w:rPr>
            </w:pPr>
            <w:r w:rsidRPr="00DC5ED7">
              <w:rPr>
                <w:rFonts w:cs="Times New Roman"/>
                <w:sz w:val="13"/>
              </w:rPr>
              <w:t>-1.75</w:t>
            </w:r>
          </w:p>
        </w:tc>
        <w:tc>
          <w:tcPr>
            <w:tcW w:w="1440" w:type="dxa"/>
            <w:tcMar>
              <w:top w:w="70" w:type="dxa"/>
              <w:left w:w="60" w:type="dxa"/>
              <w:bottom w:w="70" w:type="dxa"/>
              <w:right w:w="60" w:type="dxa"/>
            </w:tcMar>
            <w:vAlign w:val="center"/>
          </w:tcPr>
          <w:p w14:paraId="02E80A75" w14:textId="77777777" w:rsidR="00AA72C6" w:rsidRPr="00DC5ED7" w:rsidRDefault="00AA72C6" w:rsidP="00AA72C6">
            <w:pPr>
              <w:jc w:val="center"/>
              <w:rPr>
                <w:rFonts w:cs="Times New Roman"/>
              </w:rPr>
            </w:pPr>
            <w:r w:rsidRPr="00DC5ED7">
              <w:rPr>
                <w:rFonts w:cs="Times New Roman"/>
                <w:sz w:val="13"/>
              </w:rPr>
              <w:t>0.321</w:t>
            </w:r>
          </w:p>
        </w:tc>
        <w:tc>
          <w:tcPr>
            <w:tcW w:w="1440" w:type="dxa"/>
            <w:tcMar>
              <w:top w:w="70" w:type="dxa"/>
              <w:left w:w="60" w:type="dxa"/>
              <w:bottom w:w="70" w:type="dxa"/>
              <w:right w:w="60" w:type="dxa"/>
            </w:tcMar>
            <w:vAlign w:val="center"/>
          </w:tcPr>
          <w:p w14:paraId="1AE5EC98" w14:textId="77777777" w:rsidR="00AA72C6" w:rsidRPr="00DC5ED7" w:rsidRDefault="00AA72C6" w:rsidP="00AA72C6">
            <w:pPr>
              <w:jc w:val="center"/>
              <w:rPr>
                <w:rFonts w:cs="Times New Roman"/>
              </w:rPr>
            </w:pPr>
            <w:r w:rsidRPr="00DC5ED7">
              <w:rPr>
                <w:rFonts w:cs="Times New Roman"/>
                <w:sz w:val="13"/>
              </w:rPr>
              <w:t>-0.406</w:t>
            </w:r>
          </w:p>
        </w:tc>
        <w:tc>
          <w:tcPr>
            <w:tcW w:w="1440" w:type="dxa"/>
            <w:tcMar>
              <w:top w:w="70" w:type="dxa"/>
              <w:left w:w="60" w:type="dxa"/>
              <w:bottom w:w="70" w:type="dxa"/>
              <w:right w:w="60" w:type="dxa"/>
            </w:tcMar>
            <w:vAlign w:val="center"/>
          </w:tcPr>
          <w:p w14:paraId="01B24A24" w14:textId="77777777" w:rsidR="00AA72C6" w:rsidRPr="00DC5ED7" w:rsidRDefault="00AA72C6" w:rsidP="00AA72C6">
            <w:pPr>
              <w:jc w:val="center"/>
              <w:rPr>
                <w:rFonts w:cs="Times New Roman"/>
              </w:rPr>
            </w:pPr>
            <w:r w:rsidRPr="00DC5ED7">
              <w:rPr>
                <w:rFonts w:cs="Times New Roman"/>
                <w:sz w:val="13"/>
              </w:rPr>
              <w:t>medium</w:t>
            </w:r>
          </w:p>
        </w:tc>
      </w:tr>
      <w:tr w:rsidR="00FA44DC" w:rsidRPr="00DC5ED7" w14:paraId="7AFF019A" w14:textId="77777777">
        <w:trPr>
          <w:jc w:val="center"/>
        </w:trPr>
        <w:tc>
          <w:tcPr>
            <w:tcW w:w="1440" w:type="dxa"/>
            <w:tcMar>
              <w:top w:w="70" w:type="dxa"/>
              <w:left w:w="60" w:type="dxa"/>
              <w:bottom w:w="70" w:type="dxa"/>
              <w:right w:w="60" w:type="dxa"/>
            </w:tcMar>
            <w:vAlign w:val="center"/>
          </w:tcPr>
          <w:p w14:paraId="4ADEC6F7"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5F83C443"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5D0D2E48" w14:textId="77777777" w:rsidR="00FA44DC" w:rsidRPr="00DC5ED7" w:rsidRDefault="00E45AFC">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5DB5683B"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136C84BD" w14:textId="77777777" w:rsidR="00FA44DC" w:rsidRPr="00DC5ED7" w:rsidRDefault="00E45AFC">
            <w:pPr>
              <w:jc w:val="center"/>
              <w:rPr>
                <w:rFonts w:cs="Times New Roman"/>
              </w:rPr>
            </w:pPr>
            <w:r w:rsidRPr="00DC5ED7">
              <w:rPr>
                <w:rFonts w:cs="Times New Roman"/>
                <w:sz w:val="13"/>
              </w:rPr>
              <w:t>-0.52</w:t>
            </w:r>
          </w:p>
        </w:tc>
        <w:tc>
          <w:tcPr>
            <w:tcW w:w="1440" w:type="dxa"/>
            <w:tcMar>
              <w:top w:w="70" w:type="dxa"/>
              <w:left w:w="60" w:type="dxa"/>
              <w:bottom w:w="70" w:type="dxa"/>
              <w:right w:w="60" w:type="dxa"/>
            </w:tcMar>
            <w:vAlign w:val="center"/>
          </w:tcPr>
          <w:p w14:paraId="452D1051" w14:textId="77777777" w:rsidR="00FA44DC" w:rsidRPr="00DC5ED7" w:rsidRDefault="00E45AFC">
            <w:pPr>
              <w:jc w:val="center"/>
              <w:rPr>
                <w:rFonts w:cs="Times New Roman"/>
              </w:rPr>
            </w:pPr>
            <w:r w:rsidRPr="00DC5ED7">
              <w:rPr>
                <w:rFonts w:cs="Times New Roman"/>
                <w:sz w:val="13"/>
              </w:rPr>
              <w:t>-0.46</w:t>
            </w:r>
          </w:p>
        </w:tc>
        <w:tc>
          <w:tcPr>
            <w:tcW w:w="1440" w:type="dxa"/>
            <w:tcMar>
              <w:top w:w="70" w:type="dxa"/>
              <w:left w:w="60" w:type="dxa"/>
              <w:bottom w:w="70" w:type="dxa"/>
              <w:right w:w="60" w:type="dxa"/>
            </w:tcMar>
            <w:vAlign w:val="center"/>
          </w:tcPr>
          <w:p w14:paraId="6CD7BC1B" w14:textId="77777777" w:rsidR="00FA44DC" w:rsidRPr="00DC5ED7" w:rsidRDefault="00E45AFC">
            <w:pPr>
              <w:jc w:val="center"/>
              <w:rPr>
                <w:rFonts w:cs="Times New Roman"/>
              </w:rPr>
            </w:pPr>
            <w:r w:rsidRPr="00DC5ED7">
              <w:rPr>
                <w:rFonts w:cs="Times New Roman"/>
                <w:sz w:val="13"/>
              </w:rPr>
              <w:t>-0.87</w:t>
            </w:r>
          </w:p>
        </w:tc>
        <w:tc>
          <w:tcPr>
            <w:tcW w:w="1440" w:type="dxa"/>
            <w:tcMar>
              <w:top w:w="70" w:type="dxa"/>
              <w:left w:w="60" w:type="dxa"/>
              <w:bottom w:w="70" w:type="dxa"/>
              <w:right w:w="60" w:type="dxa"/>
            </w:tcMar>
            <w:vAlign w:val="center"/>
          </w:tcPr>
          <w:p w14:paraId="2B5838FE" w14:textId="77777777" w:rsidR="00FA44DC" w:rsidRPr="00DC5ED7" w:rsidRDefault="00E45AFC">
            <w:pPr>
              <w:jc w:val="center"/>
              <w:rPr>
                <w:rFonts w:cs="Times New Roman"/>
              </w:rPr>
            </w:pPr>
            <w:r w:rsidRPr="00DC5ED7">
              <w:rPr>
                <w:rFonts w:cs="Times New Roman"/>
                <w:sz w:val="13"/>
              </w:rPr>
              <w:t>0.155</w:t>
            </w:r>
          </w:p>
        </w:tc>
        <w:tc>
          <w:tcPr>
            <w:tcW w:w="1440" w:type="dxa"/>
            <w:tcMar>
              <w:top w:w="70" w:type="dxa"/>
              <w:left w:w="60" w:type="dxa"/>
              <w:bottom w:w="70" w:type="dxa"/>
              <w:right w:w="60" w:type="dxa"/>
            </w:tcMar>
            <w:vAlign w:val="center"/>
          </w:tcPr>
          <w:p w14:paraId="728F3260" w14:textId="77777777" w:rsidR="00FA44DC" w:rsidRPr="00DC5ED7" w:rsidRDefault="00E45AFC">
            <w:pPr>
              <w:jc w:val="center"/>
              <w:rPr>
                <w:rFonts w:cs="Times New Roman"/>
              </w:rPr>
            </w:pPr>
            <w:r w:rsidRPr="00DC5ED7">
              <w:rPr>
                <w:rFonts w:cs="Times New Roman"/>
                <w:sz w:val="13"/>
              </w:rPr>
              <w:t>-0.178</w:t>
            </w:r>
          </w:p>
        </w:tc>
        <w:tc>
          <w:tcPr>
            <w:tcW w:w="1440" w:type="dxa"/>
            <w:tcMar>
              <w:top w:w="70" w:type="dxa"/>
              <w:left w:w="60" w:type="dxa"/>
              <w:bottom w:w="70" w:type="dxa"/>
              <w:right w:w="60" w:type="dxa"/>
            </w:tcMar>
            <w:vAlign w:val="center"/>
          </w:tcPr>
          <w:p w14:paraId="7A8C7F5D" w14:textId="77777777" w:rsidR="00FA44DC" w:rsidRPr="00DC5ED7" w:rsidRDefault="00E45AFC">
            <w:pPr>
              <w:jc w:val="center"/>
              <w:rPr>
                <w:rFonts w:cs="Times New Roman"/>
              </w:rPr>
            </w:pPr>
            <w:r w:rsidRPr="00DC5ED7">
              <w:rPr>
                <w:rFonts w:cs="Times New Roman"/>
                <w:sz w:val="13"/>
              </w:rPr>
              <w:t>small</w:t>
            </w:r>
          </w:p>
        </w:tc>
      </w:tr>
      <w:tr w:rsidR="00FA44DC" w:rsidRPr="00DC5ED7" w14:paraId="62D69CE4" w14:textId="77777777">
        <w:trPr>
          <w:jc w:val="center"/>
        </w:trPr>
        <w:tc>
          <w:tcPr>
            <w:tcW w:w="1440" w:type="dxa"/>
            <w:tcMar>
              <w:top w:w="70" w:type="dxa"/>
              <w:left w:w="60" w:type="dxa"/>
              <w:bottom w:w="70" w:type="dxa"/>
              <w:right w:w="60" w:type="dxa"/>
            </w:tcMar>
            <w:vAlign w:val="center"/>
          </w:tcPr>
          <w:p w14:paraId="23ED63AA"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651527D4"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77A5DD42" w14:textId="77777777" w:rsidR="00FA44DC" w:rsidRPr="00DC5ED7" w:rsidRDefault="00E45AFC">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312626BC"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1FA8DA95" w14:textId="77777777" w:rsidR="00FA44DC" w:rsidRPr="00DC5ED7" w:rsidRDefault="00E45AFC">
            <w:pPr>
              <w:jc w:val="center"/>
              <w:rPr>
                <w:rFonts w:cs="Times New Roman"/>
              </w:rPr>
            </w:pPr>
            <w:r w:rsidRPr="00DC5ED7">
              <w:rPr>
                <w:rFonts w:cs="Times New Roman"/>
                <w:sz w:val="13"/>
              </w:rPr>
              <w:t>-0.29</w:t>
            </w:r>
          </w:p>
        </w:tc>
        <w:tc>
          <w:tcPr>
            <w:tcW w:w="1440" w:type="dxa"/>
            <w:tcMar>
              <w:top w:w="70" w:type="dxa"/>
              <w:left w:w="60" w:type="dxa"/>
              <w:bottom w:w="70" w:type="dxa"/>
              <w:right w:w="60" w:type="dxa"/>
            </w:tcMar>
            <w:vAlign w:val="center"/>
          </w:tcPr>
          <w:p w14:paraId="2BD64944" w14:textId="77777777" w:rsidR="00FA44DC" w:rsidRPr="00DC5ED7" w:rsidRDefault="00E45AFC">
            <w:pPr>
              <w:jc w:val="center"/>
              <w:rPr>
                <w:rFonts w:cs="Times New Roman"/>
              </w:rPr>
            </w:pPr>
            <w:r w:rsidRPr="00DC5ED7">
              <w:rPr>
                <w:rFonts w:cs="Times New Roman"/>
                <w:sz w:val="13"/>
              </w:rPr>
              <w:t>-0.20</w:t>
            </w:r>
          </w:p>
        </w:tc>
        <w:tc>
          <w:tcPr>
            <w:tcW w:w="1440" w:type="dxa"/>
            <w:tcMar>
              <w:top w:w="70" w:type="dxa"/>
              <w:left w:w="60" w:type="dxa"/>
              <w:bottom w:w="70" w:type="dxa"/>
              <w:right w:w="60" w:type="dxa"/>
            </w:tcMar>
            <w:vAlign w:val="center"/>
          </w:tcPr>
          <w:p w14:paraId="56C585F3" w14:textId="77777777" w:rsidR="00FA44DC" w:rsidRPr="00DC5ED7" w:rsidRDefault="00E45AFC">
            <w:pPr>
              <w:jc w:val="center"/>
              <w:rPr>
                <w:rFonts w:cs="Times New Roman"/>
              </w:rPr>
            </w:pPr>
            <w:r w:rsidRPr="00DC5ED7">
              <w:rPr>
                <w:rFonts w:cs="Times New Roman"/>
                <w:sz w:val="13"/>
              </w:rPr>
              <w:t>-0.49</w:t>
            </w:r>
          </w:p>
        </w:tc>
        <w:tc>
          <w:tcPr>
            <w:tcW w:w="1440" w:type="dxa"/>
            <w:tcMar>
              <w:top w:w="70" w:type="dxa"/>
              <w:left w:w="60" w:type="dxa"/>
              <w:bottom w:w="70" w:type="dxa"/>
              <w:right w:w="60" w:type="dxa"/>
            </w:tcMar>
            <w:vAlign w:val="center"/>
          </w:tcPr>
          <w:p w14:paraId="72B0A9B8" w14:textId="77777777" w:rsidR="00FA44DC" w:rsidRPr="00DC5ED7" w:rsidRDefault="00E45AFC">
            <w:pPr>
              <w:jc w:val="center"/>
              <w:rPr>
                <w:rFonts w:cs="Times New Roman"/>
              </w:rPr>
            </w:pPr>
            <w:r w:rsidRPr="00DC5ED7">
              <w:rPr>
                <w:rFonts w:cs="Times New Roman"/>
                <w:sz w:val="13"/>
              </w:rPr>
              <w:t>0.101</w:t>
            </w:r>
          </w:p>
        </w:tc>
        <w:tc>
          <w:tcPr>
            <w:tcW w:w="1440" w:type="dxa"/>
            <w:tcMar>
              <w:top w:w="70" w:type="dxa"/>
              <w:left w:w="60" w:type="dxa"/>
              <w:bottom w:w="70" w:type="dxa"/>
              <w:right w:w="60" w:type="dxa"/>
            </w:tcMar>
            <w:vAlign w:val="center"/>
          </w:tcPr>
          <w:p w14:paraId="7E6BEE01" w14:textId="77777777" w:rsidR="00FA44DC" w:rsidRPr="00DC5ED7" w:rsidRDefault="00E45AFC">
            <w:pPr>
              <w:jc w:val="center"/>
              <w:rPr>
                <w:rFonts w:cs="Times New Roman"/>
              </w:rPr>
            </w:pPr>
            <w:r w:rsidRPr="00DC5ED7">
              <w:rPr>
                <w:rFonts w:cs="Times New Roman"/>
                <w:sz w:val="13"/>
              </w:rPr>
              <w:t>-0.076</w:t>
            </w:r>
          </w:p>
        </w:tc>
        <w:tc>
          <w:tcPr>
            <w:tcW w:w="1440" w:type="dxa"/>
            <w:tcMar>
              <w:top w:w="70" w:type="dxa"/>
              <w:left w:w="60" w:type="dxa"/>
              <w:bottom w:w="70" w:type="dxa"/>
              <w:right w:w="60" w:type="dxa"/>
            </w:tcMar>
            <w:vAlign w:val="center"/>
          </w:tcPr>
          <w:p w14:paraId="0D968770" w14:textId="77777777" w:rsidR="00FA44DC" w:rsidRPr="00DC5ED7" w:rsidRDefault="00E45AFC">
            <w:pPr>
              <w:jc w:val="center"/>
              <w:rPr>
                <w:rFonts w:cs="Times New Roman"/>
              </w:rPr>
            </w:pPr>
            <w:r w:rsidRPr="00DC5ED7">
              <w:rPr>
                <w:rFonts w:cs="Times New Roman"/>
                <w:sz w:val="13"/>
              </w:rPr>
              <w:t>negligible</w:t>
            </w:r>
          </w:p>
        </w:tc>
      </w:tr>
      <w:tr w:rsidR="00FA44DC" w:rsidRPr="00DC5ED7" w14:paraId="0DE60C85" w14:textId="77777777">
        <w:trPr>
          <w:jc w:val="center"/>
        </w:trPr>
        <w:tc>
          <w:tcPr>
            <w:tcW w:w="1440" w:type="dxa"/>
            <w:tcMar>
              <w:top w:w="70" w:type="dxa"/>
              <w:left w:w="60" w:type="dxa"/>
              <w:bottom w:w="70" w:type="dxa"/>
              <w:right w:w="60" w:type="dxa"/>
            </w:tcMar>
            <w:vAlign w:val="center"/>
          </w:tcPr>
          <w:p w14:paraId="5E4DC26C"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6828A324"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7A078A38" w14:textId="77777777" w:rsidR="00FA44DC" w:rsidRPr="00DC5ED7" w:rsidRDefault="00E45AFC">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0E4E8700"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759DB9D4" w14:textId="77777777" w:rsidR="00FA44DC" w:rsidRPr="00DC5ED7" w:rsidRDefault="00E45AFC">
            <w:pPr>
              <w:jc w:val="center"/>
              <w:rPr>
                <w:rFonts w:cs="Times New Roman"/>
              </w:rPr>
            </w:pPr>
            <w:r w:rsidRPr="00DC5ED7">
              <w:rPr>
                <w:rFonts w:cs="Times New Roman"/>
                <w:sz w:val="13"/>
              </w:rPr>
              <w:t>-0.76</w:t>
            </w:r>
          </w:p>
        </w:tc>
        <w:tc>
          <w:tcPr>
            <w:tcW w:w="1440" w:type="dxa"/>
            <w:tcMar>
              <w:top w:w="70" w:type="dxa"/>
              <w:left w:w="60" w:type="dxa"/>
              <w:bottom w:w="70" w:type="dxa"/>
              <w:right w:w="60" w:type="dxa"/>
            </w:tcMar>
            <w:vAlign w:val="center"/>
          </w:tcPr>
          <w:p w14:paraId="3EEEE803" w14:textId="77777777" w:rsidR="00FA44DC" w:rsidRPr="00DC5ED7" w:rsidRDefault="00E45AFC">
            <w:pPr>
              <w:jc w:val="center"/>
              <w:rPr>
                <w:rFonts w:cs="Times New Roman"/>
              </w:rPr>
            </w:pPr>
            <w:r w:rsidRPr="00DC5ED7">
              <w:rPr>
                <w:rFonts w:cs="Times New Roman"/>
                <w:sz w:val="13"/>
              </w:rPr>
              <w:t>-0.76</w:t>
            </w:r>
          </w:p>
        </w:tc>
        <w:tc>
          <w:tcPr>
            <w:tcW w:w="1440" w:type="dxa"/>
            <w:tcMar>
              <w:top w:w="70" w:type="dxa"/>
              <w:left w:w="60" w:type="dxa"/>
              <w:bottom w:w="70" w:type="dxa"/>
              <w:right w:w="60" w:type="dxa"/>
            </w:tcMar>
            <w:vAlign w:val="center"/>
          </w:tcPr>
          <w:p w14:paraId="6E478770" w14:textId="77777777" w:rsidR="00FA44DC" w:rsidRPr="00DC5ED7" w:rsidRDefault="00E45AFC">
            <w:pPr>
              <w:jc w:val="center"/>
              <w:rPr>
                <w:rFonts w:cs="Times New Roman"/>
              </w:rPr>
            </w:pPr>
            <w:r w:rsidRPr="00DC5ED7">
              <w:rPr>
                <w:rFonts w:cs="Times New Roman"/>
                <w:sz w:val="13"/>
              </w:rPr>
              <w:t>-1.08</w:t>
            </w:r>
          </w:p>
        </w:tc>
        <w:tc>
          <w:tcPr>
            <w:tcW w:w="1440" w:type="dxa"/>
            <w:tcMar>
              <w:top w:w="70" w:type="dxa"/>
              <w:left w:w="60" w:type="dxa"/>
              <w:bottom w:w="70" w:type="dxa"/>
              <w:right w:w="60" w:type="dxa"/>
            </w:tcMar>
            <w:vAlign w:val="center"/>
          </w:tcPr>
          <w:p w14:paraId="4923D769" w14:textId="77777777" w:rsidR="00FA44DC" w:rsidRPr="00DC5ED7" w:rsidRDefault="00E45AFC">
            <w:pPr>
              <w:jc w:val="center"/>
              <w:rPr>
                <w:rFonts w:cs="Times New Roman"/>
              </w:rPr>
            </w:pPr>
            <w:r w:rsidRPr="00DC5ED7">
              <w:rPr>
                <w:rFonts w:cs="Times New Roman"/>
                <w:sz w:val="13"/>
              </w:rPr>
              <w:t>0.208</w:t>
            </w:r>
          </w:p>
        </w:tc>
        <w:tc>
          <w:tcPr>
            <w:tcW w:w="1440" w:type="dxa"/>
            <w:tcMar>
              <w:top w:w="70" w:type="dxa"/>
              <w:left w:w="60" w:type="dxa"/>
              <w:bottom w:w="70" w:type="dxa"/>
              <w:right w:w="60" w:type="dxa"/>
            </w:tcMar>
            <w:vAlign w:val="center"/>
          </w:tcPr>
          <w:p w14:paraId="7F0BBD91" w14:textId="77777777" w:rsidR="00FA44DC" w:rsidRPr="00DC5ED7" w:rsidRDefault="00E45AFC">
            <w:pPr>
              <w:jc w:val="center"/>
              <w:rPr>
                <w:rFonts w:cs="Times New Roman"/>
              </w:rPr>
            </w:pPr>
            <w:r w:rsidRPr="00DC5ED7">
              <w:rPr>
                <w:rFonts w:cs="Times New Roman"/>
                <w:sz w:val="13"/>
              </w:rPr>
              <w:t>-0.284</w:t>
            </w:r>
          </w:p>
        </w:tc>
        <w:tc>
          <w:tcPr>
            <w:tcW w:w="1440" w:type="dxa"/>
            <w:tcMar>
              <w:top w:w="70" w:type="dxa"/>
              <w:left w:w="60" w:type="dxa"/>
              <w:bottom w:w="70" w:type="dxa"/>
              <w:right w:w="60" w:type="dxa"/>
            </w:tcMar>
            <w:vAlign w:val="center"/>
          </w:tcPr>
          <w:p w14:paraId="00746F7F" w14:textId="77777777" w:rsidR="00FA44DC" w:rsidRPr="00DC5ED7" w:rsidRDefault="00E45AFC">
            <w:pPr>
              <w:jc w:val="center"/>
              <w:rPr>
                <w:rFonts w:cs="Times New Roman"/>
              </w:rPr>
            </w:pPr>
            <w:r w:rsidRPr="00DC5ED7">
              <w:rPr>
                <w:rFonts w:cs="Times New Roman"/>
                <w:sz w:val="13"/>
              </w:rPr>
              <w:t>small</w:t>
            </w:r>
          </w:p>
        </w:tc>
      </w:tr>
      <w:tr w:rsidR="00AA72C6" w:rsidRPr="00DC5ED7" w14:paraId="2F43469C" w14:textId="77777777">
        <w:trPr>
          <w:jc w:val="center"/>
        </w:trPr>
        <w:tc>
          <w:tcPr>
            <w:tcW w:w="1440" w:type="dxa"/>
            <w:tcMar>
              <w:top w:w="70" w:type="dxa"/>
              <w:left w:w="60" w:type="dxa"/>
              <w:bottom w:w="70" w:type="dxa"/>
              <w:right w:w="60" w:type="dxa"/>
            </w:tcMar>
            <w:vAlign w:val="center"/>
          </w:tcPr>
          <w:p w14:paraId="4D7AF254"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00AF65B6"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63DDA32C"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48C9C7B2" w14:textId="4822AB6C"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7FFECE81" w14:textId="77777777" w:rsidR="00AA72C6" w:rsidRPr="00DC5ED7" w:rsidRDefault="00AA72C6" w:rsidP="00AA72C6">
            <w:pPr>
              <w:jc w:val="center"/>
              <w:rPr>
                <w:rFonts w:cs="Times New Roman"/>
              </w:rPr>
            </w:pPr>
            <w:r w:rsidRPr="00DC5ED7">
              <w:rPr>
                <w:rFonts w:cs="Times New Roman"/>
                <w:sz w:val="13"/>
              </w:rPr>
              <w:t>-0.94</w:t>
            </w:r>
          </w:p>
        </w:tc>
        <w:tc>
          <w:tcPr>
            <w:tcW w:w="1440" w:type="dxa"/>
            <w:tcMar>
              <w:top w:w="70" w:type="dxa"/>
              <w:left w:w="60" w:type="dxa"/>
              <w:bottom w:w="70" w:type="dxa"/>
              <w:right w:w="60" w:type="dxa"/>
            </w:tcMar>
            <w:vAlign w:val="center"/>
          </w:tcPr>
          <w:p w14:paraId="6D4518B5" w14:textId="77777777" w:rsidR="00AA72C6" w:rsidRPr="00DC5ED7" w:rsidRDefault="00AA72C6" w:rsidP="00AA72C6">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0ED1BCB0" w14:textId="77777777" w:rsidR="00AA72C6" w:rsidRPr="00DC5ED7" w:rsidRDefault="00AA72C6" w:rsidP="00AA72C6">
            <w:pPr>
              <w:jc w:val="center"/>
              <w:rPr>
                <w:rFonts w:cs="Times New Roman"/>
              </w:rPr>
            </w:pPr>
            <w:r w:rsidRPr="00DC5ED7">
              <w:rPr>
                <w:rFonts w:cs="Times New Roman"/>
                <w:sz w:val="13"/>
              </w:rPr>
              <w:t>-2.66</w:t>
            </w:r>
          </w:p>
        </w:tc>
        <w:tc>
          <w:tcPr>
            <w:tcW w:w="1440" w:type="dxa"/>
            <w:tcMar>
              <w:top w:w="70" w:type="dxa"/>
              <w:left w:w="60" w:type="dxa"/>
              <w:bottom w:w="70" w:type="dxa"/>
              <w:right w:w="60" w:type="dxa"/>
            </w:tcMar>
            <w:vAlign w:val="center"/>
          </w:tcPr>
          <w:p w14:paraId="1F4052D4" w14:textId="77777777" w:rsidR="00AA72C6" w:rsidRPr="00DC5ED7" w:rsidRDefault="00AA72C6" w:rsidP="00AA72C6">
            <w:pPr>
              <w:jc w:val="center"/>
              <w:rPr>
                <w:rFonts w:cs="Times New Roman"/>
              </w:rPr>
            </w:pPr>
            <w:r w:rsidRPr="00DC5ED7">
              <w:rPr>
                <w:rFonts w:cs="Times New Roman"/>
                <w:sz w:val="13"/>
              </w:rPr>
              <w:t>0.152</w:t>
            </w:r>
          </w:p>
        </w:tc>
        <w:tc>
          <w:tcPr>
            <w:tcW w:w="1440" w:type="dxa"/>
            <w:tcMar>
              <w:top w:w="70" w:type="dxa"/>
              <w:left w:w="60" w:type="dxa"/>
              <w:bottom w:w="70" w:type="dxa"/>
              <w:right w:w="60" w:type="dxa"/>
            </w:tcMar>
            <w:vAlign w:val="center"/>
          </w:tcPr>
          <w:p w14:paraId="01B64CE9" w14:textId="77777777" w:rsidR="00AA72C6" w:rsidRPr="00DC5ED7" w:rsidRDefault="00AA72C6" w:rsidP="00AA72C6">
            <w:pPr>
              <w:jc w:val="center"/>
              <w:rPr>
                <w:rFonts w:cs="Times New Roman"/>
              </w:rPr>
            </w:pPr>
            <w:r w:rsidRPr="00DC5ED7">
              <w:rPr>
                <w:rFonts w:cs="Times New Roman"/>
                <w:sz w:val="13"/>
              </w:rPr>
              <w:t>-0.166</w:t>
            </w:r>
          </w:p>
        </w:tc>
        <w:tc>
          <w:tcPr>
            <w:tcW w:w="1440" w:type="dxa"/>
            <w:tcMar>
              <w:top w:w="70" w:type="dxa"/>
              <w:left w:w="60" w:type="dxa"/>
              <w:bottom w:w="70" w:type="dxa"/>
              <w:right w:w="60" w:type="dxa"/>
            </w:tcMar>
            <w:vAlign w:val="center"/>
          </w:tcPr>
          <w:p w14:paraId="49B13B78"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74E1F74B" w14:textId="77777777">
        <w:trPr>
          <w:jc w:val="center"/>
        </w:trPr>
        <w:tc>
          <w:tcPr>
            <w:tcW w:w="1440" w:type="dxa"/>
            <w:tcMar>
              <w:top w:w="70" w:type="dxa"/>
              <w:left w:w="60" w:type="dxa"/>
              <w:bottom w:w="70" w:type="dxa"/>
              <w:right w:w="60" w:type="dxa"/>
            </w:tcMar>
            <w:vAlign w:val="center"/>
          </w:tcPr>
          <w:p w14:paraId="42F89B40"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5668B227"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09875C16"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28E46A45" w14:textId="13343071"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5DCDAE55" w14:textId="77777777" w:rsidR="00AA72C6" w:rsidRPr="00DC5ED7" w:rsidRDefault="00AA72C6" w:rsidP="00AA72C6">
            <w:pPr>
              <w:jc w:val="center"/>
              <w:rPr>
                <w:rFonts w:cs="Times New Roman"/>
              </w:rPr>
            </w:pPr>
            <w:r w:rsidRPr="00DC5ED7">
              <w:rPr>
                <w:rFonts w:cs="Times New Roman"/>
                <w:sz w:val="13"/>
              </w:rPr>
              <w:t>-0.82</w:t>
            </w:r>
          </w:p>
        </w:tc>
        <w:tc>
          <w:tcPr>
            <w:tcW w:w="1440" w:type="dxa"/>
            <w:tcMar>
              <w:top w:w="70" w:type="dxa"/>
              <w:left w:w="60" w:type="dxa"/>
              <w:bottom w:w="70" w:type="dxa"/>
              <w:right w:w="60" w:type="dxa"/>
            </w:tcMar>
            <w:vAlign w:val="center"/>
          </w:tcPr>
          <w:p w14:paraId="36A5E7D8" w14:textId="77777777" w:rsidR="00AA72C6" w:rsidRPr="00DC5ED7" w:rsidRDefault="00AA72C6" w:rsidP="00AA72C6">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15BC11B4" w14:textId="77777777" w:rsidR="00AA72C6" w:rsidRPr="00DC5ED7" w:rsidRDefault="00AA72C6" w:rsidP="00AA72C6">
            <w:pPr>
              <w:jc w:val="center"/>
              <w:rPr>
                <w:rFonts w:cs="Times New Roman"/>
              </w:rPr>
            </w:pPr>
            <w:r w:rsidRPr="00DC5ED7">
              <w:rPr>
                <w:rFonts w:cs="Times New Roman"/>
                <w:sz w:val="13"/>
              </w:rPr>
              <w:t>-2.29</w:t>
            </w:r>
          </w:p>
        </w:tc>
        <w:tc>
          <w:tcPr>
            <w:tcW w:w="1440" w:type="dxa"/>
            <w:tcMar>
              <w:top w:w="70" w:type="dxa"/>
              <w:left w:w="60" w:type="dxa"/>
              <w:bottom w:w="70" w:type="dxa"/>
              <w:right w:w="60" w:type="dxa"/>
            </w:tcMar>
            <w:vAlign w:val="center"/>
          </w:tcPr>
          <w:p w14:paraId="6AFFDDC3" w14:textId="77777777" w:rsidR="00AA72C6" w:rsidRPr="00DC5ED7" w:rsidRDefault="00AA72C6" w:rsidP="00AA72C6">
            <w:pPr>
              <w:jc w:val="center"/>
              <w:rPr>
                <w:rFonts w:cs="Times New Roman"/>
              </w:rPr>
            </w:pPr>
            <w:r w:rsidRPr="00DC5ED7">
              <w:rPr>
                <w:rFonts w:cs="Times New Roman"/>
                <w:sz w:val="13"/>
              </w:rPr>
              <w:t>0.138</w:t>
            </w:r>
          </w:p>
        </w:tc>
        <w:tc>
          <w:tcPr>
            <w:tcW w:w="1440" w:type="dxa"/>
            <w:tcMar>
              <w:top w:w="70" w:type="dxa"/>
              <w:left w:w="60" w:type="dxa"/>
              <w:bottom w:w="70" w:type="dxa"/>
              <w:right w:w="60" w:type="dxa"/>
            </w:tcMar>
            <w:vAlign w:val="center"/>
          </w:tcPr>
          <w:p w14:paraId="74EB6498" w14:textId="77777777" w:rsidR="00AA72C6" w:rsidRPr="00DC5ED7" w:rsidRDefault="00AA72C6" w:rsidP="00AA72C6">
            <w:pPr>
              <w:jc w:val="center"/>
              <w:rPr>
                <w:rFonts w:cs="Times New Roman"/>
              </w:rPr>
            </w:pPr>
            <w:r w:rsidRPr="00DC5ED7">
              <w:rPr>
                <w:rFonts w:cs="Times New Roman"/>
                <w:sz w:val="13"/>
              </w:rPr>
              <w:t>-0.149</w:t>
            </w:r>
          </w:p>
        </w:tc>
        <w:tc>
          <w:tcPr>
            <w:tcW w:w="1440" w:type="dxa"/>
            <w:tcMar>
              <w:top w:w="70" w:type="dxa"/>
              <w:left w:w="60" w:type="dxa"/>
              <w:bottom w:w="70" w:type="dxa"/>
              <w:right w:w="60" w:type="dxa"/>
            </w:tcMar>
            <w:vAlign w:val="center"/>
          </w:tcPr>
          <w:p w14:paraId="057F04A6"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395C33C6" w14:textId="77777777">
        <w:trPr>
          <w:jc w:val="center"/>
        </w:trPr>
        <w:tc>
          <w:tcPr>
            <w:tcW w:w="1440" w:type="dxa"/>
            <w:tcMar>
              <w:top w:w="70" w:type="dxa"/>
              <w:left w:w="60" w:type="dxa"/>
              <w:bottom w:w="70" w:type="dxa"/>
              <w:right w:w="60" w:type="dxa"/>
            </w:tcMar>
            <w:vAlign w:val="center"/>
          </w:tcPr>
          <w:p w14:paraId="1BD8F1C8"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6CC0511B"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28F475A4"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4551DFBB" w14:textId="48E9F93A"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7100E9E3" w14:textId="77777777" w:rsidR="00AA72C6" w:rsidRPr="00DC5ED7" w:rsidRDefault="00AA72C6" w:rsidP="00AA72C6">
            <w:pPr>
              <w:jc w:val="center"/>
              <w:rPr>
                <w:rFonts w:cs="Times New Roman"/>
              </w:rPr>
            </w:pPr>
            <w:r w:rsidRPr="00DC5ED7">
              <w:rPr>
                <w:rFonts w:cs="Times New Roman"/>
                <w:sz w:val="13"/>
              </w:rPr>
              <w:t>-0.74</w:t>
            </w:r>
          </w:p>
        </w:tc>
        <w:tc>
          <w:tcPr>
            <w:tcW w:w="1440" w:type="dxa"/>
            <w:tcMar>
              <w:top w:w="70" w:type="dxa"/>
              <w:left w:w="60" w:type="dxa"/>
              <w:bottom w:w="70" w:type="dxa"/>
              <w:right w:w="60" w:type="dxa"/>
            </w:tcMar>
            <w:vAlign w:val="center"/>
          </w:tcPr>
          <w:p w14:paraId="4B19AB51" w14:textId="77777777" w:rsidR="00AA72C6" w:rsidRPr="00DC5ED7" w:rsidRDefault="00AA72C6" w:rsidP="00AA72C6">
            <w:pPr>
              <w:jc w:val="center"/>
              <w:rPr>
                <w:rFonts w:cs="Times New Roman"/>
              </w:rPr>
            </w:pPr>
            <w:r w:rsidRPr="00DC5ED7">
              <w:rPr>
                <w:rFonts w:cs="Times New Roman"/>
                <w:sz w:val="13"/>
              </w:rPr>
              <w:t>-0.86</w:t>
            </w:r>
          </w:p>
        </w:tc>
        <w:tc>
          <w:tcPr>
            <w:tcW w:w="1440" w:type="dxa"/>
            <w:tcMar>
              <w:top w:w="70" w:type="dxa"/>
              <w:left w:w="60" w:type="dxa"/>
              <w:bottom w:w="70" w:type="dxa"/>
              <w:right w:w="60" w:type="dxa"/>
            </w:tcMar>
            <w:vAlign w:val="center"/>
          </w:tcPr>
          <w:p w14:paraId="32CE1406" w14:textId="77777777" w:rsidR="00AA72C6" w:rsidRPr="00DC5ED7" w:rsidRDefault="00AA72C6" w:rsidP="00AA72C6">
            <w:pPr>
              <w:jc w:val="center"/>
              <w:rPr>
                <w:rFonts w:cs="Times New Roman"/>
              </w:rPr>
            </w:pPr>
            <w:r w:rsidRPr="00DC5ED7">
              <w:rPr>
                <w:rFonts w:cs="Times New Roman"/>
                <w:sz w:val="13"/>
              </w:rPr>
              <w:t>-1.52</w:t>
            </w:r>
          </w:p>
        </w:tc>
        <w:tc>
          <w:tcPr>
            <w:tcW w:w="1440" w:type="dxa"/>
            <w:tcMar>
              <w:top w:w="70" w:type="dxa"/>
              <w:left w:w="60" w:type="dxa"/>
              <w:bottom w:w="70" w:type="dxa"/>
              <w:right w:w="60" w:type="dxa"/>
            </w:tcMar>
            <w:vAlign w:val="center"/>
          </w:tcPr>
          <w:p w14:paraId="26E2FC9A" w14:textId="77777777" w:rsidR="00AA72C6" w:rsidRPr="00DC5ED7" w:rsidRDefault="00AA72C6" w:rsidP="00AA72C6">
            <w:pPr>
              <w:jc w:val="center"/>
              <w:rPr>
                <w:rFonts w:cs="Times New Roman"/>
              </w:rPr>
            </w:pPr>
            <w:r w:rsidRPr="00DC5ED7">
              <w:rPr>
                <w:rFonts w:cs="Times New Roman"/>
                <w:sz w:val="13"/>
              </w:rPr>
              <w:t>0.099</w:t>
            </w:r>
          </w:p>
        </w:tc>
        <w:tc>
          <w:tcPr>
            <w:tcW w:w="1440" w:type="dxa"/>
            <w:tcMar>
              <w:top w:w="70" w:type="dxa"/>
              <w:left w:w="60" w:type="dxa"/>
              <w:bottom w:w="70" w:type="dxa"/>
              <w:right w:w="60" w:type="dxa"/>
            </w:tcMar>
            <w:vAlign w:val="center"/>
          </w:tcPr>
          <w:p w14:paraId="6D01724A" w14:textId="77777777" w:rsidR="00AA72C6" w:rsidRPr="00DC5ED7" w:rsidRDefault="00AA72C6" w:rsidP="00AA72C6">
            <w:pPr>
              <w:jc w:val="center"/>
              <w:rPr>
                <w:rFonts w:cs="Times New Roman"/>
              </w:rPr>
            </w:pPr>
            <w:r w:rsidRPr="00DC5ED7">
              <w:rPr>
                <w:rFonts w:cs="Times New Roman"/>
                <w:sz w:val="13"/>
              </w:rPr>
              <w:t>-0.117</w:t>
            </w:r>
          </w:p>
        </w:tc>
        <w:tc>
          <w:tcPr>
            <w:tcW w:w="1440" w:type="dxa"/>
            <w:tcMar>
              <w:top w:w="70" w:type="dxa"/>
              <w:left w:w="60" w:type="dxa"/>
              <w:bottom w:w="70" w:type="dxa"/>
              <w:right w:w="60" w:type="dxa"/>
            </w:tcMar>
            <w:vAlign w:val="center"/>
          </w:tcPr>
          <w:p w14:paraId="6B8A729F" w14:textId="77777777" w:rsidR="00AA72C6" w:rsidRPr="00DC5ED7" w:rsidRDefault="00AA72C6" w:rsidP="00AA72C6">
            <w:pPr>
              <w:jc w:val="center"/>
              <w:rPr>
                <w:rFonts w:cs="Times New Roman"/>
              </w:rPr>
            </w:pPr>
            <w:r w:rsidRPr="00DC5ED7">
              <w:rPr>
                <w:rFonts w:cs="Times New Roman"/>
                <w:sz w:val="13"/>
              </w:rPr>
              <w:t>negligible</w:t>
            </w:r>
          </w:p>
        </w:tc>
      </w:tr>
      <w:tr w:rsidR="00FA44DC" w:rsidRPr="00DC5ED7" w14:paraId="7AD57FE7" w14:textId="77777777">
        <w:trPr>
          <w:jc w:val="center"/>
        </w:trPr>
        <w:tc>
          <w:tcPr>
            <w:tcW w:w="1440" w:type="dxa"/>
            <w:tcMar>
              <w:top w:w="70" w:type="dxa"/>
              <w:left w:w="60" w:type="dxa"/>
              <w:bottom w:w="70" w:type="dxa"/>
              <w:right w:w="60" w:type="dxa"/>
            </w:tcMar>
            <w:vAlign w:val="center"/>
          </w:tcPr>
          <w:p w14:paraId="213B1011" w14:textId="77777777" w:rsidR="00FA44DC" w:rsidRPr="00DC5ED7" w:rsidRDefault="00E45AFC">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71E42D8C"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59B437BD"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1CB2C71"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1A74E2A4" w14:textId="77777777" w:rsidR="00FA44DC" w:rsidRPr="00DC5ED7" w:rsidRDefault="00E45AFC">
            <w:pPr>
              <w:jc w:val="center"/>
              <w:rPr>
                <w:rFonts w:cs="Times New Roman"/>
              </w:rPr>
            </w:pPr>
            <w:r w:rsidRPr="00DC5ED7">
              <w:rPr>
                <w:rFonts w:cs="Times New Roman"/>
                <w:sz w:val="13"/>
              </w:rPr>
              <w:t>-0.30</w:t>
            </w:r>
          </w:p>
        </w:tc>
        <w:tc>
          <w:tcPr>
            <w:tcW w:w="1440" w:type="dxa"/>
            <w:tcMar>
              <w:top w:w="70" w:type="dxa"/>
              <w:left w:w="60" w:type="dxa"/>
              <w:bottom w:w="70" w:type="dxa"/>
              <w:right w:w="60" w:type="dxa"/>
            </w:tcMar>
            <w:vAlign w:val="center"/>
          </w:tcPr>
          <w:p w14:paraId="11275D29" w14:textId="77777777" w:rsidR="00FA44DC" w:rsidRPr="00DC5ED7" w:rsidRDefault="00E45AFC">
            <w:pPr>
              <w:jc w:val="center"/>
              <w:rPr>
                <w:rFonts w:cs="Times New Roman"/>
              </w:rPr>
            </w:pPr>
            <w:r w:rsidRPr="00DC5ED7">
              <w:rPr>
                <w:rFonts w:cs="Times New Roman"/>
                <w:sz w:val="13"/>
              </w:rPr>
              <w:t>-0.07</w:t>
            </w:r>
          </w:p>
        </w:tc>
        <w:tc>
          <w:tcPr>
            <w:tcW w:w="1440" w:type="dxa"/>
            <w:tcMar>
              <w:top w:w="70" w:type="dxa"/>
              <w:left w:w="60" w:type="dxa"/>
              <w:bottom w:w="70" w:type="dxa"/>
              <w:right w:w="60" w:type="dxa"/>
            </w:tcMar>
            <w:vAlign w:val="center"/>
          </w:tcPr>
          <w:p w14:paraId="2E2DAE7C" w14:textId="77777777" w:rsidR="00FA44DC" w:rsidRPr="00DC5ED7" w:rsidRDefault="00E45AFC">
            <w:pPr>
              <w:jc w:val="center"/>
              <w:rPr>
                <w:rFonts w:cs="Times New Roman"/>
              </w:rPr>
            </w:pPr>
            <w:r w:rsidRPr="00DC5ED7">
              <w:rPr>
                <w:rFonts w:cs="Times New Roman"/>
                <w:sz w:val="13"/>
              </w:rPr>
              <w:t>-0.82</w:t>
            </w:r>
          </w:p>
        </w:tc>
        <w:tc>
          <w:tcPr>
            <w:tcW w:w="1440" w:type="dxa"/>
            <w:tcMar>
              <w:top w:w="70" w:type="dxa"/>
              <w:left w:w="60" w:type="dxa"/>
              <w:bottom w:w="70" w:type="dxa"/>
              <w:right w:w="60" w:type="dxa"/>
            </w:tcMar>
            <w:vAlign w:val="center"/>
          </w:tcPr>
          <w:p w14:paraId="298B948E" w14:textId="77777777" w:rsidR="00FA44DC" w:rsidRPr="00DC5ED7" w:rsidRDefault="00E45AFC">
            <w:pPr>
              <w:jc w:val="center"/>
              <w:rPr>
                <w:rFonts w:cs="Times New Roman"/>
              </w:rPr>
            </w:pPr>
            <w:r w:rsidRPr="00DC5ED7">
              <w:rPr>
                <w:rFonts w:cs="Times New Roman"/>
                <w:sz w:val="13"/>
              </w:rPr>
              <w:t>0.080</w:t>
            </w:r>
          </w:p>
        </w:tc>
        <w:tc>
          <w:tcPr>
            <w:tcW w:w="1440" w:type="dxa"/>
            <w:tcMar>
              <w:top w:w="70" w:type="dxa"/>
              <w:left w:w="60" w:type="dxa"/>
              <w:bottom w:w="70" w:type="dxa"/>
              <w:right w:w="60" w:type="dxa"/>
            </w:tcMar>
            <w:vAlign w:val="center"/>
          </w:tcPr>
          <w:p w14:paraId="6ACEC654" w14:textId="77777777" w:rsidR="00FA44DC" w:rsidRPr="00DC5ED7" w:rsidRDefault="00E45AFC">
            <w:pPr>
              <w:jc w:val="center"/>
              <w:rPr>
                <w:rFonts w:cs="Times New Roman"/>
              </w:rPr>
            </w:pPr>
            <w:r w:rsidRPr="00DC5ED7">
              <w:rPr>
                <w:rFonts w:cs="Times New Roman"/>
                <w:sz w:val="13"/>
              </w:rPr>
              <w:t>-0.079</w:t>
            </w:r>
          </w:p>
        </w:tc>
        <w:tc>
          <w:tcPr>
            <w:tcW w:w="1440" w:type="dxa"/>
            <w:tcMar>
              <w:top w:w="70" w:type="dxa"/>
              <w:left w:w="60" w:type="dxa"/>
              <w:bottom w:w="70" w:type="dxa"/>
              <w:right w:w="60" w:type="dxa"/>
            </w:tcMar>
            <w:vAlign w:val="center"/>
          </w:tcPr>
          <w:p w14:paraId="199B6DF1" w14:textId="77777777" w:rsidR="00FA44DC" w:rsidRPr="00DC5ED7" w:rsidRDefault="00E45AFC">
            <w:pPr>
              <w:jc w:val="center"/>
              <w:rPr>
                <w:rFonts w:cs="Times New Roman"/>
              </w:rPr>
            </w:pPr>
            <w:r w:rsidRPr="00DC5ED7">
              <w:rPr>
                <w:rFonts w:cs="Times New Roman"/>
                <w:sz w:val="13"/>
              </w:rPr>
              <w:t>negligible</w:t>
            </w:r>
          </w:p>
        </w:tc>
      </w:tr>
      <w:tr w:rsidR="00FA44DC" w:rsidRPr="00DC5ED7" w14:paraId="0666FB11" w14:textId="77777777">
        <w:trPr>
          <w:jc w:val="center"/>
        </w:trPr>
        <w:tc>
          <w:tcPr>
            <w:tcW w:w="1440" w:type="dxa"/>
            <w:tcMar>
              <w:top w:w="70" w:type="dxa"/>
              <w:left w:w="60" w:type="dxa"/>
              <w:bottom w:w="70" w:type="dxa"/>
              <w:right w:w="60" w:type="dxa"/>
            </w:tcMar>
            <w:vAlign w:val="center"/>
          </w:tcPr>
          <w:p w14:paraId="6B98BA73" w14:textId="77777777" w:rsidR="00FA44DC" w:rsidRPr="00DC5ED7" w:rsidRDefault="00E45AFC">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5D35BF98"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720400C2"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1E9E0AD0"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30119C9D" w14:textId="77777777" w:rsidR="00FA44DC" w:rsidRPr="00DC5ED7" w:rsidRDefault="00E45AFC">
            <w:pPr>
              <w:jc w:val="center"/>
              <w:rPr>
                <w:rFonts w:cs="Times New Roman"/>
              </w:rPr>
            </w:pPr>
            <w:r w:rsidRPr="00DC5ED7">
              <w:rPr>
                <w:rFonts w:cs="Times New Roman"/>
                <w:sz w:val="13"/>
              </w:rPr>
              <w:t>-0.22</w:t>
            </w:r>
          </w:p>
        </w:tc>
        <w:tc>
          <w:tcPr>
            <w:tcW w:w="1440" w:type="dxa"/>
            <w:tcMar>
              <w:top w:w="70" w:type="dxa"/>
              <w:left w:w="60" w:type="dxa"/>
              <w:bottom w:w="70" w:type="dxa"/>
              <w:right w:w="60" w:type="dxa"/>
            </w:tcMar>
            <w:vAlign w:val="center"/>
          </w:tcPr>
          <w:p w14:paraId="2EB1FEB7"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7D85777C" w14:textId="77777777" w:rsidR="00FA44DC" w:rsidRPr="00DC5ED7" w:rsidRDefault="00E45AFC">
            <w:pPr>
              <w:jc w:val="center"/>
              <w:rPr>
                <w:rFonts w:cs="Times New Roman"/>
              </w:rPr>
            </w:pPr>
            <w:r w:rsidRPr="00DC5ED7">
              <w:rPr>
                <w:rFonts w:cs="Times New Roman"/>
                <w:sz w:val="13"/>
              </w:rPr>
              <w:t>-0.62</w:t>
            </w:r>
          </w:p>
        </w:tc>
        <w:tc>
          <w:tcPr>
            <w:tcW w:w="1440" w:type="dxa"/>
            <w:tcMar>
              <w:top w:w="70" w:type="dxa"/>
              <w:left w:w="60" w:type="dxa"/>
              <w:bottom w:w="70" w:type="dxa"/>
              <w:right w:w="60" w:type="dxa"/>
            </w:tcMar>
            <w:vAlign w:val="center"/>
          </w:tcPr>
          <w:p w14:paraId="0445DB6B" w14:textId="77777777" w:rsidR="00FA44DC" w:rsidRPr="00DC5ED7" w:rsidRDefault="00E45AFC">
            <w:pPr>
              <w:jc w:val="center"/>
              <w:rPr>
                <w:rFonts w:cs="Times New Roman"/>
              </w:rPr>
            </w:pPr>
            <w:r w:rsidRPr="00DC5ED7">
              <w:rPr>
                <w:rFonts w:cs="Times New Roman"/>
                <w:sz w:val="13"/>
              </w:rPr>
              <w:t>0.053</w:t>
            </w:r>
          </w:p>
        </w:tc>
        <w:tc>
          <w:tcPr>
            <w:tcW w:w="1440" w:type="dxa"/>
            <w:tcMar>
              <w:top w:w="70" w:type="dxa"/>
              <w:left w:w="60" w:type="dxa"/>
              <w:bottom w:w="70" w:type="dxa"/>
              <w:right w:w="60" w:type="dxa"/>
            </w:tcMar>
            <w:vAlign w:val="center"/>
          </w:tcPr>
          <w:p w14:paraId="06FF45A8" w14:textId="77777777" w:rsidR="00FA44DC" w:rsidRPr="00DC5ED7" w:rsidRDefault="00E45AFC">
            <w:pPr>
              <w:jc w:val="center"/>
              <w:rPr>
                <w:rFonts w:cs="Times New Roman"/>
              </w:rPr>
            </w:pPr>
            <w:r w:rsidRPr="00DC5ED7">
              <w:rPr>
                <w:rFonts w:cs="Times New Roman"/>
                <w:sz w:val="13"/>
              </w:rPr>
              <w:t>-0.053</w:t>
            </w:r>
          </w:p>
        </w:tc>
        <w:tc>
          <w:tcPr>
            <w:tcW w:w="1440" w:type="dxa"/>
            <w:tcMar>
              <w:top w:w="70" w:type="dxa"/>
              <w:left w:w="60" w:type="dxa"/>
              <w:bottom w:w="70" w:type="dxa"/>
              <w:right w:w="60" w:type="dxa"/>
            </w:tcMar>
            <w:vAlign w:val="center"/>
          </w:tcPr>
          <w:p w14:paraId="0A1FF0D6" w14:textId="77777777" w:rsidR="00FA44DC" w:rsidRPr="00DC5ED7" w:rsidRDefault="00E45AFC">
            <w:pPr>
              <w:jc w:val="center"/>
              <w:rPr>
                <w:rFonts w:cs="Times New Roman"/>
              </w:rPr>
            </w:pPr>
            <w:r w:rsidRPr="00DC5ED7">
              <w:rPr>
                <w:rFonts w:cs="Times New Roman"/>
                <w:sz w:val="13"/>
              </w:rPr>
              <w:t>negligible</w:t>
            </w:r>
          </w:p>
        </w:tc>
      </w:tr>
      <w:tr w:rsidR="00FA44DC" w:rsidRPr="00DC5ED7" w14:paraId="4446D399" w14:textId="77777777">
        <w:trPr>
          <w:jc w:val="center"/>
        </w:trPr>
        <w:tc>
          <w:tcPr>
            <w:tcW w:w="1440" w:type="dxa"/>
            <w:tcMar>
              <w:top w:w="70" w:type="dxa"/>
              <w:left w:w="60" w:type="dxa"/>
              <w:bottom w:w="70" w:type="dxa"/>
              <w:right w:w="60" w:type="dxa"/>
            </w:tcMar>
            <w:vAlign w:val="center"/>
          </w:tcPr>
          <w:p w14:paraId="37BA6CEE" w14:textId="77777777" w:rsidR="00FA44DC" w:rsidRPr="00DC5ED7" w:rsidRDefault="00E45AFC">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05F1B151"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242C3583"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4F0DA833"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59FA7C8D" w14:textId="77777777" w:rsidR="00FA44DC" w:rsidRPr="00DC5ED7" w:rsidRDefault="00E45AFC">
            <w:pPr>
              <w:jc w:val="center"/>
              <w:rPr>
                <w:rFonts w:cs="Times New Roman"/>
              </w:rPr>
            </w:pPr>
            <w:r w:rsidRPr="00DC5ED7">
              <w:rPr>
                <w:rFonts w:cs="Times New Roman"/>
                <w:sz w:val="13"/>
              </w:rPr>
              <w:t>-0.10</w:t>
            </w:r>
          </w:p>
        </w:tc>
        <w:tc>
          <w:tcPr>
            <w:tcW w:w="1440" w:type="dxa"/>
            <w:tcMar>
              <w:top w:w="70" w:type="dxa"/>
              <w:left w:w="60" w:type="dxa"/>
              <w:bottom w:w="70" w:type="dxa"/>
              <w:right w:w="60" w:type="dxa"/>
            </w:tcMar>
            <w:vAlign w:val="center"/>
          </w:tcPr>
          <w:p w14:paraId="798906C2" w14:textId="77777777" w:rsidR="00FA44DC" w:rsidRPr="00DC5ED7" w:rsidRDefault="00E45AFC">
            <w:pPr>
              <w:jc w:val="center"/>
              <w:rPr>
                <w:rFonts w:cs="Times New Roman"/>
              </w:rPr>
            </w:pPr>
            <w:r w:rsidRPr="00DC5ED7">
              <w:rPr>
                <w:rFonts w:cs="Times New Roman"/>
                <w:sz w:val="13"/>
              </w:rPr>
              <w:t>-0.33</w:t>
            </w:r>
          </w:p>
        </w:tc>
        <w:tc>
          <w:tcPr>
            <w:tcW w:w="1440" w:type="dxa"/>
            <w:tcMar>
              <w:top w:w="70" w:type="dxa"/>
              <w:left w:w="60" w:type="dxa"/>
              <w:bottom w:w="70" w:type="dxa"/>
              <w:right w:w="60" w:type="dxa"/>
            </w:tcMar>
            <w:vAlign w:val="center"/>
          </w:tcPr>
          <w:p w14:paraId="18D54301" w14:textId="77777777" w:rsidR="00FA44DC" w:rsidRPr="00DC5ED7" w:rsidRDefault="00E45AFC">
            <w:pPr>
              <w:jc w:val="center"/>
              <w:rPr>
                <w:rFonts w:cs="Times New Roman"/>
              </w:rPr>
            </w:pPr>
            <w:r w:rsidRPr="00DC5ED7">
              <w:rPr>
                <w:rFonts w:cs="Times New Roman"/>
                <w:sz w:val="13"/>
              </w:rPr>
              <w:t>-0.20</w:t>
            </w:r>
          </w:p>
        </w:tc>
        <w:tc>
          <w:tcPr>
            <w:tcW w:w="1440" w:type="dxa"/>
            <w:tcMar>
              <w:top w:w="70" w:type="dxa"/>
              <w:left w:w="60" w:type="dxa"/>
              <w:bottom w:w="70" w:type="dxa"/>
              <w:right w:w="60" w:type="dxa"/>
            </w:tcMar>
            <w:vAlign w:val="center"/>
          </w:tcPr>
          <w:p w14:paraId="48784106" w14:textId="77777777" w:rsidR="00FA44DC" w:rsidRPr="00DC5ED7" w:rsidRDefault="00E45AFC">
            <w:pPr>
              <w:jc w:val="center"/>
              <w:rPr>
                <w:rFonts w:cs="Times New Roman"/>
              </w:rPr>
            </w:pPr>
            <w:r w:rsidRPr="00DC5ED7">
              <w:rPr>
                <w:rFonts w:cs="Times New Roman"/>
                <w:sz w:val="13"/>
              </w:rPr>
              <w:t>0.058</w:t>
            </w:r>
          </w:p>
        </w:tc>
        <w:tc>
          <w:tcPr>
            <w:tcW w:w="1440" w:type="dxa"/>
            <w:tcMar>
              <w:top w:w="70" w:type="dxa"/>
              <w:left w:w="60" w:type="dxa"/>
              <w:bottom w:w="70" w:type="dxa"/>
              <w:right w:w="60" w:type="dxa"/>
            </w:tcMar>
            <w:vAlign w:val="center"/>
          </w:tcPr>
          <w:p w14:paraId="48635DD8" w14:textId="77777777" w:rsidR="00FA44DC" w:rsidRPr="00DC5ED7" w:rsidRDefault="00E45AFC">
            <w:pPr>
              <w:jc w:val="center"/>
              <w:rPr>
                <w:rFonts w:cs="Times New Roman"/>
              </w:rPr>
            </w:pPr>
            <w:r w:rsidRPr="00DC5ED7">
              <w:rPr>
                <w:rFonts w:cs="Times New Roman"/>
                <w:sz w:val="13"/>
              </w:rPr>
              <w:t>-0.047</w:t>
            </w:r>
          </w:p>
        </w:tc>
        <w:tc>
          <w:tcPr>
            <w:tcW w:w="1440" w:type="dxa"/>
            <w:tcMar>
              <w:top w:w="70" w:type="dxa"/>
              <w:left w:w="60" w:type="dxa"/>
              <w:bottom w:w="70" w:type="dxa"/>
              <w:right w:w="60" w:type="dxa"/>
            </w:tcMar>
            <w:vAlign w:val="center"/>
          </w:tcPr>
          <w:p w14:paraId="2713F911" w14:textId="77777777" w:rsidR="00FA44DC" w:rsidRPr="00DC5ED7" w:rsidRDefault="00E45AFC">
            <w:pPr>
              <w:jc w:val="center"/>
              <w:rPr>
                <w:rFonts w:cs="Times New Roman"/>
              </w:rPr>
            </w:pPr>
            <w:r w:rsidRPr="00DC5ED7">
              <w:rPr>
                <w:rFonts w:cs="Times New Roman"/>
                <w:sz w:val="13"/>
              </w:rPr>
              <w:t>negligible</w:t>
            </w:r>
          </w:p>
        </w:tc>
      </w:tr>
      <w:tr w:rsidR="00AA72C6" w:rsidRPr="00DC5ED7" w14:paraId="5048804B" w14:textId="77777777">
        <w:trPr>
          <w:jc w:val="center"/>
        </w:trPr>
        <w:tc>
          <w:tcPr>
            <w:tcW w:w="1440" w:type="dxa"/>
            <w:tcMar>
              <w:top w:w="70" w:type="dxa"/>
              <w:left w:w="60" w:type="dxa"/>
              <w:bottom w:w="70" w:type="dxa"/>
              <w:right w:w="60" w:type="dxa"/>
            </w:tcMar>
            <w:vAlign w:val="center"/>
          </w:tcPr>
          <w:p w14:paraId="6C3066ED"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17E983D7"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74739EC0"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129E2F2D" w14:textId="79C34D6E"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59849BE6" w14:textId="77777777" w:rsidR="00AA72C6" w:rsidRPr="00DC5ED7" w:rsidRDefault="00AA72C6" w:rsidP="00AA72C6">
            <w:pPr>
              <w:jc w:val="center"/>
              <w:rPr>
                <w:rFonts w:cs="Times New Roman"/>
              </w:rPr>
            </w:pPr>
            <w:r w:rsidRPr="00DC5ED7">
              <w:rPr>
                <w:rFonts w:cs="Times New Roman"/>
                <w:sz w:val="13"/>
              </w:rPr>
              <w:t>-0.70</w:t>
            </w:r>
          </w:p>
        </w:tc>
        <w:tc>
          <w:tcPr>
            <w:tcW w:w="1440" w:type="dxa"/>
            <w:tcMar>
              <w:top w:w="70" w:type="dxa"/>
              <w:left w:w="60" w:type="dxa"/>
              <w:bottom w:w="70" w:type="dxa"/>
              <w:right w:w="60" w:type="dxa"/>
            </w:tcMar>
            <w:vAlign w:val="center"/>
          </w:tcPr>
          <w:p w14:paraId="4F5DBC7E" w14:textId="77777777" w:rsidR="00AA72C6" w:rsidRPr="00DC5ED7" w:rsidRDefault="00AA72C6" w:rsidP="00AA72C6">
            <w:pPr>
              <w:jc w:val="center"/>
              <w:rPr>
                <w:rFonts w:cs="Times New Roman"/>
              </w:rPr>
            </w:pPr>
            <w:r w:rsidRPr="00DC5ED7">
              <w:rPr>
                <w:rFonts w:cs="Times New Roman"/>
                <w:sz w:val="13"/>
              </w:rPr>
              <w:t>-0.64</w:t>
            </w:r>
          </w:p>
        </w:tc>
        <w:tc>
          <w:tcPr>
            <w:tcW w:w="1440" w:type="dxa"/>
            <w:tcMar>
              <w:top w:w="70" w:type="dxa"/>
              <w:left w:w="60" w:type="dxa"/>
              <w:bottom w:w="70" w:type="dxa"/>
              <w:right w:w="60" w:type="dxa"/>
            </w:tcMar>
            <w:vAlign w:val="center"/>
          </w:tcPr>
          <w:p w14:paraId="5A1503DD" w14:textId="77777777" w:rsidR="00AA72C6" w:rsidRPr="00DC5ED7" w:rsidRDefault="00AA72C6" w:rsidP="00AA72C6">
            <w:pPr>
              <w:jc w:val="center"/>
              <w:rPr>
                <w:rFonts w:cs="Times New Roman"/>
              </w:rPr>
            </w:pPr>
            <w:r w:rsidRPr="00DC5ED7">
              <w:rPr>
                <w:rFonts w:cs="Times New Roman"/>
                <w:sz w:val="13"/>
              </w:rPr>
              <w:t>-1.09</w:t>
            </w:r>
          </w:p>
        </w:tc>
        <w:tc>
          <w:tcPr>
            <w:tcW w:w="1440" w:type="dxa"/>
            <w:tcMar>
              <w:top w:w="70" w:type="dxa"/>
              <w:left w:w="60" w:type="dxa"/>
              <w:bottom w:w="70" w:type="dxa"/>
              <w:right w:w="60" w:type="dxa"/>
            </w:tcMar>
            <w:vAlign w:val="center"/>
          </w:tcPr>
          <w:p w14:paraId="73422A2C" w14:textId="77777777" w:rsidR="00AA72C6" w:rsidRPr="00DC5ED7" w:rsidRDefault="00AA72C6" w:rsidP="00AA72C6">
            <w:pPr>
              <w:jc w:val="center"/>
              <w:rPr>
                <w:rFonts w:cs="Times New Roman"/>
              </w:rPr>
            </w:pPr>
            <w:r w:rsidRPr="00DC5ED7">
              <w:rPr>
                <w:rFonts w:cs="Times New Roman"/>
                <w:sz w:val="13"/>
              </w:rPr>
              <w:t>0.190</w:t>
            </w:r>
          </w:p>
        </w:tc>
        <w:tc>
          <w:tcPr>
            <w:tcW w:w="1440" w:type="dxa"/>
            <w:tcMar>
              <w:top w:w="70" w:type="dxa"/>
              <w:left w:w="60" w:type="dxa"/>
              <w:bottom w:w="70" w:type="dxa"/>
              <w:right w:w="60" w:type="dxa"/>
            </w:tcMar>
            <w:vAlign w:val="center"/>
          </w:tcPr>
          <w:p w14:paraId="4C58C19C" w14:textId="77777777" w:rsidR="00AA72C6" w:rsidRPr="00DC5ED7" w:rsidRDefault="00AA72C6" w:rsidP="00AA72C6">
            <w:pPr>
              <w:jc w:val="center"/>
              <w:rPr>
                <w:rFonts w:cs="Times New Roman"/>
              </w:rPr>
            </w:pPr>
            <w:r w:rsidRPr="00DC5ED7">
              <w:rPr>
                <w:rFonts w:cs="Times New Roman"/>
                <w:sz w:val="13"/>
              </w:rPr>
              <w:t>-0.247</w:t>
            </w:r>
          </w:p>
        </w:tc>
        <w:tc>
          <w:tcPr>
            <w:tcW w:w="1440" w:type="dxa"/>
            <w:tcMar>
              <w:top w:w="70" w:type="dxa"/>
              <w:left w:w="60" w:type="dxa"/>
              <w:bottom w:w="70" w:type="dxa"/>
              <w:right w:w="60" w:type="dxa"/>
            </w:tcMar>
            <w:vAlign w:val="center"/>
          </w:tcPr>
          <w:p w14:paraId="04085F9B"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7F12425B" w14:textId="77777777">
        <w:trPr>
          <w:jc w:val="center"/>
        </w:trPr>
        <w:tc>
          <w:tcPr>
            <w:tcW w:w="1440" w:type="dxa"/>
            <w:tcMar>
              <w:top w:w="70" w:type="dxa"/>
              <w:left w:w="60" w:type="dxa"/>
              <w:bottom w:w="70" w:type="dxa"/>
              <w:right w:w="60" w:type="dxa"/>
            </w:tcMar>
            <w:vAlign w:val="center"/>
          </w:tcPr>
          <w:p w14:paraId="086EA5ED"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17E01F0F"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0C145181"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0287672F" w14:textId="13759198"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1F8E14B9" w14:textId="77777777" w:rsidR="00AA72C6" w:rsidRPr="00DC5ED7" w:rsidRDefault="00AA72C6" w:rsidP="00AA72C6">
            <w:pPr>
              <w:jc w:val="center"/>
              <w:rPr>
                <w:rFonts w:cs="Times New Roman"/>
              </w:rPr>
            </w:pPr>
            <w:r w:rsidRPr="00DC5ED7">
              <w:rPr>
                <w:rFonts w:cs="Times New Roman"/>
                <w:sz w:val="13"/>
              </w:rPr>
              <w:t>-0.56</w:t>
            </w:r>
          </w:p>
        </w:tc>
        <w:tc>
          <w:tcPr>
            <w:tcW w:w="1440" w:type="dxa"/>
            <w:tcMar>
              <w:top w:w="70" w:type="dxa"/>
              <w:left w:w="60" w:type="dxa"/>
              <w:bottom w:w="70" w:type="dxa"/>
              <w:right w:w="60" w:type="dxa"/>
            </w:tcMar>
            <w:vAlign w:val="center"/>
          </w:tcPr>
          <w:p w14:paraId="28BDBBDA" w14:textId="77777777" w:rsidR="00AA72C6" w:rsidRPr="00DC5ED7" w:rsidRDefault="00AA72C6" w:rsidP="00AA72C6">
            <w:pPr>
              <w:jc w:val="center"/>
              <w:rPr>
                <w:rFonts w:cs="Times New Roman"/>
              </w:rPr>
            </w:pPr>
            <w:r w:rsidRPr="00DC5ED7">
              <w:rPr>
                <w:rFonts w:cs="Times New Roman"/>
                <w:sz w:val="13"/>
              </w:rPr>
              <w:t>-0.47</w:t>
            </w:r>
          </w:p>
        </w:tc>
        <w:tc>
          <w:tcPr>
            <w:tcW w:w="1440" w:type="dxa"/>
            <w:tcMar>
              <w:top w:w="70" w:type="dxa"/>
              <w:left w:w="60" w:type="dxa"/>
              <w:bottom w:w="70" w:type="dxa"/>
              <w:right w:w="60" w:type="dxa"/>
            </w:tcMar>
            <w:vAlign w:val="center"/>
          </w:tcPr>
          <w:p w14:paraId="11DC5EFC" w14:textId="77777777" w:rsidR="00AA72C6" w:rsidRPr="00DC5ED7" w:rsidRDefault="00AA72C6" w:rsidP="00AA72C6">
            <w:pPr>
              <w:jc w:val="center"/>
              <w:rPr>
                <w:rFonts w:cs="Times New Roman"/>
              </w:rPr>
            </w:pPr>
            <w:r w:rsidRPr="00DC5ED7">
              <w:rPr>
                <w:rFonts w:cs="Times New Roman"/>
                <w:sz w:val="13"/>
              </w:rPr>
              <w:t>-0.87</w:t>
            </w:r>
          </w:p>
        </w:tc>
        <w:tc>
          <w:tcPr>
            <w:tcW w:w="1440" w:type="dxa"/>
            <w:tcMar>
              <w:top w:w="70" w:type="dxa"/>
              <w:left w:w="60" w:type="dxa"/>
              <w:bottom w:w="70" w:type="dxa"/>
              <w:right w:w="60" w:type="dxa"/>
            </w:tcMar>
            <w:vAlign w:val="center"/>
          </w:tcPr>
          <w:p w14:paraId="4E349348" w14:textId="77777777" w:rsidR="00AA72C6" w:rsidRPr="00DC5ED7" w:rsidRDefault="00AA72C6" w:rsidP="00AA72C6">
            <w:pPr>
              <w:jc w:val="center"/>
              <w:rPr>
                <w:rFonts w:cs="Times New Roman"/>
              </w:rPr>
            </w:pPr>
            <w:r w:rsidRPr="00DC5ED7">
              <w:rPr>
                <w:rFonts w:cs="Times New Roman"/>
                <w:sz w:val="13"/>
              </w:rPr>
              <w:t>0.162</w:t>
            </w:r>
          </w:p>
        </w:tc>
        <w:tc>
          <w:tcPr>
            <w:tcW w:w="1440" w:type="dxa"/>
            <w:tcMar>
              <w:top w:w="70" w:type="dxa"/>
              <w:left w:w="60" w:type="dxa"/>
              <w:bottom w:w="70" w:type="dxa"/>
              <w:right w:w="60" w:type="dxa"/>
            </w:tcMar>
            <w:vAlign w:val="center"/>
          </w:tcPr>
          <w:p w14:paraId="520311AA" w14:textId="77777777" w:rsidR="00AA72C6" w:rsidRPr="00DC5ED7" w:rsidRDefault="00AA72C6" w:rsidP="00AA72C6">
            <w:pPr>
              <w:jc w:val="center"/>
              <w:rPr>
                <w:rFonts w:cs="Times New Roman"/>
              </w:rPr>
            </w:pPr>
            <w:r w:rsidRPr="00DC5ED7">
              <w:rPr>
                <w:rFonts w:cs="Times New Roman"/>
                <w:sz w:val="13"/>
              </w:rPr>
              <w:t>-0.208</w:t>
            </w:r>
          </w:p>
        </w:tc>
        <w:tc>
          <w:tcPr>
            <w:tcW w:w="1440" w:type="dxa"/>
            <w:tcMar>
              <w:top w:w="70" w:type="dxa"/>
              <w:left w:w="60" w:type="dxa"/>
              <w:bottom w:w="70" w:type="dxa"/>
              <w:right w:w="60" w:type="dxa"/>
            </w:tcMar>
            <w:vAlign w:val="center"/>
          </w:tcPr>
          <w:p w14:paraId="5AC97ECC"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4E6BE73A" w14:textId="77777777">
        <w:trPr>
          <w:jc w:val="center"/>
        </w:trPr>
        <w:tc>
          <w:tcPr>
            <w:tcW w:w="1440" w:type="dxa"/>
            <w:tcMar>
              <w:top w:w="70" w:type="dxa"/>
              <w:left w:w="60" w:type="dxa"/>
              <w:bottom w:w="70" w:type="dxa"/>
              <w:right w:w="60" w:type="dxa"/>
            </w:tcMar>
            <w:vAlign w:val="center"/>
          </w:tcPr>
          <w:p w14:paraId="7A888CA0"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6387C1CC"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6A2289B2"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4A0962A8" w14:textId="7CB0D2C6" w:rsidR="00AA72C6" w:rsidRPr="00DC5ED7" w:rsidRDefault="00AA72C6" w:rsidP="00AA72C6">
            <w:pPr>
              <w:rPr>
                <w:rFonts w:cs="Times New Roman"/>
              </w:rPr>
            </w:pPr>
            <w:r w:rsidRPr="00DC5ED7">
              <w:rPr>
                <w:rFonts w:cs="Times New Roman"/>
                <w:sz w:val="13"/>
              </w:rPr>
              <w:t>Peat</w:t>
            </w:r>
            <w:r>
              <w:rPr>
                <w:rFonts w:cs="Times New Roman"/>
                <w:sz w:val="13"/>
              </w:rPr>
              <w:t>land</w:t>
            </w:r>
          </w:p>
        </w:tc>
        <w:tc>
          <w:tcPr>
            <w:tcW w:w="1440" w:type="dxa"/>
            <w:tcMar>
              <w:top w:w="70" w:type="dxa"/>
              <w:left w:w="60" w:type="dxa"/>
              <w:bottom w:w="70" w:type="dxa"/>
              <w:right w:w="60" w:type="dxa"/>
            </w:tcMar>
            <w:vAlign w:val="center"/>
          </w:tcPr>
          <w:p w14:paraId="651A9D92" w14:textId="77777777" w:rsidR="00AA72C6" w:rsidRPr="00DC5ED7" w:rsidRDefault="00AA72C6" w:rsidP="00AA72C6">
            <w:pPr>
              <w:jc w:val="center"/>
              <w:rPr>
                <w:rFonts w:cs="Times New Roman"/>
              </w:rPr>
            </w:pPr>
            <w:r w:rsidRPr="00DC5ED7">
              <w:rPr>
                <w:rFonts w:cs="Times New Roman"/>
                <w:sz w:val="13"/>
              </w:rPr>
              <w:t>-0.70</w:t>
            </w:r>
          </w:p>
        </w:tc>
        <w:tc>
          <w:tcPr>
            <w:tcW w:w="1440" w:type="dxa"/>
            <w:tcMar>
              <w:top w:w="70" w:type="dxa"/>
              <w:left w:w="60" w:type="dxa"/>
              <w:bottom w:w="70" w:type="dxa"/>
              <w:right w:w="60" w:type="dxa"/>
            </w:tcMar>
            <w:vAlign w:val="center"/>
          </w:tcPr>
          <w:p w14:paraId="491BE260" w14:textId="77777777" w:rsidR="00AA72C6" w:rsidRPr="00DC5ED7" w:rsidRDefault="00AA72C6" w:rsidP="00AA72C6">
            <w:pPr>
              <w:jc w:val="center"/>
              <w:rPr>
                <w:rFonts w:cs="Times New Roman"/>
              </w:rPr>
            </w:pPr>
            <w:r w:rsidRPr="00DC5ED7">
              <w:rPr>
                <w:rFonts w:cs="Times New Roman"/>
                <w:sz w:val="13"/>
              </w:rPr>
              <w:t>-0.66</w:t>
            </w:r>
          </w:p>
        </w:tc>
        <w:tc>
          <w:tcPr>
            <w:tcW w:w="1440" w:type="dxa"/>
            <w:tcMar>
              <w:top w:w="70" w:type="dxa"/>
              <w:left w:w="60" w:type="dxa"/>
              <w:bottom w:w="70" w:type="dxa"/>
              <w:right w:w="60" w:type="dxa"/>
            </w:tcMar>
            <w:vAlign w:val="center"/>
          </w:tcPr>
          <w:p w14:paraId="4DC84BC6" w14:textId="77777777" w:rsidR="00AA72C6" w:rsidRPr="00DC5ED7" w:rsidRDefault="00AA72C6" w:rsidP="00AA72C6">
            <w:pPr>
              <w:jc w:val="center"/>
              <w:rPr>
                <w:rFonts w:cs="Times New Roman"/>
              </w:rPr>
            </w:pPr>
            <w:r w:rsidRPr="00DC5ED7">
              <w:rPr>
                <w:rFonts w:cs="Times New Roman"/>
                <w:sz w:val="13"/>
              </w:rPr>
              <w:t>-0.83</w:t>
            </w:r>
          </w:p>
        </w:tc>
        <w:tc>
          <w:tcPr>
            <w:tcW w:w="1440" w:type="dxa"/>
            <w:tcMar>
              <w:top w:w="70" w:type="dxa"/>
              <w:left w:w="60" w:type="dxa"/>
              <w:bottom w:w="70" w:type="dxa"/>
              <w:right w:w="60" w:type="dxa"/>
            </w:tcMar>
            <w:vAlign w:val="center"/>
          </w:tcPr>
          <w:p w14:paraId="180FCF09" w14:textId="77777777" w:rsidR="00AA72C6" w:rsidRPr="00DC5ED7" w:rsidRDefault="00AA72C6" w:rsidP="00AA72C6">
            <w:pPr>
              <w:jc w:val="center"/>
              <w:rPr>
                <w:rFonts w:cs="Times New Roman"/>
              </w:rPr>
            </w:pPr>
            <w:r w:rsidRPr="00DC5ED7">
              <w:rPr>
                <w:rFonts w:cs="Times New Roman"/>
                <w:sz w:val="13"/>
              </w:rPr>
              <w:t>0.155</w:t>
            </w:r>
          </w:p>
        </w:tc>
        <w:tc>
          <w:tcPr>
            <w:tcW w:w="1440" w:type="dxa"/>
            <w:tcMar>
              <w:top w:w="70" w:type="dxa"/>
              <w:left w:w="60" w:type="dxa"/>
              <w:bottom w:w="70" w:type="dxa"/>
              <w:right w:w="60" w:type="dxa"/>
            </w:tcMar>
            <w:vAlign w:val="center"/>
          </w:tcPr>
          <w:p w14:paraId="31865986" w14:textId="77777777" w:rsidR="00AA72C6" w:rsidRPr="00DC5ED7" w:rsidRDefault="00AA72C6" w:rsidP="00AA72C6">
            <w:pPr>
              <w:jc w:val="center"/>
              <w:rPr>
                <w:rFonts w:cs="Times New Roman"/>
              </w:rPr>
            </w:pPr>
            <w:r w:rsidRPr="00DC5ED7">
              <w:rPr>
                <w:rFonts w:cs="Times New Roman"/>
                <w:sz w:val="13"/>
              </w:rPr>
              <w:t>-0.223</w:t>
            </w:r>
          </w:p>
        </w:tc>
        <w:tc>
          <w:tcPr>
            <w:tcW w:w="1440" w:type="dxa"/>
            <w:tcMar>
              <w:top w:w="70" w:type="dxa"/>
              <w:left w:w="60" w:type="dxa"/>
              <w:bottom w:w="70" w:type="dxa"/>
              <w:right w:w="60" w:type="dxa"/>
            </w:tcMar>
            <w:vAlign w:val="center"/>
          </w:tcPr>
          <w:p w14:paraId="0A252793" w14:textId="77777777" w:rsidR="00AA72C6" w:rsidRPr="00DC5ED7" w:rsidRDefault="00AA72C6" w:rsidP="00AA72C6">
            <w:pPr>
              <w:jc w:val="center"/>
              <w:rPr>
                <w:rFonts w:cs="Times New Roman"/>
              </w:rPr>
            </w:pPr>
            <w:r w:rsidRPr="00DC5ED7">
              <w:rPr>
                <w:rFonts w:cs="Times New Roman"/>
                <w:sz w:val="13"/>
              </w:rPr>
              <w:t>small</w:t>
            </w:r>
          </w:p>
        </w:tc>
      </w:tr>
      <w:tr w:rsidR="00FA44DC" w:rsidRPr="00DC5ED7" w14:paraId="1CCAE7A9" w14:textId="77777777">
        <w:trPr>
          <w:jc w:val="center"/>
        </w:trPr>
        <w:tc>
          <w:tcPr>
            <w:tcW w:w="1440" w:type="dxa"/>
            <w:tcMar>
              <w:top w:w="70" w:type="dxa"/>
              <w:left w:w="60" w:type="dxa"/>
              <w:bottom w:w="70" w:type="dxa"/>
              <w:right w:w="60" w:type="dxa"/>
            </w:tcMar>
            <w:vAlign w:val="center"/>
          </w:tcPr>
          <w:p w14:paraId="1C927816" w14:textId="77777777" w:rsidR="00FA44DC" w:rsidRPr="00DC5ED7" w:rsidRDefault="00E45AFC">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3A159991"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69B124A4" w14:textId="77777777" w:rsidR="00FA44DC" w:rsidRPr="00DC5ED7" w:rsidRDefault="00E45AFC">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4BD7A708"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2B2FB69F" w14:textId="77777777" w:rsidR="00FA44DC" w:rsidRPr="00DC5ED7" w:rsidRDefault="00E45AFC">
            <w:pPr>
              <w:jc w:val="center"/>
              <w:rPr>
                <w:rFonts w:cs="Times New Roman"/>
              </w:rPr>
            </w:pPr>
            <w:r w:rsidRPr="00DC5ED7">
              <w:rPr>
                <w:rFonts w:cs="Times New Roman"/>
                <w:sz w:val="13"/>
              </w:rPr>
              <w:t>-0.37</w:t>
            </w:r>
          </w:p>
        </w:tc>
        <w:tc>
          <w:tcPr>
            <w:tcW w:w="1440" w:type="dxa"/>
            <w:tcMar>
              <w:top w:w="70" w:type="dxa"/>
              <w:left w:w="60" w:type="dxa"/>
              <w:bottom w:w="70" w:type="dxa"/>
              <w:right w:w="60" w:type="dxa"/>
            </w:tcMar>
            <w:vAlign w:val="center"/>
          </w:tcPr>
          <w:p w14:paraId="607DCDFF" w14:textId="77777777" w:rsidR="00FA44DC" w:rsidRPr="00DC5ED7" w:rsidRDefault="00E45AFC">
            <w:pPr>
              <w:jc w:val="center"/>
              <w:rPr>
                <w:rFonts w:cs="Times New Roman"/>
              </w:rPr>
            </w:pPr>
            <w:r w:rsidRPr="00DC5ED7">
              <w:rPr>
                <w:rFonts w:cs="Times New Roman"/>
                <w:sz w:val="13"/>
              </w:rPr>
              <w:t>-0.43</w:t>
            </w:r>
          </w:p>
        </w:tc>
        <w:tc>
          <w:tcPr>
            <w:tcW w:w="1440" w:type="dxa"/>
            <w:tcMar>
              <w:top w:w="70" w:type="dxa"/>
              <w:left w:w="60" w:type="dxa"/>
              <w:bottom w:w="70" w:type="dxa"/>
              <w:right w:w="60" w:type="dxa"/>
            </w:tcMar>
            <w:vAlign w:val="center"/>
          </w:tcPr>
          <w:p w14:paraId="5554A07A" w14:textId="77777777" w:rsidR="00FA44DC" w:rsidRPr="00DC5ED7" w:rsidRDefault="00E45AFC">
            <w:pPr>
              <w:jc w:val="center"/>
              <w:rPr>
                <w:rFonts w:cs="Times New Roman"/>
              </w:rPr>
            </w:pPr>
            <w:r w:rsidRPr="00DC5ED7">
              <w:rPr>
                <w:rFonts w:cs="Times New Roman"/>
                <w:sz w:val="13"/>
              </w:rPr>
              <w:t>-0.59</w:t>
            </w:r>
          </w:p>
        </w:tc>
        <w:tc>
          <w:tcPr>
            <w:tcW w:w="1440" w:type="dxa"/>
            <w:tcMar>
              <w:top w:w="70" w:type="dxa"/>
              <w:left w:w="60" w:type="dxa"/>
              <w:bottom w:w="70" w:type="dxa"/>
              <w:right w:w="60" w:type="dxa"/>
            </w:tcMar>
            <w:vAlign w:val="center"/>
          </w:tcPr>
          <w:p w14:paraId="2A9D574A" w14:textId="77777777" w:rsidR="00FA44DC" w:rsidRPr="00DC5ED7" w:rsidRDefault="00E45AFC">
            <w:pPr>
              <w:jc w:val="center"/>
              <w:rPr>
                <w:rFonts w:cs="Times New Roman"/>
              </w:rPr>
            </w:pPr>
            <w:r w:rsidRPr="00DC5ED7">
              <w:rPr>
                <w:rFonts w:cs="Times New Roman"/>
                <w:sz w:val="13"/>
              </w:rPr>
              <w:t>0.117</w:t>
            </w:r>
          </w:p>
        </w:tc>
        <w:tc>
          <w:tcPr>
            <w:tcW w:w="1440" w:type="dxa"/>
            <w:tcMar>
              <w:top w:w="70" w:type="dxa"/>
              <w:left w:w="60" w:type="dxa"/>
              <w:bottom w:w="70" w:type="dxa"/>
              <w:right w:w="60" w:type="dxa"/>
            </w:tcMar>
            <w:vAlign w:val="center"/>
          </w:tcPr>
          <w:p w14:paraId="712A8C18" w14:textId="77777777" w:rsidR="00FA44DC" w:rsidRPr="00DC5ED7" w:rsidRDefault="00E45AFC">
            <w:pPr>
              <w:jc w:val="center"/>
              <w:rPr>
                <w:rFonts w:cs="Times New Roman"/>
              </w:rPr>
            </w:pPr>
            <w:r w:rsidRPr="00DC5ED7">
              <w:rPr>
                <w:rFonts w:cs="Times New Roman"/>
                <w:sz w:val="13"/>
              </w:rPr>
              <w:t>-0.143</w:t>
            </w:r>
          </w:p>
        </w:tc>
        <w:tc>
          <w:tcPr>
            <w:tcW w:w="1440" w:type="dxa"/>
            <w:tcMar>
              <w:top w:w="70" w:type="dxa"/>
              <w:left w:w="60" w:type="dxa"/>
              <w:bottom w:w="70" w:type="dxa"/>
              <w:right w:w="60" w:type="dxa"/>
            </w:tcMar>
            <w:vAlign w:val="center"/>
          </w:tcPr>
          <w:p w14:paraId="084D693C" w14:textId="77777777" w:rsidR="00FA44DC" w:rsidRPr="00DC5ED7" w:rsidRDefault="00E45AFC">
            <w:pPr>
              <w:jc w:val="center"/>
              <w:rPr>
                <w:rFonts w:cs="Times New Roman"/>
              </w:rPr>
            </w:pPr>
            <w:r w:rsidRPr="00DC5ED7">
              <w:rPr>
                <w:rFonts w:cs="Times New Roman"/>
                <w:sz w:val="13"/>
              </w:rPr>
              <w:t>negligible</w:t>
            </w:r>
          </w:p>
        </w:tc>
      </w:tr>
      <w:tr w:rsidR="00FA44DC" w:rsidRPr="00DC5ED7" w14:paraId="0EAE8E4E" w14:textId="77777777">
        <w:trPr>
          <w:jc w:val="center"/>
        </w:trPr>
        <w:tc>
          <w:tcPr>
            <w:tcW w:w="1440" w:type="dxa"/>
            <w:tcMar>
              <w:top w:w="70" w:type="dxa"/>
              <w:left w:w="60" w:type="dxa"/>
              <w:bottom w:w="70" w:type="dxa"/>
              <w:right w:w="60" w:type="dxa"/>
            </w:tcMar>
            <w:vAlign w:val="center"/>
          </w:tcPr>
          <w:p w14:paraId="2F25EF19" w14:textId="77777777" w:rsidR="00FA44DC" w:rsidRPr="00DC5ED7" w:rsidRDefault="00E45AFC">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5D526E78"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3E64CA02" w14:textId="77777777" w:rsidR="00FA44DC" w:rsidRPr="00DC5ED7" w:rsidRDefault="00E45AFC">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3BA69574"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00C05E1C" w14:textId="77777777" w:rsidR="00FA44DC" w:rsidRPr="00DC5ED7" w:rsidRDefault="00E45AFC">
            <w:pPr>
              <w:jc w:val="center"/>
              <w:rPr>
                <w:rFonts w:cs="Times New Roman"/>
              </w:rPr>
            </w:pPr>
            <w:r w:rsidRPr="00DC5ED7">
              <w:rPr>
                <w:rFonts w:cs="Times New Roman"/>
                <w:sz w:val="13"/>
              </w:rPr>
              <w:t>-0.28</w:t>
            </w:r>
          </w:p>
        </w:tc>
        <w:tc>
          <w:tcPr>
            <w:tcW w:w="1440" w:type="dxa"/>
            <w:tcMar>
              <w:top w:w="70" w:type="dxa"/>
              <w:left w:w="60" w:type="dxa"/>
              <w:bottom w:w="70" w:type="dxa"/>
              <w:right w:w="60" w:type="dxa"/>
            </w:tcMar>
            <w:vAlign w:val="center"/>
          </w:tcPr>
          <w:p w14:paraId="6EE6F8EA" w14:textId="77777777" w:rsidR="00FA44DC" w:rsidRPr="00DC5ED7" w:rsidRDefault="00E45AFC">
            <w:pPr>
              <w:jc w:val="center"/>
              <w:rPr>
                <w:rFonts w:cs="Times New Roman"/>
              </w:rPr>
            </w:pPr>
            <w:r w:rsidRPr="00DC5ED7">
              <w:rPr>
                <w:rFonts w:cs="Times New Roman"/>
                <w:sz w:val="13"/>
              </w:rPr>
              <w:t>-0.23</w:t>
            </w:r>
          </w:p>
        </w:tc>
        <w:tc>
          <w:tcPr>
            <w:tcW w:w="1440" w:type="dxa"/>
            <w:tcMar>
              <w:top w:w="70" w:type="dxa"/>
              <w:left w:w="60" w:type="dxa"/>
              <w:bottom w:w="70" w:type="dxa"/>
              <w:right w:w="60" w:type="dxa"/>
            </w:tcMar>
            <w:vAlign w:val="center"/>
          </w:tcPr>
          <w:p w14:paraId="2DE81150" w14:textId="77777777" w:rsidR="00FA44DC" w:rsidRPr="00DC5ED7" w:rsidRDefault="00E45AFC">
            <w:pPr>
              <w:jc w:val="center"/>
              <w:rPr>
                <w:rFonts w:cs="Times New Roman"/>
              </w:rPr>
            </w:pPr>
            <w:r w:rsidRPr="00DC5ED7">
              <w:rPr>
                <w:rFonts w:cs="Times New Roman"/>
                <w:sz w:val="13"/>
              </w:rPr>
              <w:t>-0.47</w:t>
            </w:r>
          </w:p>
        </w:tc>
        <w:tc>
          <w:tcPr>
            <w:tcW w:w="1440" w:type="dxa"/>
            <w:tcMar>
              <w:top w:w="70" w:type="dxa"/>
              <w:left w:w="60" w:type="dxa"/>
              <w:bottom w:w="70" w:type="dxa"/>
              <w:right w:w="60" w:type="dxa"/>
            </w:tcMar>
            <w:vAlign w:val="center"/>
          </w:tcPr>
          <w:p w14:paraId="3AECE315" w14:textId="77777777" w:rsidR="00FA44DC" w:rsidRPr="00DC5ED7" w:rsidRDefault="00E45AFC">
            <w:pPr>
              <w:jc w:val="center"/>
              <w:rPr>
                <w:rFonts w:cs="Times New Roman"/>
              </w:rPr>
            </w:pPr>
            <w:r w:rsidRPr="00DC5ED7">
              <w:rPr>
                <w:rFonts w:cs="Times New Roman"/>
                <w:sz w:val="13"/>
              </w:rPr>
              <w:t>0.095</w:t>
            </w:r>
          </w:p>
        </w:tc>
        <w:tc>
          <w:tcPr>
            <w:tcW w:w="1440" w:type="dxa"/>
            <w:tcMar>
              <w:top w:w="70" w:type="dxa"/>
              <w:left w:w="60" w:type="dxa"/>
              <w:bottom w:w="70" w:type="dxa"/>
              <w:right w:w="60" w:type="dxa"/>
            </w:tcMar>
            <w:vAlign w:val="center"/>
          </w:tcPr>
          <w:p w14:paraId="2CD07F3C" w14:textId="77777777" w:rsidR="00FA44DC" w:rsidRPr="00DC5ED7" w:rsidRDefault="00E45AFC">
            <w:pPr>
              <w:jc w:val="center"/>
              <w:rPr>
                <w:rFonts w:cs="Times New Roman"/>
              </w:rPr>
            </w:pPr>
            <w:r w:rsidRPr="00DC5ED7">
              <w:rPr>
                <w:rFonts w:cs="Times New Roman"/>
                <w:sz w:val="13"/>
              </w:rPr>
              <w:t>-0.105</w:t>
            </w:r>
          </w:p>
        </w:tc>
        <w:tc>
          <w:tcPr>
            <w:tcW w:w="1440" w:type="dxa"/>
            <w:tcMar>
              <w:top w:w="70" w:type="dxa"/>
              <w:left w:w="60" w:type="dxa"/>
              <w:bottom w:w="70" w:type="dxa"/>
              <w:right w:w="60" w:type="dxa"/>
            </w:tcMar>
            <w:vAlign w:val="center"/>
          </w:tcPr>
          <w:p w14:paraId="55ADFC22" w14:textId="77777777" w:rsidR="00FA44DC" w:rsidRPr="00DC5ED7" w:rsidRDefault="00E45AFC">
            <w:pPr>
              <w:jc w:val="center"/>
              <w:rPr>
                <w:rFonts w:cs="Times New Roman"/>
              </w:rPr>
            </w:pPr>
            <w:r w:rsidRPr="00DC5ED7">
              <w:rPr>
                <w:rFonts w:cs="Times New Roman"/>
                <w:sz w:val="13"/>
              </w:rPr>
              <w:t>negligible</w:t>
            </w:r>
          </w:p>
        </w:tc>
      </w:tr>
      <w:tr w:rsidR="00FA44DC" w:rsidRPr="00DC5ED7" w14:paraId="6C54AEA5" w14:textId="77777777">
        <w:trPr>
          <w:jc w:val="center"/>
        </w:trPr>
        <w:tc>
          <w:tcPr>
            <w:tcW w:w="1440" w:type="dxa"/>
            <w:tcMar>
              <w:top w:w="70" w:type="dxa"/>
              <w:left w:w="60" w:type="dxa"/>
              <w:bottom w:w="70" w:type="dxa"/>
              <w:right w:w="60" w:type="dxa"/>
            </w:tcMar>
            <w:vAlign w:val="center"/>
          </w:tcPr>
          <w:p w14:paraId="5995F3AB" w14:textId="77777777" w:rsidR="00FA44DC" w:rsidRPr="00DC5ED7" w:rsidRDefault="00E45AFC">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68B1BCD6"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05A65628" w14:textId="77777777" w:rsidR="00FA44DC" w:rsidRPr="00DC5ED7" w:rsidRDefault="00E45AFC">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5943EC09" w14:textId="77777777" w:rsidR="00FA44DC" w:rsidRPr="00DC5ED7" w:rsidRDefault="00E45AFC">
            <w:pPr>
              <w:rPr>
                <w:rFonts w:cs="Times New Roman"/>
              </w:rPr>
            </w:pPr>
            <w:r w:rsidRPr="00DC5ED7">
              <w:rPr>
                <w:rFonts w:cs="Times New Roman"/>
                <w:sz w:val="13"/>
              </w:rPr>
              <w:t>Mineral</w:t>
            </w:r>
          </w:p>
        </w:tc>
        <w:tc>
          <w:tcPr>
            <w:tcW w:w="1440" w:type="dxa"/>
            <w:tcMar>
              <w:top w:w="70" w:type="dxa"/>
              <w:left w:w="60" w:type="dxa"/>
              <w:bottom w:w="70" w:type="dxa"/>
              <w:right w:w="60" w:type="dxa"/>
            </w:tcMar>
            <w:vAlign w:val="center"/>
          </w:tcPr>
          <w:p w14:paraId="1DC2F541" w14:textId="77777777" w:rsidR="00FA44DC" w:rsidRPr="00DC5ED7" w:rsidRDefault="00E45AFC">
            <w:pPr>
              <w:jc w:val="center"/>
              <w:rPr>
                <w:rFonts w:cs="Times New Roman"/>
              </w:rPr>
            </w:pPr>
            <w:r w:rsidRPr="00DC5ED7">
              <w:rPr>
                <w:rFonts w:cs="Times New Roman"/>
                <w:sz w:val="13"/>
              </w:rPr>
              <w:t>-0.12</w:t>
            </w:r>
          </w:p>
        </w:tc>
        <w:tc>
          <w:tcPr>
            <w:tcW w:w="1440" w:type="dxa"/>
            <w:tcMar>
              <w:top w:w="70" w:type="dxa"/>
              <w:left w:w="60" w:type="dxa"/>
              <w:bottom w:w="70" w:type="dxa"/>
              <w:right w:w="60" w:type="dxa"/>
            </w:tcMar>
            <w:vAlign w:val="center"/>
          </w:tcPr>
          <w:p w14:paraId="5B478C3D" w14:textId="77777777" w:rsidR="00FA44DC" w:rsidRPr="00DC5ED7" w:rsidRDefault="00E45AFC">
            <w:pPr>
              <w:jc w:val="center"/>
              <w:rPr>
                <w:rFonts w:cs="Times New Roman"/>
              </w:rPr>
            </w:pPr>
            <w:r w:rsidRPr="00DC5ED7">
              <w:rPr>
                <w:rFonts w:cs="Times New Roman"/>
                <w:sz w:val="13"/>
              </w:rPr>
              <w:t>-0.09</w:t>
            </w:r>
          </w:p>
        </w:tc>
        <w:tc>
          <w:tcPr>
            <w:tcW w:w="1440" w:type="dxa"/>
            <w:tcMar>
              <w:top w:w="70" w:type="dxa"/>
              <w:left w:w="60" w:type="dxa"/>
              <w:bottom w:w="70" w:type="dxa"/>
              <w:right w:w="60" w:type="dxa"/>
            </w:tcMar>
            <w:vAlign w:val="center"/>
          </w:tcPr>
          <w:p w14:paraId="62DBE0E4" w14:textId="77777777" w:rsidR="00FA44DC" w:rsidRPr="00DC5ED7" w:rsidRDefault="00E45AFC">
            <w:pPr>
              <w:jc w:val="center"/>
              <w:rPr>
                <w:rFonts w:cs="Times New Roman"/>
              </w:rPr>
            </w:pPr>
            <w:r w:rsidRPr="00DC5ED7">
              <w:rPr>
                <w:rFonts w:cs="Times New Roman"/>
                <w:sz w:val="13"/>
              </w:rPr>
              <w:t>-0.04</w:t>
            </w:r>
          </w:p>
        </w:tc>
        <w:tc>
          <w:tcPr>
            <w:tcW w:w="1440" w:type="dxa"/>
            <w:tcMar>
              <w:top w:w="70" w:type="dxa"/>
              <w:left w:w="60" w:type="dxa"/>
              <w:bottom w:w="70" w:type="dxa"/>
              <w:right w:w="60" w:type="dxa"/>
            </w:tcMar>
            <w:vAlign w:val="center"/>
          </w:tcPr>
          <w:p w14:paraId="284F77C7" w14:textId="77777777" w:rsidR="00FA44DC" w:rsidRPr="00DC5ED7" w:rsidRDefault="00E45AFC">
            <w:pPr>
              <w:jc w:val="center"/>
              <w:rPr>
                <w:rFonts w:cs="Times New Roman"/>
              </w:rPr>
            </w:pPr>
            <w:r w:rsidRPr="00DC5ED7">
              <w:rPr>
                <w:rFonts w:cs="Times New Roman"/>
                <w:sz w:val="13"/>
              </w:rPr>
              <w:t>0.051</w:t>
            </w:r>
          </w:p>
        </w:tc>
        <w:tc>
          <w:tcPr>
            <w:tcW w:w="1440" w:type="dxa"/>
            <w:tcMar>
              <w:top w:w="70" w:type="dxa"/>
              <w:left w:w="60" w:type="dxa"/>
              <w:bottom w:w="70" w:type="dxa"/>
              <w:right w:w="60" w:type="dxa"/>
            </w:tcMar>
            <w:vAlign w:val="center"/>
          </w:tcPr>
          <w:p w14:paraId="0BB2C4D1" w14:textId="77777777" w:rsidR="00FA44DC" w:rsidRPr="00DC5ED7" w:rsidRDefault="00E45AFC">
            <w:pPr>
              <w:jc w:val="center"/>
              <w:rPr>
                <w:rFonts w:cs="Times New Roman"/>
              </w:rPr>
            </w:pPr>
            <w:r w:rsidRPr="00DC5ED7">
              <w:rPr>
                <w:rFonts w:cs="Times New Roman"/>
                <w:sz w:val="13"/>
              </w:rPr>
              <w:t>-0.044</w:t>
            </w:r>
          </w:p>
        </w:tc>
        <w:tc>
          <w:tcPr>
            <w:tcW w:w="1440" w:type="dxa"/>
            <w:tcMar>
              <w:top w:w="70" w:type="dxa"/>
              <w:left w:w="60" w:type="dxa"/>
              <w:bottom w:w="70" w:type="dxa"/>
              <w:right w:w="60" w:type="dxa"/>
            </w:tcMar>
            <w:vAlign w:val="center"/>
          </w:tcPr>
          <w:p w14:paraId="64355041" w14:textId="77777777" w:rsidR="00FA44DC" w:rsidRPr="00DC5ED7" w:rsidRDefault="00E45AFC">
            <w:pPr>
              <w:jc w:val="center"/>
              <w:rPr>
                <w:rFonts w:cs="Times New Roman"/>
              </w:rPr>
            </w:pPr>
            <w:r w:rsidRPr="00DC5ED7">
              <w:rPr>
                <w:rFonts w:cs="Times New Roman"/>
                <w:sz w:val="13"/>
              </w:rPr>
              <w:t>negligible</w:t>
            </w:r>
          </w:p>
        </w:tc>
      </w:tr>
    </w:tbl>
    <w:p w14:paraId="07BCD267" w14:textId="77777777" w:rsidR="00FA44DC" w:rsidRPr="00DC5ED7" w:rsidRDefault="00FA44DC">
      <w:pPr>
        <w:spacing w:after="80"/>
        <w:rPr>
          <w:rFonts w:cs="Times New Roman"/>
        </w:rPr>
      </w:pPr>
    </w:p>
    <w:p w14:paraId="71E0609A" w14:textId="77777777" w:rsidR="00FA44DC" w:rsidRPr="00DC5ED7" w:rsidRDefault="00E45AFC">
      <w:pPr>
        <w:rPr>
          <w:rFonts w:cs="Times New Roman"/>
        </w:rPr>
      </w:pPr>
      <w:r w:rsidRPr="00DC5ED7">
        <w:rPr>
          <w:rFonts w:cs="Times New Roman"/>
        </w:rPr>
        <w:br w:type="page"/>
      </w:r>
    </w:p>
    <w:p w14:paraId="47E6F413" w14:textId="68A22599" w:rsidR="00FA44DC" w:rsidRPr="00DC5ED7" w:rsidRDefault="00E45AFC">
      <w:pPr>
        <w:pStyle w:val="Caption"/>
        <w:spacing w:before="40" w:after="60"/>
        <w:rPr>
          <w:rFonts w:cs="Times New Roman"/>
          <w:szCs w:val="20"/>
        </w:rPr>
      </w:pPr>
      <w:r w:rsidRPr="00DC5ED7">
        <w:rPr>
          <w:rFonts w:cs="Times New Roman"/>
          <w:szCs w:val="20"/>
        </w:rPr>
        <w:t xml:space="preserve">Supplementary Table S2. </w:t>
      </w:r>
      <w:r w:rsidRPr="00DC5ED7">
        <w:rPr>
          <w:rFonts w:cs="Times New Roman"/>
          <w:b w:val="0"/>
          <w:bCs w:val="0"/>
          <w:szCs w:val="20"/>
        </w:rPr>
        <w:t xml:space="preserve">Fire </w:t>
      </w:r>
      <w:r w:rsidRPr="00DC5ED7">
        <w:rPr>
          <w:rFonts w:cs="Times New Roman"/>
          <w:b w:val="0"/>
          <w:bCs w:val="0"/>
          <w:szCs w:val="20"/>
        </w:rPr>
        <w:t>minus no-fire ditch-density statistics for peat</w:t>
      </w:r>
      <w:r w:rsidR="00AA72C6">
        <w:rPr>
          <w:rFonts w:cs="Times New Roman"/>
          <w:b w:val="0"/>
          <w:bCs w:val="0"/>
          <w:szCs w:val="20"/>
        </w:rPr>
        <w:t>lands</w:t>
      </w:r>
      <w:r w:rsidRPr="00DC5ED7">
        <w:rPr>
          <w:rFonts w:cs="Times New Roman"/>
          <w:b w:val="0"/>
          <w:bCs w:val="0"/>
          <w:szCs w:val="20"/>
        </w:rPr>
        <w:t xml:space="preserve"> stratified by mapped land-cover context. Differences are in km km-2; KS-D and delta use the binned </w:t>
      </w:r>
      <w:r w:rsidR="00303474" w:rsidRPr="00303474">
        <w:rPr>
          <w:rFonts w:cs="Times New Roman"/>
          <w:b w:val="0"/>
          <w:bCs w:val="0"/>
          <w:szCs w:val="20"/>
        </w:rPr>
        <w:t>cumulative distributions</w:t>
      </w:r>
      <w:r w:rsidRPr="00DC5ED7">
        <w:rPr>
          <w:rFonts w:cs="Times New Roman"/>
          <w:b w:val="0"/>
          <w:bCs w:val="0"/>
          <w:szCs w:val="20"/>
        </w:rPr>
        <w:t>.</w:t>
      </w:r>
    </w:p>
    <w:tbl>
      <w:tblPr>
        <w:tblStyle w:val="TableGrid"/>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ook w:val="04A0" w:firstRow="1" w:lastRow="0" w:firstColumn="1" w:lastColumn="0" w:noHBand="0" w:noVBand="1"/>
      </w:tblPr>
      <w:tblGrid>
        <w:gridCol w:w="1440"/>
        <w:gridCol w:w="1440"/>
        <w:gridCol w:w="1440"/>
        <w:gridCol w:w="1440"/>
        <w:gridCol w:w="1440"/>
        <w:gridCol w:w="1440"/>
        <w:gridCol w:w="1440"/>
        <w:gridCol w:w="1440"/>
        <w:gridCol w:w="1440"/>
        <w:gridCol w:w="1440"/>
      </w:tblGrid>
      <w:tr w:rsidR="00FA44DC" w:rsidRPr="00DC5ED7" w14:paraId="747FCEAB" w14:textId="77777777">
        <w:trPr>
          <w:tblHeader/>
          <w:jc w:val="center"/>
        </w:trPr>
        <w:tc>
          <w:tcPr>
            <w:tcW w:w="1440" w:type="dxa"/>
            <w:shd w:val="clear" w:color="auto" w:fill="D9EAF7"/>
            <w:tcMar>
              <w:top w:w="70" w:type="dxa"/>
              <w:left w:w="60" w:type="dxa"/>
              <w:bottom w:w="70" w:type="dxa"/>
              <w:right w:w="60" w:type="dxa"/>
            </w:tcMar>
            <w:vAlign w:val="center"/>
          </w:tcPr>
          <w:p w14:paraId="022E47C3" w14:textId="77777777" w:rsidR="00FA44DC" w:rsidRPr="00DC5ED7" w:rsidRDefault="00E45AFC">
            <w:pPr>
              <w:jc w:val="center"/>
              <w:rPr>
                <w:rFonts w:cs="Times New Roman"/>
              </w:rPr>
            </w:pPr>
            <w:r w:rsidRPr="00DC5ED7">
              <w:rPr>
                <w:rFonts w:cs="Times New Roman"/>
                <w:b/>
                <w:sz w:val="14"/>
              </w:rPr>
              <w:t>Dataset</w:t>
            </w:r>
          </w:p>
        </w:tc>
        <w:tc>
          <w:tcPr>
            <w:tcW w:w="1440" w:type="dxa"/>
            <w:shd w:val="clear" w:color="auto" w:fill="D9EAF7"/>
            <w:tcMar>
              <w:top w:w="70" w:type="dxa"/>
              <w:left w:w="60" w:type="dxa"/>
              <w:bottom w:w="70" w:type="dxa"/>
              <w:right w:w="60" w:type="dxa"/>
            </w:tcMar>
            <w:vAlign w:val="center"/>
          </w:tcPr>
          <w:p w14:paraId="4483A28F" w14:textId="77777777" w:rsidR="00FA44DC" w:rsidRPr="00DC5ED7" w:rsidRDefault="00E45AFC">
            <w:pPr>
              <w:jc w:val="center"/>
              <w:rPr>
                <w:rFonts w:cs="Times New Roman"/>
              </w:rPr>
            </w:pPr>
            <w:r w:rsidRPr="00DC5ED7">
              <w:rPr>
                <w:rFonts w:cs="Times New Roman"/>
                <w:b/>
                <w:sz w:val="14"/>
              </w:rPr>
              <w:t>Region</w:t>
            </w:r>
          </w:p>
        </w:tc>
        <w:tc>
          <w:tcPr>
            <w:tcW w:w="1440" w:type="dxa"/>
            <w:shd w:val="clear" w:color="auto" w:fill="D9EAF7"/>
            <w:tcMar>
              <w:top w:w="70" w:type="dxa"/>
              <w:left w:w="60" w:type="dxa"/>
              <w:bottom w:w="70" w:type="dxa"/>
              <w:right w:w="60" w:type="dxa"/>
            </w:tcMar>
            <w:vAlign w:val="center"/>
          </w:tcPr>
          <w:p w14:paraId="090033ED" w14:textId="77777777" w:rsidR="00FA44DC" w:rsidRPr="00DC5ED7" w:rsidRDefault="00E45AFC">
            <w:pPr>
              <w:jc w:val="center"/>
              <w:rPr>
                <w:rFonts w:cs="Times New Roman"/>
              </w:rPr>
            </w:pPr>
            <w:r w:rsidRPr="00DC5ED7">
              <w:rPr>
                <w:rFonts w:cs="Times New Roman"/>
                <w:b/>
                <w:sz w:val="14"/>
              </w:rPr>
              <w:t>Buffer (m)</w:t>
            </w:r>
          </w:p>
        </w:tc>
        <w:tc>
          <w:tcPr>
            <w:tcW w:w="1440" w:type="dxa"/>
            <w:shd w:val="clear" w:color="auto" w:fill="D9EAF7"/>
            <w:tcMar>
              <w:top w:w="70" w:type="dxa"/>
              <w:left w:w="60" w:type="dxa"/>
              <w:bottom w:w="70" w:type="dxa"/>
              <w:right w:w="60" w:type="dxa"/>
            </w:tcMar>
            <w:vAlign w:val="center"/>
          </w:tcPr>
          <w:p w14:paraId="67D4CBC2" w14:textId="77777777" w:rsidR="00FA44DC" w:rsidRPr="00DC5ED7" w:rsidRDefault="00E45AFC">
            <w:pPr>
              <w:jc w:val="center"/>
              <w:rPr>
                <w:rFonts w:cs="Times New Roman"/>
              </w:rPr>
            </w:pPr>
            <w:r w:rsidRPr="00DC5ED7">
              <w:rPr>
                <w:rFonts w:cs="Times New Roman"/>
                <w:b/>
                <w:sz w:val="14"/>
              </w:rPr>
              <w:t>Peat land cover</w:t>
            </w:r>
          </w:p>
        </w:tc>
        <w:tc>
          <w:tcPr>
            <w:tcW w:w="1440" w:type="dxa"/>
            <w:shd w:val="clear" w:color="auto" w:fill="D9EAF7"/>
            <w:tcMar>
              <w:top w:w="70" w:type="dxa"/>
              <w:left w:w="60" w:type="dxa"/>
              <w:bottom w:w="70" w:type="dxa"/>
              <w:right w:w="60" w:type="dxa"/>
            </w:tcMar>
            <w:vAlign w:val="center"/>
          </w:tcPr>
          <w:p w14:paraId="6999C850" w14:textId="77777777" w:rsidR="00FA44DC" w:rsidRPr="00DC5ED7" w:rsidRDefault="00E45AFC">
            <w:pPr>
              <w:jc w:val="center"/>
              <w:rPr>
                <w:rFonts w:cs="Times New Roman"/>
              </w:rPr>
            </w:pPr>
            <w:r w:rsidRPr="00DC5ED7">
              <w:rPr>
                <w:rFonts w:cs="Times New Roman"/>
                <w:b/>
                <w:sz w:val="14"/>
              </w:rPr>
              <w:t>Mean diff.</w:t>
            </w:r>
          </w:p>
        </w:tc>
        <w:tc>
          <w:tcPr>
            <w:tcW w:w="1440" w:type="dxa"/>
            <w:shd w:val="clear" w:color="auto" w:fill="D9EAF7"/>
            <w:tcMar>
              <w:top w:w="70" w:type="dxa"/>
              <w:left w:w="60" w:type="dxa"/>
              <w:bottom w:w="70" w:type="dxa"/>
              <w:right w:w="60" w:type="dxa"/>
            </w:tcMar>
            <w:vAlign w:val="center"/>
          </w:tcPr>
          <w:p w14:paraId="4BA6820C" w14:textId="77777777" w:rsidR="00FA44DC" w:rsidRPr="00DC5ED7" w:rsidRDefault="00E45AFC">
            <w:pPr>
              <w:jc w:val="center"/>
              <w:rPr>
                <w:rFonts w:cs="Times New Roman"/>
              </w:rPr>
            </w:pPr>
            <w:r w:rsidRPr="00DC5ED7">
              <w:rPr>
                <w:rFonts w:cs="Times New Roman"/>
                <w:b/>
                <w:sz w:val="14"/>
              </w:rPr>
              <w:t>Median diff.</w:t>
            </w:r>
          </w:p>
        </w:tc>
        <w:tc>
          <w:tcPr>
            <w:tcW w:w="1440" w:type="dxa"/>
            <w:shd w:val="clear" w:color="auto" w:fill="D9EAF7"/>
            <w:tcMar>
              <w:top w:w="70" w:type="dxa"/>
              <w:left w:w="60" w:type="dxa"/>
              <w:bottom w:w="70" w:type="dxa"/>
              <w:right w:w="60" w:type="dxa"/>
            </w:tcMar>
            <w:vAlign w:val="center"/>
          </w:tcPr>
          <w:p w14:paraId="4DD7F028" w14:textId="77777777" w:rsidR="00FA44DC" w:rsidRPr="00DC5ED7" w:rsidRDefault="00E45AFC">
            <w:pPr>
              <w:jc w:val="center"/>
              <w:rPr>
                <w:rFonts w:cs="Times New Roman"/>
              </w:rPr>
            </w:pPr>
            <w:r w:rsidRPr="00DC5ED7">
              <w:rPr>
                <w:rFonts w:cs="Times New Roman"/>
                <w:b/>
                <w:sz w:val="14"/>
              </w:rPr>
              <w:t>P75 diff.</w:t>
            </w:r>
          </w:p>
        </w:tc>
        <w:tc>
          <w:tcPr>
            <w:tcW w:w="1440" w:type="dxa"/>
            <w:shd w:val="clear" w:color="auto" w:fill="D9EAF7"/>
            <w:tcMar>
              <w:top w:w="70" w:type="dxa"/>
              <w:left w:w="60" w:type="dxa"/>
              <w:bottom w:w="70" w:type="dxa"/>
              <w:right w:w="60" w:type="dxa"/>
            </w:tcMar>
            <w:vAlign w:val="center"/>
          </w:tcPr>
          <w:p w14:paraId="70251AA6" w14:textId="77777777" w:rsidR="00FA44DC" w:rsidRPr="00DC5ED7" w:rsidRDefault="00E45AFC">
            <w:pPr>
              <w:jc w:val="center"/>
              <w:rPr>
                <w:rFonts w:cs="Times New Roman"/>
              </w:rPr>
            </w:pPr>
            <w:r w:rsidRPr="00DC5ED7">
              <w:rPr>
                <w:rFonts w:cs="Times New Roman"/>
                <w:b/>
                <w:sz w:val="14"/>
              </w:rPr>
              <w:t>KS-D</w:t>
            </w:r>
          </w:p>
        </w:tc>
        <w:tc>
          <w:tcPr>
            <w:tcW w:w="1440" w:type="dxa"/>
            <w:shd w:val="clear" w:color="auto" w:fill="D9EAF7"/>
            <w:tcMar>
              <w:top w:w="70" w:type="dxa"/>
              <w:left w:w="60" w:type="dxa"/>
              <w:bottom w:w="70" w:type="dxa"/>
              <w:right w:w="60" w:type="dxa"/>
            </w:tcMar>
            <w:vAlign w:val="center"/>
          </w:tcPr>
          <w:p w14:paraId="5A7C56A0" w14:textId="77777777" w:rsidR="00FA44DC" w:rsidRPr="00DC5ED7" w:rsidRDefault="00E45AFC">
            <w:pPr>
              <w:jc w:val="center"/>
              <w:rPr>
                <w:rFonts w:cs="Times New Roman"/>
              </w:rPr>
            </w:pPr>
            <w:r w:rsidRPr="00DC5ED7">
              <w:rPr>
                <w:rFonts w:cs="Times New Roman"/>
                <w:b/>
                <w:sz w:val="14"/>
              </w:rPr>
              <w:t>Delta</w:t>
            </w:r>
          </w:p>
        </w:tc>
        <w:tc>
          <w:tcPr>
            <w:tcW w:w="1440" w:type="dxa"/>
            <w:shd w:val="clear" w:color="auto" w:fill="D9EAF7"/>
            <w:tcMar>
              <w:top w:w="70" w:type="dxa"/>
              <w:left w:w="60" w:type="dxa"/>
              <w:bottom w:w="70" w:type="dxa"/>
              <w:right w:w="60" w:type="dxa"/>
            </w:tcMar>
            <w:vAlign w:val="center"/>
          </w:tcPr>
          <w:p w14:paraId="6F142FEF" w14:textId="77777777" w:rsidR="00FA44DC" w:rsidRPr="00DC5ED7" w:rsidRDefault="00E45AFC">
            <w:pPr>
              <w:jc w:val="center"/>
              <w:rPr>
                <w:rFonts w:cs="Times New Roman"/>
              </w:rPr>
            </w:pPr>
            <w:r w:rsidRPr="00DC5ED7">
              <w:rPr>
                <w:rFonts w:cs="Times New Roman"/>
                <w:b/>
                <w:sz w:val="14"/>
              </w:rPr>
              <w:t>Effect</w:t>
            </w:r>
          </w:p>
        </w:tc>
      </w:tr>
      <w:tr w:rsidR="00FA44DC" w:rsidRPr="00DC5ED7" w14:paraId="7F939790" w14:textId="77777777">
        <w:trPr>
          <w:jc w:val="center"/>
        </w:trPr>
        <w:tc>
          <w:tcPr>
            <w:tcW w:w="1440" w:type="dxa"/>
            <w:tcMar>
              <w:top w:w="70" w:type="dxa"/>
              <w:left w:w="60" w:type="dxa"/>
              <w:bottom w:w="70" w:type="dxa"/>
              <w:right w:w="60" w:type="dxa"/>
            </w:tcMar>
            <w:vAlign w:val="center"/>
          </w:tcPr>
          <w:p w14:paraId="66287738"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39729E59"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7D319199"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1AB8F8B" w14:textId="2FD18494" w:rsidR="00FA44DC" w:rsidRPr="00DC5ED7" w:rsidRDefault="00E45AFC">
            <w:pPr>
              <w:rPr>
                <w:rFonts w:cs="Times New Roman"/>
              </w:rPr>
            </w:pPr>
            <w:r w:rsidRPr="00DC5ED7">
              <w:rPr>
                <w:rFonts w:cs="Times New Roman"/>
                <w:sz w:val="13"/>
              </w:rPr>
              <w:t xml:space="preserve">Open </w:t>
            </w:r>
            <w:r w:rsidR="00AA72C6">
              <w:rPr>
                <w:rFonts w:cs="Times New Roman"/>
                <w:sz w:val="13"/>
              </w:rPr>
              <w:t>peatland</w:t>
            </w:r>
          </w:p>
        </w:tc>
        <w:tc>
          <w:tcPr>
            <w:tcW w:w="1440" w:type="dxa"/>
            <w:tcMar>
              <w:top w:w="70" w:type="dxa"/>
              <w:left w:w="60" w:type="dxa"/>
              <w:bottom w:w="70" w:type="dxa"/>
              <w:right w:w="60" w:type="dxa"/>
            </w:tcMar>
            <w:vAlign w:val="center"/>
          </w:tcPr>
          <w:p w14:paraId="5DAEB62A" w14:textId="77777777" w:rsidR="00FA44DC" w:rsidRPr="00DC5ED7" w:rsidRDefault="00E45AFC">
            <w:pPr>
              <w:jc w:val="center"/>
              <w:rPr>
                <w:rFonts w:cs="Times New Roman"/>
              </w:rPr>
            </w:pPr>
            <w:r w:rsidRPr="00DC5ED7">
              <w:rPr>
                <w:rFonts w:cs="Times New Roman"/>
                <w:sz w:val="13"/>
              </w:rPr>
              <w:t>0.16</w:t>
            </w:r>
          </w:p>
        </w:tc>
        <w:tc>
          <w:tcPr>
            <w:tcW w:w="1440" w:type="dxa"/>
            <w:tcMar>
              <w:top w:w="70" w:type="dxa"/>
              <w:left w:w="60" w:type="dxa"/>
              <w:bottom w:w="70" w:type="dxa"/>
              <w:right w:w="60" w:type="dxa"/>
            </w:tcMar>
            <w:vAlign w:val="center"/>
          </w:tcPr>
          <w:p w14:paraId="128F4E0A"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1EB194E0" w14:textId="77777777" w:rsidR="00FA44DC" w:rsidRPr="00DC5ED7" w:rsidRDefault="00E45AFC">
            <w:pPr>
              <w:jc w:val="center"/>
              <w:rPr>
                <w:rFonts w:cs="Times New Roman"/>
              </w:rPr>
            </w:pPr>
            <w:r w:rsidRPr="00DC5ED7">
              <w:rPr>
                <w:rFonts w:cs="Times New Roman"/>
                <w:sz w:val="13"/>
              </w:rPr>
              <w:t>0.50</w:t>
            </w:r>
          </w:p>
        </w:tc>
        <w:tc>
          <w:tcPr>
            <w:tcW w:w="1440" w:type="dxa"/>
            <w:tcMar>
              <w:top w:w="70" w:type="dxa"/>
              <w:left w:w="60" w:type="dxa"/>
              <w:bottom w:w="70" w:type="dxa"/>
              <w:right w:w="60" w:type="dxa"/>
            </w:tcMar>
            <w:vAlign w:val="center"/>
          </w:tcPr>
          <w:p w14:paraId="1DA9148B" w14:textId="77777777" w:rsidR="00FA44DC" w:rsidRPr="00DC5ED7" w:rsidRDefault="00E45AFC">
            <w:pPr>
              <w:jc w:val="center"/>
              <w:rPr>
                <w:rFonts w:cs="Times New Roman"/>
              </w:rPr>
            </w:pPr>
            <w:r w:rsidRPr="00DC5ED7">
              <w:rPr>
                <w:rFonts w:cs="Times New Roman"/>
                <w:sz w:val="13"/>
              </w:rPr>
              <w:t>0.049</w:t>
            </w:r>
          </w:p>
        </w:tc>
        <w:tc>
          <w:tcPr>
            <w:tcW w:w="1440" w:type="dxa"/>
            <w:tcMar>
              <w:top w:w="70" w:type="dxa"/>
              <w:left w:w="60" w:type="dxa"/>
              <w:bottom w:w="70" w:type="dxa"/>
              <w:right w:w="60" w:type="dxa"/>
            </w:tcMar>
            <w:vAlign w:val="center"/>
          </w:tcPr>
          <w:p w14:paraId="7A85D0B0" w14:textId="77777777" w:rsidR="00FA44DC" w:rsidRPr="00DC5ED7" w:rsidRDefault="00E45AFC">
            <w:pPr>
              <w:jc w:val="center"/>
              <w:rPr>
                <w:rFonts w:cs="Times New Roman"/>
              </w:rPr>
            </w:pPr>
            <w:r w:rsidRPr="00DC5ED7">
              <w:rPr>
                <w:rFonts w:cs="Times New Roman"/>
                <w:sz w:val="13"/>
              </w:rPr>
              <w:t>0.050</w:t>
            </w:r>
          </w:p>
        </w:tc>
        <w:tc>
          <w:tcPr>
            <w:tcW w:w="1440" w:type="dxa"/>
            <w:tcMar>
              <w:top w:w="70" w:type="dxa"/>
              <w:left w:w="60" w:type="dxa"/>
              <w:bottom w:w="70" w:type="dxa"/>
              <w:right w:w="60" w:type="dxa"/>
            </w:tcMar>
            <w:vAlign w:val="center"/>
          </w:tcPr>
          <w:p w14:paraId="7AA3F8FA" w14:textId="77777777" w:rsidR="00FA44DC" w:rsidRPr="00DC5ED7" w:rsidRDefault="00E45AFC">
            <w:pPr>
              <w:jc w:val="center"/>
              <w:rPr>
                <w:rFonts w:cs="Times New Roman"/>
              </w:rPr>
            </w:pPr>
            <w:r w:rsidRPr="00DC5ED7">
              <w:rPr>
                <w:rFonts w:cs="Times New Roman"/>
                <w:sz w:val="13"/>
              </w:rPr>
              <w:t>negligible</w:t>
            </w:r>
          </w:p>
        </w:tc>
      </w:tr>
      <w:tr w:rsidR="00FA44DC" w:rsidRPr="00DC5ED7" w14:paraId="372DF2AF" w14:textId="77777777">
        <w:trPr>
          <w:jc w:val="center"/>
        </w:trPr>
        <w:tc>
          <w:tcPr>
            <w:tcW w:w="1440" w:type="dxa"/>
            <w:tcMar>
              <w:top w:w="70" w:type="dxa"/>
              <w:left w:w="60" w:type="dxa"/>
              <w:bottom w:w="70" w:type="dxa"/>
              <w:right w:w="60" w:type="dxa"/>
            </w:tcMar>
            <w:vAlign w:val="center"/>
          </w:tcPr>
          <w:p w14:paraId="5C2A5C2F"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601F4E10"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2C02B798"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F4A1EC0" w14:textId="7DB8D799" w:rsidR="00FA44DC" w:rsidRPr="00DC5ED7" w:rsidRDefault="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598AB877" w14:textId="77777777" w:rsidR="00FA44DC" w:rsidRPr="00DC5ED7" w:rsidRDefault="00E45AFC">
            <w:pPr>
              <w:jc w:val="center"/>
              <w:rPr>
                <w:rFonts w:cs="Times New Roman"/>
              </w:rPr>
            </w:pPr>
            <w:r w:rsidRPr="00DC5ED7">
              <w:rPr>
                <w:rFonts w:cs="Times New Roman"/>
                <w:sz w:val="13"/>
              </w:rPr>
              <w:t>0.17</w:t>
            </w:r>
          </w:p>
        </w:tc>
        <w:tc>
          <w:tcPr>
            <w:tcW w:w="1440" w:type="dxa"/>
            <w:tcMar>
              <w:top w:w="70" w:type="dxa"/>
              <w:left w:w="60" w:type="dxa"/>
              <w:bottom w:w="70" w:type="dxa"/>
              <w:right w:w="60" w:type="dxa"/>
            </w:tcMar>
            <w:vAlign w:val="center"/>
          </w:tcPr>
          <w:p w14:paraId="39D38BDE"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03A986F0" w14:textId="77777777" w:rsidR="00FA44DC" w:rsidRPr="00DC5ED7" w:rsidRDefault="00E45AFC">
            <w:pPr>
              <w:jc w:val="center"/>
              <w:rPr>
                <w:rFonts w:cs="Times New Roman"/>
              </w:rPr>
            </w:pPr>
            <w:r w:rsidRPr="00DC5ED7">
              <w:rPr>
                <w:rFonts w:cs="Times New Roman"/>
                <w:sz w:val="13"/>
              </w:rPr>
              <w:t>0.42</w:t>
            </w:r>
          </w:p>
        </w:tc>
        <w:tc>
          <w:tcPr>
            <w:tcW w:w="1440" w:type="dxa"/>
            <w:tcMar>
              <w:top w:w="70" w:type="dxa"/>
              <w:left w:w="60" w:type="dxa"/>
              <w:bottom w:w="70" w:type="dxa"/>
              <w:right w:w="60" w:type="dxa"/>
            </w:tcMar>
            <w:vAlign w:val="center"/>
          </w:tcPr>
          <w:p w14:paraId="19AA5D03" w14:textId="77777777" w:rsidR="00FA44DC" w:rsidRPr="00DC5ED7" w:rsidRDefault="00E45AFC">
            <w:pPr>
              <w:jc w:val="center"/>
              <w:rPr>
                <w:rFonts w:cs="Times New Roman"/>
              </w:rPr>
            </w:pPr>
            <w:r w:rsidRPr="00DC5ED7">
              <w:rPr>
                <w:rFonts w:cs="Times New Roman"/>
                <w:sz w:val="13"/>
              </w:rPr>
              <w:t>0.062</w:t>
            </w:r>
          </w:p>
        </w:tc>
        <w:tc>
          <w:tcPr>
            <w:tcW w:w="1440" w:type="dxa"/>
            <w:tcMar>
              <w:top w:w="70" w:type="dxa"/>
              <w:left w:w="60" w:type="dxa"/>
              <w:bottom w:w="70" w:type="dxa"/>
              <w:right w:w="60" w:type="dxa"/>
            </w:tcMar>
            <w:vAlign w:val="center"/>
          </w:tcPr>
          <w:p w14:paraId="37BEFBEE" w14:textId="77777777" w:rsidR="00FA44DC" w:rsidRPr="00DC5ED7" w:rsidRDefault="00E45AFC">
            <w:pPr>
              <w:jc w:val="center"/>
              <w:rPr>
                <w:rFonts w:cs="Times New Roman"/>
              </w:rPr>
            </w:pPr>
            <w:r w:rsidRPr="00DC5ED7">
              <w:rPr>
                <w:rFonts w:cs="Times New Roman"/>
                <w:sz w:val="13"/>
              </w:rPr>
              <w:t>0.061</w:t>
            </w:r>
          </w:p>
        </w:tc>
        <w:tc>
          <w:tcPr>
            <w:tcW w:w="1440" w:type="dxa"/>
            <w:tcMar>
              <w:top w:w="70" w:type="dxa"/>
              <w:left w:w="60" w:type="dxa"/>
              <w:bottom w:w="70" w:type="dxa"/>
              <w:right w:w="60" w:type="dxa"/>
            </w:tcMar>
            <w:vAlign w:val="center"/>
          </w:tcPr>
          <w:p w14:paraId="34D3AA03" w14:textId="77777777" w:rsidR="00FA44DC" w:rsidRPr="00DC5ED7" w:rsidRDefault="00E45AFC">
            <w:pPr>
              <w:jc w:val="center"/>
              <w:rPr>
                <w:rFonts w:cs="Times New Roman"/>
              </w:rPr>
            </w:pPr>
            <w:r w:rsidRPr="00DC5ED7">
              <w:rPr>
                <w:rFonts w:cs="Times New Roman"/>
                <w:sz w:val="13"/>
              </w:rPr>
              <w:t>negligible</w:t>
            </w:r>
          </w:p>
        </w:tc>
      </w:tr>
      <w:tr w:rsidR="00FA44DC" w:rsidRPr="00DC5ED7" w14:paraId="5C817798" w14:textId="77777777">
        <w:trPr>
          <w:jc w:val="center"/>
        </w:trPr>
        <w:tc>
          <w:tcPr>
            <w:tcW w:w="1440" w:type="dxa"/>
            <w:tcMar>
              <w:top w:w="70" w:type="dxa"/>
              <w:left w:w="60" w:type="dxa"/>
              <w:bottom w:w="70" w:type="dxa"/>
              <w:right w:w="60" w:type="dxa"/>
            </w:tcMar>
            <w:vAlign w:val="center"/>
          </w:tcPr>
          <w:p w14:paraId="78C3E2E3"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0DE40AF7"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008559CF"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16D316E5" w14:textId="60986BE8" w:rsidR="00FA44DC" w:rsidRPr="00DC5ED7" w:rsidRDefault="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3B22079D" w14:textId="77777777" w:rsidR="00FA44DC" w:rsidRPr="00DC5ED7" w:rsidRDefault="00E45AFC">
            <w:pPr>
              <w:jc w:val="center"/>
              <w:rPr>
                <w:rFonts w:cs="Times New Roman"/>
              </w:rPr>
            </w:pPr>
            <w:r w:rsidRPr="00DC5ED7">
              <w:rPr>
                <w:rFonts w:cs="Times New Roman"/>
                <w:sz w:val="13"/>
              </w:rPr>
              <w:t>-0.25</w:t>
            </w:r>
          </w:p>
        </w:tc>
        <w:tc>
          <w:tcPr>
            <w:tcW w:w="1440" w:type="dxa"/>
            <w:tcMar>
              <w:top w:w="70" w:type="dxa"/>
              <w:left w:w="60" w:type="dxa"/>
              <w:bottom w:w="70" w:type="dxa"/>
              <w:right w:w="60" w:type="dxa"/>
            </w:tcMar>
            <w:vAlign w:val="center"/>
          </w:tcPr>
          <w:p w14:paraId="238AEEC3"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23F66D08" w14:textId="77777777" w:rsidR="00FA44DC" w:rsidRPr="00DC5ED7" w:rsidRDefault="00E45AFC">
            <w:pPr>
              <w:jc w:val="center"/>
              <w:rPr>
                <w:rFonts w:cs="Times New Roman"/>
              </w:rPr>
            </w:pPr>
            <w:r w:rsidRPr="00DC5ED7">
              <w:rPr>
                <w:rFonts w:cs="Times New Roman"/>
                <w:sz w:val="13"/>
              </w:rPr>
              <w:t>-0.39</w:t>
            </w:r>
          </w:p>
        </w:tc>
        <w:tc>
          <w:tcPr>
            <w:tcW w:w="1440" w:type="dxa"/>
            <w:tcMar>
              <w:top w:w="70" w:type="dxa"/>
              <w:left w:w="60" w:type="dxa"/>
              <w:bottom w:w="70" w:type="dxa"/>
              <w:right w:w="60" w:type="dxa"/>
            </w:tcMar>
            <w:vAlign w:val="center"/>
          </w:tcPr>
          <w:p w14:paraId="3FC19C9B" w14:textId="77777777" w:rsidR="00FA44DC" w:rsidRPr="00DC5ED7" w:rsidRDefault="00E45AFC">
            <w:pPr>
              <w:jc w:val="center"/>
              <w:rPr>
                <w:rFonts w:cs="Times New Roman"/>
              </w:rPr>
            </w:pPr>
            <w:r w:rsidRPr="00DC5ED7">
              <w:rPr>
                <w:rFonts w:cs="Times New Roman"/>
                <w:sz w:val="13"/>
              </w:rPr>
              <w:t>0.047</w:t>
            </w:r>
          </w:p>
        </w:tc>
        <w:tc>
          <w:tcPr>
            <w:tcW w:w="1440" w:type="dxa"/>
            <w:tcMar>
              <w:top w:w="70" w:type="dxa"/>
              <w:left w:w="60" w:type="dxa"/>
              <w:bottom w:w="70" w:type="dxa"/>
              <w:right w:w="60" w:type="dxa"/>
            </w:tcMar>
            <w:vAlign w:val="center"/>
          </w:tcPr>
          <w:p w14:paraId="01A1B1D7" w14:textId="77777777" w:rsidR="00FA44DC" w:rsidRPr="00DC5ED7" w:rsidRDefault="00E45AFC">
            <w:pPr>
              <w:jc w:val="center"/>
              <w:rPr>
                <w:rFonts w:cs="Times New Roman"/>
              </w:rPr>
            </w:pPr>
            <w:r w:rsidRPr="00DC5ED7">
              <w:rPr>
                <w:rFonts w:cs="Times New Roman"/>
                <w:sz w:val="13"/>
              </w:rPr>
              <w:t>-0.046</w:t>
            </w:r>
          </w:p>
        </w:tc>
        <w:tc>
          <w:tcPr>
            <w:tcW w:w="1440" w:type="dxa"/>
            <w:tcMar>
              <w:top w:w="70" w:type="dxa"/>
              <w:left w:w="60" w:type="dxa"/>
              <w:bottom w:w="70" w:type="dxa"/>
              <w:right w:w="60" w:type="dxa"/>
            </w:tcMar>
            <w:vAlign w:val="center"/>
          </w:tcPr>
          <w:p w14:paraId="33303C2E" w14:textId="77777777" w:rsidR="00FA44DC" w:rsidRPr="00DC5ED7" w:rsidRDefault="00E45AFC">
            <w:pPr>
              <w:jc w:val="center"/>
              <w:rPr>
                <w:rFonts w:cs="Times New Roman"/>
              </w:rPr>
            </w:pPr>
            <w:r w:rsidRPr="00DC5ED7">
              <w:rPr>
                <w:rFonts w:cs="Times New Roman"/>
                <w:sz w:val="13"/>
              </w:rPr>
              <w:t>negligible</w:t>
            </w:r>
          </w:p>
        </w:tc>
      </w:tr>
      <w:tr w:rsidR="00FA44DC" w:rsidRPr="00DC5ED7" w14:paraId="3B82F96F" w14:textId="77777777">
        <w:trPr>
          <w:jc w:val="center"/>
        </w:trPr>
        <w:tc>
          <w:tcPr>
            <w:tcW w:w="1440" w:type="dxa"/>
            <w:tcMar>
              <w:top w:w="70" w:type="dxa"/>
              <w:left w:w="60" w:type="dxa"/>
              <w:bottom w:w="70" w:type="dxa"/>
              <w:right w:w="60" w:type="dxa"/>
            </w:tcMar>
            <w:vAlign w:val="center"/>
          </w:tcPr>
          <w:p w14:paraId="6DD5E11D"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412A046E" w14:textId="77777777" w:rsidR="00FA44DC" w:rsidRPr="00DC5ED7" w:rsidRDefault="00E45AFC">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03F8C336"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9659A86" w14:textId="699797C1" w:rsidR="00FA44DC" w:rsidRPr="00DC5ED7" w:rsidRDefault="00E45AFC">
            <w:pPr>
              <w:rPr>
                <w:rFonts w:cs="Times New Roman"/>
              </w:rPr>
            </w:pPr>
            <w:r w:rsidRPr="00DC5ED7">
              <w:rPr>
                <w:rFonts w:cs="Times New Roman"/>
                <w:sz w:val="13"/>
              </w:rPr>
              <w:t>Forest</w:t>
            </w:r>
            <w:r w:rsidR="00AA72C6">
              <w:rPr>
                <w:rFonts w:cs="Times New Roman"/>
                <w:sz w:val="13"/>
              </w:rPr>
              <w:t>ed peatland</w:t>
            </w:r>
          </w:p>
        </w:tc>
        <w:tc>
          <w:tcPr>
            <w:tcW w:w="1440" w:type="dxa"/>
            <w:tcMar>
              <w:top w:w="70" w:type="dxa"/>
              <w:left w:w="60" w:type="dxa"/>
              <w:bottom w:w="70" w:type="dxa"/>
              <w:right w:w="60" w:type="dxa"/>
            </w:tcMar>
            <w:vAlign w:val="center"/>
          </w:tcPr>
          <w:p w14:paraId="49E5F174" w14:textId="77777777" w:rsidR="00FA44DC" w:rsidRPr="00DC5ED7" w:rsidRDefault="00E45AFC">
            <w:pPr>
              <w:jc w:val="center"/>
              <w:rPr>
                <w:rFonts w:cs="Times New Roman"/>
              </w:rPr>
            </w:pPr>
            <w:r w:rsidRPr="00DC5ED7">
              <w:rPr>
                <w:rFonts w:cs="Times New Roman"/>
                <w:sz w:val="13"/>
              </w:rPr>
              <w:t>-0.73</w:t>
            </w:r>
          </w:p>
        </w:tc>
        <w:tc>
          <w:tcPr>
            <w:tcW w:w="1440" w:type="dxa"/>
            <w:tcMar>
              <w:top w:w="70" w:type="dxa"/>
              <w:left w:w="60" w:type="dxa"/>
              <w:bottom w:w="70" w:type="dxa"/>
              <w:right w:w="60" w:type="dxa"/>
            </w:tcMar>
            <w:vAlign w:val="center"/>
          </w:tcPr>
          <w:p w14:paraId="156CC2D7" w14:textId="77777777" w:rsidR="00FA44DC" w:rsidRPr="00DC5ED7" w:rsidRDefault="00E45AFC">
            <w:pPr>
              <w:jc w:val="center"/>
              <w:rPr>
                <w:rFonts w:cs="Times New Roman"/>
              </w:rPr>
            </w:pPr>
            <w:r w:rsidRPr="00DC5ED7">
              <w:rPr>
                <w:rFonts w:cs="Times New Roman"/>
                <w:sz w:val="13"/>
              </w:rPr>
              <w:t>-0.54</w:t>
            </w:r>
          </w:p>
        </w:tc>
        <w:tc>
          <w:tcPr>
            <w:tcW w:w="1440" w:type="dxa"/>
            <w:tcMar>
              <w:top w:w="70" w:type="dxa"/>
              <w:left w:w="60" w:type="dxa"/>
              <w:bottom w:w="70" w:type="dxa"/>
              <w:right w:w="60" w:type="dxa"/>
            </w:tcMar>
            <w:vAlign w:val="center"/>
          </w:tcPr>
          <w:p w14:paraId="087B6177" w14:textId="77777777" w:rsidR="00FA44DC" w:rsidRPr="00DC5ED7" w:rsidRDefault="00E45AFC">
            <w:pPr>
              <w:jc w:val="center"/>
              <w:rPr>
                <w:rFonts w:cs="Times New Roman"/>
              </w:rPr>
            </w:pPr>
            <w:r w:rsidRPr="00DC5ED7">
              <w:rPr>
                <w:rFonts w:cs="Times New Roman"/>
                <w:sz w:val="13"/>
              </w:rPr>
              <w:t>-1.40</w:t>
            </w:r>
          </w:p>
        </w:tc>
        <w:tc>
          <w:tcPr>
            <w:tcW w:w="1440" w:type="dxa"/>
            <w:tcMar>
              <w:top w:w="70" w:type="dxa"/>
              <w:left w:w="60" w:type="dxa"/>
              <w:bottom w:w="70" w:type="dxa"/>
              <w:right w:w="60" w:type="dxa"/>
            </w:tcMar>
            <w:vAlign w:val="center"/>
          </w:tcPr>
          <w:p w14:paraId="0056BDEB" w14:textId="77777777" w:rsidR="00FA44DC" w:rsidRPr="00DC5ED7" w:rsidRDefault="00E45AFC">
            <w:pPr>
              <w:jc w:val="center"/>
              <w:rPr>
                <w:rFonts w:cs="Times New Roman"/>
              </w:rPr>
            </w:pPr>
            <w:r w:rsidRPr="00DC5ED7">
              <w:rPr>
                <w:rFonts w:cs="Times New Roman"/>
                <w:sz w:val="13"/>
              </w:rPr>
              <w:t>0.076</w:t>
            </w:r>
          </w:p>
        </w:tc>
        <w:tc>
          <w:tcPr>
            <w:tcW w:w="1440" w:type="dxa"/>
            <w:tcMar>
              <w:top w:w="70" w:type="dxa"/>
              <w:left w:w="60" w:type="dxa"/>
              <w:bottom w:w="70" w:type="dxa"/>
              <w:right w:w="60" w:type="dxa"/>
            </w:tcMar>
            <w:vAlign w:val="center"/>
          </w:tcPr>
          <w:p w14:paraId="1AC08FE1" w14:textId="77777777" w:rsidR="00FA44DC" w:rsidRPr="00DC5ED7" w:rsidRDefault="00E45AFC">
            <w:pPr>
              <w:jc w:val="center"/>
              <w:rPr>
                <w:rFonts w:cs="Times New Roman"/>
              </w:rPr>
            </w:pPr>
            <w:r w:rsidRPr="00DC5ED7">
              <w:rPr>
                <w:rFonts w:cs="Times New Roman"/>
                <w:sz w:val="13"/>
              </w:rPr>
              <w:t>-0.097</w:t>
            </w:r>
          </w:p>
        </w:tc>
        <w:tc>
          <w:tcPr>
            <w:tcW w:w="1440" w:type="dxa"/>
            <w:tcMar>
              <w:top w:w="70" w:type="dxa"/>
              <w:left w:w="60" w:type="dxa"/>
              <w:bottom w:w="70" w:type="dxa"/>
              <w:right w:w="60" w:type="dxa"/>
            </w:tcMar>
            <w:vAlign w:val="center"/>
          </w:tcPr>
          <w:p w14:paraId="685C645C" w14:textId="77777777" w:rsidR="00FA44DC" w:rsidRPr="00DC5ED7" w:rsidRDefault="00E45AFC">
            <w:pPr>
              <w:jc w:val="center"/>
              <w:rPr>
                <w:rFonts w:cs="Times New Roman"/>
              </w:rPr>
            </w:pPr>
            <w:r w:rsidRPr="00DC5ED7">
              <w:rPr>
                <w:rFonts w:cs="Times New Roman"/>
                <w:sz w:val="13"/>
              </w:rPr>
              <w:t>negligible</w:t>
            </w:r>
          </w:p>
        </w:tc>
      </w:tr>
      <w:tr w:rsidR="00FA44DC" w:rsidRPr="00DC5ED7" w14:paraId="11D68A71" w14:textId="77777777">
        <w:trPr>
          <w:jc w:val="center"/>
        </w:trPr>
        <w:tc>
          <w:tcPr>
            <w:tcW w:w="1440" w:type="dxa"/>
            <w:tcMar>
              <w:top w:w="70" w:type="dxa"/>
              <w:left w:w="60" w:type="dxa"/>
              <w:bottom w:w="70" w:type="dxa"/>
              <w:right w:w="60" w:type="dxa"/>
            </w:tcMar>
            <w:vAlign w:val="center"/>
          </w:tcPr>
          <w:p w14:paraId="2AA7F343"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082C2650"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20C67DCB"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79D48718" w14:textId="77F7311C" w:rsidR="00FA44DC" w:rsidRPr="00DC5ED7" w:rsidRDefault="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694FA651" w14:textId="77777777" w:rsidR="00FA44DC" w:rsidRPr="00DC5ED7" w:rsidRDefault="00E45AFC">
            <w:pPr>
              <w:jc w:val="center"/>
              <w:rPr>
                <w:rFonts w:cs="Times New Roman"/>
              </w:rPr>
            </w:pPr>
            <w:r w:rsidRPr="00DC5ED7">
              <w:rPr>
                <w:rFonts w:cs="Times New Roman"/>
                <w:sz w:val="13"/>
              </w:rPr>
              <w:t>-0.40</w:t>
            </w:r>
          </w:p>
        </w:tc>
        <w:tc>
          <w:tcPr>
            <w:tcW w:w="1440" w:type="dxa"/>
            <w:tcMar>
              <w:top w:w="70" w:type="dxa"/>
              <w:left w:w="60" w:type="dxa"/>
              <w:bottom w:w="70" w:type="dxa"/>
              <w:right w:w="60" w:type="dxa"/>
            </w:tcMar>
            <w:vAlign w:val="center"/>
          </w:tcPr>
          <w:p w14:paraId="2FAC6258" w14:textId="77777777" w:rsidR="00FA44DC" w:rsidRPr="00DC5ED7" w:rsidRDefault="00E45AFC">
            <w:pPr>
              <w:jc w:val="center"/>
              <w:rPr>
                <w:rFonts w:cs="Times New Roman"/>
              </w:rPr>
            </w:pPr>
            <w:r w:rsidRPr="00DC5ED7">
              <w:rPr>
                <w:rFonts w:cs="Times New Roman"/>
                <w:sz w:val="13"/>
              </w:rPr>
              <w:t>-0.08</w:t>
            </w:r>
          </w:p>
        </w:tc>
        <w:tc>
          <w:tcPr>
            <w:tcW w:w="1440" w:type="dxa"/>
            <w:tcMar>
              <w:top w:w="70" w:type="dxa"/>
              <w:left w:w="60" w:type="dxa"/>
              <w:bottom w:w="70" w:type="dxa"/>
              <w:right w:w="60" w:type="dxa"/>
            </w:tcMar>
            <w:vAlign w:val="center"/>
          </w:tcPr>
          <w:p w14:paraId="0345998C" w14:textId="77777777" w:rsidR="00FA44DC" w:rsidRPr="00DC5ED7" w:rsidRDefault="00E45AFC">
            <w:pPr>
              <w:jc w:val="center"/>
              <w:rPr>
                <w:rFonts w:cs="Times New Roman"/>
              </w:rPr>
            </w:pPr>
            <w:r w:rsidRPr="00DC5ED7">
              <w:rPr>
                <w:rFonts w:cs="Times New Roman"/>
                <w:sz w:val="13"/>
              </w:rPr>
              <w:t>-0.65</w:t>
            </w:r>
          </w:p>
        </w:tc>
        <w:tc>
          <w:tcPr>
            <w:tcW w:w="1440" w:type="dxa"/>
            <w:tcMar>
              <w:top w:w="70" w:type="dxa"/>
              <w:left w:w="60" w:type="dxa"/>
              <w:bottom w:w="70" w:type="dxa"/>
              <w:right w:w="60" w:type="dxa"/>
            </w:tcMar>
            <w:vAlign w:val="center"/>
          </w:tcPr>
          <w:p w14:paraId="20203F97" w14:textId="77777777" w:rsidR="00FA44DC" w:rsidRPr="00DC5ED7" w:rsidRDefault="00E45AFC">
            <w:pPr>
              <w:jc w:val="center"/>
              <w:rPr>
                <w:rFonts w:cs="Times New Roman"/>
              </w:rPr>
            </w:pPr>
            <w:r w:rsidRPr="00DC5ED7">
              <w:rPr>
                <w:rFonts w:cs="Times New Roman"/>
                <w:sz w:val="13"/>
              </w:rPr>
              <w:t>0.039</w:t>
            </w:r>
          </w:p>
        </w:tc>
        <w:tc>
          <w:tcPr>
            <w:tcW w:w="1440" w:type="dxa"/>
            <w:tcMar>
              <w:top w:w="70" w:type="dxa"/>
              <w:left w:w="60" w:type="dxa"/>
              <w:bottom w:w="70" w:type="dxa"/>
              <w:right w:w="60" w:type="dxa"/>
            </w:tcMar>
            <w:vAlign w:val="center"/>
          </w:tcPr>
          <w:p w14:paraId="10345263" w14:textId="77777777" w:rsidR="00FA44DC" w:rsidRPr="00DC5ED7" w:rsidRDefault="00E45AFC">
            <w:pPr>
              <w:jc w:val="center"/>
              <w:rPr>
                <w:rFonts w:cs="Times New Roman"/>
              </w:rPr>
            </w:pPr>
            <w:r w:rsidRPr="00DC5ED7">
              <w:rPr>
                <w:rFonts w:cs="Times New Roman"/>
                <w:sz w:val="13"/>
              </w:rPr>
              <w:t>-0.029</w:t>
            </w:r>
          </w:p>
        </w:tc>
        <w:tc>
          <w:tcPr>
            <w:tcW w:w="1440" w:type="dxa"/>
            <w:tcMar>
              <w:top w:w="70" w:type="dxa"/>
              <w:left w:w="60" w:type="dxa"/>
              <w:bottom w:w="70" w:type="dxa"/>
              <w:right w:w="60" w:type="dxa"/>
            </w:tcMar>
            <w:vAlign w:val="center"/>
          </w:tcPr>
          <w:p w14:paraId="424951DE" w14:textId="77777777" w:rsidR="00FA44DC" w:rsidRPr="00DC5ED7" w:rsidRDefault="00E45AFC">
            <w:pPr>
              <w:jc w:val="center"/>
              <w:rPr>
                <w:rFonts w:cs="Times New Roman"/>
              </w:rPr>
            </w:pPr>
            <w:r w:rsidRPr="00DC5ED7">
              <w:rPr>
                <w:rFonts w:cs="Times New Roman"/>
                <w:sz w:val="13"/>
              </w:rPr>
              <w:t>negligible</w:t>
            </w:r>
          </w:p>
        </w:tc>
      </w:tr>
      <w:tr w:rsidR="00FA44DC" w:rsidRPr="00DC5ED7" w14:paraId="69B395D1" w14:textId="77777777">
        <w:trPr>
          <w:jc w:val="center"/>
        </w:trPr>
        <w:tc>
          <w:tcPr>
            <w:tcW w:w="1440" w:type="dxa"/>
            <w:tcMar>
              <w:top w:w="70" w:type="dxa"/>
              <w:left w:w="60" w:type="dxa"/>
              <w:bottom w:w="70" w:type="dxa"/>
              <w:right w:w="60" w:type="dxa"/>
            </w:tcMar>
            <w:vAlign w:val="center"/>
          </w:tcPr>
          <w:p w14:paraId="6E89CDE4" w14:textId="77777777" w:rsidR="00FA44DC" w:rsidRPr="00DC5ED7" w:rsidRDefault="00E45AFC">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37AC908D"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72323A46" w14:textId="77777777" w:rsidR="00FA44DC" w:rsidRPr="00DC5ED7" w:rsidRDefault="00E45AFC">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0BF29375" w14:textId="3C4E001A" w:rsidR="00FA44DC" w:rsidRPr="00DC5ED7" w:rsidRDefault="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740FA513" w14:textId="77777777" w:rsidR="00FA44DC" w:rsidRPr="00DC5ED7" w:rsidRDefault="00E45AFC">
            <w:pPr>
              <w:jc w:val="center"/>
              <w:rPr>
                <w:rFonts w:cs="Times New Roman"/>
              </w:rPr>
            </w:pPr>
            <w:r w:rsidRPr="00DC5ED7">
              <w:rPr>
                <w:rFonts w:cs="Times New Roman"/>
                <w:sz w:val="13"/>
              </w:rPr>
              <w:t>-1.44</w:t>
            </w:r>
          </w:p>
        </w:tc>
        <w:tc>
          <w:tcPr>
            <w:tcW w:w="1440" w:type="dxa"/>
            <w:tcMar>
              <w:top w:w="70" w:type="dxa"/>
              <w:left w:w="60" w:type="dxa"/>
              <w:bottom w:w="70" w:type="dxa"/>
              <w:right w:w="60" w:type="dxa"/>
            </w:tcMar>
            <w:vAlign w:val="center"/>
          </w:tcPr>
          <w:p w14:paraId="173CC53D" w14:textId="77777777" w:rsidR="00FA44DC" w:rsidRPr="00DC5ED7" w:rsidRDefault="00E45AFC">
            <w:pPr>
              <w:jc w:val="center"/>
              <w:rPr>
                <w:rFonts w:cs="Times New Roman"/>
              </w:rPr>
            </w:pPr>
            <w:r w:rsidRPr="00DC5ED7">
              <w:rPr>
                <w:rFonts w:cs="Times New Roman"/>
                <w:sz w:val="13"/>
              </w:rPr>
              <w:t>-1.77</w:t>
            </w:r>
          </w:p>
        </w:tc>
        <w:tc>
          <w:tcPr>
            <w:tcW w:w="1440" w:type="dxa"/>
            <w:tcMar>
              <w:top w:w="70" w:type="dxa"/>
              <w:left w:w="60" w:type="dxa"/>
              <w:bottom w:w="70" w:type="dxa"/>
              <w:right w:w="60" w:type="dxa"/>
            </w:tcMar>
            <w:vAlign w:val="center"/>
          </w:tcPr>
          <w:p w14:paraId="1167680A" w14:textId="77777777" w:rsidR="00FA44DC" w:rsidRPr="00DC5ED7" w:rsidRDefault="00E45AFC">
            <w:pPr>
              <w:jc w:val="center"/>
              <w:rPr>
                <w:rFonts w:cs="Times New Roman"/>
              </w:rPr>
            </w:pPr>
            <w:r w:rsidRPr="00DC5ED7">
              <w:rPr>
                <w:rFonts w:cs="Times New Roman"/>
                <w:sz w:val="13"/>
              </w:rPr>
              <w:t>-2.73</w:t>
            </w:r>
          </w:p>
        </w:tc>
        <w:tc>
          <w:tcPr>
            <w:tcW w:w="1440" w:type="dxa"/>
            <w:tcMar>
              <w:top w:w="70" w:type="dxa"/>
              <w:left w:w="60" w:type="dxa"/>
              <w:bottom w:w="70" w:type="dxa"/>
              <w:right w:w="60" w:type="dxa"/>
            </w:tcMar>
            <w:vAlign w:val="center"/>
          </w:tcPr>
          <w:p w14:paraId="470F07EC" w14:textId="77777777" w:rsidR="00FA44DC" w:rsidRPr="00DC5ED7" w:rsidRDefault="00E45AFC">
            <w:pPr>
              <w:jc w:val="center"/>
              <w:rPr>
                <w:rFonts w:cs="Times New Roman"/>
              </w:rPr>
            </w:pPr>
            <w:r w:rsidRPr="00DC5ED7">
              <w:rPr>
                <w:rFonts w:cs="Times New Roman"/>
                <w:sz w:val="13"/>
              </w:rPr>
              <w:t>0.212</w:t>
            </w:r>
          </w:p>
        </w:tc>
        <w:tc>
          <w:tcPr>
            <w:tcW w:w="1440" w:type="dxa"/>
            <w:tcMar>
              <w:top w:w="70" w:type="dxa"/>
              <w:left w:w="60" w:type="dxa"/>
              <w:bottom w:w="70" w:type="dxa"/>
              <w:right w:w="60" w:type="dxa"/>
            </w:tcMar>
            <w:vAlign w:val="center"/>
          </w:tcPr>
          <w:p w14:paraId="26AFBCBB" w14:textId="77777777" w:rsidR="00FA44DC" w:rsidRPr="00DC5ED7" w:rsidRDefault="00E45AFC">
            <w:pPr>
              <w:jc w:val="center"/>
              <w:rPr>
                <w:rFonts w:cs="Times New Roman"/>
              </w:rPr>
            </w:pPr>
            <w:r w:rsidRPr="00DC5ED7">
              <w:rPr>
                <w:rFonts w:cs="Times New Roman"/>
                <w:sz w:val="13"/>
              </w:rPr>
              <w:t>-0.235</w:t>
            </w:r>
          </w:p>
        </w:tc>
        <w:tc>
          <w:tcPr>
            <w:tcW w:w="1440" w:type="dxa"/>
            <w:tcMar>
              <w:top w:w="70" w:type="dxa"/>
              <w:left w:w="60" w:type="dxa"/>
              <w:bottom w:w="70" w:type="dxa"/>
              <w:right w:w="60" w:type="dxa"/>
            </w:tcMar>
            <w:vAlign w:val="center"/>
          </w:tcPr>
          <w:p w14:paraId="3EE81D29" w14:textId="77777777" w:rsidR="00FA44DC" w:rsidRPr="00DC5ED7" w:rsidRDefault="00E45AFC">
            <w:pPr>
              <w:jc w:val="center"/>
              <w:rPr>
                <w:rFonts w:cs="Times New Roman"/>
              </w:rPr>
            </w:pPr>
            <w:r w:rsidRPr="00DC5ED7">
              <w:rPr>
                <w:rFonts w:cs="Times New Roman"/>
                <w:sz w:val="13"/>
              </w:rPr>
              <w:t>small</w:t>
            </w:r>
          </w:p>
        </w:tc>
      </w:tr>
      <w:tr w:rsidR="00AA72C6" w:rsidRPr="00DC5ED7" w14:paraId="6D3FE2FB" w14:textId="77777777">
        <w:trPr>
          <w:jc w:val="center"/>
        </w:trPr>
        <w:tc>
          <w:tcPr>
            <w:tcW w:w="1440" w:type="dxa"/>
            <w:tcMar>
              <w:top w:w="70" w:type="dxa"/>
              <w:left w:w="60" w:type="dxa"/>
              <w:bottom w:w="70" w:type="dxa"/>
              <w:right w:w="60" w:type="dxa"/>
            </w:tcMar>
            <w:vAlign w:val="center"/>
          </w:tcPr>
          <w:p w14:paraId="298770A8"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4BF9AEED"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44B8A864"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7B20EC8D" w14:textId="530DF794"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391FD077" w14:textId="77777777" w:rsidR="00AA72C6" w:rsidRPr="00DC5ED7" w:rsidRDefault="00AA72C6" w:rsidP="00AA72C6">
            <w:pPr>
              <w:jc w:val="center"/>
              <w:rPr>
                <w:rFonts w:cs="Times New Roman"/>
              </w:rPr>
            </w:pPr>
            <w:r w:rsidRPr="00DC5ED7">
              <w:rPr>
                <w:rFonts w:cs="Times New Roman"/>
                <w:sz w:val="13"/>
              </w:rPr>
              <w:t>-0.14</w:t>
            </w:r>
          </w:p>
        </w:tc>
        <w:tc>
          <w:tcPr>
            <w:tcW w:w="1440" w:type="dxa"/>
            <w:tcMar>
              <w:top w:w="70" w:type="dxa"/>
              <w:left w:w="60" w:type="dxa"/>
              <w:bottom w:w="70" w:type="dxa"/>
              <w:right w:w="60" w:type="dxa"/>
            </w:tcMar>
            <w:vAlign w:val="center"/>
          </w:tcPr>
          <w:p w14:paraId="148D26CC" w14:textId="77777777" w:rsidR="00AA72C6" w:rsidRPr="00DC5ED7" w:rsidRDefault="00AA72C6" w:rsidP="00AA72C6">
            <w:pPr>
              <w:jc w:val="center"/>
              <w:rPr>
                <w:rFonts w:cs="Times New Roman"/>
              </w:rPr>
            </w:pPr>
            <w:r w:rsidRPr="00DC5ED7">
              <w:rPr>
                <w:rFonts w:cs="Times New Roman"/>
                <w:sz w:val="13"/>
              </w:rPr>
              <w:t>0.03</w:t>
            </w:r>
          </w:p>
        </w:tc>
        <w:tc>
          <w:tcPr>
            <w:tcW w:w="1440" w:type="dxa"/>
            <w:tcMar>
              <w:top w:w="70" w:type="dxa"/>
              <w:left w:w="60" w:type="dxa"/>
              <w:bottom w:w="70" w:type="dxa"/>
              <w:right w:w="60" w:type="dxa"/>
            </w:tcMar>
            <w:vAlign w:val="center"/>
          </w:tcPr>
          <w:p w14:paraId="0616111E" w14:textId="77777777" w:rsidR="00AA72C6" w:rsidRPr="00DC5ED7" w:rsidRDefault="00AA72C6" w:rsidP="00AA72C6">
            <w:pPr>
              <w:jc w:val="center"/>
              <w:rPr>
                <w:rFonts w:cs="Times New Roman"/>
              </w:rPr>
            </w:pPr>
            <w:r w:rsidRPr="00DC5ED7">
              <w:rPr>
                <w:rFonts w:cs="Times New Roman"/>
                <w:sz w:val="13"/>
              </w:rPr>
              <w:t>-0.25</w:t>
            </w:r>
          </w:p>
        </w:tc>
        <w:tc>
          <w:tcPr>
            <w:tcW w:w="1440" w:type="dxa"/>
            <w:tcMar>
              <w:top w:w="70" w:type="dxa"/>
              <w:left w:w="60" w:type="dxa"/>
              <w:bottom w:w="70" w:type="dxa"/>
              <w:right w:w="60" w:type="dxa"/>
            </w:tcMar>
            <w:vAlign w:val="center"/>
          </w:tcPr>
          <w:p w14:paraId="179B576F" w14:textId="77777777" w:rsidR="00AA72C6" w:rsidRPr="00DC5ED7" w:rsidRDefault="00AA72C6" w:rsidP="00AA72C6">
            <w:pPr>
              <w:jc w:val="center"/>
              <w:rPr>
                <w:rFonts w:cs="Times New Roman"/>
              </w:rPr>
            </w:pPr>
            <w:r w:rsidRPr="00DC5ED7">
              <w:rPr>
                <w:rFonts w:cs="Times New Roman"/>
                <w:sz w:val="13"/>
              </w:rPr>
              <w:t>0.079</w:t>
            </w:r>
          </w:p>
        </w:tc>
        <w:tc>
          <w:tcPr>
            <w:tcW w:w="1440" w:type="dxa"/>
            <w:tcMar>
              <w:top w:w="70" w:type="dxa"/>
              <w:left w:w="60" w:type="dxa"/>
              <w:bottom w:w="70" w:type="dxa"/>
              <w:right w:w="60" w:type="dxa"/>
            </w:tcMar>
            <w:vAlign w:val="center"/>
          </w:tcPr>
          <w:p w14:paraId="3D760542" w14:textId="77777777" w:rsidR="00AA72C6" w:rsidRPr="00DC5ED7" w:rsidRDefault="00AA72C6" w:rsidP="00AA72C6">
            <w:pPr>
              <w:jc w:val="center"/>
              <w:rPr>
                <w:rFonts w:cs="Times New Roman"/>
              </w:rPr>
            </w:pPr>
            <w:r w:rsidRPr="00DC5ED7">
              <w:rPr>
                <w:rFonts w:cs="Times New Roman"/>
                <w:sz w:val="13"/>
              </w:rPr>
              <w:t>0.014</w:t>
            </w:r>
          </w:p>
        </w:tc>
        <w:tc>
          <w:tcPr>
            <w:tcW w:w="1440" w:type="dxa"/>
            <w:tcMar>
              <w:top w:w="70" w:type="dxa"/>
              <w:left w:w="60" w:type="dxa"/>
              <w:bottom w:w="70" w:type="dxa"/>
              <w:right w:w="60" w:type="dxa"/>
            </w:tcMar>
            <w:vAlign w:val="center"/>
          </w:tcPr>
          <w:p w14:paraId="73B476D6"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7C53A1ED" w14:textId="77777777">
        <w:trPr>
          <w:jc w:val="center"/>
        </w:trPr>
        <w:tc>
          <w:tcPr>
            <w:tcW w:w="1440" w:type="dxa"/>
            <w:tcMar>
              <w:top w:w="70" w:type="dxa"/>
              <w:left w:w="60" w:type="dxa"/>
              <w:bottom w:w="70" w:type="dxa"/>
              <w:right w:w="60" w:type="dxa"/>
            </w:tcMar>
            <w:vAlign w:val="center"/>
          </w:tcPr>
          <w:p w14:paraId="46F39F1C"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0B2BCC9E"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2A557BE7"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2C7F10BB" w14:textId="7C21D8F9"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21B1982C" w14:textId="77777777" w:rsidR="00AA72C6" w:rsidRPr="00DC5ED7" w:rsidRDefault="00AA72C6" w:rsidP="00AA72C6">
            <w:pPr>
              <w:jc w:val="center"/>
              <w:rPr>
                <w:rFonts w:cs="Times New Roman"/>
              </w:rPr>
            </w:pPr>
            <w:r w:rsidRPr="00DC5ED7">
              <w:rPr>
                <w:rFonts w:cs="Times New Roman"/>
                <w:sz w:val="13"/>
              </w:rPr>
              <w:t>-0.01</w:t>
            </w:r>
          </w:p>
        </w:tc>
        <w:tc>
          <w:tcPr>
            <w:tcW w:w="1440" w:type="dxa"/>
            <w:tcMar>
              <w:top w:w="70" w:type="dxa"/>
              <w:left w:w="60" w:type="dxa"/>
              <w:bottom w:w="70" w:type="dxa"/>
              <w:right w:w="60" w:type="dxa"/>
            </w:tcMar>
            <w:vAlign w:val="center"/>
          </w:tcPr>
          <w:p w14:paraId="35279957" w14:textId="77777777" w:rsidR="00AA72C6" w:rsidRPr="00DC5ED7" w:rsidRDefault="00AA72C6" w:rsidP="00AA72C6">
            <w:pPr>
              <w:jc w:val="center"/>
              <w:rPr>
                <w:rFonts w:cs="Times New Roman"/>
              </w:rPr>
            </w:pPr>
            <w:r w:rsidRPr="00DC5ED7">
              <w:rPr>
                <w:rFonts w:cs="Times New Roman"/>
                <w:sz w:val="13"/>
              </w:rPr>
              <w:t>0.07</w:t>
            </w:r>
          </w:p>
        </w:tc>
        <w:tc>
          <w:tcPr>
            <w:tcW w:w="1440" w:type="dxa"/>
            <w:tcMar>
              <w:top w:w="70" w:type="dxa"/>
              <w:left w:w="60" w:type="dxa"/>
              <w:bottom w:w="70" w:type="dxa"/>
              <w:right w:w="60" w:type="dxa"/>
            </w:tcMar>
            <w:vAlign w:val="center"/>
          </w:tcPr>
          <w:p w14:paraId="4B3271C7" w14:textId="77777777" w:rsidR="00AA72C6" w:rsidRPr="00DC5ED7" w:rsidRDefault="00AA72C6" w:rsidP="00AA72C6">
            <w:pPr>
              <w:jc w:val="center"/>
              <w:rPr>
                <w:rFonts w:cs="Times New Roman"/>
              </w:rPr>
            </w:pPr>
            <w:r w:rsidRPr="00DC5ED7">
              <w:rPr>
                <w:rFonts w:cs="Times New Roman"/>
                <w:sz w:val="13"/>
              </w:rPr>
              <w:t>-0.02</w:t>
            </w:r>
          </w:p>
        </w:tc>
        <w:tc>
          <w:tcPr>
            <w:tcW w:w="1440" w:type="dxa"/>
            <w:tcMar>
              <w:top w:w="70" w:type="dxa"/>
              <w:left w:w="60" w:type="dxa"/>
              <w:bottom w:w="70" w:type="dxa"/>
              <w:right w:w="60" w:type="dxa"/>
            </w:tcMar>
            <w:vAlign w:val="center"/>
          </w:tcPr>
          <w:p w14:paraId="6943AA98" w14:textId="77777777" w:rsidR="00AA72C6" w:rsidRPr="00DC5ED7" w:rsidRDefault="00AA72C6" w:rsidP="00AA72C6">
            <w:pPr>
              <w:jc w:val="center"/>
              <w:rPr>
                <w:rFonts w:cs="Times New Roman"/>
              </w:rPr>
            </w:pPr>
            <w:r w:rsidRPr="00DC5ED7">
              <w:rPr>
                <w:rFonts w:cs="Times New Roman"/>
                <w:sz w:val="13"/>
              </w:rPr>
              <w:t>0.094</w:t>
            </w:r>
          </w:p>
        </w:tc>
        <w:tc>
          <w:tcPr>
            <w:tcW w:w="1440" w:type="dxa"/>
            <w:tcMar>
              <w:top w:w="70" w:type="dxa"/>
              <w:left w:w="60" w:type="dxa"/>
              <w:bottom w:w="70" w:type="dxa"/>
              <w:right w:w="60" w:type="dxa"/>
            </w:tcMar>
            <w:vAlign w:val="center"/>
          </w:tcPr>
          <w:p w14:paraId="63F4781C" w14:textId="77777777" w:rsidR="00AA72C6" w:rsidRPr="00DC5ED7" w:rsidRDefault="00AA72C6" w:rsidP="00AA72C6">
            <w:pPr>
              <w:jc w:val="center"/>
              <w:rPr>
                <w:rFonts w:cs="Times New Roman"/>
              </w:rPr>
            </w:pPr>
            <w:r w:rsidRPr="00DC5ED7">
              <w:rPr>
                <w:rFonts w:cs="Times New Roman"/>
                <w:sz w:val="13"/>
              </w:rPr>
              <w:t>0.058</w:t>
            </w:r>
          </w:p>
        </w:tc>
        <w:tc>
          <w:tcPr>
            <w:tcW w:w="1440" w:type="dxa"/>
            <w:tcMar>
              <w:top w:w="70" w:type="dxa"/>
              <w:left w:w="60" w:type="dxa"/>
              <w:bottom w:w="70" w:type="dxa"/>
              <w:right w:w="60" w:type="dxa"/>
            </w:tcMar>
            <w:vAlign w:val="center"/>
          </w:tcPr>
          <w:p w14:paraId="34B0C3C8"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2AC94A46" w14:textId="77777777">
        <w:trPr>
          <w:jc w:val="center"/>
        </w:trPr>
        <w:tc>
          <w:tcPr>
            <w:tcW w:w="1440" w:type="dxa"/>
            <w:tcMar>
              <w:top w:w="70" w:type="dxa"/>
              <w:left w:w="60" w:type="dxa"/>
              <w:bottom w:w="70" w:type="dxa"/>
              <w:right w:w="60" w:type="dxa"/>
            </w:tcMar>
            <w:vAlign w:val="center"/>
          </w:tcPr>
          <w:p w14:paraId="2F77EBDF"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26A09DB5"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7ACEFE78"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72053A00" w14:textId="0D132745"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4D8F0E4E" w14:textId="77777777" w:rsidR="00AA72C6" w:rsidRPr="00DC5ED7" w:rsidRDefault="00AA72C6" w:rsidP="00AA72C6">
            <w:pPr>
              <w:jc w:val="center"/>
              <w:rPr>
                <w:rFonts w:cs="Times New Roman"/>
              </w:rPr>
            </w:pPr>
            <w:r w:rsidRPr="00DC5ED7">
              <w:rPr>
                <w:rFonts w:cs="Times New Roman"/>
                <w:sz w:val="13"/>
              </w:rPr>
              <w:t>-1.06</w:t>
            </w:r>
          </w:p>
        </w:tc>
        <w:tc>
          <w:tcPr>
            <w:tcW w:w="1440" w:type="dxa"/>
            <w:tcMar>
              <w:top w:w="70" w:type="dxa"/>
              <w:left w:w="60" w:type="dxa"/>
              <w:bottom w:w="70" w:type="dxa"/>
              <w:right w:w="60" w:type="dxa"/>
            </w:tcMar>
            <w:vAlign w:val="center"/>
          </w:tcPr>
          <w:p w14:paraId="0424AD5E" w14:textId="77777777" w:rsidR="00AA72C6" w:rsidRPr="00DC5ED7" w:rsidRDefault="00AA72C6" w:rsidP="00AA72C6">
            <w:pPr>
              <w:jc w:val="center"/>
              <w:rPr>
                <w:rFonts w:cs="Times New Roman"/>
              </w:rPr>
            </w:pPr>
            <w:r w:rsidRPr="00DC5ED7">
              <w:rPr>
                <w:rFonts w:cs="Times New Roman"/>
                <w:sz w:val="13"/>
              </w:rPr>
              <w:t>-0.94</w:t>
            </w:r>
          </w:p>
        </w:tc>
        <w:tc>
          <w:tcPr>
            <w:tcW w:w="1440" w:type="dxa"/>
            <w:tcMar>
              <w:top w:w="70" w:type="dxa"/>
              <w:left w:w="60" w:type="dxa"/>
              <w:bottom w:w="70" w:type="dxa"/>
              <w:right w:w="60" w:type="dxa"/>
            </w:tcMar>
            <w:vAlign w:val="center"/>
          </w:tcPr>
          <w:p w14:paraId="0E1B9943" w14:textId="77777777" w:rsidR="00AA72C6" w:rsidRPr="00DC5ED7" w:rsidRDefault="00AA72C6" w:rsidP="00AA72C6">
            <w:pPr>
              <w:jc w:val="center"/>
              <w:rPr>
                <w:rFonts w:cs="Times New Roman"/>
              </w:rPr>
            </w:pPr>
            <w:r w:rsidRPr="00DC5ED7">
              <w:rPr>
                <w:rFonts w:cs="Times New Roman"/>
                <w:sz w:val="13"/>
              </w:rPr>
              <w:t>-1.58</w:t>
            </w:r>
          </w:p>
        </w:tc>
        <w:tc>
          <w:tcPr>
            <w:tcW w:w="1440" w:type="dxa"/>
            <w:tcMar>
              <w:top w:w="70" w:type="dxa"/>
              <w:left w:w="60" w:type="dxa"/>
              <w:bottom w:w="70" w:type="dxa"/>
              <w:right w:w="60" w:type="dxa"/>
            </w:tcMar>
            <w:vAlign w:val="center"/>
          </w:tcPr>
          <w:p w14:paraId="53D355F6" w14:textId="77777777" w:rsidR="00AA72C6" w:rsidRPr="00DC5ED7" w:rsidRDefault="00AA72C6" w:rsidP="00AA72C6">
            <w:pPr>
              <w:jc w:val="center"/>
              <w:rPr>
                <w:rFonts w:cs="Times New Roman"/>
              </w:rPr>
            </w:pPr>
            <w:r w:rsidRPr="00DC5ED7">
              <w:rPr>
                <w:rFonts w:cs="Times New Roman"/>
                <w:sz w:val="13"/>
              </w:rPr>
              <w:t>0.298</w:t>
            </w:r>
          </w:p>
        </w:tc>
        <w:tc>
          <w:tcPr>
            <w:tcW w:w="1440" w:type="dxa"/>
            <w:tcMar>
              <w:top w:w="70" w:type="dxa"/>
              <w:left w:w="60" w:type="dxa"/>
              <w:bottom w:w="70" w:type="dxa"/>
              <w:right w:w="60" w:type="dxa"/>
            </w:tcMar>
            <w:vAlign w:val="center"/>
          </w:tcPr>
          <w:p w14:paraId="6D95A82A" w14:textId="77777777" w:rsidR="00AA72C6" w:rsidRPr="00DC5ED7" w:rsidRDefault="00AA72C6" w:rsidP="00AA72C6">
            <w:pPr>
              <w:jc w:val="center"/>
              <w:rPr>
                <w:rFonts w:cs="Times New Roman"/>
              </w:rPr>
            </w:pPr>
            <w:r w:rsidRPr="00DC5ED7">
              <w:rPr>
                <w:rFonts w:cs="Times New Roman"/>
                <w:sz w:val="13"/>
              </w:rPr>
              <w:t>-0.370</w:t>
            </w:r>
          </w:p>
        </w:tc>
        <w:tc>
          <w:tcPr>
            <w:tcW w:w="1440" w:type="dxa"/>
            <w:tcMar>
              <w:top w:w="70" w:type="dxa"/>
              <w:left w:w="60" w:type="dxa"/>
              <w:bottom w:w="70" w:type="dxa"/>
              <w:right w:w="60" w:type="dxa"/>
            </w:tcMar>
            <w:vAlign w:val="center"/>
          </w:tcPr>
          <w:p w14:paraId="21613F62" w14:textId="77777777" w:rsidR="00AA72C6" w:rsidRPr="00DC5ED7" w:rsidRDefault="00AA72C6" w:rsidP="00AA72C6">
            <w:pPr>
              <w:jc w:val="center"/>
              <w:rPr>
                <w:rFonts w:cs="Times New Roman"/>
              </w:rPr>
            </w:pPr>
            <w:r w:rsidRPr="00DC5ED7">
              <w:rPr>
                <w:rFonts w:cs="Times New Roman"/>
                <w:sz w:val="13"/>
              </w:rPr>
              <w:t>medium</w:t>
            </w:r>
          </w:p>
        </w:tc>
      </w:tr>
      <w:tr w:rsidR="00AA72C6" w:rsidRPr="00DC5ED7" w14:paraId="0CC3FA16" w14:textId="77777777">
        <w:trPr>
          <w:jc w:val="center"/>
        </w:trPr>
        <w:tc>
          <w:tcPr>
            <w:tcW w:w="1440" w:type="dxa"/>
            <w:tcMar>
              <w:top w:w="70" w:type="dxa"/>
              <w:left w:w="60" w:type="dxa"/>
              <w:bottom w:w="70" w:type="dxa"/>
              <w:right w:w="60" w:type="dxa"/>
            </w:tcMar>
            <w:vAlign w:val="center"/>
          </w:tcPr>
          <w:p w14:paraId="073337B3"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52EC8074"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5608C558"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2987ADB1" w14:textId="20F6DC34"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551F2848" w14:textId="77777777" w:rsidR="00AA72C6" w:rsidRPr="00DC5ED7" w:rsidRDefault="00AA72C6" w:rsidP="00AA72C6">
            <w:pPr>
              <w:jc w:val="center"/>
              <w:rPr>
                <w:rFonts w:cs="Times New Roman"/>
              </w:rPr>
            </w:pPr>
            <w:r w:rsidRPr="00DC5ED7">
              <w:rPr>
                <w:rFonts w:cs="Times New Roman"/>
                <w:sz w:val="13"/>
              </w:rPr>
              <w:t>-0.56</w:t>
            </w:r>
          </w:p>
        </w:tc>
        <w:tc>
          <w:tcPr>
            <w:tcW w:w="1440" w:type="dxa"/>
            <w:tcMar>
              <w:top w:w="70" w:type="dxa"/>
              <w:left w:w="60" w:type="dxa"/>
              <w:bottom w:w="70" w:type="dxa"/>
              <w:right w:w="60" w:type="dxa"/>
            </w:tcMar>
            <w:vAlign w:val="center"/>
          </w:tcPr>
          <w:p w14:paraId="275928DA" w14:textId="77777777" w:rsidR="00AA72C6" w:rsidRPr="00DC5ED7" w:rsidRDefault="00AA72C6" w:rsidP="00AA72C6">
            <w:pPr>
              <w:jc w:val="center"/>
              <w:rPr>
                <w:rFonts w:cs="Times New Roman"/>
              </w:rPr>
            </w:pPr>
            <w:r w:rsidRPr="00DC5ED7">
              <w:rPr>
                <w:rFonts w:cs="Times New Roman"/>
                <w:sz w:val="13"/>
              </w:rPr>
              <w:t>-0.43</w:t>
            </w:r>
          </w:p>
        </w:tc>
        <w:tc>
          <w:tcPr>
            <w:tcW w:w="1440" w:type="dxa"/>
            <w:tcMar>
              <w:top w:w="70" w:type="dxa"/>
              <w:left w:w="60" w:type="dxa"/>
              <w:bottom w:w="70" w:type="dxa"/>
              <w:right w:w="60" w:type="dxa"/>
            </w:tcMar>
            <w:vAlign w:val="center"/>
          </w:tcPr>
          <w:p w14:paraId="2280ECBE" w14:textId="77777777" w:rsidR="00AA72C6" w:rsidRPr="00DC5ED7" w:rsidRDefault="00AA72C6" w:rsidP="00AA72C6">
            <w:pPr>
              <w:jc w:val="center"/>
              <w:rPr>
                <w:rFonts w:cs="Times New Roman"/>
              </w:rPr>
            </w:pPr>
            <w:r w:rsidRPr="00DC5ED7">
              <w:rPr>
                <w:rFonts w:cs="Times New Roman"/>
                <w:sz w:val="13"/>
              </w:rPr>
              <w:t>-1.01</w:t>
            </w:r>
          </w:p>
        </w:tc>
        <w:tc>
          <w:tcPr>
            <w:tcW w:w="1440" w:type="dxa"/>
            <w:tcMar>
              <w:top w:w="70" w:type="dxa"/>
              <w:left w:w="60" w:type="dxa"/>
              <w:bottom w:w="70" w:type="dxa"/>
              <w:right w:w="60" w:type="dxa"/>
            </w:tcMar>
            <w:vAlign w:val="center"/>
          </w:tcPr>
          <w:p w14:paraId="4706FBAE" w14:textId="77777777" w:rsidR="00AA72C6" w:rsidRPr="00DC5ED7" w:rsidRDefault="00AA72C6" w:rsidP="00AA72C6">
            <w:pPr>
              <w:jc w:val="center"/>
              <w:rPr>
                <w:rFonts w:cs="Times New Roman"/>
              </w:rPr>
            </w:pPr>
            <w:r w:rsidRPr="00DC5ED7">
              <w:rPr>
                <w:rFonts w:cs="Times New Roman"/>
                <w:sz w:val="13"/>
              </w:rPr>
              <w:t>0.157</w:t>
            </w:r>
          </w:p>
        </w:tc>
        <w:tc>
          <w:tcPr>
            <w:tcW w:w="1440" w:type="dxa"/>
            <w:tcMar>
              <w:top w:w="70" w:type="dxa"/>
              <w:left w:w="60" w:type="dxa"/>
              <w:bottom w:w="70" w:type="dxa"/>
              <w:right w:w="60" w:type="dxa"/>
            </w:tcMar>
            <w:vAlign w:val="center"/>
          </w:tcPr>
          <w:p w14:paraId="71F22710" w14:textId="77777777" w:rsidR="00AA72C6" w:rsidRPr="00DC5ED7" w:rsidRDefault="00AA72C6" w:rsidP="00AA72C6">
            <w:pPr>
              <w:jc w:val="center"/>
              <w:rPr>
                <w:rFonts w:cs="Times New Roman"/>
              </w:rPr>
            </w:pPr>
            <w:r w:rsidRPr="00DC5ED7">
              <w:rPr>
                <w:rFonts w:cs="Times New Roman"/>
                <w:sz w:val="13"/>
              </w:rPr>
              <w:t>-0.170</w:t>
            </w:r>
          </w:p>
        </w:tc>
        <w:tc>
          <w:tcPr>
            <w:tcW w:w="1440" w:type="dxa"/>
            <w:tcMar>
              <w:top w:w="70" w:type="dxa"/>
              <w:left w:w="60" w:type="dxa"/>
              <w:bottom w:w="70" w:type="dxa"/>
              <w:right w:w="60" w:type="dxa"/>
            </w:tcMar>
            <w:vAlign w:val="center"/>
          </w:tcPr>
          <w:p w14:paraId="71D17D62"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66FDC040" w14:textId="77777777">
        <w:trPr>
          <w:jc w:val="center"/>
        </w:trPr>
        <w:tc>
          <w:tcPr>
            <w:tcW w:w="1440" w:type="dxa"/>
            <w:tcMar>
              <w:top w:w="70" w:type="dxa"/>
              <w:left w:w="60" w:type="dxa"/>
              <w:bottom w:w="70" w:type="dxa"/>
              <w:right w:w="60" w:type="dxa"/>
            </w:tcMar>
            <w:vAlign w:val="center"/>
          </w:tcPr>
          <w:p w14:paraId="555DDD9B"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0D0B6551"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093A9E62"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28DAD3CB" w14:textId="474AD299"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6DFBE371" w14:textId="77777777" w:rsidR="00AA72C6" w:rsidRPr="00DC5ED7" w:rsidRDefault="00AA72C6" w:rsidP="00AA72C6">
            <w:pPr>
              <w:jc w:val="center"/>
              <w:rPr>
                <w:rFonts w:cs="Times New Roman"/>
              </w:rPr>
            </w:pPr>
            <w:r w:rsidRPr="00DC5ED7">
              <w:rPr>
                <w:rFonts w:cs="Times New Roman"/>
                <w:sz w:val="13"/>
              </w:rPr>
              <w:t>-0.34</w:t>
            </w:r>
          </w:p>
        </w:tc>
        <w:tc>
          <w:tcPr>
            <w:tcW w:w="1440" w:type="dxa"/>
            <w:tcMar>
              <w:top w:w="70" w:type="dxa"/>
              <w:left w:w="60" w:type="dxa"/>
              <w:bottom w:w="70" w:type="dxa"/>
              <w:right w:w="60" w:type="dxa"/>
            </w:tcMar>
            <w:vAlign w:val="center"/>
          </w:tcPr>
          <w:p w14:paraId="735157F0" w14:textId="77777777" w:rsidR="00AA72C6" w:rsidRPr="00DC5ED7" w:rsidRDefault="00AA72C6" w:rsidP="00AA72C6">
            <w:pPr>
              <w:jc w:val="center"/>
              <w:rPr>
                <w:rFonts w:cs="Times New Roman"/>
              </w:rPr>
            </w:pPr>
            <w:r w:rsidRPr="00DC5ED7">
              <w:rPr>
                <w:rFonts w:cs="Times New Roman"/>
                <w:sz w:val="13"/>
              </w:rPr>
              <w:t>-0.20</w:t>
            </w:r>
          </w:p>
        </w:tc>
        <w:tc>
          <w:tcPr>
            <w:tcW w:w="1440" w:type="dxa"/>
            <w:tcMar>
              <w:top w:w="70" w:type="dxa"/>
              <w:left w:w="60" w:type="dxa"/>
              <w:bottom w:w="70" w:type="dxa"/>
              <w:right w:w="60" w:type="dxa"/>
            </w:tcMar>
            <w:vAlign w:val="center"/>
          </w:tcPr>
          <w:p w14:paraId="12A795FD" w14:textId="77777777" w:rsidR="00AA72C6" w:rsidRPr="00DC5ED7" w:rsidRDefault="00AA72C6" w:rsidP="00AA72C6">
            <w:pPr>
              <w:jc w:val="center"/>
              <w:rPr>
                <w:rFonts w:cs="Times New Roman"/>
              </w:rPr>
            </w:pPr>
            <w:r w:rsidRPr="00DC5ED7">
              <w:rPr>
                <w:rFonts w:cs="Times New Roman"/>
                <w:sz w:val="13"/>
              </w:rPr>
              <w:t>-0.64</w:t>
            </w:r>
          </w:p>
        </w:tc>
        <w:tc>
          <w:tcPr>
            <w:tcW w:w="1440" w:type="dxa"/>
            <w:tcMar>
              <w:top w:w="70" w:type="dxa"/>
              <w:left w:w="60" w:type="dxa"/>
              <w:bottom w:w="70" w:type="dxa"/>
              <w:right w:w="60" w:type="dxa"/>
            </w:tcMar>
            <w:vAlign w:val="center"/>
          </w:tcPr>
          <w:p w14:paraId="4231D1DE" w14:textId="77777777" w:rsidR="00AA72C6" w:rsidRPr="00DC5ED7" w:rsidRDefault="00AA72C6" w:rsidP="00AA72C6">
            <w:pPr>
              <w:jc w:val="center"/>
              <w:rPr>
                <w:rFonts w:cs="Times New Roman"/>
              </w:rPr>
            </w:pPr>
            <w:r w:rsidRPr="00DC5ED7">
              <w:rPr>
                <w:rFonts w:cs="Times New Roman"/>
                <w:sz w:val="13"/>
              </w:rPr>
              <w:t>0.101</w:t>
            </w:r>
          </w:p>
        </w:tc>
        <w:tc>
          <w:tcPr>
            <w:tcW w:w="1440" w:type="dxa"/>
            <w:tcMar>
              <w:top w:w="70" w:type="dxa"/>
              <w:left w:w="60" w:type="dxa"/>
              <w:bottom w:w="70" w:type="dxa"/>
              <w:right w:w="60" w:type="dxa"/>
            </w:tcMar>
            <w:vAlign w:val="center"/>
          </w:tcPr>
          <w:p w14:paraId="0C4D0C04" w14:textId="77777777" w:rsidR="00AA72C6" w:rsidRPr="00DC5ED7" w:rsidRDefault="00AA72C6" w:rsidP="00AA72C6">
            <w:pPr>
              <w:jc w:val="center"/>
              <w:rPr>
                <w:rFonts w:cs="Times New Roman"/>
              </w:rPr>
            </w:pPr>
            <w:r w:rsidRPr="00DC5ED7">
              <w:rPr>
                <w:rFonts w:cs="Times New Roman"/>
                <w:sz w:val="13"/>
              </w:rPr>
              <w:t>-0.095</w:t>
            </w:r>
          </w:p>
        </w:tc>
        <w:tc>
          <w:tcPr>
            <w:tcW w:w="1440" w:type="dxa"/>
            <w:tcMar>
              <w:top w:w="70" w:type="dxa"/>
              <w:left w:w="60" w:type="dxa"/>
              <w:bottom w:w="70" w:type="dxa"/>
              <w:right w:w="60" w:type="dxa"/>
            </w:tcMar>
            <w:vAlign w:val="center"/>
          </w:tcPr>
          <w:p w14:paraId="02D2AB2E"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3FFBC2A1" w14:textId="77777777">
        <w:trPr>
          <w:jc w:val="center"/>
        </w:trPr>
        <w:tc>
          <w:tcPr>
            <w:tcW w:w="1440" w:type="dxa"/>
            <w:tcMar>
              <w:top w:w="70" w:type="dxa"/>
              <w:left w:w="60" w:type="dxa"/>
              <w:bottom w:w="70" w:type="dxa"/>
              <w:right w:w="60" w:type="dxa"/>
            </w:tcMar>
            <w:vAlign w:val="center"/>
          </w:tcPr>
          <w:p w14:paraId="2FC54E77" w14:textId="77777777" w:rsidR="00AA72C6" w:rsidRPr="00DC5ED7" w:rsidRDefault="00AA72C6" w:rsidP="00AA72C6">
            <w:pPr>
              <w:rPr>
                <w:rFonts w:cs="Times New Roman"/>
              </w:rPr>
            </w:pPr>
            <w:r w:rsidRPr="00DC5ED7">
              <w:rPr>
                <w:rFonts w:cs="Times New Roman"/>
                <w:sz w:val="13"/>
              </w:rPr>
              <w:t>BA</w:t>
            </w:r>
          </w:p>
        </w:tc>
        <w:tc>
          <w:tcPr>
            <w:tcW w:w="1440" w:type="dxa"/>
            <w:tcMar>
              <w:top w:w="70" w:type="dxa"/>
              <w:left w:w="60" w:type="dxa"/>
              <w:bottom w:w="70" w:type="dxa"/>
              <w:right w:w="60" w:type="dxa"/>
            </w:tcMar>
            <w:vAlign w:val="center"/>
          </w:tcPr>
          <w:p w14:paraId="3F5FF556"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5F53B05E"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28A1F4F8" w14:textId="2C1E8605"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683F9A5E" w14:textId="77777777" w:rsidR="00AA72C6" w:rsidRPr="00DC5ED7" w:rsidRDefault="00AA72C6" w:rsidP="00AA72C6">
            <w:pPr>
              <w:jc w:val="center"/>
              <w:rPr>
                <w:rFonts w:cs="Times New Roman"/>
              </w:rPr>
            </w:pPr>
            <w:r w:rsidRPr="00DC5ED7">
              <w:rPr>
                <w:rFonts w:cs="Times New Roman"/>
                <w:sz w:val="13"/>
              </w:rPr>
              <w:t>-1.08</w:t>
            </w:r>
          </w:p>
        </w:tc>
        <w:tc>
          <w:tcPr>
            <w:tcW w:w="1440" w:type="dxa"/>
            <w:tcMar>
              <w:top w:w="70" w:type="dxa"/>
              <w:left w:w="60" w:type="dxa"/>
              <w:bottom w:w="70" w:type="dxa"/>
              <w:right w:w="60" w:type="dxa"/>
            </w:tcMar>
            <w:vAlign w:val="center"/>
          </w:tcPr>
          <w:p w14:paraId="6B1204E7" w14:textId="77777777" w:rsidR="00AA72C6" w:rsidRPr="00DC5ED7" w:rsidRDefault="00AA72C6" w:rsidP="00AA72C6">
            <w:pPr>
              <w:jc w:val="center"/>
              <w:rPr>
                <w:rFonts w:cs="Times New Roman"/>
              </w:rPr>
            </w:pPr>
            <w:r w:rsidRPr="00DC5ED7">
              <w:rPr>
                <w:rFonts w:cs="Times New Roman"/>
                <w:sz w:val="13"/>
              </w:rPr>
              <w:t>-1.02</w:t>
            </w:r>
          </w:p>
        </w:tc>
        <w:tc>
          <w:tcPr>
            <w:tcW w:w="1440" w:type="dxa"/>
            <w:tcMar>
              <w:top w:w="70" w:type="dxa"/>
              <w:left w:w="60" w:type="dxa"/>
              <w:bottom w:w="70" w:type="dxa"/>
              <w:right w:w="60" w:type="dxa"/>
            </w:tcMar>
            <w:vAlign w:val="center"/>
          </w:tcPr>
          <w:p w14:paraId="2D52FC51" w14:textId="77777777" w:rsidR="00AA72C6" w:rsidRPr="00DC5ED7" w:rsidRDefault="00AA72C6" w:rsidP="00AA72C6">
            <w:pPr>
              <w:jc w:val="center"/>
              <w:rPr>
                <w:rFonts w:cs="Times New Roman"/>
              </w:rPr>
            </w:pPr>
            <w:r w:rsidRPr="00DC5ED7">
              <w:rPr>
                <w:rFonts w:cs="Times New Roman"/>
                <w:sz w:val="13"/>
              </w:rPr>
              <w:t>-1.60</w:t>
            </w:r>
          </w:p>
        </w:tc>
        <w:tc>
          <w:tcPr>
            <w:tcW w:w="1440" w:type="dxa"/>
            <w:tcMar>
              <w:top w:w="70" w:type="dxa"/>
              <w:left w:w="60" w:type="dxa"/>
              <w:bottom w:w="70" w:type="dxa"/>
              <w:right w:w="60" w:type="dxa"/>
            </w:tcMar>
            <w:vAlign w:val="center"/>
          </w:tcPr>
          <w:p w14:paraId="63A68691" w14:textId="77777777" w:rsidR="00AA72C6" w:rsidRPr="00DC5ED7" w:rsidRDefault="00AA72C6" w:rsidP="00AA72C6">
            <w:pPr>
              <w:jc w:val="center"/>
              <w:rPr>
                <w:rFonts w:cs="Times New Roman"/>
              </w:rPr>
            </w:pPr>
            <w:r w:rsidRPr="00DC5ED7">
              <w:rPr>
                <w:rFonts w:cs="Times New Roman"/>
                <w:sz w:val="13"/>
              </w:rPr>
              <w:t>0.293</w:t>
            </w:r>
          </w:p>
        </w:tc>
        <w:tc>
          <w:tcPr>
            <w:tcW w:w="1440" w:type="dxa"/>
            <w:tcMar>
              <w:top w:w="70" w:type="dxa"/>
              <w:left w:w="60" w:type="dxa"/>
              <w:bottom w:w="70" w:type="dxa"/>
              <w:right w:w="60" w:type="dxa"/>
            </w:tcMar>
            <w:vAlign w:val="center"/>
          </w:tcPr>
          <w:p w14:paraId="06854C09" w14:textId="77777777" w:rsidR="00AA72C6" w:rsidRPr="00DC5ED7" w:rsidRDefault="00AA72C6" w:rsidP="00AA72C6">
            <w:pPr>
              <w:jc w:val="center"/>
              <w:rPr>
                <w:rFonts w:cs="Times New Roman"/>
              </w:rPr>
            </w:pPr>
            <w:r w:rsidRPr="00DC5ED7">
              <w:rPr>
                <w:rFonts w:cs="Times New Roman"/>
                <w:sz w:val="13"/>
              </w:rPr>
              <w:t>-0.367</w:t>
            </w:r>
          </w:p>
        </w:tc>
        <w:tc>
          <w:tcPr>
            <w:tcW w:w="1440" w:type="dxa"/>
            <w:tcMar>
              <w:top w:w="70" w:type="dxa"/>
              <w:left w:w="60" w:type="dxa"/>
              <w:bottom w:w="70" w:type="dxa"/>
              <w:right w:w="60" w:type="dxa"/>
            </w:tcMar>
            <w:vAlign w:val="center"/>
          </w:tcPr>
          <w:p w14:paraId="42C2A333" w14:textId="77777777" w:rsidR="00AA72C6" w:rsidRPr="00DC5ED7" w:rsidRDefault="00AA72C6" w:rsidP="00AA72C6">
            <w:pPr>
              <w:jc w:val="center"/>
              <w:rPr>
                <w:rFonts w:cs="Times New Roman"/>
              </w:rPr>
            </w:pPr>
            <w:r w:rsidRPr="00DC5ED7">
              <w:rPr>
                <w:rFonts w:cs="Times New Roman"/>
                <w:sz w:val="13"/>
              </w:rPr>
              <w:t>medium</w:t>
            </w:r>
          </w:p>
        </w:tc>
      </w:tr>
      <w:tr w:rsidR="00AA72C6" w:rsidRPr="00DC5ED7" w14:paraId="76899D17" w14:textId="77777777">
        <w:trPr>
          <w:jc w:val="center"/>
        </w:trPr>
        <w:tc>
          <w:tcPr>
            <w:tcW w:w="1440" w:type="dxa"/>
            <w:tcMar>
              <w:top w:w="70" w:type="dxa"/>
              <w:left w:w="60" w:type="dxa"/>
              <w:bottom w:w="70" w:type="dxa"/>
              <w:right w:w="60" w:type="dxa"/>
            </w:tcMar>
            <w:vAlign w:val="center"/>
          </w:tcPr>
          <w:p w14:paraId="386671EE"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4D2D9053"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6806AA53"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62C11AC0" w14:textId="0D07E879"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252C2778" w14:textId="77777777" w:rsidR="00AA72C6" w:rsidRPr="00DC5ED7" w:rsidRDefault="00AA72C6" w:rsidP="00AA72C6">
            <w:pPr>
              <w:jc w:val="center"/>
              <w:rPr>
                <w:rFonts w:cs="Times New Roman"/>
              </w:rPr>
            </w:pPr>
            <w:r w:rsidRPr="00DC5ED7">
              <w:rPr>
                <w:rFonts w:cs="Times New Roman"/>
                <w:sz w:val="13"/>
              </w:rPr>
              <w:t>-0.39</w:t>
            </w:r>
          </w:p>
        </w:tc>
        <w:tc>
          <w:tcPr>
            <w:tcW w:w="1440" w:type="dxa"/>
            <w:tcMar>
              <w:top w:w="70" w:type="dxa"/>
              <w:left w:w="60" w:type="dxa"/>
              <w:bottom w:w="70" w:type="dxa"/>
              <w:right w:w="60" w:type="dxa"/>
            </w:tcMar>
            <w:vAlign w:val="center"/>
          </w:tcPr>
          <w:p w14:paraId="29F2F9C4" w14:textId="77777777" w:rsidR="00AA72C6" w:rsidRPr="00DC5ED7" w:rsidRDefault="00AA72C6" w:rsidP="00AA72C6">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69649F81" w14:textId="77777777" w:rsidR="00AA72C6" w:rsidRPr="00DC5ED7" w:rsidRDefault="00AA72C6" w:rsidP="00AA72C6">
            <w:pPr>
              <w:jc w:val="center"/>
              <w:rPr>
                <w:rFonts w:cs="Times New Roman"/>
              </w:rPr>
            </w:pPr>
            <w:r w:rsidRPr="00DC5ED7">
              <w:rPr>
                <w:rFonts w:cs="Times New Roman"/>
                <w:sz w:val="13"/>
              </w:rPr>
              <w:t>-0.38</w:t>
            </w:r>
          </w:p>
        </w:tc>
        <w:tc>
          <w:tcPr>
            <w:tcW w:w="1440" w:type="dxa"/>
            <w:tcMar>
              <w:top w:w="70" w:type="dxa"/>
              <w:left w:w="60" w:type="dxa"/>
              <w:bottom w:w="70" w:type="dxa"/>
              <w:right w:w="60" w:type="dxa"/>
            </w:tcMar>
            <w:vAlign w:val="center"/>
          </w:tcPr>
          <w:p w14:paraId="544806C2" w14:textId="77777777" w:rsidR="00AA72C6" w:rsidRPr="00DC5ED7" w:rsidRDefault="00AA72C6" w:rsidP="00AA72C6">
            <w:pPr>
              <w:jc w:val="center"/>
              <w:rPr>
                <w:rFonts w:cs="Times New Roman"/>
              </w:rPr>
            </w:pPr>
            <w:r w:rsidRPr="00DC5ED7">
              <w:rPr>
                <w:rFonts w:cs="Times New Roman"/>
                <w:sz w:val="13"/>
              </w:rPr>
              <w:t>0.098</w:t>
            </w:r>
          </w:p>
        </w:tc>
        <w:tc>
          <w:tcPr>
            <w:tcW w:w="1440" w:type="dxa"/>
            <w:tcMar>
              <w:top w:w="70" w:type="dxa"/>
              <w:left w:w="60" w:type="dxa"/>
              <w:bottom w:w="70" w:type="dxa"/>
              <w:right w:w="60" w:type="dxa"/>
            </w:tcMar>
            <w:vAlign w:val="center"/>
          </w:tcPr>
          <w:p w14:paraId="6A3813B8" w14:textId="77777777" w:rsidR="00AA72C6" w:rsidRPr="00DC5ED7" w:rsidRDefault="00AA72C6" w:rsidP="00AA72C6">
            <w:pPr>
              <w:jc w:val="center"/>
              <w:rPr>
                <w:rFonts w:cs="Times New Roman"/>
              </w:rPr>
            </w:pPr>
            <w:r w:rsidRPr="00DC5ED7">
              <w:rPr>
                <w:rFonts w:cs="Times New Roman"/>
                <w:sz w:val="13"/>
              </w:rPr>
              <w:t>-0.100</w:t>
            </w:r>
          </w:p>
        </w:tc>
        <w:tc>
          <w:tcPr>
            <w:tcW w:w="1440" w:type="dxa"/>
            <w:tcMar>
              <w:top w:w="70" w:type="dxa"/>
              <w:left w:w="60" w:type="dxa"/>
              <w:bottom w:w="70" w:type="dxa"/>
              <w:right w:w="60" w:type="dxa"/>
            </w:tcMar>
            <w:vAlign w:val="center"/>
          </w:tcPr>
          <w:p w14:paraId="0459727B"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7F319A21" w14:textId="77777777">
        <w:trPr>
          <w:jc w:val="center"/>
        </w:trPr>
        <w:tc>
          <w:tcPr>
            <w:tcW w:w="1440" w:type="dxa"/>
            <w:tcMar>
              <w:top w:w="70" w:type="dxa"/>
              <w:left w:w="60" w:type="dxa"/>
              <w:bottom w:w="70" w:type="dxa"/>
              <w:right w:w="60" w:type="dxa"/>
            </w:tcMar>
            <w:vAlign w:val="center"/>
          </w:tcPr>
          <w:p w14:paraId="185C7557"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2E0E595B"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7786CE39"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09A25C91" w14:textId="35F85421"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34C5E3E5" w14:textId="77777777" w:rsidR="00AA72C6" w:rsidRPr="00DC5ED7" w:rsidRDefault="00AA72C6" w:rsidP="00AA72C6">
            <w:pPr>
              <w:jc w:val="center"/>
              <w:rPr>
                <w:rFonts w:cs="Times New Roman"/>
              </w:rPr>
            </w:pPr>
            <w:r w:rsidRPr="00DC5ED7">
              <w:rPr>
                <w:rFonts w:cs="Times New Roman"/>
                <w:sz w:val="13"/>
              </w:rPr>
              <w:t>-0.37</w:t>
            </w:r>
          </w:p>
        </w:tc>
        <w:tc>
          <w:tcPr>
            <w:tcW w:w="1440" w:type="dxa"/>
            <w:tcMar>
              <w:top w:w="70" w:type="dxa"/>
              <w:left w:w="60" w:type="dxa"/>
              <w:bottom w:w="70" w:type="dxa"/>
              <w:right w:w="60" w:type="dxa"/>
            </w:tcMar>
            <w:vAlign w:val="center"/>
          </w:tcPr>
          <w:p w14:paraId="26C48B08" w14:textId="77777777" w:rsidR="00AA72C6" w:rsidRPr="00DC5ED7" w:rsidRDefault="00AA72C6" w:rsidP="00AA72C6">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5D166648" w14:textId="77777777" w:rsidR="00AA72C6" w:rsidRPr="00DC5ED7" w:rsidRDefault="00AA72C6" w:rsidP="00AA72C6">
            <w:pPr>
              <w:jc w:val="center"/>
              <w:rPr>
                <w:rFonts w:cs="Times New Roman"/>
              </w:rPr>
            </w:pPr>
            <w:r w:rsidRPr="00DC5ED7">
              <w:rPr>
                <w:rFonts w:cs="Times New Roman"/>
                <w:sz w:val="13"/>
              </w:rPr>
              <w:t>-0.21</w:t>
            </w:r>
          </w:p>
        </w:tc>
        <w:tc>
          <w:tcPr>
            <w:tcW w:w="1440" w:type="dxa"/>
            <w:tcMar>
              <w:top w:w="70" w:type="dxa"/>
              <w:left w:w="60" w:type="dxa"/>
              <w:bottom w:w="70" w:type="dxa"/>
              <w:right w:w="60" w:type="dxa"/>
            </w:tcMar>
            <w:vAlign w:val="center"/>
          </w:tcPr>
          <w:p w14:paraId="3F5EB0B9" w14:textId="77777777" w:rsidR="00AA72C6" w:rsidRPr="00DC5ED7" w:rsidRDefault="00AA72C6" w:rsidP="00AA72C6">
            <w:pPr>
              <w:jc w:val="center"/>
              <w:rPr>
                <w:rFonts w:cs="Times New Roman"/>
              </w:rPr>
            </w:pPr>
            <w:r w:rsidRPr="00DC5ED7">
              <w:rPr>
                <w:rFonts w:cs="Times New Roman"/>
                <w:sz w:val="13"/>
              </w:rPr>
              <w:t>0.098</w:t>
            </w:r>
          </w:p>
        </w:tc>
        <w:tc>
          <w:tcPr>
            <w:tcW w:w="1440" w:type="dxa"/>
            <w:tcMar>
              <w:top w:w="70" w:type="dxa"/>
              <w:left w:w="60" w:type="dxa"/>
              <w:bottom w:w="70" w:type="dxa"/>
              <w:right w:w="60" w:type="dxa"/>
            </w:tcMar>
            <w:vAlign w:val="center"/>
          </w:tcPr>
          <w:p w14:paraId="2EAE7782" w14:textId="77777777" w:rsidR="00AA72C6" w:rsidRPr="00DC5ED7" w:rsidRDefault="00AA72C6" w:rsidP="00AA72C6">
            <w:pPr>
              <w:jc w:val="center"/>
              <w:rPr>
                <w:rFonts w:cs="Times New Roman"/>
              </w:rPr>
            </w:pPr>
            <w:r w:rsidRPr="00DC5ED7">
              <w:rPr>
                <w:rFonts w:cs="Times New Roman"/>
                <w:sz w:val="13"/>
              </w:rPr>
              <w:t>-0.101</w:t>
            </w:r>
          </w:p>
        </w:tc>
        <w:tc>
          <w:tcPr>
            <w:tcW w:w="1440" w:type="dxa"/>
            <w:tcMar>
              <w:top w:w="70" w:type="dxa"/>
              <w:left w:w="60" w:type="dxa"/>
              <w:bottom w:w="70" w:type="dxa"/>
              <w:right w:w="60" w:type="dxa"/>
            </w:tcMar>
            <w:vAlign w:val="center"/>
          </w:tcPr>
          <w:p w14:paraId="762B88F2"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68FF50DE" w14:textId="77777777">
        <w:trPr>
          <w:jc w:val="center"/>
        </w:trPr>
        <w:tc>
          <w:tcPr>
            <w:tcW w:w="1440" w:type="dxa"/>
            <w:tcMar>
              <w:top w:w="70" w:type="dxa"/>
              <w:left w:w="60" w:type="dxa"/>
              <w:bottom w:w="70" w:type="dxa"/>
              <w:right w:w="60" w:type="dxa"/>
            </w:tcMar>
            <w:vAlign w:val="center"/>
          </w:tcPr>
          <w:p w14:paraId="2CF2EBAF"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7E48709D"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3C152149"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11AAB6E1" w14:textId="770286D7"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5D36828B" w14:textId="77777777" w:rsidR="00AA72C6" w:rsidRPr="00DC5ED7" w:rsidRDefault="00AA72C6" w:rsidP="00AA72C6">
            <w:pPr>
              <w:jc w:val="center"/>
              <w:rPr>
                <w:rFonts w:cs="Times New Roman"/>
              </w:rPr>
            </w:pPr>
            <w:r w:rsidRPr="00DC5ED7">
              <w:rPr>
                <w:rFonts w:cs="Times New Roman"/>
                <w:sz w:val="13"/>
              </w:rPr>
              <w:t>-0.15</w:t>
            </w:r>
          </w:p>
        </w:tc>
        <w:tc>
          <w:tcPr>
            <w:tcW w:w="1440" w:type="dxa"/>
            <w:tcMar>
              <w:top w:w="70" w:type="dxa"/>
              <w:left w:w="60" w:type="dxa"/>
              <w:bottom w:w="70" w:type="dxa"/>
              <w:right w:w="60" w:type="dxa"/>
            </w:tcMar>
            <w:vAlign w:val="center"/>
          </w:tcPr>
          <w:p w14:paraId="0F3B002A" w14:textId="77777777" w:rsidR="00AA72C6" w:rsidRPr="00DC5ED7" w:rsidRDefault="00AA72C6" w:rsidP="00AA72C6">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658213C9" w14:textId="77777777" w:rsidR="00AA72C6" w:rsidRPr="00DC5ED7" w:rsidRDefault="00AA72C6" w:rsidP="00AA72C6">
            <w:pPr>
              <w:jc w:val="center"/>
              <w:rPr>
                <w:rFonts w:cs="Times New Roman"/>
              </w:rPr>
            </w:pPr>
            <w:r w:rsidRPr="00DC5ED7">
              <w:rPr>
                <w:rFonts w:cs="Times New Roman"/>
                <w:sz w:val="13"/>
              </w:rPr>
              <w:t>-0.18</w:t>
            </w:r>
          </w:p>
        </w:tc>
        <w:tc>
          <w:tcPr>
            <w:tcW w:w="1440" w:type="dxa"/>
            <w:tcMar>
              <w:top w:w="70" w:type="dxa"/>
              <w:left w:w="60" w:type="dxa"/>
              <w:bottom w:w="70" w:type="dxa"/>
              <w:right w:w="60" w:type="dxa"/>
            </w:tcMar>
            <w:vAlign w:val="center"/>
          </w:tcPr>
          <w:p w14:paraId="4A3DFFA1" w14:textId="77777777" w:rsidR="00AA72C6" w:rsidRPr="00DC5ED7" w:rsidRDefault="00AA72C6" w:rsidP="00AA72C6">
            <w:pPr>
              <w:jc w:val="center"/>
              <w:rPr>
                <w:rFonts w:cs="Times New Roman"/>
              </w:rPr>
            </w:pPr>
            <w:r w:rsidRPr="00DC5ED7">
              <w:rPr>
                <w:rFonts w:cs="Times New Roman"/>
                <w:sz w:val="13"/>
              </w:rPr>
              <w:t>0.023</w:t>
            </w:r>
          </w:p>
        </w:tc>
        <w:tc>
          <w:tcPr>
            <w:tcW w:w="1440" w:type="dxa"/>
            <w:tcMar>
              <w:top w:w="70" w:type="dxa"/>
              <w:left w:w="60" w:type="dxa"/>
              <w:bottom w:w="70" w:type="dxa"/>
              <w:right w:w="60" w:type="dxa"/>
            </w:tcMar>
            <w:vAlign w:val="center"/>
          </w:tcPr>
          <w:p w14:paraId="478495C2" w14:textId="77777777" w:rsidR="00AA72C6" w:rsidRPr="00DC5ED7" w:rsidRDefault="00AA72C6" w:rsidP="00AA72C6">
            <w:pPr>
              <w:jc w:val="center"/>
              <w:rPr>
                <w:rFonts w:cs="Times New Roman"/>
              </w:rPr>
            </w:pPr>
            <w:r w:rsidRPr="00DC5ED7">
              <w:rPr>
                <w:rFonts w:cs="Times New Roman"/>
                <w:sz w:val="13"/>
              </w:rPr>
              <w:t>-0.024</w:t>
            </w:r>
          </w:p>
        </w:tc>
        <w:tc>
          <w:tcPr>
            <w:tcW w:w="1440" w:type="dxa"/>
            <w:tcMar>
              <w:top w:w="70" w:type="dxa"/>
              <w:left w:w="60" w:type="dxa"/>
              <w:bottom w:w="70" w:type="dxa"/>
              <w:right w:w="60" w:type="dxa"/>
            </w:tcMar>
            <w:vAlign w:val="center"/>
          </w:tcPr>
          <w:p w14:paraId="44721E40"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1837DEAC" w14:textId="77777777">
        <w:trPr>
          <w:jc w:val="center"/>
        </w:trPr>
        <w:tc>
          <w:tcPr>
            <w:tcW w:w="1440" w:type="dxa"/>
            <w:tcMar>
              <w:top w:w="70" w:type="dxa"/>
              <w:left w:w="60" w:type="dxa"/>
              <w:bottom w:w="70" w:type="dxa"/>
              <w:right w:w="60" w:type="dxa"/>
            </w:tcMar>
            <w:vAlign w:val="center"/>
          </w:tcPr>
          <w:p w14:paraId="25CE49C3"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75F09401"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296AE639"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050ED5ED" w14:textId="28B59B04"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2531A7F0" w14:textId="77777777" w:rsidR="00AA72C6" w:rsidRPr="00DC5ED7" w:rsidRDefault="00AA72C6" w:rsidP="00AA72C6">
            <w:pPr>
              <w:jc w:val="center"/>
              <w:rPr>
                <w:rFonts w:cs="Times New Roman"/>
              </w:rPr>
            </w:pPr>
            <w:r w:rsidRPr="00DC5ED7">
              <w:rPr>
                <w:rFonts w:cs="Times New Roman"/>
                <w:sz w:val="13"/>
              </w:rPr>
              <w:t>-0.96</w:t>
            </w:r>
          </w:p>
        </w:tc>
        <w:tc>
          <w:tcPr>
            <w:tcW w:w="1440" w:type="dxa"/>
            <w:tcMar>
              <w:top w:w="70" w:type="dxa"/>
              <w:left w:w="60" w:type="dxa"/>
              <w:bottom w:w="70" w:type="dxa"/>
              <w:right w:w="60" w:type="dxa"/>
            </w:tcMar>
            <w:vAlign w:val="center"/>
          </w:tcPr>
          <w:p w14:paraId="7D04568F" w14:textId="77777777" w:rsidR="00AA72C6" w:rsidRPr="00DC5ED7" w:rsidRDefault="00AA72C6" w:rsidP="00AA72C6">
            <w:pPr>
              <w:jc w:val="center"/>
              <w:rPr>
                <w:rFonts w:cs="Times New Roman"/>
              </w:rPr>
            </w:pPr>
            <w:r w:rsidRPr="00DC5ED7">
              <w:rPr>
                <w:rFonts w:cs="Times New Roman"/>
                <w:sz w:val="13"/>
              </w:rPr>
              <w:t>-0.57</w:t>
            </w:r>
          </w:p>
        </w:tc>
        <w:tc>
          <w:tcPr>
            <w:tcW w:w="1440" w:type="dxa"/>
            <w:tcMar>
              <w:top w:w="70" w:type="dxa"/>
              <w:left w:w="60" w:type="dxa"/>
              <w:bottom w:w="70" w:type="dxa"/>
              <w:right w:w="60" w:type="dxa"/>
            </w:tcMar>
            <w:vAlign w:val="center"/>
          </w:tcPr>
          <w:p w14:paraId="2A79AAE1" w14:textId="77777777" w:rsidR="00AA72C6" w:rsidRPr="00DC5ED7" w:rsidRDefault="00AA72C6" w:rsidP="00AA72C6">
            <w:pPr>
              <w:jc w:val="center"/>
              <w:rPr>
                <w:rFonts w:cs="Times New Roman"/>
              </w:rPr>
            </w:pPr>
            <w:r w:rsidRPr="00DC5ED7">
              <w:rPr>
                <w:rFonts w:cs="Times New Roman"/>
                <w:sz w:val="13"/>
              </w:rPr>
              <w:t>-2.28</w:t>
            </w:r>
          </w:p>
        </w:tc>
        <w:tc>
          <w:tcPr>
            <w:tcW w:w="1440" w:type="dxa"/>
            <w:tcMar>
              <w:top w:w="70" w:type="dxa"/>
              <w:left w:w="60" w:type="dxa"/>
              <w:bottom w:w="70" w:type="dxa"/>
              <w:right w:w="60" w:type="dxa"/>
            </w:tcMar>
            <w:vAlign w:val="center"/>
          </w:tcPr>
          <w:p w14:paraId="189D4831" w14:textId="77777777" w:rsidR="00AA72C6" w:rsidRPr="00DC5ED7" w:rsidRDefault="00AA72C6" w:rsidP="00AA72C6">
            <w:pPr>
              <w:jc w:val="center"/>
              <w:rPr>
                <w:rFonts w:cs="Times New Roman"/>
              </w:rPr>
            </w:pPr>
            <w:r w:rsidRPr="00DC5ED7">
              <w:rPr>
                <w:rFonts w:cs="Times New Roman"/>
                <w:sz w:val="13"/>
              </w:rPr>
              <w:t>0.135</w:t>
            </w:r>
          </w:p>
        </w:tc>
        <w:tc>
          <w:tcPr>
            <w:tcW w:w="1440" w:type="dxa"/>
            <w:tcMar>
              <w:top w:w="70" w:type="dxa"/>
              <w:left w:w="60" w:type="dxa"/>
              <w:bottom w:w="70" w:type="dxa"/>
              <w:right w:w="60" w:type="dxa"/>
            </w:tcMar>
            <w:vAlign w:val="center"/>
          </w:tcPr>
          <w:p w14:paraId="64E73A18" w14:textId="77777777" w:rsidR="00AA72C6" w:rsidRPr="00DC5ED7" w:rsidRDefault="00AA72C6" w:rsidP="00AA72C6">
            <w:pPr>
              <w:jc w:val="center"/>
              <w:rPr>
                <w:rFonts w:cs="Times New Roman"/>
              </w:rPr>
            </w:pPr>
            <w:r w:rsidRPr="00DC5ED7">
              <w:rPr>
                <w:rFonts w:cs="Times New Roman"/>
                <w:sz w:val="13"/>
              </w:rPr>
              <w:t>-0.155</w:t>
            </w:r>
          </w:p>
        </w:tc>
        <w:tc>
          <w:tcPr>
            <w:tcW w:w="1440" w:type="dxa"/>
            <w:tcMar>
              <w:top w:w="70" w:type="dxa"/>
              <w:left w:w="60" w:type="dxa"/>
              <w:bottom w:w="70" w:type="dxa"/>
              <w:right w:w="60" w:type="dxa"/>
            </w:tcMar>
            <w:vAlign w:val="center"/>
          </w:tcPr>
          <w:p w14:paraId="15AC90B3"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3D193694" w14:textId="77777777">
        <w:trPr>
          <w:jc w:val="center"/>
        </w:trPr>
        <w:tc>
          <w:tcPr>
            <w:tcW w:w="1440" w:type="dxa"/>
            <w:tcMar>
              <w:top w:w="70" w:type="dxa"/>
              <w:left w:w="60" w:type="dxa"/>
              <w:bottom w:w="70" w:type="dxa"/>
              <w:right w:w="60" w:type="dxa"/>
            </w:tcMar>
            <w:vAlign w:val="center"/>
          </w:tcPr>
          <w:p w14:paraId="32663671"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16434B3E"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2EAA5A39"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5854083C" w14:textId="1A3E2983"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2ACCC33C" w14:textId="77777777" w:rsidR="00AA72C6" w:rsidRPr="00DC5ED7" w:rsidRDefault="00AA72C6" w:rsidP="00AA72C6">
            <w:pPr>
              <w:jc w:val="center"/>
              <w:rPr>
                <w:rFonts w:cs="Times New Roman"/>
              </w:rPr>
            </w:pPr>
            <w:r w:rsidRPr="00DC5ED7">
              <w:rPr>
                <w:rFonts w:cs="Times New Roman"/>
                <w:sz w:val="13"/>
              </w:rPr>
              <w:t>-0.88</w:t>
            </w:r>
          </w:p>
        </w:tc>
        <w:tc>
          <w:tcPr>
            <w:tcW w:w="1440" w:type="dxa"/>
            <w:tcMar>
              <w:top w:w="70" w:type="dxa"/>
              <w:left w:w="60" w:type="dxa"/>
              <w:bottom w:w="70" w:type="dxa"/>
              <w:right w:w="60" w:type="dxa"/>
            </w:tcMar>
            <w:vAlign w:val="center"/>
          </w:tcPr>
          <w:p w14:paraId="0C6A9BAF" w14:textId="77777777" w:rsidR="00AA72C6" w:rsidRPr="00DC5ED7" w:rsidRDefault="00AA72C6" w:rsidP="00AA72C6">
            <w:pPr>
              <w:jc w:val="center"/>
              <w:rPr>
                <w:rFonts w:cs="Times New Roman"/>
              </w:rPr>
            </w:pPr>
            <w:r w:rsidRPr="00DC5ED7">
              <w:rPr>
                <w:rFonts w:cs="Times New Roman"/>
                <w:sz w:val="13"/>
              </w:rPr>
              <w:t>-0.20</w:t>
            </w:r>
          </w:p>
        </w:tc>
        <w:tc>
          <w:tcPr>
            <w:tcW w:w="1440" w:type="dxa"/>
            <w:tcMar>
              <w:top w:w="70" w:type="dxa"/>
              <w:left w:w="60" w:type="dxa"/>
              <w:bottom w:w="70" w:type="dxa"/>
              <w:right w:w="60" w:type="dxa"/>
            </w:tcMar>
            <w:vAlign w:val="center"/>
          </w:tcPr>
          <w:p w14:paraId="70E3359A" w14:textId="77777777" w:rsidR="00AA72C6" w:rsidRPr="00DC5ED7" w:rsidRDefault="00AA72C6" w:rsidP="00AA72C6">
            <w:pPr>
              <w:jc w:val="center"/>
              <w:rPr>
                <w:rFonts w:cs="Times New Roman"/>
              </w:rPr>
            </w:pPr>
            <w:r w:rsidRPr="00DC5ED7">
              <w:rPr>
                <w:rFonts w:cs="Times New Roman"/>
                <w:sz w:val="13"/>
              </w:rPr>
              <w:t>-2.31</w:t>
            </w:r>
          </w:p>
        </w:tc>
        <w:tc>
          <w:tcPr>
            <w:tcW w:w="1440" w:type="dxa"/>
            <w:tcMar>
              <w:top w:w="70" w:type="dxa"/>
              <w:left w:w="60" w:type="dxa"/>
              <w:bottom w:w="70" w:type="dxa"/>
              <w:right w:w="60" w:type="dxa"/>
            </w:tcMar>
            <w:vAlign w:val="center"/>
          </w:tcPr>
          <w:p w14:paraId="578C5B84" w14:textId="77777777" w:rsidR="00AA72C6" w:rsidRPr="00DC5ED7" w:rsidRDefault="00AA72C6" w:rsidP="00AA72C6">
            <w:pPr>
              <w:jc w:val="center"/>
              <w:rPr>
                <w:rFonts w:cs="Times New Roman"/>
              </w:rPr>
            </w:pPr>
            <w:r w:rsidRPr="00DC5ED7">
              <w:rPr>
                <w:rFonts w:cs="Times New Roman"/>
                <w:sz w:val="13"/>
              </w:rPr>
              <w:t>0.124</w:t>
            </w:r>
          </w:p>
        </w:tc>
        <w:tc>
          <w:tcPr>
            <w:tcW w:w="1440" w:type="dxa"/>
            <w:tcMar>
              <w:top w:w="70" w:type="dxa"/>
              <w:left w:w="60" w:type="dxa"/>
              <w:bottom w:w="70" w:type="dxa"/>
              <w:right w:w="60" w:type="dxa"/>
            </w:tcMar>
            <w:vAlign w:val="center"/>
          </w:tcPr>
          <w:p w14:paraId="3E9FB97C" w14:textId="77777777" w:rsidR="00AA72C6" w:rsidRPr="00DC5ED7" w:rsidRDefault="00AA72C6" w:rsidP="00AA72C6">
            <w:pPr>
              <w:jc w:val="center"/>
              <w:rPr>
                <w:rFonts w:cs="Times New Roman"/>
              </w:rPr>
            </w:pPr>
            <w:r w:rsidRPr="00DC5ED7">
              <w:rPr>
                <w:rFonts w:cs="Times New Roman"/>
                <w:sz w:val="13"/>
              </w:rPr>
              <w:t>-0.142</w:t>
            </w:r>
          </w:p>
        </w:tc>
        <w:tc>
          <w:tcPr>
            <w:tcW w:w="1440" w:type="dxa"/>
            <w:tcMar>
              <w:top w:w="70" w:type="dxa"/>
              <w:left w:w="60" w:type="dxa"/>
              <w:bottom w:w="70" w:type="dxa"/>
              <w:right w:w="60" w:type="dxa"/>
            </w:tcMar>
            <w:vAlign w:val="center"/>
          </w:tcPr>
          <w:p w14:paraId="109B9E6B"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691518E0" w14:textId="77777777">
        <w:trPr>
          <w:jc w:val="center"/>
        </w:trPr>
        <w:tc>
          <w:tcPr>
            <w:tcW w:w="1440" w:type="dxa"/>
            <w:tcMar>
              <w:top w:w="70" w:type="dxa"/>
              <w:left w:w="60" w:type="dxa"/>
              <w:bottom w:w="70" w:type="dxa"/>
              <w:right w:w="60" w:type="dxa"/>
            </w:tcMar>
            <w:vAlign w:val="center"/>
          </w:tcPr>
          <w:p w14:paraId="0B4F9F17"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0896E83C"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20580616" w14:textId="77777777" w:rsidR="00AA72C6" w:rsidRPr="00DC5ED7" w:rsidRDefault="00AA72C6" w:rsidP="00AA72C6">
            <w:pPr>
              <w:jc w:val="center"/>
              <w:rPr>
                <w:rFonts w:cs="Times New Roman"/>
              </w:rPr>
            </w:pPr>
            <w:r w:rsidRPr="00DC5ED7">
              <w:rPr>
                <w:rFonts w:cs="Times New Roman"/>
                <w:sz w:val="13"/>
              </w:rPr>
              <w:t>100</w:t>
            </w:r>
          </w:p>
        </w:tc>
        <w:tc>
          <w:tcPr>
            <w:tcW w:w="1440" w:type="dxa"/>
            <w:tcMar>
              <w:top w:w="70" w:type="dxa"/>
              <w:left w:w="60" w:type="dxa"/>
              <w:bottom w:w="70" w:type="dxa"/>
              <w:right w:w="60" w:type="dxa"/>
            </w:tcMar>
            <w:vAlign w:val="center"/>
          </w:tcPr>
          <w:p w14:paraId="6BEE4DFC" w14:textId="58D5ABF7"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3032AE24" w14:textId="77777777" w:rsidR="00AA72C6" w:rsidRPr="00DC5ED7" w:rsidRDefault="00AA72C6" w:rsidP="00AA72C6">
            <w:pPr>
              <w:jc w:val="center"/>
              <w:rPr>
                <w:rFonts w:cs="Times New Roman"/>
              </w:rPr>
            </w:pPr>
            <w:r w:rsidRPr="00DC5ED7">
              <w:rPr>
                <w:rFonts w:cs="Times New Roman"/>
                <w:sz w:val="13"/>
              </w:rPr>
              <w:t>-0.67</w:t>
            </w:r>
          </w:p>
        </w:tc>
        <w:tc>
          <w:tcPr>
            <w:tcW w:w="1440" w:type="dxa"/>
            <w:tcMar>
              <w:top w:w="70" w:type="dxa"/>
              <w:left w:w="60" w:type="dxa"/>
              <w:bottom w:w="70" w:type="dxa"/>
              <w:right w:w="60" w:type="dxa"/>
            </w:tcMar>
            <w:vAlign w:val="center"/>
          </w:tcPr>
          <w:p w14:paraId="234F5CA4" w14:textId="77777777" w:rsidR="00AA72C6" w:rsidRPr="00DC5ED7" w:rsidRDefault="00AA72C6" w:rsidP="00AA72C6">
            <w:pPr>
              <w:jc w:val="center"/>
              <w:rPr>
                <w:rFonts w:cs="Times New Roman"/>
              </w:rPr>
            </w:pPr>
            <w:r w:rsidRPr="00DC5ED7">
              <w:rPr>
                <w:rFonts w:cs="Times New Roman"/>
                <w:sz w:val="13"/>
              </w:rPr>
              <w:t>-1.07</w:t>
            </w:r>
          </w:p>
        </w:tc>
        <w:tc>
          <w:tcPr>
            <w:tcW w:w="1440" w:type="dxa"/>
            <w:tcMar>
              <w:top w:w="70" w:type="dxa"/>
              <w:left w:w="60" w:type="dxa"/>
              <w:bottom w:w="70" w:type="dxa"/>
              <w:right w:w="60" w:type="dxa"/>
            </w:tcMar>
            <w:vAlign w:val="center"/>
          </w:tcPr>
          <w:p w14:paraId="36A1D6F2" w14:textId="77777777" w:rsidR="00AA72C6" w:rsidRPr="00DC5ED7" w:rsidRDefault="00AA72C6" w:rsidP="00AA72C6">
            <w:pPr>
              <w:jc w:val="center"/>
              <w:rPr>
                <w:rFonts w:cs="Times New Roman"/>
              </w:rPr>
            </w:pPr>
            <w:r w:rsidRPr="00DC5ED7">
              <w:rPr>
                <w:rFonts w:cs="Times New Roman"/>
                <w:sz w:val="13"/>
              </w:rPr>
              <w:t>-1.10</w:t>
            </w:r>
          </w:p>
        </w:tc>
        <w:tc>
          <w:tcPr>
            <w:tcW w:w="1440" w:type="dxa"/>
            <w:tcMar>
              <w:top w:w="70" w:type="dxa"/>
              <w:left w:w="60" w:type="dxa"/>
              <w:bottom w:w="70" w:type="dxa"/>
              <w:right w:w="60" w:type="dxa"/>
            </w:tcMar>
            <w:vAlign w:val="center"/>
          </w:tcPr>
          <w:p w14:paraId="79BFD3CF" w14:textId="77777777" w:rsidR="00AA72C6" w:rsidRPr="00DC5ED7" w:rsidRDefault="00AA72C6" w:rsidP="00AA72C6">
            <w:pPr>
              <w:jc w:val="center"/>
              <w:rPr>
                <w:rFonts w:cs="Times New Roman"/>
              </w:rPr>
            </w:pPr>
            <w:r w:rsidRPr="00DC5ED7">
              <w:rPr>
                <w:rFonts w:cs="Times New Roman"/>
                <w:sz w:val="13"/>
              </w:rPr>
              <w:t>0.091</w:t>
            </w:r>
          </w:p>
        </w:tc>
        <w:tc>
          <w:tcPr>
            <w:tcW w:w="1440" w:type="dxa"/>
            <w:tcMar>
              <w:top w:w="70" w:type="dxa"/>
              <w:left w:w="60" w:type="dxa"/>
              <w:bottom w:w="70" w:type="dxa"/>
              <w:right w:w="60" w:type="dxa"/>
            </w:tcMar>
            <w:vAlign w:val="center"/>
          </w:tcPr>
          <w:p w14:paraId="4F2D9A7E" w14:textId="77777777" w:rsidR="00AA72C6" w:rsidRPr="00DC5ED7" w:rsidRDefault="00AA72C6" w:rsidP="00AA72C6">
            <w:pPr>
              <w:jc w:val="center"/>
              <w:rPr>
                <w:rFonts w:cs="Times New Roman"/>
              </w:rPr>
            </w:pPr>
            <w:r w:rsidRPr="00DC5ED7">
              <w:rPr>
                <w:rFonts w:cs="Times New Roman"/>
                <w:sz w:val="13"/>
              </w:rPr>
              <w:t>-0.106</w:t>
            </w:r>
          </w:p>
        </w:tc>
        <w:tc>
          <w:tcPr>
            <w:tcW w:w="1440" w:type="dxa"/>
            <w:tcMar>
              <w:top w:w="70" w:type="dxa"/>
              <w:left w:w="60" w:type="dxa"/>
              <w:bottom w:w="70" w:type="dxa"/>
              <w:right w:w="60" w:type="dxa"/>
            </w:tcMar>
            <w:vAlign w:val="center"/>
          </w:tcPr>
          <w:p w14:paraId="238CBC00" w14:textId="77777777" w:rsidR="00AA72C6" w:rsidRPr="00DC5ED7" w:rsidRDefault="00AA72C6" w:rsidP="00AA72C6">
            <w:pPr>
              <w:jc w:val="center"/>
              <w:rPr>
                <w:rFonts w:cs="Times New Roman"/>
              </w:rPr>
            </w:pPr>
            <w:r w:rsidRPr="00DC5ED7">
              <w:rPr>
                <w:rFonts w:cs="Times New Roman"/>
                <w:sz w:val="13"/>
              </w:rPr>
              <w:t>negligible</w:t>
            </w:r>
          </w:p>
        </w:tc>
      </w:tr>
      <w:tr w:rsidR="00AA72C6" w:rsidRPr="00DC5ED7" w14:paraId="0E79D6F1" w14:textId="77777777">
        <w:trPr>
          <w:jc w:val="center"/>
        </w:trPr>
        <w:tc>
          <w:tcPr>
            <w:tcW w:w="1440" w:type="dxa"/>
            <w:tcMar>
              <w:top w:w="70" w:type="dxa"/>
              <w:left w:w="60" w:type="dxa"/>
              <w:bottom w:w="70" w:type="dxa"/>
              <w:right w:w="60" w:type="dxa"/>
            </w:tcMar>
            <w:vAlign w:val="center"/>
          </w:tcPr>
          <w:p w14:paraId="69683126"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5D326E99"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72C9BDB8"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40802964" w14:textId="50067B9E"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0FC0AA63" w14:textId="77777777" w:rsidR="00AA72C6" w:rsidRPr="00DC5ED7" w:rsidRDefault="00AA72C6" w:rsidP="00AA72C6">
            <w:pPr>
              <w:jc w:val="center"/>
              <w:rPr>
                <w:rFonts w:cs="Times New Roman"/>
              </w:rPr>
            </w:pPr>
            <w:r w:rsidRPr="00DC5ED7">
              <w:rPr>
                <w:rFonts w:cs="Times New Roman"/>
                <w:sz w:val="13"/>
              </w:rPr>
              <w:t>-0.47</w:t>
            </w:r>
          </w:p>
        </w:tc>
        <w:tc>
          <w:tcPr>
            <w:tcW w:w="1440" w:type="dxa"/>
            <w:tcMar>
              <w:top w:w="70" w:type="dxa"/>
              <w:left w:w="60" w:type="dxa"/>
              <w:bottom w:w="70" w:type="dxa"/>
              <w:right w:w="60" w:type="dxa"/>
            </w:tcMar>
            <w:vAlign w:val="center"/>
          </w:tcPr>
          <w:p w14:paraId="6D554F42" w14:textId="77777777" w:rsidR="00AA72C6" w:rsidRPr="00DC5ED7" w:rsidRDefault="00AA72C6" w:rsidP="00AA72C6">
            <w:pPr>
              <w:jc w:val="center"/>
              <w:rPr>
                <w:rFonts w:cs="Times New Roman"/>
              </w:rPr>
            </w:pPr>
            <w:r w:rsidRPr="00DC5ED7">
              <w:rPr>
                <w:rFonts w:cs="Times New Roman"/>
                <w:sz w:val="13"/>
              </w:rPr>
              <w:t>-0.36</w:t>
            </w:r>
          </w:p>
        </w:tc>
        <w:tc>
          <w:tcPr>
            <w:tcW w:w="1440" w:type="dxa"/>
            <w:tcMar>
              <w:top w:w="70" w:type="dxa"/>
              <w:left w:w="60" w:type="dxa"/>
              <w:bottom w:w="70" w:type="dxa"/>
              <w:right w:w="60" w:type="dxa"/>
            </w:tcMar>
            <w:vAlign w:val="center"/>
          </w:tcPr>
          <w:p w14:paraId="7CCE9920" w14:textId="77777777" w:rsidR="00AA72C6" w:rsidRPr="00DC5ED7" w:rsidRDefault="00AA72C6" w:rsidP="00AA72C6">
            <w:pPr>
              <w:jc w:val="center"/>
              <w:rPr>
                <w:rFonts w:cs="Times New Roman"/>
              </w:rPr>
            </w:pPr>
            <w:r w:rsidRPr="00DC5ED7">
              <w:rPr>
                <w:rFonts w:cs="Times New Roman"/>
                <w:sz w:val="13"/>
              </w:rPr>
              <w:t>-0.69</w:t>
            </w:r>
          </w:p>
        </w:tc>
        <w:tc>
          <w:tcPr>
            <w:tcW w:w="1440" w:type="dxa"/>
            <w:tcMar>
              <w:top w:w="70" w:type="dxa"/>
              <w:left w:w="60" w:type="dxa"/>
              <w:bottom w:w="70" w:type="dxa"/>
              <w:right w:w="60" w:type="dxa"/>
            </w:tcMar>
            <w:vAlign w:val="center"/>
          </w:tcPr>
          <w:p w14:paraId="1CD54E19" w14:textId="77777777" w:rsidR="00AA72C6" w:rsidRPr="00DC5ED7" w:rsidRDefault="00AA72C6" w:rsidP="00AA72C6">
            <w:pPr>
              <w:jc w:val="center"/>
              <w:rPr>
                <w:rFonts w:cs="Times New Roman"/>
              </w:rPr>
            </w:pPr>
            <w:r w:rsidRPr="00DC5ED7">
              <w:rPr>
                <w:rFonts w:cs="Times New Roman"/>
                <w:sz w:val="13"/>
              </w:rPr>
              <w:t>0.133</w:t>
            </w:r>
          </w:p>
        </w:tc>
        <w:tc>
          <w:tcPr>
            <w:tcW w:w="1440" w:type="dxa"/>
            <w:tcMar>
              <w:top w:w="70" w:type="dxa"/>
              <w:left w:w="60" w:type="dxa"/>
              <w:bottom w:w="70" w:type="dxa"/>
              <w:right w:w="60" w:type="dxa"/>
            </w:tcMar>
            <w:vAlign w:val="center"/>
          </w:tcPr>
          <w:p w14:paraId="3E21D718" w14:textId="77777777" w:rsidR="00AA72C6" w:rsidRPr="00DC5ED7" w:rsidRDefault="00AA72C6" w:rsidP="00AA72C6">
            <w:pPr>
              <w:jc w:val="center"/>
              <w:rPr>
                <w:rFonts w:cs="Times New Roman"/>
              </w:rPr>
            </w:pPr>
            <w:r w:rsidRPr="00DC5ED7">
              <w:rPr>
                <w:rFonts w:cs="Times New Roman"/>
                <w:sz w:val="13"/>
              </w:rPr>
              <w:t>-0.180</w:t>
            </w:r>
          </w:p>
        </w:tc>
        <w:tc>
          <w:tcPr>
            <w:tcW w:w="1440" w:type="dxa"/>
            <w:tcMar>
              <w:top w:w="70" w:type="dxa"/>
              <w:left w:w="60" w:type="dxa"/>
              <w:bottom w:w="70" w:type="dxa"/>
              <w:right w:w="60" w:type="dxa"/>
            </w:tcMar>
            <w:vAlign w:val="center"/>
          </w:tcPr>
          <w:p w14:paraId="33458E88"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467BD85E" w14:textId="77777777">
        <w:trPr>
          <w:jc w:val="center"/>
        </w:trPr>
        <w:tc>
          <w:tcPr>
            <w:tcW w:w="1440" w:type="dxa"/>
            <w:tcMar>
              <w:top w:w="70" w:type="dxa"/>
              <w:left w:w="60" w:type="dxa"/>
              <w:bottom w:w="70" w:type="dxa"/>
              <w:right w:w="60" w:type="dxa"/>
            </w:tcMar>
            <w:vAlign w:val="center"/>
          </w:tcPr>
          <w:p w14:paraId="7337A5BA"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38DDCA08"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2F9C5951"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1C1B4C0C" w14:textId="45701DA9"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5E41371C" w14:textId="77777777" w:rsidR="00AA72C6" w:rsidRPr="00DC5ED7" w:rsidRDefault="00AA72C6" w:rsidP="00AA72C6">
            <w:pPr>
              <w:jc w:val="center"/>
              <w:rPr>
                <w:rFonts w:cs="Times New Roman"/>
              </w:rPr>
            </w:pPr>
            <w:r w:rsidRPr="00DC5ED7">
              <w:rPr>
                <w:rFonts w:cs="Times New Roman"/>
                <w:sz w:val="13"/>
              </w:rPr>
              <w:t>-0.35</w:t>
            </w:r>
          </w:p>
        </w:tc>
        <w:tc>
          <w:tcPr>
            <w:tcW w:w="1440" w:type="dxa"/>
            <w:tcMar>
              <w:top w:w="70" w:type="dxa"/>
              <w:left w:w="60" w:type="dxa"/>
              <w:bottom w:w="70" w:type="dxa"/>
              <w:right w:w="60" w:type="dxa"/>
            </w:tcMar>
            <w:vAlign w:val="center"/>
          </w:tcPr>
          <w:p w14:paraId="06EC0358" w14:textId="77777777" w:rsidR="00AA72C6" w:rsidRPr="00DC5ED7" w:rsidRDefault="00AA72C6" w:rsidP="00AA72C6">
            <w:pPr>
              <w:jc w:val="center"/>
              <w:rPr>
                <w:rFonts w:cs="Times New Roman"/>
              </w:rPr>
            </w:pPr>
            <w:r w:rsidRPr="00DC5ED7">
              <w:rPr>
                <w:rFonts w:cs="Times New Roman"/>
                <w:sz w:val="13"/>
              </w:rPr>
              <w:t>-0.26</w:t>
            </w:r>
          </w:p>
        </w:tc>
        <w:tc>
          <w:tcPr>
            <w:tcW w:w="1440" w:type="dxa"/>
            <w:tcMar>
              <w:top w:w="70" w:type="dxa"/>
              <w:left w:w="60" w:type="dxa"/>
              <w:bottom w:w="70" w:type="dxa"/>
              <w:right w:w="60" w:type="dxa"/>
            </w:tcMar>
            <w:vAlign w:val="center"/>
          </w:tcPr>
          <w:p w14:paraId="2748F61A" w14:textId="77777777" w:rsidR="00AA72C6" w:rsidRPr="00DC5ED7" w:rsidRDefault="00AA72C6" w:rsidP="00AA72C6">
            <w:pPr>
              <w:jc w:val="center"/>
              <w:rPr>
                <w:rFonts w:cs="Times New Roman"/>
              </w:rPr>
            </w:pPr>
            <w:r w:rsidRPr="00DC5ED7">
              <w:rPr>
                <w:rFonts w:cs="Times New Roman"/>
                <w:sz w:val="13"/>
              </w:rPr>
              <w:t>-0.48</w:t>
            </w:r>
          </w:p>
        </w:tc>
        <w:tc>
          <w:tcPr>
            <w:tcW w:w="1440" w:type="dxa"/>
            <w:tcMar>
              <w:top w:w="70" w:type="dxa"/>
              <w:left w:w="60" w:type="dxa"/>
              <w:bottom w:w="70" w:type="dxa"/>
              <w:right w:w="60" w:type="dxa"/>
            </w:tcMar>
            <w:vAlign w:val="center"/>
          </w:tcPr>
          <w:p w14:paraId="35160096" w14:textId="77777777" w:rsidR="00AA72C6" w:rsidRPr="00DC5ED7" w:rsidRDefault="00AA72C6" w:rsidP="00AA72C6">
            <w:pPr>
              <w:jc w:val="center"/>
              <w:rPr>
                <w:rFonts w:cs="Times New Roman"/>
              </w:rPr>
            </w:pPr>
            <w:r w:rsidRPr="00DC5ED7">
              <w:rPr>
                <w:rFonts w:cs="Times New Roman"/>
                <w:sz w:val="13"/>
              </w:rPr>
              <w:t>0.107</w:t>
            </w:r>
          </w:p>
        </w:tc>
        <w:tc>
          <w:tcPr>
            <w:tcW w:w="1440" w:type="dxa"/>
            <w:tcMar>
              <w:top w:w="70" w:type="dxa"/>
              <w:left w:w="60" w:type="dxa"/>
              <w:bottom w:w="70" w:type="dxa"/>
              <w:right w:w="60" w:type="dxa"/>
            </w:tcMar>
            <w:vAlign w:val="center"/>
          </w:tcPr>
          <w:p w14:paraId="28215CBA" w14:textId="77777777" w:rsidR="00AA72C6" w:rsidRPr="00DC5ED7" w:rsidRDefault="00AA72C6" w:rsidP="00AA72C6">
            <w:pPr>
              <w:jc w:val="center"/>
              <w:rPr>
                <w:rFonts w:cs="Times New Roman"/>
              </w:rPr>
            </w:pPr>
            <w:r w:rsidRPr="00DC5ED7">
              <w:rPr>
                <w:rFonts w:cs="Times New Roman"/>
                <w:sz w:val="13"/>
              </w:rPr>
              <w:t>-0.148</w:t>
            </w:r>
          </w:p>
        </w:tc>
        <w:tc>
          <w:tcPr>
            <w:tcW w:w="1440" w:type="dxa"/>
            <w:tcMar>
              <w:top w:w="70" w:type="dxa"/>
              <w:left w:w="60" w:type="dxa"/>
              <w:bottom w:w="70" w:type="dxa"/>
              <w:right w:w="60" w:type="dxa"/>
            </w:tcMar>
            <w:vAlign w:val="center"/>
          </w:tcPr>
          <w:p w14:paraId="22EF0411"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56ACE4F3" w14:textId="77777777">
        <w:trPr>
          <w:jc w:val="center"/>
        </w:trPr>
        <w:tc>
          <w:tcPr>
            <w:tcW w:w="1440" w:type="dxa"/>
            <w:tcMar>
              <w:top w:w="70" w:type="dxa"/>
              <w:left w:w="60" w:type="dxa"/>
              <w:bottom w:w="70" w:type="dxa"/>
              <w:right w:w="60" w:type="dxa"/>
            </w:tcMar>
            <w:vAlign w:val="center"/>
          </w:tcPr>
          <w:p w14:paraId="18285FF9"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5FF6946B"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11A8B938"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10D665D9" w14:textId="10F22362" w:rsidR="00AA72C6" w:rsidRPr="00DC5ED7" w:rsidRDefault="00AA72C6" w:rsidP="00AA72C6">
            <w:pPr>
              <w:rPr>
                <w:rFonts w:cs="Times New Roman"/>
              </w:rPr>
            </w:pPr>
            <w:r w:rsidRPr="00DC5ED7">
              <w:rPr>
                <w:rFonts w:cs="Times New Roman"/>
                <w:sz w:val="13"/>
              </w:rPr>
              <w:t xml:space="preserve">Open </w:t>
            </w:r>
            <w:r>
              <w:rPr>
                <w:rFonts w:cs="Times New Roman"/>
                <w:sz w:val="13"/>
              </w:rPr>
              <w:t>peatland</w:t>
            </w:r>
          </w:p>
        </w:tc>
        <w:tc>
          <w:tcPr>
            <w:tcW w:w="1440" w:type="dxa"/>
            <w:tcMar>
              <w:top w:w="70" w:type="dxa"/>
              <w:left w:w="60" w:type="dxa"/>
              <w:bottom w:w="70" w:type="dxa"/>
              <w:right w:w="60" w:type="dxa"/>
            </w:tcMar>
            <w:vAlign w:val="center"/>
          </w:tcPr>
          <w:p w14:paraId="0C0DFAC5" w14:textId="77777777" w:rsidR="00AA72C6" w:rsidRPr="00DC5ED7" w:rsidRDefault="00AA72C6" w:rsidP="00AA72C6">
            <w:pPr>
              <w:jc w:val="center"/>
              <w:rPr>
                <w:rFonts w:cs="Times New Roman"/>
              </w:rPr>
            </w:pPr>
            <w:r w:rsidRPr="00DC5ED7">
              <w:rPr>
                <w:rFonts w:cs="Times New Roman"/>
                <w:sz w:val="13"/>
              </w:rPr>
              <w:t>-0.80</w:t>
            </w:r>
          </w:p>
        </w:tc>
        <w:tc>
          <w:tcPr>
            <w:tcW w:w="1440" w:type="dxa"/>
            <w:tcMar>
              <w:top w:w="70" w:type="dxa"/>
              <w:left w:w="60" w:type="dxa"/>
              <w:bottom w:w="70" w:type="dxa"/>
              <w:right w:w="60" w:type="dxa"/>
            </w:tcMar>
            <w:vAlign w:val="center"/>
          </w:tcPr>
          <w:p w14:paraId="0F5A0F3E" w14:textId="77777777" w:rsidR="00AA72C6" w:rsidRPr="00DC5ED7" w:rsidRDefault="00AA72C6" w:rsidP="00AA72C6">
            <w:pPr>
              <w:jc w:val="center"/>
              <w:rPr>
                <w:rFonts w:cs="Times New Roman"/>
              </w:rPr>
            </w:pPr>
            <w:r w:rsidRPr="00DC5ED7">
              <w:rPr>
                <w:rFonts w:cs="Times New Roman"/>
                <w:sz w:val="13"/>
              </w:rPr>
              <w:t>-0.72</w:t>
            </w:r>
          </w:p>
        </w:tc>
        <w:tc>
          <w:tcPr>
            <w:tcW w:w="1440" w:type="dxa"/>
            <w:tcMar>
              <w:top w:w="70" w:type="dxa"/>
              <w:left w:w="60" w:type="dxa"/>
              <w:bottom w:w="70" w:type="dxa"/>
              <w:right w:w="60" w:type="dxa"/>
            </w:tcMar>
            <w:vAlign w:val="center"/>
          </w:tcPr>
          <w:p w14:paraId="0D076F6E" w14:textId="77777777" w:rsidR="00AA72C6" w:rsidRPr="00DC5ED7" w:rsidRDefault="00AA72C6" w:rsidP="00AA72C6">
            <w:pPr>
              <w:jc w:val="center"/>
              <w:rPr>
                <w:rFonts w:cs="Times New Roman"/>
              </w:rPr>
            </w:pPr>
            <w:r w:rsidRPr="00DC5ED7">
              <w:rPr>
                <w:rFonts w:cs="Times New Roman"/>
                <w:sz w:val="13"/>
              </w:rPr>
              <w:t>-1.15</w:t>
            </w:r>
          </w:p>
        </w:tc>
        <w:tc>
          <w:tcPr>
            <w:tcW w:w="1440" w:type="dxa"/>
            <w:tcMar>
              <w:top w:w="70" w:type="dxa"/>
              <w:left w:w="60" w:type="dxa"/>
              <w:bottom w:w="70" w:type="dxa"/>
              <w:right w:w="60" w:type="dxa"/>
            </w:tcMar>
            <w:vAlign w:val="center"/>
          </w:tcPr>
          <w:p w14:paraId="714A8163" w14:textId="77777777" w:rsidR="00AA72C6" w:rsidRPr="00DC5ED7" w:rsidRDefault="00AA72C6" w:rsidP="00AA72C6">
            <w:pPr>
              <w:jc w:val="center"/>
              <w:rPr>
                <w:rFonts w:cs="Times New Roman"/>
              </w:rPr>
            </w:pPr>
            <w:r w:rsidRPr="00DC5ED7">
              <w:rPr>
                <w:rFonts w:cs="Times New Roman"/>
                <w:sz w:val="13"/>
              </w:rPr>
              <w:t>0.203</w:t>
            </w:r>
          </w:p>
        </w:tc>
        <w:tc>
          <w:tcPr>
            <w:tcW w:w="1440" w:type="dxa"/>
            <w:tcMar>
              <w:top w:w="70" w:type="dxa"/>
              <w:left w:w="60" w:type="dxa"/>
              <w:bottom w:w="70" w:type="dxa"/>
              <w:right w:w="60" w:type="dxa"/>
            </w:tcMar>
            <w:vAlign w:val="center"/>
          </w:tcPr>
          <w:p w14:paraId="5252962B" w14:textId="77777777" w:rsidR="00AA72C6" w:rsidRPr="00DC5ED7" w:rsidRDefault="00AA72C6" w:rsidP="00AA72C6">
            <w:pPr>
              <w:jc w:val="center"/>
              <w:rPr>
                <w:rFonts w:cs="Times New Roman"/>
              </w:rPr>
            </w:pPr>
            <w:r w:rsidRPr="00DC5ED7">
              <w:rPr>
                <w:rFonts w:cs="Times New Roman"/>
                <w:sz w:val="13"/>
              </w:rPr>
              <w:t>-0.268</w:t>
            </w:r>
          </w:p>
        </w:tc>
        <w:tc>
          <w:tcPr>
            <w:tcW w:w="1440" w:type="dxa"/>
            <w:tcMar>
              <w:top w:w="70" w:type="dxa"/>
              <w:left w:w="60" w:type="dxa"/>
              <w:bottom w:w="70" w:type="dxa"/>
              <w:right w:w="60" w:type="dxa"/>
            </w:tcMar>
            <w:vAlign w:val="center"/>
          </w:tcPr>
          <w:p w14:paraId="4557DC58"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2F1CC289" w14:textId="77777777">
        <w:trPr>
          <w:jc w:val="center"/>
        </w:trPr>
        <w:tc>
          <w:tcPr>
            <w:tcW w:w="1440" w:type="dxa"/>
            <w:tcMar>
              <w:top w:w="70" w:type="dxa"/>
              <w:left w:w="60" w:type="dxa"/>
              <w:bottom w:w="70" w:type="dxa"/>
              <w:right w:w="60" w:type="dxa"/>
            </w:tcMar>
            <w:vAlign w:val="center"/>
          </w:tcPr>
          <w:p w14:paraId="41D814F8"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19A94E01" w14:textId="77777777" w:rsidR="00AA72C6" w:rsidRPr="00DC5ED7" w:rsidRDefault="00AA72C6" w:rsidP="00AA72C6">
            <w:pPr>
              <w:rPr>
                <w:rFonts w:cs="Times New Roman"/>
              </w:rPr>
            </w:pPr>
            <w:r w:rsidRPr="00DC5ED7">
              <w:rPr>
                <w:rFonts w:cs="Times New Roman"/>
                <w:sz w:val="13"/>
              </w:rPr>
              <w:t>Whole country</w:t>
            </w:r>
          </w:p>
        </w:tc>
        <w:tc>
          <w:tcPr>
            <w:tcW w:w="1440" w:type="dxa"/>
            <w:tcMar>
              <w:top w:w="70" w:type="dxa"/>
              <w:left w:w="60" w:type="dxa"/>
              <w:bottom w:w="70" w:type="dxa"/>
              <w:right w:w="60" w:type="dxa"/>
            </w:tcMar>
            <w:vAlign w:val="center"/>
          </w:tcPr>
          <w:p w14:paraId="0F224306"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3071FBAC" w14:textId="00F0DF42"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1FD0BBB2" w14:textId="77777777" w:rsidR="00AA72C6" w:rsidRPr="00DC5ED7" w:rsidRDefault="00AA72C6" w:rsidP="00AA72C6">
            <w:pPr>
              <w:jc w:val="center"/>
              <w:rPr>
                <w:rFonts w:cs="Times New Roman"/>
              </w:rPr>
            </w:pPr>
            <w:r w:rsidRPr="00DC5ED7">
              <w:rPr>
                <w:rFonts w:cs="Times New Roman"/>
                <w:sz w:val="13"/>
              </w:rPr>
              <w:t>-0.69</w:t>
            </w:r>
          </w:p>
        </w:tc>
        <w:tc>
          <w:tcPr>
            <w:tcW w:w="1440" w:type="dxa"/>
            <w:tcMar>
              <w:top w:w="70" w:type="dxa"/>
              <w:left w:w="60" w:type="dxa"/>
              <w:bottom w:w="70" w:type="dxa"/>
              <w:right w:w="60" w:type="dxa"/>
            </w:tcMar>
            <w:vAlign w:val="center"/>
          </w:tcPr>
          <w:p w14:paraId="25BD56B6" w14:textId="77777777" w:rsidR="00AA72C6" w:rsidRPr="00DC5ED7" w:rsidRDefault="00AA72C6" w:rsidP="00AA72C6">
            <w:pPr>
              <w:jc w:val="center"/>
              <w:rPr>
                <w:rFonts w:cs="Times New Roman"/>
              </w:rPr>
            </w:pPr>
            <w:r w:rsidRPr="00DC5ED7">
              <w:rPr>
                <w:rFonts w:cs="Times New Roman"/>
                <w:sz w:val="13"/>
              </w:rPr>
              <w:t>-0.72</w:t>
            </w:r>
          </w:p>
        </w:tc>
        <w:tc>
          <w:tcPr>
            <w:tcW w:w="1440" w:type="dxa"/>
            <w:tcMar>
              <w:top w:w="70" w:type="dxa"/>
              <w:left w:w="60" w:type="dxa"/>
              <w:bottom w:w="70" w:type="dxa"/>
              <w:right w:w="60" w:type="dxa"/>
            </w:tcMar>
            <w:vAlign w:val="center"/>
          </w:tcPr>
          <w:p w14:paraId="6BB43CB0" w14:textId="77777777" w:rsidR="00AA72C6" w:rsidRPr="00DC5ED7" w:rsidRDefault="00AA72C6" w:rsidP="00AA72C6">
            <w:pPr>
              <w:jc w:val="center"/>
              <w:rPr>
                <w:rFonts w:cs="Times New Roman"/>
              </w:rPr>
            </w:pPr>
            <w:r w:rsidRPr="00DC5ED7">
              <w:rPr>
                <w:rFonts w:cs="Times New Roman"/>
                <w:sz w:val="13"/>
              </w:rPr>
              <w:t>-1.05</w:t>
            </w:r>
          </w:p>
        </w:tc>
        <w:tc>
          <w:tcPr>
            <w:tcW w:w="1440" w:type="dxa"/>
            <w:tcMar>
              <w:top w:w="70" w:type="dxa"/>
              <w:left w:w="60" w:type="dxa"/>
              <w:bottom w:w="70" w:type="dxa"/>
              <w:right w:w="60" w:type="dxa"/>
            </w:tcMar>
            <w:vAlign w:val="center"/>
          </w:tcPr>
          <w:p w14:paraId="7C890B18" w14:textId="77777777" w:rsidR="00AA72C6" w:rsidRPr="00DC5ED7" w:rsidRDefault="00AA72C6" w:rsidP="00AA72C6">
            <w:pPr>
              <w:jc w:val="center"/>
              <w:rPr>
                <w:rFonts w:cs="Times New Roman"/>
              </w:rPr>
            </w:pPr>
            <w:r w:rsidRPr="00DC5ED7">
              <w:rPr>
                <w:rFonts w:cs="Times New Roman"/>
                <w:sz w:val="13"/>
              </w:rPr>
              <w:t>0.188</w:t>
            </w:r>
          </w:p>
        </w:tc>
        <w:tc>
          <w:tcPr>
            <w:tcW w:w="1440" w:type="dxa"/>
            <w:tcMar>
              <w:top w:w="70" w:type="dxa"/>
              <w:left w:w="60" w:type="dxa"/>
              <w:bottom w:w="70" w:type="dxa"/>
              <w:right w:w="60" w:type="dxa"/>
            </w:tcMar>
            <w:vAlign w:val="center"/>
          </w:tcPr>
          <w:p w14:paraId="307B8BEF" w14:textId="77777777" w:rsidR="00AA72C6" w:rsidRPr="00DC5ED7" w:rsidRDefault="00AA72C6" w:rsidP="00AA72C6">
            <w:pPr>
              <w:jc w:val="center"/>
              <w:rPr>
                <w:rFonts w:cs="Times New Roman"/>
              </w:rPr>
            </w:pPr>
            <w:r w:rsidRPr="00DC5ED7">
              <w:rPr>
                <w:rFonts w:cs="Times New Roman"/>
                <w:sz w:val="13"/>
              </w:rPr>
              <w:t>-0.240</w:t>
            </w:r>
          </w:p>
        </w:tc>
        <w:tc>
          <w:tcPr>
            <w:tcW w:w="1440" w:type="dxa"/>
            <w:tcMar>
              <w:top w:w="70" w:type="dxa"/>
              <w:left w:w="60" w:type="dxa"/>
              <w:bottom w:w="70" w:type="dxa"/>
              <w:right w:w="60" w:type="dxa"/>
            </w:tcMar>
            <w:vAlign w:val="center"/>
          </w:tcPr>
          <w:p w14:paraId="0EB41F2D"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4A01D037" w14:textId="77777777">
        <w:trPr>
          <w:jc w:val="center"/>
        </w:trPr>
        <w:tc>
          <w:tcPr>
            <w:tcW w:w="1440" w:type="dxa"/>
            <w:tcMar>
              <w:top w:w="70" w:type="dxa"/>
              <w:left w:w="60" w:type="dxa"/>
              <w:bottom w:w="70" w:type="dxa"/>
              <w:right w:w="60" w:type="dxa"/>
            </w:tcMar>
            <w:vAlign w:val="center"/>
          </w:tcPr>
          <w:p w14:paraId="7D5FDCA7"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61A0FF88" w14:textId="77777777" w:rsidR="00AA72C6" w:rsidRPr="00DC5ED7" w:rsidRDefault="00AA72C6" w:rsidP="00AA72C6">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7877F0D3"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2C5EC87D" w14:textId="3E9EEFE7"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4B3E245F" w14:textId="77777777" w:rsidR="00AA72C6" w:rsidRPr="00DC5ED7" w:rsidRDefault="00AA72C6" w:rsidP="00AA72C6">
            <w:pPr>
              <w:jc w:val="center"/>
              <w:rPr>
                <w:rFonts w:cs="Times New Roman"/>
              </w:rPr>
            </w:pPr>
            <w:r w:rsidRPr="00DC5ED7">
              <w:rPr>
                <w:rFonts w:cs="Times New Roman"/>
                <w:sz w:val="13"/>
              </w:rPr>
              <w:t>-0.59</w:t>
            </w:r>
          </w:p>
        </w:tc>
        <w:tc>
          <w:tcPr>
            <w:tcW w:w="1440" w:type="dxa"/>
            <w:tcMar>
              <w:top w:w="70" w:type="dxa"/>
              <w:left w:w="60" w:type="dxa"/>
              <w:bottom w:w="70" w:type="dxa"/>
              <w:right w:w="60" w:type="dxa"/>
            </w:tcMar>
            <w:vAlign w:val="center"/>
          </w:tcPr>
          <w:p w14:paraId="2A063CDC" w14:textId="77777777" w:rsidR="00AA72C6" w:rsidRPr="00DC5ED7" w:rsidRDefault="00AA72C6" w:rsidP="00AA72C6">
            <w:pPr>
              <w:jc w:val="center"/>
              <w:rPr>
                <w:rFonts w:cs="Times New Roman"/>
              </w:rPr>
            </w:pPr>
            <w:r w:rsidRPr="00DC5ED7">
              <w:rPr>
                <w:rFonts w:cs="Times New Roman"/>
                <w:sz w:val="13"/>
              </w:rPr>
              <w:t>-0.55</w:t>
            </w:r>
          </w:p>
        </w:tc>
        <w:tc>
          <w:tcPr>
            <w:tcW w:w="1440" w:type="dxa"/>
            <w:tcMar>
              <w:top w:w="70" w:type="dxa"/>
              <w:left w:w="60" w:type="dxa"/>
              <w:bottom w:w="70" w:type="dxa"/>
              <w:right w:w="60" w:type="dxa"/>
            </w:tcMar>
            <w:vAlign w:val="center"/>
          </w:tcPr>
          <w:p w14:paraId="4C59906C" w14:textId="77777777" w:rsidR="00AA72C6" w:rsidRPr="00DC5ED7" w:rsidRDefault="00AA72C6" w:rsidP="00AA72C6">
            <w:pPr>
              <w:jc w:val="center"/>
              <w:rPr>
                <w:rFonts w:cs="Times New Roman"/>
              </w:rPr>
            </w:pPr>
            <w:r w:rsidRPr="00DC5ED7">
              <w:rPr>
                <w:rFonts w:cs="Times New Roman"/>
                <w:sz w:val="13"/>
              </w:rPr>
              <w:t>-0.94</w:t>
            </w:r>
          </w:p>
        </w:tc>
        <w:tc>
          <w:tcPr>
            <w:tcW w:w="1440" w:type="dxa"/>
            <w:tcMar>
              <w:top w:w="70" w:type="dxa"/>
              <w:left w:w="60" w:type="dxa"/>
              <w:bottom w:w="70" w:type="dxa"/>
              <w:right w:w="60" w:type="dxa"/>
            </w:tcMar>
            <w:vAlign w:val="center"/>
          </w:tcPr>
          <w:p w14:paraId="23066A89" w14:textId="77777777" w:rsidR="00AA72C6" w:rsidRPr="00DC5ED7" w:rsidRDefault="00AA72C6" w:rsidP="00AA72C6">
            <w:pPr>
              <w:jc w:val="center"/>
              <w:rPr>
                <w:rFonts w:cs="Times New Roman"/>
              </w:rPr>
            </w:pPr>
            <w:r w:rsidRPr="00DC5ED7">
              <w:rPr>
                <w:rFonts w:cs="Times New Roman"/>
                <w:sz w:val="13"/>
              </w:rPr>
              <w:t>0.172</w:t>
            </w:r>
          </w:p>
        </w:tc>
        <w:tc>
          <w:tcPr>
            <w:tcW w:w="1440" w:type="dxa"/>
            <w:tcMar>
              <w:top w:w="70" w:type="dxa"/>
              <w:left w:w="60" w:type="dxa"/>
              <w:bottom w:w="70" w:type="dxa"/>
              <w:right w:w="60" w:type="dxa"/>
            </w:tcMar>
            <w:vAlign w:val="center"/>
          </w:tcPr>
          <w:p w14:paraId="4831C171" w14:textId="77777777" w:rsidR="00AA72C6" w:rsidRPr="00DC5ED7" w:rsidRDefault="00AA72C6" w:rsidP="00AA72C6">
            <w:pPr>
              <w:jc w:val="center"/>
              <w:rPr>
                <w:rFonts w:cs="Times New Roman"/>
              </w:rPr>
            </w:pPr>
            <w:r w:rsidRPr="00DC5ED7">
              <w:rPr>
                <w:rFonts w:cs="Times New Roman"/>
                <w:sz w:val="13"/>
              </w:rPr>
              <w:t>-0.213</w:t>
            </w:r>
          </w:p>
        </w:tc>
        <w:tc>
          <w:tcPr>
            <w:tcW w:w="1440" w:type="dxa"/>
            <w:tcMar>
              <w:top w:w="70" w:type="dxa"/>
              <w:left w:w="60" w:type="dxa"/>
              <w:bottom w:w="70" w:type="dxa"/>
              <w:right w:w="60" w:type="dxa"/>
            </w:tcMar>
            <w:vAlign w:val="center"/>
          </w:tcPr>
          <w:p w14:paraId="37D6E451" w14:textId="77777777" w:rsidR="00AA72C6" w:rsidRPr="00DC5ED7" w:rsidRDefault="00AA72C6" w:rsidP="00AA72C6">
            <w:pPr>
              <w:jc w:val="center"/>
              <w:rPr>
                <w:rFonts w:cs="Times New Roman"/>
              </w:rPr>
            </w:pPr>
            <w:r w:rsidRPr="00DC5ED7">
              <w:rPr>
                <w:rFonts w:cs="Times New Roman"/>
                <w:sz w:val="13"/>
              </w:rPr>
              <w:t>small</w:t>
            </w:r>
          </w:p>
        </w:tc>
      </w:tr>
      <w:tr w:rsidR="00AA72C6" w:rsidRPr="00DC5ED7" w14:paraId="3C5BEBBD" w14:textId="77777777">
        <w:trPr>
          <w:jc w:val="center"/>
        </w:trPr>
        <w:tc>
          <w:tcPr>
            <w:tcW w:w="1440" w:type="dxa"/>
            <w:tcMar>
              <w:top w:w="70" w:type="dxa"/>
              <w:left w:w="60" w:type="dxa"/>
              <w:bottom w:w="70" w:type="dxa"/>
              <w:right w:w="60" w:type="dxa"/>
            </w:tcMar>
            <w:vAlign w:val="center"/>
          </w:tcPr>
          <w:p w14:paraId="429DB130" w14:textId="77777777" w:rsidR="00AA72C6" w:rsidRPr="00DC5ED7" w:rsidRDefault="00AA72C6" w:rsidP="00AA72C6">
            <w:pPr>
              <w:rPr>
                <w:rFonts w:cs="Times New Roman"/>
              </w:rPr>
            </w:pPr>
            <w:r w:rsidRPr="00DC5ED7">
              <w:rPr>
                <w:rFonts w:cs="Times New Roman"/>
                <w:sz w:val="13"/>
              </w:rPr>
              <w:t>TAA</w:t>
            </w:r>
          </w:p>
        </w:tc>
        <w:tc>
          <w:tcPr>
            <w:tcW w:w="1440" w:type="dxa"/>
            <w:tcMar>
              <w:top w:w="70" w:type="dxa"/>
              <w:left w:w="60" w:type="dxa"/>
              <w:bottom w:w="70" w:type="dxa"/>
              <w:right w:w="60" w:type="dxa"/>
            </w:tcMar>
            <w:vAlign w:val="center"/>
          </w:tcPr>
          <w:p w14:paraId="36A344CC" w14:textId="77777777" w:rsidR="00AA72C6" w:rsidRPr="00DC5ED7" w:rsidRDefault="00AA72C6" w:rsidP="00AA72C6">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30930F17" w14:textId="77777777" w:rsidR="00AA72C6" w:rsidRPr="00DC5ED7" w:rsidRDefault="00AA72C6" w:rsidP="00AA72C6">
            <w:pPr>
              <w:jc w:val="center"/>
              <w:rPr>
                <w:rFonts w:cs="Times New Roman"/>
              </w:rPr>
            </w:pPr>
            <w:r w:rsidRPr="00DC5ED7">
              <w:rPr>
                <w:rFonts w:cs="Times New Roman"/>
                <w:sz w:val="13"/>
              </w:rPr>
              <w:t>1000</w:t>
            </w:r>
          </w:p>
        </w:tc>
        <w:tc>
          <w:tcPr>
            <w:tcW w:w="1440" w:type="dxa"/>
            <w:tcMar>
              <w:top w:w="70" w:type="dxa"/>
              <w:left w:w="60" w:type="dxa"/>
              <w:bottom w:w="70" w:type="dxa"/>
              <w:right w:w="60" w:type="dxa"/>
            </w:tcMar>
            <w:vAlign w:val="center"/>
          </w:tcPr>
          <w:p w14:paraId="14B6BC0D" w14:textId="5764AC3C" w:rsidR="00AA72C6" w:rsidRPr="00DC5ED7" w:rsidRDefault="00AA72C6" w:rsidP="00AA72C6">
            <w:pPr>
              <w:rPr>
                <w:rFonts w:cs="Times New Roman"/>
              </w:rPr>
            </w:pPr>
            <w:r w:rsidRPr="00DC5ED7">
              <w:rPr>
                <w:rFonts w:cs="Times New Roman"/>
                <w:sz w:val="13"/>
              </w:rPr>
              <w:t>Forest</w:t>
            </w:r>
            <w:r>
              <w:rPr>
                <w:rFonts w:cs="Times New Roman"/>
                <w:sz w:val="13"/>
              </w:rPr>
              <w:t>ed peatland</w:t>
            </w:r>
          </w:p>
        </w:tc>
        <w:tc>
          <w:tcPr>
            <w:tcW w:w="1440" w:type="dxa"/>
            <w:tcMar>
              <w:top w:w="70" w:type="dxa"/>
              <w:left w:w="60" w:type="dxa"/>
              <w:bottom w:w="70" w:type="dxa"/>
              <w:right w:w="60" w:type="dxa"/>
            </w:tcMar>
            <w:vAlign w:val="center"/>
          </w:tcPr>
          <w:p w14:paraId="4158F845" w14:textId="77777777" w:rsidR="00AA72C6" w:rsidRPr="00DC5ED7" w:rsidRDefault="00AA72C6" w:rsidP="00AA72C6">
            <w:pPr>
              <w:jc w:val="center"/>
              <w:rPr>
                <w:rFonts w:cs="Times New Roman"/>
              </w:rPr>
            </w:pPr>
            <w:r w:rsidRPr="00DC5ED7">
              <w:rPr>
                <w:rFonts w:cs="Times New Roman"/>
                <w:sz w:val="13"/>
              </w:rPr>
              <w:t>-0.56</w:t>
            </w:r>
          </w:p>
        </w:tc>
        <w:tc>
          <w:tcPr>
            <w:tcW w:w="1440" w:type="dxa"/>
            <w:tcMar>
              <w:top w:w="70" w:type="dxa"/>
              <w:left w:w="60" w:type="dxa"/>
              <w:bottom w:w="70" w:type="dxa"/>
              <w:right w:w="60" w:type="dxa"/>
            </w:tcMar>
            <w:vAlign w:val="center"/>
          </w:tcPr>
          <w:p w14:paraId="0D3935BA" w14:textId="77777777" w:rsidR="00AA72C6" w:rsidRPr="00DC5ED7" w:rsidRDefault="00AA72C6" w:rsidP="00AA72C6">
            <w:pPr>
              <w:jc w:val="center"/>
              <w:rPr>
                <w:rFonts w:cs="Times New Roman"/>
              </w:rPr>
            </w:pPr>
            <w:r w:rsidRPr="00DC5ED7">
              <w:rPr>
                <w:rFonts w:cs="Times New Roman"/>
                <w:sz w:val="13"/>
              </w:rPr>
              <w:t>-0.50</w:t>
            </w:r>
          </w:p>
        </w:tc>
        <w:tc>
          <w:tcPr>
            <w:tcW w:w="1440" w:type="dxa"/>
            <w:tcMar>
              <w:top w:w="70" w:type="dxa"/>
              <w:left w:w="60" w:type="dxa"/>
              <w:bottom w:w="70" w:type="dxa"/>
              <w:right w:w="60" w:type="dxa"/>
            </w:tcMar>
            <w:vAlign w:val="center"/>
          </w:tcPr>
          <w:p w14:paraId="66CEDF0F" w14:textId="77777777" w:rsidR="00AA72C6" w:rsidRPr="00DC5ED7" w:rsidRDefault="00AA72C6" w:rsidP="00AA72C6">
            <w:pPr>
              <w:jc w:val="center"/>
              <w:rPr>
                <w:rFonts w:cs="Times New Roman"/>
              </w:rPr>
            </w:pPr>
            <w:r w:rsidRPr="00DC5ED7">
              <w:rPr>
                <w:rFonts w:cs="Times New Roman"/>
                <w:sz w:val="13"/>
              </w:rPr>
              <w:t>-0.63</w:t>
            </w:r>
          </w:p>
        </w:tc>
        <w:tc>
          <w:tcPr>
            <w:tcW w:w="1440" w:type="dxa"/>
            <w:tcMar>
              <w:top w:w="70" w:type="dxa"/>
              <w:left w:w="60" w:type="dxa"/>
              <w:bottom w:w="70" w:type="dxa"/>
              <w:right w:w="60" w:type="dxa"/>
            </w:tcMar>
            <w:vAlign w:val="center"/>
          </w:tcPr>
          <w:p w14:paraId="29502F06" w14:textId="77777777" w:rsidR="00AA72C6" w:rsidRPr="00DC5ED7" w:rsidRDefault="00AA72C6" w:rsidP="00AA72C6">
            <w:pPr>
              <w:jc w:val="center"/>
              <w:rPr>
                <w:rFonts w:cs="Times New Roman"/>
              </w:rPr>
            </w:pPr>
            <w:r w:rsidRPr="00DC5ED7">
              <w:rPr>
                <w:rFonts w:cs="Times New Roman"/>
                <w:sz w:val="13"/>
              </w:rPr>
              <w:t>0.112</w:t>
            </w:r>
          </w:p>
        </w:tc>
        <w:tc>
          <w:tcPr>
            <w:tcW w:w="1440" w:type="dxa"/>
            <w:tcMar>
              <w:top w:w="70" w:type="dxa"/>
              <w:left w:w="60" w:type="dxa"/>
              <w:bottom w:w="70" w:type="dxa"/>
              <w:right w:w="60" w:type="dxa"/>
            </w:tcMar>
            <w:vAlign w:val="center"/>
          </w:tcPr>
          <w:p w14:paraId="0428B43A" w14:textId="77777777" w:rsidR="00AA72C6" w:rsidRPr="00DC5ED7" w:rsidRDefault="00AA72C6" w:rsidP="00AA72C6">
            <w:pPr>
              <w:jc w:val="center"/>
              <w:rPr>
                <w:rFonts w:cs="Times New Roman"/>
              </w:rPr>
            </w:pPr>
            <w:r w:rsidRPr="00DC5ED7">
              <w:rPr>
                <w:rFonts w:cs="Times New Roman"/>
                <w:sz w:val="13"/>
              </w:rPr>
              <w:t>-0.172</w:t>
            </w:r>
          </w:p>
        </w:tc>
        <w:tc>
          <w:tcPr>
            <w:tcW w:w="1440" w:type="dxa"/>
            <w:tcMar>
              <w:top w:w="70" w:type="dxa"/>
              <w:left w:w="60" w:type="dxa"/>
              <w:bottom w:w="70" w:type="dxa"/>
              <w:right w:w="60" w:type="dxa"/>
            </w:tcMar>
            <w:vAlign w:val="center"/>
          </w:tcPr>
          <w:p w14:paraId="2896CDA5" w14:textId="77777777" w:rsidR="00AA72C6" w:rsidRPr="00DC5ED7" w:rsidRDefault="00AA72C6" w:rsidP="00AA72C6">
            <w:pPr>
              <w:jc w:val="center"/>
              <w:rPr>
                <w:rFonts w:cs="Times New Roman"/>
              </w:rPr>
            </w:pPr>
            <w:r w:rsidRPr="00DC5ED7">
              <w:rPr>
                <w:rFonts w:cs="Times New Roman"/>
                <w:sz w:val="13"/>
              </w:rPr>
              <w:t>small</w:t>
            </w:r>
          </w:p>
        </w:tc>
      </w:tr>
    </w:tbl>
    <w:p w14:paraId="2D6F7F5D" w14:textId="77777777" w:rsidR="00FA44DC" w:rsidRPr="00DC5ED7" w:rsidRDefault="00FA44DC">
      <w:pPr>
        <w:spacing w:after="80"/>
        <w:rPr>
          <w:rFonts w:cs="Times New Roman"/>
        </w:rPr>
      </w:pPr>
    </w:p>
    <w:p w14:paraId="2975D420" w14:textId="77777777" w:rsidR="00FA44DC" w:rsidRPr="00DC5ED7" w:rsidRDefault="00E45AFC">
      <w:pPr>
        <w:rPr>
          <w:rFonts w:cs="Times New Roman"/>
        </w:rPr>
      </w:pPr>
      <w:r w:rsidRPr="00DC5ED7">
        <w:rPr>
          <w:rFonts w:cs="Times New Roman"/>
        </w:rPr>
        <w:br w:type="page"/>
      </w:r>
    </w:p>
    <w:p w14:paraId="28579217" w14:textId="77777777" w:rsidR="002C61EB" w:rsidRDefault="00E45AFC">
      <w:pPr>
        <w:jc w:val="center"/>
      </w:pPr>
      <w:r>
        <w:rPr>
          <w:noProof/>
        </w:rPr>
        <w:drawing>
          <wp:inline distT="0" distB="0" distL="0" distR="0" wp14:anchorId="6E3E8727" wp14:editId="6FD3C446">
            <wp:extent cx="9144000" cy="31242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road_ditch_all_domain_scatter_rd1000_cd1000_5000m.png"/>
                    <pic:cNvPicPr/>
                  </pic:nvPicPr>
                  <pic:blipFill>
                    <a:blip r:embed="rId10"/>
                    <a:stretch>
                      <a:fillRect/>
                    </a:stretch>
                  </pic:blipFill>
                  <pic:spPr>
                    <a:xfrm>
                      <a:off x="0" y="0"/>
                      <a:ext cx="9144000" cy="3124227"/>
                    </a:xfrm>
                    <a:prstGeom prst="rect">
                      <a:avLst/>
                    </a:prstGeom>
                  </pic:spPr>
                </pic:pic>
              </a:graphicData>
            </a:graphic>
          </wp:inline>
        </w:drawing>
      </w:r>
    </w:p>
    <w:p w14:paraId="428C3441" w14:textId="77777777" w:rsidR="002C61EB" w:rsidRDefault="00E45AFC">
      <w:pPr>
        <w:pStyle w:val="Caption"/>
      </w:pPr>
      <w:r>
        <w:t xml:space="preserve">Supplementary </w:t>
      </w:r>
      <w:r>
        <w:t>Figure S4.</w:t>
      </w:r>
      <w:r>
        <w:rPr>
          <w:b w:val="0"/>
        </w:rPr>
        <w:t xml:space="preserve"> Road and ditch density covariation across 5 km grid cells in the NMD2023 analysis domain. Panels show whole-country, northern, and southern grid cells for 1,000 m road density and 1,000 m mapped ditch density. Points are grid-cell means; black l</w:t>
      </w:r>
      <w:r>
        <w:rPr>
          <w:b w:val="0"/>
        </w:rPr>
        <w:t>ines show binned medians rather than fitted models. Spearman rho values were calculated from all grid cells in each region; axes are truncated at the 99th percentile for readability.</w:t>
      </w:r>
    </w:p>
    <w:p w14:paraId="17BD686C" w14:textId="77777777" w:rsidR="002C61EB" w:rsidRDefault="00E45AFC">
      <w:r>
        <w:br w:type="page"/>
      </w:r>
    </w:p>
    <w:p w14:paraId="585BC3A9" w14:textId="77777777" w:rsidR="00FA44DC" w:rsidRPr="00DC5ED7" w:rsidRDefault="00E45AFC" w:rsidP="00DC5ED7">
      <w:pPr>
        <w:spacing w:after="0"/>
        <w:jc w:val="center"/>
        <w:rPr>
          <w:rFonts w:cs="Times New Roman"/>
        </w:rPr>
      </w:pPr>
      <w:r w:rsidRPr="00DC5ED7">
        <w:rPr>
          <w:rFonts w:cs="Times New Roman"/>
          <w:noProof/>
        </w:rPr>
        <w:drawing>
          <wp:inline distT="0" distB="0" distL="0" distR="0" wp14:anchorId="2A1D9ADB" wp14:editId="4CCA8CEA">
            <wp:extent cx="7269480" cy="33924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first_day_vs_perimeter_differences.png"/>
                    <pic:cNvPicPr/>
                  </pic:nvPicPr>
                  <pic:blipFill>
                    <a:blip r:embed="rId11"/>
                    <a:stretch>
                      <a:fillRect/>
                    </a:stretch>
                  </pic:blipFill>
                  <pic:spPr>
                    <a:xfrm>
                      <a:off x="0" y="0"/>
                      <a:ext cx="7269480" cy="3392424"/>
                    </a:xfrm>
                    <a:prstGeom prst="rect">
                      <a:avLst/>
                    </a:prstGeom>
                  </pic:spPr>
                </pic:pic>
              </a:graphicData>
            </a:graphic>
          </wp:inline>
        </w:drawing>
      </w:r>
    </w:p>
    <w:p w14:paraId="536E0EB9" w14:textId="0CD18F4C" w:rsidR="00FA44DC" w:rsidRPr="00DC5ED7" w:rsidRDefault="00E45AFC">
      <w:pPr>
        <w:pStyle w:val="Caption"/>
        <w:spacing w:before="40" w:after="160"/>
        <w:rPr>
          <w:rFonts w:cs="Times New Roman"/>
          <w:szCs w:val="20"/>
        </w:rPr>
      </w:pPr>
      <w:r>
        <w:t>Supplementary Figure S5.</w:t>
      </w:r>
      <w:r>
        <w:rPr>
          <w:b w:val="0"/>
        </w:rPr>
        <w:t xml:space="preserve"> First-day burned area versus full BA event p</w:t>
      </w:r>
      <w:r>
        <w:rPr>
          <w:b w:val="0"/>
        </w:rPr>
        <w:t xml:space="preserve">erimeter in multi-day BA events. Boxplots show paired first-day minus final-perimeter differences for 100 m and 1,000 m ditch-density means and </w:t>
      </w:r>
      <w:r w:rsidR="00303474" w:rsidRPr="00303474">
        <w:rPr>
          <w:b w:val="0"/>
        </w:rPr>
        <w:t>peatland area fraction</w:t>
      </w:r>
      <w:r>
        <w:rPr>
          <w:b w:val="0"/>
        </w:rPr>
        <w:t>. First-day burned area is an apparent fire-start proxy, not an exact ignition location.</w:t>
      </w:r>
    </w:p>
    <w:p w14:paraId="4037B15D" w14:textId="77777777" w:rsidR="00FA44DC" w:rsidRPr="00DC5ED7" w:rsidRDefault="00E45AFC">
      <w:pPr>
        <w:rPr>
          <w:rFonts w:cs="Times New Roman"/>
        </w:rPr>
      </w:pPr>
      <w:r w:rsidRPr="00DC5ED7">
        <w:rPr>
          <w:rFonts w:cs="Times New Roman"/>
        </w:rPr>
        <w:br w:type="page"/>
      </w:r>
    </w:p>
    <w:p w14:paraId="339C14AD" w14:textId="77777777" w:rsidR="00FA44DC" w:rsidRPr="00DC5ED7" w:rsidRDefault="00E45AFC">
      <w:pPr>
        <w:pStyle w:val="Caption"/>
        <w:spacing w:before="40" w:after="60"/>
        <w:rPr>
          <w:rFonts w:cs="Times New Roman"/>
          <w:b w:val="0"/>
          <w:bCs w:val="0"/>
          <w:szCs w:val="20"/>
        </w:rPr>
      </w:pPr>
      <w:r w:rsidRPr="00DC5ED7">
        <w:rPr>
          <w:rFonts w:cs="Times New Roman"/>
          <w:szCs w:val="20"/>
        </w:rPr>
        <w:t xml:space="preserve">Supplementary Table S3. </w:t>
      </w:r>
      <w:r w:rsidRPr="00DC5ED7">
        <w:rPr>
          <w:rFonts w:cs="Times New Roman"/>
          <w:b w:val="0"/>
          <w:bCs w:val="0"/>
          <w:szCs w:val="20"/>
        </w:rPr>
        <w:t xml:space="preserve">Event-level paired comparison of first-day burned areas and full BA event perimeters. Higher/lower/equal gives the number of events where the first-day value was greater than, less than, or equal to the full-perimeter value. </w:t>
      </w:r>
      <w:r w:rsidRPr="00DC5ED7">
        <w:rPr>
          <w:rFonts w:cs="Times New Roman"/>
          <w:b w:val="0"/>
          <w:bCs w:val="0"/>
          <w:szCs w:val="20"/>
        </w:rPr>
        <w:t>Differences are first day minus perimeter.</w:t>
      </w:r>
    </w:p>
    <w:tbl>
      <w:tblPr>
        <w:tblStyle w:val="TableGrid"/>
        <w:tblW w:w="0" w:type="auto"/>
        <w:jc w:val="center"/>
        <w:tblBorders>
          <w:top w:val="single" w:sz="4" w:space="0" w:color="BFC7D1"/>
          <w:left w:val="single" w:sz="4" w:space="0" w:color="BFC7D1"/>
          <w:bottom w:val="single" w:sz="4" w:space="0" w:color="BFC7D1"/>
          <w:right w:val="single" w:sz="4" w:space="0" w:color="BFC7D1"/>
          <w:insideH w:val="single" w:sz="4" w:space="0" w:color="BFC7D1"/>
          <w:insideV w:val="single" w:sz="4" w:space="0" w:color="BFC7D1"/>
        </w:tblBorders>
        <w:tblLook w:val="04A0" w:firstRow="1" w:lastRow="0" w:firstColumn="1" w:lastColumn="0" w:noHBand="0" w:noVBand="1"/>
      </w:tblPr>
      <w:tblGrid>
        <w:gridCol w:w="1440"/>
        <w:gridCol w:w="1440"/>
        <w:gridCol w:w="1440"/>
        <w:gridCol w:w="1440"/>
        <w:gridCol w:w="1440"/>
        <w:gridCol w:w="1440"/>
        <w:gridCol w:w="1440"/>
        <w:gridCol w:w="1440"/>
        <w:gridCol w:w="1440"/>
        <w:gridCol w:w="1440"/>
      </w:tblGrid>
      <w:tr w:rsidR="00FA44DC" w:rsidRPr="00DC5ED7" w14:paraId="5CAE0D98" w14:textId="77777777">
        <w:trPr>
          <w:tblHeader/>
          <w:jc w:val="center"/>
        </w:trPr>
        <w:tc>
          <w:tcPr>
            <w:tcW w:w="1440" w:type="dxa"/>
            <w:shd w:val="clear" w:color="auto" w:fill="D9EAF7"/>
            <w:tcMar>
              <w:top w:w="70" w:type="dxa"/>
              <w:left w:w="60" w:type="dxa"/>
              <w:bottom w:w="70" w:type="dxa"/>
              <w:right w:w="60" w:type="dxa"/>
            </w:tcMar>
            <w:vAlign w:val="center"/>
          </w:tcPr>
          <w:p w14:paraId="05D20D2A" w14:textId="77777777" w:rsidR="00FA44DC" w:rsidRPr="00DC5ED7" w:rsidRDefault="00E45AFC">
            <w:pPr>
              <w:jc w:val="center"/>
              <w:rPr>
                <w:rFonts w:cs="Times New Roman"/>
              </w:rPr>
            </w:pPr>
            <w:r w:rsidRPr="00DC5ED7">
              <w:rPr>
                <w:rFonts w:cs="Times New Roman"/>
                <w:b/>
                <w:sz w:val="14"/>
              </w:rPr>
              <w:t>Group</w:t>
            </w:r>
          </w:p>
        </w:tc>
        <w:tc>
          <w:tcPr>
            <w:tcW w:w="1440" w:type="dxa"/>
            <w:shd w:val="clear" w:color="auto" w:fill="D9EAF7"/>
            <w:tcMar>
              <w:top w:w="70" w:type="dxa"/>
              <w:left w:w="60" w:type="dxa"/>
              <w:bottom w:w="70" w:type="dxa"/>
              <w:right w:w="60" w:type="dxa"/>
            </w:tcMar>
            <w:vAlign w:val="center"/>
          </w:tcPr>
          <w:p w14:paraId="664FAF57" w14:textId="77777777" w:rsidR="00FA44DC" w:rsidRPr="00DC5ED7" w:rsidRDefault="00E45AFC">
            <w:pPr>
              <w:jc w:val="center"/>
              <w:rPr>
                <w:rFonts w:cs="Times New Roman"/>
              </w:rPr>
            </w:pPr>
            <w:r w:rsidRPr="00DC5ED7">
              <w:rPr>
                <w:rFonts w:cs="Times New Roman"/>
                <w:b/>
                <w:sz w:val="14"/>
              </w:rPr>
              <w:t>Metric</w:t>
            </w:r>
          </w:p>
        </w:tc>
        <w:tc>
          <w:tcPr>
            <w:tcW w:w="1440" w:type="dxa"/>
            <w:shd w:val="clear" w:color="auto" w:fill="D9EAF7"/>
            <w:tcMar>
              <w:top w:w="70" w:type="dxa"/>
              <w:left w:w="60" w:type="dxa"/>
              <w:bottom w:w="70" w:type="dxa"/>
              <w:right w:w="60" w:type="dxa"/>
            </w:tcMar>
            <w:vAlign w:val="center"/>
          </w:tcPr>
          <w:p w14:paraId="1A068775" w14:textId="77777777" w:rsidR="00FA44DC" w:rsidRPr="00DC5ED7" w:rsidRDefault="00E45AFC">
            <w:pPr>
              <w:jc w:val="center"/>
              <w:rPr>
                <w:rFonts w:cs="Times New Roman"/>
              </w:rPr>
            </w:pPr>
            <w:r w:rsidRPr="00DC5ED7">
              <w:rPr>
                <w:rFonts w:cs="Times New Roman"/>
                <w:b/>
                <w:sz w:val="14"/>
              </w:rPr>
              <w:t>Unit</w:t>
            </w:r>
          </w:p>
        </w:tc>
        <w:tc>
          <w:tcPr>
            <w:tcW w:w="1440" w:type="dxa"/>
            <w:shd w:val="clear" w:color="auto" w:fill="D9EAF7"/>
            <w:tcMar>
              <w:top w:w="70" w:type="dxa"/>
              <w:left w:w="60" w:type="dxa"/>
              <w:bottom w:w="70" w:type="dxa"/>
              <w:right w:w="60" w:type="dxa"/>
            </w:tcMar>
            <w:vAlign w:val="center"/>
          </w:tcPr>
          <w:p w14:paraId="078747BC" w14:textId="77777777" w:rsidR="00FA44DC" w:rsidRPr="00DC5ED7" w:rsidRDefault="00E45AFC">
            <w:pPr>
              <w:jc w:val="center"/>
              <w:rPr>
                <w:rFonts w:cs="Times New Roman"/>
              </w:rPr>
            </w:pPr>
            <w:r w:rsidRPr="00DC5ED7">
              <w:rPr>
                <w:rFonts w:cs="Times New Roman"/>
                <w:b/>
                <w:sz w:val="14"/>
              </w:rPr>
              <w:t>n</w:t>
            </w:r>
          </w:p>
        </w:tc>
        <w:tc>
          <w:tcPr>
            <w:tcW w:w="1440" w:type="dxa"/>
            <w:shd w:val="clear" w:color="auto" w:fill="D9EAF7"/>
            <w:tcMar>
              <w:top w:w="70" w:type="dxa"/>
              <w:left w:w="60" w:type="dxa"/>
              <w:bottom w:w="70" w:type="dxa"/>
              <w:right w:w="60" w:type="dxa"/>
            </w:tcMar>
            <w:vAlign w:val="center"/>
          </w:tcPr>
          <w:p w14:paraId="6BD79B8F" w14:textId="77777777" w:rsidR="00FA44DC" w:rsidRPr="00DC5ED7" w:rsidRDefault="00E45AFC">
            <w:pPr>
              <w:jc w:val="center"/>
              <w:rPr>
                <w:rFonts w:cs="Times New Roman"/>
              </w:rPr>
            </w:pPr>
            <w:r w:rsidRPr="00DC5ED7">
              <w:rPr>
                <w:rFonts w:cs="Times New Roman"/>
                <w:b/>
                <w:sz w:val="14"/>
              </w:rPr>
              <w:t>Higher/lower/equal</w:t>
            </w:r>
          </w:p>
        </w:tc>
        <w:tc>
          <w:tcPr>
            <w:tcW w:w="1440" w:type="dxa"/>
            <w:shd w:val="clear" w:color="auto" w:fill="D9EAF7"/>
            <w:tcMar>
              <w:top w:w="70" w:type="dxa"/>
              <w:left w:w="60" w:type="dxa"/>
              <w:bottom w:w="70" w:type="dxa"/>
              <w:right w:w="60" w:type="dxa"/>
            </w:tcMar>
            <w:vAlign w:val="center"/>
          </w:tcPr>
          <w:p w14:paraId="4977B9DB" w14:textId="77777777" w:rsidR="00FA44DC" w:rsidRPr="00DC5ED7" w:rsidRDefault="00E45AFC">
            <w:pPr>
              <w:jc w:val="center"/>
              <w:rPr>
                <w:rFonts w:cs="Times New Roman"/>
              </w:rPr>
            </w:pPr>
            <w:r w:rsidRPr="00DC5ED7">
              <w:rPr>
                <w:rFonts w:cs="Times New Roman"/>
                <w:b/>
                <w:sz w:val="14"/>
              </w:rPr>
              <w:t>First-day median</w:t>
            </w:r>
          </w:p>
        </w:tc>
        <w:tc>
          <w:tcPr>
            <w:tcW w:w="1440" w:type="dxa"/>
            <w:shd w:val="clear" w:color="auto" w:fill="D9EAF7"/>
            <w:tcMar>
              <w:top w:w="70" w:type="dxa"/>
              <w:left w:w="60" w:type="dxa"/>
              <w:bottom w:w="70" w:type="dxa"/>
              <w:right w:w="60" w:type="dxa"/>
            </w:tcMar>
            <w:vAlign w:val="center"/>
          </w:tcPr>
          <w:p w14:paraId="1121D89C" w14:textId="77777777" w:rsidR="00FA44DC" w:rsidRPr="00DC5ED7" w:rsidRDefault="00E45AFC">
            <w:pPr>
              <w:jc w:val="center"/>
              <w:rPr>
                <w:rFonts w:cs="Times New Roman"/>
              </w:rPr>
            </w:pPr>
            <w:r w:rsidRPr="00DC5ED7">
              <w:rPr>
                <w:rFonts w:cs="Times New Roman"/>
                <w:b/>
                <w:sz w:val="14"/>
              </w:rPr>
              <w:t>Perimeter median</w:t>
            </w:r>
          </w:p>
        </w:tc>
        <w:tc>
          <w:tcPr>
            <w:tcW w:w="1440" w:type="dxa"/>
            <w:shd w:val="clear" w:color="auto" w:fill="D9EAF7"/>
            <w:tcMar>
              <w:top w:w="70" w:type="dxa"/>
              <w:left w:w="60" w:type="dxa"/>
              <w:bottom w:w="70" w:type="dxa"/>
              <w:right w:w="60" w:type="dxa"/>
            </w:tcMar>
            <w:vAlign w:val="center"/>
          </w:tcPr>
          <w:p w14:paraId="5A7F882D" w14:textId="77777777" w:rsidR="00FA44DC" w:rsidRPr="00DC5ED7" w:rsidRDefault="00E45AFC">
            <w:pPr>
              <w:jc w:val="center"/>
              <w:rPr>
                <w:rFonts w:cs="Times New Roman"/>
              </w:rPr>
            </w:pPr>
            <w:r w:rsidRPr="00DC5ED7">
              <w:rPr>
                <w:rFonts w:cs="Times New Roman"/>
                <w:b/>
                <w:sz w:val="14"/>
              </w:rPr>
              <w:t>Median diff.</w:t>
            </w:r>
          </w:p>
        </w:tc>
        <w:tc>
          <w:tcPr>
            <w:tcW w:w="1440" w:type="dxa"/>
            <w:shd w:val="clear" w:color="auto" w:fill="D9EAF7"/>
            <w:tcMar>
              <w:top w:w="70" w:type="dxa"/>
              <w:left w:w="60" w:type="dxa"/>
              <w:bottom w:w="70" w:type="dxa"/>
              <w:right w:w="60" w:type="dxa"/>
            </w:tcMar>
            <w:vAlign w:val="center"/>
          </w:tcPr>
          <w:p w14:paraId="69980654" w14:textId="77777777" w:rsidR="00FA44DC" w:rsidRPr="00DC5ED7" w:rsidRDefault="00E45AFC">
            <w:pPr>
              <w:jc w:val="center"/>
              <w:rPr>
                <w:rFonts w:cs="Times New Roman"/>
              </w:rPr>
            </w:pPr>
            <w:r w:rsidRPr="00DC5ED7">
              <w:rPr>
                <w:rFonts w:cs="Times New Roman"/>
                <w:b/>
                <w:sz w:val="14"/>
              </w:rPr>
              <w:t>IQR diff.</w:t>
            </w:r>
          </w:p>
        </w:tc>
        <w:tc>
          <w:tcPr>
            <w:tcW w:w="1440" w:type="dxa"/>
            <w:shd w:val="clear" w:color="auto" w:fill="D9EAF7"/>
            <w:tcMar>
              <w:top w:w="70" w:type="dxa"/>
              <w:left w:w="60" w:type="dxa"/>
              <w:bottom w:w="70" w:type="dxa"/>
              <w:right w:w="60" w:type="dxa"/>
            </w:tcMar>
            <w:vAlign w:val="center"/>
          </w:tcPr>
          <w:p w14:paraId="0837B882" w14:textId="77777777" w:rsidR="00FA44DC" w:rsidRPr="00DC5ED7" w:rsidRDefault="00E45AFC">
            <w:pPr>
              <w:jc w:val="center"/>
              <w:rPr>
                <w:rFonts w:cs="Times New Roman"/>
              </w:rPr>
            </w:pPr>
            <w:r w:rsidRPr="00DC5ED7">
              <w:rPr>
                <w:rFonts w:cs="Times New Roman"/>
                <w:b/>
                <w:sz w:val="14"/>
              </w:rPr>
              <w:t>Sign-test p</w:t>
            </w:r>
          </w:p>
        </w:tc>
      </w:tr>
      <w:tr w:rsidR="00FA44DC" w:rsidRPr="00DC5ED7" w14:paraId="2F83E04C" w14:textId="77777777">
        <w:trPr>
          <w:jc w:val="center"/>
        </w:trPr>
        <w:tc>
          <w:tcPr>
            <w:tcW w:w="1440" w:type="dxa"/>
            <w:tcMar>
              <w:top w:w="70" w:type="dxa"/>
              <w:left w:w="60" w:type="dxa"/>
              <w:bottom w:w="70" w:type="dxa"/>
              <w:right w:w="60" w:type="dxa"/>
            </w:tcMar>
            <w:vAlign w:val="center"/>
          </w:tcPr>
          <w:p w14:paraId="1C4C6D2B" w14:textId="77777777" w:rsidR="00FA44DC" w:rsidRPr="00DC5ED7" w:rsidRDefault="00E45AFC">
            <w:pPr>
              <w:rPr>
                <w:rFonts w:cs="Times New Roman"/>
              </w:rPr>
            </w:pPr>
            <w:r w:rsidRPr="00DC5ED7">
              <w:rPr>
                <w:rFonts w:cs="Times New Roman"/>
                <w:sz w:val="13"/>
              </w:rPr>
              <w:t>All events</w:t>
            </w:r>
          </w:p>
        </w:tc>
        <w:tc>
          <w:tcPr>
            <w:tcW w:w="1440" w:type="dxa"/>
            <w:tcMar>
              <w:top w:w="70" w:type="dxa"/>
              <w:left w:w="60" w:type="dxa"/>
              <w:bottom w:w="70" w:type="dxa"/>
              <w:right w:w="60" w:type="dxa"/>
            </w:tcMar>
            <w:vAlign w:val="center"/>
          </w:tcPr>
          <w:p w14:paraId="3B04C225" w14:textId="77777777" w:rsidR="00FA44DC" w:rsidRPr="00DC5ED7" w:rsidRDefault="00E45AFC">
            <w:pPr>
              <w:rPr>
                <w:rFonts w:cs="Times New Roman"/>
              </w:rPr>
            </w:pPr>
            <w:r w:rsidRPr="00DC5ED7">
              <w:rPr>
                <w:rFonts w:cs="Times New Roman"/>
                <w:sz w:val="13"/>
              </w:rPr>
              <w:t>100 m mean ditch density</w:t>
            </w:r>
          </w:p>
        </w:tc>
        <w:tc>
          <w:tcPr>
            <w:tcW w:w="1440" w:type="dxa"/>
            <w:tcMar>
              <w:top w:w="70" w:type="dxa"/>
              <w:left w:w="60" w:type="dxa"/>
              <w:bottom w:w="70" w:type="dxa"/>
              <w:right w:w="60" w:type="dxa"/>
            </w:tcMar>
            <w:vAlign w:val="center"/>
          </w:tcPr>
          <w:p w14:paraId="4098CFC5" w14:textId="222AA0C0"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41679999" w14:textId="77777777" w:rsidR="00FA44DC" w:rsidRPr="00DC5ED7" w:rsidRDefault="00E45AFC">
            <w:pPr>
              <w:rPr>
                <w:rFonts w:cs="Times New Roman"/>
              </w:rPr>
            </w:pPr>
            <w:r w:rsidRPr="00DC5ED7">
              <w:rPr>
                <w:rFonts w:cs="Times New Roman"/>
                <w:sz w:val="13"/>
              </w:rPr>
              <w:t>35</w:t>
            </w:r>
          </w:p>
        </w:tc>
        <w:tc>
          <w:tcPr>
            <w:tcW w:w="1440" w:type="dxa"/>
            <w:tcMar>
              <w:top w:w="70" w:type="dxa"/>
              <w:left w:w="60" w:type="dxa"/>
              <w:bottom w:w="70" w:type="dxa"/>
              <w:right w:w="60" w:type="dxa"/>
            </w:tcMar>
            <w:vAlign w:val="center"/>
          </w:tcPr>
          <w:p w14:paraId="3E7C650A" w14:textId="77777777" w:rsidR="00FA44DC" w:rsidRPr="00DC5ED7" w:rsidRDefault="00E45AFC">
            <w:pPr>
              <w:jc w:val="center"/>
              <w:rPr>
                <w:rFonts w:cs="Times New Roman"/>
              </w:rPr>
            </w:pPr>
            <w:r w:rsidRPr="00DC5ED7">
              <w:rPr>
                <w:rFonts w:cs="Times New Roman"/>
                <w:sz w:val="13"/>
              </w:rPr>
              <w:t>17/18/0</w:t>
            </w:r>
          </w:p>
        </w:tc>
        <w:tc>
          <w:tcPr>
            <w:tcW w:w="1440" w:type="dxa"/>
            <w:tcMar>
              <w:top w:w="70" w:type="dxa"/>
              <w:left w:w="60" w:type="dxa"/>
              <w:bottom w:w="70" w:type="dxa"/>
              <w:right w:w="60" w:type="dxa"/>
            </w:tcMar>
            <w:vAlign w:val="center"/>
          </w:tcPr>
          <w:p w14:paraId="453CFE09" w14:textId="77777777" w:rsidR="00FA44DC" w:rsidRPr="00DC5ED7" w:rsidRDefault="00E45AFC">
            <w:pPr>
              <w:jc w:val="center"/>
              <w:rPr>
                <w:rFonts w:cs="Times New Roman"/>
              </w:rPr>
            </w:pPr>
            <w:r w:rsidRPr="00DC5ED7">
              <w:rPr>
                <w:rFonts w:cs="Times New Roman"/>
                <w:sz w:val="13"/>
              </w:rPr>
              <w:t>1.55</w:t>
            </w:r>
          </w:p>
        </w:tc>
        <w:tc>
          <w:tcPr>
            <w:tcW w:w="1440" w:type="dxa"/>
            <w:tcMar>
              <w:top w:w="70" w:type="dxa"/>
              <w:left w:w="60" w:type="dxa"/>
              <w:bottom w:w="70" w:type="dxa"/>
              <w:right w:w="60" w:type="dxa"/>
            </w:tcMar>
            <w:vAlign w:val="center"/>
          </w:tcPr>
          <w:p w14:paraId="4FEA6B19" w14:textId="77777777" w:rsidR="00FA44DC" w:rsidRPr="00DC5ED7" w:rsidRDefault="00E45AFC">
            <w:pPr>
              <w:jc w:val="center"/>
              <w:rPr>
                <w:rFonts w:cs="Times New Roman"/>
              </w:rPr>
            </w:pPr>
            <w:r w:rsidRPr="00DC5ED7">
              <w:rPr>
                <w:rFonts w:cs="Times New Roman"/>
                <w:sz w:val="13"/>
              </w:rPr>
              <w:t>1.74</w:t>
            </w:r>
          </w:p>
        </w:tc>
        <w:tc>
          <w:tcPr>
            <w:tcW w:w="1440" w:type="dxa"/>
            <w:tcMar>
              <w:top w:w="70" w:type="dxa"/>
              <w:left w:w="60" w:type="dxa"/>
              <w:bottom w:w="70" w:type="dxa"/>
              <w:right w:w="60" w:type="dxa"/>
            </w:tcMar>
            <w:vAlign w:val="center"/>
          </w:tcPr>
          <w:p w14:paraId="6F1B7106"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0ACBF64F" w14:textId="77777777" w:rsidR="00FA44DC" w:rsidRPr="00DC5ED7" w:rsidRDefault="00E45AFC">
            <w:pPr>
              <w:jc w:val="center"/>
              <w:rPr>
                <w:rFonts w:cs="Times New Roman"/>
              </w:rPr>
            </w:pPr>
            <w:r w:rsidRPr="00DC5ED7">
              <w:rPr>
                <w:rFonts w:cs="Times New Roman"/>
                <w:sz w:val="13"/>
              </w:rPr>
              <w:t>-0.70 to 0.60</w:t>
            </w:r>
          </w:p>
        </w:tc>
        <w:tc>
          <w:tcPr>
            <w:tcW w:w="1440" w:type="dxa"/>
            <w:tcMar>
              <w:top w:w="70" w:type="dxa"/>
              <w:left w:w="60" w:type="dxa"/>
              <w:bottom w:w="70" w:type="dxa"/>
              <w:right w:w="60" w:type="dxa"/>
            </w:tcMar>
            <w:vAlign w:val="center"/>
          </w:tcPr>
          <w:p w14:paraId="4DB4E361" w14:textId="77777777" w:rsidR="00FA44DC" w:rsidRPr="00DC5ED7" w:rsidRDefault="00E45AFC">
            <w:pPr>
              <w:jc w:val="center"/>
              <w:rPr>
                <w:rFonts w:cs="Times New Roman"/>
              </w:rPr>
            </w:pPr>
            <w:r w:rsidRPr="00DC5ED7">
              <w:rPr>
                <w:rFonts w:cs="Times New Roman"/>
                <w:sz w:val="13"/>
              </w:rPr>
              <w:t>1.000</w:t>
            </w:r>
          </w:p>
        </w:tc>
      </w:tr>
      <w:tr w:rsidR="00FA44DC" w:rsidRPr="00DC5ED7" w14:paraId="1ED5B194" w14:textId="77777777">
        <w:trPr>
          <w:jc w:val="center"/>
        </w:trPr>
        <w:tc>
          <w:tcPr>
            <w:tcW w:w="1440" w:type="dxa"/>
            <w:tcMar>
              <w:top w:w="70" w:type="dxa"/>
              <w:left w:w="60" w:type="dxa"/>
              <w:bottom w:w="70" w:type="dxa"/>
              <w:right w:w="60" w:type="dxa"/>
            </w:tcMar>
            <w:vAlign w:val="center"/>
          </w:tcPr>
          <w:p w14:paraId="71409833" w14:textId="77777777" w:rsidR="00FA44DC" w:rsidRPr="00DC5ED7" w:rsidRDefault="00E45AFC">
            <w:pPr>
              <w:rPr>
                <w:rFonts w:cs="Times New Roman"/>
              </w:rPr>
            </w:pPr>
            <w:r w:rsidRPr="00DC5ED7">
              <w:rPr>
                <w:rFonts w:cs="Times New Roman"/>
                <w:sz w:val="13"/>
              </w:rPr>
              <w:t>All events</w:t>
            </w:r>
          </w:p>
        </w:tc>
        <w:tc>
          <w:tcPr>
            <w:tcW w:w="1440" w:type="dxa"/>
            <w:tcMar>
              <w:top w:w="70" w:type="dxa"/>
              <w:left w:w="60" w:type="dxa"/>
              <w:bottom w:w="70" w:type="dxa"/>
              <w:right w:w="60" w:type="dxa"/>
            </w:tcMar>
            <w:vAlign w:val="center"/>
          </w:tcPr>
          <w:p w14:paraId="561BDF80" w14:textId="77777777" w:rsidR="00FA44DC" w:rsidRPr="00DC5ED7" w:rsidRDefault="00E45AFC">
            <w:pPr>
              <w:rPr>
                <w:rFonts w:cs="Times New Roman"/>
              </w:rPr>
            </w:pPr>
            <w:r w:rsidRPr="00DC5ED7">
              <w:rPr>
                <w:rFonts w:cs="Times New Roman"/>
                <w:sz w:val="13"/>
              </w:rPr>
              <w:t>100 m median ditch density</w:t>
            </w:r>
          </w:p>
        </w:tc>
        <w:tc>
          <w:tcPr>
            <w:tcW w:w="1440" w:type="dxa"/>
            <w:tcMar>
              <w:top w:w="70" w:type="dxa"/>
              <w:left w:w="60" w:type="dxa"/>
              <w:bottom w:w="70" w:type="dxa"/>
              <w:right w:w="60" w:type="dxa"/>
            </w:tcMar>
            <w:vAlign w:val="center"/>
          </w:tcPr>
          <w:p w14:paraId="065A1ED3" w14:textId="07A56B7F"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4A5D38A7" w14:textId="77777777" w:rsidR="00FA44DC" w:rsidRPr="00DC5ED7" w:rsidRDefault="00E45AFC">
            <w:pPr>
              <w:rPr>
                <w:rFonts w:cs="Times New Roman"/>
              </w:rPr>
            </w:pPr>
            <w:r w:rsidRPr="00DC5ED7">
              <w:rPr>
                <w:rFonts w:cs="Times New Roman"/>
                <w:sz w:val="13"/>
              </w:rPr>
              <w:t>35</w:t>
            </w:r>
          </w:p>
        </w:tc>
        <w:tc>
          <w:tcPr>
            <w:tcW w:w="1440" w:type="dxa"/>
            <w:tcMar>
              <w:top w:w="70" w:type="dxa"/>
              <w:left w:w="60" w:type="dxa"/>
              <w:bottom w:w="70" w:type="dxa"/>
              <w:right w:w="60" w:type="dxa"/>
            </w:tcMar>
            <w:vAlign w:val="center"/>
          </w:tcPr>
          <w:p w14:paraId="75533AC0" w14:textId="77777777" w:rsidR="00FA44DC" w:rsidRPr="00DC5ED7" w:rsidRDefault="00E45AFC">
            <w:pPr>
              <w:jc w:val="center"/>
              <w:rPr>
                <w:rFonts w:cs="Times New Roman"/>
              </w:rPr>
            </w:pPr>
            <w:r w:rsidRPr="00DC5ED7">
              <w:rPr>
                <w:rFonts w:cs="Times New Roman"/>
                <w:sz w:val="13"/>
              </w:rPr>
              <w:t>16/17/2</w:t>
            </w:r>
          </w:p>
        </w:tc>
        <w:tc>
          <w:tcPr>
            <w:tcW w:w="1440" w:type="dxa"/>
            <w:tcMar>
              <w:top w:w="70" w:type="dxa"/>
              <w:left w:w="60" w:type="dxa"/>
              <w:bottom w:w="70" w:type="dxa"/>
              <w:right w:w="60" w:type="dxa"/>
            </w:tcMar>
            <w:vAlign w:val="center"/>
          </w:tcPr>
          <w:p w14:paraId="1501E106" w14:textId="77777777" w:rsidR="00FA44DC" w:rsidRPr="00DC5ED7" w:rsidRDefault="00E45AFC">
            <w:pPr>
              <w:jc w:val="center"/>
              <w:rPr>
                <w:rFonts w:cs="Times New Roman"/>
              </w:rPr>
            </w:pPr>
            <w:r w:rsidRPr="00DC5ED7">
              <w:rPr>
                <w:rFonts w:cs="Times New Roman"/>
                <w:sz w:val="13"/>
              </w:rPr>
              <w:t>0.20</w:t>
            </w:r>
          </w:p>
        </w:tc>
        <w:tc>
          <w:tcPr>
            <w:tcW w:w="1440" w:type="dxa"/>
            <w:tcMar>
              <w:top w:w="70" w:type="dxa"/>
              <w:left w:w="60" w:type="dxa"/>
              <w:bottom w:w="70" w:type="dxa"/>
              <w:right w:w="60" w:type="dxa"/>
            </w:tcMar>
            <w:vAlign w:val="center"/>
          </w:tcPr>
          <w:p w14:paraId="04224DAB" w14:textId="77777777" w:rsidR="00FA44DC" w:rsidRPr="00DC5ED7" w:rsidRDefault="00E45AFC">
            <w:pPr>
              <w:jc w:val="center"/>
              <w:rPr>
                <w:rFonts w:cs="Times New Roman"/>
              </w:rPr>
            </w:pPr>
            <w:r w:rsidRPr="00DC5ED7">
              <w:rPr>
                <w:rFonts w:cs="Times New Roman"/>
                <w:sz w:val="13"/>
              </w:rPr>
              <w:t>0.08</w:t>
            </w:r>
          </w:p>
        </w:tc>
        <w:tc>
          <w:tcPr>
            <w:tcW w:w="1440" w:type="dxa"/>
            <w:tcMar>
              <w:top w:w="70" w:type="dxa"/>
              <w:left w:w="60" w:type="dxa"/>
              <w:bottom w:w="70" w:type="dxa"/>
              <w:right w:w="60" w:type="dxa"/>
            </w:tcMar>
            <w:vAlign w:val="center"/>
          </w:tcPr>
          <w:p w14:paraId="330A4C39"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2D1AFBE7" w14:textId="77777777" w:rsidR="00FA44DC" w:rsidRPr="00DC5ED7" w:rsidRDefault="00E45AFC">
            <w:pPr>
              <w:jc w:val="center"/>
              <w:rPr>
                <w:rFonts w:cs="Times New Roman"/>
              </w:rPr>
            </w:pPr>
            <w:r w:rsidRPr="00DC5ED7">
              <w:rPr>
                <w:rFonts w:cs="Times New Roman"/>
                <w:sz w:val="13"/>
              </w:rPr>
              <w:t>-0.11 to 0.31</w:t>
            </w:r>
          </w:p>
        </w:tc>
        <w:tc>
          <w:tcPr>
            <w:tcW w:w="1440" w:type="dxa"/>
            <w:tcMar>
              <w:top w:w="70" w:type="dxa"/>
              <w:left w:w="60" w:type="dxa"/>
              <w:bottom w:w="70" w:type="dxa"/>
              <w:right w:w="60" w:type="dxa"/>
            </w:tcMar>
            <w:vAlign w:val="center"/>
          </w:tcPr>
          <w:p w14:paraId="7F3E948C" w14:textId="77777777" w:rsidR="00FA44DC" w:rsidRPr="00DC5ED7" w:rsidRDefault="00E45AFC">
            <w:pPr>
              <w:jc w:val="center"/>
              <w:rPr>
                <w:rFonts w:cs="Times New Roman"/>
              </w:rPr>
            </w:pPr>
            <w:r w:rsidRPr="00DC5ED7">
              <w:rPr>
                <w:rFonts w:cs="Times New Roman"/>
                <w:sz w:val="13"/>
              </w:rPr>
              <w:t>1.000</w:t>
            </w:r>
          </w:p>
        </w:tc>
      </w:tr>
      <w:tr w:rsidR="00FA44DC" w:rsidRPr="00DC5ED7" w14:paraId="17677B4D" w14:textId="77777777">
        <w:trPr>
          <w:jc w:val="center"/>
        </w:trPr>
        <w:tc>
          <w:tcPr>
            <w:tcW w:w="1440" w:type="dxa"/>
            <w:tcMar>
              <w:top w:w="70" w:type="dxa"/>
              <w:left w:w="60" w:type="dxa"/>
              <w:bottom w:w="70" w:type="dxa"/>
              <w:right w:w="60" w:type="dxa"/>
            </w:tcMar>
            <w:vAlign w:val="center"/>
          </w:tcPr>
          <w:p w14:paraId="070A31D7" w14:textId="77777777" w:rsidR="00FA44DC" w:rsidRPr="00DC5ED7" w:rsidRDefault="00E45AFC">
            <w:pPr>
              <w:rPr>
                <w:rFonts w:cs="Times New Roman"/>
              </w:rPr>
            </w:pPr>
            <w:r w:rsidRPr="00DC5ED7">
              <w:rPr>
                <w:rFonts w:cs="Times New Roman"/>
                <w:sz w:val="13"/>
              </w:rPr>
              <w:t>All events</w:t>
            </w:r>
          </w:p>
        </w:tc>
        <w:tc>
          <w:tcPr>
            <w:tcW w:w="1440" w:type="dxa"/>
            <w:tcMar>
              <w:top w:w="70" w:type="dxa"/>
              <w:left w:w="60" w:type="dxa"/>
              <w:bottom w:w="70" w:type="dxa"/>
              <w:right w:w="60" w:type="dxa"/>
            </w:tcMar>
            <w:vAlign w:val="center"/>
          </w:tcPr>
          <w:p w14:paraId="2D26CBFD" w14:textId="77777777" w:rsidR="00FA44DC" w:rsidRPr="00DC5ED7" w:rsidRDefault="00E45AFC">
            <w:pPr>
              <w:rPr>
                <w:rFonts w:cs="Times New Roman"/>
              </w:rPr>
            </w:pPr>
            <w:r w:rsidRPr="00DC5ED7">
              <w:rPr>
                <w:rFonts w:cs="Times New Roman"/>
                <w:sz w:val="13"/>
              </w:rPr>
              <w:t>1,000 m mean ditch density</w:t>
            </w:r>
          </w:p>
        </w:tc>
        <w:tc>
          <w:tcPr>
            <w:tcW w:w="1440" w:type="dxa"/>
            <w:tcMar>
              <w:top w:w="70" w:type="dxa"/>
              <w:left w:w="60" w:type="dxa"/>
              <w:bottom w:w="70" w:type="dxa"/>
              <w:right w:w="60" w:type="dxa"/>
            </w:tcMar>
            <w:vAlign w:val="center"/>
          </w:tcPr>
          <w:p w14:paraId="446C7C4E" w14:textId="213713D5"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10E99C8C" w14:textId="77777777" w:rsidR="00FA44DC" w:rsidRPr="00DC5ED7" w:rsidRDefault="00E45AFC">
            <w:pPr>
              <w:rPr>
                <w:rFonts w:cs="Times New Roman"/>
              </w:rPr>
            </w:pPr>
            <w:r w:rsidRPr="00DC5ED7">
              <w:rPr>
                <w:rFonts w:cs="Times New Roman"/>
                <w:sz w:val="13"/>
              </w:rPr>
              <w:t>35</w:t>
            </w:r>
          </w:p>
        </w:tc>
        <w:tc>
          <w:tcPr>
            <w:tcW w:w="1440" w:type="dxa"/>
            <w:tcMar>
              <w:top w:w="70" w:type="dxa"/>
              <w:left w:w="60" w:type="dxa"/>
              <w:bottom w:w="70" w:type="dxa"/>
              <w:right w:w="60" w:type="dxa"/>
            </w:tcMar>
            <w:vAlign w:val="center"/>
          </w:tcPr>
          <w:p w14:paraId="6D276306" w14:textId="77777777" w:rsidR="00FA44DC" w:rsidRPr="00DC5ED7" w:rsidRDefault="00E45AFC">
            <w:pPr>
              <w:jc w:val="center"/>
              <w:rPr>
                <w:rFonts w:cs="Times New Roman"/>
              </w:rPr>
            </w:pPr>
            <w:r w:rsidRPr="00DC5ED7">
              <w:rPr>
                <w:rFonts w:cs="Times New Roman"/>
                <w:sz w:val="13"/>
              </w:rPr>
              <w:t>20/15/0</w:t>
            </w:r>
          </w:p>
        </w:tc>
        <w:tc>
          <w:tcPr>
            <w:tcW w:w="1440" w:type="dxa"/>
            <w:tcMar>
              <w:top w:w="70" w:type="dxa"/>
              <w:left w:w="60" w:type="dxa"/>
              <w:bottom w:w="70" w:type="dxa"/>
              <w:right w:w="60" w:type="dxa"/>
            </w:tcMar>
            <w:vAlign w:val="center"/>
          </w:tcPr>
          <w:p w14:paraId="1B0ED7EA" w14:textId="77777777" w:rsidR="00FA44DC" w:rsidRPr="00DC5ED7" w:rsidRDefault="00E45AFC">
            <w:pPr>
              <w:jc w:val="center"/>
              <w:rPr>
                <w:rFonts w:cs="Times New Roman"/>
              </w:rPr>
            </w:pPr>
            <w:r w:rsidRPr="00DC5ED7">
              <w:rPr>
                <w:rFonts w:cs="Times New Roman"/>
                <w:sz w:val="13"/>
              </w:rPr>
              <w:t>1.95</w:t>
            </w:r>
          </w:p>
        </w:tc>
        <w:tc>
          <w:tcPr>
            <w:tcW w:w="1440" w:type="dxa"/>
            <w:tcMar>
              <w:top w:w="70" w:type="dxa"/>
              <w:left w:w="60" w:type="dxa"/>
              <w:bottom w:w="70" w:type="dxa"/>
              <w:right w:w="60" w:type="dxa"/>
            </w:tcMar>
            <w:vAlign w:val="center"/>
          </w:tcPr>
          <w:p w14:paraId="237DF3DE" w14:textId="77777777" w:rsidR="00FA44DC" w:rsidRPr="00DC5ED7" w:rsidRDefault="00E45AFC">
            <w:pPr>
              <w:jc w:val="center"/>
              <w:rPr>
                <w:rFonts w:cs="Times New Roman"/>
              </w:rPr>
            </w:pPr>
            <w:r w:rsidRPr="00DC5ED7">
              <w:rPr>
                <w:rFonts w:cs="Times New Roman"/>
                <w:sz w:val="13"/>
              </w:rPr>
              <w:t>2.08</w:t>
            </w:r>
          </w:p>
        </w:tc>
        <w:tc>
          <w:tcPr>
            <w:tcW w:w="1440" w:type="dxa"/>
            <w:tcMar>
              <w:top w:w="70" w:type="dxa"/>
              <w:left w:w="60" w:type="dxa"/>
              <w:bottom w:w="70" w:type="dxa"/>
              <w:right w:w="60" w:type="dxa"/>
            </w:tcMar>
            <w:vAlign w:val="center"/>
          </w:tcPr>
          <w:p w14:paraId="3201468B" w14:textId="77777777" w:rsidR="00FA44DC" w:rsidRPr="00DC5ED7" w:rsidRDefault="00E45AFC">
            <w:pPr>
              <w:jc w:val="center"/>
              <w:rPr>
                <w:rFonts w:cs="Times New Roman"/>
              </w:rPr>
            </w:pPr>
            <w:r w:rsidRPr="00DC5ED7">
              <w:rPr>
                <w:rFonts w:cs="Times New Roman"/>
                <w:sz w:val="13"/>
              </w:rPr>
              <w:t>0.04</w:t>
            </w:r>
          </w:p>
        </w:tc>
        <w:tc>
          <w:tcPr>
            <w:tcW w:w="1440" w:type="dxa"/>
            <w:tcMar>
              <w:top w:w="70" w:type="dxa"/>
              <w:left w:w="60" w:type="dxa"/>
              <w:bottom w:w="70" w:type="dxa"/>
              <w:right w:w="60" w:type="dxa"/>
            </w:tcMar>
            <w:vAlign w:val="center"/>
          </w:tcPr>
          <w:p w14:paraId="75FC137E" w14:textId="77777777" w:rsidR="00FA44DC" w:rsidRPr="00DC5ED7" w:rsidRDefault="00E45AFC">
            <w:pPr>
              <w:jc w:val="center"/>
              <w:rPr>
                <w:rFonts w:cs="Times New Roman"/>
              </w:rPr>
            </w:pPr>
            <w:r w:rsidRPr="00DC5ED7">
              <w:rPr>
                <w:rFonts w:cs="Times New Roman"/>
                <w:sz w:val="13"/>
              </w:rPr>
              <w:t>-0.09 to 0.19</w:t>
            </w:r>
          </w:p>
        </w:tc>
        <w:tc>
          <w:tcPr>
            <w:tcW w:w="1440" w:type="dxa"/>
            <w:tcMar>
              <w:top w:w="70" w:type="dxa"/>
              <w:left w:w="60" w:type="dxa"/>
              <w:bottom w:w="70" w:type="dxa"/>
              <w:right w:w="60" w:type="dxa"/>
            </w:tcMar>
            <w:vAlign w:val="center"/>
          </w:tcPr>
          <w:p w14:paraId="6284B02C" w14:textId="77777777" w:rsidR="00FA44DC" w:rsidRPr="00DC5ED7" w:rsidRDefault="00E45AFC">
            <w:pPr>
              <w:jc w:val="center"/>
              <w:rPr>
                <w:rFonts w:cs="Times New Roman"/>
              </w:rPr>
            </w:pPr>
            <w:r w:rsidRPr="00DC5ED7">
              <w:rPr>
                <w:rFonts w:cs="Times New Roman"/>
                <w:sz w:val="13"/>
              </w:rPr>
              <w:t>0.500</w:t>
            </w:r>
          </w:p>
        </w:tc>
      </w:tr>
      <w:tr w:rsidR="00FA44DC" w:rsidRPr="00DC5ED7" w14:paraId="1CE95585" w14:textId="77777777">
        <w:trPr>
          <w:jc w:val="center"/>
        </w:trPr>
        <w:tc>
          <w:tcPr>
            <w:tcW w:w="1440" w:type="dxa"/>
            <w:tcMar>
              <w:top w:w="70" w:type="dxa"/>
              <w:left w:w="60" w:type="dxa"/>
              <w:bottom w:w="70" w:type="dxa"/>
              <w:right w:w="60" w:type="dxa"/>
            </w:tcMar>
            <w:vAlign w:val="center"/>
          </w:tcPr>
          <w:p w14:paraId="77F2015A" w14:textId="77777777" w:rsidR="00FA44DC" w:rsidRPr="00DC5ED7" w:rsidRDefault="00E45AFC">
            <w:pPr>
              <w:rPr>
                <w:rFonts w:cs="Times New Roman"/>
              </w:rPr>
            </w:pPr>
            <w:r w:rsidRPr="00DC5ED7">
              <w:rPr>
                <w:rFonts w:cs="Times New Roman"/>
                <w:sz w:val="13"/>
              </w:rPr>
              <w:t>All events</w:t>
            </w:r>
          </w:p>
        </w:tc>
        <w:tc>
          <w:tcPr>
            <w:tcW w:w="1440" w:type="dxa"/>
            <w:tcMar>
              <w:top w:w="70" w:type="dxa"/>
              <w:left w:w="60" w:type="dxa"/>
              <w:bottom w:w="70" w:type="dxa"/>
              <w:right w:w="60" w:type="dxa"/>
            </w:tcMar>
            <w:vAlign w:val="center"/>
          </w:tcPr>
          <w:p w14:paraId="1A2AC55F" w14:textId="77777777" w:rsidR="00FA44DC" w:rsidRPr="00DC5ED7" w:rsidRDefault="00E45AFC">
            <w:pPr>
              <w:rPr>
                <w:rFonts w:cs="Times New Roman"/>
              </w:rPr>
            </w:pPr>
            <w:r w:rsidRPr="00DC5ED7">
              <w:rPr>
                <w:rFonts w:cs="Times New Roman"/>
                <w:sz w:val="13"/>
              </w:rPr>
              <w:t>1,000 m median ditch density</w:t>
            </w:r>
          </w:p>
        </w:tc>
        <w:tc>
          <w:tcPr>
            <w:tcW w:w="1440" w:type="dxa"/>
            <w:tcMar>
              <w:top w:w="70" w:type="dxa"/>
              <w:left w:w="60" w:type="dxa"/>
              <w:bottom w:w="70" w:type="dxa"/>
              <w:right w:w="60" w:type="dxa"/>
            </w:tcMar>
            <w:vAlign w:val="center"/>
          </w:tcPr>
          <w:p w14:paraId="75E281BC" w14:textId="7A5E7F77"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0D97FA4B" w14:textId="77777777" w:rsidR="00FA44DC" w:rsidRPr="00DC5ED7" w:rsidRDefault="00E45AFC">
            <w:pPr>
              <w:rPr>
                <w:rFonts w:cs="Times New Roman"/>
              </w:rPr>
            </w:pPr>
            <w:r w:rsidRPr="00DC5ED7">
              <w:rPr>
                <w:rFonts w:cs="Times New Roman"/>
                <w:sz w:val="13"/>
              </w:rPr>
              <w:t>35</w:t>
            </w:r>
          </w:p>
        </w:tc>
        <w:tc>
          <w:tcPr>
            <w:tcW w:w="1440" w:type="dxa"/>
            <w:tcMar>
              <w:top w:w="70" w:type="dxa"/>
              <w:left w:w="60" w:type="dxa"/>
              <w:bottom w:w="70" w:type="dxa"/>
              <w:right w:w="60" w:type="dxa"/>
            </w:tcMar>
            <w:vAlign w:val="center"/>
          </w:tcPr>
          <w:p w14:paraId="1A69BF6D" w14:textId="77777777" w:rsidR="00FA44DC" w:rsidRPr="00DC5ED7" w:rsidRDefault="00E45AFC">
            <w:pPr>
              <w:jc w:val="center"/>
              <w:rPr>
                <w:rFonts w:cs="Times New Roman"/>
              </w:rPr>
            </w:pPr>
            <w:r w:rsidRPr="00DC5ED7">
              <w:rPr>
                <w:rFonts w:cs="Times New Roman"/>
                <w:sz w:val="13"/>
              </w:rPr>
              <w:t>20/15/0</w:t>
            </w:r>
          </w:p>
        </w:tc>
        <w:tc>
          <w:tcPr>
            <w:tcW w:w="1440" w:type="dxa"/>
            <w:tcMar>
              <w:top w:w="70" w:type="dxa"/>
              <w:left w:w="60" w:type="dxa"/>
              <w:bottom w:w="70" w:type="dxa"/>
              <w:right w:w="60" w:type="dxa"/>
            </w:tcMar>
            <w:vAlign w:val="center"/>
          </w:tcPr>
          <w:p w14:paraId="65E18A91" w14:textId="77777777" w:rsidR="00FA44DC" w:rsidRPr="00DC5ED7" w:rsidRDefault="00E45AFC">
            <w:pPr>
              <w:jc w:val="center"/>
              <w:rPr>
                <w:rFonts w:cs="Times New Roman"/>
              </w:rPr>
            </w:pPr>
            <w:r w:rsidRPr="00DC5ED7">
              <w:rPr>
                <w:rFonts w:cs="Times New Roman"/>
                <w:sz w:val="13"/>
              </w:rPr>
              <w:t>1.88</w:t>
            </w:r>
          </w:p>
        </w:tc>
        <w:tc>
          <w:tcPr>
            <w:tcW w:w="1440" w:type="dxa"/>
            <w:tcMar>
              <w:top w:w="70" w:type="dxa"/>
              <w:left w:w="60" w:type="dxa"/>
              <w:bottom w:w="70" w:type="dxa"/>
              <w:right w:w="60" w:type="dxa"/>
            </w:tcMar>
            <w:vAlign w:val="center"/>
          </w:tcPr>
          <w:p w14:paraId="188DD1F1" w14:textId="77777777" w:rsidR="00FA44DC" w:rsidRPr="00DC5ED7" w:rsidRDefault="00E45AFC">
            <w:pPr>
              <w:jc w:val="center"/>
              <w:rPr>
                <w:rFonts w:cs="Times New Roman"/>
              </w:rPr>
            </w:pPr>
            <w:r w:rsidRPr="00DC5ED7">
              <w:rPr>
                <w:rFonts w:cs="Times New Roman"/>
                <w:sz w:val="13"/>
              </w:rPr>
              <w:t>1.93</w:t>
            </w:r>
          </w:p>
        </w:tc>
        <w:tc>
          <w:tcPr>
            <w:tcW w:w="1440" w:type="dxa"/>
            <w:tcMar>
              <w:top w:w="70" w:type="dxa"/>
              <w:left w:w="60" w:type="dxa"/>
              <w:bottom w:w="70" w:type="dxa"/>
              <w:right w:w="60" w:type="dxa"/>
            </w:tcMar>
            <w:vAlign w:val="center"/>
          </w:tcPr>
          <w:p w14:paraId="13BBC84B" w14:textId="77777777" w:rsidR="00FA44DC" w:rsidRPr="00DC5ED7" w:rsidRDefault="00E45AFC">
            <w:pPr>
              <w:jc w:val="center"/>
              <w:rPr>
                <w:rFonts w:cs="Times New Roman"/>
              </w:rPr>
            </w:pPr>
            <w:r w:rsidRPr="00DC5ED7">
              <w:rPr>
                <w:rFonts w:cs="Times New Roman"/>
                <w:sz w:val="13"/>
              </w:rPr>
              <w:t>0.01</w:t>
            </w:r>
          </w:p>
        </w:tc>
        <w:tc>
          <w:tcPr>
            <w:tcW w:w="1440" w:type="dxa"/>
            <w:tcMar>
              <w:top w:w="70" w:type="dxa"/>
              <w:left w:w="60" w:type="dxa"/>
              <w:bottom w:w="70" w:type="dxa"/>
              <w:right w:w="60" w:type="dxa"/>
            </w:tcMar>
            <w:vAlign w:val="center"/>
          </w:tcPr>
          <w:p w14:paraId="25FFB280" w14:textId="77777777" w:rsidR="00FA44DC" w:rsidRPr="00DC5ED7" w:rsidRDefault="00E45AFC">
            <w:pPr>
              <w:jc w:val="center"/>
              <w:rPr>
                <w:rFonts w:cs="Times New Roman"/>
              </w:rPr>
            </w:pPr>
            <w:r w:rsidRPr="00DC5ED7">
              <w:rPr>
                <w:rFonts w:cs="Times New Roman"/>
                <w:sz w:val="13"/>
              </w:rPr>
              <w:t xml:space="preserve">-0.09 </w:t>
            </w:r>
            <w:r w:rsidRPr="00DC5ED7">
              <w:rPr>
                <w:rFonts w:cs="Times New Roman"/>
                <w:sz w:val="13"/>
              </w:rPr>
              <w:t>to 0.27</w:t>
            </w:r>
          </w:p>
        </w:tc>
        <w:tc>
          <w:tcPr>
            <w:tcW w:w="1440" w:type="dxa"/>
            <w:tcMar>
              <w:top w:w="70" w:type="dxa"/>
              <w:left w:w="60" w:type="dxa"/>
              <w:bottom w:w="70" w:type="dxa"/>
              <w:right w:w="60" w:type="dxa"/>
            </w:tcMar>
            <w:vAlign w:val="center"/>
          </w:tcPr>
          <w:p w14:paraId="5D6F9664" w14:textId="77777777" w:rsidR="00FA44DC" w:rsidRPr="00DC5ED7" w:rsidRDefault="00E45AFC">
            <w:pPr>
              <w:jc w:val="center"/>
              <w:rPr>
                <w:rFonts w:cs="Times New Roman"/>
              </w:rPr>
            </w:pPr>
            <w:r w:rsidRPr="00DC5ED7">
              <w:rPr>
                <w:rFonts w:cs="Times New Roman"/>
                <w:sz w:val="13"/>
              </w:rPr>
              <w:t>0.500</w:t>
            </w:r>
          </w:p>
        </w:tc>
      </w:tr>
      <w:tr w:rsidR="00FA44DC" w:rsidRPr="00DC5ED7" w14:paraId="06F1202C" w14:textId="77777777">
        <w:trPr>
          <w:jc w:val="center"/>
        </w:trPr>
        <w:tc>
          <w:tcPr>
            <w:tcW w:w="1440" w:type="dxa"/>
            <w:tcMar>
              <w:top w:w="70" w:type="dxa"/>
              <w:left w:w="60" w:type="dxa"/>
              <w:bottom w:w="70" w:type="dxa"/>
              <w:right w:w="60" w:type="dxa"/>
            </w:tcMar>
            <w:vAlign w:val="center"/>
          </w:tcPr>
          <w:p w14:paraId="3E8284F7" w14:textId="77777777" w:rsidR="00FA44DC" w:rsidRPr="00DC5ED7" w:rsidRDefault="00E45AFC">
            <w:pPr>
              <w:rPr>
                <w:rFonts w:cs="Times New Roman"/>
              </w:rPr>
            </w:pPr>
            <w:r w:rsidRPr="00DC5ED7">
              <w:rPr>
                <w:rFonts w:cs="Times New Roman"/>
                <w:sz w:val="13"/>
              </w:rPr>
              <w:t>All events</w:t>
            </w:r>
          </w:p>
        </w:tc>
        <w:tc>
          <w:tcPr>
            <w:tcW w:w="1440" w:type="dxa"/>
            <w:tcMar>
              <w:top w:w="70" w:type="dxa"/>
              <w:left w:w="60" w:type="dxa"/>
              <w:bottom w:w="70" w:type="dxa"/>
              <w:right w:w="60" w:type="dxa"/>
            </w:tcMar>
            <w:vAlign w:val="center"/>
          </w:tcPr>
          <w:p w14:paraId="3033D3AB" w14:textId="77777777" w:rsidR="00FA44DC" w:rsidRPr="00DC5ED7" w:rsidRDefault="00E45AFC">
            <w:pPr>
              <w:rPr>
                <w:rFonts w:cs="Times New Roman"/>
              </w:rPr>
            </w:pPr>
            <w:r w:rsidRPr="00DC5ED7">
              <w:rPr>
                <w:rFonts w:cs="Times New Roman"/>
                <w:sz w:val="13"/>
              </w:rPr>
              <w:t>Peat fraction</w:t>
            </w:r>
          </w:p>
        </w:tc>
        <w:tc>
          <w:tcPr>
            <w:tcW w:w="1440" w:type="dxa"/>
            <w:tcMar>
              <w:top w:w="70" w:type="dxa"/>
              <w:left w:w="60" w:type="dxa"/>
              <w:bottom w:w="70" w:type="dxa"/>
              <w:right w:w="60" w:type="dxa"/>
            </w:tcMar>
            <w:vAlign w:val="center"/>
          </w:tcPr>
          <w:p w14:paraId="4F4C1C17" w14:textId="77777777" w:rsidR="00FA44DC" w:rsidRPr="00DC5ED7" w:rsidRDefault="00E45AFC">
            <w:pPr>
              <w:jc w:val="center"/>
              <w:rPr>
                <w:rFonts w:cs="Times New Roman"/>
              </w:rPr>
            </w:pPr>
            <w:r w:rsidRPr="00DC5ED7">
              <w:rPr>
                <w:rFonts w:cs="Times New Roman"/>
                <w:sz w:val="13"/>
              </w:rPr>
              <w:t>percentage points</w:t>
            </w:r>
          </w:p>
        </w:tc>
        <w:tc>
          <w:tcPr>
            <w:tcW w:w="1440" w:type="dxa"/>
            <w:tcMar>
              <w:top w:w="70" w:type="dxa"/>
              <w:left w:w="60" w:type="dxa"/>
              <w:bottom w:w="70" w:type="dxa"/>
              <w:right w:w="60" w:type="dxa"/>
            </w:tcMar>
            <w:vAlign w:val="center"/>
          </w:tcPr>
          <w:p w14:paraId="35DE7772" w14:textId="77777777" w:rsidR="00FA44DC" w:rsidRPr="00DC5ED7" w:rsidRDefault="00E45AFC">
            <w:pPr>
              <w:rPr>
                <w:rFonts w:cs="Times New Roman"/>
              </w:rPr>
            </w:pPr>
            <w:r w:rsidRPr="00DC5ED7">
              <w:rPr>
                <w:rFonts w:cs="Times New Roman"/>
                <w:sz w:val="13"/>
              </w:rPr>
              <w:t>35</w:t>
            </w:r>
          </w:p>
        </w:tc>
        <w:tc>
          <w:tcPr>
            <w:tcW w:w="1440" w:type="dxa"/>
            <w:tcMar>
              <w:top w:w="70" w:type="dxa"/>
              <w:left w:w="60" w:type="dxa"/>
              <w:bottom w:w="70" w:type="dxa"/>
              <w:right w:w="60" w:type="dxa"/>
            </w:tcMar>
            <w:vAlign w:val="center"/>
          </w:tcPr>
          <w:p w14:paraId="32992921" w14:textId="77777777" w:rsidR="00FA44DC" w:rsidRPr="00DC5ED7" w:rsidRDefault="00E45AFC">
            <w:pPr>
              <w:jc w:val="center"/>
              <w:rPr>
                <w:rFonts w:cs="Times New Roman"/>
              </w:rPr>
            </w:pPr>
            <w:r w:rsidRPr="00DC5ED7">
              <w:rPr>
                <w:rFonts w:cs="Times New Roman"/>
                <w:sz w:val="13"/>
              </w:rPr>
              <w:t>15/15/5</w:t>
            </w:r>
          </w:p>
        </w:tc>
        <w:tc>
          <w:tcPr>
            <w:tcW w:w="1440" w:type="dxa"/>
            <w:tcMar>
              <w:top w:w="70" w:type="dxa"/>
              <w:left w:w="60" w:type="dxa"/>
              <w:bottom w:w="70" w:type="dxa"/>
              <w:right w:w="60" w:type="dxa"/>
            </w:tcMar>
            <w:vAlign w:val="center"/>
          </w:tcPr>
          <w:p w14:paraId="38CBB33A" w14:textId="77777777" w:rsidR="00FA44DC" w:rsidRPr="00DC5ED7" w:rsidRDefault="00E45AFC">
            <w:pPr>
              <w:jc w:val="center"/>
              <w:rPr>
                <w:rFonts w:cs="Times New Roman"/>
              </w:rPr>
            </w:pPr>
            <w:r w:rsidRPr="00DC5ED7">
              <w:rPr>
                <w:rFonts w:cs="Times New Roman"/>
                <w:sz w:val="13"/>
              </w:rPr>
              <w:t>16.97</w:t>
            </w:r>
          </w:p>
        </w:tc>
        <w:tc>
          <w:tcPr>
            <w:tcW w:w="1440" w:type="dxa"/>
            <w:tcMar>
              <w:top w:w="70" w:type="dxa"/>
              <w:left w:w="60" w:type="dxa"/>
              <w:bottom w:w="70" w:type="dxa"/>
              <w:right w:w="60" w:type="dxa"/>
            </w:tcMar>
            <w:vAlign w:val="center"/>
          </w:tcPr>
          <w:p w14:paraId="79A7828C" w14:textId="77777777" w:rsidR="00FA44DC" w:rsidRPr="00DC5ED7" w:rsidRDefault="00E45AFC">
            <w:pPr>
              <w:jc w:val="center"/>
              <w:rPr>
                <w:rFonts w:cs="Times New Roman"/>
              </w:rPr>
            </w:pPr>
            <w:r w:rsidRPr="00DC5ED7">
              <w:rPr>
                <w:rFonts w:cs="Times New Roman"/>
                <w:sz w:val="13"/>
              </w:rPr>
              <w:t>14.78</w:t>
            </w:r>
          </w:p>
        </w:tc>
        <w:tc>
          <w:tcPr>
            <w:tcW w:w="1440" w:type="dxa"/>
            <w:tcMar>
              <w:top w:w="70" w:type="dxa"/>
              <w:left w:w="60" w:type="dxa"/>
              <w:bottom w:w="70" w:type="dxa"/>
              <w:right w:w="60" w:type="dxa"/>
            </w:tcMar>
            <w:vAlign w:val="center"/>
          </w:tcPr>
          <w:p w14:paraId="2A4823D4"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2C93564E" w14:textId="77777777" w:rsidR="00FA44DC" w:rsidRPr="00DC5ED7" w:rsidRDefault="00E45AFC">
            <w:pPr>
              <w:jc w:val="center"/>
              <w:rPr>
                <w:rFonts w:cs="Times New Roman"/>
              </w:rPr>
            </w:pPr>
            <w:r w:rsidRPr="00DC5ED7">
              <w:rPr>
                <w:rFonts w:cs="Times New Roman"/>
                <w:sz w:val="13"/>
              </w:rPr>
              <w:t>-3.71 to 2.64</w:t>
            </w:r>
          </w:p>
        </w:tc>
        <w:tc>
          <w:tcPr>
            <w:tcW w:w="1440" w:type="dxa"/>
            <w:tcMar>
              <w:top w:w="70" w:type="dxa"/>
              <w:left w:w="60" w:type="dxa"/>
              <w:bottom w:w="70" w:type="dxa"/>
              <w:right w:w="60" w:type="dxa"/>
            </w:tcMar>
            <w:vAlign w:val="center"/>
          </w:tcPr>
          <w:p w14:paraId="2B62C375" w14:textId="77777777" w:rsidR="00FA44DC" w:rsidRPr="00DC5ED7" w:rsidRDefault="00E45AFC">
            <w:pPr>
              <w:jc w:val="center"/>
              <w:rPr>
                <w:rFonts w:cs="Times New Roman"/>
              </w:rPr>
            </w:pPr>
            <w:r w:rsidRPr="00DC5ED7">
              <w:rPr>
                <w:rFonts w:cs="Times New Roman"/>
                <w:sz w:val="13"/>
              </w:rPr>
              <w:t>1.000</w:t>
            </w:r>
          </w:p>
        </w:tc>
      </w:tr>
      <w:tr w:rsidR="00FA44DC" w:rsidRPr="00DC5ED7" w14:paraId="78C25043" w14:textId="77777777">
        <w:trPr>
          <w:jc w:val="center"/>
        </w:trPr>
        <w:tc>
          <w:tcPr>
            <w:tcW w:w="1440" w:type="dxa"/>
            <w:tcMar>
              <w:top w:w="70" w:type="dxa"/>
              <w:left w:w="60" w:type="dxa"/>
              <w:bottom w:w="70" w:type="dxa"/>
              <w:right w:w="60" w:type="dxa"/>
            </w:tcMar>
            <w:vAlign w:val="center"/>
          </w:tcPr>
          <w:p w14:paraId="6B6BE217"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24CD8FB5" w14:textId="77777777" w:rsidR="00FA44DC" w:rsidRPr="00DC5ED7" w:rsidRDefault="00E45AFC">
            <w:pPr>
              <w:rPr>
                <w:rFonts w:cs="Times New Roman"/>
              </w:rPr>
            </w:pPr>
            <w:r w:rsidRPr="00DC5ED7">
              <w:rPr>
                <w:rFonts w:cs="Times New Roman"/>
                <w:sz w:val="13"/>
              </w:rPr>
              <w:t>100 m mean ditch density</w:t>
            </w:r>
          </w:p>
        </w:tc>
        <w:tc>
          <w:tcPr>
            <w:tcW w:w="1440" w:type="dxa"/>
            <w:tcMar>
              <w:top w:w="70" w:type="dxa"/>
              <w:left w:w="60" w:type="dxa"/>
              <w:bottom w:w="70" w:type="dxa"/>
              <w:right w:w="60" w:type="dxa"/>
            </w:tcMar>
            <w:vAlign w:val="center"/>
          </w:tcPr>
          <w:p w14:paraId="7D0ED643" w14:textId="493948B8"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3D3EBB6E" w14:textId="77777777" w:rsidR="00FA44DC" w:rsidRPr="00DC5ED7" w:rsidRDefault="00E45AFC">
            <w:pPr>
              <w:rPr>
                <w:rFonts w:cs="Times New Roman"/>
              </w:rPr>
            </w:pPr>
            <w:r w:rsidRPr="00DC5ED7">
              <w:rPr>
                <w:rFonts w:cs="Times New Roman"/>
                <w:sz w:val="13"/>
              </w:rPr>
              <w:t>22</w:t>
            </w:r>
          </w:p>
        </w:tc>
        <w:tc>
          <w:tcPr>
            <w:tcW w:w="1440" w:type="dxa"/>
            <w:tcMar>
              <w:top w:w="70" w:type="dxa"/>
              <w:left w:w="60" w:type="dxa"/>
              <w:bottom w:w="70" w:type="dxa"/>
              <w:right w:w="60" w:type="dxa"/>
            </w:tcMar>
            <w:vAlign w:val="center"/>
          </w:tcPr>
          <w:p w14:paraId="2AA944CD" w14:textId="77777777" w:rsidR="00FA44DC" w:rsidRPr="00DC5ED7" w:rsidRDefault="00E45AFC">
            <w:pPr>
              <w:jc w:val="center"/>
              <w:rPr>
                <w:rFonts w:cs="Times New Roman"/>
              </w:rPr>
            </w:pPr>
            <w:r w:rsidRPr="00DC5ED7">
              <w:rPr>
                <w:rFonts w:cs="Times New Roman"/>
                <w:sz w:val="13"/>
              </w:rPr>
              <w:t>10/12/0</w:t>
            </w:r>
          </w:p>
        </w:tc>
        <w:tc>
          <w:tcPr>
            <w:tcW w:w="1440" w:type="dxa"/>
            <w:tcMar>
              <w:top w:w="70" w:type="dxa"/>
              <w:left w:w="60" w:type="dxa"/>
              <w:bottom w:w="70" w:type="dxa"/>
              <w:right w:w="60" w:type="dxa"/>
            </w:tcMar>
            <w:vAlign w:val="center"/>
          </w:tcPr>
          <w:p w14:paraId="3AC13E25" w14:textId="77777777" w:rsidR="00FA44DC" w:rsidRPr="00DC5ED7" w:rsidRDefault="00E45AFC">
            <w:pPr>
              <w:jc w:val="center"/>
              <w:rPr>
                <w:rFonts w:cs="Times New Roman"/>
              </w:rPr>
            </w:pPr>
            <w:r w:rsidRPr="00DC5ED7">
              <w:rPr>
                <w:rFonts w:cs="Times New Roman"/>
                <w:sz w:val="13"/>
              </w:rPr>
              <w:t>1.42</w:t>
            </w:r>
          </w:p>
        </w:tc>
        <w:tc>
          <w:tcPr>
            <w:tcW w:w="1440" w:type="dxa"/>
            <w:tcMar>
              <w:top w:w="70" w:type="dxa"/>
              <w:left w:w="60" w:type="dxa"/>
              <w:bottom w:w="70" w:type="dxa"/>
              <w:right w:w="60" w:type="dxa"/>
            </w:tcMar>
            <w:vAlign w:val="center"/>
          </w:tcPr>
          <w:p w14:paraId="2279EAD5" w14:textId="77777777" w:rsidR="00FA44DC" w:rsidRPr="00DC5ED7" w:rsidRDefault="00E45AFC">
            <w:pPr>
              <w:jc w:val="center"/>
              <w:rPr>
                <w:rFonts w:cs="Times New Roman"/>
              </w:rPr>
            </w:pPr>
            <w:r w:rsidRPr="00DC5ED7">
              <w:rPr>
                <w:rFonts w:cs="Times New Roman"/>
                <w:sz w:val="13"/>
              </w:rPr>
              <w:t>1.64</w:t>
            </w:r>
          </w:p>
        </w:tc>
        <w:tc>
          <w:tcPr>
            <w:tcW w:w="1440" w:type="dxa"/>
            <w:tcMar>
              <w:top w:w="70" w:type="dxa"/>
              <w:left w:w="60" w:type="dxa"/>
              <w:bottom w:w="70" w:type="dxa"/>
              <w:right w:w="60" w:type="dxa"/>
            </w:tcMar>
            <w:vAlign w:val="center"/>
          </w:tcPr>
          <w:p w14:paraId="3A32BB9B" w14:textId="77777777" w:rsidR="00FA44DC" w:rsidRPr="00DC5ED7" w:rsidRDefault="00E45AFC">
            <w:pPr>
              <w:jc w:val="center"/>
              <w:rPr>
                <w:rFonts w:cs="Times New Roman"/>
              </w:rPr>
            </w:pPr>
            <w:r w:rsidRPr="00DC5ED7">
              <w:rPr>
                <w:rFonts w:cs="Times New Roman"/>
                <w:sz w:val="13"/>
              </w:rPr>
              <w:t>-0.01</w:t>
            </w:r>
          </w:p>
        </w:tc>
        <w:tc>
          <w:tcPr>
            <w:tcW w:w="1440" w:type="dxa"/>
            <w:tcMar>
              <w:top w:w="70" w:type="dxa"/>
              <w:left w:w="60" w:type="dxa"/>
              <w:bottom w:w="70" w:type="dxa"/>
              <w:right w:w="60" w:type="dxa"/>
            </w:tcMar>
            <w:vAlign w:val="center"/>
          </w:tcPr>
          <w:p w14:paraId="4753F510" w14:textId="77777777" w:rsidR="00FA44DC" w:rsidRPr="00DC5ED7" w:rsidRDefault="00E45AFC">
            <w:pPr>
              <w:jc w:val="center"/>
              <w:rPr>
                <w:rFonts w:cs="Times New Roman"/>
              </w:rPr>
            </w:pPr>
            <w:r w:rsidRPr="00DC5ED7">
              <w:rPr>
                <w:rFonts w:cs="Times New Roman"/>
                <w:sz w:val="13"/>
              </w:rPr>
              <w:t>-0.86 to 0.38</w:t>
            </w:r>
          </w:p>
        </w:tc>
        <w:tc>
          <w:tcPr>
            <w:tcW w:w="1440" w:type="dxa"/>
            <w:tcMar>
              <w:top w:w="70" w:type="dxa"/>
              <w:left w:w="60" w:type="dxa"/>
              <w:bottom w:w="70" w:type="dxa"/>
              <w:right w:w="60" w:type="dxa"/>
            </w:tcMar>
            <w:vAlign w:val="center"/>
          </w:tcPr>
          <w:p w14:paraId="7AED32C9" w14:textId="77777777" w:rsidR="00FA44DC" w:rsidRPr="00DC5ED7" w:rsidRDefault="00E45AFC">
            <w:pPr>
              <w:jc w:val="center"/>
              <w:rPr>
                <w:rFonts w:cs="Times New Roman"/>
              </w:rPr>
            </w:pPr>
            <w:r w:rsidRPr="00DC5ED7">
              <w:rPr>
                <w:rFonts w:cs="Times New Roman"/>
                <w:sz w:val="13"/>
              </w:rPr>
              <w:t>0.832</w:t>
            </w:r>
          </w:p>
        </w:tc>
      </w:tr>
      <w:tr w:rsidR="00FA44DC" w:rsidRPr="00DC5ED7" w14:paraId="3E7794E5" w14:textId="77777777">
        <w:trPr>
          <w:jc w:val="center"/>
        </w:trPr>
        <w:tc>
          <w:tcPr>
            <w:tcW w:w="1440" w:type="dxa"/>
            <w:tcMar>
              <w:top w:w="70" w:type="dxa"/>
              <w:left w:w="60" w:type="dxa"/>
              <w:bottom w:w="70" w:type="dxa"/>
              <w:right w:w="60" w:type="dxa"/>
            </w:tcMar>
            <w:vAlign w:val="center"/>
          </w:tcPr>
          <w:p w14:paraId="518E154C"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52D3E14B" w14:textId="77777777" w:rsidR="00FA44DC" w:rsidRPr="00DC5ED7" w:rsidRDefault="00E45AFC">
            <w:pPr>
              <w:rPr>
                <w:rFonts w:cs="Times New Roman"/>
              </w:rPr>
            </w:pPr>
            <w:r w:rsidRPr="00DC5ED7">
              <w:rPr>
                <w:rFonts w:cs="Times New Roman"/>
                <w:sz w:val="13"/>
              </w:rPr>
              <w:t>100 m median ditch density</w:t>
            </w:r>
          </w:p>
        </w:tc>
        <w:tc>
          <w:tcPr>
            <w:tcW w:w="1440" w:type="dxa"/>
            <w:tcMar>
              <w:top w:w="70" w:type="dxa"/>
              <w:left w:w="60" w:type="dxa"/>
              <w:bottom w:w="70" w:type="dxa"/>
              <w:right w:w="60" w:type="dxa"/>
            </w:tcMar>
            <w:vAlign w:val="center"/>
          </w:tcPr>
          <w:p w14:paraId="2576EE89" w14:textId="476FFA07"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5EA9D403" w14:textId="77777777" w:rsidR="00FA44DC" w:rsidRPr="00DC5ED7" w:rsidRDefault="00E45AFC">
            <w:pPr>
              <w:rPr>
                <w:rFonts w:cs="Times New Roman"/>
              </w:rPr>
            </w:pPr>
            <w:r w:rsidRPr="00DC5ED7">
              <w:rPr>
                <w:rFonts w:cs="Times New Roman"/>
                <w:sz w:val="13"/>
              </w:rPr>
              <w:t>22</w:t>
            </w:r>
          </w:p>
        </w:tc>
        <w:tc>
          <w:tcPr>
            <w:tcW w:w="1440" w:type="dxa"/>
            <w:tcMar>
              <w:top w:w="70" w:type="dxa"/>
              <w:left w:w="60" w:type="dxa"/>
              <w:bottom w:w="70" w:type="dxa"/>
              <w:right w:w="60" w:type="dxa"/>
            </w:tcMar>
            <w:vAlign w:val="center"/>
          </w:tcPr>
          <w:p w14:paraId="3437538D" w14:textId="77777777" w:rsidR="00FA44DC" w:rsidRPr="00DC5ED7" w:rsidRDefault="00E45AFC">
            <w:pPr>
              <w:jc w:val="center"/>
              <w:rPr>
                <w:rFonts w:cs="Times New Roman"/>
              </w:rPr>
            </w:pPr>
            <w:r w:rsidRPr="00DC5ED7">
              <w:rPr>
                <w:rFonts w:cs="Times New Roman"/>
                <w:sz w:val="13"/>
              </w:rPr>
              <w:t>9/11/2</w:t>
            </w:r>
          </w:p>
        </w:tc>
        <w:tc>
          <w:tcPr>
            <w:tcW w:w="1440" w:type="dxa"/>
            <w:tcMar>
              <w:top w:w="70" w:type="dxa"/>
              <w:left w:w="60" w:type="dxa"/>
              <w:bottom w:w="70" w:type="dxa"/>
              <w:right w:w="60" w:type="dxa"/>
            </w:tcMar>
            <w:vAlign w:val="center"/>
          </w:tcPr>
          <w:p w14:paraId="498D279B"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473547EA"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6214B758"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4FCA94EB" w14:textId="77777777" w:rsidR="00FA44DC" w:rsidRPr="00DC5ED7" w:rsidRDefault="00E45AFC">
            <w:pPr>
              <w:jc w:val="center"/>
              <w:rPr>
                <w:rFonts w:cs="Times New Roman"/>
              </w:rPr>
            </w:pPr>
            <w:r w:rsidRPr="00DC5ED7">
              <w:rPr>
                <w:rFonts w:cs="Times New Roman"/>
                <w:sz w:val="13"/>
              </w:rPr>
              <w:t>-0.00 to 0.09</w:t>
            </w:r>
          </w:p>
        </w:tc>
        <w:tc>
          <w:tcPr>
            <w:tcW w:w="1440" w:type="dxa"/>
            <w:tcMar>
              <w:top w:w="70" w:type="dxa"/>
              <w:left w:w="60" w:type="dxa"/>
              <w:bottom w:w="70" w:type="dxa"/>
              <w:right w:w="60" w:type="dxa"/>
            </w:tcMar>
            <w:vAlign w:val="center"/>
          </w:tcPr>
          <w:p w14:paraId="29BFCF11" w14:textId="77777777" w:rsidR="00FA44DC" w:rsidRPr="00DC5ED7" w:rsidRDefault="00E45AFC">
            <w:pPr>
              <w:jc w:val="center"/>
              <w:rPr>
                <w:rFonts w:cs="Times New Roman"/>
              </w:rPr>
            </w:pPr>
            <w:r w:rsidRPr="00DC5ED7">
              <w:rPr>
                <w:rFonts w:cs="Times New Roman"/>
                <w:sz w:val="13"/>
              </w:rPr>
              <w:t>0.824</w:t>
            </w:r>
          </w:p>
        </w:tc>
      </w:tr>
      <w:tr w:rsidR="00FA44DC" w:rsidRPr="00DC5ED7" w14:paraId="03FE7339" w14:textId="77777777">
        <w:trPr>
          <w:jc w:val="center"/>
        </w:trPr>
        <w:tc>
          <w:tcPr>
            <w:tcW w:w="1440" w:type="dxa"/>
            <w:tcMar>
              <w:top w:w="70" w:type="dxa"/>
              <w:left w:w="60" w:type="dxa"/>
              <w:bottom w:w="70" w:type="dxa"/>
              <w:right w:w="60" w:type="dxa"/>
            </w:tcMar>
            <w:vAlign w:val="center"/>
          </w:tcPr>
          <w:p w14:paraId="0C97E73E"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3A8EE507" w14:textId="77777777" w:rsidR="00FA44DC" w:rsidRPr="00DC5ED7" w:rsidRDefault="00E45AFC">
            <w:pPr>
              <w:rPr>
                <w:rFonts w:cs="Times New Roman"/>
              </w:rPr>
            </w:pPr>
            <w:r w:rsidRPr="00DC5ED7">
              <w:rPr>
                <w:rFonts w:cs="Times New Roman"/>
                <w:sz w:val="13"/>
              </w:rPr>
              <w:t>1,000 m mean ditch density</w:t>
            </w:r>
          </w:p>
        </w:tc>
        <w:tc>
          <w:tcPr>
            <w:tcW w:w="1440" w:type="dxa"/>
            <w:tcMar>
              <w:top w:w="70" w:type="dxa"/>
              <w:left w:w="60" w:type="dxa"/>
              <w:bottom w:w="70" w:type="dxa"/>
              <w:right w:w="60" w:type="dxa"/>
            </w:tcMar>
            <w:vAlign w:val="center"/>
          </w:tcPr>
          <w:p w14:paraId="16F51D87" w14:textId="5819ED23"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547A91AB" w14:textId="77777777" w:rsidR="00FA44DC" w:rsidRPr="00DC5ED7" w:rsidRDefault="00E45AFC">
            <w:pPr>
              <w:rPr>
                <w:rFonts w:cs="Times New Roman"/>
              </w:rPr>
            </w:pPr>
            <w:r w:rsidRPr="00DC5ED7">
              <w:rPr>
                <w:rFonts w:cs="Times New Roman"/>
                <w:sz w:val="13"/>
              </w:rPr>
              <w:t>22</w:t>
            </w:r>
          </w:p>
        </w:tc>
        <w:tc>
          <w:tcPr>
            <w:tcW w:w="1440" w:type="dxa"/>
            <w:tcMar>
              <w:top w:w="70" w:type="dxa"/>
              <w:left w:w="60" w:type="dxa"/>
              <w:bottom w:w="70" w:type="dxa"/>
              <w:right w:w="60" w:type="dxa"/>
            </w:tcMar>
            <w:vAlign w:val="center"/>
          </w:tcPr>
          <w:p w14:paraId="7D332DDA" w14:textId="77777777" w:rsidR="00FA44DC" w:rsidRPr="00DC5ED7" w:rsidRDefault="00E45AFC">
            <w:pPr>
              <w:jc w:val="center"/>
              <w:rPr>
                <w:rFonts w:cs="Times New Roman"/>
              </w:rPr>
            </w:pPr>
            <w:r w:rsidRPr="00DC5ED7">
              <w:rPr>
                <w:rFonts w:cs="Times New Roman"/>
                <w:sz w:val="13"/>
              </w:rPr>
              <w:t>12/10/0</w:t>
            </w:r>
          </w:p>
        </w:tc>
        <w:tc>
          <w:tcPr>
            <w:tcW w:w="1440" w:type="dxa"/>
            <w:tcMar>
              <w:top w:w="70" w:type="dxa"/>
              <w:left w:w="60" w:type="dxa"/>
              <w:bottom w:w="70" w:type="dxa"/>
              <w:right w:w="60" w:type="dxa"/>
            </w:tcMar>
            <w:vAlign w:val="center"/>
          </w:tcPr>
          <w:p w14:paraId="2F72F124" w14:textId="77777777" w:rsidR="00FA44DC" w:rsidRPr="00DC5ED7" w:rsidRDefault="00E45AFC">
            <w:pPr>
              <w:jc w:val="center"/>
              <w:rPr>
                <w:rFonts w:cs="Times New Roman"/>
              </w:rPr>
            </w:pPr>
            <w:r w:rsidRPr="00DC5ED7">
              <w:rPr>
                <w:rFonts w:cs="Times New Roman"/>
                <w:sz w:val="13"/>
              </w:rPr>
              <w:t>1.85</w:t>
            </w:r>
          </w:p>
        </w:tc>
        <w:tc>
          <w:tcPr>
            <w:tcW w:w="1440" w:type="dxa"/>
            <w:tcMar>
              <w:top w:w="70" w:type="dxa"/>
              <w:left w:w="60" w:type="dxa"/>
              <w:bottom w:w="70" w:type="dxa"/>
              <w:right w:w="60" w:type="dxa"/>
            </w:tcMar>
            <w:vAlign w:val="center"/>
          </w:tcPr>
          <w:p w14:paraId="6799D01C" w14:textId="77777777" w:rsidR="00FA44DC" w:rsidRPr="00DC5ED7" w:rsidRDefault="00E45AFC">
            <w:pPr>
              <w:jc w:val="center"/>
              <w:rPr>
                <w:rFonts w:cs="Times New Roman"/>
              </w:rPr>
            </w:pPr>
            <w:r w:rsidRPr="00DC5ED7">
              <w:rPr>
                <w:rFonts w:cs="Times New Roman"/>
                <w:sz w:val="13"/>
              </w:rPr>
              <w:t>1.88</w:t>
            </w:r>
          </w:p>
        </w:tc>
        <w:tc>
          <w:tcPr>
            <w:tcW w:w="1440" w:type="dxa"/>
            <w:tcMar>
              <w:top w:w="70" w:type="dxa"/>
              <w:left w:w="60" w:type="dxa"/>
              <w:bottom w:w="70" w:type="dxa"/>
              <w:right w:w="60" w:type="dxa"/>
            </w:tcMar>
            <w:vAlign w:val="center"/>
          </w:tcPr>
          <w:p w14:paraId="12D1C0CE" w14:textId="77777777" w:rsidR="00FA44DC" w:rsidRPr="00DC5ED7" w:rsidRDefault="00E45AFC">
            <w:pPr>
              <w:jc w:val="center"/>
              <w:rPr>
                <w:rFonts w:cs="Times New Roman"/>
              </w:rPr>
            </w:pPr>
            <w:r w:rsidRPr="00DC5ED7">
              <w:rPr>
                <w:rFonts w:cs="Times New Roman"/>
                <w:sz w:val="13"/>
              </w:rPr>
              <w:t>0.04</w:t>
            </w:r>
          </w:p>
        </w:tc>
        <w:tc>
          <w:tcPr>
            <w:tcW w:w="1440" w:type="dxa"/>
            <w:tcMar>
              <w:top w:w="70" w:type="dxa"/>
              <w:left w:w="60" w:type="dxa"/>
              <w:bottom w:w="70" w:type="dxa"/>
              <w:right w:w="60" w:type="dxa"/>
            </w:tcMar>
            <w:vAlign w:val="center"/>
          </w:tcPr>
          <w:p w14:paraId="13DE5144" w14:textId="77777777" w:rsidR="00FA44DC" w:rsidRPr="00DC5ED7" w:rsidRDefault="00E45AFC">
            <w:pPr>
              <w:jc w:val="center"/>
              <w:rPr>
                <w:rFonts w:cs="Times New Roman"/>
              </w:rPr>
            </w:pPr>
            <w:r w:rsidRPr="00DC5ED7">
              <w:rPr>
                <w:rFonts w:cs="Times New Roman"/>
                <w:sz w:val="13"/>
              </w:rPr>
              <w:t>-0.09 to 0.17</w:t>
            </w:r>
          </w:p>
        </w:tc>
        <w:tc>
          <w:tcPr>
            <w:tcW w:w="1440" w:type="dxa"/>
            <w:tcMar>
              <w:top w:w="70" w:type="dxa"/>
              <w:left w:w="60" w:type="dxa"/>
              <w:bottom w:w="70" w:type="dxa"/>
              <w:right w:w="60" w:type="dxa"/>
            </w:tcMar>
            <w:vAlign w:val="center"/>
          </w:tcPr>
          <w:p w14:paraId="52E05A8B" w14:textId="77777777" w:rsidR="00FA44DC" w:rsidRPr="00DC5ED7" w:rsidRDefault="00E45AFC">
            <w:pPr>
              <w:jc w:val="center"/>
              <w:rPr>
                <w:rFonts w:cs="Times New Roman"/>
              </w:rPr>
            </w:pPr>
            <w:r w:rsidRPr="00DC5ED7">
              <w:rPr>
                <w:rFonts w:cs="Times New Roman"/>
                <w:sz w:val="13"/>
              </w:rPr>
              <w:t>0.832</w:t>
            </w:r>
          </w:p>
        </w:tc>
      </w:tr>
      <w:tr w:rsidR="00FA44DC" w:rsidRPr="00DC5ED7" w14:paraId="45A94D8C" w14:textId="77777777">
        <w:trPr>
          <w:jc w:val="center"/>
        </w:trPr>
        <w:tc>
          <w:tcPr>
            <w:tcW w:w="1440" w:type="dxa"/>
            <w:tcMar>
              <w:top w:w="70" w:type="dxa"/>
              <w:left w:w="60" w:type="dxa"/>
              <w:bottom w:w="70" w:type="dxa"/>
              <w:right w:w="60" w:type="dxa"/>
            </w:tcMar>
            <w:vAlign w:val="center"/>
          </w:tcPr>
          <w:p w14:paraId="5396F453"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6127EAD8" w14:textId="77777777" w:rsidR="00FA44DC" w:rsidRPr="00DC5ED7" w:rsidRDefault="00E45AFC">
            <w:pPr>
              <w:rPr>
                <w:rFonts w:cs="Times New Roman"/>
              </w:rPr>
            </w:pPr>
            <w:r w:rsidRPr="00DC5ED7">
              <w:rPr>
                <w:rFonts w:cs="Times New Roman"/>
                <w:sz w:val="13"/>
              </w:rPr>
              <w:t>1,000 m median ditch density</w:t>
            </w:r>
          </w:p>
        </w:tc>
        <w:tc>
          <w:tcPr>
            <w:tcW w:w="1440" w:type="dxa"/>
            <w:tcMar>
              <w:top w:w="70" w:type="dxa"/>
              <w:left w:w="60" w:type="dxa"/>
              <w:bottom w:w="70" w:type="dxa"/>
              <w:right w:w="60" w:type="dxa"/>
            </w:tcMar>
            <w:vAlign w:val="center"/>
          </w:tcPr>
          <w:p w14:paraId="53694060" w14:textId="3C9BE636"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07D78FE6" w14:textId="77777777" w:rsidR="00FA44DC" w:rsidRPr="00DC5ED7" w:rsidRDefault="00E45AFC">
            <w:pPr>
              <w:rPr>
                <w:rFonts w:cs="Times New Roman"/>
              </w:rPr>
            </w:pPr>
            <w:r w:rsidRPr="00DC5ED7">
              <w:rPr>
                <w:rFonts w:cs="Times New Roman"/>
                <w:sz w:val="13"/>
              </w:rPr>
              <w:t>22</w:t>
            </w:r>
          </w:p>
        </w:tc>
        <w:tc>
          <w:tcPr>
            <w:tcW w:w="1440" w:type="dxa"/>
            <w:tcMar>
              <w:top w:w="70" w:type="dxa"/>
              <w:left w:w="60" w:type="dxa"/>
              <w:bottom w:w="70" w:type="dxa"/>
              <w:right w:w="60" w:type="dxa"/>
            </w:tcMar>
            <w:vAlign w:val="center"/>
          </w:tcPr>
          <w:p w14:paraId="73B8290B" w14:textId="77777777" w:rsidR="00FA44DC" w:rsidRPr="00DC5ED7" w:rsidRDefault="00E45AFC">
            <w:pPr>
              <w:jc w:val="center"/>
              <w:rPr>
                <w:rFonts w:cs="Times New Roman"/>
              </w:rPr>
            </w:pPr>
            <w:r w:rsidRPr="00DC5ED7">
              <w:rPr>
                <w:rFonts w:cs="Times New Roman"/>
                <w:sz w:val="13"/>
              </w:rPr>
              <w:t>11/11/0</w:t>
            </w:r>
          </w:p>
        </w:tc>
        <w:tc>
          <w:tcPr>
            <w:tcW w:w="1440" w:type="dxa"/>
            <w:tcMar>
              <w:top w:w="70" w:type="dxa"/>
              <w:left w:w="60" w:type="dxa"/>
              <w:bottom w:w="70" w:type="dxa"/>
              <w:right w:w="60" w:type="dxa"/>
            </w:tcMar>
            <w:vAlign w:val="center"/>
          </w:tcPr>
          <w:p w14:paraId="7B0B7790" w14:textId="77777777" w:rsidR="00FA44DC" w:rsidRPr="00DC5ED7" w:rsidRDefault="00E45AFC">
            <w:pPr>
              <w:jc w:val="center"/>
              <w:rPr>
                <w:rFonts w:cs="Times New Roman"/>
              </w:rPr>
            </w:pPr>
            <w:r w:rsidRPr="00DC5ED7">
              <w:rPr>
                <w:rFonts w:cs="Times New Roman"/>
                <w:sz w:val="13"/>
              </w:rPr>
              <w:t>1.84</w:t>
            </w:r>
          </w:p>
        </w:tc>
        <w:tc>
          <w:tcPr>
            <w:tcW w:w="1440" w:type="dxa"/>
            <w:tcMar>
              <w:top w:w="70" w:type="dxa"/>
              <w:left w:w="60" w:type="dxa"/>
              <w:bottom w:w="70" w:type="dxa"/>
              <w:right w:w="60" w:type="dxa"/>
            </w:tcMar>
            <w:vAlign w:val="center"/>
          </w:tcPr>
          <w:p w14:paraId="01F6D729" w14:textId="77777777" w:rsidR="00FA44DC" w:rsidRPr="00DC5ED7" w:rsidRDefault="00E45AFC">
            <w:pPr>
              <w:jc w:val="center"/>
              <w:rPr>
                <w:rFonts w:cs="Times New Roman"/>
              </w:rPr>
            </w:pPr>
            <w:r w:rsidRPr="00DC5ED7">
              <w:rPr>
                <w:rFonts w:cs="Times New Roman"/>
                <w:sz w:val="13"/>
              </w:rPr>
              <w:t>1.91</w:t>
            </w:r>
          </w:p>
        </w:tc>
        <w:tc>
          <w:tcPr>
            <w:tcW w:w="1440" w:type="dxa"/>
            <w:tcMar>
              <w:top w:w="70" w:type="dxa"/>
              <w:left w:w="60" w:type="dxa"/>
              <w:bottom w:w="70" w:type="dxa"/>
              <w:right w:w="60" w:type="dxa"/>
            </w:tcMar>
            <w:vAlign w:val="center"/>
          </w:tcPr>
          <w:p w14:paraId="75A8FF81" w14:textId="77777777" w:rsidR="00FA44DC" w:rsidRPr="00DC5ED7" w:rsidRDefault="00E45AFC">
            <w:pPr>
              <w:jc w:val="center"/>
              <w:rPr>
                <w:rFonts w:cs="Times New Roman"/>
              </w:rPr>
            </w:pPr>
            <w:r w:rsidRPr="00DC5ED7">
              <w:rPr>
                <w:rFonts w:cs="Times New Roman"/>
                <w:sz w:val="13"/>
              </w:rPr>
              <w:t>0.02</w:t>
            </w:r>
          </w:p>
        </w:tc>
        <w:tc>
          <w:tcPr>
            <w:tcW w:w="1440" w:type="dxa"/>
            <w:tcMar>
              <w:top w:w="70" w:type="dxa"/>
              <w:left w:w="60" w:type="dxa"/>
              <w:bottom w:w="70" w:type="dxa"/>
              <w:right w:w="60" w:type="dxa"/>
            </w:tcMar>
            <w:vAlign w:val="center"/>
          </w:tcPr>
          <w:p w14:paraId="6F5F003C" w14:textId="77777777" w:rsidR="00FA44DC" w:rsidRPr="00DC5ED7" w:rsidRDefault="00E45AFC">
            <w:pPr>
              <w:jc w:val="center"/>
              <w:rPr>
                <w:rFonts w:cs="Times New Roman"/>
              </w:rPr>
            </w:pPr>
            <w:r w:rsidRPr="00DC5ED7">
              <w:rPr>
                <w:rFonts w:cs="Times New Roman"/>
                <w:sz w:val="13"/>
              </w:rPr>
              <w:t>-0.08 to 0.28</w:t>
            </w:r>
          </w:p>
        </w:tc>
        <w:tc>
          <w:tcPr>
            <w:tcW w:w="1440" w:type="dxa"/>
            <w:tcMar>
              <w:top w:w="70" w:type="dxa"/>
              <w:left w:w="60" w:type="dxa"/>
              <w:bottom w:w="70" w:type="dxa"/>
              <w:right w:w="60" w:type="dxa"/>
            </w:tcMar>
            <w:vAlign w:val="center"/>
          </w:tcPr>
          <w:p w14:paraId="2A98DED5" w14:textId="77777777" w:rsidR="00FA44DC" w:rsidRPr="00DC5ED7" w:rsidRDefault="00E45AFC">
            <w:pPr>
              <w:jc w:val="center"/>
              <w:rPr>
                <w:rFonts w:cs="Times New Roman"/>
              </w:rPr>
            </w:pPr>
            <w:r w:rsidRPr="00DC5ED7">
              <w:rPr>
                <w:rFonts w:cs="Times New Roman"/>
                <w:sz w:val="13"/>
              </w:rPr>
              <w:t>1.000</w:t>
            </w:r>
          </w:p>
        </w:tc>
      </w:tr>
      <w:tr w:rsidR="00FA44DC" w:rsidRPr="00DC5ED7" w14:paraId="3E80F0F6" w14:textId="77777777">
        <w:trPr>
          <w:jc w:val="center"/>
        </w:trPr>
        <w:tc>
          <w:tcPr>
            <w:tcW w:w="1440" w:type="dxa"/>
            <w:tcMar>
              <w:top w:w="70" w:type="dxa"/>
              <w:left w:w="60" w:type="dxa"/>
              <w:bottom w:w="70" w:type="dxa"/>
              <w:right w:w="60" w:type="dxa"/>
            </w:tcMar>
            <w:vAlign w:val="center"/>
          </w:tcPr>
          <w:p w14:paraId="0B10C83B" w14:textId="77777777" w:rsidR="00FA44DC" w:rsidRPr="00DC5ED7" w:rsidRDefault="00E45AFC">
            <w:pPr>
              <w:rPr>
                <w:rFonts w:cs="Times New Roman"/>
              </w:rPr>
            </w:pPr>
            <w:r w:rsidRPr="00DC5ED7">
              <w:rPr>
                <w:rFonts w:cs="Times New Roman"/>
                <w:sz w:val="13"/>
              </w:rPr>
              <w:t>North</w:t>
            </w:r>
          </w:p>
        </w:tc>
        <w:tc>
          <w:tcPr>
            <w:tcW w:w="1440" w:type="dxa"/>
            <w:tcMar>
              <w:top w:w="70" w:type="dxa"/>
              <w:left w:w="60" w:type="dxa"/>
              <w:bottom w:w="70" w:type="dxa"/>
              <w:right w:w="60" w:type="dxa"/>
            </w:tcMar>
            <w:vAlign w:val="center"/>
          </w:tcPr>
          <w:p w14:paraId="1DDE4724" w14:textId="77777777" w:rsidR="00FA44DC" w:rsidRPr="00DC5ED7" w:rsidRDefault="00E45AFC">
            <w:pPr>
              <w:rPr>
                <w:rFonts w:cs="Times New Roman"/>
              </w:rPr>
            </w:pPr>
            <w:r w:rsidRPr="00DC5ED7">
              <w:rPr>
                <w:rFonts w:cs="Times New Roman"/>
                <w:sz w:val="13"/>
              </w:rPr>
              <w:t>Peat fraction</w:t>
            </w:r>
          </w:p>
        </w:tc>
        <w:tc>
          <w:tcPr>
            <w:tcW w:w="1440" w:type="dxa"/>
            <w:tcMar>
              <w:top w:w="70" w:type="dxa"/>
              <w:left w:w="60" w:type="dxa"/>
              <w:bottom w:w="70" w:type="dxa"/>
              <w:right w:w="60" w:type="dxa"/>
            </w:tcMar>
            <w:vAlign w:val="center"/>
          </w:tcPr>
          <w:p w14:paraId="735C0365" w14:textId="77777777" w:rsidR="00FA44DC" w:rsidRPr="00DC5ED7" w:rsidRDefault="00E45AFC">
            <w:pPr>
              <w:jc w:val="center"/>
              <w:rPr>
                <w:rFonts w:cs="Times New Roman"/>
              </w:rPr>
            </w:pPr>
            <w:r w:rsidRPr="00DC5ED7">
              <w:rPr>
                <w:rFonts w:cs="Times New Roman"/>
                <w:sz w:val="13"/>
              </w:rPr>
              <w:t>percentage points</w:t>
            </w:r>
          </w:p>
        </w:tc>
        <w:tc>
          <w:tcPr>
            <w:tcW w:w="1440" w:type="dxa"/>
            <w:tcMar>
              <w:top w:w="70" w:type="dxa"/>
              <w:left w:w="60" w:type="dxa"/>
              <w:bottom w:w="70" w:type="dxa"/>
              <w:right w:w="60" w:type="dxa"/>
            </w:tcMar>
            <w:vAlign w:val="center"/>
          </w:tcPr>
          <w:p w14:paraId="2BFB394C" w14:textId="77777777" w:rsidR="00FA44DC" w:rsidRPr="00DC5ED7" w:rsidRDefault="00E45AFC">
            <w:pPr>
              <w:rPr>
                <w:rFonts w:cs="Times New Roman"/>
              </w:rPr>
            </w:pPr>
            <w:r w:rsidRPr="00DC5ED7">
              <w:rPr>
                <w:rFonts w:cs="Times New Roman"/>
                <w:sz w:val="13"/>
              </w:rPr>
              <w:t>22</w:t>
            </w:r>
          </w:p>
        </w:tc>
        <w:tc>
          <w:tcPr>
            <w:tcW w:w="1440" w:type="dxa"/>
            <w:tcMar>
              <w:top w:w="70" w:type="dxa"/>
              <w:left w:w="60" w:type="dxa"/>
              <w:bottom w:w="70" w:type="dxa"/>
              <w:right w:w="60" w:type="dxa"/>
            </w:tcMar>
            <w:vAlign w:val="center"/>
          </w:tcPr>
          <w:p w14:paraId="5FD1D8F9" w14:textId="77777777" w:rsidR="00FA44DC" w:rsidRPr="00DC5ED7" w:rsidRDefault="00E45AFC">
            <w:pPr>
              <w:jc w:val="center"/>
              <w:rPr>
                <w:rFonts w:cs="Times New Roman"/>
              </w:rPr>
            </w:pPr>
            <w:r w:rsidRPr="00DC5ED7">
              <w:rPr>
                <w:rFonts w:cs="Times New Roman"/>
                <w:sz w:val="13"/>
              </w:rPr>
              <w:t>11/10/1</w:t>
            </w:r>
          </w:p>
        </w:tc>
        <w:tc>
          <w:tcPr>
            <w:tcW w:w="1440" w:type="dxa"/>
            <w:tcMar>
              <w:top w:w="70" w:type="dxa"/>
              <w:left w:w="60" w:type="dxa"/>
              <w:bottom w:w="70" w:type="dxa"/>
              <w:right w:w="60" w:type="dxa"/>
            </w:tcMar>
            <w:vAlign w:val="center"/>
          </w:tcPr>
          <w:p w14:paraId="107DA36C" w14:textId="77777777" w:rsidR="00FA44DC" w:rsidRPr="00DC5ED7" w:rsidRDefault="00E45AFC">
            <w:pPr>
              <w:jc w:val="center"/>
              <w:rPr>
                <w:rFonts w:cs="Times New Roman"/>
              </w:rPr>
            </w:pPr>
            <w:r w:rsidRPr="00DC5ED7">
              <w:rPr>
                <w:rFonts w:cs="Times New Roman"/>
                <w:sz w:val="13"/>
              </w:rPr>
              <w:t>20.20</w:t>
            </w:r>
          </w:p>
        </w:tc>
        <w:tc>
          <w:tcPr>
            <w:tcW w:w="1440" w:type="dxa"/>
            <w:tcMar>
              <w:top w:w="70" w:type="dxa"/>
              <w:left w:w="60" w:type="dxa"/>
              <w:bottom w:w="70" w:type="dxa"/>
              <w:right w:w="60" w:type="dxa"/>
            </w:tcMar>
            <w:vAlign w:val="center"/>
          </w:tcPr>
          <w:p w14:paraId="3EF32D57" w14:textId="77777777" w:rsidR="00FA44DC" w:rsidRPr="00DC5ED7" w:rsidRDefault="00E45AFC">
            <w:pPr>
              <w:jc w:val="center"/>
              <w:rPr>
                <w:rFonts w:cs="Times New Roman"/>
              </w:rPr>
            </w:pPr>
            <w:r w:rsidRPr="00DC5ED7">
              <w:rPr>
                <w:rFonts w:cs="Times New Roman"/>
                <w:sz w:val="13"/>
              </w:rPr>
              <w:t>20.69</w:t>
            </w:r>
          </w:p>
        </w:tc>
        <w:tc>
          <w:tcPr>
            <w:tcW w:w="1440" w:type="dxa"/>
            <w:tcMar>
              <w:top w:w="70" w:type="dxa"/>
              <w:left w:w="60" w:type="dxa"/>
              <w:bottom w:w="70" w:type="dxa"/>
              <w:right w:w="60" w:type="dxa"/>
            </w:tcMar>
            <w:vAlign w:val="center"/>
          </w:tcPr>
          <w:p w14:paraId="121F4AE9" w14:textId="77777777" w:rsidR="00FA44DC" w:rsidRPr="00DC5ED7" w:rsidRDefault="00E45AFC">
            <w:pPr>
              <w:jc w:val="center"/>
              <w:rPr>
                <w:rFonts w:cs="Times New Roman"/>
              </w:rPr>
            </w:pPr>
            <w:r w:rsidRPr="00DC5ED7">
              <w:rPr>
                <w:rFonts w:cs="Times New Roman"/>
                <w:sz w:val="13"/>
              </w:rPr>
              <w:t>0.25</w:t>
            </w:r>
          </w:p>
        </w:tc>
        <w:tc>
          <w:tcPr>
            <w:tcW w:w="1440" w:type="dxa"/>
            <w:tcMar>
              <w:top w:w="70" w:type="dxa"/>
              <w:left w:w="60" w:type="dxa"/>
              <w:bottom w:w="70" w:type="dxa"/>
              <w:right w:w="60" w:type="dxa"/>
            </w:tcMar>
            <w:vAlign w:val="center"/>
          </w:tcPr>
          <w:p w14:paraId="55897A20" w14:textId="77777777" w:rsidR="00FA44DC" w:rsidRPr="00DC5ED7" w:rsidRDefault="00E45AFC">
            <w:pPr>
              <w:jc w:val="center"/>
              <w:rPr>
                <w:rFonts w:cs="Times New Roman"/>
              </w:rPr>
            </w:pPr>
            <w:r w:rsidRPr="00DC5ED7">
              <w:rPr>
                <w:rFonts w:cs="Times New Roman"/>
                <w:sz w:val="13"/>
              </w:rPr>
              <w:t>-4.21 to 3.10</w:t>
            </w:r>
          </w:p>
        </w:tc>
        <w:tc>
          <w:tcPr>
            <w:tcW w:w="1440" w:type="dxa"/>
            <w:tcMar>
              <w:top w:w="70" w:type="dxa"/>
              <w:left w:w="60" w:type="dxa"/>
              <w:bottom w:w="70" w:type="dxa"/>
              <w:right w:w="60" w:type="dxa"/>
            </w:tcMar>
            <w:vAlign w:val="center"/>
          </w:tcPr>
          <w:p w14:paraId="161F0148" w14:textId="77777777" w:rsidR="00FA44DC" w:rsidRPr="00DC5ED7" w:rsidRDefault="00E45AFC">
            <w:pPr>
              <w:jc w:val="center"/>
              <w:rPr>
                <w:rFonts w:cs="Times New Roman"/>
              </w:rPr>
            </w:pPr>
            <w:r w:rsidRPr="00DC5ED7">
              <w:rPr>
                <w:rFonts w:cs="Times New Roman"/>
                <w:sz w:val="13"/>
              </w:rPr>
              <w:t>1.000</w:t>
            </w:r>
          </w:p>
        </w:tc>
      </w:tr>
      <w:tr w:rsidR="00FA44DC" w:rsidRPr="00DC5ED7" w14:paraId="50E2B150" w14:textId="77777777">
        <w:trPr>
          <w:jc w:val="center"/>
        </w:trPr>
        <w:tc>
          <w:tcPr>
            <w:tcW w:w="1440" w:type="dxa"/>
            <w:tcMar>
              <w:top w:w="70" w:type="dxa"/>
              <w:left w:w="60" w:type="dxa"/>
              <w:bottom w:w="70" w:type="dxa"/>
              <w:right w:w="60" w:type="dxa"/>
            </w:tcMar>
            <w:vAlign w:val="center"/>
          </w:tcPr>
          <w:p w14:paraId="73A8E3FB"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313F137D" w14:textId="77777777" w:rsidR="00FA44DC" w:rsidRPr="00DC5ED7" w:rsidRDefault="00E45AFC">
            <w:pPr>
              <w:rPr>
                <w:rFonts w:cs="Times New Roman"/>
              </w:rPr>
            </w:pPr>
            <w:r w:rsidRPr="00DC5ED7">
              <w:rPr>
                <w:rFonts w:cs="Times New Roman"/>
                <w:sz w:val="13"/>
              </w:rPr>
              <w:t>100 m mean ditch density</w:t>
            </w:r>
          </w:p>
        </w:tc>
        <w:tc>
          <w:tcPr>
            <w:tcW w:w="1440" w:type="dxa"/>
            <w:tcMar>
              <w:top w:w="70" w:type="dxa"/>
              <w:left w:w="60" w:type="dxa"/>
              <w:bottom w:w="70" w:type="dxa"/>
              <w:right w:w="60" w:type="dxa"/>
            </w:tcMar>
            <w:vAlign w:val="center"/>
          </w:tcPr>
          <w:p w14:paraId="5BDB6D43" w14:textId="5BCFAD81"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0BFB8ECA" w14:textId="77777777" w:rsidR="00FA44DC" w:rsidRPr="00DC5ED7" w:rsidRDefault="00E45AFC">
            <w:pPr>
              <w:rPr>
                <w:rFonts w:cs="Times New Roman"/>
              </w:rPr>
            </w:pPr>
            <w:r w:rsidRPr="00DC5ED7">
              <w:rPr>
                <w:rFonts w:cs="Times New Roman"/>
                <w:sz w:val="13"/>
              </w:rPr>
              <w:t>13</w:t>
            </w:r>
          </w:p>
        </w:tc>
        <w:tc>
          <w:tcPr>
            <w:tcW w:w="1440" w:type="dxa"/>
            <w:tcMar>
              <w:top w:w="70" w:type="dxa"/>
              <w:left w:w="60" w:type="dxa"/>
              <w:bottom w:w="70" w:type="dxa"/>
              <w:right w:w="60" w:type="dxa"/>
            </w:tcMar>
            <w:vAlign w:val="center"/>
          </w:tcPr>
          <w:p w14:paraId="4CA1A0FE" w14:textId="77777777" w:rsidR="00FA44DC" w:rsidRPr="00DC5ED7" w:rsidRDefault="00E45AFC">
            <w:pPr>
              <w:jc w:val="center"/>
              <w:rPr>
                <w:rFonts w:cs="Times New Roman"/>
              </w:rPr>
            </w:pPr>
            <w:r w:rsidRPr="00DC5ED7">
              <w:rPr>
                <w:rFonts w:cs="Times New Roman"/>
                <w:sz w:val="13"/>
              </w:rPr>
              <w:t>7/6/0</w:t>
            </w:r>
          </w:p>
        </w:tc>
        <w:tc>
          <w:tcPr>
            <w:tcW w:w="1440" w:type="dxa"/>
            <w:tcMar>
              <w:top w:w="70" w:type="dxa"/>
              <w:left w:w="60" w:type="dxa"/>
              <w:bottom w:w="70" w:type="dxa"/>
              <w:right w:w="60" w:type="dxa"/>
            </w:tcMar>
            <w:vAlign w:val="center"/>
          </w:tcPr>
          <w:p w14:paraId="6FAA004B" w14:textId="77777777" w:rsidR="00FA44DC" w:rsidRPr="00DC5ED7" w:rsidRDefault="00E45AFC">
            <w:pPr>
              <w:jc w:val="center"/>
              <w:rPr>
                <w:rFonts w:cs="Times New Roman"/>
              </w:rPr>
            </w:pPr>
            <w:r w:rsidRPr="00DC5ED7">
              <w:rPr>
                <w:rFonts w:cs="Times New Roman"/>
                <w:sz w:val="13"/>
              </w:rPr>
              <w:t>2.53</w:t>
            </w:r>
          </w:p>
        </w:tc>
        <w:tc>
          <w:tcPr>
            <w:tcW w:w="1440" w:type="dxa"/>
            <w:tcMar>
              <w:top w:w="70" w:type="dxa"/>
              <w:left w:w="60" w:type="dxa"/>
              <w:bottom w:w="70" w:type="dxa"/>
              <w:right w:w="60" w:type="dxa"/>
            </w:tcMar>
            <w:vAlign w:val="center"/>
          </w:tcPr>
          <w:p w14:paraId="67DA3D26" w14:textId="77777777" w:rsidR="00FA44DC" w:rsidRPr="00DC5ED7" w:rsidRDefault="00E45AFC">
            <w:pPr>
              <w:jc w:val="center"/>
              <w:rPr>
                <w:rFonts w:cs="Times New Roman"/>
              </w:rPr>
            </w:pPr>
            <w:r w:rsidRPr="00DC5ED7">
              <w:rPr>
                <w:rFonts w:cs="Times New Roman"/>
                <w:sz w:val="13"/>
              </w:rPr>
              <w:t>1.98</w:t>
            </w:r>
          </w:p>
        </w:tc>
        <w:tc>
          <w:tcPr>
            <w:tcW w:w="1440" w:type="dxa"/>
            <w:tcMar>
              <w:top w:w="70" w:type="dxa"/>
              <w:left w:w="60" w:type="dxa"/>
              <w:bottom w:w="70" w:type="dxa"/>
              <w:right w:w="60" w:type="dxa"/>
            </w:tcMar>
            <w:vAlign w:val="center"/>
          </w:tcPr>
          <w:p w14:paraId="3A68B70B" w14:textId="77777777" w:rsidR="00FA44DC" w:rsidRPr="00DC5ED7" w:rsidRDefault="00E45AFC">
            <w:pPr>
              <w:jc w:val="center"/>
              <w:rPr>
                <w:rFonts w:cs="Times New Roman"/>
              </w:rPr>
            </w:pPr>
            <w:r w:rsidRPr="00DC5ED7">
              <w:rPr>
                <w:rFonts w:cs="Times New Roman"/>
                <w:sz w:val="13"/>
              </w:rPr>
              <w:t>0.11</w:t>
            </w:r>
          </w:p>
        </w:tc>
        <w:tc>
          <w:tcPr>
            <w:tcW w:w="1440" w:type="dxa"/>
            <w:tcMar>
              <w:top w:w="70" w:type="dxa"/>
              <w:left w:w="60" w:type="dxa"/>
              <w:bottom w:w="70" w:type="dxa"/>
              <w:right w:w="60" w:type="dxa"/>
            </w:tcMar>
            <w:vAlign w:val="center"/>
          </w:tcPr>
          <w:p w14:paraId="5E42EB79" w14:textId="77777777" w:rsidR="00FA44DC" w:rsidRPr="00DC5ED7" w:rsidRDefault="00E45AFC">
            <w:pPr>
              <w:jc w:val="center"/>
              <w:rPr>
                <w:rFonts w:cs="Times New Roman"/>
              </w:rPr>
            </w:pPr>
            <w:r w:rsidRPr="00DC5ED7">
              <w:rPr>
                <w:rFonts w:cs="Times New Roman"/>
                <w:sz w:val="13"/>
              </w:rPr>
              <w:t>-0.43 to 1.56</w:t>
            </w:r>
          </w:p>
        </w:tc>
        <w:tc>
          <w:tcPr>
            <w:tcW w:w="1440" w:type="dxa"/>
            <w:tcMar>
              <w:top w:w="70" w:type="dxa"/>
              <w:left w:w="60" w:type="dxa"/>
              <w:bottom w:w="70" w:type="dxa"/>
              <w:right w:w="60" w:type="dxa"/>
            </w:tcMar>
            <w:vAlign w:val="center"/>
          </w:tcPr>
          <w:p w14:paraId="48506FED" w14:textId="77777777" w:rsidR="00FA44DC" w:rsidRPr="00DC5ED7" w:rsidRDefault="00E45AFC">
            <w:pPr>
              <w:jc w:val="center"/>
              <w:rPr>
                <w:rFonts w:cs="Times New Roman"/>
              </w:rPr>
            </w:pPr>
            <w:r w:rsidRPr="00DC5ED7">
              <w:rPr>
                <w:rFonts w:cs="Times New Roman"/>
                <w:sz w:val="13"/>
              </w:rPr>
              <w:t>1.000</w:t>
            </w:r>
          </w:p>
        </w:tc>
      </w:tr>
      <w:tr w:rsidR="00FA44DC" w:rsidRPr="00DC5ED7" w14:paraId="4F850CA0" w14:textId="77777777">
        <w:trPr>
          <w:jc w:val="center"/>
        </w:trPr>
        <w:tc>
          <w:tcPr>
            <w:tcW w:w="1440" w:type="dxa"/>
            <w:tcMar>
              <w:top w:w="70" w:type="dxa"/>
              <w:left w:w="60" w:type="dxa"/>
              <w:bottom w:w="70" w:type="dxa"/>
              <w:right w:w="60" w:type="dxa"/>
            </w:tcMar>
            <w:vAlign w:val="center"/>
          </w:tcPr>
          <w:p w14:paraId="23B91837"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0EE2BAC5" w14:textId="77777777" w:rsidR="00FA44DC" w:rsidRPr="00DC5ED7" w:rsidRDefault="00E45AFC">
            <w:pPr>
              <w:rPr>
                <w:rFonts w:cs="Times New Roman"/>
              </w:rPr>
            </w:pPr>
            <w:r w:rsidRPr="00DC5ED7">
              <w:rPr>
                <w:rFonts w:cs="Times New Roman"/>
                <w:sz w:val="13"/>
              </w:rPr>
              <w:t>100 m median ditch density</w:t>
            </w:r>
          </w:p>
        </w:tc>
        <w:tc>
          <w:tcPr>
            <w:tcW w:w="1440" w:type="dxa"/>
            <w:tcMar>
              <w:top w:w="70" w:type="dxa"/>
              <w:left w:w="60" w:type="dxa"/>
              <w:bottom w:w="70" w:type="dxa"/>
              <w:right w:w="60" w:type="dxa"/>
            </w:tcMar>
            <w:vAlign w:val="center"/>
          </w:tcPr>
          <w:p w14:paraId="2B23C14E" w14:textId="5149F393"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15BB877C" w14:textId="77777777" w:rsidR="00FA44DC" w:rsidRPr="00DC5ED7" w:rsidRDefault="00E45AFC">
            <w:pPr>
              <w:rPr>
                <w:rFonts w:cs="Times New Roman"/>
              </w:rPr>
            </w:pPr>
            <w:r w:rsidRPr="00DC5ED7">
              <w:rPr>
                <w:rFonts w:cs="Times New Roman"/>
                <w:sz w:val="13"/>
              </w:rPr>
              <w:t>13</w:t>
            </w:r>
          </w:p>
        </w:tc>
        <w:tc>
          <w:tcPr>
            <w:tcW w:w="1440" w:type="dxa"/>
            <w:tcMar>
              <w:top w:w="70" w:type="dxa"/>
              <w:left w:w="60" w:type="dxa"/>
              <w:bottom w:w="70" w:type="dxa"/>
              <w:right w:w="60" w:type="dxa"/>
            </w:tcMar>
            <w:vAlign w:val="center"/>
          </w:tcPr>
          <w:p w14:paraId="564951B9" w14:textId="77777777" w:rsidR="00FA44DC" w:rsidRPr="00DC5ED7" w:rsidRDefault="00E45AFC">
            <w:pPr>
              <w:jc w:val="center"/>
              <w:rPr>
                <w:rFonts w:cs="Times New Roman"/>
              </w:rPr>
            </w:pPr>
            <w:r w:rsidRPr="00DC5ED7">
              <w:rPr>
                <w:rFonts w:cs="Times New Roman"/>
                <w:sz w:val="13"/>
              </w:rPr>
              <w:t>7/6/0</w:t>
            </w:r>
          </w:p>
        </w:tc>
        <w:tc>
          <w:tcPr>
            <w:tcW w:w="1440" w:type="dxa"/>
            <w:tcMar>
              <w:top w:w="70" w:type="dxa"/>
              <w:left w:w="60" w:type="dxa"/>
              <w:bottom w:w="70" w:type="dxa"/>
              <w:right w:w="60" w:type="dxa"/>
            </w:tcMar>
            <w:vAlign w:val="center"/>
          </w:tcPr>
          <w:p w14:paraId="55D11074" w14:textId="77777777" w:rsidR="00FA44DC" w:rsidRPr="00DC5ED7" w:rsidRDefault="00E45AFC">
            <w:pPr>
              <w:jc w:val="center"/>
              <w:rPr>
                <w:rFonts w:cs="Times New Roman"/>
              </w:rPr>
            </w:pPr>
            <w:r w:rsidRPr="00DC5ED7">
              <w:rPr>
                <w:rFonts w:cs="Times New Roman"/>
                <w:sz w:val="13"/>
              </w:rPr>
              <w:t>0.84</w:t>
            </w:r>
          </w:p>
        </w:tc>
        <w:tc>
          <w:tcPr>
            <w:tcW w:w="1440" w:type="dxa"/>
            <w:tcMar>
              <w:top w:w="70" w:type="dxa"/>
              <w:left w:w="60" w:type="dxa"/>
              <w:bottom w:w="70" w:type="dxa"/>
              <w:right w:w="60" w:type="dxa"/>
            </w:tcMar>
            <w:vAlign w:val="center"/>
          </w:tcPr>
          <w:p w14:paraId="507121B5" w14:textId="77777777" w:rsidR="00FA44DC" w:rsidRPr="00DC5ED7" w:rsidRDefault="00E45AFC">
            <w:pPr>
              <w:jc w:val="center"/>
              <w:rPr>
                <w:rFonts w:cs="Times New Roman"/>
              </w:rPr>
            </w:pPr>
            <w:r w:rsidRPr="00DC5ED7">
              <w:rPr>
                <w:rFonts w:cs="Times New Roman"/>
                <w:sz w:val="13"/>
              </w:rPr>
              <w:t>0.79</w:t>
            </w:r>
          </w:p>
        </w:tc>
        <w:tc>
          <w:tcPr>
            <w:tcW w:w="1440" w:type="dxa"/>
            <w:tcMar>
              <w:top w:w="70" w:type="dxa"/>
              <w:left w:w="60" w:type="dxa"/>
              <w:bottom w:w="70" w:type="dxa"/>
              <w:right w:w="60" w:type="dxa"/>
            </w:tcMar>
            <w:vAlign w:val="center"/>
          </w:tcPr>
          <w:p w14:paraId="1F27085A"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3778383E" w14:textId="77777777" w:rsidR="00FA44DC" w:rsidRPr="00DC5ED7" w:rsidRDefault="00E45AFC">
            <w:pPr>
              <w:jc w:val="center"/>
              <w:rPr>
                <w:rFonts w:cs="Times New Roman"/>
              </w:rPr>
            </w:pPr>
            <w:r w:rsidRPr="00DC5ED7">
              <w:rPr>
                <w:rFonts w:cs="Times New Roman"/>
                <w:sz w:val="13"/>
              </w:rPr>
              <w:t>-0.18 to 1.34</w:t>
            </w:r>
          </w:p>
        </w:tc>
        <w:tc>
          <w:tcPr>
            <w:tcW w:w="1440" w:type="dxa"/>
            <w:tcMar>
              <w:top w:w="70" w:type="dxa"/>
              <w:left w:w="60" w:type="dxa"/>
              <w:bottom w:w="70" w:type="dxa"/>
              <w:right w:w="60" w:type="dxa"/>
            </w:tcMar>
            <w:vAlign w:val="center"/>
          </w:tcPr>
          <w:p w14:paraId="1A126A4F" w14:textId="77777777" w:rsidR="00FA44DC" w:rsidRPr="00DC5ED7" w:rsidRDefault="00E45AFC">
            <w:pPr>
              <w:jc w:val="center"/>
              <w:rPr>
                <w:rFonts w:cs="Times New Roman"/>
              </w:rPr>
            </w:pPr>
            <w:r w:rsidRPr="00DC5ED7">
              <w:rPr>
                <w:rFonts w:cs="Times New Roman"/>
                <w:sz w:val="13"/>
              </w:rPr>
              <w:t>1.000</w:t>
            </w:r>
          </w:p>
        </w:tc>
      </w:tr>
      <w:tr w:rsidR="00FA44DC" w:rsidRPr="00DC5ED7" w14:paraId="0D9ECE86" w14:textId="77777777">
        <w:trPr>
          <w:jc w:val="center"/>
        </w:trPr>
        <w:tc>
          <w:tcPr>
            <w:tcW w:w="1440" w:type="dxa"/>
            <w:tcMar>
              <w:top w:w="70" w:type="dxa"/>
              <w:left w:w="60" w:type="dxa"/>
              <w:bottom w:w="70" w:type="dxa"/>
              <w:right w:w="60" w:type="dxa"/>
            </w:tcMar>
            <w:vAlign w:val="center"/>
          </w:tcPr>
          <w:p w14:paraId="3E422B3E"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0B81D08E" w14:textId="77777777" w:rsidR="00FA44DC" w:rsidRPr="00DC5ED7" w:rsidRDefault="00E45AFC">
            <w:pPr>
              <w:rPr>
                <w:rFonts w:cs="Times New Roman"/>
              </w:rPr>
            </w:pPr>
            <w:r w:rsidRPr="00DC5ED7">
              <w:rPr>
                <w:rFonts w:cs="Times New Roman"/>
                <w:sz w:val="13"/>
              </w:rPr>
              <w:t>1,000 m mean ditch density</w:t>
            </w:r>
          </w:p>
        </w:tc>
        <w:tc>
          <w:tcPr>
            <w:tcW w:w="1440" w:type="dxa"/>
            <w:tcMar>
              <w:top w:w="70" w:type="dxa"/>
              <w:left w:w="60" w:type="dxa"/>
              <w:bottom w:w="70" w:type="dxa"/>
              <w:right w:w="60" w:type="dxa"/>
            </w:tcMar>
            <w:vAlign w:val="center"/>
          </w:tcPr>
          <w:p w14:paraId="0E2A81B3" w14:textId="109F6BF1" w:rsidR="00FA44DC" w:rsidRPr="00DC5ED7" w:rsidRDefault="00E45AFC">
            <w:pPr>
              <w:jc w:val="center"/>
              <w:rPr>
                <w:rFonts w:cs="Times New Roman"/>
              </w:rPr>
            </w:pPr>
            <w:r w:rsidRPr="00DC5ED7">
              <w:rPr>
                <w:rFonts w:cs="Times New Roman"/>
                <w:sz w:val="13"/>
              </w:rPr>
              <w:t>km km</w:t>
            </w:r>
            <w:r w:rsidR="005D2839" w:rsidRPr="005D2839">
              <w:rPr>
                <w:rFonts w:cs="Times New Roman"/>
                <w:sz w:val="13"/>
                <w:vertAlign w:val="superscript"/>
              </w:rPr>
              <w:t>-2</w:t>
            </w:r>
          </w:p>
        </w:tc>
        <w:tc>
          <w:tcPr>
            <w:tcW w:w="1440" w:type="dxa"/>
            <w:tcMar>
              <w:top w:w="70" w:type="dxa"/>
              <w:left w:w="60" w:type="dxa"/>
              <w:bottom w:w="70" w:type="dxa"/>
              <w:right w:w="60" w:type="dxa"/>
            </w:tcMar>
            <w:vAlign w:val="center"/>
          </w:tcPr>
          <w:p w14:paraId="0FBE66A7" w14:textId="77777777" w:rsidR="00FA44DC" w:rsidRPr="00DC5ED7" w:rsidRDefault="00E45AFC">
            <w:pPr>
              <w:rPr>
                <w:rFonts w:cs="Times New Roman"/>
              </w:rPr>
            </w:pPr>
            <w:r w:rsidRPr="00DC5ED7">
              <w:rPr>
                <w:rFonts w:cs="Times New Roman"/>
                <w:sz w:val="13"/>
              </w:rPr>
              <w:t>13</w:t>
            </w:r>
          </w:p>
        </w:tc>
        <w:tc>
          <w:tcPr>
            <w:tcW w:w="1440" w:type="dxa"/>
            <w:tcMar>
              <w:top w:w="70" w:type="dxa"/>
              <w:left w:w="60" w:type="dxa"/>
              <w:bottom w:w="70" w:type="dxa"/>
              <w:right w:w="60" w:type="dxa"/>
            </w:tcMar>
            <w:vAlign w:val="center"/>
          </w:tcPr>
          <w:p w14:paraId="1674D81B" w14:textId="77777777" w:rsidR="00FA44DC" w:rsidRPr="00DC5ED7" w:rsidRDefault="00E45AFC">
            <w:pPr>
              <w:jc w:val="center"/>
              <w:rPr>
                <w:rFonts w:cs="Times New Roman"/>
              </w:rPr>
            </w:pPr>
            <w:r w:rsidRPr="00DC5ED7">
              <w:rPr>
                <w:rFonts w:cs="Times New Roman"/>
                <w:sz w:val="13"/>
              </w:rPr>
              <w:t>8/5/0</w:t>
            </w:r>
          </w:p>
        </w:tc>
        <w:tc>
          <w:tcPr>
            <w:tcW w:w="1440" w:type="dxa"/>
            <w:tcMar>
              <w:top w:w="70" w:type="dxa"/>
              <w:left w:w="60" w:type="dxa"/>
              <w:bottom w:w="70" w:type="dxa"/>
              <w:right w:w="60" w:type="dxa"/>
            </w:tcMar>
            <w:vAlign w:val="center"/>
          </w:tcPr>
          <w:p w14:paraId="1B934992" w14:textId="77777777" w:rsidR="00FA44DC" w:rsidRPr="00DC5ED7" w:rsidRDefault="00E45AFC">
            <w:pPr>
              <w:jc w:val="center"/>
              <w:rPr>
                <w:rFonts w:cs="Times New Roman"/>
              </w:rPr>
            </w:pPr>
            <w:r w:rsidRPr="00DC5ED7">
              <w:rPr>
                <w:rFonts w:cs="Times New Roman"/>
                <w:sz w:val="13"/>
              </w:rPr>
              <w:t>2.11</w:t>
            </w:r>
          </w:p>
        </w:tc>
        <w:tc>
          <w:tcPr>
            <w:tcW w:w="1440" w:type="dxa"/>
            <w:tcMar>
              <w:top w:w="70" w:type="dxa"/>
              <w:left w:w="60" w:type="dxa"/>
              <w:bottom w:w="70" w:type="dxa"/>
              <w:right w:w="60" w:type="dxa"/>
            </w:tcMar>
            <w:vAlign w:val="center"/>
          </w:tcPr>
          <w:p w14:paraId="7C7A1DA2" w14:textId="77777777" w:rsidR="00FA44DC" w:rsidRPr="00DC5ED7" w:rsidRDefault="00E45AFC">
            <w:pPr>
              <w:jc w:val="center"/>
              <w:rPr>
                <w:rFonts w:cs="Times New Roman"/>
              </w:rPr>
            </w:pPr>
            <w:r w:rsidRPr="00DC5ED7">
              <w:rPr>
                <w:rFonts w:cs="Times New Roman"/>
                <w:sz w:val="13"/>
              </w:rPr>
              <w:t>2.12</w:t>
            </w:r>
          </w:p>
        </w:tc>
        <w:tc>
          <w:tcPr>
            <w:tcW w:w="1440" w:type="dxa"/>
            <w:tcMar>
              <w:top w:w="70" w:type="dxa"/>
              <w:left w:w="60" w:type="dxa"/>
              <w:bottom w:w="70" w:type="dxa"/>
              <w:right w:w="60" w:type="dxa"/>
            </w:tcMar>
            <w:vAlign w:val="center"/>
          </w:tcPr>
          <w:p w14:paraId="73CFC782" w14:textId="77777777" w:rsidR="00FA44DC" w:rsidRPr="00DC5ED7" w:rsidRDefault="00E45AFC">
            <w:pPr>
              <w:jc w:val="center"/>
              <w:rPr>
                <w:rFonts w:cs="Times New Roman"/>
              </w:rPr>
            </w:pPr>
            <w:r w:rsidRPr="00DC5ED7">
              <w:rPr>
                <w:rFonts w:cs="Times New Roman"/>
                <w:sz w:val="13"/>
              </w:rPr>
              <w:t>0.02</w:t>
            </w:r>
          </w:p>
        </w:tc>
        <w:tc>
          <w:tcPr>
            <w:tcW w:w="1440" w:type="dxa"/>
            <w:tcMar>
              <w:top w:w="70" w:type="dxa"/>
              <w:left w:w="60" w:type="dxa"/>
              <w:bottom w:w="70" w:type="dxa"/>
              <w:right w:w="60" w:type="dxa"/>
            </w:tcMar>
            <w:vAlign w:val="center"/>
          </w:tcPr>
          <w:p w14:paraId="0525C994" w14:textId="77777777" w:rsidR="00FA44DC" w:rsidRPr="00DC5ED7" w:rsidRDefault="00E45AFC">
            <w:pPr>
              <w:jc w:val="center"/>
              <w:rPr>
                <w:rFonts w:cs="Times New Roman"/>
              </w:rPr>
            </w:pPr>
            <w:r w:rsidRPr="00DC5ED7">
              <w:rPr>
                <w:rFonts w:cs="Times New Roman"/>
                <w:sz w:val="13"/>
              </w:rPr>
              <w:t>-0.08 to 0.21</w:t>
            </w:r>
          </w:p>
        </w:tc>
        <w:tc>
          <w:tcPr>
            <w:tcW w:w="1440" w:type="dxa"/>
            <w:tcMar>
              <w:top w:w="70" w:type="dxa"/>
              <w:left w:w="60" w:type="dxa"/>
              <w:bottom w:w="70" w:type="dxa"/>
              <w:right w:w="60" w:type="dxa"/>
            </w:tcMar>
            <w:vAlign w:val="center"/>
          </w:tcPr>
          <w:p w14:paraId="15B2F647" w14:textId="77777777" w:rsidR="00FA44DC" w:rsidRPr="00DC5ED7" w:rsidRDefault="00E45AFC">
            <w:pPr>
              <w:jc w:val="center"/>
              <w:rPr>
                <w:rFonts w:cs="Times New Roman"/>
              </w:rPr>
            </w:pPr>
            <w:r w:rsidRPr="00DC5ED7">
              <w:rPr>
                <w:rFonts w:cs="Times New Roman"/>
                <w:sz w:val="13"/>
              </w:rPr>
              <w:t>0.581</w:t>
            </w:r>
          </w:p>
        </w:tc>
      </w:tr>
      <w:tr w:rsidR="00FA44DC" w:rsidRPr="00DC5ED7" w14:paraId="5487380E" w14:textId="77777777">
        <w:trPr>
          <w:jc w:val="center"/>
        </w:trPr>
        <w:tc>
          <w:tcPr>
            <w:tcW w:w="1440" w:type="dxa"/>
            <w:tcMar>
              <w:top w:w="70" w:type="dxa"/>
              <w:left w:w="60" w:type="dxa"/>
              <w:bottom w:w="70" w:type="dxa"/>
              <w:right w:w="60" w:type="dxa"/>
            </w:tcMar>
            <w:vAlign w:val="center"/>
          </w:tcPr>
          <w:p w14:paraId="20659E28"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75713633" w14:textId="77777777" w:rsidR="00FA44DC" w:rsidRPr="00DC5ED7" w:rsidRDefault="00E45AFC">
            <w:pPr>
              <w:rPr>
                <w:rFonts w:cs="Times New Roman"/>
              </w:rPr>
            </w:pPr>
            <w:r w:rsidRPr="00DC5ED7">
              <w:rPr>
                <w:rFonts w:cs="Times New Roman"/>
                <w:sz w:val="13"/>
              </w:rPr>
              <w:t>1,000 m median ditch density</w:t>
            </w:r>
          </w:p>
        </w:tc>
        <w:tc>
          <w:tcPr>
            <w:tcW w:w="1440" w:type="dxa"/>
            <w:tcMar>
              <w:top w:w="70" w:type="dxa"/>
              <w:left w:w="60" w:type="dxa"/>
              <w:bottom w:w="70" w:type="dxa"/>
              <w:right w:w="60" w:type="dxa"/>
            </w:tcMar>
            <w:vAlign w:val="center"/>
          </w:tcPr>
          <w:p w14:paraId="13394248" w14:textId="77777777" w:rsidR="00FA44DC" w:rsidRPr="00DC5ED7" w:rsidRDefault="00E45AFC">
            <w:pPr>
              <w:jc w:val="center"/>
              <w:rPr>
                <w:rFonts w:cs="Times New Roman"/>
              </w:rPr>
            </w:pPr>
            <w:r w:rsidRPr="00DC5ED7">
              <w:rPr>
                <w:rFonts w:cs="Times New Roman"/>
                <w:sz w:val="13"/>
              </w:rPr>
              <w:t>km km</w:t>
            </w:r>
            <w:r w:rsidRPr="005D2839">
              <w:rPr>
                <w:rFonts w:cs="Times New Roman"/>
                <w:sz w:val="13"/>
                <w:vertAlign w:val="superscript"/>
              </w:rPr>
              <w:t>-2</w:t>
            </w:r>
          </w:p>
        </w:tc>
        <w:tc>
          <w:tcPr>
            <w:tcW w:w="1440" w:type="dxa"/>
            <w:tcMar>
              <w:top w:w="70" w:type="dxa"/>
              <w:left w:w="60" w:type="dxa"/>
              <w:bottom w:w="70" w:type="dxa"/>
              <w:right w:w="60" w:type="dxa"/>
            </w:tcMar>
            <w:vAlign w:val="center"/>
          </w:tcPr>
          <w:p w14:paraId="16B09276" w14:textId="77777777" w:rsidR="00FA44DC" w:rsidRPr="00DC5ED7" w:rsidRDefault="00E45AFC">
            <w:pPr>
              <w:rPr>
                <w:rFonts w:cs="Times New Roman"/>
              </w:rPr>
            </w:pPr>
            <w:r w:rsidRPr="00DC5ED7">
              <w:rPr>
                <w:rFonts w:cs="Times New Roman"/>
                <w:sz w:val="13"/>
              </w:rPr>
              <w:t>13</w:t>
            </w:r>
          </w:p>
        </w:tc>
        <w:tc>
          <w:tcPr>
            <w:tcW w:w="1440" w:type="dxa"/>
            <w:tcMar>
              <w:top w:w="70" w:type="dxa"/>
              <w:left w:w="60" w:type="dxa"/>
              <w:bottom w:w="70" w:type="dxa"/>
              <w:right w:w="60" w:type="dxa"/>
            </w:tcMar>
            <w:vAlign w:val="center"/>
          </w:tcPr>
          <w:p w14:paraId="0EEF653A" w14:textId="77777777" w:rsidR="00FA44DC" w:rsidRPr="00DC5ED7" w:rsidRDefault="00E45AFC">
            <w:pPr>
              <w:jc w:val="center"/>
              <w:rPr>
                <w:rFonts w:cs="Times New Roman"/>
              </w:rPr>
            </w:pPr>
            <w:r w:rsidRPr="00DC5ED7">
              <w:rPr>
                <w:rFonts w:cs="Times New Roman"/>
                <w:sz w:val="13"/>
              </w:rPr>
              <w:t>9/4/0</w:t>
            </w:r>
          </w:p>
        </w:tc>
        <w:tc>
          <w:tcPr>
            <w:tcW w:w="1440" w:type="dxa"/>
            <w:tcMar>
              <w:top w:w="70" w:type="dxa"/>
              <w:left w:w="60" w:type="dxa"/>
              <w:bottom w:w="70" w:type="dxa"/>
              <w:right w:w="60" w:type="dxa"/>
            </w:tcMar>
            <w:vAlign w:val="center"/>
          </w:tcPr>
          <w:p w14:paraId="110B29EE" w14:textId="77777777" w:rsidR="00FA44DC" w:rsidRPr="00DC5ED7" w:rsidRDefault="00E45AFC">
            <w:pPr>
              <w:jc w:val="center"/>
              <w:rPr>
                <w:rFonts w:cs="Times New Roman"/>
              </w:rPr>
            </w:pPr>
            <w:r w:rsidRPr="00DC5ED7">
              <w:rPr>
                <w:rFonts w:cs="Times New Roman"/>
                <w:sz w:val="13"/>
              </w:rPr>
              <w:t>2.08</w:t>
            </w:r>
          </w:p>
        </w:tc>
        <w:tc>
          <w:tcPr>
            <w:tcW w:w="1440" w:type="dxa"/>
            <w:tcMar>
              <w:top w:w="70" w:type="dxa"/>
              <w:left w:w="60" w:type="dxa"/>
              <w:bottom w:w="70" w:type="dxa"/>
              <w:right w:w="60" w:type="dxa"/>
            </w:tcMar>
            <w:vAlign w:val="center"/>
          </w:tcPr>
          <w:p w14:paraId="74544A5A" w14:textId="77777777" w:rsidR="00FA44DC" w:rsidRPr="00DC5ED7" w:rsidRDefault="00E45AFC">
            <w:pPr>
              <w:jc w:val="center"/>
              <w:rPr>
                <w:rFonts w:cs="Times New Roman"/>
              </w:rPr>
            </w:pPr>
            <w:r w:rsidRPr="00DC5ED7">
              <w:rPr>
                <w:rFonts w:cs="Times New Roman"/>
                <w:sz w:val="13"/>
              </w:rPr>
              <w:t>2.03</w:t>
            </w:r>
          </w:p>
        </w:tc>
        <w:tc>
          <w:tcPr>
            <w:tcW w:w="1440" w:type="dxa"/>
            <w:tcMar>
              <w:top w:w="70" w:type="dxa"/>
              <w:left w:w="60" w:type="dxa"/>
              <w:bottom w:w="70" w:type="dxa"/>
              <w:right w:w="60" w:type="dxa"/>
            </w:tcMar>
            <w:vAlign w:val="center"/>
          </w:tcPr>
          <w:p w14:paraId="60B5560E" w14:textId="77777777" w:rsidR="00FA44DC" w:rsidRPr="00DC5ED7" w:rsidRDefault="00E45AFC">
            <w:pPr>
              <w:jc w:val="center"/>
              <w:rPr>
                <w:rFonts w:cs="Times New Roman"/>
              </w:rPr>
            </w:pPr>
            <w:r w:rsidRPr="00DC5ED7">
              <w:rPr>
                <w:rFonts w:cs="Times New Roman"/>
                <w:sz w:val="13"/>
              </w:rPr>
              <w:t>0.01</w:t>
            </w:r>
          </w:p>
        </w:tc>
        <w:tc>
          <w:tcPr>
            <w:tcW w:w="1440" w:type="dxa"/>
            <w:tcMar>
              <w:top w:w="70" w:type="dxa"/>
              <w:left w:w="60" w:type="dxa"/>
              <w:bottom w:w="70" w:type="dxa"/>
              <w:right w:w="60" w:type="dxa"/>
            </w:tcMar>
            <w:vAlign w:val="center"/>
          </w:tcPr>
          <w:p w14:paraId="27B33E90" w14:textId="77777777" w:rsidR="00FA44DC" w:rsidRPr="00DC5ED7" w:rsidRDefault="00E45AFC">
            <w:pPr>
              <w:jc w:val="center"/>
              <w:rPr>
                <w:rFonts w:cs="Times New Roman"/>
              </w:rPr>
            </w:pPr>
            <w:r w:rsidRPr="00DC5ED7">
              <w:rPr>
                <w:rFonts w:cs="Times New Roman"/>
                <w:sz w:val="13"/>
              </w:rPr>
              <w:t>-0.10 to 0.24</w:t>
            </w:r>
          </w:p>
        </w:tc>
        <w:tc>
          <w:tcPr>
            <w:tcW w:w="1440" w:type="dxa"/>
            <w:tcMar>
              <w:top w:w="70" w:type="dxa"/>
              <w:left w:w="60" w:type="dxa"/>
              <w:bottom w:w="70" w:type="dxa"/>
              <w:right w:w="60" w:type="dxa"/>
            </w:tcMar>
            <w:vAlign w:val="center"/>
          </w:tcPr>
          <w:p w14:paraId="2273EE3C" w14:textId="77777777" w:rsidR="00FA44DC" w:rsidRPr="00DC5ED7" w:rsidRDefault="00E45AFC">
            <w:pPr>
              <w:jc w:val="center"/>
              <w:rPr>
                <w:rFonts w:cs="Times New Roman"/>
              </w:rPr>
            </w:pPr>
            <w:r w:rsidRPr="00DC5ED7">
              <w:rPr>
                <w:rFonts w:cs="Times New Roman"/>
                <w:sz w:val="13"/>
              </w:rPr>
              <w:t>0.267</w:t>
            </w:r>
          </w:p>
        </w:tc>
      </w:tr>
      <w:tr w:rsidR="00FA44DC" w:rsidRPr="00DC5ED7" w14:paraId="51D0FF59" w14:textId="77777777">
        <w:trPr>
          <w:jc w:val="center"/>
        </w:trPr>
        <w:tc>
          <w:tcPr>
            <w:tcW w:w="1440" w:type="dxa"/>
            <w:tcMar>
              <w:top w:w="70" w:type="dxa"/>
              <w:left w:w="60" w:type="dxa"/>
              <w:bottom w:w="70" w:type="dxa"/>
              <w:right w:w="60" w:type="dxa"/>
            </w:tcMar>
            <w:vAlign w:val="center"/>
          </w:tcPr>
          <w:p w14:paraId="627E5D21" w14:textId="77777777" w:rsidR="00FA44DC" w:rsidRPr="00DC5ED7" w:rsidRDefault="00E45AFC">
            <w:pPr>
              <w:rPr>
                <w:rFonts w:cs="Times New Roman"/>
              </w:rPr>
            </w:pPr>
            <w:r w:rsidRPr="00DC5ED7">
              <w:rPr>
                <w:rFonts w:cs="Times New Roman"/>
                <w:sz w:val="13"/>
              </w:rPr>
              <w:t>South</w:t>
            </w:r>
          </w:p>
        </w:tc>
        <w:tc>
          <w:tcPr>
            <w:tcW w:w="1440" w:type="dxa"/>
            <w:tcMar>
              <w:top w:w="70" w:type="dxa"/>
              <w:left w:w="60" w:type="dxa"/>
              <w:bottom w:w="70" w:type="dxa"/>
              <w:right w:w="60" w:type="dxa"/>
            </w:tcMar>
            <w:vAlign w:val="center"/>
          </w:tcPr>
          <w:p w14:paraId="24C7B858" w14:textId="77777777" w:rsidR="00FA44DC" w:rsidRPr="00DC5ED7" w:rsidRDefault="00E45AFC">
            <w:pPr>
              <w:rPr>
                <w:rFonts w:cs="Times New Roman"/>
              </w:rPr>
            </w:pPr>
            <w:r w:rsidRPr="00DC5ED7">
              <w:rPr>
                <w:rFonts w:cs="Times New Roman"/>
                <w:sz w:val="13"/>
              </w:rPr>
              <w:t>Peat fraction</w:t>
            </w:r>
          </w:p>
        </w:tc>
        <w:tc>
          <w:tcPr>
            <w:tcW w:w="1440" w:type="dxa"/>
            <w:tcMar>
              <w:top w:w="70" w:type="dxa"/>
              <w:left w:w="60" w:type="dxa"/>
              <w:bottom w:w="70" w:type="dxa"/>
              <w:right w:w="60" w:type="dxa"/>
            </w:tcMar>
            <w:vAlign w:val="center"/>
          </w:tcPr>
          <w:p w14:paraId="1CF7DD64" w14:textId="77777777" w:rsidR="00FA44DC" w:rsidRPr="00DC5ED7" w:rsidRDefault="00E45AFC">
            <w:pPr>
              <w:jc w:val="center"/>
              <w:rPr>
                <w:rFonts w:cs="Times New Roman"/>
              </w:rPr>
            </w:pPr>
            <w:r w:rsidRPr="00DC5ED7">
              <w:rPr>
                <w:rFonts w:cs="Times New Roman"/>
                <w:sz w:val="13"/>
              </w:rPr>
              <w:t>percentage points</w:t>
            </w:r>
          </w:p>
        </w:tc>
        <w:tc>
          <w:tcPr>
            <w:tcW w:w="1440" w:type="dxa"/>
            <w:tcMar>
              <w:top w:w="70" w:type="dxa"/>
              <w:left w:w="60" w:type="dxa"/>
              <w:bottom w:w="70" w:type="dxa"/>
              <w:right w:w="60" w:type="dxa"/>
            </w:tcMar>
            <w:vAlign w:val="center"/>
          </w:tcPr>
          <w:p w14:paraId="6BF4FB80" w14:textId="77777777" w:rsidR="00FA44DC" w:rsidRPr="00DC5ED7" w:rsidRDefault="00E45AFC">
            <w:pPr>
              <w:rPr>
                <w:rFonts w:cs="Times New Roman"/>
              </w:rPr>
            </w:pPr>
            <w:r w:rsidRPr="00DC5ED7">
              <w:rPr>
                <w:rFonts w:cs="Times New Roman"/>
                <w:sz w:val="13"/>
              </w:rPr>
              <w:t>13</w:t>
            </w:r>
          </w:p>
        </w:tc>
        <w:tc>
          <w:tcPr>
            <w:tcW w:w="1440" w:type="dxa"/>
            <w:tcMar>
              <w:top w:w="70" w:type="dxa"/>
              <w:left w:w="60" w:type="dxa"/>
              <w:bottom w:w="70" w:type="dxa"/>
              <w:right w:w="60" w:type="dxa"/>
            </w:tcMar>
            <w:vAlign w:val="center"/>
          </w:tcPr>
          <w:p w14:paraId="306143DA" w14:textId="77777777" w:rsidR="00FA44DC" w:rsidRPr="00DC5ED7" w:rsidRDefault="00E45AFC">
            <w:pPr>
              <w:jc w:val="center"/>
              <w:rPr>
                <w:rFonts w:cs="Times New Roman"/>
              </w:rPr>
            </w:pPr>
            <w:r w:rsidRPr="00DC5ED7">
              <w:rPr>
                <w:rFonts w:cs="Times New Roman"/>
                <w:sz w:val="13"/>
              </w:rPr>
              <w:t>4/5/4</w:t>
            </w:r>
          </w:p>
        </w:tc>
        <w:tc>
          <w:tcPr>
            <w:tcW w:w="1440" w:type="dxa"/>
            <w:tcMar>
              <w:top w:w="70" w:type="dxa"/>
              <w:left w:w="60" w:type="dxa"/>
              <w:bottom w:w="70" w:type="dxa"/>
              <w:right w:w="60" w:type="dxa"/>
            </w:tcMar>
            <w:vAlign w:val="center"/>
          </w:tcPr>
          <w:p w14:paraId="1E74E0D5"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04E20EAB" w14:textId="77777777" w:rsidR="00FA44DC" w:rsidRPr="00DC5ED7" w:rsidRDefault="00E45AFC">
            <w:pPr>
              <w:jc w:val="center"/>
              <w:rPr>
                <w:rFonts w:cs="Times New Roman"/>
              </w:rPr>
            </w:pPr>
            <w:r w:rsidRPr="00DC5ED7">
              <w:rPr>
                <w:rFonts w:cs="Times New Roman"/>
                <w:sz w:val="13"/>
              </w:rPr>
              <w:t>0.95</w:t>
            </w:r>
          </w:p>
        </w:tc>
        <w:tc>
          <w:tcPr>
            <w:tcW w:w="1440" w:type="dxa"/>
            <w:tcMar>
              <w:top w:w="70" w:type="dxa"/>
              <w:left w:w="60" w:type="dxa"/>
              <w:bottom w:w="70" w:type="dxa"/>
              <w:right w:w="60" w:type="dxa"/>
            </w:tcMar>
            <w:vAlign w:val="center"/>
          </w:tcPr>
          <w:p w14:paraId="6F596DF1" w14:textId="77777777" w:rsidR="00FA44DC" w:rsidRPr="00DC5ED7" w:rsidRDefault="00E45AFC">
            <w:pPr>
              <w:jc w:val="center"/>
              <w:rPr>
                <w:rFonts w:cs="Times New Roman"/>
              </w:rPr>
            </w:pPr>
            <w:r w:rsidRPr="00DC5ED7">
              <w:rPr>
                <w:rFonts w:cs="Times New Roman"/>
                <w:sz w:val="13"/>
              </w:rPr>
              <w:t>0.00</w:t>
            </w:r>
          </w:p>
        </w:tc>
        <w:tc>
          <w:tcPr>
            <w:tcW w:w="1440" w:type="dxa"/>
            <w:tcMar>
              <w:top w:w="70" w:type="dxa"/>
              <w:left w:w="60" w:type="dxa"/>
              <w:bottom w:w="70" w:type="dxa"/>
              <w:right w:w="60" w:type="dxa"/>
            </w:tcMar>
            <w:vAlign w:val="center"/>
          </w:tcPr>
          <w:p w14:paraId="54DB9CC1" w14:textId="77777777" w:rsidR="00FA44DC" w:rsidRPr="00DC5ED7" w:rsidRDefault="00E45AFC">
            <w:pPr>
              <w:jc w:val="center"/>
              <w:rPr>
                <w:rFonts w:cs="Times New Roman"/>
              </w:rPr>
            </w:pPr>
            <w:r w:rsidRPr="00DC5ED7">
              <w:rPr>
                <w:rFonts w:cs="Times New Roman"/>
                <w:sz w:val="13"/>
              </w:rPr>
              <w:t>-0.52 to 0.25</w:t>
            </w:r>
          </w:p>
        </w:tc>
        <w:tc>
          <w:tcPr>
            <w:tcW w:w="1440" w:type="dxa"/>
            <w:tcMar>
              <w:top w:w="70" w:type="dxa"/>
              <w:left w:w="60" w:type="dxa"/>
              <w:bottom w:w="70" w:type="dxa"/>
              <w:right w:w="60" w:type="dxa"/>
            </w:tcMar>
            <w:vAlign w:val="center"/>
          </w:tcPr>
          <w:p w14:paraId="081968AA" w14:textId="77777777" w:rsidR="00FA44DC" w:rsidRPr="00DC5ED7" w:rsidRDefault="00E45AFC">
            <w:pPr>
              <w:jc w:val="center"/>
              <w:rPr>
                <w:rFonts w:cs="Times New Roman"/>
              </w:rPr>
            </w:pPr>
            <w:r w:rsidRPr="00DC5ED7">
              <w:rPr>
                <w:rFonts w:cs="Times New Roman"/>
                <w:sz w:val="13"/>
              </w:rPr>
              <w:t>1.000</w:t>
            </w:r>
          </w:p>
        </w:tc>
      </w:tr>
    </w:tbl>
    <w:p w14:paraId="59E0DF02" w14:textId="77777777" w:rsidR="00FA44DC" w:rsidRPr="00DC5ED7" w:rsidRDefault="00FA44DC">
      <w:pPr>
        <w:spacing w:after="80"/>
        <w:rPr>
          <w:rFonts w:cs="Times New Roman"/>
        </w:rPr>
      </w:pPr>
    </w:p>
    <w:p w14:paraId="705E52D5" w14:textId="57A5F990" w:rsidR="00902F9A" w:rsidRDefault="00902F9A">
      <w:pPr>
        <w:spacing w:after="100"/>
      </w:pPr>
      <w:r>
        <w:t>Supplementary drainage summaries use the NMD2023 analysis domain. The fire/no-fire ditch-density comparisons (Supplementary Figure S3 and Supplementary Tables S1</w:t>
      </w:r>
      <w:r w:rsidR="00043622">
        <w:t xml:space="preserve"> and </w:t>
      </w:r>
      <w:r>
        <w:t>S2) use the p99 ditch-density selection used for the main drainage figures. The road/ditch covariation figure (Supplementary Figure S4) uses 5 km grid-cell means of the 1,000 m road- and ditch-density products, and the event-level first-day/perimeter summaries (Supplementary Figure S5 and Supplementary Table S3) use the 100 m and 1,000 m ditch-density products.</w:t>
      </w:r>
    </w:p>
    <w:p w14:paraId="22D83C3A" w14:textId="47C875DC" w:rsidR="00FA44DC" w:rsidRPr="00DC5ED7" w:rsidRDefault="00FA44DC">
      <w:pPr>
        <w:spacing w:after="100"/>
        <w:rPr>
          <w:rFonts w:cs="Times New Roman"/>
        </w:rPr>
      </w:pPr>
    </w:p>
    <w:sectPr w:rsidR="00FA44DC" w:rsidRPr="00DC5ED7" w:rsidSect="000346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6F82"/>
    <w:rsid w:val="00034616"/>
    <w:rsid w:val="000430CC"/>
    <w:rsid w:val="00043622"/>
    <w:rsid w:val="0005760A"/>
    <w:rsid w:val="0006063C"/>
    <w:rsid w:val="000955B8"/>
    <w:rsid w:val="00106133"/>
    <w:rsid w:val="001225BA"/>
    <w:rsid w:val="0015074B"/>
    <w:rsid w:val="00150A5D"/>
    <w:rsid w:val="001A52F8"/>
    <w:rsid w:val="001D0DDD"/>
    <w:rsid w:val="001D6EC2"/>
    <w:rsid w:val="00265D41"/>
    <w:rsid w:val="0029639D"/>
    <w:rsid w:val="002C61EB"/>
    <w:rsid w:val="00303474"/>
    <w:rsid w:val="00326F90"/>
    <w:rsid w:val="003B0040"/>
    <w:rsid w:val="00443900"/>
    <w:rsid w:val="004473DB"/>
    <w:rsid w:val="004530E0"/>
    <w:rsid w:val="004F6345"/>
    <w:rsid w:val="005D2839"/>
    <w:rsid w:val="005F0A69"/>
    <w:rsid w:val="007359D0"/>
    <w:rsid w:val="00902F9A"/>
    <w:rsid w:val="009B756D"/>
    <w:rsid w:val="009F47EE"/>
    <w:rsid w:val="00A42CE7"/>
    <w:rsid w:val="00AA1D8D"/>
    <w:rsid w:val="00AA72C6"/>
    <w:rsid w:val="00AD4B16"/>
    <w:rsid w:val="00B12A3C"/>
    <w:rsid w:val="00B47730"/>
    <w:rsid w:val="00BD453C"/>
    <w:rsid w:val="00C86088"/>
    <w:rsid w:val="00C863BE"/>
    <w:rsid w:val="00CB0664"/>
    <w:rsid w:val="00CB07D6"/>
    <w:rsid w:val="00D54888"/>
    <w:rsid w:val="00DC5ED7"/>
    <w:rsid w:val="00E25299"/>
    <w:rsid w:val="00E45AFC"/>
    <w:rsid w:val="00FA44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9711FC"/>
  <w14:defaultImageDpi w14:val="300"/>
  <w15:docId w15:val="{D73EE0E3-7C94-464F-981E-81E6AAD1D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5760A"/>
    <w:rPr>
      <w:color w:val="0000FF" w:themeColor="hyperlink"/>
      <w:u w:val="single"/>
    </w:rPr>
  </w:style>
  <w:style w:type="character" w:customStyle="1" w:styleId="UnresolvedMention">
    <w:name w:val="Unresolved Mention"/>
    <w:basedOn w:val="DefaultParagraphFont"/>
    <w:uiPriority w:val="99"/>
    <w:semiHidden/>
    <w:unhideWhenUsed/>
    <w:rsid w:val="0005760A"/>
    <w:rPr>
      <w:color w:val="605E5C"/>
      <w:shd w:val="clear" w:color="auto" w:fill="E1DFDD"/>
    </w:rPr>
  </w:style>
  <w:style w:type="paragraph" w:styleId="HTMLPreformatted">
    <w:name w:val="HTML Preformatted"/>
    <w:basedOn w:val="Normal"/>
    <w:link w:val="HTMLPreformattedChar"/>
    <w:uiPriority w:val="99"/>
    <w:semiHidden/>
    <w:unhideWhenUsed/>
    <w:rsid w:val="0030347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03474"/>
    <w:rPr>
      <w:rFonts w:ascii="Consolas" w:eastAsia="Times New Roman"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736076">
      <w:bodyDiv w:val="1"/>
      <w:marLeft w:val="0"/>
      <w:marRight w:val="0"/>
      <w:marTop w:val="0"/>
      <w:marBottom w:val="0"/>
      <w:divBdr>
        <w:top w:val="none" w:sz="0" w:space="0" w:color="auto"/>
        <w:left w:val="none" w:sz="0" w:space="0" w:color="auto"/>
        <w:bottom w:val="none" w:sz="0" w:space="0" w:color="auto"/>
        <w:right w:val="none" w:sz="0" w:space="0" w:color="auto"/>
      </w:divBdr>
    </w:div>
    <w:div w:id="507604304">
      <w:bodyDiv w:val="1"/>
      <w:marLeft w:val="0"/>
      <w:marRight w:val="0"/>
      <w:marTop w:val="0"/>
      <w:marBottom w:val="0"/>
      <w:divBdr>
        <w:top w:val="none" w:sz="0" w:space="0" w:color="auto"/>
        <w:left w:val="none" w:sz="0" w:space="0" w:color="auto"/>
        <w:bottom w:val="none" w:sz="0" w:space="0" w:color="auto"/>
        <w:right w:val="none" w:sz="0" w:space="0" w:color="auto"/>
      </w:divBdr>
    </w:div>
    <w:div w:id="557741717">
      <w:bodyDiv w:val="1"/>
      <w:marLeft w:val="0"/>
      <w:marRight w:val="0"/>
      <w:marTop w:val="0"/>
      <w:marBottom w:val="0"/>
      <w:divBdr>
        <w:top w:val="none" w:sz="0" w:space="0" w:color="auto"/>
        <w:left w:val="none" w:sz="0" w:space="0" w:color="auto"/>
        <w:bottom w:val="none" w:sz="0" w:space="0" w:color="auto"/>
        <w:right w:val="none" w:sz="0" w:space="0" w:color="auto"/>
      </w:divBdr>
    </w:div>
    <w:div w:id="2144300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niel.escobar@natgeo.su.se" TargetMode="Externa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BDBB3-E365-4574-8F96-95C147E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Pages>
  <Words>1883</Words>
  <Characters>10735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12593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Hanel Cornea Galera</cp:lastModifiedBy>
  <cp:revision>20</cp:revision>
  <dcterms:created xsi:type="dcterms:W3CDTF">2013-12-23T23:15:00Z</dcterms:created>
  <dcterms:modified xsi:type="dcterms:W3CDTF">2026-08-08T10:56:00Z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f85d1789-8943-4282-a6cd-a2e1a73b8236</vt:lpwstr>
  </property>
  <property fmtid="{D5CDD505-2E9C-101B-9397-08002B2CF9AE}" pid="3" name="ZOTERO_PREF_1">
    <vt:lpwstr>&lt;data data-version="3" zotero-version="9.0.4"&gt;&lt;session id="oCJM0CHf"/&gt;&lt;style id="http://www.zotero.org/styles/apa" locale="en-US" hasBibliography="1" bibliographyStyleHasBeenSet="0"/&gt;&lt;prefs&gt;&lt;pref name="fieldType" value="Field"/&gt;&lt;/prefs&gt;&lt;/data&gt;</vt:lpwstr>
  </property>
</Properties>
</file>