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7A2DE" w14:textId="1CFAFE11" w:rsidR="00F8109F" w:rsidRDefault="00000000">
      <w:pPr>
        <w:pStyle w:val="Title"/>
      </w:pPr>
      <w:r>
        <w:t>CARE Checklist</w:t>
      </w:r>
      <w:r w:rsidR="0036369E">
        <w:t>:</w:t>
      </w:r>
    </w:p>
    <w:tbl>
      <w:tblPr>
        <w:tblW w:w="9581" w:type="dxa"/>
        <w:tblInd w:w="-460" w:type="dxa"/>
        <w:tblLook w:val="04A0" w:firstRow="1" w:lastRow="0" w:firstColumn="1" w:lastColumn="0" w:noHBand="0" w:noVBand="1"/>
      </w:tblPr>
      <w:tblGrid>
        <w:gridCol w:w="2006"/>
        <w:gridCol w:w="4381"/>
        <w:gridCol w:w="3194"/>
      </w:tblGrid>
      <w:tr w:rsidR="0036369E" w14:paraId="5846A1AC" w14:textId="77777777" w:rsidTr="0036369E">
        <w:trPr>
          <w:trHeight w:val="504"/>
        </w:trPr>
        <w:tc>
          <w:tcPr>
            <w:tcW w:w="2006" w:type="dxa"/>
          </w:tcPr>
          <w:p w14:paraId="35D85945" w14:textId="3DBAC718" w:rsidR="0036369E" w:rsidRDefault="0036369E" w:rsidP="0036369E">
            <w:r>
              <w:t>Item No.</w:t>
            </w:r>
          </w:p>
        </w:tc>
        <w:tc>
          <w:tcPr>
            <w:tcW w:w="4381" w:type="dxa"/>
          </w:tcPr>
          <w:p w14:paraId="079FF3EC" w14:textId="4069CC88" w:rsidR="0036369E" w:rsidRDefault="0036369E" w:rsidP="0036369E">
            <w:r>
              <w:t>Item</w:t>
            </w:r>
          </w:p>
        </w:tc>
        <w:tc>
          <w:tcPr>
            <w:tcW w:w="3194" w:type="dxa"/>
          </w:tcPr>
          <w:p w14:paraId="7C5EB4AF" w14:textId="77777777" w:rsidR="0036369E" w:rsidRPr="0036369E" w:rsidRDefault="0036369E" w:rsidP="0036369E">
            <w:pPr>
              <w:rPr>
                <w:b/>
                <w:bCs/>
              </w:rPr>
            </w:pPr>
            <w:r w:rsidRPr="0036369E">
              <w:rPr>
                <w:b/>
                <w:bCs/>
                <w:sz w:val="24"/>
                <w:szCs w:val="24"/>
              </w:rPr>
              <w:t>Reported in Manuscript</w:t>
            </w:r>
          </w:p>
        </w:tc>
      </w:tr>
      <w:tr w:rsidR="0036369E" w14:paraId="3BCE3E8E" w14:textId="77777777" w:rsidTr="0036369E">
        <w:trPr>
          <w:trHeight w:val="504"/>
        </w:trPr>
        <w:tc>
          <w:tcPr>
            <w:tcW w:w="2006" w:type="dxa"/>
          </w:tcPr>
          <w:p w14:paraId="4988BB63" w14:textId="4174A91A" w:rsidR="0036369E" w:rsidRDefault="0036369E" w:rsidP="0036369E">
            <w:r>
              <w:t>1</w:t>
            </w:r>
          </w:p>
        </w:tc>
        <w:tc>
          <w:tcPr>
            <w:tcW w:w="4381" w:type="dxa"/>
          </w:tcPr>
          <w:p w14:paraId="28B52651" w14:textId="47E57A11" w:rsidR="0036369E" w:rsidRDefault="0036369E" w:rsidP="0036369E">
            <w:r>
              <w:t>Title</w:t>
            </w:r>
          </w:p>
        </w:tc>
        <w:tc>
          <w:tcPr>
            <w:tcW w:w="3194" w:type="dxa"/>
          </w:tcPr>
          <w:p w14:paraId="339D7CEC" w14:textId="05C32BE0" w:rsidR="0036369E" w:rsidRDefault="0036369E" w:rsidP="0036369E">
            <w:r>
              <w:t>Title, page 1</w:t>
            </w:r>
          </w:p>
        </w:tc>
      </w:tr>
      <w:tr w:rsidR="0036369E" w14:paraId="38B14110" w14:textId="77777777" w:rsidTr="0036369E">
        <w:trPr>
          <w:trHeight w:val="484"/>
        </w:trPr>
        <w:tc>
          <w:tcPr>
            <w:tcW w:w="2006" w:type="dxa"/>
          </w:tcPr>
          <w:p w14:paraId="43649918" w14:textId="33882BEE" w:rsidR="0036369E" w:rsidRDefault="0036369E" w:rsidP="0036369E">
            <w:r>
              <w:t>2</w:t>
            </w:r>
          </w:p>
        </w:tc>
        <w:tc>
          <w:tcPr>
            <w:tcW w:w="4381" w:type="dxa"/>
          </w:tcPr>
          <w:p w14:paraId="724298BC" w14:textId="1D899D4F" w:rsidR="0036369E" w:rsidRDefault="0036369E" w:rsidP="0036369E">
            <w:r>
              <w:t>Keywords</w:t>
            </w:r>
          </w:p>
        </w:tc>
        <w:tc>
          <w:tcPr>
            <w:tcW w:w="3194" w:type="dxa"/>
          </w:tcPr>
          <w:p w14:paraId="5F2F67E2" w14:textId="6EEBF71D" w:rsidR="0036369E" w:rsidRDefault="0036369E" w:rsidP="0036369E">
            <w:r>
              <w:t>Keywords section, page 1</w:t>
            </w:r>
          </w:p>
        </w:tc>
      </w:tr>
      <w:tr w:rsidR="0036369E" w14:paraId="053315CB" w14:textId="77777777" w:rsidTr="0036369E">
        <w:trPr>
          <w:trHeight w:val="504"/>
        </w:trPr>
        <w:tc>
          <w:tcPr>
            <w:tcW w:w="2006" w:type="dxa"/>
          </w:tcPr>
          <w:p w14:paraId="37C20192" w14:textId="0A0A0901" w:rsidR="0036369E" w:rsidRDefault="0036369E" w:rsidP="0036369E">
            <w:r>
              <w:t>3</w:t>
            </w:r>
          </w:p>
        </w:tc>
        <w:tc>
          <w:tcPr>
            <w:tcW w:w="4381" w:type="dxa"/>
          </w:tcPr>
          <w:p w14:paraId="0319D53D" w14:textId="05520CCF" w:rsidR="0036369E" w:rsidRDefault="0036369E" w:rsidP="0036369E">
            <w:r>
              <w:t>Abstract</w:t>
            </w:r>
          </w:p>
        </w:tc>
        <w:tc>
          <w:tcPr>
            <w:tcW w:w="3194" w:type="dxa"/>
          </w:tcPr>
          <w:p w14:paraId="1B6823D3" w14:textId="2CA641DD" w:rsidR="0036369E" w:rsidRDefault="0036369E" w:rsidP="0036369E">
            <w:r>
              <w:t>Abstract, 1</w:t>
            </w:r>
          </w:p>
        </w:tc>
      </w:tr>
      <w:tr w:rsidR="0036369E" w14:paraId="14793701" w14:textId="77777777" w:rsidTr="0036369E">
        <w:trPr>
          <w:trHeight w:val="806"/>
        </w:trPr>
        <w:tc>
          <w:tcPr>
            <w:tcW w:w="2006" w:type="dxa"/>
          </w:tcPr>
          <w:p w14:paraId="5C6A0796" w14:textId="3E08200A" w:rsidR="0036369E" w:rsidRDefault="0036369E" w:rsidP="0036369E">
            <w:r>
              <w:t>4</w:t>
            </w:r>
          </w:p>
        </w:tc>
        <w:tc>
          <w:tcPr>
            <w:tcW w:w="4381" w:type="dxa"/>
          </w:tcPr>
          <w:p w14:paraId="13D7D2CF" w14:textId="28C30380" w:rsidR="0036369E" w:rsidRDefault="0036369E" w:rsidP="0036369E">
            <w:r>
              <w:t>Introduction</w:t>
            </w:r>
          </w:p>
        </w:tc>
        <w:tc>
          <w:tcPr>
            <w:tcW w:w="3194" w:type="dxa"/>
          </w:tcPr>
          <w:p w14:paraId="0EE22384" w14:textId="00FF16BD" w:rsidR="0036369E" w:rsidRDefault="0036369E" w:rsidP="0036369E">
            <w:r>
              <w:t>Background section, paragraphs 1–4, page 2</w:t>
            </w:r>
          </w:p>
        </w:tc>
      </w:tr>
      <w:tr w:rsidR="0036369E" w14:paraId="03A40E17" w14:textId="77777777" w:rsidTr="0036369E">
        <w:trPr>
          <w:trHeight w:val="806"/>
        </w:trPr>
        <w:tc>
          <w:tcPr>
            <w:tcW w:w="2006" w:type="dxa"/>
          </w:tcPr>
          <w:p w14:paraId="460243D8" w14:textId="58C1EDB5" w:rsidR="0036369E" w:rsidRDefault="0036369E" w:rsidP="0036369E">
            <w:r>
              <w:t>5</w:t>
            </w:r>
          </w:p>
        </w:tc>
        <w:tc>
          <w:tcPr>
            <w:tcW w:w="4381" w:type="dxa"/>
          </w:tcPr>
          <w:p w14:paraId="093FCFBF" w14:textId="6AB1E745" w:rsidR="0036369E" w:rsidRDefault="0036369E" w:rsidP="0036369E">
            <w:r>
              <w:t>Patient information</w:t>
            </w:r>
          </w:p>
        </w:tc>
        <w:tc>
          <w:tcPr>
            <w:tcW w:w="3194" w:type="dxa"/>
          </w:tcPr>
          <w:p w14:paraId="6DCA441D" w14:textId="0A9D675D" w:rsidR="0036369E" w:rsidRDefault="0036369E" w:rsidP="0036369E">
            <w:r>
              <w:t>Case Presentation, paragraphs 1–2, page 3</w:t>
            </w:r>
          </w:p>
        </w:tc>
      </w:tr>
      <w:tr w:rsidR="0036369E" w14:paraId="431E34D8" w14:textId="77777777" w:rsidTr="0036369E">
        <w:trPr>
          <w:trHeight w:val="786"/>
        </w:trPr>
        <w:tc>
          <w:tcPr>
            <w:tcW w:w="2006" w:type="dxa"/>
          </w:tcPr>
          <w:p w14:paraId="4EC935C1" w14:textId="22C91CEF" w:rsidR="0036369E" w:rsidRDefault="0036369E" w:rsidP="0036369E">
            <w:r>
              <w:t>6</w:t>
            </w:r>
          </w:p>
        </w:tc>
        <w:tc>
          <w:tcPr>
            <w:tcW w:w="4381" w:type="dxa"/>
          </w:tcPr>
          <w:p w14:paraId="47BD3E14" w14:textId="5FF18005" w:rsidR="0036369E" w:rsidRDefault="0036369E" w:rsidP="0036369E">
            <w:r>
              <w:t>Clinical findings</w:t>
            </w:r>
          </w:p>
        </w:tc>
        <w:tc>
          <w:tcPr>
            <w:tcW w:w="3194" w:type="dxa"/>
          </w:tcPr>
          <w:p w14:paraId="17C030D6" w14:textId="52E3F815" w:rsidR="0036369E" w:rsidRDefault="0036369E" w:rsidP="0036369E">
            <w:r>
              <w:t>Case Presentation, paragraph 3, page 3</w:t>
            </w:r>
          </w:p>
        </w:tc>
      </w:tr>
      <w:tr w:rsidR="0036369E" w14:paraId="754314A5" w14:textId="77777777" w:rsidTr="0036369E">
        <w:trPr>
          <w:trHeight w:val="806"/>
        </w:trPr>
        <w:tc>
          <w:tcPr>
            <w:tcW w:w="2006" w:type="dxa"/>
          </w:tcPr>
          <w:p w14:paraId="1F27D6C8" w14:textId="1867D10C" w:rsidR="0036369E" w:rsidRDefault="0036369E" w:rsidP="0036369E">
            <w:r>
              <w:t>7</w:t>
            </w:r>
          </w:p>
        </w:tc>
        <w:tc>
          <w:tcPr>
            <w:tcW w:w="4381" w:type="dxa"/>
          </w:tcPr>
          <w:p w14:paraId="78DE17A9" w14:textId="18200335" w:rsidR="0036369E" w:rsidRDefault="0036369E" w:rsidP="0036369E">
            <w:r>
              <w:t>Timeline</w:t>
            </w:r>
          </w:p>
        </w:tc>
        <w:tc>
          <w:tcPr>
            <w:tcW w:w="3194" w:type="dxa"/>
          </w:tcPr>
          <w:p w14:paraId="2C0274AE" w14:textId="509E915E" w:rsidR="0036369E" w:rsidRDefault="0036369E" w:rsidP="0036369E">
            <w:r>
              <w:t>Case Presentation (overall clinical course), page 3&amp;4</w:t>
            </w:r>
          </w:p>
        </w:tc>
      </w:tr>
      <w:tr w:rsidR="0036369E" w14:paraId="7639D705" w14:textId="77777777" w:rsidTr="0036369E">
        <w:trPr>
          <w:trHeight w:val="806"/>
        </w:trPr>
        <w:tc>
          <w:tcPr>
            <w:tcW w:w="2006" w:type="dxa"/>
          </w:tcPr>
          <w:p w14:paraId="5A70543A" w14:textId="61CB7321" w:rsidR="0036369E" w:rsidRDefault="0036369E" w:rsidP="0036369E">
            <w:r>
              <w:t>8</w:t>
            </w:r>
          </w:p>
        </w:tc>
        <w:tc>
          <w:tcPr>
            <w:tcW w:w="4381" w:type="dxa"/>
          </w:tcPr>
          <w:p w14:paraId="297BEB30" w14:textId="566777EB" w:rsidR="0036369E" w:rsidRDefault="0036369E" w:rsidP="0036369E">
            <w:r>
              <w:t>Diagnostic assessment</w:t>
            </w:r>
          </w:p>
        </w:tc>
        <w:tc>
          <w:tcPr>
            <w:tcW w:w="3194" w:type="dxa"/>
          </w:tcPr>
          <w:p w14:paraId="4DD4C296" w14:textId="0C163A71" w:rsidR="0036369E" w:rsidRDefault="0036369E" w:rsidP="0036369E">
            <w:r>
              <w:t>Case Presentation, paragraphs 4–5, page 3</w:t>
            </w:r>
          </w:p>
        </w:tc>
      </w:tr>
      <w:tr w:rsidR="0036369E" w14:paraId="558B8BE5" w14:textId="77777777" w:rsidTr="0036369E">
        <w:trPr>
          <w:trHeight w:val="786"/>
        </w:trPr>
        <w:tc>
          <w:tcPr>
            <w:tcW w:w="2006" w:type="dxa"/>
          </w:tcPr>
          <w:p w14:paraId="41FC8393" w14:textId="550C948D" w:rsidR="0036369E" w:rsidRDefault="0036369E" w:rsidP="0036369E">
            <w:r>
              <w:t>9</w:t>
            </w:r>
          </w:p>
        </w:tc>
        <w:tc>
          <w:tcPr>
            <w:tcW w:w="4381" w:type="dxa"/>
          </w:tcPr>
          <w:p w14:paraId="23FAD58D" w14:textId="225C1774" w:rsidR="0036369E" w:rsidRDefault="0036369E" w:rsidP="0036369E">
            <w:r>
              <w:t>Therapeutic intervention</w:t>
            </w:r>
          </w:p>
        </w:tc>
        <w:tc>
          <w:tcPr>
            <w:tcW w:w="3194" w:type="dxa"/>
          </w:tcPr>
          <w:p w14:paraId="592402C8" w14:textId="5601019F" w:rsidR="0036369E" w:rsidRDefault="0036369E" w:rsidP="0036369E">
            <w:r>
              <w:t>Case Presentation, paragraphs 6–8, page 3 &amp; 4</w:t>
            </w:r>
          </w:p>
        </w:tc>
      </w:tr>
      <w:tr w:rsidR="0036369E" w14:paraId="1F22606F" w14:textId="77777777" w:rsidTr="0036369E">
        <w:trPr>
          <w:trHeight w:val="806"/>
        </w:trPr>
        <w:tc>
          <w:tcPr>
            <w:tcW w:w="2006" w:type="dxa"/>
          </w:tcPr>
          <w:p w14:paraId="1BA64545" w14:textId="5EABBDB6" w:rsidR="0036369E" w:rsidRDefault="0036369E" w:rsidP="0036369E">
            <w:r>
              <w:t>10</w:t>
            </w:r>
          </w:p>
        </w:tc>
        <w:tc>
          <w:tcPr>
            <w:tcW w:w="4381" w:type="dxa"/>
          </w:tcPr>
          <w:p w14:paraId="6582B6D7" w14:textId="0F506E5B" w:rsidR="0036369E" w:rsidRDefault="0036369E" w:rsidP="0036369E">
            <w:r>
              <w:t>Follow-up and outcomes</w:t>
            </w:r>
          </w:p>
        </w:tc>
        <w:tc>
          <w:tcPr>
            <w:tcW w:w="3194" w:type="dxa"/>
          </w:tcPr>
          <w:p w14:paraId="2DF4B076" w14:textId="0AC0672A" w:rsidR="0036369E" w:rsidRDefault="0036369E" w:rsidP="0036369E">
            <w:r>
              <w:t>N/A</w:t>
            </w:r>
          </w:p>
        </w:tc>
      </w:tr>
      <w:tr w:rsidR="0036369E" w14:paraId="6F9919E9" w14:textId="77777777" w:rsidTr="0036369E">
        <w:trPr>
          <w:trHeight w:val="504"/>
        </w:trPr>
        <w:tc>
          <w:tcPr>
            <w:tcW w:w="2006" w:type="dxa"/>
          </w:tcPr>
          <w:p w14:paraId="5070AA0C" w14:textId="7D99DCCF" w:rsidR="0036369E" w:rsidRDefault="0036369E" w:rsidP="0036369E">
            <w:r>
              <w:t>11</w:t>
            </w:r>
          </w:p>
        </w:tc>
        <w:tc>
          <w:tcPr>
            <w:tcW w:w="4381" w:type="dxa"/>
          </w:tcPr>
          <w:p w14:paraId="04DA3355" w14:textId="54BC21FC" w:rsidR="0036369E" w:rsidRDefault="0036369E" w:rsidP="0036369E">
            <w:r>
              <w:t>Discussion</w:t>
            </w:r>
          </w:p>
        </w:tc>
        <w:tc>
          <w:tcPr>
            <w:tcW w:w="3194" w:type="dxa"/>
          </w:tcPr>
          <w:p w14:paraId="2CC07D71" w14:textId="53456BF4" w:rsidR="0036369E" w:rsidRDefault="0036369E" w:rsidP="0036369E">
            <w:r>
              <w:t>Discussion section, page 4</w:t>
            </w:r>
          </w:p>
        </w:tc>
      </w:tr>
      <w:tr w:rsidR="0036369E" w14:paraId="24EB8FC3" w14:textId="77777777" w:rsidTr="0036369E">
        <w:trPr>
          <w:trHeight w:val="504"/>
        </w:trPr>
        <w:tc>
          <w:tcPr>
            <w:tcW w:w="2006" w:type="dxa"/>
          </w:tcPr>
          <w:p w14:paraId="46924EC1" w14:textId="12B8EE68" w:rsidR="0036369E" w:rsidRDefault="0036369E" w:rsidP="0036369E">
            <w:r>
              <w:t>12</w:t>
            </w:r>
          </w:p>
        </w:tc>
        <w:tc>
          <w:tcPr>
            <w:tcW w:w="4381" w:type="dxa"/>
          </w:tcPr>
          <w:p w14:paraId="5F83F2E2" w14:textId="0D385E9C" w:rsidR="0036369E" w:rsidRDefault="0036369E" w:rsidP="0036369E">
            <w:r>
              <w:t>Patient perspective</w:t>
            </w:r>
          </w:p>
        </w:tc>
        <w:tc>
          <w:tcPr>
            <w:tcW w:w="3194" w:type="dxa"/>
          </w:tcPr>
          <w:p w14:paraId="62AD142B" w14:textId="77777777" w:rsidR="0036369E" w:rsidRDefault="0036369E" w:rsidP="0036369E">
            <w:r>
              <w:t>N/A</w:t>
            </w:r>
          </w:p>
        </w:tc>
      </w:tr>
      <w:tr w:rsidR="0036369E" w14:paraId="5FA32561" w14:textId="77777777" w:rsidTr="0036369E">
        <w:trPr>
          <w:trHeight w:val="786"/>
        </w:trPr>
        <w:tc>
          <w:tcPr>
            <w:tcW w:w="2006" w:type="dxa"/>
          </w:tcPr>
          <w:p w14:paraId="499002A4" w14:textId="5B9ED356" w:rsidR="0036369E" w:rsidRDefault="0036369E" w:rsidP="0036369E">
            <w:r>
              <w:t>13</w:t>
            </w:r>
          </w:p>
        </w:tc>
        <w:tc>
          <w:tcPr>
            <w:tcW w:w="4381" w:type="dxa"/>
          </w:tcPr>
          <w:p w14:paraId="7BF6F305" w14:textId="75E411E9" w:rsidR="0036369E" w:rsidRDefault="0036369E" w:rsidP="0036369E">
            <w:r>
              <w:t>Informed consent</w:t>
            </w:r>
          </w:p>
        </w:tc>
        <w:tc>
          <w:tcPr>
            <w:tcW w:w="3194" w:type="dxa"/>
          </w:tcPr>
          <w:p w14:paraId="6A4E79CA" w14:textId="5D43B95A" w:rsidR="0036369E" w:rsidRDefault="0036369E" w:rsidP="0036369E">
            <w:r>
              <w:t>Additional Information – Consent for publication, Page 5</w:t>
            </w:r>
          </w:p>
        </w:tc>
      </w:tr>
    </w:tbl>
    <w:p w14:paraId="10DDE2C4" w14:textId="77777777" w:rsidR="00F6071D" w:rsidRDefault="00F6071D"/>
    <w:sectPr w:rsidR="00F6071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9950273">
    <w:abstractNumId w:val="8"/>
  </w:num>
  <w:num w:numId="2" w16cid:durableId="441070184">
    <w:abstractNumId w:val="6"/>
  </w:num>
  <w:num w:numId="3" w16cid:durableId="1987513174">
    <w:abstractNumId w:val="5"/>
  </w:num>
  <w:num w:numId="4" w16cid:durableId="1294867184">
    <w:abstractNumId w:val="4"/>
  </w:num>
  <w:num w:numId="5" w16cid:durableId="2071533520">
    <w:abstractNumId w:val="7"/>
  </w:num>
  <w:num w:numId="6" w16cid:durableId="878125835">
    <w:abstractNumId w:val="3"/>
  </w:num>
  <w:num w:numId="7" w16cid:durableId="1765419208">
    <w:abstractNumId w:val="2"/>
  </w:num>
  <w:num w:numId="8" w16cid:durableId="1409305466">
    <w:abstractNumId w:val="1"/>
  </w:num>
  <w:num w:numId="9" w16cid:durableId="1664166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62743"/>
    <w:rsid w:val="0036369E"/>
    <w:rsid w:val="00AA1D8D"/>
    <w:rsid w:val="00B47730"/>
    <w:rsid w:val="00CB0664"/>
    <w:rsid w:val="00F6071D"/>
    <w:rsid w:val="00F8109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67635A"/>
  <w14:defaultImageDpi w14:val="300"/>
  <w15:docId w15:val="{09334849-92CF-7D4D-A027-6F9F42F8B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Dr Mohamed Mukhtar</cp:lastModifiedBy>
  <cp:revision>2</cp:revision>
  <dcterms:created xsi:type="dcterms:W3CDTF">2013-12-23T23:15:00Z</dcterms:created>
  <dcterms:modified xsi:type="dcterms:W3CDTF">2026-03-18T17:56:00Z</dcterms:modified>
  <cp:category/>
</cp:coreProperties>
</file>