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3C691" w14:textId="77777777" w:rsidR="00970C1C" w:rsidRPr="001B4400" w:rsidRDefault="00000000">
      <w:pPr>
        <w:spacing w:after="100"/>
        <w:rPr>
          <w:rFonts w:ascii="Aptos" w:hAnsi="Aptos"/>
        </w:rPr>
      </w:pPr>
      <w:r w:rsidRPr="001B4400">
        <w:rPr>
          <w:rFonts w:ascii="Aptos" w:hAnsi="Aptos"/>
          <w:b/>
          <w:sz w:val="20"/>
        </w:rPr>
        <w:t>Supplementary Table S2. Covariate-adjusted sensitivity analyses in the GSE89632 discovery cohort</w:t>
      </w:r>
    </w:p>
    <w:p w14:paraId="06C59D58" w14:textId="77777777" w:rsidR="00970C1C" w:rsidRPr="001B4400" w:rsidRDefault="00000000">
      <w:pPr>
        <w:spacing w:before="40" w:after="80"/>
        <w:rPr>
          <w:rFonts w:ascii="Aptos" w:hAnsi="Aptos"/>
        </w:rPr>
      </w:pPr>
      <w:r w:rsidRPr="001B4400">
        <w:rPr>
          <w:rFonts w:ascii="Aptos" w:hAnsi="Aptos"/>
          <w:b/>
          <w:sz w:val="17"/>
        </w:rPr>
        <w:t>S2A. Covariate-adjusted categorical models for the 19-gene candidate panel</w:t>
      </w:r>
    </w:p>
    <w:tbl>
      <w:tblPr>
        <w:tblStyle w:val="DzTablo3"/>
        <w:tblW w:w="0" w:type="auto"/>
        <w:tblLayout w:type="fixed"/>
        <w:tblLook w:val="04A0" w:firstRow="1" w:lastRow="0" w:firstColumn="1" w:lastColumn="0" w:noHBand="0" w:noVBand="1"/>
      </w:tblPr>
      <w:tblGrid>
        <w:gridCol w:w="1532"/>
        <w:gridCol w:w="1633"/>
        <w:gridCol w:w="1446"/>
        <w:gridCol w:w="1446"/>
        <w:gridCol w:w="1981"/>
        <w:gridCol w:w="1706"/>
        <w:gridCol w:w="1446"/>
        <w:gridCol w:w="1446"/>
        <w:gridCol w:w="1532"/>
      </w:tblGrid>
      <w:tr w:rsidR="00970C1C" w:rsidRPr="001B4400" w14:paraId="27446AF6" w14:textId="77777777" w:rsidTr="001B440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9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32" w:type="dxa"/>
            <w:vAlign w:val="center"/>
          </w:tcPr>
          <w:p w14:paraId="6631E553" w14:textId="3F0BDF06" w:rsidR="00970C1C" w:rsidRPr="001B4400" w:rsidRDefault="001B4400" w:rsidP="001B4400">
            <w:pPr>
              <w:rPr>
                <w:rFonts w:ascii="Aptos" w:hAnsi="Aptos"/>
              </w:rPr>
            </w:pPr>
            <w:r w:rsidRPr="001B4400">
              <w:rPr>
                <w:rFonts w:ascii="Aptos" w:hAnsi="Aptos"/>
                <w:caps w:val="0"/>
                <w:sz w:val="13"/>
              </w:rPr>
              <w:t>Gene</w:t>
            </w:r>
          </w:p>
        </w:tc>
        <w:tc>
          <w:tcPr>
            <w:tcW w:w="1633" w:type="dxa"/>
            <w:vAlign w:val="center"/>
          </w:tcPr>
          <w:p w14:paraId="23378F60" w14:textId="33AEEDA7" w:rsidR="00970C1C" w:rsidRPr="001B4400" w:rsidRDefault="001B4400" w:rsidP="001B44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caps w:val="0"/>
                <w:sz w:val="13"/>
              </w:rPr>
              <w:t xml:space="preserve">Diagnosis </w:t>
            </w:r>
            <w:r>
              <w:rPr>
                <w:rFonts w:ascii="Aptos" w:hAnsi="Aptos"/>
                <w:caps w:val="0"/>
                <w:sz w:val="13"/>
              </w:rPr>
              <w:t>p</w:t>
            </w:r>
          </w:p>
        </w:tc>
        <w:tc>
          <w:tcPr>
            <w:tcW w:w="1446" w:type="dxa"/>
            <w:vAlign w:val="center"/>
          </w:tcPr>
          <w:p w14:paraId="258410C5" w14:textId="1F29B34E" w:rsidR="00970C1C" w:rsidRPr="001B4400" w:rsidRDefault="001B4400" w:rsidP="001B44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caps w:val="0"/>
                <w:sz w:val="13"/>
              </w:rPr>
              <w:t xml:space="preserve">Sex </w:t>
            </w:r>
            <w:r>
              <w:rPr>
                <w:rFonts w:ascii="Aptos" w:hAnsi="Aptos"/>
                <w:caps w:val="0"/>
                <w:sz w:val="13"/>
              </w:rPr>
              <w:t>p</w:t>
            </w:r>
          </w:p>
        </w:tc>
        <w:tc>
          <w:tcPr>
            <w:tcW w:w="1446" w:type="dxa"/>
            <w:vAlign w:val="center"/>
          </w:tcPr>
          <w:p w14:paraId="56842690" w14:textId="01B9CD04" w:rsidR="00970C1C" w:rsidRPr="001B4400" w:rsidRDefault="001B4400" w:rsidP="001B44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caps w:val="0"/>
                <w:sz w:val="13"/>
              </w:rPr>
              <w:t xml:space="preserve">Sex </w:t>
            </w:r>
            <w:proofErr w:type="spellStart"/>
            <w:r w:rsidRPr="001B4400">
              <w:rPr>
                <w:rFonts w:ascii="Aptos" w:hAnsi="Aptos"/>
                <w:caps w:val="0"/>
                <w:sz w:val="13"/>
              </w:rPr>
              <w:t>Qbh</w:t>
            </w:r>
            <w:proofErr w:type="spellEnd"/>
          </w:p>
        </w:tc>
        <w:tc>
          <w:tcPr>
            <w:tcW w:w="1981" w:type="dxa"/>
            <w:vAlign w:val="center"/>
          </w:tcPr>
          <w:p w14:paraId="26C849B7" w14:textId="5FC0FDAE" w:rsidR="00970C1C" w:rsidRPr="001B4400" w:rsidRDefault="001B4400" w:rsidP="001B44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caps w:val="0"/>
                <w:sz w:val="13"/>
              </w:rPr>
              <w:t xml:space="preserve">Sex × Diagnosis </w:t>
            </w:r>
            <w:r>
              <w:rPr>
                <w:rFonts w:ascii="Aptos" w:hAnsi="Aptos"/>
                <w:caps w:val="0"/>
                <w:sz w:val="13"/>
              </w:rPr>
              <w:t>p</w:t>
            </w:r>
          </w:p>
        </w:tc>
        <w:tc>
          <w:tcPr>
            <w:tcW w:w="1706" w:type="dxa"/>
            <w:vAlign w:val="center"/>
          </w:tcPr>
          <w:p w14:paraId="6CC0BE6E" w14:textId="7305C66D" w:rsidR="00970C1C" w:rsidRPr="001B4400" w:rsidRDefault="001B4400" w:rsidP="001B44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caps w:val="0"/>
                <w:sz w:val="13"/>
              </w:rPr>
              <w:t xml:space="preserve">Interaction </w:t>
            </w:r>
            <w:proofErr w:type="spellStart"/>
            <w:r w:rsidRPr="001B4400">
              <w:rPr>
                <w:rFonts w:ascii="Aptos" w:hAnsi="Aptos"/>
                <w:caps w:val="0"/>
                <w:sz w:val="13"/>
              </w:rPr>
              <w:t>Qbh</w:t>
            </w:r>
            <w:proofErr w:type="spellEnd"/>
          </w:p>
        </w:tc>
        <w:tc>
          <w:tcPr>
            <w:tcW w:w="1446" w:type="dxa"/>
            <w:vAlign w:val="center"/>
          </w:tcPr>
          <w:p w14:paraId="395670B5" w14:textId="2FB59419" w:rsidR="00970C1C" w:rsidRPr="001B4400" w:rsidRDefault="001B4400" w:rsidP="001B44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caps w:val="0"/>
                <w:sz w:val="13"/>
              </w:rPr>
              <w:t xml:space="preserve">Age </w:t>
            </w:r>
            <w:r>
              <w:rPr>
                <w:rFonts w:ascii="Aptos" w:hAnsi="Aptos"/>
                <w:caps w:val="0"/>
                <w:sz w:val="13"/>
              </w:rPr>
              <w:t>p</w:t>
            </w:r>
          </w:p>
        </w:tc>
        <w:tc>
          <w:tcPr>
            <w:tcW w:w="1446" w:type="dxa"/>
            <w:vAlign w:val="center"/>
          </w:tcPr>
          <w:p w14:paraId="442E9536" w14:textId="2D8B91F2" w:rsidR="00970C1C" w:rsidRPr="001B4400" w:rsidRDefault="001B4400" w:rsidP="001B44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caps w:val="0"/>
                <w:sz w:val="13"/>
              </w:rPr>
              <w:t>B</w:t>
            </w:r>
            <w:r>
              <w:rPr>
                <w:rFonts w:ascii="Aptos" w:hAnsi="Aptos"/>
                <w:caps w:val="0"/>
                <w:sz w:val="13"/>
              </w:rPr>
              <w:t>MI</w:t>
            </w:r>
            <w:r w:rsidRPr="001B4400">
              <w:rPr>
                <w:rFonts w:ascii="Aptos" w:hAnsi="Aptos"/>
                <w:caps w:val="0"/>
                <w:sz w:val="13"/>
              </w:rPr>
              <w:t xml:space="preserve"> </w:t>
            </w:r>
            <w:r>
              <w:rPr>
                <w:rFonts w:ascii="Aptos" w:hAnsi="Aptos"/>
                <w:caps w:val="0"/>
                <w:sz w:val="13"/>
              </w:rPr>
              <w:t>p</w:t>
            </w:r>
          </w:p>
        </w:tc>
        <w:tc>
          <w:tcPr>
            <w:tcW w:w="1532" w:type="dxa"/>
            <w:vAlign w:val="center"/>
          </w:tcPr>
          <w:p w14:paraId="4A1F2111" w14:textId="3EE342F6" w:rsidR="00970C1C" w:rsidRPr="001B4400" w:rsidRDefault="001B4400" w:rsidP="001B44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caps w:val="0"/>
                <w:sz w:val="13"/>
              </w:rPr>
              <w:t xml:space="preserve">Diabetes </w:t>
            </w:r>
            <w:r>
              <w:rPr>
                <w:rFonts w:ascii="Aptos" w:hAnsi="Aptos"/>
                <w:caps w:val="0"/>
                <w:sz w:val="13"/>
              </w:rPr>
              <w:t>p</w:t>
            </w:r>
          </w:p>
        </w:tc>
      </w:tr>
      <w:tr w:rsidR="00970C1C" w:rsidRPr="001B4400" w14:paraId="434F8E21" w14:textId="77777777" w:rsidTr="001B44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2" w:type="dxa"/>
            <w:vAlign w:val="center"/>
          </w:tcPr>
          <w:p w14:paraId="06C8146C" w14:textId="77777777" w:rsidR="00970C1C" w:rsidRPr="001B4400" w:rsidRDefault="00000000" w:rsidP="001B4400">
            <w:pPr>
              <w:rPr>
                <w:rFonts w:ascii="Aptos" w:hAnsi="Aptos"/>
              </w:rPr>
            </w:pPr>
            <w:r w:rsidRPr="001B4400">
              <w:rPr>
                <w:rFonts w:ascii="Aptos" w:hAnsi="Aptos"/>
                <w:b w:val="0"/>
                <w:sz w:val="13"/>
              </w:rPr>
              <w:t>BCL2L11</w:t>
            </w:r>
          </w:p>
        </w:tc>
        <w:tc>
          <w:tcPr>
            <w:tcW w:w="1633" w:type="dxa"/>
            <w:vAlign w:val="center"/>
          </w:tcPr>
          <w:p w14:paraId="44C4176D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&lt;0.0001</w:t>
            </w:r>
          </w:p>
        </w:tc>
        <w:tc>
          <w:tcPr>
            <w:tcW w:w="1446" w:type="dxa"/>
            <w:vAlign w:val="center"/>
          </w:tcPr>
          <w:p w14:paraId="31C3802C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0.0112</w:t>
            </w:r>
          </w:p>
        </w:tc>
        <w:tc>
          <w:tcPr>
            <w:tcW w:w="1446" w:type="dxa"/>
            <w:vAlign w:val="center"/>
          </w:tcPr>
          <w:p w14:paraId="3418EE14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0.2127</w:t>
            </w:r>
          </w:p>
        </w:tc>
        <w:tc>
          <w:tcPr>
            <w:tcW w:w="1981" w:type="dxa"/>
            <w:vAlign w:val="center"/>
          </w:tcPr>
          <w:p w14:paraId="3B7243CB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0.5015</w:t>
            </w:r>
          </w:p>
        </w:tc>
        <w:tc>
          <w:tcPr>
            <w:tcW w:w="1706" w:type="dxa"/>
            <w:vAlign w:val="center"/>
          </w:tcPr>
          <w:p w14:paraId="299F8403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0.5424</w:t>
            </w:r>
          </w:p>
        </w:tc>
        <w:tc>
          <w:tcPr>
            <w:tcW w:w="1446" w:type="dxa"/>
            <w:vAlign w:val="center"/>
          </w:tcPr>
          <w:p w14:paraId="67982295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0.5215</w:t>
            </w:r>
          </w:p>
        </w:tc>
        <w:tc>
          <w:tcPr>
            <w:tcW w:w="1446" w:type="dxa"/>
            <w:vAlign w:val="center"/>
          </w:tcPr>
          <w:p w14:paraId="52739082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0.5381</w:t>
            </w:r>
          </w:p>
        </w:tc>
        <w:tc>
          <w:tcPr>
            <w:tcW w:w="1532" w:type="dxa"/>
            <w:vAlign w:val="center"/>
          </w:tcPr>
          <w:p w14:paraId="367BB806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0.6351</w:t>
            </w:r>
          </w:p>
        </w:tc>
      </w:tr>
      <w:tr w:rsidR="00970C1C" w:rsidRPr="001B4400" w14:paraId="25137F14" w14:textId="77777777" w:rsidTr="001B4400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2" w:type="dxa"/>
            <w:vAlign w:val="center"/>
          </w:tcPr>
          <w:p w14:paraId="5E0C5A8F" w14:textId="77777777" w:rsidR="00970C1C" w:rsidRPr="001B4400" w:rsidRDefault="00000000" w:rsidP="001B4400">
            <w:pPr>
              <w:rPr>
                <w:rFonts w:ascii="Aptos" w:hAnsi="Aptos"/>
              </w:rPr>
            </w:pPr>
            <w:r w:rsidRPr="001B4400">
              <w:rPr>
                <w:rFonts w:ascii="Aptos" w:hAnsi="Aptos"/>
                <w:b w:val="0"/>
                <w:sz w:val="13"/>
              </w:rPr>
              <w:t>KDM6B</w:t>
            </w:r>
          </w:p>
        </w:tc>
        <w:tc>
          <w:tcPr>
            <w:tcW w:w="1633" w:type="dxa"/>
            <w:vAlign w:val="center"/>
          </w:tcPr>
          <w:p w14:paraId="1AFB003C" w14:textId="77777777" w:rsidR="00970C1C" w:rsidRPr="001B4400" w:rsidRDefault="00000000" w:rsidP="001B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0.0013</w:t>
            </w:r>
          </w:p>
        </w:tc>
        <w:tc>
          <w:tcPr>
            <w:tcW w:w="1446" w:type="dxa"/>
            <w:vAlign w:val="center"/>
          </w:tcPr>
          <w:p w14:paraId="2A44C0EF" w14:textId="77777777" w:rsidR="00970C1C" w:rsidRPr="001B4400" w:rsidRDefault="00000000" w:rsidP="001B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0.5315</w:t>
            </w:r>
          </w:p>
        </w:tc>
        <w:tc>
          <w:tcPr>
            <w:tcW w:w="1446" w:type="dxa"/>
            <w:vAlign w:val="center"/>
          </w:tcPr>
          <w:p w14:paraId="2AAA6113" w14:textId="77777777" w:rsidR="00970C1C" w:rsidRPr="001B4400" w:rsidRDefault="00000000" w:rsidP="001B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0.7474</w:t>
            </w:r>
          </w:p>
        </w:tc>
        <w:tc>
          <w:tcPr>
            <w:tcW w:w="1981" w:type="dxa"/>
            <w:vAlign w:val="center"/>
          </w:tcPr>
          <w:p w14:paraId="655ADDFB" w14:textId="77777777" w:rsidR="00970C1C" w:rsidRPr="001B4400" w:rsidRDefault="00000000" w:rsidP="001B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0.1347</w:t>
            </w:r>
          </w:p>
        </w:tc>
        <w:tc>
          <w:tcPr>
            <w:tcW w:w="1706" w:type="dxa"/>
            <w:vAlign w:val="center"/>
          </w:tcPr>
          <w:p w14:paraId="6A02DC58" w14:textId="77777777" w:rsidR="00970C1C" w:rsidRPr="001B4400" w:rsidRDefault="00000000" w:rsidP="001B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0.2843</w:t>
            </w:r>
          </w:p>
        </w:tc>
        <w:tc>
          <w:tcPr>
            <w:tcW w:w="1446" w:type="dxa"/>
            <w:vAlign w:val="center"/>
          </w:tcPr>
          <w:p w14:paraId="0ACC06F8" w14:textId="77777777" w:rsidR="00970C1C" w:rsidRPr="001B4400" w:rsidRDefault="00000000" w:rsidP="001B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0.4618</w:t>
            </w:r>
          </w:p>
        </w:tc>
        <w:tc>
          <w:tcPr>
            <w:tcW w:w="1446" w:type="dxa"/>
            <w:vAlign w:val="center"/>
          </w:tcPr>
          <w:p w14:paraId="50341A41" w14:textId="77777777" w:rsidR="00970C1C" w:rsidRPr="001B4400" w:rsidRDefault="00000000" w:rsidP="001B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0.0859</w:t>
            </w:r>
          </w:p>
        </w:tc>
        <w:tc>
          <w:tcPr>
            <w:tcW w:w="1532" w:type="dxa"/>
            <w:vAlign w:val="center"/>
          </w:tcPr>
          <w:p w14:paraId="79E0185C" w14:textId="77777777" w:rsidR="00970C1C" w:rsidRPr="001B4400" w:rsidRDefault="00000000" w:rsidP="001B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0.5492</w:t>
            </w:r>
          </w:p>
        </w:tc>
      </w:tr>
      <w:tr w:rsidR="00970C1C" w:rsidRPr="001B4400" w14:paraId="49FEB99E" w14:textId="77777777" w:rsidTr="001B44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2" w:type="dxa"/>
            <w:vAlign w:val="center"/>
          </w:tcPr>
          <w:p w14:paraId="77FEED44" w14:textId="77777777" w:rsidR="00970C1C" w:rsidRPr="001B4400" w:rsidRDefault="00000000" w:rsidP="001B4400">
            <w:pPr>
              <w:rPr>
                <w:rFonts w:ascii="Aptos" w:hAnsi="Aptos"/>
              </w:rPr>
            </w:pPr>
            <w:r w:rsidRPr="001B4400">
              <w:rPr>
                <w:rFonts w:ascii="Aptos" w:hAnsi="Aptos"/>
                <w:b w:val="0"/>
                <w:sz w:val="13"/>
              </w:rPr>
              <w:t>METRNL</w:t>
            </w:r>
          </w:p>
        </w:tc>
        <w:tc>
          <w:tcPr>
            <w:tcW w:w="1633" w:type="dxa"/>
            <w:vAlign w:val="center"/>
          </w:tcPr>
          <w:p w14:paraId="09E14317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0.0005</w:t>
            </w:r>
          </w:p>
        </w:tc>
        <w:tc>
          <w:tcPr>
            <w:tcW w:w="1446" w:type="dxa"/>
            <w:vAlign w:val="center"/>
          </w:tcPr>
          <w:p w14:paraId="21D786B9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0.3643</w:t>
            </w:r>
          </w:p>
        </w:tc>
        <w:tc>
          <w:tcPr>
            <w:tcW w:w="1446" w:type="dxa"/>
            <w:vAlign w:val="center"/>
          </w:tcPr>
          <w:p w14:paraId="645837FA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0.6922</w:t>
            </w:r>
          </w:p>
        </w:tc>
        <w:tc>
          <w:tcPr>
            <w:tcW w:w="1981" w:type="dxa"/>
            <w:vAlign w:val="center"/>
          </w:tcPr>
          <w:p w14:paraId="27686AAE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0.0420</w:t>
            </w:r>
          </w:p>
        </w:tc>
        <w:tc>
          <w:tcPr>
            <w:tcW w:w="1706" w:type="dxa"/>
            <w:vAlign w:val="center"/>
          </w:tcPr>
          <w:p w14:paraId="6BD16E86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0.2669</w:t>
            </w:r>
          </w:p>
        </w:tc>
        <w:tc>
          <w:tcPr>
            <w:tcW w:w="1446" w:type="dxa"/>
            <w:vAlign w:val="center"/>
          </w:tcPr>
          <w:p w14:paraId="5C89F84C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0.1088</w:t>
            </w:r>
          </w:p>
        </w:tc>
        <w:tc>
          <w:tcPr>
            <w:tcW w:w="1446" w:type="dxa"/>
            <w:vAlign w:val="center"/>
          </w:tcPr>
          <w:p w14:paraId="340771EC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0.4325</w:t>
            </w:r>
          </w:p>
        </w:tc>
        <w:tc>
          <w:tcPr>
            <w:tcW w:w="1532" w:type="dxa"/>
            <w:vAlign w:val="center"/>
          </w:tcPr>
          <w:p w14:paraId="1CAA3D4F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0.9228</w:t>
            </w:r>
          </w:p>
        </w:tc>
      </w:tr>
      <w:tr w:rsidR="00970C1C" w:rsidRPr="001B4400" w14:paraId="3672B607" w14:textId="77777777" w:rsidTr="001B4400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2" w:type="dxa"/>
            <w:vAlign w:val="center"/>
          </w:tcPr>
          <w:p w14:paraId="4C23CBE6" w14:textId="77777777" w:rsidR="00970C1C" w:rsidRPr="001B4400" w:rsidRDefault="00000000" w:rsidP="001B4400">
            <w:pPr>
              <w:rPr>
                <w:rFonts w:ascii="Aptos" w:hAnsi="Aptos"/>
              </w:rPr>
            </w:pPr>
            <w:r w:rsidRPr="001B4400">
              <w:rPr>
                <w:rFonts w:ascii="Aptos" w:hAnsi="Aptos"/>
                <w:b w:val="0"/>
                <w:sz w:val="13"/>
              </w:rPr>
              <w:t>TLR2</w:t>
            </w:r>
          </w:p>
        </w:tc>
        <w:tc>
          <w:tcPr>
            <w:tcW w:w="1633" w:type="dxa"/>
            <w:vAlign w:val="center"/>
          </w:tcPr>
          <w:p w14:paraId="145206CE" w14:textId="77777777" w:rsidR="00970C1C" w:rsidRPr="001B4400" w:rsidRDefault="00000000" w:rsidP="001B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0.0024</w:t>
            </w:r>
          </w:p>
        </w:tc>
        <w:tc>
          <w:tcPr>
            <w:tcW w:w="1446" w:type="dxa"/>
            <w:vAlign w:val="center"/>
          </w:tcPr>
          <w:p w14:paraId="29DBD4EB" w14:textId="77777777" w:rsidR="00970C1C" w:rsidRPr="001B4400" w:rsidRDefault="00000000" w:rsidP="001B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0.8062</w:t>
            </w:r>
          </w:p>
        </w:tc>
        <w:tc>
          <w:tcPr>
            <w:tcW w:w="1446" w:type="dxa"/>
            <w:vAlign w:val="center"/>
          </w:tcPr>
          <w:p w14:paraId="71840B2B" w14:textId="77777777" w:rsidR="00970C1C" w:rsidRPr="001B4400" w:rsidRDefault="00000000" w:rsidP="001B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0.8357</w:t>
            </w:r>
          </w:p>
        </w:tc>
        <w:tc>
          <w:tcPr>
            <w:tcW w:w="1981" w:type="dxa"/>
            <w:vAlign w:val="center"/>
          </w:tcPr>
          <w:p w14:paraId="71AD5B9E" w14:textId="77777777" w:rsidR="00970C1C" w:rsidRPr="001B4400" w:rsidRDefault="00000000" w:rsidP="001B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0.1856</w:t>
            </w:r>
          </w:p>
        </w:tc>
        <w:tc>
          <w:tcPr>
            <w:tcW w:w="1706" w:type="dxa"/>
            <w:vAlign w:val="center"/>
          </w:tcPr>
          <w:p w14:paraId="22A0A4ED" w14:textId="77777777" w:rsidR="00970C1C" w:rsidRPr="001B4400" w:rsidRDefault="00000000" w:rsidP="001B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0.3206</w:t>
            </w:r>
          </w:p>
        </w:tc>
        <w:tc>
          <w:tcPr>
            <w:tcW w:w="1446" w:type="dxa"/>
            <w:vAlign w:val="center"/>
          </w:tcPr>
          <w:p w14:paraId="07E3DA90" w14:textId="77777777" w:rsidR="00970C1C" w:rsidRPr="001B4400" w:rsidRDefault="00000000" w:rsidP="001B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0.8761</w:t>
            </w:r>
          </w:p>
        </w:tc>
        <w:tc>
          <w:tcPr>
            <w:tcW w:w="1446" w:type="dxa"/>
            <w:vAlign w:val="center"/>
          </w:tcPr>
          <w:p w14:paraId="4B447E35" w14:textId="77777777" w:rsidR="00970C1C" w:rsidRPr="001B4400" w:rsidRDefault="00000000" w:rsidP="001B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0.1200</w:t>
            </w:r>
          </w:p>
        </w:tc>
        <w:tc>
          <w:tcPr>
            <w:tcW w:w="1532" w:type="dxa"/>
            <w:vAlign w:val="center"/>
          </w:tcPr>
          <w:p w14:paraId="1DAAA46D" w14:textId="77777777" w:rsidR="00970C1C" w:rsidRPr="001B4400" w:rsidRDefault="00000000" w:rsidP="001B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0.8726</w:t>
            </w:r>
          </w:p>
        </w:tc>
      </w:tr>
      <w:tr w:rsidR="00970C1C" w:rsidRPr="001B4400" w14:paraId="4117F191" w14:textId="77777777" w:rsidTr="001B44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2" w:type="dxa"/>
            <w:vAlign w:val="center"/>
          </w:tcPr>
          <w:p w14:paraId="69BDE882" w14:textId="77777777" w:rsidR="00970C1C" w:rsidRPr="001B4400" w:rsidRDefault="00000000" w:rsidP="001B4400">
            <w:pPr>
              <w:rPr>
                <w:rFonts w:ascii="Aptos" w:hAnsi="Aptos"/>
              </w:rPr>
            </w:pPr>
            <w:r w:rsidRPr="001B4400">
              <w:rPr>
                <w:rFonts w:ascii="Aptos" w:hAnsi="Aptos"/>
                <w:b w:val="0"/>
                <w:sz w:val="13"/>
              </w:rPr>
              <w:t>TNIP3</w:t>
            </w:r>
          </w:p>
        </w:tc>
        <w:tc>
          <w:tcPr>
            <w:tcW w:w="1633" w:type="dxa"/>
            <w:vAlign w:val="center"/>
          </w:tcPr>
          <w:p w14:paraId="358DA562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0.0176</w:t>
            </w:r>
          </w:p>
        </w:tc>
        <w:tc>
          <w:tcPr>
            <w:tcW w:w="1446" w:type="dxa"/>
            <w:vAlign w:val="center"/>
          </w:tcPr>
          <w:p w14:paraId="160E787F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0.1113</w:t>
            </w:r>
          </w:p>
        </w:tc>
        <w:tc>
          <w:tcPr>
            <w:tcW w:w="1446" w:type="dxa"/>
            <w:vAlign w:val="center"/>
          </w:tcPr>
          <w:p w14:paraId="44315616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0.3525</w:t>
            </w:r>
          </w:p>
        </w:tc>
        <w:tc>
          <w:tcPr>
            <w:tcW w:w="1981" w:type="dxa"/>
            <w:vAlign w:val="center"/>
          </w:tcPr>
          <w:p w14:paraId="33C05B71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0.1124</w:t>
            </w:r>
          </w:p>
        </w:tc>
        <w:tc>
          <w:tcPr>
            <w:tcW w:w="1706" w:type="dxa"/>
            <w:vAlign w:val="center"/>
          </w:tcPr>
          <w:p w14:paraId="7580C288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0.2669</w:t>
            </w:r>
          </w:p>
        </w:tc>
        <w:tc>
          <w:tcPr>
            <w:tcW w:w="1446" w:type="dxa"/>
            <w:vAlign w:val="center"/>
          </w:tcPr>
          <w:p w14:paraId="67B3DC5B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0.4410</w:t>
            </w:r>
          </w:p>
        </w:tc>
        <w:tc>
          <w:tcPr>
            <w:tcW w:w="1446" w:type="dxa"/>
            <w:vAlign w:val="center"/>
          </w:tcPr>
          <w:p w14:paraId="7A19801F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0.2160</w:t>
            </w:r>
          </w:p>
        </w:tc>
        <w:tc>
          <w:tcPr>
            <w:tcW w:w="1532" w:type="dxa"/>
            <w:vAlign w:val="center"/>
          </w:tcPr>
          <w:p w14:paraId="3F552923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0.6708</w:t>
            </w:r>
          </w:p>
        </w:tc>
      </w:tr>
      <w:tr w:rsidR="00970C1C" w:rsidRPr="001B4400" w14:paraId="1A0D1FE5" w14:textId="77777777" w:rsidTr="001B4400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2" w:type="dxa"/>
            <w:vAlign w:val="center"/>
          </w:tcPr>
          <w:p w14:paraId="4E9B16F3" w14:textId="77777777" w:rsidR="00970C1C" w:rsidRPr="001B4400" w:rsidRDefault="00000000" w:rsidP="001B4400">
            <w:pPr>
              <w:rPr>
                <w:rFonts w:ascii="Aptos" w:hAnsi="Aptos"/>
              </w:rPr>
            </w:pPr>
            <w:r w:rsidRPr="001B4400">
              <w:rPr>
                <w:rFonts w:ascii="Aptos" w:hAnsi="Aptos"/>
                <w:b w:val="0"/>
                <w:sz w:val="13"/>
              </w:rPr>
              <w:t>BACH2</w:t>
            </w:r>
          </w:p>
        </w:tc>
        <w:tc>
          <w:tcPr>
            <w:tcW w:w="1633" w:type="dxa"/>
            <w:vAlign w:val="center"/>
          </w:tcPr>
          <w:p w14:paraId="2ECC48DC" w14:textId="77777777" w:rsidR="00970C1C" w:rsidRPr="001B4400" w:rsidRDefault="00000000" w:rsidP="001B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0.0009</w:t>
            </w:r>
          </w:p>
        </w:tc>
        <w:tc>
          <w:tcPr>
            <w:tcW w:w="1446" w:type="dxa"/>
            <w:vAlign w:val="center"/>
          </w:tcPr>
          <w:p w14:paraId="6E13FEEE" w14:textId="77777777" w:rsidR="00970C1C" w:rsidRPr="001B4400" w:rsidRDefault="00000000" w:rsidP="001B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0.8357</w:t>
            </w:r>
          </w:p>
        </w:tc>
        <w:tc>
          <w:tcPr>
            <w:tcW w:w="1446" w:type="dxa"/>
            <w:vAlign w:val="center"/>
          </w:tcPr>
          <w:p w14:paraId="1027D697" w14:textId="77777777" w:rsidR="00970C1C" w:rsidRPr="001B4400" w:rsidRDefault="00000000" w:rsidP="001B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0.8357</w:t>
            </w:r>
          </w:p>
        </w:tc>
        <w:tc>
          <w:tcPr>
            <w:tcW w:w="1981" w:type="dxa"/>
            <w:vAlign w:val="center"/>
          </w:tcPr>
          <w:p w14:paraId="63602882" w14:textId="77777777" w:rsidR="00970C1C" w:rsidRPr="001B4400" w:rsidRDefault="00000000" w:rsidP="001B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0.5139</w:t>
            </w:r>
          </w:p>
        </w:tc>
        <w:tc>
          <w:tcPr>
            <w:tcW w:w="1706" w:type="dxa"/>
            <w:vAlign w:val="center"/>
          </w:tcPr>
          <w:p w14:paraId="7AFEF244" w14:textId="77777777" w:rsidR="00970C1C" w:rsidRPr="001B4400" w:rsidRDefault="00000000" w:rsidP="001B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0.5424</w:t>
            </w:r>
          </w:p>
        </w:tc>
        <w:tc>
          <w:tcPr>
            <w:tcW w:w="1446" w:type="dxa"/>
            <w:vAlign w:val="center"/>
          </w:tcPr>
          <w:p w14:paraId="21A12240" w14:textId="77777777" w:rsidR="00970C1C" w:rsidRPr="001B4400" w:rsidRDefault="00000000" w:rsidP="001B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0.6787</w:t>
            </w:r>
          </w:p>
        </w:tc>
        <w:tc>
          <w:tcPr>
            <w:tcW w:w="1446" w:type="dxa"/>
            <w:vAlign w:val="center"/>
          </w:tcPr>
          <w:p w14:paraId="3DABBB5B" w14:textId="77777777" w:rsidR="00970C1C" w:rsidRPr="001B4400" w:rsidRDefault="00000000" w:rsidP="001B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0.8539</w:t>
            </w:r>
          </w:p>
        </w:tc>
        <w:tc>
          <w:tcPr>
            <w:tcW w:w="1532" w:type="dxa"/>
            <w:vAlign w:val="center"/>
          </w:tcPr>
          <w:p w14:paraId="003F5E31" w14:textId="77777777" w:rsidR="00970C1C" w:rsidRPr="001B4400" w:rsidRDefault="00000000" w:rsidP="001B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0.7944</w:t>
            </w:r>
          </w:p>
        </w:tc>
      </w:tr>
      <w:tr w:rsidR="00970C1C" w:rsidRPr="001B4400" w14:paraId="3018DC82" w14:textId="77777777" w:rsidTr="001B44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2" w:type="dxa"/>
            <w:vAlign w:val="center"/>
          </w:tcPr>
          <w:p w14:paraId="048D6079" w14:textId="77777777" w:rsidR="00970C1C" w:rsidRPr="001B4400" w:rsidRDefault="00000000" w:rsidP="001B4400">
            <w:pPr>
              <w:rPr>
                <w:rFonts w:ascii="Aptos" w:hAnsi="Aptos"/>
              </w:rPr>
            </w:pPr>
            <w:r w:rsidRPr="001B4400">
              <w:rPr>
                <w:rFonts w:ascii="Aptos" w:hAnsi="Aptos"/>
                <w:b w:val="0"/>
                <w:sz w:val="13"/>
              </w:rPr>
              <w:t>BAZ1A</w:t>
            </w:r>
          </w:p>
        </w:tc>
        <w:tc>
          <w:tcPr>
            <w:tcW w:w="1633" w:type="dxa"/>
            <w:vAlign w:val="center"/>
          </w:tcPr>
          <w:p w14:paraId="3EBAC05B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&lt;0.0001</w:t>
            </w:r>
          </w:p>
        </w:tc>
        <w:tc>
          <w:tcPr>
            <w:tcW w:w="1446" w:type="dxa"/>
            <w:vAlign w:val="center"/>
          </w:tcPr>
          <w:p w14:paraId="1D722A26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0.5509</w:t>
            </w:r>
          </w:p>
        </w:tc>
        <w:tc>
          <w:tcPr>
            <w:tcW w:w="1446" w:type="dxa"/>
            <w:vAlign w:val="center"/>
          </w:tcPr>
          <w:p w14:paraId="3FC7BD9C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0.7474</w:t>
            </w:r>
          </w:p>
        </w:tc>
        <w:tc>
          <w:tcPr>
            <w:tcW w:w="1981" w:type="dxa"/>
            <w:vAlign w:val="center"/>
          </w:tcPr>
          <w:p w14:paraId="6CC1E049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0.4436</w:t>
            </w:r>
          </w:p>
        </w:tc>
        <w:tc>
          <w:tcPr>
            <w:tcW w:w="1706" w:type="dxa"/>
            <w:vAlign w:val="center"/>
          </w:tcPr>
          <w:p w14:paraId="64C64FD2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0.5424</w:t>
            </w:r>
          </w:p>
        </w:tc>
        <w:tc>
          <w:tcPr>
            <w:tcW w:w="1446" w:type="dxa"/>
            <w:vAlign w:val="center"/>
          </w:tcPr>
          <w:p w14:paraId="26F11C82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0.5608</w:t>
            </w:r>
          </w:p>
        </w:tc>
        <w:tc>
          <w:tcPr>
            <w:tcW w:w="1446" w:type="dxa"/>
            <w:vAlign w:val="center"/>
          </w:tcPr>
          <w:p w14:paraId="0ADF6C50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0.9739</w:t>
            </w:r>
          </w:p>
        </w:tc>
        <w:tc>
          <w:tcPr>
            <w:tcW w:w="1532" w:type="dxa"/>
            <w:vAlign w:val="center"/>
          </w:tcPr>
          <w:p w14:paraId="384AFEAC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0.2555</w:t>
            </w:r>
          </w:p>
        </w:tc>
      </w:tr>
      <w:tr w:rsidR="00970C1C" w:rsidRPr="001B4400" w14:paraId="2EC269F8" w14:textId="77777777" w:rsidTr="001B4400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2" w:type="dxa"/>
            <w:vAlign w:val="center"/>
          </w:tcPr>
          <w:p w14:paraId="44D040C4" w14:textId="77777777" w:rsidR="00970C1C" w:rsidRPr="001B4400" w:rsidRDefault="00000000" w:rsidP="001B4400">
            <w:pPr>
              <w:rPr>
                <w:rFonts w:ascii="Aptos" w:hAnsi="Aptos"/>
              </w:rPr>
            </w:pPr>
            <w:r w:rsidRPr="001B4400">
              <w:rPr>
                <w:rFonts w:ascii="Aptos" w:hAnsi="Aptos"/>
                <w:b w:val="0"/>
                <w:sz w:val="13"/>
              </w:rPr>
              <w:t>KNL1</w:t>
            </w:r>
          </w:p>
        </w:tc>
        <w:tc>
          <w:tcPr>
            <w:tcW w:w="1633" w:type="dxa"/>
            <w:vAlign w:val="center"/>
          </w:tcPr>
          <w:p w14:paraId="04517B5E" w14:textId="77777777" w:rsidR="00970C1C" w:rsidRPr="001B4400" w:rsidRDefault="00000000" w:rsidP="001B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&lt;0.0001</w:t>
            </w:r>
          </w:p>
        </w:tc>
        <w:tc>
          <w:tcPr>
            <w:tcW w:w="1446" w:type="dxa"/>
            <w:vAlign w:val="center"/>
          </w:tcPr>
          <w:p w14:paraId="44F688A9" w14:textId="77777777" w:rsidR="00970C1C" w:rsidRPr="001B4400" w:rsidRDefault="00000000" w:rsidP="001B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0.6294</w:t>
            </w:r>
          </w:p>
        </w:tc>
        <w:tc>
          <w:tcPr>
            <w:tcW w:w="1446" w:type="dxa"/>
            <w:vAlign w:val="center"/>
          </w:tcPr>
          <w:p w14:paraId="40E5881F" w14:textId="77777777" w:rsidR="00970C1C" w:rsidRPr="001B4400" w:rsidRDefault="00000000" w:rsidP="001B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0.7474</w:t>
            </w:r>
          </w:p>
        </w:tc>
        <w:tc>
          <w:tcPr>
            <w:tcW w:w="1981" w:type="dxa"/>
            <w:vAlign w:val="center"/>
          </w:tcPr>
          <w:p w14:paraId="40A3E71A" w14:textId="77777777" w:rsidR="00970C1C" w:rsidRPr="001B4400" w:rsidRDefault="00000000" w:rsidP="001B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0.5687</w:t>
            </w:r>
          </w:p>
        </w:tc>
        <w:tc>
          <w:tcPr>
            <w:tcW w:w="1706" w:type="dxa"/>
            <w:vAlign w:val="center"/>
          </w:tcPr>
          <w:p w14:paraId="6AE5A21D" w14:textId="77777777" w:rsidR="00970C1C" w:rsidRPr="001B4400" w:rsidRDefault="00000000" w:rsidP="001B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0.5687</w:t>
            </w:r>
          </w:p>
        </w:tc>
        <w:tc>
          <w:tcPr>
            <w:tcW w:w="1446" w:type="dxa"/>
            <w:vAlign w:val="center"/>
          </w:tcPr>
          <w:p w14:paraId="0689324B" w14:textId="77777777" w:rsidR="00970C1C" w:rsidRPr="001B4400" w:rsidRDefault="00000000" w:rsidP="001B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0.5688</w:t>
            </w:r>
          </w:p>
        </w:tc>
        <w:tc>
          <w:tcPr>
            <w:tcW w:w="1446" w:type="dxa"/>
            <w:vAlign w:val="center"/>
          </w:tcPr>
          <w:p w14:paraId="585B0F2F" w14:textId="77777777" w:rsidR="00970C1C" w:rsidRPr="001B4400" w:rsidRDefault="00000000" w:rsidP="001B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0.3329</w:t>
            </w:r>
          </w:p>
        </w:tc>
        <w:tc>
          <w:tcPr>
            <w:tcW w:w="1532" w:type="dxa"/>
            <w:vAlign w:val="center"/>
          </w:tcPr>
          <w:p w14:paraId="386250CC" w14:textId="77777777" w:rsidR="00970C1C" w:rsidRPr="001B4400" w:rsidRDefault="00000000" w:rsidP="001B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0.8991</w:t>
            </w:r>
          </w:p>
        </w:tc>
      </w:tr>
      <w:tr w:rsidR="00970C1C" w:rsidRPr="001B4400" w14:paraId="7CA51662" w14:textId="77777777" w:rsidTr="001B44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2" w:type="dxa"/>
            <w:vAlign w:val="center"/>
          </w:tcPr>
          <w:p w14:paraId="736809FC" w14:textId="77777777" w:rsidR="00970C1C" w:rsidRPr="001B4400" w:rsidRDefault="00000000" w:rsidP="001B4400">
            <w:pPr>
              <w:rPr>
                <w:rFonts w:ascii="Aptos" w:hAnsi="Aptos"/>
              </w:rPr>
            </w:pPr>
            <w:r w:rsidRPr="001B4400">
              <w:rPr>
                <w:rFonts w:ascii="Aptos" w:hAnsi="Aptos"/>
                <w:b w:val="0"/>
                <w:sz w:val="13"/>
              </w:rPr>
              <w:t>PHC2</w:t>
            </w:r>
          </w:p>
        </w:tc>
        <w:tc>
          <w:tcPr>
            <w:tcW w:w="1633" w:type="dxa"/>
            <w:vAlign w:val="center"/>
          </w:tcPr>
          <w:p w14:paraId="7953FFE8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0.0090</w:t>
            </w:r>
          </w:p>
        </w:tc>
        <w:tc>
          <w:tcPr>
            <w:tcW w:w="1446" w:type="dxa"/>
            <w:vAlign w:val="center"/>
          </w:tcPr>
          <w:p w14:paraId="268D4EC2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0.2471</w:t>
            </w:r>
          </w:p>
        </w:tc>
        <w:tc>
          <w:tcPr>
            <w:tcW w:w="1446" w:type="dxa"/>
            <w:vAlign w:val="center"/>
          </w:tcPr>
          <w:p w14:paraId="16133C79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0.6707</w:t>
            </w:r>
          </w:p>
        </w:tc>
        <w:tc>
          <w:tcPr>
            <w:tcW w:w="1981" w:type="dxa"/>
            <w:vAlign w:val="center"/>
          </w:tcPr>
          <w:p w14:paraId="7B03B92F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0.4786</w:t>
            </w:r>
          </w:p>
        </w:tc>
        <w:tc>
          <w:tcPr>
            <w:tcW w:w="1706" w:type="dxa"/>
            <w:vAlign w:val="center"/>
          </w:tcPr>
          <w:p w14:paraId="58E42800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0.5424</w:t>
            </w:r>
          </w:p>
        </w:tc>
        <w:tc>
          <w:tcPr>
            <w:tcW w:w="1446" w:type="dxa"/>
            <w:vAlign w:val="center"/>
          </w:tcPr>
          <w:p w14:paraId="43DF5F71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0.3446</w:t>
            </w:r>
          </w:p>
        </w:tc>
        <w:tc>
          <w:tcPr>
            <w:tcW w:w="1446" w:type="dxa"/>
            <w:vAlign w:val="center"/>
          </w:tcPr>
          <w:p w14:paraId="6B5D4AEA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0.6489</w:t>
            </w:r>
          </w:p>
        </w:tc>
        <w:tc>
          <w:tcPr>
            <w:tcW w:w="1532" w:type="dxa"/>
            <w:vAlign w:val="center"/>
          </w:tcPr>
          <w:p w14:paraId="750FDD2E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0.4714</w:t>
            </w:r>
          </w:p>
        </w:tc>
      </w:tr>
      <w:tr w:rsidR="00970C1C" w:rsidRPr="001B4400" w14:paraId="7A72145B" w14:textId="77777777" w:rsidTr="001B4400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2" w:type="dxa"/>
            <w:vAlign w:val="center"/>
          </w:tcPr>
          <w:p w14:paraId="6458A45C" w14:textId="77777777" w:rsidR="00970C1C" w:rsidRPr="001B4400" w:rsidRDefault="00000000" w:rsidP="001B4400">
            <w:pPr>
              <w:rPr>
                <w:rFonts w:ascii="Aptos" w:hAnsi="Aptos"/>
              </w:rPr>
            </w:pPr>
            <w:r w:rsidRPr="001B4400">
              <w:rPr>
                <w:rFonts w:ascii="Aptos" w:hAnsi="Aptos"/>
                <w:b w:val="0"/>
                <w:sz w:val="13"/>
              </w:rPr>
              <w:t>ACE2</w:t>
            </w:r>
          </w:p>
        </w:tc>
        <w:tc>
          <w:tcPr>
            <w:tcW w:w="1633" w:type="dxa"/>
            <w:vAlign w:val="center"/>
          </w:tcPr>
          <w:p w14:paraId="37A659E1" w14:textId="77777777" w:rsidR="00970C1C" w:rsidRPr="001B4400" w:rsidRDefault="00000000" w:rsidP="001B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&lt;0.0001</w:t>
            </w:r>
          </w:p>
        </w:tc>
        <w:tc>
          <w:tcPr>
            <w:tcW w:w="1446" w:type="dxa"/>
            <w:vAlign w:val="center"/>
          </w:tcPr>
          <w:p w14:paraId="03D2DB44" w14:textId="77777777" w:rsidR="00970C1C" w:rsidRPr="001B4400" w:rsidRDefault="00000000" w:rsidP="001B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0.0466</w:t>
            </w:r>
          </w:p>
        </w:tc>
        <w:tc>
          <w:tcPr>
            <w:tcW w:w="1446" w:type="dxa"/>
            <w:vAlign w:val="center"/>
          </w:tcPr>
          <w:p w14:paraId="4B3280F7" w14:textId="77777777" w:rsidR="00970C1C" w:rsidRPr="001B4400" w:rsidRDefault="00000000" w:rsidP="001B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0.2820</w:t>
            </w:r>
          </w:p>
        </w:tc>
        <w:tc>
          <w:tcPr>
            <w:tcW w:w="1981" w:type="dxa"/>
            <w:vAlign w:val="center"/>
          </w:tcPr>
          <w:p w14:paraId="6B8A6596" w14:textId="77777777" w:rsidR="00970C1C" w:rsidRPr="001B4400" w:rsidRDefault="00000000" w:rsidP="001B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0.3976</w:t>
            </w:r>
          </w:p>
        </w:tc>
        <w:tc>
          <w:tcPr>
            <w:tcW w:w="1706" w:type="dxa"/>
            <w:vAlign w:val="center"/>
          </w:tcPr>
          <w:p w14:paraId="37680DE0" w14:textId="77777777" w:rsidR="00970C1C" w:rsidRPr="001B4400" w:rsidRDefault="00000000" w:rsidP="001B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0.5424</w:t>
            </w:r>
          </w:p>
        </w:tc>
        <w:tc>
          <w:tcPr>
            <w:tcW w:w="1446" w:type="dxa"/>
            <w:vAlign w:val="center"/>
          </w:tcPr>
          <w:p w14:paraId="2DE910E2" w14:textId="77777777" w:rsidR="00970C1C" w:rsidRPr="001B4400" w:rsidRDefault="00000000" w:rsidP="001B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0.0593</w:t>
            </w:r>
          </w:p>
        </w:tc>
        <w:tc>
          <w:tcPr>
            <w:tcW w:w="1446" w:type="dxa"/>
            <w:vAlign w:val="center"/>
          </w:tcPr>
          <w:p w14:paraId="61398504" w14:textId="77777777" w:rsidR="00970C1C" w:rsidRPr="001B4400" w:rsidRDefault="00000000" w:rsidP="001B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0.8066</w:t>
            </w:r>
          </w:p>
        </w:tc>
        <w:tc>
          <w:tcPr>
            <w:tcW w:w="1532" w:type="dxa"/>
            <w:vAlign w:val="center"/>
          </w:tcPr>
          <w:p w14:paraId="76B0DF43" w14:textId="77777777" w:rsidR="00970C1C" w:rsidRPr="001B4400" w:rsidRDefault="00000000" w:rsidP="001B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0.3846</w:t>
            </w:r>
          </w:p>
        </w:tc>
      </w:tr>
      <w:tr w:rsidR="00970C1C" w:rsidRPr="001B4400" w14:paraId="6BAFC016" w14:textId="77777777" w:rsidTr="001B44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2" w:type="dxa"/>
            <w:vAlign w:val="center"/>
          </w:tcPr>
          <w:p w14:paraId="0583F38E" w14:textId="77777777" w:rsidR="00970C1C" w:rsidRPr="001B4400" w:rsidRDefault="00000000" w:rsidP="001B4400">
            <w:pPr>
              <w:rPr>
                <w:rFonts w:ascii="Aptos" w:hAnsi="Aptos"/>
              </w:rPr>
            </w:pPr>
            <w:r w:rsidRPr="001B4400">
              <w:rPr>
                <w:rFonts w:ascii="Aptos" w:hAnsi="Aptos"/>
                <w:b w:val="0"/>
                <w:sz w:val="13"/>
              </w:rPr>
              <w:t>CASP1</w:t>
            </w:r>
          </w:p>
        </w:tc>
        <w:tc>
          <w:tcPr>
            <w:tcW w:w="1633" w:type="dxa"/>
            <w:vAlign w:val="center"/>
          </w:tcPr>
          <w:p w14:paraId="322331E1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0.0068</w:t>
            </w:r>
          </w:p>
        </w:tc>
        <w:tc>
          <w:tcPr>
            <w:tcW w:w="1446" w:type="dxa"/>
            <w:vAlign w:val="center"/>
          </w:tcPr>
          <w:p w14:paraId="0B3D4D6C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0.0656</w:t>
            </w:r>
          </w:p>
        </w:tc>
        <w:tc>
          <w:tcPr>
            <w:tcW w:w="1446" w:type="dxa"/>
            <w:vAlign w:val="center"/>
          </w:tcPr>
          <w:p w14:paraId="49CFE30E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0.2820</w:t>
            </w:r>
          </w:p>
        </w:tc>
        <w:tc>
          <w:tcPr>
            <w:tcW w:w="1981" w:type="dxa"/>
            <w:vAlign w:val="center"/>
          </w:tcPr>
          <w:p w14:paraId="47465A1D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0.1064</w:t>
            </w:r>
          </w:p>
        </w:tc>
        <w:tc>
          <w:tcPr>
            <w:tcW w:w="1706" w:type="dxa"/>
            <w:vAlign w:val="center"/>
          </w:tcPr>
          <w:p w14:paraId="70FBF60E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0.2669</w:t>
            </w:r>
          </w:p>
        </w:tc>
        <w:tc>
          <w:tcPr>
            <w:tcW w:w="1446" w:type="dxa"/>
            <w:vAlign w:val="center"/>
          </w:tcPr>
          <w:p w14:paraId="0D1B6A08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0.8557</w:t>
            </w:r>
          </w:p>
        </w:tc>
        <w:tc>
          <w:tcPr>
            <w:tcW w:w="1446" w:type="dxa"/>
            <w:vAlign w:val="center"/>
          </w:tcPr>
          <w:p w14:paraId="6FBF5A98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0.9869</w:t>
            </w:r>
          </w:p>
        </w:tc>
        <w:tc>
          <w:tcPr>
            <w:tcW w:w="1532" w:type="dxa"/>
            <w:vAlign w:val="center"/>
          </w:tcPr>
          <w:p w14:paraId="1B036112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0.7480</w:t>
            </w:r>
          </w:p>
        </w:tc>
      </w:tr>
      <w:tr w:rsidR="00970C1C" w:rsidRPr="001B4400" w14:paraId="0056A576" w14:textId="77777777" w:rsidTr="001B4400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2" w:type="dxa"/>
            <w:vAlign w:val="center"/>
          </w:tcPr>
          <w:p w14:paraId="5068EFF2" w14:textId="77777777" w:rsidR="00970C1C" w:rsidRPr="001B4400" w:rsidRDefault="00000000" w:rsidP="001B4400">
            <w:pPr>
              <w:rPr>
                <w:rFonts w:ascii="Aptos" w:hAnsi="Aptos"/>
              </w:rPr>
            </w:pPr>
            <w:r w:rsidRPr="001B4400">
              <w:rPr>
                <w:rFonts w:ascii="Aptos" w:hAnsi="Aptos"/>
                <w:b w:val="0"/>
                <w:sz w:val="13"/>
              </w:rPr>
              <w:t>CCL7</w:t>
            </w:r>
          </w:p>
        </w:tc>
        <w:tc>
          <w:tcPr>
            <w:tcW w:w="1633" w:type="dxa"/>
            <w:vAlign w:val="center"/>
          </w:tcPr>
          <w:p w14:paraId="64C9FCBD" w14:textId="77777777" w:rsidR="00970C1C" w:rsidRPr="001B4400" w:rsidRDefault="00000000" w:rsidP="001B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0.0006</w:t>
            </w:r>
          </w:p>
        </w:tc>
        <w:tc>
          <w:tcPr>
            <w:tcW w:w="1446" w:type="dxa"/>
            <w:vAlign w:val="center"/>
          </w:tcPr>
          <w:p w14:paraId="33F1D918" w14:textId="77777777" w:rsidR="00970C1C" w:rsidRPr="001B4400" w:rsidRDefault="00000000" w:rsidP="001B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0.7936</w:t>
            </w:r>
          </w:p>
        </w:tc>
        <w:tc>
          <w:tcPr>
            <w:tcW w:w="1446" w:type="dxa"/>
            <w:vAlign w:val="center"/>
          </w:tcPr>
          <w:p w14:paraId="60223FEA" w14:textId="77777777" w:rsidR="00970C1C" w:rsidRPr="001B4400" w:rsidRDefault="00000000" w:rsidP="001B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0.8357</w:t>
            </w:r>
          </w:p>
        </w:tc>
        <w:tc>
          <w:tcPr>
            <w:tcW w:w="1981" w:type="dxa"/>
            <w:vAlign w:val="center"/>
          </w:tcPr>
          <w:p w14:paraId="1CFAD7D1" w14:textId="77777777" w:rsidR="00970C1C" w:rsidRPr="001B4400" w:rsidRDefault="00000000" w:rsidP="001B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0.4031</w:t>
            </w:r>
          </w:p>
        </w:tc>
        <w:tc>
          <w:tcPr>
            <w:tcW w:w="1706" w:type="dxa"/>
            <w:vAlign w:val="center"/>
          </w:tcPr>
          <w:p w14:paraId="5E361E4D" w14:textId="77777777" w:rsidR="00970C1C" w:rsidRPr="001B4400" w:rsidRDefault="00000000" w:rsidP="001B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0.5424</w:t>
            </w:r>
          </w:p>
        </w:tc>
        <w:tc>
          <w:tcPr>
            <w:tcW w:w="1446" w:type="dxa"/>
            <w:vAlign w:val="center"/>
          </w:tcPr>
          <w:p w14:paraId="5D3564B6" w14:textId="77777777" w:rsidR="00970C1C" w:rsidRPr="001B4400" w:rsidRDefault="00000000" w:rsidP="001B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0.3689</w:t>
            </w:r>
          </w:p>
        </w:tc>
        <w:tc>
          <w:tcPr>
            <w:tcW w:w="1446" w:type="dxa"/>
            <w:vAlign w:val="center"/>
          </w:tcPr>
          <w:p w14:paraId="646573CE" w14:textId="77777777" w:rsidR="00970C1C" w:rsidRPr="001B4400" w:rsidRDefault="00000000" w:rsidP="001B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0.6540</w:t>
            </w:r>
          </w:p>
        </w:tc>
        <w:tc>
          <w:tcPr>
            <w:tcW w:w="1532" w:type="dxa"/>
            <w:vAlign w:val="center"/>
          </w:tcPr>
          <w:p w14:paraId="23188FF0" w14:textId="77777777" w:rsidR="00970C1C" w:rsidRPr="001B4400" w:rsidRDefault="00000000" w:rsidP="001B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0.4762</w:t>
            </w:r>
          </w:p>
        </w:tc>
      </w:tr>
      <w:tr w:rsidR="00970C1C" w:rsidRPr="001B4400" w14:paraId="4602551E" w14:textId="77777777" w:rsidTr="001B44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2" w:type="dxa"/>
            <w:vAlign w:val="center"/>
          </w:tcPr>
          <w:p w14:paraId="171646FC" w14:textId="77777777" w:rsidR="00970C1C" w:rsidRPr="001B4400" w:rsidRDefault="00000000" w:rsidP="001B4400">
            <w:pPr>
              <w:rPr>
                <w:rFonts w:ascii="Aptos" w:hAnsi="Aptos"/>
              </w:rPr>
            </w:pPr>
            <w:r w:rsidRPr="001B4400">
              <w:rPr>
                <w:rFonts w:ascii="Aptos" w:hAnsi="Aptos"/>
                <w:b w:val="0"/>
                <w:sz w:val="13"/>
              </w:rPr>
              <w:t>GBP5</w:t>
            </w:r>
          </w:p>
        </w:tc>
        <w:tc>
          <w:tcPr>
            <w:tcW w:w="1633" w:type="dxa"/>
            <w:vAlign w:val="center"/>
          </w:tcPr>
          <w:p w14:paraId="4CADDDFB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0.0008</w:t>
            </w:r>
          </w:p>
        </w:tc>
        <w:tc>
          <w:tcPr>
            <w:tcW w:w="1446" w:type="dxa"/>
            <w:vAlign w:val="center"/>
          </w:tcPr>
          <w:p w14:paraId="4529C360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0.6058</w:t>
            </w:r>
          </w:p>
        </w:tc>
        <w:tc>
          <w:tcPr>
            <w:tcW w:w="1446" w:type="dxa"/>
            <w:vAlign w:val="center"/>
          </w:tcPr>
          <w:p w14:paraId="6E391A15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0.7474</w:t>
            </w:r>
          </w:p>
        </w:tc>
        <w:tc>
          <w:tcPr>
            <w:tcW w:w="1981" w:type="dxa"/>
            <w:vAlign w:val="center"/>
          </w:tcPr>
          <w:p w14:paraId="1FAA7A29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0.0124</w:t>
            </w:r>
          </w:p>
        </w:tc>
        <w:tc>
          <w:tcPr>
            <w:tcW w:w="1706" w:type="dxa"/>
            <w:vAlign w:val="center"/>
          </w:tcPr>
          <w:p w14:paraId="6A1D4B56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0.2358</w:t>
            </w:r>
          </w:p>
        </w:tc>
        <w:tc>
          <w:tcPr>
            <w:tcW w:w="1446" w:type="dxa"/>
            <w:vAlign w:val="center"/>
          </w:tcPr>
          <w:p w14:paraId="00E01749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0.3866</w:t>
            </w:r>
          </w:p>
        </w:tc>
        <w:tc>
          <w:tcPr>
            <w:tcW w:w="1446" w:type="dxa"/>
            <w:vAlign w:val="center"/>
          </w:tcPr>
          <w:p w14:paraId="2FE9F45B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0.3391</w:t>
            </w:r>
          </w:p>
        </w:tc>
        <w:tc>
          <w:tcPr>
            <w:tcW w:w="1532" w:type="dxa"/>
            <w:vAlign w:val="center"/>
          </w:tcPr>
          <w:p w14:paraId="3D5020AD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0.7834</w:t>
            </w:r>
          </w:p>
        </w:tc>
      </w:tr>
      <w:tr w:rsidR="00970C1C" w:rsidRPr="001B4400" w14:paraId="0CFD5753" w14:textId="77777777" w:rsidTr="001B4400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2" w:type="dxa"/>
            <w:vAlign w:val="center"/>
          </w:tcPr>
          <w:p w14:paraId="62882DF9" w14:textId="77777777" w:rsidR="00970C1C" w:rsidRPr="001B4400" w:rsidRDefault="00000000" w:rsidP="001B4400">
            <w:pPr>
              <w:rPr>
                <w:rFonts w:ascii="Aptos" w:hAnsi="Aptos"/>
              </w:rPr>
            </w:pPr>
            <w:r w:rsidRPr="001B4400">
              <w:rPr>
                <w:rFonts w:ascii="Aptos" w:hAnsi="Aptos"/>
                <w:b w:val="0"/>
                <w:sz w:val="13"/>
              </w:rPr>
              <w:t>OAS1</w:t>
            </w:r>
          </w:p>
        </w:tc>
        <w:tc>
          <w:tcPr>
            <w:tcW w:w="1633" w:type="dxa"/>
            <w:vAlign w:val="center"/>
          </w:tcPr>
          <w:p w14:paraId="1D588DA3" w14:textId="77777777" w:rsidR="00970C1C" w:rsidRPr="001B4400" w:rsidRDefault="00000000" w:rsidP="001B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&lt;0.0001</w:t>
            </w:r>
          </w:p>
        </w:tc>
        <w:tc>
          <w:tcPr>
            <w:tcW w:w="1446" w:type="dxa"/>
            <w:vAlign w:val="center"/>
          </w:tcPr>
          <w:p w14:paraId="693E7A6F" w14:textId="77777777" w:rsidR="00970C1C" w:rsidRPr="001B4400" w:rsidRDefault="00000000" w:rsidP="001B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0.4652</w:t>
            </w:r>
          </w:p>
        </w:tc>
        <w:tc>
          <w:tcPr>
            <w:tcW w:w="1446" w:type="dxa"/>
            <w:vAlign w:val="center"/>
          </w:tcPr>
          <w:p w14:paraId="1CEBD476" w14:textId="77777777" w:rsidR="00970C1C" w:rsidRPr="001B4400" w:rsidRDefault="00000000" w:rsidP="001B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0.7474</w:t>
            </w:r>
          </w:p>
        </w:tc>
        <w:tc>
          <w:tcPr>
            <w:tcW w:w="1981" w:type="dxa"/>
            <w:vAlign w:val="center"/>
          </w:tcPr>
          <w:p w14:paraId="1E426812" w14:textId="77777777" w:rsidR="00970C1C" w:rsidRPr="001B4400" w:rsidRDefault="00000000" w:rsidP="001B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0.0886</w:t>
            </w:r>
          </w:p>
        </w:tc>
        <w:tc>
          <w:tcPr>
            <w:tcW w:w="1706" w:type="dxa"/>
            <w:vAlign w:val="center"/>
          </w:tcPr>
          <w:p w14:paraId="749F2CAA" w14:textId="77777777" w:rsidR="00970C1C" w:rsidRPr="001B4400" w:rsidRDefault="00000000" w:rsidP="001B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0.2669</w:t>
            </w:r>
          </w:p>
        </w:tc>
        <w:tc>
          <w:tcPr>
            <w:tcW w:w="1446" w:type="dxa"/>
            <w:vAlign w:val="center"/>
          </w:tcPr>
          <w:p w14:paraId="19816375" w14:textId="77777777" w:rsidR="00970C1C" w:rsidRPr="001B4400" w:rsidRDefault="00000000" w:rsidP="001B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0.6034</w:t>
            </w:r>
          </w:p>
        </w:tc>
        <w:tc>
          <w:tcPr>
            <w:tcW w:w="1446" w:type="dxa"/>
            <w:vAlign w:val="center"/>
          </w:tcPr>
          <w:p w14:paraId="13D12FFC" w14:textId="77777777" w:rsidR="00970C1C" w:rsidRPr="001B4400" w:rsidRDefault="00000000" w:rsidP="001B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0.6375</w:t>
            </w:r>
          </w:p>
        </w:tc>
        <w:tc>
          <w:tcPr>
            <w:tcW w:w="1532" w:type="dxa"/>
            <w:vAlign w:val="center"/>
          </w:tcPr>
          <w:p w14:paraId="5B2A9E07" w14:textId="77777777" w:rsidR="00970C1C" w:rsidRPr="001B4400" w:rsidRDefault="00000000" w:rsidP="001B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0.9584</w:t>
            </w:r>
          </w:p>
        </w:tc>
      </w:tr>
      <w:tr w:rsidR="00970C1C" w:rsidRPr="001B4400" w14:paraId="2E9114EE" w14:textId="77777777" w:rsidTr="001B44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2" w:type="dxa"/>
            <w:vAlign w:val="center"/>
          </w:tcPr>
          <w:p w14:paraId="6E0BCA64" w14:textId="77777777" w:rsidR="00970C1C" w:rsidRPr="001B4400" w:rsidRDefault="00000000" w:rsidP="001B4400">
            <w:pPr>
              <w:rPr>
                <w:rFonts w:ascii="Aptos" w:hAnsi="Aptos"/>
              </w:rPr>
            </w:pPr>
            <w:r w:rsidRPr="001B4400">
              <w:rPr>
                <w:rFonts w:ascii="Aptos" w:hAnsi="Aptos"/>
                <w:b w:val="0"/>
                <w:sz w:val="13"/>
              </w:rPr>
              <w:t>OAS2</w:t>
            </w:r>
          </w:p>
        </w:tc>
        <w:tc>
          <w:tcPr>
            <w:tcW w:w="1633" w:type="dxa"/>
            <w:vAlign w:val="center"/>
          </w:tcPr>
          <w:p w14:paraId="556043DB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&lt;0.0001</w:t>
            </w:r>
          </w:p>
        </w:tc>
        <w:tc>
          <w:tcPr>
            <w:tcW w:w="1446" w:type="dxa"/>
            <w:vAlign w:val="center"/>
          </w:tcPr>
          <w:p w14:paraId="69180731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0.4765</w:t>
            </w:r>
          </w:p>
        </w:tc>
        <w:tc>
          <w:tcPr>
            <w:tcW w:w="1446" w:type="dxa"/>
            <w:vAlign w:val="center"/>
          </w:tcPr>
          <w:p w14:paraId="59D8CC73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0.7474</w:t>
            </w:r>
          </w:p>
        </w:tc>
        <w:tc>
          <w:tcPr>
            <w:tcW w:w="1981" w:type="dxa"/>
            <w:vAlign w:val="center"/>
          </w:tcPr>
          <w:p w14:paraId="6D2835F6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0.0592</w:t>
            </w:r>
          </w:p>
        </w:tc>
        <w:tc>
          <w:tcPr>
            <w:tcW w:w="1706" w:type="dxa"/>
            <w:vAlign w:val="center"/>
          </w:tcPr>
          <w:p w14:paraId="3AAB0492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0.2669</w:t>
            </w:r>
          </w:p>
        </w:tc>
        <w:tc>
          <w:tcPr>
            <w:tcW w:w="1446" w:type="dxa"/>
            <w:vAlign w:val="center"/>
          </w:tcPr>
          <w:p w14:paraId="4DDB2596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0.8659</w:t>
            </w:r>
          </w:p>
        </w:tc>
        <w:tc>
          <w:tcPr>
            <w:tcW w:w="1446" w:type="dxa"/>
            <w:vAlign w:val="center"/>
          </w:tcPr>
          <w:p w14:paraId="6B3DCF72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0.9887</w:t>
            </w:r>
          </w:p>
        </w:tc>
        <w:tc>
          <w:tcPr>
            <w:tcW w:w="1532" w:type="dxa"/>
            <w:vAlign w:val="center"/>
          </w:tcPr>
          <w:p w14:paraId="3D4C2E18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0.2757</w:t>
            </w:r>
          </w:p>
        </w:tc>
      </w:tr>
      <w:tr w:rsidR="00970C1C" w:rsidRPr="001B4400" w14:paraId="6F0792E1" w14:textId="77777777" w:rsidTr="001B4400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2" w:type="dxa"/>
            <w:vAlign w:val="center"/>
          </w:tcPr>
          <w:p w14:paraId="0EDCA982" w14:textId="77777777" w:rsidR="00970C1C" w:rsidRPr="001B4400" w:rsidRDefault="00000000" w:rsidP="001B4400">
            <w:pPr>
              <w:rPr>
                <w:rFonts w:ascii="Aptos" w:hAnsi="Aptos"/>
              </w:rPr>
            </w:pPr>
            <w:r w:rsidRPr="001B4400">
              <w:rPr>
                <w:rFonts w:ascii="Aptos" w:hAnsi="Aptos"/>
                <w:b w:val="0"/>
                <w:sz w:val="13"/>
              </w:rPr>
              <w:t>LEPR</w:t>
            </w:r>
          </w:p>
        </w:tc>
        <w:tc>
          <w:tcPr>
            <w:tcW w:w="1633" w:type="dxa"/>
            <w:vAlign w:val="center"/>
          </w:tcPr>
          <w:p w14:paraId="425F98CC" w14:textId="77777777" w:rsidR="00970C1C" w:rsidRPr="001B4400" w:rsidRDefault="00000000" w:rsidP="001B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&lt;0.0001</w:t>
            </w:r>
          </w:p>
        </w:tc>
        <w:tc>
          <w:tcPr>
            <w:tcW w:w="1446" w:type="dxa"/>
            <w:vAlign w:val="center"/>
          </w:tcPr>
          <w:p w14:paraId="6875A944" w14:textId="77777777" w:rsidR="00970C1C" w:rsidRPr="001B4400" w:rsidRDefault="00000000" w:rsidP="001B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0.3002</w:t>
            </w:r>
          </w:p>
        </w:tc>
        <w:tc>
          <w:tcPr>
            <w:tcW w:w="1446" w:type="dxa"/>
            <w:vAlign w:val="center"/>
          </w:tcPr>
          <w:p w14:paraId="04EB89C5" w14:textId="77777777" w:rsidR="00970C1C" w:rsidRPr="001B4400" w:rsidRDefault="00000000" w:rsidP="001B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0.6816</w:t>
            </w:r>
          </w:p>
        </w:tc>
        <w:tc>
          <w:tcPr>
            <w:tcW w:w="1981" w:type="dxa"/>
            <w:vAlign w:val="center"/>
          </w:tcPr>
          <w:p w14:paraId="5B110BE7" w14:textId="77777777" w:rsidR="00970C1C" w:rsidRPr="001B4400" w:rsidRDefault="00000000" w:rsidP="001B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0.4288</w:t>
            </w:r>
          </w:p>
        </w:tc>
        <w:tc>
          <w:tcPr>
            <w:tcW w:w="1706" w:type="dxa"/>
            <w:vAlign w:val="center"/>
          </w:tcPr>
          <w:p w14:paraId="380285BE" w14:textId="77777777" w:rsidR="00970C1C" w:rsidRPr="001B4400" w:rsidRDefault="00000000" w:rsidP="001B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0.5424</w:t>
            </w:r>
          </w:p>
        </w:tc>
        <w:tc>
          <w:tcPr>
            <w:tcW w:w="1446" w:type="dxa"/>
            <w:vAlign w:val="center"/>
          </w:tcPr>
          <w:p w14:paraId="53D1A848" w14:textId="77777777" w:rsidR="00970C1C" w:rsidRPr="001B4400" w:rsidRDefault="00000000" w:rsidP="001B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0.0164</w:t>
            </w:r>
          </w:p>
        </w:tc>
        <w:tc>
          <w:tcPr>
            <w:tcW w:w="1446" w:type="dxa"/>
            <w:vAlign w:val="center"/>
          </w:tcPr>
          <w:p w14:paraId="2D31BF54" w14:textId="77777777" w:rsidR="00970C1C" w:rsidRPr="001B4400" w:rsidRDefault="00000000" w:rsidP="001B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0.5069</w:t>
            </w:r>
          </w:p>
        </w:tc>
        <w:tc>
          <w:tcPr>
            <w:tcW w:w="1532" w:type="dxa"/>
            <w:vAlign w:val="center"/>
          </w:tcPr>
          <w:p w14:paraId="6885C5F1" w14:textId="77777777" w:rsidR="00970C1C" w:rsidRPr="001B4400" w:rsidRDefault="00000000" w:rsidP="001B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0.4745</w:t>
            </w:r>
          </w:p>
        </w:tc>
      </w:tr>
      <w:tr w:rsidR="00970C1C" w:rsidRPr="001B4400" w14:paraId="255FA04F" w14:textId="77777777" w:rsidTr="001B44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2" w:type="dxa"/>
            <w:vAlign w:val="center"/>
          </w:tcPr>
          <w:p w14:paraId="109AA3E6" w14:textId="77777777" w:rsidR="00970C1C" w:rsidRPr="001B4400" w:rsidRDefault="00000000" w:rsidP="001B4400">
            <w:pPr>
              <w:rPr>
                <w:rFonts w:ascii="Aptos" w:hAnsi="Aptos"/>
              </w:rPr>
            </w:pPr>
            <w:r w:rsidRPr="001B4400">
              <w:rPr>
                <w:rFonts w:ascii="Aptos" w:hAnsi="Aptos"/>
                <w:b w:val="0"/>
                <w:sz w:val="13"/>
              </w:rPr>
              <w:t>NNMT</w:t>
            </w:r>
          </w:p>
        </w:tc>
        <w:tc>
          <w:tcPr>
            <w:tcW w:w="1633" w:type="dxa"/>
            <w:vAlign w:val="center"/>
          </w:tcPr>
          <w:p w14:paraId="178E603C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&lt;0.0001</w:t>
            </w:r>
          </w:p>
        </w:tc>
        <w:tc>
          <w:tcPr>
            <w:tcW w:w="1446" w:type="dxa"/>
            <w:vAlign w:val="center"/>
          </w:tcPr>
          <w:p w14:paraId="4C0EA1AE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0.0742</w:t>
            </w:r>
          </w:p>
        </w:tc>
        <w:tc>
          <w:tcPr>
            <w:tcW w:w="1446" w:type="dxa"/>
            <w:vAlign w:val="center"/>
          </w:tcPr>
          <w:p w14:paraId="685D7FC7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0.2820</w:t>
            </w:r>
          </w:p>
        </w:tc>
        <w:tc>
          <w:tcPr>
            <w:tcW w:w="1981" w:type="dxa"/>
            <w:vAlign w:val="center"/>
          </w:tcPr>
          <w:p w14:paraId="65FBE0E3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0.1839</w:t>
            </w:r>
          </w:p>
        </w:tc>
        <w:tc>
          <w:tcPr>
            <w:tcW w:w="1706" w:type="dxa"/>
            <w:vAlign w:val="center"/>
          </w:tcPr>
          <w:p w14:paraId="0AEF5E60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0.3206</w:t>
            </w:r>
          </w:p>
        </w:tc>
        <w:tc>
          <w:tcPr>
            <w:tcW w:w="1446" w:type="dxa"/>
            <w:vAlign w:val="center"/>
          </w:tcPr>
          <w:p w14:paraId="1C0450A9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0.3751</w:t>
            </w:r>
          </w:p>
        </w:tc>
        <w:tc>
          <w:tcPr>
            <w:tcW w:w="1446" w:type="dxa"/>
            <w:vAlign w:val="center"/>
          </w:tcPr>
          <w:p w14:paraId="6C971751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0.0447</w:t>
            </w:r>
          </w:p>
        </w:tc>
        <w:tc>
          <w:tcPr>
            <w:tcW w:w="1532" w:type="dxa"/>
            <w:vAlign w:val="center"/>
          </w:tcPr>
          <w:p w14:paraId="7B6679E8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0.0543</w:t>
            </w:r>
          </w:p>
        </w:tc>
      </w:tr>
      <w:tr w:rsidR="00970C1C" w:rsidRPr="001B4400" w14:paraId="5BAFA10B" w14:textId="77777777" w:rsidTr="001B4400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2" w:type="dxa"/>
            <w:vAlign w:val="center"/>
          </w:tcPr>
          <w:p w14:paraId="6095C73F" w14:textId="77777777" w:rsidR="00970C1C" w:rsidRPr="001B4400" w:rsidRDefault="00000000" w:rsidP="001B4400">
            <w:pPr>
              <w:rPr>
                <w:rFonts w:ascii="Aptos" w:hAnsi="Aptos"/>
              </w:rPr>
            </w:pPr>
            <w:r w:rsidRPr="001B4400">
              <w:rPr>
                <w:rFonts w:ascii="Aptos" w:hAnsi="Aptos"/>
                <w:b w:val="0"/>
                <w:sz w:val="13"/>
              </w:rPr>
              <w:t>P4HA1</w:t>
            </w:r>
          </w:p>
        </w:tc>
        <w:tc>
          <w:tcPr>
            <w:tcW w:w="1633" w:type="dxa"/>
            <w:vAlign w:val="center"/>
          </w:tcPr>
          <w:p w14:paraId="6D099FD7" w14:textId="77777777" w:rsidR="00970C1C" w:rsidRPr="001B4400" w:rsidRDefault="00000000" w:rsidP="001B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&lt;0.0001</w:t>
            </w:r>
          </w:p>
        </w:tc>
        <w:tc>
          <w:tcPr>
            <w:tcW w:w="1446" w:type="dxa"/>
            <w:vAlign w:val="center"/>
          </w:tcPr>
          <w:p w14:paraId="2545E0C9" w14:textId="77777777" w:rsidR="00970C1C" w:rsidRPr="001B4400" w:rsidRDefault="00000000" w:rsidP="001B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0.0535</w:t>
            </w:r>
          </w:p>
        </w:tc>
        <w:tc>
          <w:tcPr>
            <w:tcW w:w="1446" w:type="dxa"/>
            <w:vAlign w:val="center"/>
          </w:tcPr>
          <w:p w14:paraId="04CD453B" w14:textId="77777777" w:rsidR="00970C1C" w:rsidRPr="001B4400" w:rsidRDefault="00000000" w:rsidP="001B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0.2820</w:t>
            </w:r>
          </w:p>
        </w:tc>
        <w:tc>
          <w:tcPr>
            <w:tcW w:w="1981" w:type="dxa"/>
            <w:vAlign w:val="center"/>
          </w:tcPr>
          <w:p w14:paraId="51E5A37A" w14:textId="77777777" w:rsidR="00970C1C" w:rsidRPr="001B4400" w:rsidRDefault="00000000" w:rsidP="001B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0.0970</w:t>
            </w:r>
          </w:p>
        </w:tc>
        <w:tc>
          <w:tcPr>
            <w:tcW w:w="1706" w:type="dxa"/>
            <w:vAlign w:val="center"/>
          </w:tcPr>
          <w:p w14:paraId="71BD5E40" w14:textId="77777777" w:rsidR="00970C1C" w:rsidRPr="001B4400" w:rsidRDefault="00000000" w:rsidP="001B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0.2669</w:t>
            </w:r>
          </w:p>
        </w:tc>
        <w:tc>
          <w:tcPr>
            <w:tcW w:w="1446" w:type="dxa"/>
            <w:vAlign w:val="center"/>
          </w:tcPr>
          <w:p w14:paraId="08D5C2C7" w14:textId="77777777" w:rsidR="00970C1C" w:rsidRPr="001B4400" w:rsidRDefault="00000000" w:rsidP="001B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0.7293</w:t>
            </w:r>
          </w:p>
        </w:tc>
        <w:tc>
          <w:tcPr>
            <w:tcW w:w="1446" w:type="dxa"/>
            <w:vAlign w:val="center"/>
          </w:tcPr>
          <w:p w14:paraId="0B9DF3C9" w14:textId="77777777" w:rsidR="00970C1C" w:rsidRPr="001B4400" w:rsidRDefault="00000000" w:rsidP="001B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0.7245</w:t>
            </w:r>
          </w:p>
        </w:tc>
        <w:tc>
          <w:tcPr>
            <w:tcW w:w="1532" w:type="dxa"/>
            <w:vAlign w:val="center"/>
          </w:tcPr>
          <w:p w14:paraId="459E0EEE" w14:textId="77777777" w:rsidR="00970C1C" w:rsidRPr="001B4400" w:rsidRDefault="00000000" w:rsidP="001B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0.6638</w:t>
            </w:r>
          </w:p>
        </w:tc>
      </w:tr>
      <w:tr w:rsidR="00970C1C" w:rsidRPr="001B4400" w14:paraId="62FB62A2" w14:textId="77777777" w:rsidTr="001B44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2" w:type="dxa"/>
            <w:vAlign w:val="center"/>
          </w:tcPr>
          <w:p w14:paraId="7BC20200" w14:textId="77777777" w:rsidR="00970C1C" w:rsidRPr="001B4400" w:rsidRDefault="00000000" w:rsidP="001B4400">
            <w:pPr>
              <w:rPr>
                <w:rFonts w:ascii="Aptos" w:hAnsi="Aptos"/>
              </w:rPr>
            </w:pPr>
            <w:r w:rsidRPr="001B4400">
              <w:rPr>
                <w:rFonts w:ascii="Aptos" w:hAnsi="Aptos"/>
                <w:b w:val="0"/>
                <w:sz w:val="13"/>
              </w:rPr>
              <w:t>PNPLA3</w:t>
            </w:r>
          </w:p>
        </w:tc>
        <w:tc>
          <w:tcPr>
            <w:tcW w:w="1633" w:type="dxa"/>
            <w:vAlign w:val="center"/>
          </w:tcPr>
          <w:p w14:paraId="5CD3C67D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&lt;0.0001</w:t>
            </w:r>
          </w:p>
        </w:tc>
        <w:tc>
          <w:tcPr>
            <w:tcW w:w="1446" w:type="dxa"/>
            <w:vAlign w:val="center"/>
          </w:tcPr>
          <w:p w14:paraId="4372996E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0.3229</w:t>
            </w:r>
          </w:p>
        </w:tc>
        <w:tc>
          <w:tcPr>
            <w:tcW w:w="1446" w:type="dxa"/>
            <w:vAlign w:val="center"/>
          </w:tcPr>
          <w:p w14:paraId="1E74D9A5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0.6816</w:t>
            </w:r>
          </w:p>
        </w:tc>
        <w:tc>
          <w:tcPr>
            <w:tcW w:w="1981" w:type="dxa"/>
            <w:vAlign w:val="center"/>
          </w:tcPr>
          <w:p w14:paraId="03CE49C4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0.0702</w:t>
            </w:r>
          </w:p>
        </w:tc>
        <w:tc>
          <w:tcPr>
            <w:tcW w:w="1706" w:type="dxa"/>
            <w:vAlign w:val="center"/>
          </w:tcPr>
          <w:p w14:paraId="1BF087DF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0.2669</w:t>
            </w:r>
          </w:p>
        </w:tc>
        <w:tc>
          <w:tcPr>
            <w:tcW w:w="1446" w:type="dxa"/>
            <w:vAlign w:val="center"/>
          </w:tcPr>
          <w:p w14:paraId="75993B2B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0.7220</w:t>
            </w:r>
          </w:p>
        </w:tc>
        <w:tc>
          <w:tcPr>
            <w:tcW w:w="1446" w:type="dxa"/>
            <w:vAlign w:val="center"/>
          </w:tcPr>
          <w:p w14:paraId="127FD390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0.2341</w:t>
            </w:r>
          </w:p>
        </w:tc>
        <w:tc>
          <w:tcPr>
            <w:tcW w:w="1532" w:type="dxa"/>
            <w:vAlign w:val="center"/>
          </w:tcPr>
          <w:p w14:paraId="4CE4075D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0.9305</w:t>
            </w:r>
          </w:p>
        </w:tc>
      </w:tr>
    </w:tbl>
    <w:p w14:paraId="6103D79C" w14:textId="77777777" w:rsidR="00970C1C" w:rsidRDefault="00000000">
      <w:pPr>
        <w:spacing w:before="80" w:after="0" w:line="240" w:lineRule="auto"/>
        <w:rPr>
          <w:rFonts w:ascii="Aptos" w:hAnsi="Aptos"/>
          <w:sz w:val="14"/>
        </w:rPr>
      </w:pPr>
      <w:r w:rsidRPr="001B4400">
        <w:rPr>
          <w:rFonts w:ascii="Aptos" w:hAnsi="Aptos"/>
          <w:sz w:val="14"/>
        </w:rPr>
        <w:t>Model: expression ~ Sex + Diagnosis + Sex × Diagnosis + age + BMI + diabetes status. Complete-case n = 61 (female Control, n = 13; female simple steatosis, n = 6; female MASH, n = 9; male Control, n = 11; male simple steatosis, n = 13; male MASH, n = 9). Models were evaluated using Type III F tests with sum-to-zero contrasts. Benjamini-Hochberg correction was applied separately across the 19 Sex p values and the 19 Sex × Diagnosis p values. No Sex main effect or Sex × Diagnosis interaction remained FDR-supported at qBH &lt; 0.10 after covariate adjustment.</w:t>
      </w:r>
    </w:p>
    <w:p w14:paraId="6179E040" w14:textId="77777777" w:rsidR="001B4400" w:rsidRPr="001B4400" w:rsidRDefault="001B4400">
      <w:pPr>
        <w:spacing w:before="80" w:after="0" w:line="240" w:lineRule="auto"/>
        <w:rPr>
          <w:rFonts w:ascii="Aptos" w:hAnsi="Aptos"/>
        </w:rPr>
      </w:pPr>
    </w:p>
    <w:p w14:paraId="6B73780D" w14:textId="77777777" w:rsidR="00970C1C" w:rsidRPr="001B4400" w:rsidRDefault="00000000">
      <w:pPr>
        <w:spacing w:before="40" w:after="80"/>
        <w:rPr>
          <w:rFonts w:ascii="Aptos" w:hAnsi="Aptos"/>
        </w:rPr>
      </w:pPr>
      <w:r w:rsidRPr="001B4400">
        <w:rPr>
          <w:rFonts w:ascii="Aptos" w:hAnsi="Aptos"/>
          <w:b/>
          <w:sz w:val="17"/>
        </w:rPr>
        <w:t>S2B. Covariate-adjusted NAS models for the three lead genes</w:t>
      </w:r>
    </w:p>
    <w:tbl>
      <w:tblPr>
        <w:tblStyle w:val="DzTablo3"/>
        <w:tblW w:w="0" w:type="auto"/>
        <w:tblLayout w:type="fixed"/>
        <w:tblLook w:val="04A0" w:firstRow="1" w:lastRow="0" w:firstColumn="1" w:lastColumn="0" w:noHBand="0" w:noVBand="1"/>
      </w:tblPr>
      <w:tblGrid>
        <w:gridCol w:w="1560"/>
        <w:gridCol w:w="1892"/>
        <w:gridCol w:w="1503"/>
        <w:gridCol w:w="1444"/>
        <w:gridCol w:w="1776"/>
        <w:gridCol w:w="1806"/>
        <w:gridCol w:w="1444"/>
        <w:gridCol w:w="1444"/>
        <w:gridCol w:w="1531"/>
      </w:tblGrid>
      <w:tr w:rsidR="00970C1C" w:rsidRPr="001B4400" w14:paraId="03BBC412" w14:textId="77777777" w:rsidTr="001B440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9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60" w:type="dxa"/>
            <w:vAlign w:val="center"/>
          </w:tcPr>
          <w:p w14:paraId="47D178A4" w14:textId="2C91759F" w:rsidR="00970C1C" w:rsidRPr="001B4400" w:rsidRDefault="001B4400" w:rsidP="001B4400">
            <w:pPr>
              <w:rPr>
                <w:rFonts w:ascii="Aptos" w:hAnsi="Aptos"/>
              </w:rPr>
            </w:pPr>
            <w:r w:rsidRPr="001B4400">
              <w:rPr>
                <w:rFonts w:ascii="Aptos" w:hAnsi="Aptos"/>
                <w:caps w:val="0"/>
                <w:sz w:val="13"/>
              </w:rPr>
              <w:t>Gene</w:t>
            </w:r>
          </w:p>
        </w:tc>
        <w:tc>
          <w:tcPr>
            <w:tcW w:w="1892" w:type="dxa"/>
            <w:vAlign w:val="center"/>
          </w:tcPr>
          <w:p w14:paraId="4A0E1766" w14:textId="162262E6" w:rsidR="00970C1C" w:rsidRPr="001B4400" w:rsidRDefault="001B4400" w:rsidP="001B44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caps w:val="0"/>
                <w:sz w:val="13"/>
              </w:rPr>
              <w:t>Sex At N</w:t>
            </w:r>
            <w:r>
              <w:rPr>
                <w:rFonts w:ascii="Aptos" w:hAnsi="Aptos"/>
                <w:caps w:val="0"/>
                <w:sz w:val="13"/>
              </w:rPr>
              <w:t>AS</w:t>
            </w:r>
            <w:r w:rsidRPr="001B4400">
              <w:rPr>
                <w:rFonts w:ascii="Aptos" w:hAnsi="Aptos"/>
                <w:caps w:val="0"/>
                <w:sz w:val="13"/>
              </w:rPr>
              <w:t xml:space="preserve"> = 0 </w:t>
            </w:r>
            <w:r>
              <w:rPr>
                <w:rFonts w:ascii="Aptos" w:hAnsi="Aptos"/>
                <w:caps w:val="0"/>
                <w:sz w:val="13"/>
              </w:rPr>
              <w:t>p</w:t>
            </w:r>
          </w:p>
        </w:tc>
        <w:tc>
          <w:tcPr>
            <w:tcW w:w="1503" w:type="dxa"/>
            <w:vAlign w:val="center"/>
          </w:tcPr>
          <w:p w14:paraId="19A48C82" w14:textId="01849014" w:rsidR="00970C1C" w:rsidRPr="001B4400" w:rsidRDefault="001B4400" w:rsidP="001B44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caps w:val="0"/>
                <w:sz w:val="13"/>
              </w:rPr>
              <w:t xml:space="preserve">Sex </w:t>
            </w:r>
            <w:proofErr w:type="spellStart"/>
            <w:r w:rsidRPr="001B4400">
              <w:rPr>
                <w:rFonts w:ascii="Aptos" w:hAnsi="Aptos"/>
                <w:caps w:val="0"/>
                <w:sz w:val="13"/>
              </w:rPr>
              <w:t>Qbh</w:t>
            </w:r>
            <w:proofErr w:type="spellEnd"/>
          </w:p>
        </w:tc>
        <w:tc>
          <w:tcPr>
            <w:tcW w:w="1444" w:type="dxa"/>
            <w:vAlign w:val="center"/>
          </w:tcPr>
          <w:p w14:paraId="58AF12A5" w14:textId="21B464C4" w:rsidR="00970C1C" w:rsidRPr="001B4400" w:rsidRDefault="001B4400" w:rsidP="001B44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caps w:val="0"/>
                <w:sz w:val="13"/>
              </w:rPr>
              <w:t>N</w:t>
            </w:r>
            <w:r>
              <w:rPr>
                <w:rFonts w:ascii="Aptos" w:hAnsi="Aptos"/>
                <w:caps w:val="0"/>
                <w:sz w:val="13"/>
              </w:rPr>
              <w:t>AS</w:t>
            </w:r>
            <w:r w:rsidRPr="001B4400">
              <w:rPr>
                <w:rFonts w:ascii="Aptos" w:hAnsi="Aptos"/>
                <w:caps w:val="0"/>
                <w:sz w:val="13"/>
              </w:rPr>
              <w:t xml:space="preserve"> </w:t>
            </w:r>
            <w:r>
              <w:rPr>
                <w:rFonts w:ascii="Aptos" w:hAnsi="Aptos"/>
                <w:caps w:val="0"/>
                <w:sz w:val="13"/>
              </w:rPr>
              <w:t>p</w:t>
            </w:r>
          </w:p>
        </w:tc>
        <w:tc>
          <w:tcPr>
            <w:tcW w:w="1776" w:type="dxa"/>
            <w:vAlign w:val="center"/>
          </w:tcPr>
          <w:p w14:paraId="4F6B1F5A" w14:textId="703D47F9" w:rsidR="00970C1C" w:rsidRPr="001B4400" w:rsidRDefault="001B4400" w:rsidP="001B44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caps w:val="0"/>
                <w:sz w:val="13"/>
              </w:rPr>
              <w:t>Sex × N</w:t>
            </w:r>
            <w:r>
              <w:rPr>
                <w:rFonts w:ascii="Aptos" w:hAnsi="Aptos"/>
                <w:caps w:val="0"/>
                <w:sz w:val="13"/>
              </w:rPr>
              <w:t>AS</w:t>
            </w:r>
            <w:r w:rsidRPr="001B4400">
              <w:rPr>
                <w:rFonts w:ascii="Aptos" w:hAnsi="Aptos"/>
                <w:caps w:val="0"/>
                <w:sz w:val="13"/>
              </w:rPr>
              <w:t xml:space="preserve"> </w:t>
            </w:r>
            <w:r>
              <w:rPr>
                <w:rFonts w:ascii="Aptos" w:hAnsi="Aptos"/>
                <w:caps w:val="0"/>
                <w:sz w:val="13"/>
              </w:rPr>
              <w:t>p</w:t>
            </w:r>
          </w:p>
        </w:tc>
        <w:tc>
          <w:tcPr>
            <w:tcW w:w="1806" w:type="dxa"/>
            <w:vAlign w:val="center"/>
          </w:tcPr>
          <w:p w14:paraId="5B9EB09C" w14:textId="03ABB35C" w:rsidR="00970C1C" w:rsidRPr="001B4400" w:rsidRDefault="001B4400" w:rsidP="001B44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caps w:val="0"/>
                <w:sz w:val="13"/>
              </w:rPr>
              <w:t>Sex × N</w:t>
            </w:r>
            <w:r>
              <w:rPr>
                <w:rFonts w:ascii="Aptos" w:hAnsi="Aptos"/>
                <w:caps w:val="0"/>
                <w:sz w:val="13"/>
              </w:rPr>
              <w:t>AS</w:t>
            </w:r>
            <w:r w:rsidRPr="001B4400">
              <w:rPr>
                <w:rFonts w:ascii="Aptos" w:hAnsi="Aptos"/>
                <w:caps w:val="0"/>
                <w:sz w:val="13"/>
              </w:rPr>
              <w:t xml:space="preserve"> </w:t>
            </w:r>
            <w:proofErr w:type="spellStart"/>
            <w:r w:rsidRPr="001B4400">
              <w:rPr>
                <w:rFonts w:ascii="Aptos" w:hAnsi="Aptos"/>
                <w:caps w:val="0"/>
                <w:sz w:val="13"/>
              </w:rPr>
              <w:t>Qbh</w:t>
            </w:r>
            <w:proofErr w:type="spellEnd"/>
          </w:p>
        </w:tc>
        <w:tc>
          <w:tcPr>
            <w:tcW w:w="1444" w:type="dxa"/>
            <w:vAlign w:val="center"/>
          </w:tcPr>
          <w:p w14:paraId="71EA469B" w14:textId="15691201" w:rsidR="00970C1C" w:rsidRPr="001B4400" w:rsidRDefault="001B4400" w:rsidP="001B44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caps w:val="0"/>
                <w:sz w:val="13"/>
              </w:rPr>
              <w:t xml:space="preserve">Age </w:t>
            </w:r>
            <w:r>
              <w:rPr>
                <w:rFonts w:ascii="Aptos" w:hAnsi="Aptos"/>
                <w:caps w:val="0"/>
                <w:sz w:val="13"/>
              </w:rPr>
              <w:t>p</w:t>
            </w:r>
          </w:p>
        </w:tc>
        <w:tc>
          <w:tcPr>
            <w:tcW w:w="1444" w:type="dxa"/>
            <w:vAlign w:val="center"/>
          </w:tcPr>
          <w:p w14:paraId="43A3A4C4" w14:textId="38FFE738" w:rsidR="00970C1C" w:rsidRPr="001B4400" w:rsidRDefault="001B4400" w:rsidP="001B44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caps w:val="0"/>
                <w:sz w:val="13"/>
              </w:rPr>
              <w:t>B</w:t>
            </w:r>
            <w:r>
              <w:rPr>
                <w:rFonts w:ascii="Aptos" w:hAnsi="Aptos"/>
                <w:caps w:val="0"/>
                <w:sz w:val="13"/>
              </w:rPr>
              <w:t>MI</w:t>
            </w:r>
            <w:r w:rsidRPr="001B4400">
              <w:rPr>
                <w:rFonts w:ascii="Aptos" w:hAnsi="Aptos"/>
                <w:caps w:val="0"/>
                <w:sz w:val="13"/>
              </w:rPr>
              <w:t xml:space="preserve"> </w:t>
            </w:r>
            <w:r>
              <w:rPr>
                <w:rFonts w:ascii="Aptos" w:hAnsi="Aptos"/>
                <w:caps w:val="0"/>
                <w:sz w:val="13"/>
              </w:rPr>
              <w:t>p</w:t>
            </w:r>
          </w:p>
        </w:tc>
        <w:tc>
          <w:tcPr>
            <w:tcW w:w="1531" w:type="dxa"/>
            <w:vAlign w:val="center"/>
          </w:tcPr>
          <w:p w14:paraId="77F4C1CD" w14:textId="222BAE17" w:rsidR="00970C1C" w:rsidRPr="001B4400" w:rsidRDefault="001B4400" w:rsidP="001B44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caps w:val="0"/>
                <w:sz w:val="13"/>
              </w:rPr>
              <w:t xml:space="preserve">Diabetes </w:t>
            </w:r>
            <w:r>
              <w:rPr>
                <w:rFonts w:ascii="Aptos" w:hAnsi="Aptos"/>
                <w:caps w:val="0"/>
                <w:sz w:val="13"/>
              </w:rPr>
              <w:t>p</w:t>
            </w:r>
          </w:p>
        </w:tc>
      </w:tr>
      <w:tr w:rsidR="00970C1C" w:rsidRPr="001B4400" w14:paraId="480398EC" w14:textId="77777777" w:rsidTr="001B44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14:paraId="555D9DE9" w14:textId="77777777" w:rsidR="00970C1C" w:rsidRPr="001B4400" w:rsidRDefault="00000000" w:rsidP="001B4400">
            <w:pPr>
              <w:rPr>
                <w:rFonts w:ascii="Aptos" w:hAnsi="Aptos"/>
              </w:rPr>
            </w:pPr>
            <w:r w:rsidRPr="001B4400">
              <w:rPr>
                <w:rFonts w:ascii="Aptos" w:hAnsi="Aptos"/>
                <w:b w:val="0"/>
                <w:sz w:val="13"/>
              </w:rPr>
              <w:t>PNPLA3</w:t>
            </w:r>
          </w:p>
        </w:tc>
        <w:tc>
          <w:tcPr>
            <w:tcW w:w="1892" w:type="dxa"/>
            <w:vAlign w:val="center"/>
          </w:tcPr>
          <w:p w14:paraId="037FD667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0.0176</w:t>
            </w:r>
          </w:p>
        </w:tc>
        <w:tc>
          <w:tcPr>
            <w:tcW w:w="1503" w:type="dxa"/>
            <w:vAlign w:val="center"/>
          </w:tcPr>
          <w:p w14:paraId="5A50F054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b/>
                <w:sz w:val="13"/>
              </w:rPr>
              <w:t>0.0527</w:t>
            </w:r>
          </w:p>
        </w:tc>
        <w:tc>
          <w:tcPr>
            <w:tcW w:w="1444" w:type="dxa"/>
            <w:vAlign w:val="center"/>
          </w:tcPr>
          <w:p w14:paraId="6E20A838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&lt;0.0001</w:t>
            </w:r>
          </w:p>
        </w:tc>
        <w:tc>
          <w:tcPr>
            <w:tcW w:w="1776" w:type="dxa"/>
            <w:vAlign w:val="center"/>
          </w:tcPr>
          <w:p w14:paraId="75E26726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0.0073</w:t>
            </w:r>
          </w:p>
        </w:tc>
        <w:tc>
          <w:tcPr>
            <w:tcW w:w="1806" w:type="dxa"/>
            <w:vAlign w:val="center"/>
          </w:tcPr>
          <w:p w14:paraId="099C11EC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b/>
                <w:sz w:val="13"/>
              </w:rPr>
              <w:t>0.0219</w:t>
            </w:r>
          </w:p>
        </w:tc>
        <w:tc>
          <w:tcPr>
            <w:tcW w:w="1444" w:type="dxa"/>
            <w:vAlign w:val="center"/>
          </w:tcPr>
          <w:p w14:paraId="43683A9D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0.7852</w:t>
            </w:r>
          </w:p>
        </w:tc>
        <w:tc>
          <w:tcPr>
            <w:tcW w:w="1444" w:type="dxa"/>
            <w:vAlign w:val="center"/>
          </w:tcPr>
          <w:p w14:paraId="109D7580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0.7238</w:t>
            </w:r>
          </w:p>
        </w:tc>
        <w:tc>
          <w:tcPr>
            <w:tcW w:w="1531" w:type="dxa"/>
            <w:vAlign w:val="center"/>
          </w:tcPr>
          <w:p w14:paraId="03B16886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0.9370</w:t>
            </w:r>
          </w:p>
        </w:tc>
      </w:tr>
      <w:tr w:rsidR="00970C1C" w:rsidRPr="001B4400" w14:paraId="622710F6" w14:textId="77777777" w:rsidTr="001B4400">
        <w:trPr>
          <w:trHeight w:val="5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14:paraId="4D0E7112" w14:textId="77777777" w:rsidR="00970C1C" w:rsidRPr="001B4400" w:rsidRDefault="00000000" w:rsidP="001B4400">
            <w:pPr>
              <w:rPr>
                <w:rFonts w:ascii="Aptos" w:hAnsi="Aptos"/>
              </w:rPr>
            </w:pPr>
            <w:r w:rsidRPr="001B4400">
              <w:rPr>
                <w:rFonts w:ascii="Aptos" w:hAnsi="Aptos"/>
                <w:b w:val="0"/>
                <w:sz w:val="13"/>
              </w:rPr>
              <w:t>P4HA1</w:t>
            </w:r>
          </w:p>
        </w:tc>
        <w:tc>
          <w:tcPr>
            <w:tcW w:w="1892" w:type="dxa"/>
            <w:vAlign w:val="center"/>
          </w:tcPr>
          <w:p w14:paraId="3E14A97D" w14:textId="77777777" w:rsidR="00970C1C" w:rsidRPr="001B4400" w:rsidRDefault="00000000" w:rsidP="001B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0.1047</w:t>
            </w:r>
          </w:p>
        </w:tc>
        <w:tc>
          <w:tcPr>
            <w:tcW w:w="1503" w:type="dxa"/>
            <w:vAlign w:val="center"/>
          </w:tcPr>
          <w:p w14:paraId="39B6F41B" w14:textId="77777777" w:rsidR="00970C1C" w:rsidRPr="001B4400" w:rsidRDefault="00000000" w:rsidP="001B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0.1047</w:t>
            </w:r>
          </w:p>
        </w:tc>
        <w:tc>
          <w:tcPr>
            <w:tcW w:w="1444" w:type="dxa"/>
            <w:vAlign w:val="center"/>
          </w:tcPr>
          <w:p w14:paraId="3ABF8587" w14:textId="77777777" w:rsidR="00970C1C" w:rsidRPr="001B4400" w:rsidRDefault="00000000" w:rsidP="001B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&lt;0.0001</w:t>
            </w:r>
          </w:p>
        </w:tc>
        <w:tc>
          <w:tcPr>
            <w:tcW w:w="1776" w:type="dxa"/>
            <w:vAlign w:val="center"/>
          </w:tcPr>
          <w:p w14:paraId="60725E16" w14:textId="77777777" w:rsidR="00970C1C" w:rsidRPr="001B4400" w:rsidRDefault="00000000" w:rsidP="001B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0.4048</w:t>
            </w:r>
          </w:p>
        </w:tc>
        <w:tc>
          <w:tcPr>
            <w:tcW w:w="1806" w:type="dxa"/>
            <w:vAlign w:val="center"/>
          </w:tcPr>
          <w:p w14:paraId="1E906E3A" w14:textId="77777777" w:rsidR="00970C1C" w:rsidRPr="001B4400" w:rsidRDefault="00000000" w:rsidP="001B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0.5140</w:t>
            </w:r>
          </w:p>
        </w:tc>
        <w:tc>
          <w:tcPr>
            <w:tcW w:w="1444" w:type="dxa"/>
            <w:vAlign w:val="center"/>
          </w:tcPr>
          <w:p w14:paraId="25E160B1" w14:textId="77777777" w:rsidR="00970C1C" w:rsidRPr="001B4400" w:rsidRDefault="00000000" w:rsidP="001B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0.2520</w:t>
            </w:r>
          </w:p>
        </w:tc>
        <w:tc>
          <w:tcPr>
            <w:tcW w:w="1444" w:type="dxa"/>
            <w:vAlign w:val="center"/>
          </w:tcPr>
          <w:p w14:paraId="524733ED" w14:textId="77777777" w:rsidR="00970C1C" w:rsidRPr="001B4400" w:rsidRDefault="00000000" w:rsidP="001B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0.9292</w:t>
            </w:r>
          </w:p>
        </w:tc>
        <w:tc>
          <w:tcPr>
            <w:tcW w:w="1531" w:type="dxa"/>
            <w:vAlign w:val="center"/>
          </w:tcPr>
          <w:p w14:paraId="109FEBD5" w14:textId="77777777" w:rsidR="00970C1C" w:rsidRPr="001B4400" w:rsidRDefault="00000000" w:rsidP="001B44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0.4410</w:t>
            </w:r>
          </w:p>
        </w:tc>
      </w:tr>
      <w:tr w:rsidR="00970C1C" w:rsidRPr="001B4400" w14:paraId="73D8E2ED" w14:textId="77777777" w:rsidTr="001B44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14:paraId="0FC28B41" w14:textId="77777777" w:rsidR="00970C1C" w:rsidRPr="001B4400" w:rsidRDefault="00000000" w:rsidP="001B4400">
            <w:pPr>
              <w:rPr>
                <w:rFonts w:ascii="Aptos" w:hAnsi="Aptos"/>
              </w:rPr>
            </w:pPr>
            <w:r w:rsidRPr="001B4400">
              <w:rPr>
                <w:rFonts w:ascii="Aptos" w:hAnsi="Aptos"/>
                <w:b w:val="0"/>
                <w:sz w:val="13"/>
              </w:rPr>
              <w:t>LEPR</w:t>
            </w:r>
          </w:p>
        </w:tc>
        <w:tc>
          <w:tcPr>
            <w:tcW w:w="1892" w:type="dxa"/>
            <w:vAlign w:val="center"/>
          </w:tcPr>
          <w:p w14:paraId="356506F1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0.0384</w:t>
            </w:r>
          </w:p>
        </w:tc>
        <w:tc>
          <w:tcPr>
            <w:tcW w:w="1503" w:type="dxa"/>
            <w:vAlign w:val="center"/>
          </w:tcPr>
          <w:p w14:paraId="7FC82C94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b/>
                <w:sz w:val="13"/>
              </w:rPr>
              <w:t>0.0576</w:t>
            </w:r>
          </w:p>
        </w:tc>
        <w:tc>
          <w:tcPr>
            <w:tcW w:w="1444" w:type="dxa"/>
            <w:vAlign w:val="center"/>
          </w:tcPr>
          <w:p w14:paraId="3D633296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0.0158</w:t>
            </w:r>
          </w:p>
        </w:tc>
        <w:tc>
          <w:tcPr>
            <w:tcW w:w="1776" w:type="dxa"/>
            <w:vAlign w:val="center"/>
          </w:tcPr>
          <w:p w14:paraId="2198720C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0.5140</w:t>
            </w:r>
          </w:p>
        </w:tc>
        <w:tc>
          <w:tcPr>
            <w:tcW w:w="1806" w:type="dxa"/>
            <w:vAlign w:val="center"/>
          </w:tcPr>
          <w:p w14:paraId="705BE9C2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0.5140</w:t>
            </w:r>
          </w:p>
        </w:tc>
        <w:tc>
          <w:tcPr>
            <w:tcW w:w="1444" w:type="dxa"/>
            <w:vAlign w:val="center"/>
          </w:tcPr>
          <w:p w14:paraId="1123A88C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0.3570</w:t>
            </w:r>
          </w:p>
        </w:tc>
        <w:tc>
          <w:tcPr>
            <w:tcW w:w="1444" w:type="dxa"/>
            <w:vAlign w:val="center"/>
          </w:tcPr>
          <w:p w14:paraId="2005BA15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0.5201</w:t>
            </w:r>
          </w:p>
        </w:tc>
        <w:tc>
          <w:tcPr>
            <w:tcW w:w="1531" w:type="dxa"/>
            <w:vAlign w:val="center"/>
          </w:tcPr>
          <w:p w14:paraId="16C08C73" w14:textId="77777777" w:rsidR="00970C1C" w:rsidRPr="001B4400" w:rsidRDefault="00000000" w:rsidP="001B44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</w:rPr>
            </w:pPr>
            <w:r w:rsidRPr="001B4400">
              <w:rPr>
                <w:rFonts w:ascii="Aptos" w:hAnsi="Aptos"/>
                <w:sz w:val="13"/>
              </w:rPr>
              <w:t>0.8630</w:t>
            </w:r>
          </w:p>
        </w:tc>
      </w:tr>
    </w:tbl>
    <w:p w14:paraId="6286A56B" w14:textId="77777777" w:rsidR="00970C1C" w:rsidRPr="001B4400" w:rsidRDefault="00000000">
      <w:pPr>
        <w:spacing w:before="80" w:after="0" w:line="240" w:lineRule="auto"/>
        <w:rPr>
          <w:rFonts w:ascii="Aptos" w:hAnsi="Aptos"/>
        </w:rPr>
      </w:pPr>
      <w:r w:rsidRPr="001B4400">
        <w:rPr>
          <w:rFonts w:ascii="Aptos" w:hAnsi="Aptos"/>
          <w:sz w:val="14"/>
        </w:rPr>
        <w:t>Model: expression ~ Sex + NAS + Sex × NAS + age + BMI + diabetes status. Complete-case n = 52 (female, n = 23; male, n = 29). Age, BMI, and diabetes status were centered; NAS was left uncentered so that the Sex term represents the fitted sex difference at NAS = 0. Benjamini-Hochberg correction was applied separately across the three lead genes for the Sex and Sex × NAS test families. Bold qBH values denote FDR-supported results at qBH &lt; 0.10. The PNPLA3 Sex × NAS interaction remained FDR-supported (p = 0.0073, qBH = 0.0219), with a steeper fitted NAS association in males. LEPR retained an FDR-supported female-higher fitted expression difference at NAS = 0 (p = 0.0384, qBH = 0.0576). The P4HA1 sex difference did not meet the predefined FDR-support threshold (p = 0.1047, qBH = 0.1047).</w:t>
      </w:r>
    </w:p>
    <w:p w14:paraId="6284D582" w14:textId="77777777" w:rsidR="00970C1C" w:rsidRPr="001B4400" w:rsidRDefault="00000000">
      <w:pPr>
        <w:spacing w:before="80" w:after="0" w:line="240" w:lineRule="auto"/>
        <w:rPr>
          <w:rFonts w:ascii="Aptos" w:hAnsi="Aptos"/>
        </w:rPr>
      </w:pPr>
      <w:r w:rsidRPr="001B4400">
        <w:rPr>
          <w:rFonts w:ascii="Aptos" w:hAnsi="Aptos"/>
          <w:sz w:val="14"/>
        </w:rPr>
        <w:t>Abbreviations: BMI, body mass index; BH, Benjamini-Hochberg; FDR, false discovery rate; MASH, metabolic dysfunction-associated steatohepatitis; NAS, NAFLD Activity Score; qBH, Benjamini-Hochberg-adjusted q value.</w:t>
      </w:r>
    </w:p>
    <w:sectPr w:rsidR="00970C1C" w:rsidRPr="001B4400" w:rsidSect="00034616">
      <w:pgSz w:w="15840" w:h="12240" w:orient="landscape"/>
      <w:pgMar w:top="605" w:right="605" w:bottom="605" w:left="60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16378445">
    <w:abstractNumId w:val="8"/>
  </w:num>
  <w:num w:numId="2" w16cid:durableId="870730381">
    <w:abstractNumId w:val="6"/>
  </w:num>
  <w:num w:numId="3" w16cid:durableId="86968877">
    <w:abstractNumId w:val="5"/>
  </w:num>
  <w:num w:numId="4" w16cid:durableId="1202134674">
    <w:abstractNumId w:val="4"/>
  </w:num>
  <w:num w:numId="5" w16cid:durableId="1664578000">
    <w:abstractNumId w:val="7"/>
  </w:num>
  <w:num w:numId="6" w16cid:durableId="322859437">
    <w:abstractNumId w:val="3"/>
  </w:num>
  <w:num w:numId="7" w16cid:durableId="953365877">
    <w:abstractNumId w:val="2"/>
  </w:num>
  <w:num w:numId="8" w16cid:durableId="367686867">
    <w:abstractNumId w:val="1"/>
  </w:num>
  <w:num w:numId="9" w16cid:durableId="1523859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B4400"/>
    <w:rsid w:val="0029639D"/>
    <w:rsid w:val="00326F90"/>
    <w:rsid w:val="00891F9F"/>
    <w:rsid w:val="00970C1C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C79125"/>
  <w14:defaultImageDpi w14:val="300"/>
  <w15:docId w15:val="{833F66C9-905D-47F0-82EA-1620F5849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DzTablo3">
    <w:name w:val="Plain Table 3"/>
    <w:basedOn w:val="NormalTablo"/>
    <w:uiPriority w:val="99"/>
    <w:rsid w:val="001B440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502</Words>
  <Characters>2866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TUNAHAN ANBER</cp:lastModifiedBy>
  <cp:revision>2</cp:revision>
  <dcterms:created xsi:type="dcterms:W3CDTF">2013-12-23T23:15:00Z</dcterms:created>
  <dcterms:modified xsi:type="dcterms:W3CDTF">2026-08-02T08:57:00Z</dcterms:modified>
  <cp:category/>
</cp:coreProperties>
</file>