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290CA" w14:textId="77C18965" w:rsidR="002D5012" w:rsidRDefault="00000000">
      <w:pPr>
        <w:pStyle w:val="Balk1"/>
        <w:jc w:val="center"/>
      </w:pPr>
      <w:r w:rsidRPr="00082C9F">
        <w:rPr>
          <w:color w:val="000000" w:themeColor="text1"/>
        </w:rPr>
        <w:t xml:space="preserve">CONSORT Flow Diagram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2D5012" w14:paraId="4B4A6297" w14:textId="77777777"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9518D" w14:textId="77777777" w:rsidR="002D5012" w:rsidRDefault="00000000">
            <w:pPr>
              <w:jc w:val="center"/>
            </w:pPr>
            <w:r>
              <w:t>Assessed for eligibility (n = 150)</w:t>
            </w:r>
          </w:p>
        </w:tc>
      </w:tr>
    </w:tbl>
    <w:p w14:paraId="7FB528EC" w14:textId="0E860CD2" w:rsidR="002D5012" w:rsidRDefault="00082C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69075" wp14:editId="78E15A69">
                <wp:simplePos x="0" y="0"/>
                <wp:positionH relativeFrom="column">
                  <wp:posOffset>2603500</wp:posOffset>
                </wp:positionH>
                <wp:positionV relativeFrom="paragraph">
                  <wp:posOffset>31750</wp:posOffset>
                </wp:positionV>
                <wp:extent cx="173567" cy="198967"/>
                <wp:effectExtent l="57150" t="19050" r="36195" b="86995"/>
                <wp:wrapNone/>
                <wp:docPr id="526285226" name="Ok: Aşağ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67" cy="198967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1B8C2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1" o:spid="_x0000_s1026" type="#_x0000_t67" style="position:absolute;margin-left:205pt;margin-top:2.5pt;width:13.65pt;height:1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" adj="12179" fillcolor="black [3213]" strokecolor="black [3213]">
                <v:shadow on="t" color="black" opacity="22937f" origin=",.5" offset="0,.63889mm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2D5012" w14:paraId="045AE51D" w14:textId="77777777"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FDF6B" w14:textId="0134D96A" w:rsidR="002D5012" w:rsidRDefault="00000000">
            <w:pPr>
              <w:jc w:val="center"/>
            </w:pPr>
            <w:r>
              <w:t>Randomized (n = 150</w:t>
            </w:r>
            <w:r w:rsidR="00082C9F">
              <w:t>, 5-12 years</w:t>
            </w:r>
            <w:r>
              <w:t>)</w:t>
            </w:r>
          </w:p>
        </w:tc>
      </w:tr>
    </w:tbl>
    <w:p w14:paraId="2E1449D3" w14:textId="0667FE2B" w:rsidR="002D5012" w:rsidRDefault="00082C9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E5E6F" wp14:editId="1B0CABA7">
                <wp:simplePos x="0" y="0"/>
                <wp:positionH relativeFrom="column">
                  <wp:posOffset>2629747</wp:posOffset>
                </wp:positionH>
                <wp:positionV relativeFrom="paragraph">
                  <wp:posOffset>18415</wp:posOffset>
                </wp:positionV>
                <wp:extent cx="173567" cy="198967"/>
                <wp:effectExtent l="57150" t="19050" r="36195" b="86995"/>
                <wp:wrapNone/>
                <wp:docPr id="436483255" name="Ok: Aşağ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67" cy="198967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26150" id="Ok: Aşağı 1" o:spid="_x0000_s1026" type="#_x0000_t67" style="position:absolute;margin-left:207.05pt;margin-top:1.45pt;width:13.65pt;height:1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" adj="12179" fillcolor="black [3213]" strokecolor="black [3213]">
                <v:shadow on="t" color="black" opacity="22937f" origin=",.5" offset="0,.63889mm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2D5012" w14:paraId="32096689" w14:textId="77777777"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0F7A5" w14:textId="77777777" w:rsidR="002D5012" w:rsidRDefault="00000000">
            <w:pPr>
              <w:jc w:val="center"/>
            </w:pPr>
            <w:r>
              <w:t>Allocated to Group 1: Individualized Instruction (n = 50)</w:t>
            </w:r>
            <w:r>
              <w:br/>
              <w:t>Received intervention (n = 50)</w:t>
            </w:r>
          </w:p>
        </w:tc>
      </w:tr>
    </w:tbl>
    <w:p w14:paraId="2DAF5755" w14:textId="5021EB93" w:rsidR="002D5012" w:rsidRDefault="00082C9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57524D" wp14:editId="4FBECF07">
                <wp:simplePos x="0" y="0"/>
                <wp:positionH relativeFrom="column">
                  <wp:posOffset>2602653</wp:posOffset>
                </wp:positionH>
                <wp:positionV relativeFrom="paragraph">
                  <wp:posOffset>48895</wp:posOffset>
                </wp:positionV>
                <wp:extent cx="173567" cy="198967"/>
                <wp:effectExtent l="57150" t="19050" r="36195" b="86995"/>
                <wp:wrapNone/>
                <wp:docPr id="879256631" name="Ok: Aşağ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67" cy="198967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C732F" id="Ok: Aşağı 1" o:spid="_x0000_s1026" type="#_x0000_t67" style="position:absolute;margin-left:204.95pt;margin-top:3.85pt;width:13.65pt;height:1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" adj="12179" fillcolor="black [3213]" strokecolor="black [3213]">
                <v:shadow on="t" color="black" opacity="22937f" origin=",.5" offset="0,.63889mm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2D5012" w14:paraId="7A3F55C8" w14:textId="77777777"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62F3F" w14:textId="77777777" w:rsidR="002D5012" w:rsidRDefault="00000000">
            <w:pPr>
              <w:jc w:val="center"/>
            </w:pPr>
            <w:r>
              <w:t>Allocated to Group 2: Slide-Based Education (n = 50)</w:t>
            </w:r>
            <w:r>
              <w:br/>
              <w:t>Received intervention (n = 50)</w:t>
            </w:r>
          </w:p>
        </w:tc>
      </w:tr>
    </w:tbl>
    <w:p w14:paraId="6ACAC7F3" w14:textId="66191B67" w:rsidR="002D5012" w:rsidRDefault="00082C9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2C7" wp14:editId="2C9B486F">
                <wp:simplePos x="0" y="0"/>
                <wp:positionH relativeFrom="column">
                  <wp:posOffset>2606252</wp:posOffset>
                </wp:positionH>
                <wp:positionV relativeFrom="paragraph">
                  <wp:posOffset>33655</wp:posOffset>
                </wp:positionV>
                <wp:extent cx="173567" cy="198967"/>
                <wp:effectExtent l="57150" t="19050" r="36195" b="86995"/>
                <wp:wrapNone/>
                <wp:docPr id="811907284" name="Ok: Aşağ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67" cy="198967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F1D1D" id="Ok: Aşağı 1" o:spid="_x0000_s1026" type="#_x0000_t67" style="position:absolute;margin-left:205.2pt;margin-top:2.65pt;width:13.65pt;height:15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" adj="12179" fillcolor="black [3213]" strokecolor="black [3213]">
                <v:shadow on="t" color="black" opacity="22937f" origin=",.5" offset="0,.63889mm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2D5012" w14:paraId="55582AD0" w14:textId="77777777"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59D82" w14:textId="77777777" w:rsidR="002D5012" w:rsidRDefault="00000000">
            <w:pPr>
              <w:jc w:val="center"/>
            </w:pPr>
            <w:r>
              <w:t>Allocated to Group 3: Mobile Application (Brush DJ™) (n = 50)</w:t>
            </w:r>
            <w:r>
              <w:br/>
              <w:t>Received intervention (n = 50)</w:t>
            </w:r>
          </w:p>
        </w:tc>
      </w:tr>
    </w:tbl>
    <w:p w14:paraId="326F5C4F" w14:textId="5C368478" w:rsidR="002D5012" w:rsidRDefault="00082C9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84C7A3" wp14:editId="430CA80B">
                <wp:simplePos x="0" y="0"/>
                <wp:positionH relativeFrom="column">
                  <wp:posOffset>2570903</wp:posOffset>
                </wp:positionH>
                <wp:positionV relativeFrom="paragraph">
                  <wp:posOffset>34290</wp:posOffset>
                </wp:positionV>
                <wp:extent cx="173567" cy="198967"/>
                <wp:effectExtent l="57150" t="19050" r="36195" b="86995"/>
                <wp:wrapNone/>
                <wp:docPr id="698591949" name="Ok: Aşağ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67" cy="198967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13214" id="Ok: Aşağı 1" o:spid="_x0000_s1026" type="#_x0000_t67" style="position:absolute;margin-left:202.45pt;margin-top:2.7pt;width:13.65pt;height:15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" adj="12179" fillcolor="black [3213]" strokecolor="black [3213]">
                <v:shadow on="t" color="black" opacity="22937f" origin=",.5" offset="0,.63889mm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2D5012" w14:paraId="10A8F66A" w14:textId="77777777"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51664" w14:textId="428B5DE0" w:rsidR="002D5012" w:rsidRDefault="00000000">
            <w:pPr>
              <w:jc w:val="center"/>
            </w:pPr>
            <w:r>
              <w:t xml:space="preserve"> 3- and 6-month follow-up:</w:t>
            </w:r>
            <w:r>
              <w:br/>
              <w:t>Group 1 (n = 50)</w:t>
            </w:r>
            <w:r>
              <w:br/>
              <w:t>Group 2 (n = 50)</w:t>
            </w:r>
            <w:r>
              <w:br/>
              <w:t>Group 3 (n = 50)</w:t>
            </w:r>
          </w:p>
        </w:tc>
      </w:tr>
    </w:tbl>
    <w:p w14:paraId="3D01EC31" w14:textId="5797970B" w:rsidR="002D5012" w:rsidRDefault="00082C9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8A7429" wp14:editId="1FD886FC">
                <wp:simplePos x="0" y="0"/>
                <wp:positionH relativeFrom="column">
                  <wp:posOffset>2545503</wp:posOffset>
                </wp:positionH>
                <wp:positionV relativeFrom="paragraph">
                  <wp:posOffset>45720</wp:posOffset>
                </wp:positionV>
                <wp:extent cx="173567" cy="198967"/>
                <wp:effectExtent l="57150" t="19050" r="36195" b="86995"/>
                <wp:wrapNone/>
                <wp:docPr id="1666900260" name="Ok: Aşağ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67" cy="198967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8EFC7" id="Ok: Aşağı 1" o:spid="_x0000_s1026" type="#_x0000_t67" style="position:absolute;margin-left:200.45pt;margin-top:3.6pt;width:13.65pt;height:15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" adj="12179" fillcolor="black [3213]" strokecolor="black [3213]">
                <v:shadow on="t" color="black" opacity="22937f" origin=",.5" offset="0,.63889mm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2D5012" w14:paraId="55E7251A" w14:textId="77777777"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EE9AC" w14:textId="77777777" w:rsidR="002D5012" w:rsidRDefault="00000000">
            <w:pPr>
              <w:jc w:val="center"/>
            </w:pPr>
            <w:r>
              <w:t>Analyzed (n = 150)</w:t>
            </w:r>
            <w:r>
              <w:br/>
              <w:t>Excluded from analysis: none</w:t>
            </w:r>
          </w:p>
        </w:tc>
      </w:tr>
    </w:tbl>
    <w:p w14:paraId="1F874A70" w14:textId="77777777" w:rsidR="002D5012" w:rsidRDefault="002D5012"/>
    <w:sectPr w:rsidR="002D50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6805285">
    <w:abstractNumId w:val="8"/>
  </w:num>
  <w:num w:numId="2" w16cid:durableId="571626225">
    <w:abstractNumId w:val="6"/>
  </w:num>
  <w:num w:numId="3" w16cid:durableId="2088843019">
    <w:abstractNumId w:val="5"/>
  </w:num>
  <w:num w:numId="4" w16cid:durableId="1765419850">
    <w:abstractNumId w:val="4"/>
  </w:num>
  <w:num w:numId="5" w16cid:durableId="1655183616">
    <w:abstractNumId w:val="7"/>
  </w:num>
  <w:num w:numId="6" w16cid:durableId="424350082">
    <w:abstractNumId w:val="3"/>
  </w:num>
  <w:num w:numId="7" w16cid:durableId="219831922">
    <w:abstractNumId w:val="2"/>
  </w:num>
  <w:num w:numId="8" w16cid:durableId="590046395">
    <w:abstractNumId w:val="1"/>
  </w:num>
  <w:num w:numId="9" w16cid:durableId="209420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C9F"/>
    <w:rsid w:val="0015074B"/>
    <w:rsid w:val="0029639D"/>
    <w:rsid w:val="002D5012"/>
    <w:rsid w:val="00326F90"/>
    <w:rsid w:val="00597918"/>
    <w:rsid w:val="00773875"/>
    <w:rsid w:val="00AA1D8D"/>
    <w:rsid w:val="00B47730"/>
    <w:rsid w:val="00CB0664"/>
    <w:rsid w:val="00ED23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E8BCB"/>
  <w14:defaultImageDpi w14:val="300"/>
  <w15:docId w15:val="{24A190ED-14B0-427B-8D4F-DE1C22A7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DILSAH COGULU</cp:lastModifiedBy>
  <cp:revision>3</cp:revision>
  <dcterms:created xsi:type="dcterms:W3CDTF">2025-05-11T14:12:00Z</dcterms:created>
  <dcterms:modified xsi:type="dcterms:W3CDTF">2025-05-11T18:01:00Z</dcterms:modified>
  <cp:category/>
</cp:coreProperties>
</file>