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126CE3" w14:textId="77777777" w:rsidR="00AA4BCA" w:rsidRPr="00505610" w:rsidRDefault="00000000">
      <w:pPr>
        <w:pStyle w:val="Title"/>
        <w:rPr>
          <w:rFonts w:ascii="Arial" w:hAnsi="Arial" w:cs="Arial"/>
          <w:color w:val="000000" w:themeColor="text1"/>
        </w:rPr>
      </w:pPr>
      <w:r w:rsidRPr="00505610">
        <w:rPr>
          <w:rFonts w:ascii="Arial" w:hAnsi="Arial" w:cs="Arial"/>
          <w:color w:val="000000" w:themeColor="text1"/>
        </w:rPr>
        <w:t>Supplementary material 3: Descriptive distributions</w:t>
      </w:r>
    </w:p>
    <w:p w14:paraId="43E804F3" w14:textId="77777777" w:rsidR="00683844" w:rsidRPr="00505610" w:rsidRDefault="00DF2F1B" w:rsidP="000D2F27">
      <w:pPr>
        <w:keepNext/>
        <w:spacing w:after="100"/>
        <w:jc w:val="both"/>
        <w:rPr>
          <w:rFonts w:cs="Arial"/>
          <w:sz w:val="40"/>
          <w:szCs w:val="40"/>
        </w:rPr>
      </w:pPr>
      <w:r w:rsidRPr="00505610">
        <w:rPr>
          <w:rFonts w:cs="Arial"/>
        </w:rPr>
        <w:t>Table S4: Distribution of UCLA-3 loneliness categories within respondent characteristics among INTERACT participants</w:t>
      </w:r>
    </w:p>
    <w:tbl>
      <w:tblPr>
        <w:tblStyle w:val="TableGrid"/>
        <w:tblW w:w="4889" w:type="pct"/>
        <w:tblInd w:w="108" w:type="dxa"/>
        <w:tblLook w:val="04A0" w:firstRow="1" w:lastRow="0" w:firstColumn="1" w:lastColumn="0" w:noHBand="0" w:noVBand="1"/>
      </w:tblPr>
      <w:tblGrid>
        <w:gridCol w:w="2487"/>
        <w:gridCol w:w="2018"/>
        <w:gridCol w:w="2088"/>
        <w:gridCol w:w="2088"/>
        <w:gridCol w:w="1950"/>
      </w:tblGrid>
      <w:tr w:rsidR="00683844" w:rsidRPr="00505610" w14:paraId="2F490DD8" w14:textId="77777777" w:rsidTr="000D2F27">
        <w:trPr>
          <w:tblHeader/>
        </w:trPr>
        <w:tc>
          <w:tcPr>
            <w:tcW w:w="1170" w:type="pct"/>
            <w:vMerge w:val="restart"/>
          </w:tcPr>
          <w:p w14:paraId="3712B8DE" w14:textId="77777777" w:rsidR="00683844" w:rsidRPr="00505610" w:rsidRDefault="00DF2F1B">
            <w:pPr>
              <w:jc w:val="center"/>
              <w:rPr>
                <w:rFonts w:cs="Arial"/>
              </w:rPr>
            </w:pPr>
            <w:r w:rsidRPr="00505610">
              <w:rPr>
                <w:rFonts w:cs="Arial"/>
                <w:b/>
                <w:sz w:val="16"/>
              </w:rPr>
              <w:t>Respondent characteristic</w:t>
            </w:r>
          </w:p>
          <w:p w14:paraId="644AE746" w14:textId="77777777" w:rsidR="00683844" w:rsidRPr="00505610" w:rsidRDefault="00683844">
            <w:pPr>
              <w:jc w:val="center"/>
              <w:rPr>
                <w:rFonts w:cs="Arial"/>
              </w:rPr>
            </w:pPr>
          </w:p>
        </w:tc>
        <w:tc>
          <w:tcPr>
            <w:tcW w:w="949" w:type="pct"/>
            <w:vMerge w:val="restart"/>
          </w:tcPr>
          <w:p w14:paraId="28976556" w14:textId="77777777" w:rsidR="00683844" w:rsidRPr="00505610" w:rsidRDefault="00DF2F1B">
            <w:pPr>
              <w:jc w:val="center"/>
              <w:rPr>
                <w:rFonts w:cs="Arial"/>
              </w:rPr>
            </w:pPr>
            <w:r w:rsidRPr="00505610">
              <w:rPr>
                <w:rFonts w:cs="Arial"/>
                <w:b/>
                <w:sz w:val="16"/>
              </w:rPr>
              <w:t>Respondents</w:t>
            </w:r>
          </w:p>
          <w:p w14:paraId="53176637" w14:textId="77777777" w:rsidR="00683844" w:rsidRPr="00505610" w:rsidRDefault="00DF2F1B">
            <w:pPr>
              <w:jc w:val="center"/>
              <w:rPr>
                <w:rFonts w:cs="Arial"/>
              </w:rPr>
            </w:pPr>
            <w:r w:rsidRPr="00505610">
              <w:rPr>
                <w:rFonts w:cs="Arial"/>
                <w:b/>
                <w:sz w:val="16"/>
              </w:rPr>
              <w:t>n</w:t>
            </w:r>
          </w:p>
        </w:tc>
        <w:tc>
          <w:tcPr>
            <w:tcW w:w="2881" w:type="pct"/>
            <w:gridSpan w:val="3"/>
          </w:tcPr>
          <w:p w14:paraId="43B91AE1" w14:textId="77777777" w:rsidR="00683844" w:rsidRPr="00505610" w:rsidRDefault="00DF2F1B" w:rsidP="000D2F27">
            <w:pPr>
              <w:jc w:val="center"/>
              <w:rPr>
                <w:rFonts w:cs="Arial"/>
              </w:rPr>
            </w:pPr>
            <w:r w:rsidRPr="00505610">
              <w:rPr>
                <w:rFonts w:cs="Arial"/>
                <w:b/>
                <w:sz w:val="16"/>
              </w:rPr>
              <w:t>UCLA-3 loneliness category</w:t>
            </w:r>
          </w:p>
        </w:tc>
      </w:tr>
      <w:tr w:rsidR="00683844" w:rsidRPr="00505610" w14:paraId="68E87B59" w14:textId="77777777" w:rsidTr="000D2F27">
        <w:trPr>
          <w:tblHeader/>
        </w:trPr>
        <w:tc>
          <w:tcPr>
            <w:tcW w:w="1170" w:type="pct"/>
            <w:vMerge/>
          </w:tcPr>
          <w:p w14:paraId="20A4E4B9" w14:textId="77777777" w:rsidR="00683844" w:rsidRPr="00505610" w:rsidRDefault="00683844">
            <w:pPr>
              <w:rPr>
                <w:rFonts w:cs="Arial"/>
              </w:rPr>
            </w:pPr>
          </w:p>
        </w:tc>
        <w:tc>
          <w:tcPr>
            <w:tcW w:w="949" w:type="pct"/>
            <w:vMerge/>
          </w:tcPr>
          <w:p w14:paraId="70E74B18" w14:textId="77777777" w:rsidR="00683844" w:rsidRPr="00505610" w:rsidRDefault="00683844">
            <w:pPr>
              <w:rPr>
                <w:rFonts w:cs="Arial"/>
              </w:rPr>
            </w:pPr>
          </w:p>
        </w:tc>
        <w:tc>
          <w:tcPr>
            <w:tcW w:w="982" w:type="pct"/>
          </w:tcPr>
          <w:p w14:paraId="7438D944" w14:textId="77777777" w:rsidR="000D2F27" w:rsidRPr="00505610" w:rsidRDefault="00DF2F1B">
            <w:pPr>
              <w:jc w:val="center"/>
              <w:rPr>
                <w:rFonts w:cs="Arial"/>
                <w:b/>
                <w:sz w:val="16"/>
              </w:rPr>
            </w:pPr>
            <w:r w:rsidRPr="00505610">
              <w:rPr>
                <w:rFonts w:cs="Arial"/>
                <w:b/>
                <w:sz w:val="16"/>
              </w:rPr>
              <w:t>Low/no loneliness</w:t>
            </w:r>
          </w:p>
          <w:p w14:paraId="43F40827" w14:textId="77777777" w:rsidR="00683844" w:rsidRPr="00505610" w:rsidRDefault="00DF2F1B">
            <w:pPr>
              <w:jc w:val="center"/>
              <w:rPr>
                <w:rFonts w:cs="Arial"/>
              </w:rPr>
            </w:pPr>
            <w:r w:rsidRPr="00505610">
              <w:rPr>
                <w:rFonts w:cs="Arial"/>
                <w:b/>
                <w:sz w:val="16"/>
              </w:rPr>
              <w:t>n (%)</w:t>
            </w:r>
          </w:p>
        </w:tc>
        <w:tc>
          <w:tcPr>
            <w:tcW w:w="982" w:type="pct"/>
          </w:tcPr>
          <w:p w14:paraId="03E9A327" w14:textId="77777777" w:rsidR="000D2F27" w:rsidRPr="00505610" w:rsidRDefault="00DF2F1B">
            <w:pPr>
              <w:jc w:val="center"/>
              <w:rPr>
                <w:rFonts w:cs="Arial"/>
                <w:b/>
                <w:sz w:val="16"/>
              </w:rPr>
            </w:pPr>
            <w:r w:rsidRPr="00505610">
              <w:rPr>
                <w:rFonts w:cs="Arial"/>
                <w:b/>
                <w:sz w:val="16"/>
              </w:rPr>
              <w:t>Moderate loneliness</w:t>
            </w:r>
          </w:p>
          <w:p w14:paraId="3524C09F" w14:textId="77777777" w:rsidR="00683844" w:rsidRPr="00505610" w:rsidRDefault="00DF2F1B">
            <w:pPr>
              <w:jc w:val="center"/>
              <w:rPr>
                <w:rFonts w:cs="Arial"/>
              </w:rPr>
            </w:pPr>
            <w:r w:rsidRPr="00505610">
              <w:rPr>
                <w:rFonts w:cs="Arial"/>
                <w:b/>
                <w:sz w:val="16"/>
              </w:rPr>
              <w:t>n (%)</w:t>
            </w:r>
          </w:p>
        </w:tc>
        <w:tc>
          <w:tcPr>
            <w:tcW w:w="917" w:type="pct"/>
          </w:tcPr>
          <w:p w14:paraId="5DFE691B" w14:textId="77777777" w:rsidR="000D2F27" w:rsidRPr="00505610" w:rsidRDefault="00DF2F1B">
            <w:pPr>
              <w:jc w:val="center"/>
              <w:rPr>
                <w:rFonts w:cs="Arial"/>
                <w:b/>
                <w:sz w:val="16"/>
              </w:rPr>
            </w:pPr>
            <w:r w:rsidRPr="00505610">
              <w:rPr>
                <w:rFonts w:cs="Arial"/>
                <w:b/>
                <w:sz w:val="16"/>
              </w:rPr>
              <w:t>Severe loneliness</w:t>
            </w:r>
          </w:p>
          <w:p w14:paraId="04130661" w14:textId="77777777" w:rsidR="00683844" w:rsidRPr="00505610" w:rsidRDefault="00DF2F1B">
            <w:pPr>
              <w:jc w:val="center"/>
              <w:rPr>
                <w:rFonts w:cs="Arial"/>
              </w:rPr>
            </w:pPr>
            <w:r w:rsidRPr="00505610">
              <w:rPr>
                <w:rFonts w:cs="Arial"/>
                <w:b/>
                <w:sz w:val="16"/>
              </w:rPr>
              <w:t>n (%)</w:t>
            </w:r>
          </w:p>
        </w:tc>
      </w:tr>
      <w:tr w:rsidR="00683844" w:rsidRPr="00505610" w14:paraId="424BC668" w14:textId="77777777" w:rsidTr="000D2F27">
        <w:tc>
          <w:tcPr>
            <w:tcW w:w="1170" w:type="pct"/>
          </w:tcPr>
          <w:p w14:paraId="39D0E371" w14:textId="77777777" w:rsidR="00683844" w:rsidRPr="00505610" w:rsidRDefault="00DF2F1B">
            <w:pPr>
              <w:rPr>
                <w:rFonts w:cs="Arial"/>
              </w:rPr>
            </w:pPr>
            <w:r w:rsidRPr="00505610">
              <w:rPr>
                <w:rFonts w:cs="Arial"/>
                <w:b/>
                <w:sz w:val="16"/>
              </w:rPr>
              <w:t>Overall sample</w:t>
            </w:r>
          </w:p>
        </w:tc>
        <w:tc>
          <w:tcPr>
            <w:tcW w:w="949" w:type="pct"/>
          </w:tcPr>
          <w:p w14:paraId="1DB24549" w14:textId="77777777" w:rsidR="00683844" w:rsidRPr="00505610" w:rsidRDefault="00DF2F1B">
            <w:pPr>
              <w:jc w:val="center"/>
              <w:rPr>
                <w:rFonts w:cs="Arial"/>
              </w:rPr>
            </w:pPr>
            <w:r w:rsidRPr="00505610">
              <w:rPr>
                <w:rFonts w:cs="Arial"/>
                <w:b/>
                <w:sz w:val="16"/>
              </w:rPr>
              <w:t>135,72</w:t>
            </w:r>
            <w:r w:rsidR="00416EDB" w:rsidRPr="00505610">
              <w:rPr>
                <w:rFonts w:cs="Arial"/>
                <w:b/>
                <w:sz w:val="16"/>
              </w:rPr>
              <w:t>2</w:t>
            </w:r>
          </w:p>
        </w:tc>
        <w:tc>
          <w:tcPr>
            <w:tcW w:w="982" w:type="pct"/>
          </w:tcPr>
          <w:p w14:paraId="5B18D630" w14:textId="77777777" w:rsidR="00683844" w:rsidRPr="00505610" w:rsidRDefault="00DF2F1B">
            <w:pPr>
              <w:jc w:val="center"/>
              <w:rPr>
                <w:rFonts w:cs="Arial"/>
              </w:rPr>
            </w:pPr>
            <w:r w:rsidRPr="00505610">
              <w:rPr>
                <w:rFonts w:cs="Arial"/>
                <w:b/>
                <w:sz w:val="16"/>
              </w:rPr>
              <w:t>38,728 (28.5)</w:t>
            </w:r>
          </w:p>
        </w:tc>
        <w:tc>
          <w:tcPr>
            <w:tcW w:w="982" w:type="pct"/>
          </w:tcPr>
          <w:p w14:paraId="62DDD304" w14:textId="77777777" w:rsidR="00683844" w:rsidRPr="00505610" w:rsidRDefault="00DF2F1B">
            <w:pPr>
              <w:jc w:val="center"/>
              <w:rPr>
                <w:rFonts w:cs="Arial"/>
              </w:rPr>
            </w:pPr>
            <w:r w:rsidRPr="00505610">
              <w:rPr>
                <w:rFonts w:cs="Arial"/>
                <w:b/>
                <w:sz w:val="16"/>
              </w:rPr>
              <w:t>55,626 (41.0)</w:t>
            </w:r>
          </w:p>
        </w:tc>
        <w:tc>
          <w:tcPr>
            <w:tcW w:w="917" w:type="pct"/>
          </w:tcPr>
          <w:p w14:paraId="72F529A6" w14:textId="77777777" w:rsidR="00683844" w:rsidRPr="00505610" w:rsidRDefault="00DF2F1B">
            <w:pPr>
              <w:jc w:val="center"/>
              <w:rPr>
                <w:rFonts w:cs="Arial"/>
              </w:rPr>
            </w:pPr>
            <w:r w:rsidRPr="00505610">
              <w:rPr>
                <w:rFonts w:cs="Arial"/>
                <w:b/>
                <w:sz w:val="16"/>
              </w:rPr>
              <w:t>41,368 (30.5)</w:t>
            </w:r>
          </w:p>
        </w:tc>
      </w:tr>
      <w:tr w:rsidR="00683844" w:rsidRPr="00505610" w14:paraId="65717080" w14:textId="77777777" w:rsidTr="000D2F27">
        <w:tc>
          <w:tcPr>
            <w:tcW w:w="5000" w:type="pct"/>
            <w:gridSpan w:val="5"/>
          </w:tcPr>
          <w:p w14:paraId="70075C6B" w14:textId="77777777" w:rsidR="00683844" w:rsidRPr="00505610" w:rsidRDefault="00DF2F1B">
            <w:pPr>
              <w:keepNext/>
              <w:rPr>
                <w:rFonts w:cs="Arial"/>
              </w:rPr>
            </w:pPr>
            <w:r w:rsidRPr="00505610">
              <w:rPr>
                <w:rFonts w:cs="Arial"/>
                <w:b/>
              </w:rPr>
              <w:t>Age</w:t>
            </w:r>
          </w:p>
        </w:tc>
      </w:tr>
      <w:tr w:rsidR="00683844" w:rsidRPr="00505610" w14:paraId="65F41DC1" w14:textId="77777777" w:rsidTr="000D2F27">
        <w:tc>
          <w:tcPr>
            <w:tcW w:w="1170" w:type="pct"/>
          </w:tcPr>
          <w:p w14:paraId="4BF5D376" w14:textId="77777777" w:rsidR="00683844" w:rsidRPr="00505610" w:rsidRDefault="00DF2F1B">
            <w:pPr>
              <w:rPr>
                <w:rFonts w:cs="Arial"/>
              </w:rPr>
            </w:pPr>
            <w:r w:rsidRPr="00505610">
              <w:rPr>
                <w:rFonts w:cs="Arial"/>
                <w:sz w:val="16"/>
              </w:rPr>
              <w:t>16-25</w:t>
            </w:r>
          </w:p>
        </w:tc>
        <w:tc>
          <w:tcPr>
            <w:tcW w:w="949" w:type="pct"/>
          </w:tcPr>
          <w:p w14:paraId="30BE4476" w14:textId="77777777" w:rsidR="00683844" w:rsidRPr="00505610" w:rsidRDefault="00DF2F1B">
            <w:pPr>
              <w:jc w:val="center"/>
              <w:rPr>
                <w:rFonts w:cs="Arial"/>
              </w:rPr>
            </w:pPr>
            <w:r w:rsidRPr="00505610">
              <w:rPr>
                <w:rFonts w:cs="Arial"/>
                <w:sz w:val="16"/>
              </w:rPr>
              <w:t>8,352</w:t>
            </w:r>
          </w:p>
        </w:tc>
        <w:tc>
          <w:tcPr>
            <w:tcW w:w="982" w:type="pct"/>
          </w:tcPr>
          <w:p w14:paraId="0E55409B" w14:textId="77777777" w:rsidR="00683844" w:rsidRPr="00505610" w:rsidRDefault="00DF2F1B">
            <w:pPr>
              <w:jc w:val="center"/>
              <w:rPr>
                <w:rFonts w:cs="Arial"/>
              </w:rPr>
            </w:pPr>
            <w:r w:rsidRPr="00505610">
              <w:rPr>
                <w:rFonts w:cs="Arial"/>
                <w:sz w:val="16"/>
              </w:rPr>
              <w:t>583 (7.0)</w:t>
            </w:r>
          </w:p>
        </w:tc>
        <w:tc>
          <w:tcPr>
            <w:tcW w:w="982" w:type="pct"/>
          </w:tcPr>
          <w:p w14:paraId="779C36B3" w14:textId="77777777" w:rsidR="00683844" w:rsidRPr="00505610" w:rsidRDefault="00DF2F1B">
            <w:pPr>
              <w:jc w:val="center"/>
              <w:rPr>
                <w:rFonts w:cs="Arial"/>
              </w:rPr>
            </w:pPr>
            <w:r w:rsidRPr="00505610">
              <w:rPr>
                <w:rFonts w:cs="Arial"/>
                <w:sz w:val="16"/>
              </w:rPr>
              <w:t>3,183 (38.1)</w:t>
            </w:r>
          </w:p>
        </w:tc>
        <w:tc>
          <w:tcPr>
            <w:tcW w:w="917" w:type="pct"/>
          </w:tcPr>
          <w:p w14:paraId="3EEB5A4D" w14:textId="77777777" w:rsidR="00683844" w:rsidRPr="00505610" w:rsidRDefault="00DF2F1B">
            <w:pPr>
              <w:jc w:val="center"/>
              <w:rPr>
                <w:rFonts w:cs="Arial"/>
              </w:rPr>
            </w:pPr>
            <w:r w:rsidRPr="00505610">
              <w:rPr>
                <w:rFonts w:cs="Arial"/>
                <w:sz w:val="16"/>
              </w:rPr>
              <w:t>4,586 (54.9)</w:t>
            </w:r>
          </w:p>
        </w:tc>
      </w:tr>
      <w:tr w:rsidR="00683844" w:rsidRPr="00505610" w14:paraId="7E09B9ED" w14:textId="77777777" w:rsidTr="000D2F27">
        <w:tc>
          <w:tcPr>
            <w:tcW w:w="1170" w:type="pct"/>
          </w:tcPr>
          <w:p w14:paraId="61265086" w14:textId="77777777" w:rsidR="00683844" w:rsidRPr="00505610" w:rsidRDefault="00C852FD">
            <w:pPr>
              <w:rPr>
                <w:rFonts w:cs="Arial"/>
              </w:rPr>
            </w:pPr>
            <w:r w:rsidRPr="00505610">
              <w:rPr>
                <w:rFonts w:cs="Arial"/>
                <w:sz w:val="16"/>
              </w:rPr>
              <w:t>26-35</w:t>
            </w:r>
          </w:p>
        </w:tc>
        <w:tc>
          <w:tcPr>
            <w:tcW w:w="949" w:type="pct"/>
          </w:tcPr>
          <w:p w14:paraId="15EC1599" w14:textId="77777777" w:rsidR="00683844" w:rsidRPr="00505610" w:rsidRDefault="00DF2F1B">
            <w:pPr>
              <w:jc w:val="center"/>
              <w:rPr>
                <w:rFonts w:cs="Arial"/>
              </w:rPr>
            </w:pPr>
            <w:r w:rsidRPr="00505610">
              <w:rPr>
                <w:rFonts w:cs="Arial"/>
                <w:sz w:val="16"/>
              </w:rPr>
              <w:t>13,057</w:t>
            </w:r>
          </w:p>
        </w:tc>
        <w:tc>
          <w:tcPr>
            <w:tcW w:w="982" w:type="pct"/>
          </w:tcPr>
          <w:p w14:paraId="1D055E29" w14:textId="77777777" w:rsidR="00683844" w:rsidRPr="00505610" w:rsidRDefault="00DF2F1B">
            <w:pPr>
              <w:jc w:val="center"/>
              <w:rPr>
                <w:rFonts w:cs="Arial"/>
              </w:rPr>
            </w:pPr>
            <w:r w:rsidRPr="00505610">
              <w:rPr>
                <w:rFonts w:cs="Arial"/>
                <w:sz w:val="16"/>
              </w:rPr>
              <w:t>1,502 (11.5)</w:t>
            </w:r>
          </w:p>
        </w:tc>
        <w:tc>
          <w:tcPr>
            <w:tcW w:w="982" w:type="pct"/>
          </w:tcPr>
          <w:p w14:paraId="71F9FA9F" w14:textId="77777777" w:rsidR="00683844" w:rsidRPr="00505610" w:rsidRDefault="00DF2F1B">
            <w:pPr>
              <w:jc w:val="center"/>
              <w:rPr>
                <w:rFonts w:cs="Arial"/>
              </w:rPr>
            </w:pPr>
            <w:r w:rsidRPr="00505610">
              <w:rPr>
                <w:rFonts w:cs="Arial"/>
                <w:sz w:val="16"/>
              </w:rPr>
              <w:t>5,534 (42.4)</w:t>
            </w:r>
          </w:p>
        </w:tc>
        <w:tc>
          <w:tcPr>
            <w:tcW w:w="917" w:type="pct"/>
          </w:tcPr>
          <w:p w14:paraId="1E109AA7" w14:textId="77777777" w:rsidR="00683844" w:rsidRPr="00505610" w:rsidRDefault="00DF2F1B">
            <w:pPr>
              <w:jc w:val="center"/>
              <w:rPr>
                <w:rFonts w:cs="Arial"/>
              </w:rPr>
            </w:pPr>
            <w:r w:rsidRPr="00505610">
              <w:rPr>
                <w:rFonts w:cs="Arial"/>
                <w:sz w:val="16"/>
              </w:rPr>
              <w:t>6,021 (46.1)</w:t>
            </w:r>
          </w:p>
        </w:tc>
      </w:tr>
      <w:tr w:rsidR="00683844" w:rsidRPr="00505610" w14:paraId="38C60448" w14:textId="77777777" w:rsidTr="000D2F27">
        <w:tc>
          <w:tcPr>
            <w:tcW w:w="1170" w:type="pct"/>
          </w:tcPr>
          <w:p w14:paraId="562EC151" w14:textId="77777777" w:rsidR="00683844" w:rsidRPr="00505610" w:rsidRDefault="00DF2F1B">
            <w:pPr>
              <w:rPr>
                <w:rFonts w:cs="Arial"/>
              </w:rPr>
            </w:pPr>
            <w:r w:rsidRPr="00505610">
              <w:rPr>
                <w:rFonts w:cs="Arial"/>
                <w:sz w:val="16"/>
              </w:rPr>
              <w:t>36-45</w:t>
            </w:r>
          </w:p>
        </w:tc>
        <w:tc>
          <w:tcPr>
            <w:tcW w:w="949" w:type="pct"/>
          </w:tcPr>
          <w:p w14:paraId="5ABB22CE" w14:textId="77777777" w:rsidR="00683844" w:rsidRPr="00505610" w:rsidRDefault="00DF2F1B">
            <w:pPr>
              <w:jc w:val="center"/>
              <w:rPr>
                <w:rFonts w:cs="Arial"/>
              </w:rPr>
            </w:pPr>
            <w:r w:rsidRPr="00505610">
              <w:rPr>
                <w:rFonts w:cs="Arial"/>
                <w:sz w:val="16"/>
              </w:rPr>
              <w:t>15,006</w:t>
            </w:r>
          </w:p>
        </w:tc>
        <w:tc>
          <w:tcPr>
            <w:tcW w:w="982" w:type="pct"/>
          </w:tcPr>
          <w:p w14:paraId="583325A1" w14:textId="77777777" w:rsidR="00683844" w:rsidRPr="00505610" w:rsidRDefault="00DF2F1B">
            <w:pPr>
              <w:jc w:val="center"/>
              <w:rPr>
                <w:rFonts w:cs="Arial"/>
              </w:rPr>
            </w:pPr>
            <w:r w:rsidRPr="00505610">
              <w:rPr>
                <w:rFonts w:cs="Arial"/>
                <w:sz w:val="16"/>
              </w:rPr>
              <w:t>2,392 (15.9)</w:t>
            </w:r>
          </w:p>
        </w:tc>
        <w:tc>
          <w:tcPr>
            <w:tcW w:w="982" w:type="pct"/>
          </w:tcPr>
          <w:p w14:paraId="3D3787CD" w14:textId="77777777" w:rsidR="00683844" w:rsidRPr="00505610" w:rsidRDefault="00DF2F1B">
            <w:pPr>
              <w:jc w:val="center"/>
              <w:rPr>
                <w:rFonts w:cs="Arial"/>
              </w:rPr>
            </w:pPr>
            <w:r w:rsidRPr="00505610">
              <w:rPr>
                <w:rFonts w:cs="Arial"/>
                <w:sz w:val="16"/>
              </w:rPr>
              <w:t>6,178 (41.2)</w:t>
            </w:r>
          </w:p>
        </w:tc>
        <w:tc>
          <w:tcPr>
            <w:tcW w:w="917" w:type="pct"/>
          </w:tcPr>
          <w:p w14:paraId="1661960C" w14:textId="77777777" w:rsidR="00683844" w:rsidRPr="00505610" w:rsidRDefault="00DF2F1B">
            <w:pPr>
              <w:jc w:val="center"/>
              <w:rPr>
                <w:rFonts w:cs="Arial"/>
              </w:rPr>
            </w:pPr>
            <w:r w:rsidRPr="00505610">
              <w:rPr>
                <w:rFonts w:cs="Arial"/>
                <w:sz w:val="16"/>
              </w:rPr>
              <w:t>6,436 (42.9)</w:t>
            </w:r>
          </w:p>
        </w:tc>
      </w:tr>
      <w:tr w:rsidR="00683844" w:rsidRPr="00505610" w14:paraId="56901F4C" w14:textId="77777777" w:rsidTr="000D2F27">
        <w:tc>
          <w:tcPr>
            <w:tcW w:w="1170" w:type="pct"/>
          </w:tcPr>
          <w:p w14:paraId="1F9F014B" w14:textId="77777777" w:rsidR="00683844" w:rsidRPr="00505610" w:rsidRDefault="00DF2F1B">
            <w:pPr>
              <w:rPr>
                <w:rFonts w:cs="Arial"/>
              </w:rPr>
            </w:pPr>
            <w:r w:rsidRPr="00505610">
              <w:rPr>
                <w:rFonts w:cs="Arial"/>
                <w:sz w:val="16"/>
              </w:rPr>
              <w:t>46-55</w:t>
            </w:r>
          </w:p>
        </w:tc>
        <w:tc>
          <w:tcPr>
            <w:tcW w:w="949" w:type="pct"/>
          </w:tcPr>
          <w:p w14:paraId="32016A7F" w14:textId="77777777" w:rsidR="00683844" w:rsidRPr="00505610" w:rsidRDefault="00DF2F1B">
            <w:pPr>
              <w:jc w:val="center"/>
              <w:rPr>
                <w:rFonts w:cs="Arial"/>
              </w:rPr>
            </w:pPr>
            <w:r w:rsidRPr="00505610">
              <w:rPr>
                <w:rFonts w:cs="Arial"/>
                <w:sz w:val="16"/>
              </w:rPr>
              <w:t>22,031</w:t>
            </w:r>
          </w:p>
        </w:tc>
        <w:tc>
          <w:tcPr>
            <w:tcW w:w="982" w:type="pct"/>
          </w:tcPr>
          <w:p w14:paraId="7B5F5237" w14:textId="77777777" w:rsidR="00683844" w:rsidRPr="00505610" w:rsidRDefault="00DF2F1B">
            <w:pPr>
              <w:jc w:val="center"/>
              <w:rPr>
                <w:rFonts w:cs="Arial"/>
              </w:rPr>
            </w:pPr>
            <w:r w:rsidRPr="00505610">
              <w:rPr>
                <w:rFonts w:cs="Arial"/>
                <w:sz w:val="16"/>
              </w:rPr>
              <w:t>4,852 (22.0)</w:t>
            </w:r>
          </w:p>
        </w:tc>
        <w:tc>
          <w:tcPr>
            <w:tcW w:w="982" w:type="pct"/>
          </w:tcPr>
          <w:p w14:paraId="12E1FE25" w14:textId="77777777" w:rsidR="00683844" w:rsidRPr="00505610" w:rsidRDefault="00DF2F1B">
            <w:pPr>
              <w:jc w:val="center"/>
              <w:rPr>
                <w:rFonts w:cs="Arial"/>
              </w:rPr>
            </w:pPr>
            <w:r w:rsidRPr="00505610">
              <w:rPr>
                <w:rFonts w:cs="Arial"/>
                <w:sz w:val="16"/>
              </w:rPr>
              <w:t>9,062 (41.1)</w:t>
            </w:r>
          </w:p>
        </w:tc>
        <w:tc>
          <w:tcPr>
            <w:tcW w:w="917" w:type="pct"/>
          </w:tcPr>
          <w:p w14:paraId="02DF9628" w14:textId="77777777" w:rsidR="00683844" w:rsidRPr="00505610" w:rsidRDefault="00DF2F1B">
            <w:pPr>
              <w:jc w:val="center"/>
              <w:rPr>
                <w:rFonts w:cs="Arial"/>
              </w:rPr>
            </w:pPr>
            <w:r w:rsidRPr="00505610">
              <w:rPr>
                <w:rFonts w:cs="Arial"/>
                <w:sz w:val="16"/>
              </w:rPr>
              <w:t>8,117 (36.8)</w:t>
            </w:r>
          </w:p>
        </w:tc>
      </w:tr>
      <w:tr w:rsidR="00683844" w:rsidRPr="00505610" w14:paraId="0F0E8C8F" w14:textId="77777777" w:rsidTr="000D2F27">
        <w:tc>
          <w:tcPr>
            <w:tcW w:w="1170" w:type="pct"/>
          </w:tcPr>
          <w:p w14:paraId="720D8B3D" w14:textId="77777777" w:rsidR="00683844" w:rsidRPr="00505610" w:rsidRDefault="00DF2F1B">
            <w:pPr>
              <w:rPr>
                <w:rFonts w:cs="Arial"/>
              </w:rPr>
            </w:pPr>
            <w:r w:rsidRPr="00505610">
              <w:rPr>
                <w:rFonts w:cs="Arial"/>
                <w:sz w:val="16"/>
              </w:rPr>
              <w:t>56-65</w:t>
            </w:r>
          </w:p>
        </w:tc>
        <w:tc>
          <w:tcPr>
            <w:tcW w:w="949" w:type="pct"/>
          </w:tcPr>
          <w:p w14:paraId="0CA391D5" w14:textId="77777777" w:rsidR="00683844" w:rsidRPr="00505610" w:rsidRDefault="00DF2F1B">
            <w:pPr>
              <w:jc w:val="center"/>
              <w:rPr>
                <w:rFonts w:cs="Arial"/>
              </w:rPr>
            </w:pPr>
            <w:r w:rsidRPr="00505610">
              <w:rPr>
                <w:rFonts w:cs="Arial"/>
                <w:sz w:val="16"/>
              </w:rPr>
              <w:t>33,235</w:t>
            </w:r>
          </w:p>
        </w:tc>
        <w:tc>
          <w:tcPr>
            <w:tcW w:w="982" w:type="pct"/>
          </w:tcPr>
          <w:p w14:paraId="7A1E56CA" w14:textId="77777777" w:rsidR="00683844" w:rsidRPr="00505610" w:rsidRDefault="00DF2F1B">
            <w:pPr>
              <w:jc w:val="center"/>
              <w:rPr>
                <w:rFonts w:cs="Arial"/>
              </w:rPr>
            </w:pPr>
            <w:r w:rsidRPr="00505610">
              <w:rPr>
                <w:rFonts w:cs="Arial"/>
                <w:sz w:val="16"/>
              </w:rPr>
              <w:t>10,525 (31.7)</w:t>
            </w:r>
          </w:p>
        </w:tc>
        <w:tc>
          <w:tcPr>
            <w:tcW w:w="982" w:type="pct"/>
          </w:tcPr>
          <w:p w14:paraId="78F48F59" w14:textId="77777777" w:rsidR="00683844" w:rsidRPr="00505610" w:rsidRDefault="00DF2F1B">
            <w:pPr>
              <w:jc w:val="center"/>
              <w:rPr>
                <w:rFonts w:cs="Arial"/>
              </w:rPr>
            </w:pPr>
            <w:r w:rsidRPr="00505610">
              <w:rPr>
                <w:rFonts w:cs="Arial"/>
                <w:sz w:val="16"/>
              </w:rPr>
              <w:t>13,720 (41.3)</w:t>
            </w:r>
          </w:p>
        </w:tc>
        <w:tc>
          <w:tcPr>
            <w:tcW w:w="917" w:type="pct"/>
          </w:tcPr>
          <w:p w14:paraId="592C2EDC" w14:textId="77777777" w:rsidR="00683844" w:rsidRPr="00505610" w:rsidRDefault="00DF2F1B">
            <w:pPr>
              <w:jc w:val="center"/>
              <w:rPr>
                <w:rFonts w:cs="Arial"/>
              </w:rPr>
            </w:pPr>
            <w:r w:rsidRPr="00505610">
              <w:rPr>
                <w:rFonts w:cs="Arial"/>
                <w:sz w:val="16"/>
              </w:rPr>
              <w:t>8,990 (27.0)</w:t>
            </w:r>
          </w:p>
        </w:tc>
      </w:tr>
      <w:tr w:rsidR="00683844" w:rsidRPr="00505610" w14:paraId="240BC42D" w14:textId="77777777" w:rsidTr="000D2F27">
        <w:tc>
          <w:tcPr>
            <w:tcW w:w="1170" w:type="pct"/>
          </w:tcPr>
          <w:p w14:paraId="3C330D3C" w14:textId="77777777" w:rsidR="00683844" w:rsidRPr="00505610" w:rsidRDefault="00DF2F1B">
            <w:pPr>
              <w:rPr>
                <w:rFonts w:cs="Arial"/>
              </w:rPr>
            </w:pPr>
            <w:r w:rsidRPr="00505610">
              <w:rPr>
                <w:rFonts w:cs="Arial"/>
                <w:sz w:val="16"/>
              </w:rPr>
              <w:t>&gt;65</w:t>
            </w:r>
          </w:p>
        </w:tc>
        <w:tc>
          <w:tcPr>
            <w:tcW w:w="949" w:type="pct"/>
          </w:tcPr>
          <w:p w14:paraId="0D8F94FC" w14:textId="77777777" w:rsidR="00683844" w:rsidRPr="00505610" w:rsidRDefault="00DF2F1B">
            <w:pPr>
              <w:jc w:val="center"/>
              <w:rPr>
                <w:rFonts w:cs="Arial"/>
              </w:rPr>
            </w:pPr>
            <w:r w:rsidRPr="00505610">
              <w:rPr>
                <w:rFonts w:cs="Arial"/>
                <w:sz w:val="16"/>
              </w:rPr>
              <w:t>43,927</w:t>
            </w:r>
          </w:p>
        </w:tc>
        <w:tc>
          <w:tcPr>
            <w:tcW w:w="982" w:type="pct"/>
          </w:tcPr>
          <w:p w14:paraId="58534762" w14:textId="77777777" w:rsidR="00683844" w:rsidRPr="00505610" w:rsidRDefault="00DF2F1B">
            <w:pPr>
              <w:jc w:val="center"/>
              <w:rPr>
                <w:rFonts w:cs="Arial"/>
              </w:rPr>
            </w:pPr>
            <w:r w:rsidRPr="00505610">
              <w:rPr>
                <w:rFonts w:cs="Arial"/>
                <w:sz w:val="16"/>
              </w:rPr>
              <w:t>18,845 (42.9)</w:t>
            </w:r>
          </w:p>
        </w:tc>
        <w:tc>
          <w:tcPr>
            <w:tcW w:w="982" w:type="pct"/>
          </w:tcPr>
          <w:p w14:paraId="0DE67184" w14:textId="77777777" w:rsidR="00683844" w:rsidRPr="00505610" w:rsidRDefault="00DF2F1B">
            <w:pPr>
              <w:jc w:val="center"/>
              <w:rPr>
                <w:rFonts w:cs="Arial"/>
              </w:rPr>
            </w:pPr>
            <w:r w:rsidRPr="00505610">
              <w:rPr>
                <w:rFonts w:cs="Arial"/>
                <w:sz w:val="16"/>
              </w:rPr>
              <w:t>17,899 (40.7)</w:t>
            </w:r>
          </w:p>
        </w:tc>
        <w:tc>
          <w:tcPr>
            <w:tcW w:w="917" w:type="pct"/>
          </w:tcPr>
          <w:p w14:paraId="5C9D928B" w14:textId="77777777" w:rsidR="00683844" w:rsidRPr="00505610" w:rsidRDefault="00DF2F1B">
            <w:pPr>
              <w:jc w:val="center"/>
              <w:rPr>
                <w:rFonts w:cs="Arial"/>
              </w:rPr>
            </w:pPr>
            <w:r w:rsidRPr="00505610">
              <w:rPr>
                <w:rFonts w:cs="Arial"/>
                <w:sz w:val="16"/>
              </w:rPr>
              <w:t>7,183 (16.4)</w:t>
            </w:r>
          </w:p>
        </w:tc>
      </w:tr>
      <w:tr w:rsidR="00683844" w:rsidRPr="00505610" w14:paraId="7D86D13F" w14:textId="77777777" w:rsidTr="000D2F27">
        <w:tc>
          <w:tcPr>
            <w:tcW w:w="1170" w:type="pct"/>
          </w:tcPr>
          <w:p w14:paraId="7271B87A" w14:textId="77777777" w:rsidR="00683844" w:rsidRPr="00505610" w:rsidRDefault="00DF2F1B">
            <w:pPr>
              <w:rPr>
                <w:rFonts w:cs="Arial"/>
              </w:rPr>
            </w:pPr>
            <w:r w:rsidRPr="00505610">
              <w:rPr>
                <w:rFonts w:cs="Arial"/>
                <w:i/>
                <w:sz w:val="16"/>
              </w:rPr>
              <w:t>Missing</w:t>
            </w:r>
          </w:p>
        </w:tc>
        <w:tc>
          <w:tcPr>
            <w:tcW w:w="949" w:type="pct"/>
          </w:tcPr>
          <w:p w14:paraId="0FBF2120" w14:textId="77777777" w:rsidR="00683844" w:rsidRPr="00505610" w:rsidRDefault="00DF2F1B">
            <w:pPr>
              <w:jc w:val="center"/>
              <w:rPr>
                <w:rFonts w:cs="Arial"/>
              </w:rPr>
            </w:pPr>
            <w:r w:rsidRPr="00505610">
              <w:rPr>
                <w:rFonts w:cs="Arial"/>
                <w:i/>
                <w:sz w:val="16"/>
              </w:rPr>
              <w:t>114</w:t>
            </w:r>
          </w:p>
        </w:tc>
        <w:tc>
          <w:tcPr>
            <w:tcW w:w="982" w:type="pct"/>
          </w:tcPr>
          <w:p w14:paraId="32668565" w14:textId="77777777" w:rsidR="00683844" w:rsidRPr="00505610" w:rsidRDefault="00DF2F1B">
            <w:pPr>
              <w:jc w:val="center"/>
              <w:rPr>
                <w:rFonts w:cs="Arial"/>
              </w:rPr>
            </w:pPr>
            <w:r w:rsidRPr="00505610">
              <w:rPr>
                <w:rFonts w:cs="Arial"/>
                <w:i/>
                <w:sz w:val="16"/>
              </w:rPr>
              <w:t>29 (25.4)</w:t>
            </w:r>
          </w:p>
        </w:tc>
        <w:tc>
          <w:tcPr>
            <w:tcW w:w="982" w:type="pct"/>
          </w:tcPr>
          <w:p w14:paraId="22183315" w14:textId="77777777" w:rsidR="00683844" w:rsidRPr="00505610" w:rsidRDefault="00DF2F1B">
            <w:pPr>
              <w:jc w:val="center"/>
              <w:rPr>
                <w:rFonts w:cs="Arial"/>
              </w:rPr>
            </w:pPr>
            <w:r w:rsidRPr="00505610">
              <w:rPr>
                <w:rFonts w:cs="Arial"/>
                <w:i/>
                <w:sz w:val="16"/>
              </w:rPr>
              <w:t>50 (43.9)</w:t>
            </w:r>
          </w:p>
        </w:tc>
        <w:tc>
          <w:tcPr>
            <w:tcW w:w="917" w:type="pct"/>
          </w:tcPr>
          <w:p w14:paraId="156C79BC" w14:textId="77777777" w:rsidR="00683844" w:rsidRPr="00505610" w:rsidRDefault="00DF2F1B">
            <w:pPr>
              <w:jc w:val="center"/>
              <w:rPr>
                <w:rFonts w:cs="Arial"/>
              </w:rPr>
            </w:pPr>
            <w:r w:rsidRPr="00505610">
              <w:rPr>
                <w:rFonts w:cs="Arial"/>
                <w:i/>
                <w:sz w:val="16"/>
              </w:rPr>
              <w:t>35 (30.7)</w:t>
            </w:r>
          </w:p>
        </w:tc>
      </w:tr>
      <w:tr w:rsidR="00683844" w:rsidRPr="00505610" w14:paraId="4E94598C" w14:textId="77777777" w:rsidTr="000D2F27">
        <w:tc>
          <w:tcPr>
            <w:tcW w:w="5000" w:type="pct"/>
            <w:gridSpan w:val="5"/>
          </w:tcPr>
          <w:p w14:paraId="381667AE" w14:textId="77777777" w:rsidR="00683844" w:rsidRPr="00505610" w:rsidRDefault="00DF2F1B">
            <w:pPr>
              <w:keepNext/>
              <w:rPr>
                <w:rFonts w:cs="Arial"/>
              </w:rPr>
            </w:pPr>
            <w:r w:rsidRPr="00505610">
              <w:rPr>
                <w:rFonts w:cs="Arial"/>
                <w:b/>
              </w:rPr>
              <w:t>Gender</w:t>
            </w:r>
          </w:p>
        </w:tc>
      </w:tr>
      <w:tr w:rsidR="00683844" w:rsidRPr="00505610" w14:paraId="183A349B" w14:textId="77777777" w:rsidTr="000D2F27">
        <w:tc>
          <w:tcPr>
            <w:tcW w:w="1170" w:type="pct"/>
          </w:tcPr>
          <w:p w14:paraId="2C3C39CF" w14:textId="77777777" w:rsidR="00683844" w:rsidRPr="00505610" w:rsidRDefault="00DF2F1B">
            <w:pPr>
              <w:rPr>
                <w:rFonts w:cs="Arial"/>
              </w:rPr>
            </w:pPr>
            <w:r w:rsidRPr="00505610">
              <w:rPr>
                <w:rFonts w:cs="Arial"/>
                <w:sz w:val="16"/>
              </w:rPr>
              <w:t>Female</w:t>
            </w:r>
          </w:p>
        </w:tc>
        <w:tc>
          <w:tcPr>
            <w:tcW w:w="949" w:type="pct"/>
          </w:tcPr>
          <w:p w14:paraId="1D828DE6" w14:textId="77777777" w:rsidR="00683844" w:rsidRPr="00505610" w:rsidRDefault="00DF2F1B">
            <w:pPr>
              <w:jc w:val="center"/>
              <w:rPr>
                <w:rFonts w:cs="Arial"/>
              </w:rPr>
            </w:pPr>
            <w:r w:rsidRPr="00505610">
              <w:rPr>
                <w:rFonts w:cs="Arial"/>
                <w:sz w:val="16"/>
              </w:rPr>
              <w:t>83,661</w:t>
            </w:r>
          </w:p>
        </w:tc>
        <w:tc>
          <w:tcPr>
            <w:tcW w:w="982" w:type="pct"/>
          </w:tcPr>
          <w:p w14:paraId="348A5FE9" w14:textId="77777777" w:rsidR="00683844" w:rsidRPr="00505610" w:rsidRDefault="00DF2F1B">
            <w:pPr>
              <w:jc w:val="center"/>
              <w:rPr>
                <w:rFonts w:cs="Arial"/>
              </w:rPr>
            </w:pPr>
            <w:r w:rsidRPr="00505610">
              <w:rPr>
                <w:rFonts w:cs="Arial"/>
                <w:sz w:val="16"/>
              </w:rPr>
              <w:t>21,588 (25.8)</w:t>
            </w:r>
          </w:p>
        </w:tc>
        <w:tc>
          <w:tcPr>
            <w:tcW w:w="982" w:type="pct"/>
          </w:tcPr>
          <w:p w14:paraId="3B8E3FB1" w14:textId="77777777" w:rsidR="00683844" w:rsidRPr="00505610" w:rsidRDefault="00DF2F1B">
            <w:pPr>
              <w:jc w:val="center"/>
              <w:rPr>
                <w:rFonts w:cs="Arial"/>
              </w:rPr>
            </w:pPr>
            <w:r w:rsidRPr="00505610">
              <w:rPr>
                <w:rFonts w:cs="Arial"/>
                <w:sz w:val="16"/>
              </w:rPr>
              <w:t>36,102 (43.2)</w:t>
            </w:r>
          </w:p>
        </w:tc>
        <w:tc>
          <w:tcPr>
            <w:tcW w:w="917" w:type="pct"/>
          </w:tcPr>
          <w:p w14:paraId="5B2E3F2B" w14:textId="77777777" w:rsidR="00683844" w:rsidRPr="00505610" w:rsidRDefault="00DF2F1B">
            <w:pPr>
              <w:jc w:val="center"/>
              <w:rPr>
                <w:rFonts w:cs="Arial"/>
              </w:rPr>
            </w:pPr>
            <w:r w:rsidRPr="00505610">
              <w:rPr>
                <w:rFonts w:cs="Arial"/>
                <w:sz w:val="16"/>
              </w:rPr>
              <w:t>25,971 (31.0)</w:t>
            </w:r>
          </w:p>
        </w:tc>
      </w:tr>
      <w:tr w:rsidR="00683844" w:rsidRPr="00505610" w14:paraId="6734FE6F" w14:textId="77777777" w:rsidTr="000D2F27">
        <w:tc>
          <w:tcPr>
            <w:tcW w:w="1170" w:type="pct"/>
          </w:tcPr>
          <w:p w14:paraId="0C00EBF0" w14:textId="77777777" w:rsidR="00683844" w:rsidRPr="00505610" w:rsidRDefault="00DF2F1B">
            <w:pPr>
              <w:rPr>
                <w:rFonts w:cs="Arial"/>
              </w:rPr>
            </w:pPr>
            <w:r w:rsidRPr="00505610">
              <w:rPr>
                <w:rFonts w:cs="Arial"/>
                <w:sz w:val="16"/>
              </w:rPr>
              <w:t>Male</w:t>
            </w:r>
          </w:p>
        </w:tc>
        <w:tc>
          <w:tcPr>
            <w:tcW w:w="949" w:type="pct"/>
          </w:tcPr>
          <w:p w14:paraId="1A68108F" w14:textId="77777777" w:rsidR="00683844" w:rsidRPr="00505610" w:rsidRDefault="00DF2F1B">
            <w:pPr>
              <w:jc w:val="center"/>
              <w:rPr>
                <w:rFonts w:cs="Arial"/>
              </w:rPr>
            </w:pPr>
            <w:r w:rsidRPr="00505610">
              <w:rPr>
                <w:rFonts w:cs="Arial"/>
                <w:sz w:val="16"/>
              </w:rPr>
              <w:t>50,729</w:t>
            </w:r>
          </w:p>
        </w:tc>
        <w:tc>
          <w:tcPr>
            <w:tcW w:w="982" w:type="pct"/>
          </w:tcPr>
          <w:p w14:paraId="25500489" w14:textId="77777777" w:rsidR="00683844" w:rsidRPr="00505610" w:rsidRDefault="00DF2F1B">
            <w:pPr>
              <w:jc w:val="center"/>
              <w:rPr>
                <w:rFonts w:cs="Arial"/>
              </w:rPr>
            </w:pPr>
            <w:r w:rsidRPr="00505610">
              <w:rPr>
                <w:rFonts w:cs="Arial"/>
                <w:sz w:val="16"/>
              </w:rPr>
              <w:t>16,983 (33.5)</w:t>
            </w:r>
          </w:p>
        </w:tc>
        <w:tc>
          <w:tcPr>
            <w:tcW w:w="982" w:type="pct"/>
          </w:tcPr>
          <w:p w14:paraId="09CAB34C" w14:textId="77777777" w:rsidR="00683844" w:rsidRPr="00505610" w:rsidRDefault="00DF2F1B">
            <w:pPr>
              <w:jc w:val="center"/>
              <w:rPr>
                <w:rFonts w:cs="Arial"/>
              </w:rPr>
            </w:pPr>
            <w:r w:rsidRPr="00505610">
              <w:rPr>
                <w:rFonts w:cs="Arial"/>
                <w:sz w:val="16"/>
              </w:rPr>
              <w:t>19,092 (37.6)</w:t>
            </w:r>
          </w:p>
        </w:tc>
        <w:tc>
          <w:tcPr>
            <w:tcW w:w="917" w:type="pct"/>
          </w:tcPr>
          <w:p w14:paraId="404D0E93" w14:textId="77777777" w:rsidR="00683844" w:rsidRPr="00505610" w:rsidRDefault="00DF2F1B">
            <w:pPr>
              <w:jc w:val="center"/>
              <w:rPr>
                <w:rFonts w:cs="Arial"/>
              </w:rPr>
            </w:pPr>
            <w:r w:rsidRPr="00505610">
              <w:rPr>
                <w:rFonts w:cs="Arial"/>
                <w:sz w:val="16"/>
              </w:rPr>
              <w:t>14,654 (28.9)</w:t>
            </w:r>
          </w:p>
        </w:tc>
      </w:tr>
      <w:tr w:rsidR="00683844" w:rsidRPr="00505610" w14:paraId="50E5287B" w14:textId="77777777" w:rsidTr="000D2F27">
        <w:tc>
          <w:tcPr>
            <w:tcW w:w="1170" w:type="pct"/>
          </w:tcPr>
          <w:p w14:paraId="7711CAC7" w14:textId="77777777" w:rsidR="00683844" w:rsidRPr="00505610" w:rsidRDefault="00DF2F1B">
            <w:pPr>
              <w:rPr>
                <w:rFonts w:cs="Arial"/>
              </w:rPr>
            </w:pPr>
            <w:r w:rsidRPr="00505610">
              <w:rPr>
                <w:rFonts w:cs="Arial"/>
                <w:sz w:val="16"/>
              </w:rPr>
              <w:t>Other</w:t>
            </w:r>
          </w:p>
        </w:tc>
        <w:tc>
          <w:tcPr>
            <w:tcW w:w="949" w:type="pct"/>
          </w:tcPr>
          <w:p w14:paraId="009D2810" w14:textId="77777777" w:rsidR="00683844" w:rsidRPr="00505610" w:rsidRDefault="00DF2F1B">
            <w:pPr>
              <w:jc w:val="center"/>
              <w:rPr>
                <w:rFonts w:cs="Arial"/>
              </w:rPr>
            </w:pPr>
            <w:r w:rsidRPr="00505610">
              <w:rPr>
                <w:rFonts w:cs="Arial"/>
                <w:sz w:val="16"/>
              </w:rPr>
              <w:t>804</w:t>
            </w:r>
          </w:p>
        </w:tc>
        <w:tc>
          <w:tcPr>
            <w:tcW w:w="982" w:type="pct"/>
          </w:tcPr>
          <w:p w14:paraId="2816935A" w14:textId="77777777" w:rsidR="00683844" w:rsidRPr="00505610" w:rsidRDefault="00DF2F1B">
            <w:pPr>
              <w:jc w:val="center"/>
              <w:rPr>
                <w:rFonts w:cs="Arial"/>
              </w:rPr>
            </w:pPr>
            <w:r w:rsidRPr="00505610">
              <w:rPr>
                <w:rFonts w:cs="Arial"/>
                <w:sz w:val="16"/>
              </w:rPr>
              <w:t>69 (8.6)</w:t>
            </w:r>
          </w:p>
        </w:tc>
        <w:tc>
          <w:tcPr>
            <w:tcW w:w="982" w:type="pct"/>
          </w:tcPr>
          <w:p w14:paraId="051FBD9D" w14:textId="77777777" w:rsidR="00683844" w:rsidRPr="00505610" w:rsidRDefault="00DF2F1B">
            <w:pPr>
              <w:jc w:val="center"/>
              <w:rPr>
                <w:rFonts w:cs="Arial"/>
              </w:rPr>
            </w:pPr>
            <w:r w:rsidRPr="00505610">
              <w:rPr>
                <w:rFonts w:cs="Arial"/>
                <w:sz w:val="16"/>
              </w:rPr>
              <w:t>246 (30.6)</w:t>
            </w:r>
          </w:p>
        </w:tc>
        <w:tc>
          <w:tcPr>
            <w:tcW w:w="917" w:type="pct"/>
          </w:tcPr>
          <w:p w14:paraId="2DB9EDD1" w14:textId="77777777" w:rsidR="00683844" w:rsidRPr="00505610" w:rsidRDefault="00DF2F1B">
            <w:pPr>
              <w:jc w:val="center"/>
              <w:rPr>
                <w:rFonts w:cs="Arial"/>
              </w:rPr>
            </w:pPr>
            <w:r w:rsidRPr="00505610">
              <w:rPr>
                <w:rFonts w:cs="Arial"/>
                <w:sz w:val="16"/>
              </w:rPr>
              <w:t>489 (60.8)</w:t>
            </w:r>
          </w:p>
        </w:tc>
      </w:tr>
      <w:tr w:rsidR="00683844" w:rsidRPr="00505610" w14:paraId="06920D33" w14:textId="77777777" w:rsidTr="000D2F27">
        <w:tc>
          <w:tcPr>
            <w:tcW w:w="1170" w:type="pct"/>
          </w:tcPr>
          <w:p w14:paraId="024EC5B3" w14:textId="77777777" w:rsidR="00683844" w:rsidRPr="00505610" w:rsidRDefault="00DF2F1B">
            <w:pPr>
              <w:rPr>
                <w:rFonts w:cs="Arial"/>
              </w:rPr>
            </w:pPr>
            <w:r w:rsidRPr="00505610">
              <w:rPr>
                <w:rFonts w:cs="Arial"/>
                <w:sz w:val="16"/>
              </w:rPr>
              <w:t>Would rather not say</w:t>
            </w:r>
          </w:p>
        </w:tc>
        <w:tc>
          <w:tcPr>
            <w:tcW w:w="949" w:type="pct"/>
          </w:tcPr>
          <w:p w14:paraId="23031914" w14:textId="77777777" w:rsidR="00683844" w:rsidRPr="00505610" w:rsidRDefault="00DF2F1B">
            <w:pPr>
              <w:jc w:val="center"/>
              <w:rPr>
                <w:rFonts w:cs="Arial"/>
              </w:rPr>
            </w:pPr>
            <w:r w:rsidRPr="00505610">
              <w:rPr>
                <w:rFonts w:cs="Arial"/>
                <w:sz w:val="16"/>
              </w:rPr>
              <w:t>498</w:t>
            </w:r>
          </w:p>
        </w:tc>
        <w:tc>
          <w:tcPr>
            <w:tcW w:w="982" w:type="pct"/>
          </w:tcPr>
          <w:p w14:paraId="48E5DED2" w14:textId="77777777" w:rsidR="00683844" w:rsidRPr="00505610" w:rsidRDefault="00DF2F1B">
            <w:pPr>
              <w:jc w:val="center"/>
              <w:rPr>
                <w:rFonts w:cs="Arial"/>
              </w:rPr>
            </w:pPr>
            <w:r w:rsidRPr="00505610">
              <w:rPr>
                <w:rFonts w:cs="Arial"/>
                <w:sz w:val="16"/>
              </w:rPr>
              <w:t>82 (16.5)</w:t>
            </w:r>
          </w:p>
        </w:tc>
        <w:tc>
          <w:tcPr>
            <w:tcW w:w="982" w:type="pct"/>
          </w:tcPr>
          <w:p w14:paraId="35A204DE" w14:textId="77777777" w:rsidR="00683844" w:rsidRPr="00505610" w:rsidRDefault="00DF2F1B">
            <w:pPr>
              <w:jc w:val="center"/>
              <w:rPr>
                <w:rFonts w:cs="Arial"/>
              </w:rPr>
            </w:pPr>
            <w:r w:rsidRPr="00505610">
              <w:rPr>
                <w:rFonts w:cs="Arial"/>
                <w:sz w:val="16"/>
              </w:rPr>
              <w:t>173 (34.7)</w:t>
            </w:r>
          </w:p>
        </w:tc>
        <w:tc>
          <w:tcPr>
            <w:tcW w:w="917" w:type="pct"/>
          </w:tcPr>
          <w:p w14:paraId="23A185AD" w14:textId="77777777" w:rsidR="00683844" w:rsidRPr="00505610" w:rsidRDefault="00DF2F1B">
            <w:pPr>
              <w:jc w:val="center"/>
              <w:rPr>
                <w:rFonts w:cs="Arial"/>
              </w:rPr>
            </w:pPr>
            <w:r w:rsidRPr="00505610">
              <w:rPr>
                <w:rFonts w:cs="Arial"/>
                <w:sz w:val="16"/>
              </w:rPr>
              <w:t>243 (48.8)</w:t>
            </w:r>
          </w:p>
        </w:tc>
      </w:tr>
      <w:tr w:rsidR="00683844" w:rsidRPr="00505610" w14:paraId="426D42CF" w14:textId="77777777" w:rsidTr="000D2F27">
        <w:tc>
          <w:tcPr>
            <w:tcW w:w="1170" w:type="pct"/>
          </w:tcPr>
          <w:p w14:paraId="2C111EB7" w14:textId="77777777" w:rsidR="00683844" w:rsidRPr="00505610" w:rsidRDefault="00DF2F1B">
            <w:pPr>
              <w:rPr>
                <w:rFonts w:cs="Arial"/>
              </w:rPr>
            </w:pPr>
            <w:r w:rsidRPr="00505610">
              <w:rPr>
                <w:rFonts w:cs="Arial"/>
                <w:i/>
                <w:sz w:val="16"/>
              </w:rPr>
              <w:t>Missing</w:t>
            </w:r>
          </w:p>
        </w:tc>
        <w:tc>
          <w:tcPr>
            <w:tcW w:w="949" w:type="pct"/>
          </w:tcPr>
          <w:p w14:paraId="27D42D5F" w14:textId="77777777" w:rsidR="00683844" w:rsidRPr="00505610" w:rsidRDefault="00DF2F1B">
            <w:pPr>
              <w:jc w:val="center"/>
              <w:rPr>
                <w:rFonts w:cs="Arial"/>
              </w:rPr>
            </w:pPr>
            <w:r w:rsidRPr="00505610">
              <w:rPr>
                <w:rFonts w:cs="Arial"/>
                <w:i/>
                <w:sz w:val="16"/>
              </w:rPr>
              <w:t>30</w:t>
            </w:r>
          </w:p>
        </w:tc>
        <w:tc>
          <w:tcPr>
            <w:tcW w:w="982" w:type="pct"/>
          </w:tcPr>
          <w:p w14:paraId="11DD55A7" w14:textId="77777777" w:rsidR="00683844" w:rsidRPr="00505610" w:rsidRDefault="00DF2F1B">
            <w:pPr>
              <w:jc w:val="center"/>
              <w:rPr>
                <w:rFonts w:cs="Arial"/>
              </w:rPr>
            </w:pPr>
            <w:r w:rsidRPr="00505610">
              <w:rPr>
                <w:rFonts w:cs="Arial"/>
                <w:i/>
                <w:sz w:val="16"/>
              </w:rPr>
              <w:t>6 (20.0)</w:t>
            </w:r>
          </w:p>
        </w:tc>
        <w:tc>
          <w:tcPr>
            <w:tcW w:w="982" w:type="pct"/>
          </w:tcPr>
          <w:p w14:paraId="732BADB9" w14:textId="77777777" w:rsidR="00683844" w:rsidRPr="00505610" w:rsidRDefault="00DF2F1B">
            <w:pPr>
              <w:jc w:val="center"/>
              <w:rPr>
                <w:rFonts w:cs="Arial"/>
              </w:rPr>
            </w:pPr>
            <w:r w:rsidRPr="00505610">
              <w:rPr>
                <w:rFonts w:cs="Arial"/>
                <w:i/>
                <w:sz w:val="16"/>
              </w:rPr>
              <w:t>13 (43.3)</w:t>
            </w:r>
          </w:p>
        </w:tc>
        <w:tc>
          <w:tcPr>
            <w:tcW w:w="917" w:type="pct"/>
          </w:tcPr>
          <w:p w14:paraId="6DB48C0A" w14:textId="77777777" w:rsidR="00683844" w:rsidRPr="00505610" w:rsidRDefault="00DF2F1B">
            <w:pPr>
              <w:jc w:val="center"/>
              <w:rPr>
                <w:rFonts w:cs="Arial"/>
              </w:rPr>
            </w:pPr>
            <w:r w:rsidRPr="00505610">
              <w:rPr>
                <w:rFonts w:cs="Arial"/>
                <w:i/>
                <w:sz w:val="16"/>
              </w:rPr>
              <w:t>11 (36.7)</w:t>
            </w:r>
          </w:p>
        </w:tc>
      </w:tr>
      <w:tr w:rsidR="00683844" w:rsidRPr="00505610" w14:paraId="0D4D5E4A" w14:textId="77777777" w:rsidTr="000D2F27">
        <w:tc>
          <w:tcPr>
            <w:tcW w:w="5000" w:type="pct"/>
            <w:gridSpan w:val="5"/>
          </w:tcPr>
          <w:p w14:paraId="74A8DDAE" w14:textId="77777777" w:rsidR="00683844" w:rsidRPr="00505610" w:rsidRDefault="00DF2F1B">
            <w:pPr>
              <w:keepNext/>
              <w:rPr>
                <w:rFonts w:cs="Arial"/>
              </w:rPr>
            </w:pPr>
            <w:r w:rsidRPr="00505610">
              <w:rPr>
                <w:rFonts w:cs="Arial"/>
                <w:b/>
              </w:rPr>
              <w:t>Education</w:t>
            </w:r>
          </w:p>
        </w:tc>
      </w:tr>
      <w:tr w:rsidR="00683844" w:rsidRPr="00505610" w14:paraId="538FF288" w14:textId="77777777" w:rsidTr="000D2F27">
        <w:tc>
          <w:tcPr>
            <w:tcW w:w="1170" w:type="pct"/>
          </w:tcPr>
          <w:p w14:paraId="6C26FCF2" w14:textId="77777777" w:rsidR="00683844" w:rsidRPr="00505610" w:rsidRDefault="00DF2F1B">
            <w:pPr>
              <w:rPr>
                <w:rFonts w:cs="Arial"/>
              </w:rPr>
            </w:pPr>
            <w:r w:rsidRPr="00505610">
              <w:rPr>
                <w:rFonts w:cs="Arial"/>
                <w:sz w:val="16"/>
              </w:rPr>
              <w:t>A levels/College</w:t>
            </w:r>
          </w:p>
        </w:tc>
        <w:tc>
          <w:tcPr>
            <w:tcW w:w="949" w:type="pct"/>
          </w:tcPr>
          <w:p w14:paraId="2EC2B55E" w14:textId="77777777" w:rsidR="00683844" w:rsidRPr="00505610" w:rsidRDefault="00DF2F1B">
            <w:pPr>
              <w:jc w:val="center"/>
              <w:rPr>
                <w:rFonts w:cs="Arial"/>
              </w:rPr>
            </w:pPr>
            <w:r w:rsidRPr="00505610">
              <w:rPr>
                <w:rFonts w:cs="Arial"/>
                <w:sz w:val="16"/>
              </w:rPr>
              <w:t>36,700</w:t>
            </w:r>
          </w:p>
        </w:tc>
        <w:tc>
          <w:tcPr>
            <w:tcW w:w="982" w:type="pct"/>
          </w:tcPr>
          <w:p w14:paraId="7EB4AEBC" w14:textId="77777777" w:rsidR="00683844" w:rsidRPr="00505610" w:rsidRDefault="00DF2F1B">
            <w:pPr>
              <w:jc w:val="center"/>
              <w:rPr>
                <w:rFonts w:cs="Arial"/>
              </w:rPr>
            </w:pPr>
            <w:r w:rsidRPr="00505610">
              <w:rPr>
                <w:rFonts w:cs="Arial"/>
                <w:sz w:val="16"/>
              </w:rPr>
              <w:t>9,896 (27.0)</w:t>
            </w:r>
          </w:p>
        </w:tc>
        <w:tc>
          <w:tcPr>
            <w:tcW w:w="982" w:type="pct"/>
          </w:tcPr>
          <w:p w14:paraId="74A06F75" w14:textId="77777777" w:rsidR="00683844" w:rsidRPr="00505610" w:rsidRDefault="00DF2F1B">
            <w:pPr>
              <w:jc w:val="center"/>
              <w:rPr>
                <w:rFonts w:cs="Arial"/>
              </w:rPr>
            </w:pPr>
            <w:r w:rsidRPr="00505610">
              <w:rPr>
                <w:rFonts w:cs="Arial"/>
                <w:sz w:val="16"/>
              </w:rPr>
              <w:t>14,645 (39.9)</w:t>
            </w:r>
          </w:p>
        </w:tc>
        <w:tc>
          <w:tcPr>
            <w:tcW w:w="917" w:type="pct"/>
          </w:tcPr>
          <w:p w14:paraId="49E0E3CC" w14:textId="77777777" w:rsidR="00683844" w:rsidRPr="00505610" w:rsidRDefault="00DF2F1B">
            <w:pPr>
              <w:jc w:val="center"/>
              <w:rPr>
                <w:rFonts w:cs="Arial"/>
              </w:rPr>
            </w:pPr>
            <w:r w:rsidRPr="00505610">
              <w:rPr>
                <w:rFonts w:cs="Arial"/>
                <w:sz w:val="16"/>
              </w:rPr>
              <w:t>12,159 (33.1)</w:t>
            </w:r>
          </w:p>
        </w:tc>
      </w:tr>
      <w:tr w:rsidR="00683844" w:rsidRPr="00505610" w14:paraId="4A60CD91" w14:textId="77777777" w:rsidTr="000D2F27">
        <w:tc>
          <w:tcPr>
            <w:tcW w:w="1170" w:type="pct"/>
          </w:tcPr>
          <w:p w14:paraId="54583B0C" w14:textId="77777777" w:rsidR="00683844" w:rsidRPr="00505610" w:rsidRDefault="00DF2F1B">
            <w:pPr>
              <w:rPr>
                <w:rFonts w:cs="Arial"/>
              </w:rPr>
            </w:pPr>
            <w:r w:rsidRPr="00505610">
              <w:rPr>
                <w:rFonts w:cs="Arial"/>
                <w:sz w:val="16"/>
              </w:rPr>
              <w:t>Secondary School</w:t>
            </w:r>
          </w:p>
        </w:tc>
        <w:tc>
          <w:tcPr>
            <w:tcW w:w="949" w:type="pct"/>
          </w:tcPr>
          <w:p w14:paraId="57DE2DEC" w14:textId="77777777" w:rsidR="00683844" w:rsidRPr="00505610" w:rsidRDefault="00DF2F1B">
            <w:pPr>
              <w:jc w:val="center"/>
              <w:rPr>
                <w:rFonts w:cs="Arial"/>
              </w:rPr>
            </w:pPr>
            <w:r w:rsidRPr="00505610">
              <w:rPr>
                <w:rFonts w:cs="Arial"/>
                <w:sz w:val="16"/>
              </w:rPr>
              <w:t>30,481</w:t>
            </w:r>
          </w:p>
        </w:tc>
        <w:tc>
          <w:tcPr>
            <w:tcW w:w="982" w:type="pct"/>
          </w:tcPr>
          <w:p w14:paraId="0194AC87" w14:textId="77777777" w:rsidR="00683844" w:rsidRPr="00505610" w:rsidRDefault="00DF2F1B">
            <w:pPr>
              <w:jc w:val="center"/>
              <w:rPr>
                <w:rFonts w:cs="Arial"/>
              </w:rPr>
            </w:pPr>
            <w:r w:rsidRPr="00505610">
              <w:rPr>
                <w:rFonts w:cs="Arial"/>
                <w:sz w:val="16"/>
              </w:rPr>
              <w:t>8,758 (28.7)</w:t>
            </w:r>
          </w:p>
        </w:tc>
        <w:tc>
          <w:tcPr>
            <w:tcW w:w="982" w:type="pct"/>
          </w:tcPr>
          <w:p w14:paraId="3FAB58D6" w14:textId="77777777" w:rsidR="00683844" w:rsidRPr="00505610" w:rsidRDefault="00DF2F1B">
            <w:pPr>
              <w:jc w:val="center"/>
              <w:rPr>
                <w:rFonts w:cs="Arial"/>
              </w:rPr>
            </w:pPr>
            <w:r w:rsidRPr="00505610">
              <w:rPr>
                <w:rFonts w:cs="Arial"/>
                <w:sz w:val="16"/>
              </w:rPr>
              <w:t>11,419 (37.5)</w:t>
            </w:r>
          </w:p>
        </w:tc>
        <w:tc>
          <w:tcPr>
            <w:tcW w:w="917" w:type="pct"/>
          </w:tcPr>
          <w:p w14:paraId="2B7BE083" w14:textId="77777777" w:rsidR="00683844" w:rsidRPr="00505610" w:rsidRDefault="00DF2F1B">
            <w:pPr>
              <w:jc w:val="center"/>
              <w:rPr>
                <w:rFonts w:cs="Arial"/>
              </w:rPr>
            </w:pPr>
            <w:r w:rsidRPr="00505610">
              <w:rPr>
                <w:rFonts w:cs="Arial"/>
                <w:sz w:val="16"/>
              </w:rPr>
              <w:t>10,304 (33.8)</w:t>
            </w:r>
          </w:p>
        </w:tc>
      </w:tr>
      <w:tr w:rsidR="00683844" w:rsidRPr="00505610" w14:paraId="57B8F97D" w14:textId="77777777" w:rsidTr="000D2F27">
        <w:tc>
          <w:tcPr>
            <w:tcW w:w="1170" w:type="pct"/>
          </w:tcPr>
          <w:p w14:paraId="7EBB148E" w14:textId="77777777" w:rsidR="00683844" w:rsidRPr="00505610" w:rsidRDefault="00DF2F1B">
            <w:pPr>
              <w:rPr>
                <w:rFonts w:cs="Arial"/>
              </w:rPr>
            </w:pPr>
            <w:r w:rsidRPr="00505610">
              <w:rPr>
                <w:rFonts w:cs="Arial"/>
                <w:sz w:val="16"/>
              </w:rPr>
              <w:t>University Degree or higher</w:t>
            </w:r>
          </w:p>
        </w:tc>
        <w:tc>
          <w:tcPr>
            <w:tcW w:w="949" w:type="pct"/>
          </w:tcPr>
          <w:p w14:paraId="6A108677" w14:textId="77777777" w:rsidR="00683844" w:rsidRPr="00505610" w:rsidRDefault="00DF2F1B">
            <w:pPr>
              <w:jc w:val="center"/>
              <w:rPr>
                <w:rFonts w:cs="Arial"/>
              </w:rPr>
            </w:pPr>
            <w:r w:rsidRPr="00505610">
              <w:rPr>
                <w:rFonts w:cs="Arial"/>
                <w:sz w:val="16"/>
              </w:rPr>
              <w:t>58,008</w:t>
            </w:r>
          </w:p>
        </w:tc>
        <w:tc>
          <w:tcPr>
            <w:tcW w:w="982" w:type="pct"/>
          </w:tcPr>
          <w:p w14:paraId="17037F3D" w14:textId="77777777" w:rsidR="00683844" w:rsidRPr="00505610" w:rsidRDefault="00DF2F1B">
            <w:pPr>
              <w:jc w:val="center"/>
              <w:rPr>
                <w:rFonts w:cs="Arial"/>
              </w:rPr>
            </w:pPr>
            <w:r w:rsidRPr="00505610">
              <w:rPr>
                <w:rFonts w:cs="Arial"/>
                <w:sz w:val="16"/>
              </w:rPr>
              <w:t>17,632 (30.4)</w:t>
            </w:r>
          </w:p>
        </w:tc>
        <w:tc>
          <w:tcPr>
            <w:tcW w:w="982" w:type="pct"/>
          </w:tcPr>
          <w:p w14:paraId="7C35123C" w14:textId="77777777" w:rsidR="00683844" w:rsidRPr="00505610" w:rsidRDefault="00DF2F1B">
            <w:pPr>
              <w:jc w:val="center"/>
              <w:rPr>
                <w:rFonts w:cs="Arial"/>
              </w:rPr>
            </w:pPr>
            <w:r w:rsidRPr="00505610">
              <w:rPr>
                <w:rFonts w:cs="Arial"/>
                <w:sz w:val="16"/>
              </w:rPr>
              <w:t>25,288 (43.6)</w:t>
            </w:r>
          </w:p>
        </w:tc>
        <w:tc>
          <w:tcPr>
            <w:tcW w:w="917" w:type="pct"/>
          </w:tcPr>
          <w:p w14:paraId="1B098827" w14:textId="77777777" w:rsidR="00683844" w:rsidRPr="00505610" w:rsidRDefault="00DF2F1B">
            <w:pPr>
              <w:jc w:val="center"/>
              <w:rPr>
                <w:rFonts w:cs="Arial"/>
              </w:rPr>
            </w:pPr>
            <w:r w:rsidRPr="00505610">
              <w:rPr>
                <w:rFonts w:cs="Arial"/>
                <w:sz w:val="16"/>
              </w:rPr>
              <w:t>15,088 (26.0)</w:t>
            </w:r>
          </w:p>
        </w:tc>
      </w:tr>
      <w:tr w:rsidR="00683844" w:rsidRPr="00505610" w14:paraId="1730BFB0" w14:textId="77777777" w:rsidTr="000D2F27">
        <w:tc>
          <w:tcPr>
            <w:tcW w:w="1170" w:type="pct"/>
          </w:tcPr>
          <w:p w14:paraId="6E480886" w14:textId="77777777" w:rsidR="00683844" w:rsidRPr="00505610" w:rsidRDefault="00DF2F1B">
            <w:pPr>
              <w:rPr>
                <w:rFonts w:cs="Arial"/>
              </w:rPr>
            </w:pPr>
            <w:r w:rsidRPr="00505610">
              <w:rPr>
                <w:rFonts w:cs="Arial"/>
                <w:i/>
                <w:sz w:val="16"/>
              </w:rPr>
              <w:t>Missing</w:t>
            </w:r>
          </w:p>
        </w:tc>
        <w:tc>
          <w:tcPr>
            <w:tcW w:w="949" w:type="pct"/>
          </w:tcPr>
          <w:p w14:paraId="5C7BEDE5" w14:textId="77777777" w:rsidR="00683844" w:rsidRPr="00505610" w:rsidRDefault="00DF2F1B">
            <w:pPr>
              <w:jc w:val="center"/>
              <w:rPr>
                <w:rFonts w:cs="Arial"/>
              </w:rPr>
            </w:pPr>
            <w:r w:rsidRPr="00505610">
              <w:rPr>
                <w:rFonts w:cs="Arial"/>
                <w:i/>
                <w:sz w:val="16"/>
              </w:rPr>
              <w:t>10,533</w:t>
            </w:r>
          </w:p>
        </w:tc>
        <w:tc>
          <w:tcPr>
            <w:tcW w:w="982" w:type="pct"/>
          </w:tcPr>
          <w:p w14:paraId="196255B7" w14:textId="77777777" w:rsidR="00683844" w:rsidRPr="00505610" w:rsidRDefault="00DF2F1B">
            <w:pPr>
              <w:jc w:val="center"/>
              <w:rPr>
                <w:rFonts w:cs="Arial"/>
              </w:rPr>
            </w:pPr>
            <w:r w:rsidRPr="00505610">
              <w:rPr>
                <w:rFonts w:cs="Arial"/>
                <w:i/>
                <w:sz w:val="16"/>
              </w:rPr>
              <w:t>2,442 (23.2)</w:t>
            </w:r>
          </w:p>
        </w:tc>
        <w:tc>
          <w:tcPr>
            <w:tcW w:w="982" w:type="pct"/>
          </w:tcPr>
          <w:p w14:paraId="6C7F1A0E" w14:textId="77777777" w:rsidR="00683844" w:rsidRPr="00505610" w:rsidRDefault="00DF2F1B">
            <w:pPr>
              <w:jc w:val="center"/>
              <w:rPr>
                <w:rFonts w:cs="Arial"/>
              </w:rPr>
            </w:pPr>
            <w:r w:rsidRPr="00505610">
              <w:rPr>
                <w:rFonts w:cs="Arial"/>
                <w:i/>
                <w:sz w:val="16"/>
              </w:rPr>
              <w:t>4,274 (40.6)</w:t>
            </w:r>
          </w:p>
        </w:tc>
        <w:tc>
          <w:tcPr>
            <w:tcW w:w="917" w:type="pct"/>
          </w:tcPr>
          <w:p w14:paraId="63177D5A" w14:textId="77777777" w:rsidR="00683844" w:rsidRPr="00505610" w:rsidRDefault="00DF2F1B">
            <w:pPr>
              <w:jc w:val="center"/>
              <w:rPr>
                <w:rFonts w:cs="Arial"/>
              </w:rPr>
            </w:pPr>
            <w:r w:rsidRPr="00505610">
              <w:rPr>
                <w:rFonts w:cs="Arial"/>
                <w:i/>
                <w:sz w:val="16"/>
              </w:rPr>
              <w:t>3,817 (36.2)</w:t>
            </w:r>
          </w:p>
        </w:tc>
      </w:tr>
      <w:tr w:rsidR="00683844" w:rsidRPr="00505610" w14:paraId="7946E838" w14:textId="77777777" w:rsidTr="000D2F27">
        <w:tc>
          <w:tcPr>
            <w:tcW w:w="5000" w:type="pct"/>
            <w:gridSpan w:val="5"/>
          </w:tcPr>
          <w:p w14:paraId="44367C2F" w14:textId="77777777" w:rsidR="00683844" w:rsidRPr="00505610" w:rsidRDefault="00DF2F1B">
            <w:pPr>
              <w:keepNext/>
              <w:rPr>
                <w:rFonts w:cs="Arial"/>
              </w:rPr>
            </w:pPr>
            <w:r w:rsidRPr="00505610">
              <w:rPr>
                <w:rFonts w:cs="Arial"/>
                <w:b/>
              </w:rPr>
              <w:t>Employment</w:t>
            </w:r>
          </w:p>
        </w:tc>
      </w:tr>
      <w:tr w:rsidR="00683844" w:rsidRPr="00505610" w14:paraId="03A99D2F" w14:textId="77777777" w:rsidTr="000D2F27">
        <w:tc>
          <w:tcPr>
            <w:tcW w:w="1170" w:type="pct"/>
          </w:tcPr>
          <w:p w14:paraId="3047A1AF" w14:textId="77777777" w:rsidR="00683844" w:rsidRPr="00505610" w:rsidRDefault="00DF2F1B">
            <w:pPr>
              <w:rPr>
                <w:rFonts w:cs="Arial"/>
              </w:rPr>
            </w:pPr>
            <w:r w:rsidRPr="00505610">
              <w:rPr>
                <w:rFonts w:cs="Arial"/>
                <w:sz w:val="16"/>
              </w:rPr>
              <w:t>Employed full-time</w:t>
            </w:r>
          </w:p>
        </w:tc>
        <w:tc>
          <w:tcPr>
            <w:tcW w:w="949" w:type="pct"/>
          </w:tcPr>
          <w:p w14:paraId="47127B49" w14:textId="77777777" w:rsidR="00683844" w:rsidRPr="00505610" w:rsidRDefault="00DF2F1B">
            <w:pPr>
              <w:jc w:val="center"/>
              <w:rPr>
                <w:rFonts w:cs="Arial"/>
              </w:rPr>
            </w:pPr>
            <w:r w:rsidRPr="00505610">
              <w:rPr>
                <w:rFonts w:cs="Arial"/>
                <w:sz w:val="16"/>
              </w:rPr>
              <w:t>38,388</w:t>
            </w:r>
          </w:p>
        </w:tc>
        <w:tc>
          <w:tcPr>
            <w:tcW w:w="982" w:type="pct"/>
          </w:tcPr>
          <w:p w14:paraId="2B1068A7" w14:textId="77777777" w:rsidR="00683844" w:rsidRPr="00505610" w:rsidRDefault="00DF2F1B">
            <w:pPr>
              <w:jc w:val="center"/>
              <w:rPr>
                <w:rFonts w:cs="Arial"/>
              </w:rPr>
            </w:pPr>
            <w:r w:rsidRPr="00505610">
              <w:rPr>
                <w:rFonts w:cs="Arial"/>
                <w:sz w:val="16"/>
              </w:rPr>
              <w:t>8,777 (22.9)</w:t>
            </w:r>
          </w:p>
        </w:tc>
        <w:tc>
          <w:tcPr>
            <w:tcW w:w="982" w:type="pct"/>
          </w:tcPr>
          <w:p w14:paraId="2F8B8CEF" w14:textId="77777777" w:rsidR="00683844" w:rsidRPr="00505610" w:rsidRDefault="00DF2F1B">
            <w:pPr>
              <w:jc w:val="center"/>
              <w:rPr>
                <w:rFonts w:cs="Arial"/>
              </w:rPr>
            </w:pPr>
            <w:r w:rsidRPr="00505610">
              <w:rPr>
                <w:rFonts w:cs="Arial"/>
                <w:sz w:val="16"/>
              </w:rPr>
              <w:t>17,152 (44.7)</w:t>
            </w:r>
          </w:p>
        </w:tc>
        <w:tc>
          <w:tcPr>
            <w:tcW w:w="917" w:type="pct"/>
          </w:tcPr>
          <w:p w14:paraId="17AA847E" w14:textId="77777777" w:rsidR="00683844" w:rsidRPr="00505610" w:rsidRDefault="00DF2F1B">
            <w:pPr>
              <w:jc w:val="center"/>
              <w:rPr>
                <w:rFonts w:cs="Arial"/>
              </w:rPr>
            </w:pPr>
            <w:r w:rsidRPr="00505610">
              <w:rPr>
                <w:rFonts w:cs="Arial"/>
                <w:sz w:val="16"/>
              </w:rPr>
              <w:t>12,459 (32.5)</w:t>
            </w:r>
          </w:p>
        </w:tc>
      </w:tr>
      <w:tr w:rsidR="00683844" w:rsidRPr="00505610" w14:paraId="78B51894" w14:textId="77777777" w:rsidTr="000D2F27">
        <w:tc>
          <w:tcPr>
            <w:tcW w:w="1170" w:type="pct"/>
          </w:tcPr>
          <w:p w14:paraId="1CFFCB86" w14:textId="77777777" w:rsidR="00683844" w:rsidRPr="00505610" w:rsidRDefault="00DF2F1B">
            <w:pPr>
              <w:rPr>
                <w:rFonts w:cs="Arial"/>
              </w:rPr>
            </w:pPr>
            <w:r w:rsidRPr="00505610">
              <w:rPr>
                <w:rFonts w:cs="Arial"/>
                <w:sz w:val="16"/>
              </w:rPr>
              <w:t>Employed part-time</w:t>
            </w:r>
          </w:p>
        </w:tc>
        <w:tc>
          <w:tcPr>
            <w:tcW w:w="949" w:type="pct"/>
          </w:tcPr>
          <w:p w14:paraId="1C2F970B" w14:textId="77777777" w:rsidR="00683844" w:rsidRPr="00505610" w:rsidRDefault="00DF2F1B">
            <w:pPr>
              <w:jc w:val="center"/>
              <w:rPr>
                <w:rFonts w:cs="Arial"/>
              </w:rPr>
            </w:pPr>
            <w:r w:rsidRPr="00505610">
              <w:rPr>
                <w:rFonts w:cs="Arial"/>
                <w:sz w:val="16"/>
              </w:rPr>
              <w:t>14,604</w:t>
            </w:r>
          </w:p>
        </w:tc>
        <w:tc>
          <w:tcPr>
            <w:tcW w:w="982" w:type="pct"/>
          </w:tcPr>
          <w:p w14:paraId="68C23FC9" w14:textId="77777777" w:rsidR="00683844" w:rsidRPr="00505610" w:rsidRDefault="00DF2F1B">
            <w:pPr>
              <w:jc w:val="center"/>
              <w:rPr>
                <w:rFonts w:cs="Arial"/>
              </w:rPr>
            </w:pPr>
            <w:r w:rsidRPr="00505610">
              <w:rPr>
                <w:rFonts w:cs="Arial"/>
                <w:sz w:val="16"/>
              </w:rPr>
              <w:t>3,928 (26.9)</w:t>
            </w:r>
          </w:p>
        </w:tc>
        <w:tc>
          <w:tcPr>
            <w:tcW w:w="982" w:type="pct"/>
          </w:tcPr>
          <w:p w14:paraId="7F15E419" w14:textId="77777777" w:rsidR="00683844" w:rsidRPr="00505610" w:rsidRDefault="00DF2F1B">
            <w:pPr>
              <w:jc w:val="center"/>
              <w:rPr>
                <w:rFonts w:cs="Arial"/>
              </w:rPr>
            </w:pPr>
            <w:r w:rsidRPr="00505610">
              <w:rPr>
                <w:rFonts w:cs="Arial"/>
                <w:sz w:val="16"/>
              </w:rPr>
              <w:t>6,663 (45.6)</w:t>
            </w:r>
          </w:p>
        </w:tc>
        <w:tc>
          <w:tcPr>
            <w:tcW w:w="917" w:type="pct"/>
          </w:tcPr>
          <w:p w14:paraId="05DC8A5F" w14:textId="77777777" w:rsidR="00683844" w:rsidRPr="00505610" w:rsidRDefault="00DF2F1B">
            <w:pPr>
              <w:jc w:val="center"/>
              <w:rPr>
                <w:rFonts w:cs="Arial"/>
              </w:rPr>
            </w:pPr>
            <w:r w:rsidRPr="00505610">
              <w:rPr>
                <w:rFonts w:cs="Arial"/>
                <w:sz w:val="16"/>
              </w:rPr>
              <w:t>4,013 (27.5)</w:t>
            </w:r>
          </w:p>
        </w:tc>
      </w:tr>
      <w:tr w:rsidR="00683844" w:rsidRPr="00505610" w14:paraId="57B5476A" w14:textId="77777777" w:rsidTr="000D2F27">
        <w:tc>
          <w:tcPr>
            <w:tcW w:w="1170" w:type="pct"/>
          </w:tcPr>
          <w:p w14:paraId="567CDD33" w14:textId="77777777" w:rsidR="00683844" w:rsidRPr="00505610" w:rsidRDefault="00DF2F1B">
            <w:pPr>
              <w:rPr>
                <w:rFonts w:cs="Arial"/>
              </w:rPr>
            </w:pPr>
            <w:r w:rsidRPr="00505610">
              <w:rPr>
                <w:rFonts w:cs="Arial"/>
                <w:sz w:val="16"/>
              </w:rPr>
              <w:t>Furloughed</w:t>
            </w:r>
          </w:p>
        </w:tc>
        <w:tc>
          <w:tcPr>
            <w:tcW w:w="949" w:type="pct"/>
          </w:tcPr>
          <w:p w14:paraId="0F3EDBE6" w14:textId="77777777" w:rsidR="00683844" w:rsidRPr="00505610" w:rsidRDefault="00DF2F1B">
            <w:pPr>
              <w:jc w:val="center"/>
              <w:rPr>
                <w:rFonts w:cs="Arial"/>
              </w:rPr>
            </w:pPr>
            <w:r w:rsidRPr="00505610">
              <w:rPr>
                <w:rFonts w:cs="Arial"/>
                <w:sz w:val="16"/>
              </w:rPr>
              <w:t>54</w:t>
            </w:r>
          </w:p>
        </w:tc>
        <w:tc>
          <w:tcPr>
            <w:tcW w:w="982" w:type="pct"/>
          </w:tcPr>
          <w:p w14:paraId="7986CF62" w14:textId="77777777" w:rsidR="00683844" w:rsidRPr="00505610" w:rsidRDefault="00DF2F1B">
            <w:pPr>
              <w:jc w:val="center"/>
              <w:rPr>
                <w:rFonts w:cs="Arial"/>
              </w:rPr>
            </w:pPr>
            <w:r w:rsidRPr="00505610">
              <w:rPr>
                <w:rFonts w:cs="Arial"/>
                <w:sz w:val="16"/>
              </w:rPr>
              <w:t>3 (5.6)</w:t>
            </w:r>
          </w:p>
        </w:tc>
        <w:tc>
          <w:tcPr>
            <w:tcW w:w="982" w:type="pct"/>
          </w:tcPr>
          <w:p w14:paraId="43CED1B8" w14:textId="77777777" w:rsidR="00683844" w:rsidRPr="00505610" w:rsidRDefault="00DF2F1B">
            <w:pPr>
              <w:jc w:val="center"/>
              <w:rPr>
                <w:rFonts w:cs="Arial"/>
              </w:rPr>
            </w:pPr>
            <w:r w:rsidRPr="00505610">
              <w:rPr>
                <w:rFonts w:cs="Arial"/>
                <w:sz w:val="16"/>
              </w:rPr>
              <w:t>14 (25.9)</w:t>
            </w:r>
          </w:p>
        </w:tc>
        <w:tc>
          <w:tcPr>
            <w:tcW w:w="917" w:type="pct"/>
          </w:tcPr>
          <w:p w14:paraId="70506811" w14:textId="77777777" w:rsidR="00683844" w:rsidRPr="00505610" w:rsidRDefault="00DF2F1B">
            <w:pPr>
              <w:jc w:val="center"/>
              <w:rPr>
                <w:rFonts w:cs="Arial"/>
              </w:rPr>
            </w:pPr>
            <w:r w:rsidRPr="00505610">
              <w:rPr>
                <w:rFonts w:cs="Arial"/>
                <w:sz w:val="16"/>
              </w:rPr>
              <w:t>37 (68.5)</w:t>
            </w:r>
          </w:p>
        </w:tc>
      </w:tr>
      <w:tr w:rsidR="00683844" w:rsidRPr="00505610" w14:paraId="06763B00" w14:textId="77777777" w:rsidTr="000D2F27">
        <w:tc>
          <w:tcPr>
            <w:tcW w:w="1170" w:type="pct"/>
          </w:tcPr>
          <w:p w14:paraId="60819548" w14:textId="77777777" w:rsidR="00683844" w:rsidRPr="00505610" w:rsidRDefault="00DF2F1B">
            <w:pPr>
              <w:rPr>
                <w:rFonts w:cs="Arial"/>
              </w:rPr>
            </w:pPr>
            <w:r w:rsidRPr="00505610">
              <w:rPr>
                <w:rFonts w:cs="Arial"/>
                <w:sz w:val="16"/>
              </w:rPr>
              <w:t>Other</w:t>
            </w:r>
          </w:p>
        </w:tc>
        <w:tc>
          <w:tcPr>
            <w:tcW w:w="949" w:type="pct"/>
          </w:tcPr>
          <w:p w14:paraId="6648DAF2" w14:textId="77777777" w:rsidR="00683844" w:rsidRPr="00505610" w:rsidRDefault="00DF2F1B">
            <w:pPr>
              <w:jc w:val="center"/>
              <w:rPr>
                <w:rFonts w:cs="Arial"/>
              </w:rPr>
            </w:pPr>
            <w:r w:rsidRPr="00505610">
              <w:rPr>
                <w:rFonts w:cs="Arial"/>
                <w:sz w:val="16"/>
              </w:rPr>
              <w:t>4,083</w:t>
            </w:r>
          </w:p>
        </w:tc>
        <w:tc>
          <w:tcPr>
            <w:tcW w:w="982" w:type="pct"/>
          </w:tcPr>
          <w:p w14:paraId="1404766B" w14:textId="77777777" w:rsidR="00683844" w:rsidRPr="00505610" w:rsidRDefault="00DF2F1B">
            <w:pPr>
              <w:jc w:val="center"/>
              <w:rPr>
                <w:rFonts w:cs="Arial"/>
              </w:rPr>
            </w:pPr>
            <w:r w:rsidRPr="00505610">
              <w:rPr>
                <w:rFonts w:cs="Arial"/>
                <w:sz w:val="16"/>
              </w:rPr>
              <w:t>410 (10.0)</w:t>
            </w:r>
          </w:p>
        </w:tc>
        <w:tc>
          <w:tcPr>
            <w:tcW w:w="982" w:type="pct"/>
          </w:tcPr>
          <w:p w14:paraId="0A3FAE0E" w14:textId="77777777" w:rsidR="00683844" w:rsidRPr="00505610" w:rsidRDefault="00DF2F1B">
            <w:pPr>
              <w:jc w:val="center"/>
              <w:rPr>
                <w:rFonts w:cs="Arial"/>
              </w:rPr>
            </w:pPr>
            <w:r w:rsidRPr="00505610">
              <w:rPr>
                <w:rFonts w:cs="Arial"/>
                <w:sz w:val="16"/>
              </w:rPr>
              <w:t>1,114 (27.3)</w:t>
            </w:r>
          </w:p>
        </w:tc>
        <w:tc>
          <w:tcPr>
            <w:tcW w:w="917" w:type="pct"/>
          </w:tcPr>
          <w:p w14:paraId="480517FE" w14:textId="77777777" w:rsidR="00683844" w:rsidRPr="00505610" w:rsidRDefault="00DF2F1B">
            <w:pPr>
              <w:jc w:val="center"/>
              <w:rPr>
                <w:rFonts w:cs="Arial"/>
              </w:rPr>
            </w:pPr>
            <w:r w:rsidRPr="00505610">
              <w:rPr>
                <w:rFonts w:cs="Arial"/>
                <w:sz w:val="16"/>
              </w:rPr>
              <w:t>2,559 (62.7)</w:t>
            </w:r>
          </w:p>
        </w:tc>
      </w:tr>
      <w:tr w:rsidR="00683844" w:rsidRPr="00505610" w14:paraId="20E0F161" w14:textId="77777777" w:rsidTr="000D2F27">
        <w:tc>
          <w:tcPr>
            <w:tcW w:w="1170" w:type="pct"/>
          </w:tcPr>
          <w:p w14:paraId="00C22CAC" w14:textId="77777777" w:rsidR="00683844" w:rsidRPr="00505610" w:rsidRDefault="00DF2F1B">
            <w:pPr>
              <w:rPr>
                <w:rFonts w:cs="Arial"/>
              </w:rPr>
            </w:pPr>
            <w:r w:rsidRPr="00505610">
              <w:rPr>
                <w:rFonts w:cs="Arial"/>
                <w:sz w:val="16"/>
              </w:rPr>
              <w:t>Retired</w:t>
            </w:r>
          </w:p>
        </w:tc>
        <w:tc>
          <w:tcPr>
            <w:tcW w:w="949" w:type="pct"/>
          </w:tcPr>
          <w:p w14:paraId="34386268" w14:textId="77777777" w:rsidR="00683844" w:rsidRPr="00505610" w:rsidRDefault="00DF2F1B">
            <w:pPr>
              <w:jc w:val="center"/>
              <w:rPr>
                <w:rFonts w:cs="Arial"/>
              </w:rPr>
            </w:pPr>
            <w:r w:rsidRPr="00505610">
              <w:rPr>
                <w:rFonts w:cs="Arial"/>
                <w:sz w:val="16"/>
              </w:rPr>
              <w:t>45,038</w:t>
            </w:r>
          </w:p>
        </w:tc>
        <w:tc>
          <w:tcPr>
            <w:tcW w:w="982" w:type="pct"/>
          </w:tcPr>
          <w:p w14:paraId="7223F1CB" w14:textId="77777777" w:rsidR="00683844" w:rsidRPr="00505610" w:rsidRDefault="00DF2F1B">
            <w:pPr>
              <w:jc w:val="center"/>
              <w:rPr>
                <w:rFonts w:cs="Arial"/>
              </w:rPr>
            </w:pPr>
            <w:r w:rsidRPr="00505610">
              <w:rPr>
                <w:rFonts w:cs="Arial"/>
                <w:sz w:val="16"/>
              </w:rPr>
              <w:t>18,961 (42.1)</w:t>
            </w:r>
          </w:p>
        </w:tc>
        <w:tc>
          <w:tcPr>
            <w:tcW w:w="982" w:type="pct"/>
          </w:tcPr>
          <w:p w14:paraId="67FFDF0F" w14:textId="77777777" w:rsidR="00683844" w:rsidRPr="00505610" w:rsidRDefault="00DF2F1B">
            <w:pPr>
              <w:jc w:val="center"/>
              <w:rPr>
                <w:rFonts w:cs="Arial"/>
              </w:rPr>
            </w:pPr>
            <w:r w:rsidRPr="00505610">
              <w:rPr>
                <w:rFonts w:cs="Arial"/>
                <w:sz w:val="16"/>
              </w:rPr>
              <w:t>18,303 (40.6)</w:t>
            </w:r>
          </w:p>
        </w:tc>
        <w:tc>
          <w:tcPr>
            <w:tcW w:w="917" w:type="pct"/>
          </w:tcPr>
          <w:p w14:paraId="5E1D30AB" w14:textId="77777777" w:rsidR="00683844" w:rsidRPr="00505610" w:rsidRDefault="00DF2F1B">
            <w:pPr>
              <w:jc w:val="center"/>
              <w:rPr>
                <w:rFonts w:cs="Arial"/>
              </w:rPr>
            </w:pPr>
            <w:r w:rsidRPr="00505610">
              <w:rPr>
                <w:rFonts w:cs="Arial"/>
                <w:sz w:val="16"/>
              </w:rPr>
              <w:t>7,774 (17.3)</w:t>
            </w:r>
          </w:p>
        </w:tc>
      </w:tr>
      <w:tr w:rsidR="00683844" w:rsidRPr="00505610" w14:paraId="4DB6108F" w14:textId="77777777" w:rsidTr="000D2F27">
        <w:tc>
          <w:tcPr>
            <w:tcW w:w="1170" w:type="pct"/>
          </w:tcPr>
          <w:p w14:paraId="7098E73C" w14:textId="77777777" w:rsidR="00683844" w:rsidRPr="00505610" w:rsidRDefault="00DF2F1B">
            <w:pPr>
              <w:rPr>
                <w:rFonts w:cs="Arial"/>
              </w:rPr>
            </w:pPr>
            <w:r w:rsidRPr="00505610">
              <w:rPr>
                <w:rFonts w:cs="Arial"/>
                <w:sz w:val="16"/>
              </w:rPr>
              <w:t>Self-employed</w:t>
            </w:r>
          </w:p>
        </w:tc>
        <w:tc>
          <w:tcPr>
            <w:tcW w:w="949" w:type="pct"/>
          </w:tcPr>
          <w:p w14:paraId="34EBD033" w14:textId="77777777" w:rsidR="00683844" w:rsidRPr="00505610" w:rsidRDefault="00DF2F1B">
            <w:pPr>
              <w:jc w:val="center"/>
              <w:rPr>
                <w:rFonts w:cs="Arial"/>
              </w:rPr>
            </w:pPr>
            <w:r w:rsidRPr="00505610">
              <w:rPr>
                <w:rFonts w:cs="Arial"/>
                <w:sz w:val="16"/>
              </w:rPr>
              <w:t>7,608</w:t>
            </w:r>
          </w:p>
        </w:tc>
        <w:tc>
          <w:tcPr>
            <w:tcW w:w="982" w:type="pct"/>
          </w:tcPr>
          <w:p w14:paraId="559F017A" w14:textId="77777777" w:rsidR="00683844" w:rsidRPr="00505610" w:rsidRDefault="00DF2F1B">
            <w:pPr>
              <w:jc w:val="center"/>
              <w:rPr>
                <w:rFonts w:cs="Arial"/>
              </w:rPr>
            </w:pPr>
            <w:r w:rsidRPr="00505610">
              <w:rPr>
                <w:rFonts w:cs="Arial"/>
                <w:sz w:val="16"/>
              </w:rPr>
              <w:t>2,443 (32.1)</w:t>
            </w:r>
          </w:p>
        </w:tc>
        <w:tc>
          <w:tcPr>
            <w:tcW w:w="982" w:type="pct"/>
          </w:tcPr>
          <w:p w14:paraId="50089410" w14:textId="77777777" w:rsidR="00683844" w:rsidRPr="00505610" w:rsidRDefault="00DF2F1B">
            <w:pPr>
              <w:jc w:val="center"/>
              <w:rPr>
                <w:rFonts w:cs="Arial"/>
              </w:rPr>
            </w:pPr>
            <w:r w:rsidRPr="00505610">
              <w:rPr>
                <w:rFonts w:cs="Arial"/>
                <w:sz w:val="16"/>
              </w:rPr>
              <w:t>3,140 (41.3)</w:t>
            </w:r>
          </w:p>
        </w:tc>
        <w:tc>
          <w:tcPr>
            <w:tcW w:w="917" w:type="pct"/>
          </w:tcPr>
          <w:p w14:paraId="7425157B" w14:textId="77777777" w:rsidR="00683844" w:rsidRPr="00505610" w:rsidRDefault="00DF2F1B">
            <w:pPr>
              <w:jc w:val="center"/>
              <w:rPr>
                <w:rFonts w:cs="Arial"/>
              </w:rPr>
            </w:pPr>
            <w:r w:rsidRPr="00505610">
              <w:rPr>
                <w:rFonts w:cs="Arial"/>
                <w:sz w:val="16"/>
              </w:rPr>
              <w:t>2,025 (26.6)</w:t>
            </w:r>
          </w:p>
        </w:tc>
      </w:tr>
      <w:tr w:rsidR="00683844" w:rsidRPr="00505610" w14:paraId="16761091" w14:textId="77777777" w:rsidTr="000D2F27">
        <w:tc>
          <w:tcPr>
            <w:tcW w:w="1170" w:type="pct"/>
          </w:tcPr>
          <w:p w14:paraId="5CA627F9" w14:textId="77777777" w:rsidR="00683844" w:rsidRPr="00505610" w:rsidRDefault="00DF2F1B">
            <w:pPr>
              <w:rPr>
                <w:rFonts w:cs="Arial"/>
              </w:rPr>
            </w:pPr>
            <w:r w:rsidRPr="00505610">
              <w:rPr>
                <w:rFonts w:cs="Arial"/>
                <w:sz w:val="16"/>
              </w:rPr>
              <w:t>Student (full or part-time)</w:t>
            </w:r>
          </w:p>
        </w:tc>
        <w:tc>
          <w:tcPr>
            <w:tcW w:w="949" w:type="pct"/>
          </w:tcPr>
          <w:p w14:paraId="6D58561E" w14:textId="77777777" w:rsidR="00683844" w:rsidRPr="00505610" w:rsidRDefault="00DF2F1B">
            <w:pPr>
              <w:jc w:val="center"/>
              <w:rPr>
                <w:rFonts w:cs="Arial"/>
              </w:rPr>
            </w:pPr>
            <w:r w:rsidRPr="00505610">
              <w:rPr>
                <w:rFonts w:cs="Arial"/>
                <w:sz w:val="16"/>
              </w:rPr>
              <w:t>3,733</w:t>
            </w:r>
          </w:p>
        </w:tc>
        <w:tc>
          <w:tcPr>
            <w:tcW w:w="982" w:type="pct"/>
          </w:tcPr>
          <w:p w14:paraId="70ECB4DB" w14:textId="77777777" w:rsidR="00683844" w:rsidRPr="00505610" w:rsidRDefault="00DF2F1B">
            <w:pPr>
              <w:jc w:val="center"/>
              <w:rPr>
                <w:rFonts w:cs="Arial"/>
              </w:rPr>
            </w:pPr>
            <w:r w:rsidRPr="00505610">
              <w:rPr>
                <w:rFonts w:cs="Arial"/>
                <w:sz w:val="16"/>
              </w:rPr>
              <w:t>305 (8.2)</w:t>
            </w:r>
          </w:p>
        </w:tc>
        <w:tc>
          <w:tcPr>
            <w:tcW w:w="982" w:type="pct"/>
          </w:tcPr>
          <w:p w14:paraId="43E32E6B" w14:textId="77777777" w:rsidR="00683844" w:rsidRPr="00505610" w:rsidRDefault="00DF2F1B">
            <w:pPr>
              <w:jc w:val="center"/>
              <w:rPr>
                <w:rFonts w:cs="Arial"/>
              </w:rPr>
            </w:pPr>
            <w:r w:rsidRPr="00505610">
              <w:rPr>
                <w:rFonts w:cs="Arial"/>
                <w:sz w:val="16"/>
              </w:rPr>
              <w:t>1,533 (41.1)</w:t>
            </w:r>
          </w:p>
        </w:tc>
        <w:tc>
          <w:tcPr>
            <w:tcW w:w="917" w:type="pct"/>
          </w:tcPr>
          <w:p w14:paraId="7D789842" w14:textId="77777777" w:rsidR="00683844" w:rsidRPr="00505610" w:rsidRDefault="00DF2F1B">
            <w:pPr>
              <w:jc w:val="center"/>
              <w:rPr>
                <w:rFonts w:cs="Arial"/>
              </w:rPr>
            </w:pPr>
            <w:r w:rsidRPr="00505610">
              <w:rPr>
                <w:rFonts w:cs="Arial"/>
                <w:sz w:val="16"/>
              </w:rPr>
              <w:t>1,895 (50.8)</w:t>
            </w:r>
          </w:p>
        </w:tc>
      </w:tr>
      <w:tr w:rsidR="00683844" w:rsidRPr="00505610" w14:paraId="1A96D0CD" w14:textId="77777777" w:rsidTr="000D2F27">
        <w:tc>
          <w:tcPr>
            <w:tcW w:w="1170" w:type="pct"/>
          </w:tcPr>
          <w:p w14:paraId="4A66566E" w14:textId="77777777" w:rsidR="00683844" w:rsidRPr="00505610" w:rsidRDefault="00DF2F1B">
            <w:pPr>
              <w:rPr>
                <w:rFonts w:cs="Arial"/>
              </w:rPr>
            </w:pPr>
            <w:r w:rsidRPr="00505610">
              <w:rPr>
                <w:rFonts w:cs="Arial"/>
                <w:sz w:val="16"/>
              </w:rPr>
              <w:t>Unemployed</w:t>
            </w:r>
          </w:p>
        </w:tc>
        <w:tc>
          <w:tcPr>
            <w:tcW w:w="949" w:type="pct"/>
          </w:tcPr>
          <w:p w14:paraId="530E85F0" w14:textId="77777777" w:rsidR="00683844" w:rsidRPr="00505610" w:rsidRDefault="00DF2F1B">
            <w:pPr>
              <w:jc w:val="center"/>
              <w:rPr>
                <w:rFonts w:cs="Arial"/>
              </w:rPr>
            </w:pPr>
            <w:r w:rsidRPr="00505610">
              <w:rPr>
                <w:rFonts w:cs="Arial"/>
                <w:sz w:val="16"/>
              </w:rPr>
              <w:t>7,629</w:t>
            </w:r>
          </w:p>
        </w:tc>
        <w:tc>
          <w:tcPr>
            <w:tcW w:w="982" w:type="pct"/>
          </w:tcPr>
          <w:p w14:paraId="6F352911" w14:textId="77777777" w:rsidR="00683844" w:rsidRPr="00505610" w:rsidRDefault="00DF2F1B">
            <w:pPr>
              <w:jc w:val="center"/>
              <w:rPr>
                <w:rFonts w:cs="Arial"/>
              </w:rPr>
            </w:pPr>
            <w:r w:rsidRPr="00505610">
              <w:rPr>
                <w:rFonts w:cs="Arial"/>
                <w:sz w:val="16"/>
              </w:rPr>
              <w:t>461 (6.0)</w:t>
            </w:r>
          </w:p>
        </w:tc>
        <w:tc>
          <w:tcPr>
            <w:tcW w:w="982" w:type="pct"/>
          </w:tcPr>
          <w:p w14:paraId="65756C0E" w14:textId="77777777" w:rsidR="00683844" w:rsidRPr="00505610" w:rsidRDefault="00DF2F1B">
            <w:pPr>
              <w:jc w:val="center"/>
              <w:rPr>
                <w:rFonts w:cs="Arial"/>
              </w:rPr>
            </w:pPr>
            <w:r w:rsidRPr="00505610">
              <w:rPr>
                <w:rFonts w:cs="Arial"/>
                <w:sz w:val="16"/>
              </w:rPr>
              <w:t>1,855 (24.3)</w:t>
            </w:r>
          </w:p>
        </w:tc>
        <w:tc>
          <w:tcPr>
            <w:tcW w:w="917" w:type="pct"/>
          </w:tcPr>
          <w:p w14:paraId="64BF5117" w14:textId="77777777" w:rsidR="00683844" w:rsidRPr="00505610" w:rsidRDefault="00DF2F1B">
            <w:pPr>
              <w:jc w:val="center"/>
              <w:rPr>
                <w:rFonts w:cs="Arial"/>
              </w:rPr>
            </w:pPr>
            <w:r w:rsidRPr="00505610">
              <w:rPr>
                <w:rFonts w:cs="Arial"/>
                <w:sz w:val="16"/>
              </w:rPr>
              <w:t>5,313 (69.6)</w:t>
            </w:r>
          </w:p>
        </w:tc>
      </w:tr>
      <w:tr w:rsidR="00683844" w:rsidRPr="00505610" w14:paraId="3C862EC8" w14:textId="77777777" w:rsidTr="000D2F27">
        <w:tc>
          <w:tcPr>
            <w:tcW w:w="1170" w:type="pct"/>
          </w:tcPr>
          <w:p w14:paraId="26D4FC1A" w14:textId="77777777" w:rsidR="00683844" w:rsidRPr="00505610" w:rsidRDefault="00DF2F1B">
            <w:pPr>
              <w:rPr>
                <w:rFonts w:cs="Arial"/>
              </w:rPr>
            </w:pPr>
            <w:r w:rsidRPr="00505610">
              <w:rPr>
                <w:rFonts w:cs="Arial"/>
                <w:sz w:val="16"/>
              </w:rPr>
              <w:t>Unpaid carer</w:t>
            </w:r>
          </w:p>
        </w:tc>
        <w:tc>
          <w:tcPr>
            <w:tcW w:w="949" w:type="pct"/>
          </w:tcPr>
          <w:p w14:paraId="53D82AB1" w14:textId="77777777" w:rsidR="00683844" w:rsidRPr="00505610" w:rsidRDefault="00DF2F1B">
            <w:pPr>
              <w:jc w:val="center"/>
              <w:rPr>
                <w:rFonts w:cs="Arial"/>
              </w:rPr>
            </w:pPr>
            <w:r w:rsidRPr="00505610">
              <w:rPr>
                <w:rFonts w:cs="Arial"/>
                <w:sz w:val="16"/>
              </w:rPr>
              <w:t>1,560</w:t>
            </w:r>
          </w:p>
        </w:tc>
        <w:tc>
          <w:tcPr>
            <w:tcW w:w="982" w:type="pct"/>
          </w:tcPr>
          <w:p w14:paraId="26EA9973" w14:textId="77777777" w:rsidR="00683844" w:rsidRPr="00505610" w:rsidRDefault="00DF2F1B">
            <w:pPr>
              <w:jc w:val="center"/>
              <w:rPr>
                <w:rFonts w:cs="Arial"/>
              </w:rPr>
            </w:pPr>
            <w:r w:rsidRPr="00505610">
              <w:rPr>
                <w:rFonts w:cs="Arial"/>
                <w:sz w:val="16"/>
              </w:rPr>
              <w:t>150 (9.6)</w:t>
            </w:r>
          </w:p>
        </w:tc>
        <w:tc>
          <w:tcPr>
            <w:tcW w:w="982" w:type="pct"/>
          </w:tcPr>
          <w:p w14:paraId="110D9FC1" w14:textId="77777777" w:rsidR="00683844" w:rsidRPr="00505610" w:rsidRDefault="00DF2F1B">
            <w:pPr>
              <w:jc w:val="center"/>
              <w:rPr>
                <w:rFonts w:cs="Arial"/>
              </w:rPr>
            </w:pPr>
            <w:r w:rsidRPr="00505610">
              <w:rPr>
                <w:rFonts w:cs="Arial"/>
                <w:sz w:val="16"/>
              </w:rPr>
              <w:t>537 (34.4)</w:t>
            </w:r>
          </w:p>
        </w:tc>
        <w:tc>
          <w:tcPr>
            <w:tcW w:w="917" w:type="pct"/>
          </w:tcPr>
          <w:p w14:paraId="52B673D2" w14:textId="77777777" w:rsidR="00683844" w:rsidRPr="00505610" w:rsidRDefault="00DF2F1B">
            <w:pPr>
              <w:jc w:val="center"/>
              <w:rPr>
                <w:rFonts w:cs="Arial"/>
              </w:rPr>
            </w:pPr>
            <w:r w:rsidRPr="00505610">
              <w:rPr>
                <w:rFonts w:cs="Arial"/>
                <w:sz w:val="16"/>
              </w:rPr>
              <w:t>873 (56.0)</w:t>
            </w:r>
          </w:p>
        </w:tc>
      </w:tr>
      <w:tr w:rsidR="00683844" w:rsidRPr="00505610" w14:paraId="1459358B" w14:textId="77777777" w:rsidTr="000D2F27">
        <w:tc>
          <w:tcPr>
            <w:tcW w:w="1170" w:type="pct"/>
          </w:tcPr>
          <w:p w14:paraId="02BD934A" w14:textId="77777777" w:rsidR="00683844" w:rsidRPr="00505610" w:rsidRDefault="00DF2F1B">
            <w:pPr>
              <w:rPr>
                <w:rFonts w:cs="Arial"/>
              </w:rPr>
            </w:pPr>
            <w:r w:rsidRPr="00505610">
              <w:rPr>
                <w:rFonts w:cs="Arial"/>
                <w:sz w:val="16"/>
              </w:rPr>
              <w:t>Volunteer (full or part-time)</w:t>
            </w:r>
          </w:p>
        </w:tc>
        <w:tc>
          <w:tcPr>
            <w:tcW w:w="949" w:type="pct"/>
          </w:tcPr>
          <w:p w14:paraId="3DC82F30" w14:textId="77777777" w:rsidR="00683844" w:rsidRPr="00505610" w:rsidRDefault="00DF2F1B">
            <w:pPr>
              <w:jc w:val="center"/>
              <w:rPr>
                <w:rFonts w:cs="Arial"/>
              </w:rPr>
            </w:pPr>
            <w:r w:rsidRPr="00505610">
              <w:rPr>
                <w:rFonts w:cs="Arial"/>
                <w:sz w:val="16"/>
              </w:rPr>
              <w:t>1,459</w:t>
            </w:r>
          </w:p>
        </w:tc>
        <w:tc>
          <w:tcPr>
            <w:tcW w:w="982" w:type="pct"/>
          </w:tcPr>
          <w:p w14:paraId="43C70BD9" w14:textId="77777777" w:rsidR="00683844" w:rsidRPr="00505610" w:rsidRDefault="00DF2F1B">
            <w:pPr>
              <w:jc w:val="center"/>
              <w:rPr>
                <w:rFonts w:cs="Arial"/>
              </w:rPr>
            </w:pPr>
            <w:r w:rsidRPr="00505610">
              <w:rPr>
                <w:rFonts w:cs="Arial"/>
                <w:sz w:val="16"/>
              </w:rPr>
              <w:t>507 (34.7)</w:t>
            </w:r>
          </w:p>
        </w:tc>
        <w:tc>
          <w:tcPr>
            <w:tcW w:w="982" w:type="pct"/>
          </w:tcPr>
          <w:p w14:paraId="461E5248" w14:textId="77777777" w:rsidR="00683844" w:rsidRPr="00505610" w:rsidRDefault="00DF2F1B">
            <w:pPr>
              <w:jc w:val="center"/>
              <w:rPr>
                <w:rFonts w:cs="Arial"/>
              </w:rPr>
            </w:pPr>
            <w:r w:rsidRPr="00505610">
              <w:rPr>
                <w:rFonts w:cs="Arial"/>
                <w:sz w:val="16"/>
              </w:rPr>
              <w:t>601 (41.2)</w:t>
            </w:r>
          </w:p>
        </w:tc>
        <w:tc>
          <w:tcPr>
            <w:tcW w:w="917" w:type="pct"/>
          </w:tcPr>
          <w:p w14:paraId="144774D1" w14:textId="77777777" w:rsidR="00683844" w:rsidRPr="00505610" w:rsidRDefault="00DF2F1B">
            <w:pPr>
              <w:jc w:val="center"/>
              <w:rPr>
                <w:rFonts w:cs="Arial"/>
              </w:rPr>
            </w:pPr>
            <w:r w:rsidRPr="00505610">
              <w:rPr>
                <w:rFonts w:cs="Arial"/>
                <w:sz w:val="16"/>
              </w:rPr>
              <w:t>351 (24.1)</w:t>
            </w:r>
          </w:p>
        </w:tc>
      </w:tr>
      <w:tr w:rsidR="00683844" w:rsidRPr="00505610" w14:paraId="13D33C33" w14:textId="77777777" w:rsidTr="000D2F27">
        <w:tc>
          <w:tcPr>
            <w:tcW w:w="1170" w:type="pct"/>
          </w:tcPr>
          <w:p w14:paraId="3D67D124" w14:textId="77777777" w:rsidR="00683844" w:rsidRPr="00505610" w:rsidRDefault="00DF2F1B">
            <w:pPr>
              <w:rPr>
                <w:rFonts w:cs="Arial"/>
              </w:rPr>
            </w:pPr>
            <w:r w:rsidRPr="00505610">
              <w:rPr>
                <w:rFonts w:cs="Arial"/>
                <w:i/>
                <w:sz w:val="16"/>
              </w:rPr>
              <w:t>Missing</w:t>
            </w:r>
          </w:p>
        </w:tc>
        <w:tc>
          <w:tcPr>
            <w:tcW w:w="949" w:type="pct"/>
          </w:tcPr>
          <w:p w14:paraId="52CF1C08" w14:textId="77777777" w:rsidR="00683844" w:rsidRPr="00505610" w:rsidRDefault="00DF2F1B">
            <w:pPr>
              <w:jc w:val="center"/>
              <w:rPr>
                <w:rFonts w:cs="Arial"/>
              </w:rPr>
            </w:pPr>
            <w:r w:rsidRPr="00505610">
              <w:rPr>
                <w:rFonts w:cs="Arial"/>
                <w:i/>
                <w:sz w:val="16"/>
              </w:rPr>
              <w:t>11,566</w:t>
            </w:r>
          </w:p>
        </w:tc>
        <w:tc>
          <w:tcPr>
            <w:tcW w:w="982" w:type="pct"/>
          </w:tcPr>
          <w:p w14:paraId="6E734375" w14:textId="77777777" w:rsidR="00683844" w:rsidRPr="00505610" w:rsidRDefault="00DF2F1B">
            <w:pPr>
              <w:jc w:val="center"/>
              <w:rPr>
                <w:rFonts w:cs="Arial"/>
              </w:rPr>
            </w:pPr>
            <w:r w:rsidRPr="00505610">
              <w:rPr>
                <w:rFonts w:cs="Arial"/>
                <w:i/>
                <w:sz w:val="16"/>
              </w:rPr>
              <w:t>2,783 (24.1)</w:t>
            </w:r>
          </w:p>
        </w:tc>
        <w:tc>
          <w:tcPr>
            <w:tcW w:w="982" w:type="pct"/>
          </w:tcPr>
          <w:p w14:paraId="56EFD690" w14:textId="77777777" w:rsidR="00683844" w:rsidRPr="00505610" w:rsidRDefault="00DF2F1B">
            <w:pPr>
              <w:jc w:val="center"/>
              <w:rPr>
                <w:rFonts w:cs="Arial"/>
              </w:rPr>
            </w:pPr>
            <w:r w:rsidRPr="00505610">
              <w:rPr>
                <w:rFonts w:cs="Arial"/>
                <w:i/>
                <w:sz w:val="16"/>
              </w:rPr>
              <w:t>4,714 (40.8)</w:t>
            </w:r>
          </w:p>
        </w:tc>
        <w:tc>
          <w:tcPr>
            <w:tcW w:w="917" w:type="pct"/>
          </w:tcPr>
          <w:p w14:paraId="4A074447" w14:textId="77777777" w:rsidR="00683844" w:rsidRPr="00505610" w:rsidRDefault="00DF2F1B">
            <w:pPr>
              <w:jc w:val="center"/>
              <w:rPr>
                <w:rFonts w:cs="Arial"/>
              </w:rPr>
            </w:pPr>
            <w:r w:rsidRPr="00505610">
              <w:rPr>
                <w:rFonts w:cs="Arial"/>
                <w:i/>
                <w:sz w:val="16"/>
              </w:rPr>
              <w:t>4,069 (35.2)</w:t>
            </w:r>
          </w:p>
        </w:tc>
      </w:tr>
      <w:tr w:rsidR="00683844" w:rsidRPr="00505610" w14:paraId="40F171A7" w14:textId="77777777" w:rsidTr="000D2F27">
        <w:tc>
          <w:tcPr>
            <w:tcW w:w="5000" w:type="pct"/>
            <w:gridSpan w:val="5"/>
          </w:tcPr>
          <w:p w14:paraId="29B9334A" w14:textId="77777777" w:rsidR="00683844" w:rsidRPr="00505610" w:rsidRDefault="00DF2F1B">
            <w:pPr>
              <w:keepNext/>
              <w:rPr>
                <w:rFonts w:cs="Arial"/>
              </w:rPr>
            </w:pPr>
            <w:r w:rsidRPr="00505610">
              <w:rPr>
                <w:rFonts w:cs="Arial"/>
                <w:b/>
              </w:rPr>
              <w:t>Ethnicity</w:t>
            </w:r>
          </w:p>
        </w:tc>
      </w:tr>
      <w:tr w:rsidR="00683844" w:rsidRPr="00505610" w14:paraId="623A3CCD" w14:textId="77777777" w:rsidTr="000D2F27">
        <w:tc>
          <w:tcPr>
            <w:tcW w:w="1170" w:type="pct"/>
          </w:tcPr>
          <w:p w14:paraId="09A1F05C" w14:textId="77777777" w:rsidR="00683844" w:rsidRPr="00505610" w:rsidRDefault="00DF2F1B">
            <w:pPr>
              <w:rPr>
                <w:rFonts w:cs="Arial"/>
              </w:rPr>
            </w:pPr>
            <w:r w:rsidRPr="00505610">
              <w:rPr>
                <w:rFonts w:cs="Arial"/>
                <w:sz w:val="16"/>
              </w:rPr>
              <w:t>Asian/Asian British</w:t>
            </w:r>
          </w:p>
        </w:tc>
        <w:tc>
          <w:tcPr>
            <w:tcW w:w="949" w:type="pct"/>
          </w:tcPr>
          <w:p w14:paraId="248EA0FC" w14:textId="77777777" w:rsidR="00683844" w:rsidRPr="00505610" w:rsidRDefault="00DF2F1B">
            <w:pPr>
              <w:jc w:val="center"/>
              <w:rPr>
                <w:rFonts w:cs="Arial"/>
              </w:rPr>
            </w:pPr>
            <w:r w:rsidRPr="00505610">
              <w:rPr>
                <w:rFonts w:cs="Arial"/>
                <w:sz w:val="16"/>
              </w:rPr>
              <w:t>5,162</w:t>
            </w:r>
          </w:p>
        </w:tc>
        <w:tc>
          <w:tcPr>
            <w:tcW w:w="982" w:type="pct"/>
          </w:tcPr>
          <w:p w14:paraId="0EC2B9CB" w14:textId="77777777" w:rsidR="00683844" w:rsidRPr="00505610" w:rsidRDefault="00DF2F1B">
            <w:pPr>
              <w:jc w:val="center"/>
              <w:rPr>
                <w:rFonts w:cs="Arial"/>
              </w:rPr>
            </w:pPr>
            <w:r w:rsidRPr="00505610">
              <w:rPr>
                <w:rFonts w:cs="Arial"/>
                <w:sz w:val="16"/>
              </w:rPr>
              <w:t>907 (17.6)</w:t>
            </w:r>
          </w:p>
        </w:tc>
        <w:tc>
          <w:tcPr>
            <w:tcW w:w="982" w:type="pct"/>
          </w:tcPr>
          <w:p w14:paraId="5F5E56D8" w14:textId="77777777" w:rsidR="00683844" w:rsidRPr="00505610" w:rsidRDefault="00DF2F1B">
            <w:pPr>
              <w:jc w:val="center"/>
              <w:rPr>
                <w:rFonts w:cs="Arial"/>
              </w:rPr>
            </w:pPr>
            <w:r w:rsidRPr="00505610">
              <w:rPr>
                <w:rFonts w:cs="Arial"/>
                <w:sz w:val="16"/>
              </w:rPr>
              <w:t>2,161 (41.9)</w:t>
            </w:r>
          </w:p>
        </w:tc>
        <w:tc>
          <w:tcPr>
            <w:tcW w:w="917" w:type="pct"/>
          </w:tcPr>
          <w:p w14:paraId="41367BDA" w14:textId="77777777" w:rsidR="00683844" w:rsidRPr="00505610" w:rsidRDefault="00DF2F1B">
            <w:pPr>
              <w:jc w:val="center"/>
              <w:rPr>
                <w:rFonts w:cs="Arial"/>
              </w:rPr>
            </w:pPr>
            <w:r w:rsidRPr="00505610">
              <w:rPr>
                <w:rFonts w:cs="Arial"/>
                <w:sz w:val="16"/>
              </w:rPr>
              <w:t>2,094 (40.6)</w:t>
            </w:r>
          </w:p>
        </w:tc>
      </w:tr>
      <w:tr w:rsidR="00683844" w:rsidRPr="00505610" w14:paraId="02F23F33" w14:textId="77777777" w:rsidTr="000D2F27">
        <w:tc>
          <w:tcPr>
            <w:tcW w:w="1170" w:type="pct"/>
          </w:tcPr>
          <w:p w14:paraId="6F3B5FCF" w14:textId="77777777" w:rsidR="00683844" w:rsidRPr="00505610" w:rsidRDefault="00DF2F1B">
            <w:pPr>
              <w:rPr>
                <w:rFonts w:cs="Arial"/>
              </w:rPr>
            </w:pPr>
            <w:r w:rsidRPr="00505610">
              <w:rPr>
                <w:rFonts w:cs="Arial"/>
                <w:sz w:val="16"/>
              </w:rPr>
              <w:t>British Black/African/Caribbean</w:t>
            </w:r>
          </w:p>
        </w:tc>
        <w:tc>
          <w:tcPr>
            <w:tcW w:w="949" w:type="pct"/>
          </w:tcPr>
          <w:p w14:paraId="53D77226" w14:textId="77777777" w:rsidR="00683844" w:rsidRPr="00505610" w:rsidRDefault="00DF2F1B">
            <w:pPr>
              <w:jc w:val="center"/>
              <w:rPr>
                <w:rFonts w:cs="Arial"/>
              </w:rPr>
            </w:pPr>
            <w:r w:rsidRPr="00505610">
              <w:rPr>
                <w:rFonts w:cs="Arial"/>
                <w:sz w:val="16"/>
              </w:rPr>
              <w:t>2,310</w:t>
            </w:r>
          </w:p>
        </w:tc>
        <w:tc>
          <w:tcPr>
            <w:tcW w:w="982" w:type="pct"/>
          </w:tcPr>
          <w:p w14:paraId="0B42EF81" w14:textId="77777777" w:rsidR="00683844" w:rsidRPr="00505610" w:rsidRDefault="00DF2F1B">
            <w:pPr>
              <w:jc w:val="center"/>
              <w:rPr>
                <w:rFonts w:cs="Arial"/>
              </w:rPr>
            </w:pPr>
            <w:r w:rsidRPr="00505610">
              <w:rPr>
                <w:rFonts w:cs="Arial"/>
                <w:sz w:val="16"/>
              </w:rPr>
              <w:t>434 (18.8)</w:t>
            </w:r>
          </w:p>
        </w:tc>
        <w:tc>
          <w:tcPr>
            <w:tcW w:w="982" w:type="pct"/>
          </w:tcPr>
          <w:p w14:paraId="21EAD738" w14:textId="77777777" w:rsidR="00683844" w:rsidRPr="00505610" w:rsidRDefault="00DF2F1B">
            <w:pPr>
              <w:jc w:val="center"/>
              <w:rPr>
                <w:rFonts w:cs="Arial"/>
              </w:rPr>
            </w:pPr>
            <w:r w:rsidRPr="00505610">
              <w:rPr>
                <w:rFonts w:cs="Arial"/>
                <w:sz w:val="16"/>
              </w:rPr>
              <w:t>941 (40.7)</w:t>
            </w:r>
          </w:p>
        </w:tc>
        <w:tc>
          <w:tcPr>
            <w:tcW w:w="917" w:type="pct"/>
          </w:tcPr>
          <w:p w14:paraId="494F5164" w14:textId="77777777" w:rsidR="00683844" w:rsidRPr="00505610" w:rsidRDefault="00DF2F1B">
            <w:pPr>
              <w:jc w:val="center"/>
              <w:rPr>
                <w:rFonts w:cs="Arial"/>
              </w:rPr>
            </w:pPr>
            <w:r w:rsidRPr="00505610">
              <w:rPr>
                <w:rFonts w:cs="Arial"/>
                <w:sz w:val="16"/>
              </w:rPr>
              <w:t>935 (40.5)</w:t>
            </w:r>
          </w:p>
        </w:tc>
      </w:tr>
      <w:tr w:rsidR="00683844" w:rsidRPr="00505610" w14:paraId="6E9DED81" w14:textId="77777777" w:rsidTr="000D2F27">
        <w:tc>
          <w:tcPr>
            <w:tcW w:w="1170" w:type="pct"/>
          </w:tcPr>
          <w:p w14:paraId="226F4126" w14:textId="77777777" w:rsidR="00683844" w:rsidRPr="00505610" w:rsidRDefault="00DF2F1B">
            <w:pPr>
              <w:rPr>
                <w:rFonts w:cs="Arial"/>
              </w:rPr>
            </w:pPr>
            <w:r w:rsidRPr="00505610">
              <w:rPr>
                <w:rFonts w:cs="Arial"/>
                <w:sz w:val="16"/>
              </w:rPr>
              <w:t>Mixed/Multiple ethnic groups</w:t>
            </w:r>
          </w:p>
        </w:tc>
        <w:tc>
          <w:tcPr>
            <w:tcW w:w="949" w:type="pct"/>
          </w:tcPr>
          <w:p w14:paraId="21231C6F" w14:textId="77777777" w:rsidR="00683844" w:rsidRPr="00505610" w:rsidRDefault="00DF2F1B">
            <w:pPr>
              <w:jc w:val="center"/>
              <w:rPr>
                <w:rFonts w:cs="Arial"/>
              </w:rPr>
            </w:pPr>
            <w:r w:rsidRPr="00505610">
              <w:rPr>
                <w:rFonts w:cs="Arial"/>
                <w:sz w:val="16"/>
              </w:rPr>
              <w:t>2,025</w:t>
            </w:r>
          </w:p>
        </w:tc>
        <w:tc>
          <w:tcPr>
            <w:tcW w:w="982" w:type="pct"/>
          </w:tcPr>
          <w:p w14:paraId="5B069FB2" w14:textId="77777777" w:rsidR="00683844" w:rsidRPr="00505610" w:rsidRDefault="00DF2F1B">
            <w:pPr>
              <w:jc w:val="center"/>
              <w:rPr>
                <w:rFonts w:cs="Arial"/>
              </w:rPr>
            </w:pPr>
            <w:r w:rsidRPr="00505610">
              <w:rPr>
                <w:rFonts w:cs="Arial"/>
                <w:sz w:val="16"/>
              </w:rPr>
              <w:t>387 (19.1)</w:t>
            </w:r>
          </w:p>
        </w:tc>
        <w:tc>
          <w:tcPr>
            <w:tcW w:w="982" w:type="pct"/>
          </w:tcPr>
          <w:p w14:paraId="2829538C" w14:textId="77777777" w:rsidR="00683844" w:rsidRPr="00505610" w:rsidRDefault="00DF2F1B">
            <w:pPr>
              <w:jc w:val="center"/>
              <w:rPr>
                <w:rFonts w:cs="Arial"/>
              </w:rPr>
            </w:pPr>
            <w:r w:rsidRPr="00505610">
              <w:rPr>
                <w:rFonts w:cs="Arial"/>
                <w:sz w:val="16"/>
              </w:rPr>
              <w:t>770 (38.0)</w:t>
            </w:r>
          </w:p>
        </w:tc>
        <w:tc>
          <w:tcPr>
            <w:tcW w:w="917" w:type="pct"/>
          </w:tcPr>
          <w:p w14:paraId="5476DA34" w14:textId="77777777" w:rsidR="00683844" w:rsidRPr="00505610" w:rsidRDefault="00DF2F1B">
            <w:pPr>
              <w:jc w:val="center"/>
              <w:rPr>
                <w:rFonts w:cs="Arial"/>
              </w:rPr>
            </w:pPr>
            <w:r w:rsidRPr="00505610">
              <w:rPr>
                <w:rFonts w:cs="Arial"/>
                <w:sz w:val="16"/>
              </w:rPr>
              <w:t>868 (42.9)</w:t>
            </w:r>
          </w:p>
        </w:tc>
      </w:tr>
      <w:tr w:rsidR="00683844" w:rsidRPr="00505610" w14:paraId="7382FF55" w14:textId="77777777" w:rsidTr="000D2F27">
        <w:tc>
          <w:tcPr>
            <w:tcW w:w="1170" w:type="pct"/>
          </w:tcPr>
          <w:p w14:paraId="3BAD6E4A" w14:textId="77777777" w:rsidR="00683844" w:rsidRPr="00505610" w:rsidRDefault="00DF2F1B">
            <w:pPr>
              <w:rPr>
                <w:rFonts w:cs="Arial"/>
              </w:rPr>
            </w:pPr>
            <w:proofErr w:type="gramStart"/>
            <w:r w:rsidRPr="00505610">
              <w:rPr>
                <w:rFonts w:cs="Arial"/>
                <w:sz w:val="16"/>
              </w:rPr>
              <w:t>Other</w:t>
            </w:r>
            <w:proofErr w:type="gramEnd"/>
            <w:r w:rsidRPr="00505610">
              <w:rPr>
                <w:rFonts w:cs="Arial"/>
                <w:sz w:val="16"/>
              </w:rPr>
              <w:t xml:space="preserve"> ethnic group</w:t>
            </w:r>
          </w:p>
        </w:tc>
        <w:tc>
          <w:tcPr>
            <w:tcW w:w="949" w:type="pct"/>
          </w:tcPr>
          <w:p w14:paraId="076CF377" w14:textId="77777777" w:rsidR="00683844" w:rsidRPr="00505610" w:rsidRDefault="00DF2F1B">
            <w:pPr>
              <w:jc w:val="center"/>
              <w:rPr>
                <w:rFonts w:cs="Arial"/>
              </w:rPr>
            </w:pPr>
            <w:r w:rsidRPr="00505610">
              <w:rPr>
                <w:rFonts w:cs="Arial"/>
                <w:sz w:val="16"/>
              </w:rPr>
              <w:t>2,722</w:t>
            </w:r>
          </w:p>
        </w:tc>
        <w:tc>
          <w:tcPr>
            <w:tcW w:w="982" w:type="pct"/>
          </w:tcPr>
          <w:p w14:paraId="79C4C2E4" w14:textId="77777777" w:rsidR="00683844" w:rsidRPr="00505610" w:rsidRDefault="00DF2F1B">
            <w:pPr>
              <w:jc w:val="center"/>
              <w:rPr>
                <w:rFonts w:cs="Arial"/>
              </w:rPr>
            </w:pPr>
            <w:r w:rsidRPr="00505610">
              <w:rPr>
                <w:rFonts w:cs="Arial"/>
                <w:sz w:val="16"/>
              </w:rPr>
              <w:t>603 (22.2)</w:t>
            </w:r>
          </w:p>
        </w:tc>
        <w:tc>
          <w:tcPr>
            <w:tcW w:w="982" w:type="pct"/>
          </w:tcPr>
          <w:p w14:paraId="0C759A8B" w14:textId="77777777" w:rsidR="00683844" w:rsidRPr="00505610" w:rsidRDefault="00DF2F1B">
            <w:pPr>
              <w:jc w:val="center"/>
              <w:rPr>
                <w:rFonts w:cs="Arial"/>
              </w:rPr>
            </w:pPr>
            <w:r w:rsidRPr="00505610">
              <w:rPr>
                <w:rFonts w:cs="Arial"/>
                <w:sz w:val="16"/>
              </w:rPr>
              <w:t>1,030 (37.8)</w:t>
            </w:r>
          </w:p>
        </w:tc>
        <w:tc>
          <w:tcPr>
            <w:tcW w:w="917" w:type="pct"/>
          </w:tcPr>
          <w:p w14:paraId="16B687C3" w14:textId="77777777" w:rsidR="00683844" w:rsidRPr="00505610" w:rsidRDefault="00DF2F1B">
            <w:pPr>
              <w:jc w:val="center"/>
              <w:rPr>
                <w:rFonts w:cs="Arial"/>
              </w:rPr>
            </w:pPr>
            <w:r w:rsidRPr="00505610">
              <w:rPr>
                <w:rFonts w:cs="Arial"/>
                <w:sz w:val="16"/>
              </w:rPr>
              <w:t>1,089 (40.0)</w:t>
            </w:r>
          </w:p>
        </w:tc>
      </w:tr>
      <w:tr w:rsidR="00683844" w:rsidRPr="00505610" w14:paraId="5DF406FF" w14:textId="77777777" w:rsidTr="000D2F27">
        <w:tc>
          <w:tcPr>
            <w:tcW w:w="1170" w:type="pct"/>
          </w:tcPr>
          <w:p w14:paraId="038A4244" w14:textId="77777777" w:rsidR="00683844" w:rsidRPr="00505610" w:rsidRDefault="00DF2F1B">
            <w:pPr>
              <w:rPr>
                <w:rFonts w:cs="Arial"/>
              </w:rPr>
            </w:pPr>
            <w:r w:rsidRPr="00505610">
              <w:rPr>
                <w:rFonts w:cs="Arial"/>
                <w:sz w:val="16"/>
              </w:rPr>
              <w:t>White</w:t>
            </w:r>
          </w:p>
        </w:tc>
        <w:tc>
          <w:tcPr>
            <w:tcW w:w="949" w:type="pct"/>
          </w:tcPr>
          <w:p w14:paraId="6A1CCAD8" w14:textId="77777777" w:rsidR="00683844" w:rsidRPr="00505610" w:rsidRDefault="00DF2F1B">
            <w:pPr>
              <w:jc w:val="center"/>
              <w:rPr>
                <w:rFonts w:cs="Arial"/>
              </w:rPr>
            </w:pPr>
            <w:r w:rsidRPr="00505610">
              <w:rPr>
                <w:rFonts w:cs="Arial"/>
                <w:sz w:val="16"/>
              </w:rPr>
              <w:t>112,164</w:t>
            </w:r>
          </w:p>
        </w:tc>
        <w:tc>
          <w:tcPr>
            <w:tcW w:w="982" w:type="pct"/>
          </w:tcPr>
          <w:p w14:paraId="6D9EBDBF" w14:textId="77777777" w:rsidR="00683844" w:rsidRPr="00505610" w:rsidRDefault="00DF2F1B">
            <w:pPr>
              <w:jc w:val="center"/>
              <w:rPr>
                <w:rFonts w:cs="Arial"/>
              </w:rPr>
            </w:pPr>
            <w:r w:rsidRPr="00505610">
              <w:rPr>
                <w:rFonts w:cs="Arial"/>
                <w:sz w:val="16"/>
              </w:rPr>
              <w:t>33,752 (30.1)</w:t>
            </w:r>
          </w:p>
        </w:tc>
        <w:tc>
          <w:tcPr>
            <w:tcW w:w="982" w:type="pct"/>
          </w:tcPr>
          <w:p w14:paraId="7DE23D32" w14:textId="77777777" w:rsidR="00683844" w:rsidRPr="00505610" w:rsidRDefault="00DF2F1B">
            <w:pPr>
              <w:jc w:val="center"/>
              <w:rPr>
                <w:rFonts w:cs="Arial"/>
              </w:rPr>
            </w:pPr>
            <w:r w:rsidRPr="00505610">
              <w:rPr>
                <w:rFonts w:cs="Arial"/>
                <w:sz w:val="16"/>
              </w:rPr>
              <w:t>46,104 (41.1)</w:t>
            </w:r>
          </w:p>
        </w:tc>
        <w:tc>
          <w:tcPr>
            <w:tcW w:w="917" w:type="pct"/>
          </w:tcPr>
          <w:p w14:paraId="6B52AE42" w14:textId="77777777" w:rsidR="00683844" w:rsidRPr="00505610" w:rsidRDefault="00DF2F1B">
            <w:pPr>
              <w:jc w:val="center"/>
              <w:rPr>
                <w:rFonts w:cs="Arial"/>
              </w:rPr>
            </w:pPr>
            <w:r w:rsidRPr="00505610">
              <w:rPr>
                <w:rFonts w:cs="Arial"/>
                <w:sz w:val="16"/>
              </w:rPr>
              <w:t>32,308 (28.8)</w:t>
            </w:r>
          </w:p>
        </w:tc>
      </w:tr>
      <w:tr w:rsidR="00683844" w:rsidRPr="00505610" w14:paraId="11C17BFF" w14:textId="77777777" w:rsidTr="000D2F27">
        <w:tc>
          <w:tcPr>
            <w:tcW w:w="1170" w:type="pct"/>
          </w:tcPr>
          <w:p w14:paraId="75BD4990" w14:textId="77777777" w:rsidR="00683844" w:rsidRPr="00505610" w:rsidRDefault="00DF2F1B">
            <w:pPr>
              <w:rPr>
                <w:rFonts w:cs="Arial"/>
              </w:rPr>
            </w:pPr>
            <w:r w:rsidRPr="00505610">
              <w:rPr>
                <w:rFonts w:cs="Arial"/>
                <w:sz w:val="16"/>
              </w:rPr>
              <w:t>White and Black Caribbean</w:t>
            </w:r>
          </w:p>
        </w:tc>
        <w:tc>
          <w:tcPr>
            <w:tcW w:w="949" w:type="pct"/>
          </w:tcPr>
          <w:p w14:paraId="79BC0CD9" w14:textId="77777777" w:rsidR="00683844" w:rsidRPr="00505610" w:rsidRDefault="00DF2F1B">
            <w:pPr>
              <w:jc w:val="center"/>
              <w:rPr>
                <w:rFonts w:cs="Arial"/>
              </w:rPr>
            </w:pPr>
            <w:r w:rsidRPr="00505610">
              <w:rPr>
                <w:rFonts w:cs="Arial"/>
                <w:sz w:val="16"/>
              </w:rPr>
              <w:t>462</w:t>
            </w:r>
          </w:p>
        </w:tc>
        <w:tc>
          <w:tcPr>
            <w:tcW w:w="982" w:type="pct"/>
          </w:tcPr>
          <w:p w14:paraId="3E45E47B" w14:textId="77777777" w:rsidR="00683844" w:rsidRPr="00505610" w:rsidRDefault="00DF2F1B">
            <w:pPr>
              <w:jc w:val="center"/>
              <w:rPr>
                <w:rFonts w:cs="Arial"/>
              </w:rPr>
            </w:pPr>
            <w:r w:rsidRPr="00505610">
              <w:rPr>
                <w:rFonts w:cs="Arial"/>
                <w:sz w:val="16"/>
              </w:rPr>
              <w:t>72 (15.6)</w:t>
            </w:r>
          </w:p>
        </w:tc>
        <w:tc>
          <w:tcPr>
            <w:tcW w:w="982" w:type="pct"/>
          </w:tcPr>
          <w:p w14:paraId="1A5B2212" w14:textId="77777777" w:rsidR="00683844" w:rsidRPr="00505610" w:rsidRDefault="00DF2F1B">
            <w:pPr>
              <w:jc w:val="center"/>
              <w:rPr>
                <w:rFonts w:cs="Arial"/>
              </w:rPr>
            </w:pPr>
            <w:r w:rsidRPr="00505610">
              <w:rPr>
                <w:rFonts w:cs="Arial"/>
                <w:sz w:val="16"/>
              </w:rPr>
              <w:t>166 (35.9)</w:t>
            </w:r>
          </w:p>
        </w:tc>
        <w:tc>
          <w:tcPr>
            <w:tcW w:w="917" w:type="pct"/>
          </w:tcPr>
          <w:p w14:paraId="3536C8C8" w14:textId="77777777" w:rsidR="00683844" w:rsidRPr="00505610" w:rsidRDefault="00DF2F1B">
            <w:pPr>
              <w:jc w:val="center"/>
              <w:rPr>
                <w:rFonts w:cs="Arial"/>
              </w:rPr>
            </w:pPr>
            <w:r w:rsidRPr="00505610">
              <w:rPr>
                <w:rFonts w:cs="Arial"/>
                <w:sz w:val="16"/>
              </w:rPr>
              <w:t>224 (48.5)</w:t>
            </w:r>
          </w:p>
        </w:tc>
      </w:tr>
      <w:tr w:rsidR="00683844" w:rsidRPr="00505610" w14:paraId="10D948AB" w14:textId="77777777" w:rsidTr="000D2F27">
        <w:tc>
          <w:tcPr>
            <w:tcW w:w="1170" w:type="pct"/>
          </w:tcPr>
          <w:p w14:paraId="46BEA939" w14:textId="77777777" w:rsidR="00683844" w:rsidRPr="00505610" w:rsidRDefault="00DF2F1B">
            <w:pPr>
              <w:rPr>
                <w:rFonts w:cs="Arial"/>
              </w:rPr>
            </w:pPr>
            <w:r w:rsidRPr="00505610">
              <w:rPr>
                <w:rFonts w:cs="Arial"/>
                <w:i/>
                <w:sz w:val="16"/>
              </w:rPr>
              <w:t>Missing</w:t>
            </w:r>
          </w:p>
        </w:tc>
        <w:tc>
          <w:tcPr>
            <w:tcW w:w="949" w:type="pct"/>
          </w:tcPr>
          <w:p w14:paraId="1B6EC368" w14:textId="77777777" w:rsidR="00683844" w:rsidRPr="00505610" w:rsidRDefault="00DF2F1B">
            <w:pPr>
              <w:jc w:val="center"/>
              <w:rPr>
                <w:rFonts w:cs="Arial"/>
              </w:rPr>
            </w:pPr>
            <w:r w:rsidRPr="00505610">
              <w:rPr>
                <w:rFonts w:cs="Arial"/>
                <w:i/>
                <w:sz w:val="16"/>
              </w:rPr>
              <w:t>10,877</w:t>
            </w:r>
          </w:p>
        </w:tc>
        <w:tc>
          <w:tcPr>
            <w:tcW w:w="982" w:type="pct"/>
          </w:tcPr>
          <w:p w14:paraId="034B1C24" w14:textId="77777777" w:rsidR="00683844" w:rsidRPr="00505610" w:rsidRDefault="00DF2F1B">
            <w:pPr>
              <w:jc w:val="center"/>
              <w:rPr>
                <w:rFonts w:cs="Arial"/>
              </w:rPr>
            </w:pPr>
            <w:r w:rsidRPr="00505610">
              <w:rPr>
                <w:rFonts w:cs="Arial"/>
                <w:i/>
                <w:sz w:val="16"/>
              </w:rPr>
              <w:t>2,573 (23.7)</w:t>
            </w:r>
          </w:p>
        </w:tc>
        <w:tc>
          <w:tcPr>
            <w:tcW w:w="982" w:type="pct"/>
          </w:tcPr>
          <w:p w14:paraId="73833CC2" w14:textId="77777777" w:rsidR="00683844" w:rsidRPr="00505610" w:rsidRDefault="00DF2F1B">
            <w:pPr>
              <w:jc w:val="center"/>
              <w:rPr>
                <w:rFonts w:cs="Arial"/>
              </w:rPr>
            </w:pPr>
            <w:r w:rsidRPr="00505610">
              <w:rPr>
                <w:rFonts w:cs="Arial"/>
                <w:i/>
                <w:sz w:val="16"/>
              </w:rPr>
              <w:t>4,454 (40.9)</w:t>
            </w:r>
          </w:p>
        </w:tc>
        <w:tc>
          <w:tcPr>
            <w:tcW w:w="917" w:type="pct"/>
          </w:tcPr>
          <w:p w14:paraId="0CBEDAB7" w14:textId="77777777" w:rsidR="00683844" w:rsidRPr="00505610" w:rsidRDefault="00DF2F1B">
            <w:pPr>
              <w:jc w:val="center"/>
              <w:rPr>
                <w:rFonts w:cs="Arial"/>
              </w:rPr>
            </w:pPr>
            <w:r w:rsidRPr="00505610">
              <w:rPr>
                <w:rFonts w:cs="Arial"/>
                <w:i/>
                <w:sz w:val="16"/>
              </w:rPr>
              <w:t>3,850 (35.4)</w:t>
            </w:r>
          </w:p>
        </w:tc>
      </w:tr>
      <w:tr w:rsidR="00683844" w:rsidRPr="00505610" w14:paraId="06A77CCC" w14:textId="77777777" w:rsidTr="000D2F27">
        <w:tc>
          <w:tcPr>
            <w:tcW w:w="5000" w:type="pct"/>
            <w:gridSpan w:val="5"/>
          </w:tcPr>
          <w:p w14:paraId="7AC585B5" w14:textId="77777777" w:rsidR="00683844" w:rsidRPr="00505610" w:rsidRDefault="00DF2F1B">
            <w:pPr>
              <w:keepNext/>
              <w:rPr>
                <w:rFonts w:cs="Arial"/>
              </w:rPr>
            </w:pPr>
            <w:r w:rsidRPr="00505610">
              <w:rPr>
                <w:rFonts w:cs="Arial"/>
                <w:b/>
              </w:rPr>
              <w:t>Marital Status</w:t>
            </w:r>
          </w:p>
        </w:tc>
      </w:tr>
      <w:tr w:rsidR="00683844" w:rsidRPr="00505610" w14:paraId="0871FB7C" w14:textId="77777777" w:rsidTr="000D2F27">
        <w:tc>
          <w:tcPr>
            <w:tcW w:w="1170" w:type="pct"/>
          </w:tcPr>
          <w:p w14:paraId="626B6451" w14:textId="77777777" w:rsidR="00683844" w:rsidRPr="00505610" w:rsidRDefault="00DF2F1B">
            <w:pPr>
              <w:rPr>
                <w:rFonts w:cs="Arial"/>
              </w:rPr>
            </w:pPr>
            <w:r w:rsidRPr="00505610">
              <w:rPr>
                <w:rFonts w:cs="Arial"/>
                <w:sz w:val="16"/>
              </w:rPr>
              <w:t>Divorced</w:t>
            </w:r>
          </w:p>
        </w:tc>
        <w:tc>
          <w:tcPr>
            <w:tcW w:w="949" w:type="pct"/>
          </w:tcPr>
          <w:p w14:paraId="4CF458D5" w14:textId="77777777" w:rsidR="00683844" w:rsidRPr="00505610" w:rsidRDefault="00DF2F1B">
            <w:pPr>
              <w:jc w:val="center"/>
              <w:rPr>
                <w:rFonts w:cs="Arial"/>
              </w:rPr>
            </w:pPr>
            <w:r w:rsidRPr="00505610">
              <w:rPr>
                <w:rFonts w:cs="Arial"/>
                <w:sz w:val="16"/>
              </w:rPr>
              <w:t>12,761</w:t>
            </w:r>
          </w:p>
        </w:tc>
        <w:tc>
          <w:tcPr>
            <w:tcW w:w="982" w:type="pct"/>
          </w:tcPr>
          <w:p w14:paraId="5500C250" w14:textId="77777777" w:rsidR="00683844" w:rsidRPr="00505610" w:rsidRDefault="00DF2F1B">
            <w:pPr>
              <w:jc w:val="center"/>
              <w:rPr>
                <w:rFonts w:cs="Arial"/>
              </w:rPr>
            </w:pPr>
            <w:r w:rsidRPr="00505610">
              <w:rPr>
                <w:rFonts w:cs="Arial"/>
                <w:sz w:val="16"/>
              </w:rPr>
              <w:t>2,280 (17.9)</w:t>
            </w:r>
          </w:p>
        </w:tc>
        <w:tc>
          <w:tcPr>
            <w:tcW w:w="982" w:type="pct"/>
          </w:tcPr>
          <w:p w14:paraId="192B5639" w14:textId="77777777" w:rsidR="00683844" w:rsidRPr="00505610" w:rsidRDefault="00DF2F1B">
            <w:pPr>
              <w:jc w:val="center"/>
              <w:rPr>
                <w:rFonts w:cs="Arial"/>
              </w:rPr>
            </w:pPr>
            <w:r w:rsidRPr="00505610">
              <w:rPr>
                <w:rFonts w:cs="Arial"/>
                <w:sz w:val="16"/>
              </w:rPr>
              <w:t>5,256 (41.2)</w:t>
            </w:r>
          </w:p>
        </w:tc>
        <w:tc>
          <w:tcPr>
            <w:tcW w:w="917" w:type="pct"/>
          </w:tcPr>
          <w:p w14:paraId="2E979669" w14:textId="77777777" w:rsidR="00683844" w:rsidRPr="00505610" w:rsidRDefault="00DF2F1B">
            <w:pPr>
              <w:jc w:val="center"/>
              <w:rPr>
                <w:rFonts w:cs="Arial"/>
              </w:rPr>
            </w:pPr>
            <w:r w:rsidRPr="00505610">
              <w:rPr>
                <w:rFonts w:cs="Arial"/>
                <w:sz w:val="16"/>
              </w:rPr>
              <w:t>5,225 (40.9)</w:t>
            </w:r>
          </w:p>
        </w:tc>
      </w:tr>
      <w:tr w:rsidR="00683844" w:rsidRPr="00505610" w14:paraId="299E4959" w14:textId="77777777" w:rsidTr="000D2F27">
        <w:tc>
          <w:tcPr>
            <w:tcW w:w="1170" w:type="pct"/>
          </w:tcPr>
          <w:p w14:paraId="17C98683" w14:textId="77777777" w:rsidR="00683844" w:rsidRPr="00505610" w:rsidRDefault="00DF2F1B">
            <w:pPr>
              <w:rPr>
                <w:rFonts w:cs="Arial"/>
              </w:rPr>
            </w:pPr>
            <w:r w:rsidRPr="00505610">
              <w:rPr>
                <w:rFonts w:cs="Arial"/>
                <w:sz w:val="16"/>
              </w:rPr>
              <w:t>In a relationship</w:t>
            </w:r>
          </w:p>
        </w:tc>
        <w:tc>
          <w:tcPr>
            <w:tcW w:w="949" w:type="pct"/>
          </w:tcPr>
          <w:p w14:paraId="293A077D" w14:textId="77777777" w:rsidR="00683844" w:rsidRPr="00505610" w:rsidRDefault="00DF2F1B">
            <w:pPr>
              <w:jc w:val="center"/>
              <w:rPr>
                <w:rFonts w:cs="Arial"/>
              </w:rPr>
            </w:pPr>
            <w:r w:rsidRPr="00505610">
              <w:rPr>
                <w:rFonts w:cs="Arial"/>
                <w:sz w:val="16"/>
              </w:rPr>
              <w:t>12,404</w:t>
            </w:r>
          </w:p>
        </w:tc>
        <w:tc>
          <w:tcPr>
            <w:tcW w:w="982" w:type="pct"/>
          </w:tcPr>
          <w:p w14:paraId="323E0D38" w14:textId="77777777" w:rsidR="00683844" w:rsidRPr="00505610" w:rsidRDefault="00DF2F1B">
            <w:pPr>
              <w:jc w:val="center"/>
              <w:rPr>
                <w:rFonts w:cs="Arial"/>
              </w:rPr>
            </w:pPr>
            <w:r w:rsidRPr="00505610">
              <w:rPr>
                <w:rFonts w:cs="Arial"/>
                <w:sz w:val="16"/>
              </w:rPr>
              <w:t>3,017 (24.3)</w:t>
            </w:r>
          </w:p>
        </w:tc>
        <w:tc>
          <w:tcPr>
            <w:tcW w:w="982" w:type="pct"/>
          </w:tcPr>
          <w:p w14:paraId="118DE9C6" w14:textId="77777777" w:rsidR="00683844" w:rsidRPr="00505610" w:rsidRDefault="00DF2F1B">
            <w:pPr>
              <w:jc w:val="center"/>
              <w:rPr>
                <w:rFonts w:cs="Arial"/>
              </w:rPr>
            </w:pPr>
            <w:r w:rsidRPr="00505610">
              <w:rPr>
                <w:rFonts w:cs="Arial"/>
                <w:sz w:val="16"/>
              </w:rPr>
              <w:t>5,497 (44.3)</w:t>
            </w:r>
          </w:p>
        </w:tc>
        <w:tc>
          <w:tcPr>
            <w:tcW w:w="917" w:type="pct"/>
          </w:tcPr>
          <w:p w14:paraId="0C4E0EE6" w14:textId="77777777" w:rsidR="00683844" w:rsidRPr="00505610" w:rsidRDefault="00DF2F1B">
            <w:pPr>
              <w:jc w:val="center"/>
              <w:rPr>
                <w:rFonts w:cs="Arial"/>
              </w:rPr>
            </w:pPr>
            <w:r w:rsidRPr="00505610">
              <w:rPr>
                <w:rFonts w:cs="Arial"/>
                <w:sz w:val="16"/>
              </w:rPr>
              <w:t>3,890 (31.4)</w:t>
            </w:r>
          </w:p>
        </w:tc>
      </w:tr>
      <w:tr w:rsidR="00683844" w:rsidRPr="00505610" w14:paraId="5845332C" w14:textId="77777777" w:rsidTr="000D2F27">
        <w:tc>
          <w:tcPr>
            <w:tcW w:w="1170" w:type="pct"/>
          </w:tcPr>
          <w:p w14:paraId="3870B339" w14:textId="77777777" w:rsidR="00683844" w:rsidRPr="00505610" w:rsidRDefault="00DF2F1B">
            <w:pPr>
              <w:rPr>
                <w:rFonts w:cs="Arial"/>
              </w:rPr>
            </w:pPr>
            <w:r w:rsidRPr="00505610">
              <w:rPr>
                <w:rFonts w:cs="Arial"/>
                <w:sz w:val="16"/>
              </w:rPr>
              <w:t>Married / Civil partnership</w:t>
            </w:r>
          </w:p>
        </w:tc>
        <w:tc>
          <w:tcPr>
            <w:tcW w:w="949" w:type="pct"/>
          </w:tcPr>
          <w:p w14:paraId="56986E05" w14:textId="77777777" w:rsidR="00683844" w:rsidRPr="00505610" w:rsidRDefault="00DF2F1B">
            <w:pPr>
              <w:jc w:val="center"/>
              <w:rPr>
                <w:rFonts w:cs="Arial"/>
              </w:rPr>
            </w:pPr>
            <w:r w:rsidRPr="00505610">
              <w:rPr>
                <w:rFonts w:cs="Arial"/>
                <w:sz w:val="16"/>
              </w:rPr>
              <w:t>60,612</w:t>
            </w:r>
          </w:p>
        </w:tc>
        <w:tc>
          <w:tcPr>
            <w:tcW w:w="982" w:type="pct"/>
          </w:tcPr>
          <w:p w14:paraId="30C18744" w14:textId="77777777" w:rsidR="00683844" w:rsidRPr="00505610" w:rsidRDefault="00DF2F1B">
            <w:pPr>
              <w:jc w:val="center"/>
              <w:rPr>
                <w:rFonts w:cs="Arial"/>
              </w:rPr>
            </w:pPr>
            <w:r w:rsidRPr="00505610">
              <w:rPr>
                <w:rFonts w:cs="Arial"/>
                <w:sz w:val="16"/>
              </w:rPr>
              <w:t>25,470 (42.0)</w:t>
            </w:r>
          </w:p>
        </w:tc>
        <w:tc>
          <w:tcPr>
            <w:tcW w:w="982" w:type="pct"/>
          </w:tcPr>
          <w:p w14:paraId="0B6F0031" w14:textId="77777777" w:rsidR="00683844" w:rsidRPr="00505610" w:rsidRDefault="00DF2F1B">
            <w:pPr>
              <w:jc w:val="center"/>
              <w:rPr>
                <w:rFonts w:cs="Arial"/>
              </w:rPr>
            </w:pPr>
            <w:r w:rsidRPr="00505610">
              <w:rPr>
                <w:rFonts w:cs="Arial"/>
                <w:sz w:val="16"/>
              </w:rPr>
              <w:t>25,150 (41.5)</w:t>
            </w:r>
          </w:p>
        </w:tc>
        <w:tc>
          <w:tcPr>
            <w:tcW w:w="917" w:type="pct"/>
          </w:tcPr>
          <w:p w14:paraId="3C670C07" w14:textId="77777777" w:rsidR="00683844" w:rsidRPr="00505610" w:rsidRDefault="00DF2F1B">
            <w:pPr>
              <w:jc w:val="center"/>
              <w:rPr>
                <w:rFonts w:cs="Arial"/>
              </w:rPr>
            </w:pPr>
            <w:r w:rsidRPr="00505610">
              <w:rPr>
                <w:rFonts w:cs="Arial"/>
                <w:sz w:val="16"/>
              </w:rPr>
              <w:t>9,992 (16.5)</w:t>
            </w:r>
          </w:p>
        </w:tc>
      </w:tr>
      <w:tr w:rsidR="00683844" w:rsidRPr="00505610" w14:paraId="0BFBC48A" w14:textId="77777777" w:rsidTr="000D2F27">
        <w:tc>
          <w:tcPr>
            <w:tcW w:w="1170" w:type="pct"/>
          </w:tcPr>
          <w:p w14:paraId="71C8F586" w14:textId="77777777" w:rsidR="00683844" w:rsidRPr="00505610" w:rsidRDefault="00DF2F1B">
            <w:pPr>
              <w:rPr>
                <w:rFonts w:cs="Arial"/>
              </w:rPr>
            </w:pPr>
            <w:r w:rsidRPr="00505610">
              <w:rPr>
                <w:rFonts w:cs="Arial"/>
                <w:sz w:val="16"/>
              </w:rPr>
              <w:t>Other</w:t>
            </w:r>
          </w:p>
        </w:tc>
        <w:tc>
          <w:tcPr>
            <w:tcW w:w="949" w:type="pct"/>
          </w:tcPr>
          <w:p w14:paraId="45800E04" w14:textId="77777777" w:rsidR="00683844" w:rsidRPr="00505610" w:rsidRDefault="00DF2F1B">
            <w:pPr>
              <w:jc w:val="center"/>
              <w:rPr>
                <w:rFonts w:cs="Arial"/>
              </w:rPr>
            </w:pPr>
            <w:r w:rsidRPr="00505610">
              <w:rPr>
                <w:rFonts w:cs="Arial"/>
                <w:sz w:val="16"/>
              </w:rPr>
              <w:t>2,992</w:t>
            </w:r>
          </w:p>
        </w:tc>
        <w:tc>
          <w:tcPr>
            <w:tcW w:w="982" w:type="pct"/>
          </w:tcPr>
          <w:p w14:paraId="5CA67E5A" w14:textId="77777777" w:rsidR="00683844" w:rsidRPr="00505610" w:rsidRDefault="00DF2F1B">
            <w:pPr>
              <w:jc w:val="center"/>
              <w:rPr>
                <w:rFonts w:cs="Arial"/>
              </w:rPr>
            </w:pPr>
            <w:r w:rsidRPr="00505610">
              <w:rPr>
                <w:rFonts w:cs="Arial"/>
                <w:sz w:val="16"/>
              </w:rPr>
              <w:t>466 (15.6)</w:t>
            </w:r>
          </w:p>
        </w:tc>
        <w:tc>
          <w:tcPr>
            <w:tcW w:w="982" w:type="pct"/>
          </w:tcPr>
          <w:p w14:paraId="7A4A26CC" w14:textId="77777777" w:rsidR="00683844" w:rsidRPr="00505610" w:rsidRDefault="00DF2F1B">
            <w:pPr>
              <w:jc w:val="center"/>
              <w:rPr>
                <w:rFonts w:cs="Arial"/>
              </w:rPr>
            </w:pPr>
            <w:r w:rsidRPr="00505610">
              <w:rPr>
                <w:rFonts w:cs="Arial"/>
                <w:sz w:val="16"/>
              </w:rPr>
              <w:t>1,146 (38.3)</w:t>
            </w:r>
          </w:p>
        </w:tc>
        <w:tc>
          <w:tcPr>
            <w:tcW w:w="917" w:type="pct"/>
          </w:tcPr>
          <w:p w14:paraId="09BF53BA" w14:textId="77777777" w:rsidR="00683844" w:rsidRPr="00505610" w:rsidRDefault="00DF2F1B">
            <w:pPr>
              <w:jc w:val="center"/>
              <w:rPr>
                <w:rFonts w:cs="Arial"/>
              </w:rPr>
            </w:pPr>
            <w:r w:rsidRPr="00505610">
              <w:rPr>
                <w:rFonts w:cs="Arial"/>
                <w:sz w:val="16"/>
              </w:rPr>
              <w:t>1,380 (46.1)</w:t>
            </w:r>
          </w:p>
        </w:tc>
      </w:tr>
      <w:tr w:rsidR="00683844" w:rsidRPr="00505610" w14:paraId="6629E8E9" w14:textId="77777777" w:rsidTr="000D2F27">
        <w:tc>
          <w:tcPr>
            <w:tcW w:w="1170" w:type="pct"/>
          </w:tcPr>
          <w:p w14:paraId="54AF9DED" w14:textId="77777777" w:rsidR="00683844" w:rsidRPr="00505610" w:rsidRDefault="00DF2F1B">
            <w:pPr>
              <w:rPr>
                <w:rFonts w:cs="Arial"/>
              </w:rPr>
            </w:pPr>
            <w:r w:rsidRPr="00505610">
              <w:rPr>
                <w:rFonts w:cs="Arial"/>
                <w:sz w:val="16"/>
              </w:rPr>
              <w:t>Widowed</w:t>
            </w:r>
          </w:p>
        </w:tc>
        <w:tc>
          <w:tcPr>
            <w:tcW w:w="949" w:type="pct"/>
          </w:tcPr>
          <w:p w14:paraId="704A64FC" w14:textId="77777777" w:rsidR="00683844" w:rsidRPr="00505610" w:rsidRDefault="00DF2F1B">
            <w:pPr>
              <w:jc w:val="center"/>
              <w:rPr>
                <w:rFonts w:cs="Arial"/>
              </w:rPr>
            </w:pPr>
            <w:r w:rsidRPr="00505610">
              <w:rPr>
                <w:rFonts w:cs="Arial"/>
                <w:sz w:val="16"/>
              </w:rPr>
              <w:t>9,625</w:t>
            </w:r>
          </w:p>
        </w:tc>
        <w:tc>
          <w:tcPr>
            <w:tcW w:w="982" w:type="pct"/>
          </w:tcPr>
          <w:p w14:paraId="71111A38" w14:textId="77777777" w:rsidR="00683844" w:rsidRPr="00505610" w:rsidRDefault="00DF2F1B">
            <w:pPr>
              <w:jc w:val="center"/>
              <w:rPr>
                <w:rFonts w:cs="Arial"/>
              </w:rPr>
            </w:pPr>
            <w:r w:rsidRPr="00505610">
              <w:rPr>
                <w:rFonts w:cs="Arial"/>
                <w:sz w:val="16"/>
              </w:rPr>
              <w:t>2,022 (21.0)</w:t>
            </w:r>
          </w:p>
        </w:tc>
        <w:tc>
          <w:tcPr>
            <w:tcW w:w="982" w:type="pct"/>
          </w:tcPr>
          <w:p w14:paraId="3827CE28" w14:textId="77777777" w:rsidR="00683844" w:rsidRPr="00505610" w:rsidRDefault="00DF2F1B">
            <w:pPr>
              <w:jc w:val="center"/>
              <w:rPr>
                <w:rFonts w:cs="Arial"/>
              </w:rPr>
            </w:pPr>
            <w:r w:rsidRPr="00505610">
              <w:rPr>
                <w:rFonts w:cs="Arial"/>
                <w:sz w:val="16"/>
              </w:rPr>
              <w:t>4,546 (47.2)</w:t>
            </w:r>
          </w:p>
        </w:tc>
        <w:tc>
          <w:tcPr>
            <w:tcW w:w="917" w:type="pct"/>
          </w:tcPr>
          <w:p w14:paraId="6A1C9917" w14:textId="77777777" w:rsidR="00683844" w:rsidRPr="00505610" w:rsidRDefault="00DF2F1B">
            <w:pPr>
              <w:jc w:val="center"/>
              <w:rPr>
                <w:rFonts w:cs="Arial"/>
              </w:rPr>
            </w:pPr>
            <w:r w:rsidRPr="00505610">
              <w:rPr>
                <w:rFonts w:cs="Arial"/>
                <w:sz w:val="16"/>
              </w:rPr>
              <w:t>3,057 (31.8)</w:t>
            </w:r>
          </w:p>
        </w:tc>
      </w:tr>
      <w:tr w:rsidR="00683844" w:rsidRPr="00505610" w14:paraId="0935F61E" w14:textId="77777777" w:rsidTr="000D2F27">
        <w:tc>
          <w:tcPr>
            <w:tcW w:w="1170" w:type="pct"/>
          </w:tcPr>
          <w:p w14:paraId="70D91F83" w14:textId="77777777" w:rsidR="00683844" w:rsidRPr="00505610" w:rsidRDefault="00DF2F1B">
            <w:pPr>
              <w:rPr>
                <w:rFonts w:cs="Arial"/>
              </w:rPr>
            </w:pPr>
            <w:r w:rsidRPr="00505610">
              <w:rPr>
                <w:rFonts w:cs="Arial"/>
                <w:sz w:val="16"/>
              </w:rPr>
              <w:t>Single</w:t>
            </w:r>
          </w:p>
        </w:tc>
        <w:tc>
          <w:tcPr>
            <w:tcW w:w="949" w:type="pct"/>
          </w:tcPr>
          <w:p w14:paraId="549AE1DE" w14:textId="77777777" w:rsidR="00683844" w:rsidRPr="00505610" w:rsidRDefault="00DF2F1B">
            <w:pPr>
              <w:jc w:val="center"/>
              <w:rPr>
                <w:rFonts w:cs="Arial"/>
              </w:rPr>
            </w:pPr>
            <w:r w:rsidRPr="00505610">
              <w:rPr>
                <w:rFonts w:cs="Arial"/>
                <w:sz w:val="16"/>
              </w:rPr>
              <w:t>26,983</w:t>
            </w:r>
          </w:p>
        </w:tc>
        <w:tc>
          <w:tcPr>
            <w:tcW w:w="982" w:type="pct"/>
          </w:tcPr>
          <w:p w14:paraId="54D7F676" w14:textId="77777777" w:rsidR="00683844" w:rsidRPr="00505610" w:rsidRDefault="00DF2F1B">
            <w:pPr>
              <w:jc w:val="center"/>
              <w:rPr>
                <w:rFonts w:cs="Arial"/>
              </w:rPr>
            </w:pPr>
            <w:r w:rsidRPr="00505610">
              <w:rPr>
                <w:rFonts w:cs="Arial"/>
                <w:sz w:val="16"/>
              </w:rPr>
              <w:t>3,059 (11.3)</w:t>
            </w:r>
          </w:p>
        </w:tc>
        <w:tc>
          <w:tcPr>
            <w:tcW w:w="982" w:type="pct"/>
          </w:tcPr>
          <w:p w14:paraId="7C16ED85" w14:textId="77777777" w:rsidR="00683844" w:rsidRPr="00505610" w:rsidRDefault="00DF2F1B">
            <w:pPr>
              <w:jc w:val="center"/>
              <w:rPr>
                <w:rFonts w:cs="Arial"/>
              </w:rPr>
            </w:pPr>
            <w:r w:rsidRPr="00505610">
              <w:rPr>
                <w:rFonts w:cs="Arial"/>
                <w:sz w:val="16"/>
              </w:rPr>
              <w:t>9,793 (36.3)</w:t>
            </w:r>
          </w:p>
        </w:tc>
        <w:tc>
          <w:tcPr>
            <w:tcW w:w="917" w:type="pct"/>
          </w:tcPr>
          <w:p w14:paraId="16A313A9" w14:textId="77777777" w:rsidR="00683844" w:rsidRPr="00505610" w:rsidRDefault="00DF2F1B">
            <w:pPr>
              <w:jc w:val="center"/>
              <w:rPr>
                <w:rFonts w:cs="Arial"/>
              </w:rPr>
            </w:pPr>
            <w:r w:rsidRPr="00505610">
              <w:rPr>
                <w:rFonts w:cs="Arial"/>
                <w:sz w:val="16"/>
              </w:rPr>
              <w:t>14,131 (52.4)</w:t>
            </w:r>
          </w:p>
        </w:tc>
      </w:tr>
      <w:tr w:rsidR="00683844" w:rsidRPr="00505610" w14:paraId="126E5438" w14:textId="77777777" w:rsidTr="000D2F27">
        <w:tc>
          <w:tcPr>
            <w:tcW w:w="1170" w:type="pct"/>
          </w:tcPr>
          <w:p w14:paraId="762F8774" w14:textId="77777777" w:rsidR="00683844" w:rsidRPr="00505610" w:rsidRDefault="00DF2F1B">
            <w:pPr>
              <w:rPr>
                <w:rFonts w:cs="Arial"/>
              </w:rPr>
            </w:pPr>
            <w:r w:rsidRPr="00505610">
              <w:rPr>
                <w:rFonts w:cs="Arial"/>
                <w:i/>
                <w:sz w:val="16"/>
              </w:rPr>
              <w:t>Missing</w:t>
            </w:r>
          </w:p>
        </w:tc>
        <w:tc>
          <w:tcPr>
            <w:tcW w:w="949" w:type="pct"/>
          </w:tcPr>
          <w:p w14:paraId="186C73F0" w14:textId="77777777" w:rsidR="00683844" w:rsidRPr="00505610" w:rsidRDefault="00DF2F1B">
            <w:pPr>
              <w:jc w:val="center"/>
              <w:rPr>
                <w:rFonts w:cs="Arial"/>
              </w:rPr>
            </w:pPr>
            <w:r w:rsidRPr="00505610">
              <w:rPr>
                <w:rFonts w:cs="Arial"/>
                <w:i/>
                <w:sz w:val="16"/>
              </w:rPr>
              <w:t>10,345</w:t>
            </w:r>
          </w:p>
        </w:tc>
        <w:tc>
          <w:tcPr>
            <w:tcW w:w="982" w:type="pct"/>
          </w:tcPr>
          <w:p w14:paraId="13A88F56" w14:textId="77777777" w:rsidR="00683844" w:rsidRPr="00505610" w:rsidRDefault="00DF2F1B">
            <w:pPr>
              <w:jc w:val="center"/>
              <w:rPr>
                <w:rFonts w:cs="Arial"/>
              </w:rPr>
            </w:pPr>
            <w:r w:rsidRPr="00505610">
              <w:rPr>
                <w:rFonts w:cs="Arial"/>
                <w:i/>
                <w:sz w:val="16"/>
              </w:rPr>
              <w:t>2,414 (23.3)</w:t>
            </w:r>
          </w:p>
        </w:tc>
        <w:tc>
          <w:tcPr>
            <w:tcW w:w="982" w:type="pct"/>
          </w:tcPr>
          <w:p w14:paraId="448FA537" w14:textId="77777777" w:rsidR="00683844" w:rsidRPr="00505610" w:rsidRDefault="00DF2F1B">
            <w:pPr>
              <w:jc w:val="center"/>
              <w:rPr>
                <w:rFonts w:cs="Arial"/>
              </w:rPr>
            </w:pPr>
            <w:r w:rsidRPr="00505610">
              <w:rPr>
                <w:rFonts w:cs="Arial"/>
                <w:i/>
                <w:sz w:val="16"/>
              </w:rPr>
              <w:t>4,238 (41.0)</w:t>
            </w:r>
          </w:p>
        </w:tc>
        <w:tc>
          <w:tcPr>
            <w:tcW w:w="917" w:type="pct"/>
          </w:tcPr>
          <w:p w14:paraId="55C21A0D" w14:textId="77777777" w:rsidR="00683844" w:rsidRPr="00505610" w:rsidRDefault="00DF2F1B">
            <w:pPr>
              <w:jc w:val="center"/>
              <w:rPr>
                <w:rFonts w:cs="Arial"/>
              </w:rPr>
            </w:pPr>
            <w:r w:rsidRPr="00505610">
              <w:rPr>
                <w:rFonts w:cs="Arial"/>
                <w:i/>
                <w:sz w:val="16"/>
              </w:rPr>
              <w:t>3,693 (35.7)</w:t>
            </w:r>
          </w:p>
        </w:tc>
      </w:tr>
      <w:tr w:rsidR="00683844" w:rsidRPr="00505610" w14:paraId="2D818657" w14:textId="77777777" w:rsidTr="000D2F27">
        <w:tc>
          <w:tcPr>
            <w:tcW w:w="5000" w:type="pct"/>
            <w:gridSpan w:val="5"/>
          </w:tcPr>
          <w:p w14:paraId="2DA1A69C" w14:textId="77777777" w:rsidR="00683844" w:rsidRPr="00505610" w:rsidRDefault="00DF2F1B">
            <w:pPr>
              <w:keepNext/>
              <w:rPr>
                <w:rFonts w:cs="Arial"/>
              </w:rPr>
            </w:pPr>
            <w:r w:rsidRPr="00505610">
              <w:rPr>
                <w:rFonts w:cs="Arial"/>
                <w:b/>
              </w:rPr>
              <w:t>Having relatives</w:t>
            </w:r>
          </w:p>
        </w:tc>
      </w:tr>
      <w:tr w:rsidR="00683844" w:rsidRPr="00505610" w14:paraId="3B19088F" w14:textId="77777777" w:rsidTr="000D2F27">
        <w:tc>
          <w:tcPr>
            <w:tcW w:w="1170" w:type="pct"/>
          </w:tcPr>
          <w:p w14:paraId="5D0B7F03" w14:textId="77777777" w:rsidR="00683844" w:rsidRPr="00505610" w:rsidRDefault="00DF2F1B">
            <w:pPr>
              <w:rPr>
                <w:rFonts w:cs="Arial"/>
              </w:rPr>
            </w:pPr>
            <w:r w:rsidRPr="00505610">
              <w:rPr>
                <w:rFonts w:cs="Arial"/>
                <w:sz w:val="16"/>
              </w:rPr>
              <w:t>0</w:t>
            </w:r>
          </w:p>
        </w:tc>
        <w:tc>
          <w:tcPr>
            <w:tcW w:w="949" w:type="pct"/>
          </w:tcPr>
          <w:p w14:paraId="1D1473E7" w14:textId="77777777" w:rsidR="00683844" w:rsidRPr="00505610" w:rsidRDefault="00DF2F1B">
            <w:pPr>
              <w:jc w:val="center"/>
              <w:rPr>
                <w:rFonts w:cs="Arial"/>
              </w:rPr>
            </w:pPr>
            <w:r w:rsidRPr="00505610">
              <w:rPr>
                <w:rFonts w:cs="Arial"/>
                <w:sz w:val="16"/>
              </w:rPr>
              <w:t>7,195</w:t>
            </w:r>
          </w:p>
        </w:tc>
        <w:tc>
          <w:tcPr>
            <w:tcW w:w="982" w:type="pct"/>
          </w:tcPr>
          <w:p w14:paraId="34AF2848" w14:textId="77777777" w:rsidR="00683844" w:rsidRPr="00505610" w:rsidRDefault="00DF2F1B">
            <w:pPr>
              <w:jc w:val="center"/>
              <w:rPr>
                <w:rFonts w:cs="Arial"/>
              </w:rPr>
            </w:pPr>
            <w:r w:rsidRPr="00505610">
              <w:rPr>
                <w:rFonts w:cs="Arial"/>
                <w:sz w:val="16"/>
              </w:rPr>
              <w:t>959 (13.3)</w:t>
            </w:r>
          </w:p>
        </w:tc>
        <w:tc>
          <w:tcPr>
            <w:tcW w:w="982" w:type="pct"/>
          </w:tcPr>
          <w:p w14:paraId="3EA910F2" w14:textId="77777777" w:rsidR="00683844" w:rsidRPr="00505610" w:rsidRDefault="00DF2F1B">
            <w:pPr>
              <w:jc w:val="center"/>
              <w:rPr>
                <w:rFonts w:cs="Arial"/>
              </w:rPr>
            </w:pPr>
            <w:r w:rsidRPr="00505610">
              <w:rPr>
                <w:rFonts w:cs="Arial"/>
                <w:sz w:val="16"/>
              </w:rPr>
              <w:t>2,255 (31.3)</w:t>
            </w:r>
          </w:p>
        </w:tc>
        <w:tc>
          <w:tcPr>
            <w:tcW w:w="917" w:type="pct"/>
          </w:tcPr>
          <w:p w14:paraId="76FBF5FE" w14:textId="77777777" w:rsidR="00683844" w:rsidRPr="00505610" w:rsidRDefault="00DF2F1B">
            <w:pPr>
              <w:jc w:val="center"/>
              <w:rPr>
                <w:rFonts w:cs="Arial"/>
              </w:rPr>
            </w:pPr>
            <w:r w:rsidRPr="00505610">
              <w:rPr>
                <w:rFonts w:cs="Arial"/>
                <w:sz w:val="16"/>
              </w:rPr>
              <w:t>3,981 (55.3)</w:t>
            </w:r>
          </w:p>
        </w:tc>
      </w:tr>
      <w:tr w:rsidR="00683844" w:rsidRPr="00505610" w14:paraId="65358AC7" w14:textId="77777777" w:rsidTr="000D2F27">
        <w:tc>
          <w:tcPr>
            <w:tcW w:w="1170" w:type="pct"/>
          </w:tcPr>
          <w:p w14:paraId="4A6A3662" w14:textId="77777777" w:rsidR="00683844" w:rsidRPr="00505610" w:rsidRDefault="00DF2F1B">
            <w:pPr>
              <w:rPr>
                <w:rFonts w:cs="Arial"/>
              </w:rPr>
            </w:pPr>
            <w:r w:rsidRPr="00505610">
              <w:rPr>
                <w:rFonts w:cs="Arial"/>
                <w:sz w:val="16"/>
              </w:rPr>
              <w:t>1</w:t>
            </w:r>
          </w:p>
        </w:tc>
        <w:tc>
          <w:tcPr>
            <w:tcW w:w="949" w:type="pct"/>
          </w:tcPr>
          <w:p w14:paraId="67B51EAC" w14:textId="77777777" w:rsidR="00683844" w:rsidRPr="00505610" w:rsidRDefault="00DF2F1B">
            <w:pPr>
              <w:jc w:val="center"/>
              <w:rPr>
                <w:rFonts w:cs="Arial"/>
              </w:rPr>
            </w:pPr>
            <w:r w:rsidRPr="00505610">
              <w:rPr>
                <w:rFonts w:cs="Arial"/>
                <w:sz w:val="16"/>
              </w:rPr>
              <w:t>12,101</w:t>
            </w:r>
          </w:p>
        </w:tc>
        <w:tc>
          <w:tcPr>
            <w:tcW w:w="982" w:type="pct"/>
          </w:tcPr>
          <w:p w14:paraId="2A669ADB" w14:textId="77777777" w:rsidR="00683844" w:rsidRPr="00505610" w:rsidRDefault="00DF2F1B">
            <w:pPr>
              <w:jc w:val="center"/>
              <w:rPr>
                <w:rFonts w:cs="Arial"/>
              </w:rPr>
            </w:pPr>
            <w:r w:rsidRPr="00505610">
              <w:rPr>
                <w:rFonts w:cs="Arial"/>
                <w:sz w:val="16"/>
              </w:rPr>
              <w:t>1,586 (13.1)</w:t>
            </w:r>
          </w:p>
        </w:tc>
        <w:tc>
          <w:tcPr>
            <w:tcW w:w="982" w:type="pct"/>
          </w:tcPr>
          <w:p w14:paraId="3D4F8C64" w14:textId="77777777" w:rsidR="00683844" w:rsidRPr="00505610" w:rsidRDefault="00DF2F1B">
            <w:pPr>
              <w:jc w:val="center"/>
              <w:rPr>
                <w:rFonts w:cs="Arial"/>
              </w:rPr>
            </w:pPr>
            <w:r w:rsidRPr="00505610">
              <w:rPr>
                <w:rFonts w:cs="Arial"/>
                <w:sz w:val="16"/>
              </w:rPr>
              <w:t>4,120 (34.0)</w:t>
            </w:r>
          </w:p>
        </w:tc>
        <w:tc>
          <w:tcPr>
            <w:tcW w:w="917" w:type="pct"/>
          </w:tcPr>
          <w:p w14:paraId="2FC9A116" w14:textId="77777777" w:rsidR="00683844" w:rsidRPr="00505610" w:rsidRDefault="00DF2F1B">
            <w:pPr>
              <w:jc w:val="center"/>
              <w:rPr>
                <w:rFonts w:cs="Arial"/>
              </w:rPr>
            </w:pPr>
            <w:r w:rsidRPr="00505610">
              <w:rPr>
                <w:rFonts w:cs="Arial"/>
                <w:sz w:val="16"/>
              </w:rPr>
              <w:t>6,395 (52.8)</w:t>
            </w:r>
          </w:p>
        </w:tc>
      </w:tr>
      <w:tr w:rsidR="00683844" w:rsidRPr="00505610" w14:paraId="22010D78" w14:textId="77777777" w:rsidTr="000D2F27">
        <w:tc>
          <w:tcPr>
            <w:tcW w:w="1170" w:type="pct"/>
          </w:tcPr>
          <w:p w14:paraId="5219E090" w14:textId="77777777" w:rsidR="00683844" w:rsidRPr="00505610" w:rsidRDefault="00DF2F1B">
            <w:pPr>
              <w:rPr>
                <w:rFonts w:cs="Arial"/>
              </w:rPr>
            </w:pPr>
            <w:r w:rsidRPr="00505610">
              <w:rPr>
                <w:rFonts w:cs="Arial"/>
                <w:sz w:val="16"/>
              </w:rPr>
              <w:t>2</w:t>
            </w:r>
          </w:p>
        </w:tc>
        <w:tc>
          <w:tcPr>
            <w:tcW w:w="949" w:type="pct"/>
          </w:tcPr>
          <w:p w14:paraId="45C8E036" w14:textId="77777777" w:rsidR="00683844" w:rsidRPr="00505610" w:rsidRDefault="00DF2F1B">
            <w:pPr>
              <w:jc w:val="center"/>
              <w:rPr>
                <w:rFonts w:cs="Arial"/>
              </w:rPr>
            </w:pPr>
            <w:r w:rsidRPr="00505610">
              <w:rPr>
                <w:rFonts w:cs="Arial"/>
                <w:sz w:val="16"/>
              </w:rPr>
              <w:t>20,994</w:t>
            </w:r>
          </w:p>
        </w:tc>
        <w:tc>
          <w:tcPr>
            <w:tcW w:w="982" w:type="pct"/>
          </w:tcPr>
          <w:p w14:paraId="464E40AC" w14:textId="77777777" w:rsidR="00683844" w:rsidRPr="00505610" w:rsidRDefault="00DF2F1B">
            <w:pPr>
              <w:jc w:val="center"/>
              <w:rPr>
                <w:rFonts w:cs="Arial"/>
              </w:rPr>
            </w:pPr>
            <w:r w:rsidRPr="00505610">
              <w:rPr>
                <w:rFonts w:cs="Arial"/>
                <w:sz w:val="16"/>
              </w:rPr>
              <w:t>2,949 (14.0)</w:t>
            </w:r>
          </w:p>
        </w:tc>
        <w:tc>
          <w:tcPr>
            <w:tcW w:w="982" w:type="pct"/>
          </w:tcPr>
          <w:p w14:paraId="4313E425" w14:textId="77777777" w:rsidR="00683844" w:rsidRPr="00505610" w:rsidRDefault="00DF2F1B">
            <w:pPr>
              <w:jc w:val="center"/>
              <w:rPr>
                <w:rFonts w:cs="Arial"/>
              </w:rPr>
            </w:pPr>
            <w:r w:rsidRPr="00505610">
              <w:rPr>
                <w:rFonts w:cs="Arial"/>
                <w:sz w:val="16"/>
              </w:rPr>
              <w:t>8,500 (40.5)</w:t>
            </w:r>
          </w:p>
        </w:tc>
        <w:tc>
          <w:tcPr>
            <w:tcW w:w="917" w:type="pct"/>
          </w:tcPr>
          <w:p w14:paraId="6D243B3A" w14:textId="77777777" w:rsidR="00683844" w:rsidRPr="00505610" w:rsidRDefault="00DF2F1B">
            <w:pPr>
              <w:jc w:val="center"/>
              <w:rPr>
                <w:rFonts w:cs="Arial"/>
              </w:rPr>
            </w:pPr>
            <w:r w:rsidRPr="00505610">
              <w:rPr>
                <w:rFonts w:cs="Arial"/>
                <w:sz w:val="16"/>
              </w:rPr>
              <w:t>9,545 (45.5)</w:t>
            </w:r>
          </w:p>
        </w:tc>
      </w:tr>
      <w:tr w:rsidR="00683844" w:rsidRPr="00505610" w14:paraId="472DA850" w14:textId="77777777" w:rsidTr="000D2F27">
        <w:tc>
          <w:tcPr>
            <w:tcW w:w="1170" w:type="pct"/>
          </w:tcPr>
          <w:p w14:paraId="1D6E6F91" w14:textId="77777777" w:rsidR="00683844" w:rsidRPr="00505610" w:rsidRDefault="00DF2F1B">
            <w:pPr>
              <w:rPr>
                <w:rFonts w:cs="Arial"/>
              </w:rPr>
            </w:pPr>
            <w:r w:rsidRPr="00505610">
              <w:rPr>
                <w:rFonts w:cs="Arial"/>
                <w:sz w:val="16"/>
              </w:rPr>
              <w:t>3 or 4</w:t>
            </w:r>
          </w:p>
        </w:tc>
        <w:tc>
          <w:tcPr>
            <w:tcW w:w="949" w:type="pct"/>
          </w:tcPr>
          <w:p w14:paraId="30BABF48" w14:textId="77777777" w:rsidR="00683844" w:rsidRPr="00505610" w:rsidRDefault="00DF2F1B">
            <w:pPr>
              <w:jc w:val="center"/>
              <w:rPr>
                <w:rFonts w:cs="Arial"/>
              </w:rPr>
            </w:pPr>
            <w:r w:rsidRPr="00505610">
              <w:rPr>
                <w:rFonts w:cs="Arial"/>
                <w:sz w:val="16"/>
              </w:rPr>
              <w:t>39,644</w:t>
            </w:r>
          </w:p>
        </w:tc>
        <w:tc>
          <w:tcPr>
            <w:tcW w:w="982" w:type="pct"/>
          </w:tcPr>
          <w:p w14:paraId="0748EA14" w14:textId="77777777" w:rsidR="00683844" w:rsidRPr="00505610" w:rsidRDefault="00DF2F1B">
            <w:pPr>
              <w:jc w:val="center"/>
              <w:rPr>
                <w:rFonts w:cs="Arial"/>
              </w:rPr>
            </w:pPr>
            <w:r w:rsidRPr="00505610">
              <w:rPr>
                <w:rFonts w:cs="Arial"/>
                <w:sz w:val="16"/>
              </w:rPr>
              <w:t>9,703 (24.5)</w:t>
            </w:r>
          </w:p>
        </w:tc>
        <w:tc>
          <w:tcPr>
            <w:tcW w:w="982" w:type="pct"/>
          </w:tcPr>
          <w:p w14:paraId="1348A83B" w14:textId="77777777" w:rsidR="00683844" w:rsidRPr="00505610" w:rsidRDefault="00DF2F1B">
            <w:pPr>
              <w:jc w:val="center"/>
              <w:rPr>
                <w:rFonts w:cs="Arial"/>
              </w:rPr>
            </w:pPr>
            <w:r w:rsidRPr="00505610">
              <w:rPr>
                <w:rFonts w:cs="Arial"/>
                <w:sz w:val="16"/>
              </w:rPr>
              <w:t>17,947 (45.3)</w:t>
            </w:r>
          </w:p>
        </w:tc>
        <w:tc>
          <w:tcPr>
            <w:tcW w:w="917" w:type="pct"/>
          </w:tcPr>
          <w:p w14:paraId="656AA44A" w14:textId="77777777" w:rsidR="00683844" w:rsidRPr="00505610" w:rsidRDefault="00DF2F1B">
            <w:pPr>
              <w:jc w:val="center"/>
              <w:rPr>
                <w:rFonts w:cs="Arial"/>
              </w:rPr>
            </w:pPr>
            <w:r w:rsidRPr="00505610">
              <w:rPr>
                <w:rFonts w:cs="Arial"/>
                <w:sz w:val="16"/>
              </w:rPr>
              <w:t>11,994 (30.3)</w:t>
            </w:r>
          </w:p>
        </w:tc>
      </w:tr>
      <w:tr w:rsidR="00683844" w:rsidRPr="00505610" w14:paraId="5AB8D7AE" w14:textId="77777777" w:rsidTr="000D2F27">
        <w:tc>
          <w:tcPr>
            <w:tcW w:w="1170" w:type="pct"/>
          </w:tcPr>
          <w:p w14:paraId="3D9EE173" w14:textId="77777777" w:rsidR="00683844" w:rsidRPr="00505610" w:rsidRDefault="00DF2F1B">
            <w:pPr>
              <w:rPr>
                <w:rFonts w:cs="Arial"/>
              </w:rPr>
            </w:pPr>
            <w:r w:rsidRPr="00505610">
              <w:rPr>
                <w:rFonts w:cs="Arial"/>
                <w:sz w:val="16"/>
              </w:rPr>
              <w:t>5-8</w:t>
            </w:r>
          </w:p>
        </w:tc>
        <w:tc>
          <w:tcPr>
            <w:tcW w:w="949" w:type="pct"/>
          </w:tcPr>
          <w:p w14:paraId="133BD132" w14:textId="77777777" w:rsidR="00683844" w:rsidRPr="00505610" w:rsidRDefault="00DF2F1B">
            <w:pPr>
              <w:jc w:val="center"/>
              <w:rPr>
                <w:rFonts w:cs="Arial"/>
              </w:rPr>
            </w:pPr>
            <w:r w:rsidRPr="00505610">
              <w:rPr>
                <w:rFonts w:cs="Arial"/>
                <w:sz w:val="16"/>
              </w:rPr>
              <w:t>29,656</w:t>
            </w:r>
          </w:p>
        </w:tc>
        <w:tc>
          <w:tcPr>
            <w:tcW w:w="982" w:type="pct"/>
          </w:tcPr>
          <w:p w14:paraId="78D52B86" w14:textId="77777777" w:rsidR="00683844" w:rsidRPr="00505610" w:rsidRDefault="00DF2F1B">
            <w:pPr>
              <w:jc w:val="center"/>
              <w:rPr>
                <w:rFonts w:cs="Arial"/>
              </w:rPr>
            </w:pPr>
            <w:r w:rsidRPr="00505610">
              <w:rPr>
                <w:rFonts w:cs="Arial"/>
                <w:sz w:val="16"/>
              </w:rPr>
              <w:t>12,201 (41.1)</w:t>
            </w:r>
          </w:p>
        </w:tc>
        <w:tc>
          <w:tcPr>
            <w:tcW w:w="982" w:type="pct"/>
          </w:tcPr>
          <w:p w14:paraId="24F3B502" w14:textId="77777777" w:rsidR="00683844" w:rsidRPr="00505610" w:rsidRDefault="00DF2F1B">
            <w:pPr>
              <w:jc w:val="center"/>
              <w:rPr>
                <w:rFonts w:cs="Arial"/>
              </w:rPr>
            </w:pPr>
            <w:r w:rsidRPr="00505610">
              <w:rPr>
                <w:rFonts w:cs="Arial"/>
                <w:sz w:val="16"/>
              </w:rPr>
              <w:t>12,961 (43.7)</w:t>
            </w:r>
          </w:p>
        </w:tc>
        <w:tc>
          <w:tcPr>
            <w:tcW w:w="917" w:type="pct"/>
          </w:tcPr>
          <w:p w14:paraId="3473D4D6" w14:textId="77777777" w:rsidR="00683844" w:rsidRPr="00505610" w:rsidRDefault="00DF2F1B">
            <w:pPr>
              <w:jc w:val="center"/>
              <w:rPr>
                <w:rFonts w:cs="Arial"/>
              </w:rPr>
            </w:pPr>
            <w:r w:rsidRPr="00505610">
              <w:rPr>
                <w:rFonts w:cs="Arial"/>
                <w:sz w:val="16"/>
              </w:rPr>
              <w:t>4,494 (15.2)</w:t>
            </w:r>
          </w:p>
        </w:tc>
      </w:tr>
      <w:tr w:rsidR="00683844" w:rsidRPr="00505610" w14:paraId="54E87788" w14:textId="77777777" w:rsidTr="000D2F27">
        <w:tc>
          <w:tcPr>
            <w:tcW w:w="1170" w:type="pct"/>
          </w:tcPr>
          <w:p w14:paraId="0037020F" w14:textId="77777777" w:rsidR="00683844" w:rsidRPr="00505610" w:rsidRDefault="00DF2F1B">
            <w:pPr>
              <w:rPr>
                <w:rFonts w:cs="Arial"/>
              </w:rPr>
            </w:pPr>
            <w:r w:rsidRPr="00505610">
              <w:rPr>
                <w:rFonts w:cs="Arial"/>
                <w:sz w:val="16"/>
              </w:rPr>
              <w:t>9 or more</w:t>
            </w:r>
          </w:p>
        </w:tc>
        <w:tc>
          <w:tcPr>
            <w:tcW w:w="949" w:type="pct"/>
          </w:tcPr>
          <w:p w14:paraId="5956B6BD" w14:textId="77777777" w:rsidR="00683844" w:rsidRPr="00505610" w:rsidRDefault="00DF2F1B">
            <w:pPr>
              <w:jc w:val="center"/>
              <w:rPr>
                <w:rFonts w:cs="Arial"/>
              </w:rPr>
            </w:pPr>
            <w:r w:rsidRPr="00505610">
              <w:rPr>
                <w:rFonts w:cs="Arial"/>
                <w:sz w:val="16"/>
              </w:rPr>
              <w:t>15,825</w:t>
            </w:r>
          </w:p>
        </w:tc>
        <w:tc>
          <w:tcPr>
            <w:tcW w:w="982" w:type="pct"/>
          </w:tcPr>
          <w:p w14:paraId="6EAD60D4" w14:textId="77777777" w:rsidR="00683844" w:rsidRPr="00505610" w:rsidRDefault="00DF2F1B">
            <w:pPr>
              <w:jc w:val="center"/>
              <w:rPr>
                <w:rFonts w:cs="Arial"/>
              </w:rPr>
            </w:pPr>
            <w:r w:rsidRPr="00505610">
              <w:rPr>
                <w:rFonts w:cs="Arial"/>
                <w:sz w:val="16"/>
              </w:rPr>
              <w:t>8,923 (56.4)</w:t>
            </w:r>
          </w:p>
        </w:tc>
        <w:tc>
          <w:tcPr>
            <w:tcW w:w="982" w:type="pct"/>
          </w:tcPr>
          <w:p w14:paraId="0C688A06" w14:textId="77777777" w:rsidR="00683844" w:rsidRPr="00505610" w:rsidRDefault="00DF2F1B">
            <w:pPr>
              <w:jc w:val="center"/>
              <w:rPr>
                <w:rFonts w:cs="Arial"/>
              </w:rPr>
            </w:pPr>
            <w:r w:rsidRPr="00505610">
              <w:rPr>
                <w:rFonts w:cs="Arial"/>
                <w:sz w:val="16"/>
              </w:rPr>
              <w:t>5,619 (35.5)</w:t>
            </w:r>
          </w:p>
        </w:tc>
        <w:tc>
          <w:tcPr>
            <w:tcW w:w="917" w:type="pct"/>
          </w:tcPr>
          <w:p w14:paraId="2183B5F7" w14:textId="77777777" w:rsidR="00683844" w:rsidRPr="00505610" w:rsidRDefault="00DF2F1B">
            <w:pPr>
              <w:jc w:val="center"/>
              <w:rPr>
                <w:rFonts w:cs="Arial"/>
              </w:rPr>
            </w:pPr>
            <w:r w:rsidRPr="00505610">
              <w:rPr>
                <w:rFonts w:cs="Arial"/>
                <w:sz w:val="16"/>
              </w:rPr>
              <w:t>1,283 (8.1)</w:t>
            </w:r>
          </w:p>
        </w:tc>
      </w:tr>
      <w:tr w:rsidR="00683844" w:rsidRPr="00505610" w14:paraId="22467DED" w14:textId="77777777" w:rsidTr="000D2F27">
        <w:tc>
          <w:tcPr>
            <w:tcW w:w="1170" w:type="pct"/>
          </w:tcPr>
          <w:p w14:paraId="753E7C16" w14:textId="77777777" w:rsidR="00683844" w:rsidRPr="00505610" w:rsidRDefault="00DF2F1B">
            <w:pPr>
              <w:rPr>
                <w:rFonts w:cs="Arial"/>
              </w:rPr>
            </w:pPr>
            <w:r w:rsidRPr="00505610">
              <w:rPr>
                <w:rFonts w:cs="Arial"/>
                <w:i/>
                <w:sz w:val="16"/>
              </w:rPr>
              <w:t>Missing</w:t>
            </w:r>
          </w:p>
        </w:tc>
        <w:tc>
          <w:tcPr>
            <w:tcW w:w="949" w:type="pct"/>
          </w:tcPr>
          <w:p w14:paraId="792B5678" w14:textId="77777777" w:rsidR="00683844" w:rsidRPr="00505610" w:rsidRDefault="00DF2F1B">
            <w:pPr>
              <w:jc w:val="center"/>
              <w:rPr>
                <w:rFonts w:cs="Arial"/>
              </w:rPr>
            </w:pPr>
            <w:r w:rsidRPr="00505610">
              <w:rPr>
                <w:rFonts w:cs="Arial"/>
                <w:i/>
                <w:sz w:val="16"/>
              </w:rPr>
              <w:t>10,307</w:t>
            </w:r>
          </w:p>
        </w:tc>
        <w:tc>
          <w:tcPr>
            <w:tcW w:w="982" w:type="pct"/>
          </w:tcPr>
          <w:p w14:paraId="0EA12AD0" w14:textId="77777777" w:rsidR="00683844" w:rsidRPr="00505610" w:rsidRDefault="00DF2F1B">
            <w:pPr>
              <w:jc w:val="center"/>
              <w:rPr>
                <w:rFonts w:cs="Arial"/>
              </w:rPr>
            </w:pPr>
            <w:r w:rsidRPr="00505610">
              <w:rPr>
                <w:rFonts w:cs="Arial"/>
                <w:i/>
                <w:sz w:val="16"/>
              </w:rPr>
              <w:t>2,407 (23.4)</w:t>
            </w:r>
          </w:p>
        </w:tc>
        <w:tc>
          <w:tcPr>
            <w:tcW w:w="982" w:type="pct"/>
          </w:tcPr>
          <w:p w14:paraId="57F432B8" w14:textId="77777777" w:rsidR="00683844" w:rsidRPr="00505610" w:rsidRDefault="00DF2F1B">
            <w:pPr>
              <w:jc w:val="center"/>
              <w:rPr>
                <w:rFonts w:cs="Arial"/>
              </w:rPr>
            </w:pPr>
            <w:r w:rsidRPr="00505610">
              <w:rPr>
                <w:rFonts w:cs="Arial"/>
                <w:i/>
                <w:sz w:val="16"/>
              </w:rPr>
              <w:t>4,224 (41.0)</w:t>
            </w:r>
          </w:p>
        </w:tc>
        <w:tc>
          <w:tcPr>
            <w:tcW w:w="917" w:type="pct"/>
          </w:tcPr>
          <w:p w14:paraId="4E4AAFC8" w14:textId="77777777" w:rsidR="00683844" w:rsidRPr="00505610" w:rsidRDefault="00DF2F1B">
            <w:pPr>
              <w:jc w:val="center"/>
              <w:rPr>
                <w:rFonts w:cs="Arial"/>
              </w:rPr>
            </w:pPr>
            <w:r w:rsidRPr="00505610">
              <w:rPr>
                <w:rFonts w:cs="Arial"/>
                <w:i/>
                <w:sz w:val="16"/>
              </w:rPr>
              <w:t>3,676 (35.7)</w:t>
            </w:r>
          </w:p>
        </w:tc>
      </w:tr>
      <w:tr w:rsidR="00683844" w:rsidRPr="00505610" w14:paraId="5A74D8F2" w14:textId="77777777" w:rsidTr="000D2F27">
        <w:tc>
          <w:tcPr>
            <w:tcW w:w="5000" w:type="pct"/>
            <w:gridSpan w:val="5"/>
          </w:tcPr>
          <w:p w14:paraId="0559A0A7" w14:textId="77777777" w:rsidR="00683844" w:rsidRPr="00505610" w:rsidRDefault="00DF2F1B">
            <w:pPr>
              <w:keepNext/>
              <w:rPr>
                <w:rFonts w:cs="Arial"/>
              </w:rPr>
            </w:pPr>
            <w:r w:rsidRPr="00505610">
              <w:rPr>
                <w:rFonts w:cs="Arial"/>
                <w:b/>
              </w:rPr>
              <w:t>Having friends</w:t>
            </w:r>
          </w:p>
        </w:tc>
      </w:tr>
      <w:tr w:rsidR="00683844" w:rsidRPr="00505610" w14:paraId="12676364" w14:textId="77777777" w:rsidTr="000D2F27">
        <w:tc>
          <w:tcPr>
            <w:tcW w:w="1170" w:type="pct"/>
          </w:tcPr>
          <w:p w14:paraId="4FB3912F" w14:textId="77777777" w:rsidR="00683844" w:rsidRPr="00505610" w:rsidRDefault="00DF2F1B">
            <w:pPr>
              <w:rPr>
                <w:rFonts w:cs="Arial"/>
              </w:rPr>
            </w:pPr>
            <w:r w:rsidRPr="00505610">
              <w:rPr>
                <w:rFonts w:cs="Arial"/>
                <w:sz w:val="16"/>
              </w:rPr>
              <w:t>0</w:t>
            </w:r>
          </w:p>
        </w:tc>
        <w:tc>
          <w:tcPr>
            <w:tcW w:w="949" w:type="pct"/>
          </w:tcPr>
          <w:p w14:paraId="36D586AD" w14:textId="77777777" w:rsidR="00683844" w:rsidRPr="00505610" w:rsidRDefault="00DF2F1B">
            <w:pPr>
              <w:jc w:val="center"/>
              <w:rPr>
                <w:rFonts w:cs="Arial"/>
              </w:rPr>
            </w:pPr>
            <w:r w:rsidRPr="00505610">
              <w:rPr>
                <w:rFonts w:cs="Arial"/>
                <w:sz w:val="16"/>
              </w:rPr>
              <w:t>11,936</w:t>
            </w:r>
          </w:p>
        </w:tc>
        <w:tc>
          <w:tcPr>
            <w:tcW w:w="982" w:type="pct"/>
          </w:tcPr>
          <w:p w14:paraId="389C6314" w14:textId="77777777" w:rsidR="00683844" w:rsidRPr="00505610" w:rsidRDefault="00DF2F1B">
            <w:pPr>
              <w:jc w:val="center"/>
              <w:rPr>
                <w:rFonts w:cs="Arial"/>
              </w:rPr>
            </w:pPr>
            <w:r w:rsidRPr="00505610">
              <w:rPr>
                <w:rFonts w:cs="Arial"/>
                <w:sz w:val="16"/>
              </w:rPr>
              <w:t>1,022 (8.6)</w:t>
            </w:r>
          </w:p>
        </w:tc>
        <w:tc>
          <w:tcPr>
            <w:tcW w:w="982" w:type="pct"/>
          </w:tcPr>
          <w:p w14:paraId="6291D400" w14:textId="77777777" w:rsidR="00683844" w:rsidRPr="00505610" w:rsidRDefault="00DF2F1B">
            <w:pPr>
              <w:jc w:val="center"/>
              <w:rPr>
                <w:rFonts w:cs="Arial"/>
              </w:rPr>
            </w:pPr>
            <w:r w:rsidRPr="00505610">
              <w:rPr>
                <w:rFonts w:cs="Arial"/>
                <w:sz w:val="16"/>
              </w:rPr>
              <w:t>3,363 (28.2)</w:t>
            </w:r>
          </w:p>
        </w:tc>
        <w:tc>
          <w:tcPr>
            <w:tcW w:w="917" w:type="pct"/>
          </w:tcPr>
          <w:p w14:paraId="0F7EE6C2" w14:textId="77777777" w:rsidR="00683844" w:rsidRPr="00505610" w:rsidRDefault="00DF2F1B">
            <w:pPr>
              <w:jc w:val="center"/>
              <w:rPr>
                <w:rFonts w:cs="Arial"/>
              </w:rPr>
            </w:pPr>
            <w:r w:rsidRPr="00505610">
              <w:rPr>
                <w:rFonts w:cs="Arial"/>
                <w:sz w:val="16"/>
              </w:rPr>
              <w:t>7,551 (63.3)</w:t>
            </w:r>
          </w:p>
        </w:tc>
      </w:tr>
      <w:tr w:rsidR="00683844" w:rsidRPr="00505610" w14:paraId="04971AE5" w14:textId="77777777" w:rsidTr="000D2F27">
        <w:tc>
          <w:tcPr>
            <w:tcW w:w="1170" w:type="pct"/>
          </w:tcPr>
          <w:p w14:paraId="235CAEAC" w14:textId="77777777" w:rsidR="00683844" w:rsidRPr="00505610" w:rsidRDefault="00DF2F1B">
            <w:pPr>
              <w:rPr>
                <w:rFonts w:cs="Arial"/>
              </w:rPr>
            </w:pPr>
            <w:r w:rsidRPr="00505610">
              <w:rPr>
                <w:rFonts w:cs="Arial"/>
                <w:sz w:val="16"/>
              </w:rPr>
              <w:t>1</w:t>
            </w:r>
          </w:p>
        </w:tc>
        <w:tc>
          <w:tcPr>
            <w:tcW w:w="949" w:type="pct"/>
          </w:tcPr>
          <w:p w14:paraId="35A5D0EE" w14:textId="77777777" w:rsidR="00683844" w:rsidRPr="00505610" w:rsidRDefault="00DF2F1B">
            <w:pPr>
              <w:jc w:val="center"/>
              <w:rPr>
                <w:rFonts w:cs="Arial"/>
              </w:rPr>
            </w:pPr>
            <w:r w:rsidRPr="00505610">
              <w:rPr>
                <w:rFonts w:cs="Arial"/>
                <w:sz w:val="16"/>
              </w:rPr>
              <w:t>13,850</w:t>
            </w:r>
          </w:p>
        </w:tc>
        <w:tc>
          <w:tcPr>
            <w:tcW w:w="982" w:type="pct"/>
          </w:tcPr>
          <w:p w14:paraId="354D0923" w14:textId="77777777" w:rsidR="00683844" w:rsidRPr="00505610" w:rsidRDefault="00DF2F1B">
            <w:pPr>
              <w:jc w:val="center"/>
              <w:rPr>
                <w:rFonts w:cs="Arial"/>
              </w:rPr>
            </w:pPr>
            <w:r w:rsidRPr="00505610">
              <w:rPr>
                <w:rFonts w:cs="Arial"/>
                <w:sz w:val="16"/>
              </w:rPr>
              <w:t>1,193 (8.6)</w:t>
            </w:r>
          </w:p>
        </w:tc>
        <w:tc>
          <w:tcPr>
            <w:tcW w:w="982" w:type="pct"/>
          </w:tcPr>
          <w:p w14:paraId="676452E9" w14:textId="77777777" w:rsidR="00683844" w:rsidRPr="00505610" w:rsidRDefault="00DF2F1B">
            <w:pPr>
              <w:jc w:val="center"/>
              <w:rPr>
                <w:rFonts w:cs="Arial"/>
              </w:rPr>
            </w:pPr>
            <w:r w:rsidRPr="00505610">
              <w:rPr>
                <w:rFonts w:cs="Arial"/>
                <w:sz w:val="16"/>
              </w:rPr>
              <w:t>4,735 (34.2)</w:t>
            </w:r>
          </w:p>
        </w:tc>
        <w:tc>
          <w:tcPr>
            <w:tcW w:w="917" w:type="pct"/>
          </w:tcPr>
          <w:p w14:paraId="0ECDB4A0" w14:textId="77777777" w:rsidR="00683844" w:rsidRPr="00505610" w:rsidRDefault="00DF2F1B">
            <w:pPr>
              <w:jc w:val="center"/>
              <w:rPr>
                <w:rFonts w:cs="Arial"/>
              </w:rPr>
            </w:pPr>
            <w:r w:rsidRPr="00505610">
              <w:rPr>
                <w:rFonts w:cs="Arial"/>
                <w:sz w:val="16"/>
              </w:rPr>
              <w:t>7,922 (57.2)</w:t>
            </w:r>
          </w:p>
        </w:tc>
      </w:tr>
      <w:tr w:rsidR="00683844" w:rsidRPr="00505610" w14:paraId="57EFF370" w14:textId="77777777" w:rsidTr="000D2F27">
        <w:tc>
          <w:tcPr>
            <w:tcW w:w="1170" w:type="pct"/>
          </w:tcPr>
          <w:p w14:paraId="33EF8295" w14:textId="77777777" w:rsidR="00683844" w:rsidRPr="00505610" w:rsidRDefault="00DF2F1B">
            <w:pPr>
              <w:rPr>
                <w:rFonts w:cs="Arial"/>
              </w:rPr>
            </w:pPr>
            <w:r w:rsidRPr="00505610">
              <w:rPr>
                <w:rFonts w:cs="Arial"/>
                <w:sz w:val="16"/>
              </w:rPr>
              <w:t>2</w:t>
            </w:r>
          </w:p>
        </w:tc>
        <w:tc>
          <w:tcPr>
            <w:tcW w:w="949" w:type="pct"/>
          </w:tcPr>
          <w:p w14:paraId="06715B3C" w14:textId="77777777" w:rsidR="00683844" w:rsidRPr="00505610" w:rsidRDefault="00DF2F1B">
            <w:pPr>
              <w:jc w:val="center"/>
              <w:rPr>
                <w:rFonts w:cs="Arial"/>
              </w:rPr>
            </w:pPr>
            <w:r w:rsidRPr="00505610">
              <w:rPr>
                <w:rFonts w:cs="Arial"/>
                <w:sz w:val="16"/>
              </w:rPr>
              <w:t>19,188</w:t>
            </w:r>
          </w:p>
        </w:tc>
        <w:tc>
          <w:tcPr>
            <w:tcW w:w="982" w:type="pct"/>
          </w:tcPr>
          <w:p w14:paraId="45C5BCC0" w14:textId="77777777" w:rsidR="00683844" w:rsidRPr="00505610" w:rsidRDefault="00DF2F1B">
            <w:pPr>
              <w:jc w:val="center"/>
              <w:rPr>
                <w:rFonts w:cs="Arial"/>
              </w:rPr>
            </w:pPr>
            <w:r w:rsidRPr="00505610">
              <w:rPr>
                <w:rFonts w:cs="Arial"/>
                <w:sz w:val="16"/>
              </w:rPr>
              <w:t>2,613 (13.6)</w:t>
            </w:r>
          </w:p>
        </w:tc>
        <w:tc>
          <w:tcPr>
            <w:tcW w:w="982" w:type="pct"/>
          </w:tcPr>
          <w:p w14:paraId="4DE6F52E" w14:textId="77777777" w:rsidR="00683844" w:rsidRPr="00505610" w:rsidRDefault="00DF2F1B">
            <w:pPr>
              <w:jc w:val="center"/>
              <w:rPr>
                <w:rFonts w:cs="Arial"/>
              </w:rPr>
            </w:pPr>
            <w:r w:rsidRPr="00505610">
              <w:rPr>
                <w:rFonts w:cs="Arial"/>
                <w:sz w:val="16"/>
              </w:rPr>
              <w:t>8,078 (42.1)</w:t>
            </w:r>
          </w:p>
        </w:tc>
        <w:tc>
          <w:tcPr>
            <w:tcW w:w="917" w:type="pct"/>
          </w:tcPr>
          <w:p w14:paraId="3058C0FA" w14:textId="77777777" w:rsidR="00683844" w:rsidRPr="00505610" w:rsidRDefault="00DF2F1B">
            <w:pPr>
              <w:jc w:val="center"/>
              <w:rPr>
                <w:rFonts w:cs="Arial"/>
              </w:rPr>
            </w:pPr>
            <w:r w:rsidRPr="00505610">
              <w:rPr>
                <w:rFonts w:cs="Arial"/>
                <w:sz w:val="16"/>
              </w:rPr>
              <w:t>8,497 (44.3)</w:t>
            </w:r>
          </w:p>
        </w:tc>
      </w:tr>
      <w:tr w:rsidR="00683844" w:rsidRPr="00505610" w14:paraId="21FE3C83" w14:textId="77777777" w:rsidTr="000D2F27">
        <w:tc>
          <w:tcPr>
            <w:tcW w:w="1170" w:type="pct"/>
          </w:tcPr>
          <w:p w14:paraId="2B5AE781" w14:textId="77777777" w:rsidR="00683844" w:rsidRPr="00505610" w:rsidRDefault="00DF2F1B">
            <w:pPr>
              <w:rPr>
                <w:rFonts w:cs="Arial"/>
              </w:rPr>
            </w:pPr>
            <w:r w:rsidRPr="00505610">
              <w:rPr>
                <w:rFonts w:cs="Arial"/>
                <w:sz w:val="16"/>
              </w:rPr>
              <w:lastRenderedPageBreak/>
              <w:t>3 or 4</w:t>
            </w:r>
          </w:p>
        </w:tc>
        <w:tc>
          <w:tcPr>
            <w:tcW w:w="949" w:type="pct"/>
          </w:tcPr>
          <w:p w14:paraId="59701535" w14:textId="77777777" w:rsidR="00683844" w:rsidRPr="00505610" w:rsidRDefault="00DF2F1B">
            <w:pPr>
              <w:jc w:val="center"/>
              <w:rPr>
                <w:rFonts w:cs="Arial"/>
              </w:rPr>
            </w:pPr>
            <w:r w:rsidRPr="00505610">
              <w:rPr>
                <w:rFonts w:cs="Arial"/>
                <w:sz w:val="16"/>
              </w:rPr>
              <w:t>31,679</w:t>
            </w:r>
          </w:p>
        </w:tc>
        <w:tc>
          <w:tcPr>
            <w:tcW w:w="982" w:type="pct"/>
          </w:tcPr>
          <w:p w14:paraId="3BEA67D3" w14:textId="77777777" w:rsidR="00683844" w:rsidRPr="00505610" w:rsidRDefault="00DF2F1B">
            <w:pPr>
              <w:jc w:val="center"/>
              <w:rPr>
                <w:rFonts w:cs="Arial"/>
              </w:rPr>
            </w:pPr>
            <w:r w:rsidRPr="00505610">
              <w:rPr>
                <w:rFonts w:cs="Arial"/>
                <w:sz w:val="16"/>
              </w:rPr>
              <w:t>7,917 (25.0)</w:t>
            </w:r>
          </w:p>
        </w:tc>
        <w:tc>
          <w:tcPr>
            <w:tcW w:w="982" w:type="pct"/>
          </w:tcPr>
          <w:p w14:paraId="2A9DCDC4" w14:textId="77777777" w:rsidR="00683844" w:rsidRPr="00505610" w:rsidRDefault="00DF2F1B">
            <w:pPr>
              <w:jc w:val="center"/>
              <w:rPr>
                <w:rFonts w:cs="Arial"/>
              </w:rPr>
            </w:pPr>
            <w:r w:rsidRPr="00505610">
              <w:rPr>
                <w:rFonts w:cs="Arial"/>
                <w:sz w:val="16"/>
              </w:rPr>
              <w:t>15,035 (47.5)</w:t>
            </w:r>
          </w:p>
        </w:tc>
        <w:tc>
          <w:tcPr>
            <w:tcW w:w="917" w:type="pct"/>
          </w:tcPr>
          <w:p w14:paraId="02EB8FF4" w14:textId="77777777" w:rsidR="00683844" w:rsidRPr="00505610" w:rsidRDefault="00DF2F1B">
            <w:pPr>
              <w:jc w:val="center"/>
              <w:rPr>
                <w:rFonts w:cs="Arial"/>
              </w:rPr>
            </w:pPr>
            <w:r w:rsidRPr="00505610">
              <w:rPr>
                <w:rFonts w:cs="Arial"/>
                <w:sz w:val="16"/>
              </w:rPr>
              <w:t>8,727 (27.5)</w:t>
            </w:r>
          </w:p>
        </w:tc>
      </w:tr>
      <w:tr w:rsidR="00683844" w:rsidRPr="00505610" w14:paraId="14038579" w14:textId="77777777" w:rsidTr="000D2F27">
        <w:tc>
          <w:tcPr>
            <w:tcW w:w="1170" w:type="pct"/>
          </w:tcPr>
          <w:p w14:paraId="31644243" w14:textId="77777777" w:rsidR="00683844" w:rsidRPr="00505610" w:rsidRDefault="00DF2F1B">
            <w:pPr>
              <w:rPr>
                <w:rFonts w:cs="Arial"/>
              </w:rPr>
            </w:pPr>
            <w:r w:rsidRPr="00505610">
              <w:rPr>
                <w:rFonts w:cs="Arial"/>
                <w:sz w:val="16"/>
              </w:rPr>
              <w:t>5-8</w:t>
            </w:r>
          </w:p>
        </w:tc>
        <w:tc>
          <w:tcPr>
            <w:tcW w:w="949" w:type="pct"/>
          </w:tcPr>
          <w:p w14:paraId="6E4ED88F" w14:textId="77777777" w:rsidR="00683844" w:rsidRPr="00505610" w:rsidRDefault="00DF2F1B">
            <w:pPr>
              <w:jc w:val="center"/>
              <w:rPr>
                <w:rFonts w:cs="Arial"/>
              </w:rPr>
            </w:pPr>
            <w:r w:rsidRPr="00505610">
              <w:rPr>
                <w:rFonts w:cs="Arial"/>
                <w:sz w:val="16"/>
              </w:rPr>
              <w:t>25,299</w:t>
            </w:r>
          </w:p>
        </w:tc>
        <w:tc>
          <w:tcPr>
            <w:tcW w:w="982" w:type="pct"/>
          </w:tcPr>
          <w:p w14:paraId="61D6C615" w14:textId="77777777" w:rsidR="00683844" w:rsidRPr="00505610" w:rsidRDefault="00DF2F1B">
            <w:pPr>
              <w:jc w:val="center"/>
              <w:rPr>
                <w:rFonts w:cs="Arial"/>
              </w:rPr>
            </w:pPr>
            <w:r w:rsidRPr="00505610">
              <w:rPr>
                <w:rFonts w:cs="Arial"/>
                <w:sz w:val="16"/>
              </w:rPr>
              <w:t>10,207 (40.3)</w:t>
            </w:r>
          </w:p>
        </w:tc>
        <w:tc>
          <w:tcPr>
            <w:tcW w:w="982" w:type="pct"/>
          </w:tcPr>
          <w:p w14:paraId="0779EF45" w14:textId="77777777" w:rsidR="00683844" w:rsidRPr="00505610" w:rsidRDefault="00DF2F1B">
            <w:pPr>
              <w:jc w:val="center"/>
              <w:rPr>
                <w:rFonts w:cs="Arial"/>
              </w:rPr>
            </w:pPr>
            <w:r w:rsidRPr="00505610">
              <w:rPr>
                <w:rFonts w:cs="Arial"/>
                <w:sz w:val="16"/>
              </w:rPr>
              <w:t>11,663 (46.1)</w:t>
            </w:r>
          </w:p>
        </w:tc>
        <w:tc>
          <w:tcPr>
            <w:tcW w:w="917" w:type="pct"/>
          </w:tcPr>
          <w:p w14:paraId="6BDCE329" w14:textId="77777777" w:rsidR="00683844" w:rsidRPr="00505610" w:rsidRDefault="00DF2F1B">
            <w:pPr>
              <w:jc w:val="center"/>
              <w:rPr>
                <w:rFonts w:cs="Arial"/>
              </w:rPr>
            </w:pPr>
            <w:r w:rsidRPr="00505610">
              <w:rPr>
                <w:rFonts w:cs="Arial"/>
                <w:sz w:val="16"/>
              </w:rPr>
              <w:t>3,429 (13.6)</w:t>
            </w:r>
          </w:p>
        </w:tc>
      </w:tr>
      <w:tr w:rsidR="00683844" w:rsidRPr="00505610" w14:paraId="29EA2AF3" w14:textId="77777777" w:rsidTr="000D2F27">
        <w:tc>
          <w:tcPr>
            <w:tcW w:w="1170" w:type="pct"/>
          </w:tcPr>
          <w:p w14:paraId="662423E2" w14:textId="77777777" w:rsidR="00683844" w:rsidRPr="00505610" w:rsidRDefault="00DF2F1B">
            <w:pPr>
              <w:rPr>
                <w:rFonts w:cs="Arial"/>
              </w:rPr>
            </w:pPr>
            <w:r w:rsidRPr="00505610">
              <w:rPr>
                <w:rFonts w:cs="Arial"/>
                <w:sz w:val="16"/>
              </w:rPr>
              <w:t>9 or more</w:t>
            </w:r>
          </w:p>
        </w:tc>
        <w:tc>
          <w:tcPr>
            <w:tcW w:w="949" w:type="pct"/>
          </w:tcPr>
          <w:p w14:paraId="13818665" w14:textId="77777777" w:rsidR="00683844" w:rsidRPr="00505610" w:rsidRDefault="00DF2F1B">
            <w:pPr>
              <w:jc w:val="center"/>
              <w:rPr>
                <w:rFonts w:cs="Arial"/>
              </w:rPr>
            </w:pPr>
            <w:r w:rsidRPr="00505610">
              <w:rPr>
                <w:rFonts w:cs="Arial"/>
                <w:sz w:val="16"/>
              </w:rPr>
              <w:t>23,465</w:t>
            </w:r>
          </w:p>
        </w:tc>
        <w:tc>
          <w:tcPr>
            <w:tcW w:w="982" w:type="pct"/>
          </w:tcPr>
          <w:p w14:paraId="6B0D9CBE" w14:textId="77777777" w:rsidR="00683844" w:rsidRPr="00505610" w:rsidRDefault="00DF2F1B">
            <w:pPr>
              <w:jc w:val="center"/>
              <w:rPr>
                <w:rFonts w:cs="Arial"/>
              </w:rPr>
            </w:pPr>
            <w:r w:rsidRPr="00505610">
              <w:rPr>
                <w:rFonts w:cs="Arial"/>
                <w:sz w:val="16"/>
              </w:rPr>
              <w:t>13,370 (57.0)</w:t>
            </w:r>
          </w:p>
        </w:tc>
        <w:tc>
          <w:tcPr>
            <w:tcW w:w="982" w:type="pct"/>
          </w:tcPr>
          <w:p w14:paraId="04430CE1" w14:textId="77777777" w:rsidR="00683844" w:rsidRPr="00505610" w:rsidRDefault="00DF2F1B">
            <w:pPr>
              <w:jc w:val="center"/>
              <w:rPr>
                <w:rFonts w:cs="Arial"/>
              </w:rPr>
            </w:pPr>
            <w:r w:rsidRPr="00505610">
              <w:rPr>
                <w:rFonts w:cs="Arial"/>
                <w:sz w:val="16"/>
              </w:rPr>
              <w:t>8,524 (36.3)</w:t>
            </w:r>
          </w:p>
        </w:tc>
        <w:tc>
          <w:tcPr>
            <w:tcW w:w="917" w:type="pct"/>
          </w:tcPr>
          <w:p w14:paraId="1B51BDC7" w14:textId="77777777" w:rsidR="00683844" w:rsidRPr="00505610" w:rsidRDefault="00DF2F1B">
            <w:pPr>
              <w:jc w:val="center"/>
              <w:rPr>
                <w:rFonts w:cs="Arial"/>
              </w:rPr>
            </w:pPr>
            <w:r w:rsidRPr="00505610">
              <w:rPr>
                <w:rFonts w:cs="Arial"/>
                <w:sz w:val="16"/>
              </w:rPr>
              <w:t>1,571 (6.7)</w:t>
            </w:r>
          </w:p>
        </w:tc>
      </w:tr>
      <w:tr w:rsidR="00683844" w:rsidRPr="00505610" w14:paraId="4CE861AE" w14:textId="77777777" w:rsidTr="000D2F27">
        <w:tc>
          <w:tcPr>
            <w:tcW w:w="1170" w:type="pct"/>
          </w:tcPr>
          <w:p w14:paraId="177E73D6" w14:textId="77777777" w:rsidR="00683844" w:rsidRPr="00505610" w:rsidRDefault="00DF2F1B">
            <w:pPr>
              <w:rPr>
                <w:rFonts w:cs="Arial"/>
              </w:rPr>
            </w:pPr>
            <w:r w:rsidRPr="00505610">
              <w:rPr>
                <w:rFonts w:cs="Arial"/>
                <w:i/>
                <w:sz w:val="16"/>
              </w:rPr>
              <w:t>Missing</w:t>
            </w:r>
          </w:p>
        </w:tc>
        <w:tc>
          <w:tcPr>
            <w:tcW w:w="949" w:type="pct"/>
          </w:tcPr>
          <w:p w14:paraId="692E9E20" w14:textId="77777777" w:rsidR="00683844" w:rsidRPr="00505610" w:rsidRDefault="00DF2F1B">
            <w:pPr>
              <w:jc w:val="center"/>
              <w:rPr>
                <w:rFonts w:cs="Arial"/>
              </w:rPr>
            </w:pPr>
            <w:r w:rsidRPr="00505610">
              <w:rPr>
                <w:rFonts w:cs="Arial"/>
                <w:i/>
                <w:sz w:val="16"/>
              </w:rPr>
              <w:t>10,305</w:t>
            </w:r>
          </w:p>
        </w:tc>
        <w:tc>
          <w:tcPr>
            <w:tcW w:w="982" w:type="pct"/>
          </w:tcPr>
          <w:p w14:paraId="3C75131B" w14:textId="77777777" w:rsidR="00683844" w:rsidRPr="00505610" w:rsidRDefault="00DF2F1B">
            <w:pPr>
              <w:jc w:val="center"/>
              <w:rPr>
                <w:rFonts w:cs="Arial"/>
              </w:rPr>
            </w:pPr>
            <w:r w:rsidRPr="00505610">
              <w:rPr>
                <w:rFonts w:cs="Arial"/>
                <w:i/>
                <w:sz w:val="16"/>
              </w:rPr>
              <w:t>2,406 (23.3)</w:t>
            </w:r>
          </w:p>
        </w:tc>
        <w:tc>
          <w:tcPr>
            <w:tcW w:w="982" w:type="pct"/>
          </w:tcPr>
          <w:p w14:paraId="726AD8B5" w14:textId="77777777" w:rsidR="00683844" w:rsidRPr="00505610" w:rsidRDefault="00DF2F1B">
            <w:pPr>
              <w:jc w:val="center"/>
              <w:rPr>
                <w:rFonts w:cs="Arial"/>
              </w:rPr>
            </w:pPr>
            <w:r w:rsidRPr="00505610">
              <w:rPr>
                <w:rFonts w:cs="Arial"/>
                <w:i/>
                <w:sz w:val="16"/>
              </w:rPr>
              <w:t>4,228 (41.0)</w:t>
            </w:r>
          </w:p>
        </w:tc>
        <w:tc>
          <w:tcPr>
            <w:tcW w:w="917" w:type="pct"/>
          </w:tcPr>
          <w:p w14:paraId="08089929" w14:textId="77777777" w:rsidR="00683844" w:rsidRPr="00505610" w:rsidRDefault="00DF2F1B">
            <w:pPr>
              <w:jc w:val="center"/>
              <w:rPr>
                <w:rFonts w:cs="Arial"/>
              </w:rPr>
            </w:pPr>
            <w:r w:rsidRPr="00505610">
              <w:rPr>
                <w:rFonts w:cs="Arial"/>
                <w:i/>
                <w:sz w:val="16"/>
              </w:rPr>
              <w:t>3,671 (35.6)</w:t>
            </w:r>
          </w:p>
        </w:tc>
      </w:tr>
      <w:tr w:rsidR="00683844" w:rsidRPr="00505610" w14:paraId="130A0886" w14:textId="77777777" w:rsidTr="000D2F27">
        <w:tc>
          <w:tcPr>
            <w:tcW w:w="5000" w:type="pct"/>
            <w:gridSpan w:val="5"/>
          </w:tcPr>
          <w:p w14:paraId="09F83B5D" w14:textId="77777777" w:rsidR="00683844" w:rsidRPr="00505610" w:rsidRDefault="00DF2F1B">
            <w:pPr>
              <w:keepNext/>
              <w:rPr>
                <w:rFonts w:cs="Arial"/>
              </w:rPr>
            </w:pPr>
            <w:r w:rsidRPr="00505610">
              <w:rPr>
                <w:rFonts w:cs="Arial"/>
                <w:b/>
              </w:rPr>
              <w:t>Having pets</w:t>
            </w:r>
          </w:p>
        </w:tc>
      </w:tr>
      <w:tr w:rsidR="00683844" w:rsidRPr="00505610" w14:paraId="555BA924" w14:textId="77777777" w:rsidTr="000D2F27">
        <w:tc>
          <w:tcPr>
            <w:tcW w:w="1170" w:type="pct"/>
          </w:tcPr>
          <w:p w14:paraId="02F5B6D4" w14:textId="77777777" w:rsidR="00683844" w:rsidRPr="00505610" w:rsidRDefault="00DF2F1B">
            <w:pPr>
              <w:rPr>
                <w:rFonts w:cs="Arial"/>
              </w:rPr>
            </w:pPr>
            <w:r w:rsidRPr="00505610">
              <w:rPr>
                <w:rFonts w:cs="Arial"/>
                <w:sz w:val="16"/>
              </w:rPr>
              <w:t>No</w:t>
            </w:r>
          </w:p>
        </w:tc>
        <w:tc>
          <w:tcPr>
            <w:tcW w:w="949" w:type="pct"/>
          </w:tcPr>
          <w:p w14:paraId="277394B2" w14:textId="77777777" w:rsidR="00683844" w:rsidRPr="00505610" w:rsidRDefault="00DF2F1B">
            <w:pPr>
              <w:jc w:val="center"/>
              <w:rPr>
                <w:rFonts w:cs="Arial"/>
              </w:rPr>
            </w:pPr>
            <w:r w:rsidRPr="00505610">
              <w:rPr>
                <w:rFonts w:cs="Arial"/>
                <w:sz w:val="16"/>
              </w:rPr>
              <w:t>69,895</w:t>
            </w:r>
          </w:p>
        </w:tc>
        <w:tc>
          <w:tcPr>
            <w:tcW w:w="982" w:type="pct"/>
          </w:tcPr>
          <w:p w14:paraId="181C348E" w14:textId="77777777" w:rsidR="00683844" w:rsidRPr="00505610" w:rsidRDefault="00DF2F1B">
            <w:pPr>
              <w:jc w:val="center"/>
              <w:rPr>
                <w:rFonts w:cs="Arial"/>
              </w:rPr>
            </w:pPr>
            <w:r w:rsidRPr="00505610">
              <w:rPr>
                <w:rFonts w:cs="Arial"/>
                <w:sz w:val="16"/>
              </w:rPr>
              <w:t>21,728 (31.1)</w:t>
            </w:r>
          </w:p>
        </w:tc>
        <w:tc>
          <w:tcPr>
            <w:tcW w:w="982" w:type="pct"/>
          </w:tcPr>
          <w:p w14:paraId="0D18E56F" w14:textId="77777777" w:rsidR="00683844" w:rsidRPr="00505610" w:rsidRDefault="00DF2F1B">
            <w:pPr>
              <w:jc w:val="center"/>
              <w:rPr>
                <w:rFonts w:cs="Arial"/>
              </w:rPr>
            </w:pPr>
            <w:r w:rsidRPr="00505610">
              <w:rPr>
                <w:rFonts w:cs="Arial"/>
                <w:sz w:val="16"/>
              </w:rPr>
              <w:t>28,491 (40.8)</w:t>
            </w:r>
          </w:p>
        </w:tc>
        <w:tc>
          <w:tcPr>
            <w:tcW w:w="917" w:type="pct"/>
          </w:tcPr>
          <w:p w14:paraId="0F268F7F" w14:textId="77777777" w:rsidR="00683844" w:rsidRPr="00505610" w:rsidRDefault="00DF2F1B">
            <w:pPr>
              <w:jc w:val="center"/>
              <w:rPr>
                <w:rFonts w:cs="Arial"/>
              </w:rPr>
            </w:pPr>
            <w:r w:rsidRPr="00505610">
              <w:rPr>
                <w:rFonts w:cs="Arial"/>
                <w:sz w:val="16"/>
              </w:rPr>
              <w:t>19,676 (28.2)</w:t>
            </w:r>
          </w:p>
        </w:tc>
      </w:tr>
      <w:tr w:rsidR="00683844" w:rsidRPr="00505610" w14:paraId="28962411" w14:textId="77777777" w:rsidTr="000D2F27">
        <w:tc>
          <w:tcPr>
            <w:tcW w:w="1170" w:type="pct"/>
          </w:tcPr>
          <w:p w14:paraId="3874B826" w14:textId="77777777" w:rsidR="00683844" w:rsidRPr="00505610" w:rsidRDefault="00DF2F1B">
            <w:pPr>
              <w:rPr>
                <w:rFonts w:cs="Arial"/>
              </w:rPr>
            </w:pPr>
            <w:r w:rsidRPr="00505610">
              <w:rPr>
                <w:rFonts w:cs="Arial"/>
                <w:sz w:val="16"/>
              </w:rPr>
              <w:t>Yes</w:t>
            </w:r>
          </w:p>
        </w:tc>
        <w:tc>
          <w:tcPr>
            <w:tcW w:w="949" w:type="pct"/>
          </w:tcPr>
          <w:p w14:paraId="70C95D1F" w14:textId="77777777" w:rsidR="00683844" w:rsidRPr="00505610" w:rsidRDefault="00DF2F1B">
            <w:pPr>
              <w:jc w:val="center"/>
              <w:rPr>
                <w:rFonts w:cs="Arial"/>
              </w:rPr>
            </w:pPr>
            <w:r w:rsidRPr="00505610">
              <w:rPr>
                <w:rFonts w:cs="Arial"/>
                <w:sz w:val="16"/>
              </w:rPr>
              <w:t>55,413</w:t>
            </w:r>
          </w:p>
        </w:tc>
        <w:tc>
          <w:tcPr>
            <w:tcW w:w="982" w:type="pct"/>
          </w:tcPr>
          <w:p w14:paraId="78066DDD" w14:textId="77777777" w:rsidR="00683844" w:rsidRPr="00505610" w:rsidRDefault="00DF2F1B">
            <w:pPr>
              <w:jc w:val="center"/>
              <w:rPr>
                <w:rFonts w:cs="Arial"/>
              </w:rPr>
            </w:pPr>
            <w:r w:rsidRPr="00505610">
              <w:rPr>
                <w:rFonts w:cs="Arial"/>
                <w:sz w:val="16"/>
              </w:rPr>
              <w:t>14,566 (26.3)</w:t>
            </w:r>
          </w:p>
        </w:tc>
        <w:tc>
          <w:tcPr>
            <w:tcW w:w="982" w:type="pct"/>
          </w:tcPr>
          <w:p w14:paraId="29B19E03" w14:textId="77777777" w:rsidR="00683844" w:rsidRPr="00505610" w:rsidRDefault="00DF2F1B">
            <w:pPr>
              <w:jc w:val="center"/>
              <w:rPr>
                <w:rFonts w:cs="Arial"/>
              </w:rPr>
            </w:pPr>
            <w:r w:rsidRPr="00505610">
              <w:rPr>
                <w:rFonts w:cs="Arial"/>
                <w:sz w:val="16"/>
              </w:rPr>
              <w:t>22,875 (41.3)</w:t>
            </w:r>
          </w:p>
        </w:tc>
        <w:tc>
          <w:tcPr>
            <w:tcW w:w="917" w:type="pct"/>
          </w:tcPr>
          <w:p w14:paraId="1E07B421" w14:textId="77777777" w:rsidR="00683844" w:rsidRPr="00505610" w:rsidRDefault="00DF2F1B">
            <w:pPr>
              <w:jc w:val="center"/>
              <w:rPr>
                <w:rFonts w:cs="Arial"/>
              </w:rPr>
            </w:pPr>
            <w:r w:rsidRPr="00505610">
              <w:rPr>
                <w:rFonts w:cs="Arial"/>
                <w:sz w:val="16"/>
              </w:rPr>
              <w:t>17,972 (32.4)</w:t>
            </w:r>
          </w:p>
        </w:tc>
      </w:tr>
      <w:tr w:rsidR="00683844" w:rsidRPr="00505610" w14:paraId="76C41BB2" w14:textId="77777777" w:rsidTr="000D2F27">
        <w:tc>
          <w:tcPr>
            <w:tcW w:w="1170" w:type="pct"/>
          </w:tcPr>
          <w:p w14:paraId="22F25DFE" w14:textId="77777777" w:rsidR="00683844" w:rsidRPr="00505610" w:rsidRDefault="00DF2F1B">
            <w:pPr>
              <w:rPr>
                <w:rFonts w:cs="Arial"/>
              </w:rPr>
            </w:pPr>
            <w:r w:rsidRPr="00505610">
              <w:rPr>
                <w:rFonts w:cs="Arial"/>
                <w:i/>
                <w:sz w:val="16"/>
              </w:rPr>
              <w:t>Missing</w:t>
            </w:r>
          </w:p>
        </w:tc>
        <w:tc>
          <w:tcPr>
            <w:tcW w:w="949" w:type="pct"/>
          </w:tcPr>
          <w:p w14:paraId="470CAD7E" w14:textId="77777777" w:rsidR="00683844" w:rsidRPr="00505610" w:rsidRDefault="00DF2F1B">
            <w:pPr>
              <w:jc w:val="center"/>
              <w:rPr>
                <w:rFonts w:cs="Arial"/>
              </w:rPr>
            </w:pPr>
            <w:r w:rsidRPr="00505610">
              <w:rPr>
                <w:rFonts w:cs="Arial"/>
                <w:i/>
                <w:sz w:val="16"/>
              </w:rPr>
              <w:t>10,414</w:t>
            </w:r>
          </w:p>
        </w:tc>
        <w:tc>
          <w:tcPr>
            <w:tcW w:w="982" w:type="pct"/>
          </w:tcPr>
          <w:p w14:paraId="4C689AE8" w14:textId="77777777" w:rsidR="00683844" w:rsidRPr="00505610" w:rsidRDefault="00DF2F1B">
            <w:pPr>
              <w:jc w:val="center"/>
              <w:rPr>
                <w:rFonts w:cs="Arial"/>
              </w:rPr>
            </w:pPr>
            <w:r w:rsidRPr="00505610">
              <w:rPr>
                <w:rFonts w:cs="Arial"/>
                <w:i/>
                <w:sz w:val="16"/>
              </w:rPr>
              <w:t>2,434 (23.4)</w:t>
            </w:r>
          </w:p>
        </w:tc>
        <w:tc>
          <w:tcPr>
            <w:tcW w:w="982" w:type="pct"/>
          </w:tcPr>
          <w:p w14:paraId="640B91D7" w14:textId="77777777" w:rsidR="00683844" w:rsidRPr="00505610" w:rsidRDefault="00DF2F1B">
            <w:pPr>
              <w:jc w:val="center"/>
              <w:rPr>
                <w:rFonts w:cs="Arial"/>
              </w:rPr>
            </w:pPr>
            <w:r w:rsidRPr="00505610">
              <w:rPr>
                <w:rFonts w:cs="Arial"/>
                <w:i/>
                <w:sz w:val="16"/>
              </w:rPr>
              <w:t>4,260 (40.9)</w:t>
            </w:r>
          </w:p>
        </w:tc>
        <w:tc>
          <w:tcPr>
            <w:tcW w:w="917" w:type="pct"/>
          </w:tcPr>
          <w:p w14:paraId="2AE6E3F6" w14:textId="77777777" w:rsidR="00683844" w:rsidRPr="00505610" w:rsidRDefault="00DF2F1B">
            <w:pPr>
              <w:jc w:val="center"/>
              <w:rPr>
                <w:rFonts w:cs="Arial"/>
              </w:rPr>
            </w:pPr>
            <w:r w:rsidRPr="00505610">
              <w:rPr>
                <w:rFonts w:cs="Arial"/>
                <w:i/>
                <w:sz w:val="16"/>
              </w:rPr>
              <w:t>3,720 (35.7)</w:t>
            </w:r>
          </w:p>
        </w:tc>
      </w:tr>
      <w:tr w:rsidR="00683844" w:rsidRPr="00505610" w14:paraId="0894CA92" w14:textId="77777777" w:rsidTr="000D2F27">
        <w:tc>
          <w:tcPr>
            <w:tcW w:w="5000" w:type="pct"/>
            <w:gridSpan w:val="5"/>
          </w:tcPr>
          <w:p w14:paraId="5C6778DE" w14:textId="77777777" w:rsidR="00683844" w:rsidRPr="00505610" w:rsidRDefault="00DF2F1B">
            <w:pPr>
              <w:keepNext/>
              <w:rPr>
                <w:rFonts w:cs="Arial"/>
              </w:rPr>
            </w:pPr>
            <w:r w:rsidRPr="00505610">
              <w:rPr>
                <w:rFonts w:cs="Arial"/>
                <w:b/>
              </w:rPr>
              <w:t>Household size</w:t>
            </w:r>
          </w:p>
        </w:tc>
      </w:tr>
      <w:tr w:rsidR="00683844" w:rsidRPr="00505610" w14:paraId="1B4893DA" w14:textId="77777777" w:rsidTr="000D2F27">
        <w:tc>
          <w:tcPr>
            <w:tcW w:w="1170" w:type="pct"/>
          </w:tcPr>
          <w:p w14:paraId="4F2C086C" w14:textId="77777777" w:rsidR="00683844" w:rsidRPr="00505610" w:rsidRDefault="00DF2F1B">
            <w:pPr>
              <w:rPr>
                <w:rFonts w:cs="Arial"/>
              </w:rPr>
            </w:pPr>
            <w:r w:rsidRPr="00505610">
              <w:rPr>
                <w:rFonts w:cs="Arial"/>
                <w:sz w:val="16"/>
              </w:rPr>
              <w:t>0 members</w:t>
            </w:r>
          </w:p>
        </w:tc>
        <w:tc>
          <w:tcPr>
            <w:tcW w:w="949" w:type="pct"/>
          </w:tcPr>
          <w:p w14:paraId="674BF8B7" w14:textId="77777777" w:rsidR="00683844" w:rsidRPr="00505610" w:rsidRDefault="00DF2F1B">
            <w:pPr>
              <w:jc w:val="center"/>
              <w:rPr>
                <w:rFonts w:cs="Arial"/>
              </w:rPr>
            </w:pPr>
            <w:r w:rsidRPr="00505610">
              <w:rPr>
                <w:rFonts w:cs="Arial"/>
                <w:sz w:val="16"/>
              </w:rPr>
              <w:t>33,489</w:t>
            </w:r>
          </w:p>
        </w:tc>
        <w:tc>
          <w:tcPr>
            <w:tcW w:w="982" w:type="pct"/>
          </w:tcPr>
          <w:p w14:paraId="68916A61" w14:textId="77777777" w:rsidR="00683844" w:rsidRPr="00505610" w:rsidRDefault="00DF2F1B">
            <w:pPr>
              <w:jc w:val="center"/>
              <w:rPr>
                <w:rFonts w:cs="Arial"/>
              </w:rPr>
            </w:pPr>
            <w:r w:rsidRPr="00505610">
              <w:rPr>
                <w:rFonts w:cs="Arial"/>
                <w:sz w:val="16"/>
              </w:rPr>
              <w:t>5,948 (17.8)</w:t>
            </w:r>
          </w:p>
        </w:tc>
        <w:tc>
          <w:tcPr>
            <w:tcW w:w="982" w:type="pct"/>
          </w:tcPr>
          <w:p w14:paraId="2DAB0CA4" w14:textId="77777777" w:rsidR="00683844" w:rsidRPr="00505610" w:rsidRDefault="00DF2F1B">
            <w:pPr>
              <w:jc w:val="center"/>
              <w:rPr>
                <w:rFonts w:cs="Arial"/>
              </w:rPr>
            </w:pPr>
            <w:r w:rsidRPr="00505610">
              <w:rPr>
                <w:rFonts w:cs="Arial"/>
                <w:sz w:val="16"/>
              </w:rPr>
              <w:t>13,673 (40.8)</w:t>
            </w:r>
          </w:p>
        </w:tc>
        <w:tc>
          <w:tcPr>
            <w:tcW w:w="917" w:type="pct"/>
          </w:tcPr>
          <w:p w14:paraId="1610BDA8" w14:textId="77777777" w:rsidR="00683844" w:rsidRPr="00505610" w:rsidRDefault="00DF2F1B">
            <w:pPr>
              <w:jc w:val="center"/>
              <w:rPr>
                <w:rFonts w:cs="Arial"/>
              </w:rPr>
            </w:pPr>
            <w:r w:rsidRPr="00505610">
              <w:rPr>
                <w:rFonts w:cs="Arial"/>
                <w:sz w:val="16"/>
              </w:rPr>
              <w:t>13,868 (41.4)</w:t>
            </w:r>
          </w:p>
        </w:tc>
      </w:tr>
      <w:tr w:rsidR="00683844" w:rsidRPr="00505610" w14:paraId="275BAB42" w14:textId="77777777" w:rsidTr="000D2F27">
        <w:tc>
          <w:tcPr>
            <w:tcW w:w="1170" w:type="pct"/>
          </w:tcPr>
          <w:p w14:paraId="4A5CC00D" w14:textId="77777777" w:rsidR="00683844" w:rsidRPr="00505610" w:rsidRDefault="00DF2F1B">
            <w:pPr>
              <w:rPr>
                <w:rFonts w:cs="Arial"/>
              </w:rPr>
            </w:pPr>
            <w:r w:rsidRPr="00505610">
              <w:rPr>
                <w:rFonts w:cs="Arial"/>
                <w:sz w:val="16"/>
              </w:rPr>
              <w:t>1 member</w:t>
            </w:r>
          </w:p>
        </w:tc>
        <w:tc>
          <w:tcPr>
            <w:tcW w:w="949" w:type="pct"/>
          </w:tcPr>
          <w:p w14:paraId="634092DB" w14:textId="77777777" w:rsidR="00683844" w:rsidRPr="00505610" w:rsidRDefault="00DF2F1B">
            <w:pPr>
              <w:jc w:val="center"/>
              <w:rPr>
                <w:rFonts w:cs="Arial"/>
              </w:rPr>
            </w:pPr>
            <w:r w:rsidRPr="00505610">
              <w:rPr>
                <w:rFonts w:cs="Arial"/>
                <w:sz w:val="16"/>
              </w:rPr>
              <w:t>52,760</w:t>
            </w:r>
          </w:p>
        </w:tc>
        <w:tc>
          <w:tcPr>
            <w:tcW w:w="982" w:type="pct"/>
          </w:tcPr>
          <w:p w14:paraId="3F4EB71F" w14:textId="77777777" w:rsidR="00683844" w:rsidRPr="00505610" w:rsidRDefault="00DF2F1B">
            <w:pPr>
              <w:jc w:val="center"/>
              <w:rPr>
                <w:rFonts w:cs="Arial"/>
              </w:rPr>
            </w:pPr>
            <w:r w:rsidRPr="00505610">
              <w:rPr>
                <w:rFonts w:cs="Arial"/>
                <w:sz w:val="16"/>
              </w:rPr>
              <w:t>20,257 (38.4)</w:t>
            </w:r>
          </w:p>
        </w:tc>
        <w:tc>
          <w:tcPr>
            <w:tcW w:w="982" w:type="pct"/>
          </w:tcPr>
          <w:p w14:paraId="49D3F8C0" w14:textId="77777777" w:rsidR="00683844" w:rsidRPr="00505610" w:rsidRDefault="00DF2F1B">
            <w:pPr>
              <w:jc w:val="center"/>
              <w:rPr>
                <w:rFonts w:cs="Arial"/>
              </w:rPr>
            </w:pPr>
            <w:r w:rsidRPr="00505610">
              <w:rPr>
                <w:rFonts w:cs="Arial"/>
                <w:sz w:val="16"/>
              </w:rPr>
              <w:t>21,236 (40.3)</w:t>
            </w:r>
          </w:p>
        </w:tc>
        <w:tc>
          <w:tcPr>
            <w:tcW w:w="917" w:type="pct"/>
          </w:tcPr>
          <w:p w14:paraId="63FACB71" w14:textId="77777777" w:rsidR="00683844" w:rsidRPr="00505610" w:rsidRDefault="00DF2F1B">
            <w:pPr>
              <w:jc w:val="center"/>
              <w:rPr>
                <w:rFonts w:cs="Arial"/>
              </w:rPr>
            </w:pPr>
            <w:r w:rsidRPr="00505610">
              <w:rPr>
                <w:rFonts w:cs="Arial"/>
                <w:sz w:val="16"/>
              </w:rPr>
              <w:t>11,267 (21.4)</w:t>
            </w:r>
          </w:p>
        </w:tc>
      </w:tr>
      <w:tr w:rsidR="00683844" w:rsidRPr="00505610" w14:paraId="6A0D68F5" w14:textId="77777777" w:rsidTr="000D2F27">
        <w:tc>
          <w:tcPr>
            <w:tcW w:w="1170" w:type="pct"/>
          </w:tcPr>
          <w:p w14:paraId="02C5CA76" w14:textId="77777777" w:rsidR="00683844" w:rsidRPr="00505610" w:rsidRDefault="00DF2F1B">
            <w:pPr>
              <w:rPr>
                <w:rFonts w:cs="Arial"/>
              </w:rPr>
            </w:pPr>
            <w:r w:rsidRPr="00505610">
              <w:rPr>
                <w:rFonts w:cs="Arial"/>
                <w:sz w:val="16"/>
              </w:rPr>
              <w:t>2-3 members</w:t>
            </w:r>
          </w:p>
        </w:tc>
        <w:tc>
          <w:tcPr>
            <w:tcW w:w="949" w:type="pct"/>
          </w:tcPr>
          <w:p w14:paraId="78F4CF48" w14:textId="77777777" w:rsidR="00683844" w:rsidRPr="00505610" w:rsidRDefault="00DF2F1B">
            <w:pPr>
              <w:jc w:val="center"/>
              <w:rPr>
                <w:rFonts w:cs="Arial"/>
              </w:rPr>
            </w:pPr>
            <w:r w:rsidRPr="00505610">
              <w:rPr>
                <w:rFonts w:cs="Arial"/>
                <w:sz w:val="16"/>
              </w:rPr>
              <w:t>30,407</w:t>
            </w:r>
          </w:p>
        </w:tc>
        <w:tc>
          <w:tcPr>
            <w:tcW w:w="982" w:type="pct"/>
          </w:tcPr>
          <w:p w14:paraId="62C0E2C2" w14:textId="77777777" w:rsidR="00683844" w:rsidRPr="00505610" w:rsidRDefault="00DF2F1B">
            <w:pPr>
              <w:jc w:val="center"/>
              <w:rPr>
                <w:rFonts w:cs="Arial"/>
              </w:rPr>
            </w:pPr>
            <w:r w:rsidRPr="00505610">
              <w:rPr>
                <w:rFonts w:cs="Arial"/>
                <w:sz w:val="16"/>
              </w:rPr>
              <w:t>8,075 (26.6)</w:t>
            </w:r>
          </w:p>
        </w:tc>
        <w:tc>
          <w:tcPr>
            <w:tcW w:w="982" w:type="pct"/>
          </w:tcPr>
          <w:p w14:paraId="1CC828EF" w14:textId="77777777" w:rsidR="00683844" w:rsidRPr="00505610" w:rsidRDefault="00DF2F1B">
            <w:pPr>
              <w:jc w:val="center"/>
              <w:rPr>
                <w:rFonts w:cs="Arial"/>
              </w:rPr>
            </w:pPr>
            <w:r w:rsidRPr="00505610">
              <w:rPr>
                <w:rFonts w:cs="Arial"/>
                <w:sz w:val="16"/>
              </w:rPr>
              <w:t>12,936 (42.5)</w:t>
            </w:r>
          </w:p>
        </w:tc>
        <w:tc>
          <w:tcPr>
            <w:tcW w:w="917" w:type="pct"/>
          </w:tcPr>
          <w:p w14:paraId="45D72759" w14:textId="77777777" w:rsidR="00683844" w:rsidRPr="00505610" w:rsidRDefault="00DF2F1B">
            <w:pPr>
              <w:jc w:val="center"/>
              <w:rPr>
                <w:rFonts w:cs="Arial"/>
              </w:rPr>
            </w:pPr>
            <w:r w:rsidRPr="00505610">
              <w:rPr>
                <w:rFonts w:cs="Arial"/>
                <w:sz w:val="16"/>
              </w:rPr>
              <w:t>9,396 (30.9)</w:t>
            </w:r>
          </w:p>
        </w:tc>
      </w:tr>
      <w:tr w:rsidR="00683844" w:rsidRPr="00505610" w14:paraId="45FDABE8" w14:textId="77777777" w:rsidTr="000D2F27">
        <w:tc>
          <w:tcPr>
            <w:tcW w:w="1170" w:type="pct"/>
          </w:tcPr>
          <w:p w14:paraId="1F8060DD" w14:textId="77777777" w:rsidR="00683844" w:rsidRPr="00505610" w:rsidRDefault="00DF2F1B">
            <w:pPr>
              <w:rPr>
                <w:rFonts w:cs="Arial"/>
              </w:rPr>
            </w:pPr>
            <w:r w:rsidRPr="00505610">
              <w:rPr>
                <w:rFonts w:cs="Arial"/>
                <w:sz w:val="16"/>
              </w:rPr>
              <w:t>4-5 members</w:t>
            </w:r>
          </w:p>
        </w:tc>
        <w:tc>
          <w:tcPr>
            <w:tcW w:w="949" w:type="pct"/>
          </w:tcPr>
          <w:p w14:paraId="1B10BA4E" w14:textId="77777777" w:rsidR="00683844" w:rsidRPr="00505610" w:rsidRDefault="00DF2F1B">
            <w:pPr>
              <w:jc w:val="center"/>
              <w:rPr>
                <w:rFonts w:cs="Arial"/>
              </w:rPr>
            </w:pPr>
            <w:r w:rsidRPr="00505610">
              <w:rPr>
                <w:rFonts w:cs="Arial"/>
                <w:sz w:val="16"/>
              </w:rPr>
              <w:t>7,278</w:t>
            </w:r>
          </w:p>
        </w:tc>
        <w:tc>
          <w:tcPr>
            <w:tcW w:w="982" w:type="pct"/>
          </w:tcPr>
          <w:p w14:paraId="6BC808C4" w14:textId="77777777" w:rsidR="00683844" w:rsidRPr="00505610" w:rsidRDefault="00DF2F1B">
            <w:pPr>
              <w:jc w:val="center"/>
              <w:rPr>
                <w:rFonts w:cs="Arial"/>
              </w:rPr>
            </w:pPr>
            <w:r w:rsidRPr="00505610">
              <w:rPr>
                <w:rFonts w:cs="Arial"/>
                <w:sz w:val="16"/>
              </w:rPr>
              <w:t>1,773 (24.4)</w:t>
            </w:r>
          </w:p>
        </w:tc>
        <w:tc>
          <w:tcPr>
            <w:tcW w:w="982" w:type="pct"/>
          </w:tcPr>
          <w:p w14:paraId="74053D83" w14:textId="77777777" w:rsidR="00683844" w:rsidRPr="00505610" w:rsidRDefault="00DF2F1B">
            <w:pPr>
              <w:jc w:val="center"/>
              <w:rPr>
                <w:rFonts w:cs="Arial"/>
              </w:rPr>
            </w:pPr>
            <w:r w:rsidRPr="00505610">
              <w:rPr>
                <w:rFonts w:cs="Arial"/>
                <w:sz w:val="16"/>
              </w:rPr>
              <w:t>3,008 (41.3)</w:t>
            </w:r>
          </w:p>
        </w:tc>
        <w:tc>
          <w:tcPr>
            <w:tcW w:w="917" w:type="pct"/>
          </w:tcPr>
          <w:p w14:paraId="0815C39A" w14:textId="77777777" w:rsidR="00683844" w:rsidRPr="00505610" w:rsidRDefault="00DF2F1B">
            <w:pPr>
              <w:jc w:val="center"/>
              <w:rPr>
                <w:rFonts w:cs="Arial"/>
              </w:rPr>
            </w:pPr>
            <w:r w:rsidRPr="00505610">
              <w:rPr>
                <w:rFonts w:cs="Arial"/>
                <w:sz w:val="16"/>
              </w:rPr>
              <w:t>2,497 (34.3)</w:t>
            </w:r>
          </w:p>
        </w:tc>
      </w:tr>
      <w:tr w:rsidR="00683844" w:rsidRPr="00505610" w14:paraId="7B025C97" w14:textId="77777777" w:rsidTr="000D2F27">
        <w:tc>
          <w:tcPr>
            <w:tcW w:w="1170" w:type="pct"/>
          </w:tcPr>
          <w:p w14:paraId="2FB8CFA1" w14:textId="77777777" w:rsidR="00683844" w:rsidRPr="00505610" w:rsidRDefault="00DF2F1B">
            <w:pPr>
              <w:rPr>
                <w:rFonts w:cs="Arial"/>
              </w:rPr>
            </w:pPr>
            <w:r w:rsidRPr="00505610">
              <w:rPr>
                <w:rFonts w:cs="Arial"/>
                <w:sz w:val="16"/>
              </w:rPr>
              <w:t>&gt; 5 members</w:t>
            </w:r>
          </w:p>
        </w:tc>
        <w:tc>
          <w:tcPr>
            <w:tcW w:w="949" w:type="pct"/>
          </w:tcPr>
          <w:p w14:paraId="60021FFD" w14:textId="77777777" w:rsidR="00683844" w:rsidRPr="00505610" w:rsidRDefault="00DF2F1B">
            <w:pPr>
              <w:jc w:val="center"/>
              <w:rPr>
                <w:rFonts w:cs="Arial"/>
              </w:rPr>
            </w:pPr>
            <w:r w:rsidRPr="00505610">
              <w:rPr>
                <w:rFonts w:cs="Arial"/>
                <w:sz w:val="16"/>
              </w:rPr>
              <w:t>1,494</w:t>
            </w:r>
          </w:p>
        </w:tc>
        <w:tc>
          <w:tcPr>
            <w:tcW w:w="982" w:type="pct"/>
          </w:tcPr>
          <w:p w14:paraId="4C921835" w14:textId="77777777" w:rsidR="00683844" w:rsidRPr="00505610" w:rsidRDefault="00DF2F1B">
            <w:pPr>
              <w:jc w:val="center"/>
              <w:rPr>
                <w:rFonts w:cs="Arial"/>
              </w:rPr>
            </w:pPr>
            <w:r w:rsidRPr="00505610">
              <w:rPr>
                <w:rFonts w:cs="Arial"/>
                <w:sz w:val="16"/>
              </w:rPr>
              <w:t>280 (18.7)</w:t>
            </w:r>
          </w:p>
        </w:tc>
        <w:tc>
          <w:tcPr>
            <w:tcW w:w="982" w:type="pct"/>
          </w:tcPr>
          <w:p w14:paraId="1BB7874B" w14:textId="77777777" w:rsidR="00683844" w:rsidRPr="00505610" w:rsidRDefault="00DF2F1B">
            <w:pPr>
              <w:jc w:val="center"/>
              <w:rPr>
                <w:rFonts w:cs="Arial"/>
              </w:rPr>
            </w:pPr>
            <w:r w:rsidRPr="00505610">
              <w:rPr>
                <w:rFonts w:cs="Arial"/>
                <w:sz w:val="16"/>
              </w:rPr>
              <w:t>546 (36.5)</w:t>
            </w:r>
          </w:p>
        </w:tc>
        <w:tc>
          <w:tcPr>
            <w:tcW w:w="917" w:type="pct"/>
          </w:tcPr>
          <w:p w14:paraId="6ACDFA25" w14:textId="77777777" w:rsidR="00683844" w:rsidRPr="00505610" w:rsidRDefault="00DF2F1B">
            <w:pPr>
              <w:jc w:val="center"/>
              <w:rPr>
                <w:rFonts w:cs="Arial"/>
              </w:rPr>
            </w:pPr>
            <w:r w:rsidRPr="00505610">
              <w:rPr>
                <w:rFonts w:cs="Arial"/>
                <w:sz w:val="16"/>
              </w:rPr>
              <w:t>668 (44.7)</w:t>
            </w:r>
          </w:p>
        </w:tc>
      </w:tr>
      <w:tr w:rsidR="00683844" w:rsidRPr="00505610" w14:paraId="51C1D579" w14:textId="77777777" w:rsidTr="000D2F27">
        <w:tc>
          <w:tcPr>
            <w:tcW w:w="1170" w:type="pct"/>
          </w:tcPr>
          <w:p w14:paraId="24A71680" w14:textId="77777777" w:rsidR="00683844" w:rsidRPr="00505610" w:rsidRDefault="00DF2F1B">
            <w:pPr>
              <w:rPr>
                <w:rFonts w:cs="Arial"/>
              </w:rPr>
            </w:pPr>
            <w:r w:rsidRPr="00505610">
              <w:rPr>
                <w:rFonts w:cs="Arial"/>
                <w:i/>
                <w:sz w:val="16"/>
              </w:rPr>
              <w:t>Missing</w:t>
            </w:r>
          </w:p>
        </w:tc>
        <w:tc>
          <w:tcPr>
            <w:tcW w:w="949" w:type="pct"/>
          </w:tcPr>
          <w:p w14:paraId="3916F9E7" w14:textId="77777777" w:rsidR="00683844" w:rsidRPr="00505610" w:rsidRDefault="00DF2F1B">
            <w:pPr>
              <w:jc w:val="center"/>
              <w:rPr>
                <w:rFonts w:cs="Arial"/>
              </w:rPr>
            </w:pPr>
            <w:r w:rsidRPr="00505610">
              <w:rPr>
                <w:rFonts w:cs="Arial"/>
                <w:i/>
                <w:sz w:val="16"/>
              </w:rPr>
              <w:t>10,294</w:t>
            </w:r>
          </w:p>
        </w:tc>
        <w:tc>
          <w:tcPr>
            <w:tcW w:w="982" w:type="pct"/>
          </w:tcPr>
          <w:p w14:paraId="417DDEBF" w14:textId="77777777" w:rsidR="00683844" w:rsidRPr="00505610" w:rsidRDefault="00DF2F1B">
            <w:pPr>
              <w:jc w:val="center"/>
              <w:rPr>
                <w:rFonts w:cs="Arial"/>
              </w:rPr>
            </w:pPr>
            <w:r w:rsidRPr="00505610">
              <w:rPr>
                <w:rFonts w:cs="Arial"/>
                <w:i/>
                <w:sz w:val="16"/>
              </w:rPr>
              <w:t>2,395 (23.3)</w:t>
            </w:r>
          </w:p>
        </w:tc>
        <w:tc>
          <w:tcPr>
            <w:tcW w:w="982" w:type="pct"/>
          </w:tcPr>
          <w:p w14:paraId="14D71856" w14:textId="77777777" w:rsidR="00683844" w:rsidRPr="00505610" w:rsidRDefault="00DF2F1B">
            <w:pPr>
              <w:jc w:val="center"/>
              <w:rPr>
                <w:rFonts w:cs="Arial"/>
              </w:rPr>
            </w:pPr>
            <w:r w:rsidRPr="00505610">
              <w:rPr>
                <w:rFonts w:cs="Arial"/>
                <w:i/>
                <w:sz w:val="16"/>
              </w:rPr>
              <w:t>4,227 (41.1)</w:t>
            </w:r>
          </w:p>
        </w:tc>
        <w:tc>
          <w:tcPr>
            <w:tcW w:w="917" w:type="pct"/>
          </w:tcPr>
          <w:p w14:paraId="1ACD51A5" w14:textId="77777777" w:rsidR="00683844" w:rsidRPr="00505610" w:rsidRDefault="00DF2F1B">
            <w:pPr>
              <w:jc w:val="center"/>
              <w:rPr>
                <w:rFonts w:cs="Arial"/>
              </w:rPr>
            </w:pPr>
            <w:r w:rsidRPr="00505610">
              <w:rPr>
                <w:rFonts w:cs="Arial"/>
                <w:i/>
                <w:sz w:val="16"/>
              </w:rPr>
              <w:t>3,672 (35.7)</w:t>
            </w:r>
          </w:p>
        </w:tc>
      </w:tr>
      <w:tr w:rsidR="00683844" w:rsidRPr="00505610" w14:paraId="43F7BD1A" w14:textId="77777777" w:rsidTr="000D2F27">
        <w:tc>
          <w:tcPr>
            <w:tcW w:w="5000" w:type="pct"/>
            <w:gridSpan w:val="5"/>
          </w:tcPr>
          <w:p w14:paraId="14275515" w14:textId="77777777" w:rsidR="00683844" w:rsidRPr="00505610" w:rsidRDefault="00DF2F1B">
            <w:pPr>
              <w:keepNext/>
              <w:rPr>
                <w:rFonts w:cs="Arial"/>
              </w:rPr>
            </w:pPr>
            <w:r w:rsidRPr="00505610">
              <w:rPr>
                <w:rFonts w:cs="Arial"/>
                <w:b/>
              </w:rPr>
              <w:t>Having children</w:t>
            </w:r>
          </w:p>
        </w:tc>
      </w:tr>
      <w:tr w:rsidR="00683844" w:rsidRPr="00505610" w14:paraId="057F2B11" w14:textId="77777777" w:rsidTr="000D2F27">
        <w:tc>
          <w:tcPr>
            <w:tcW w:w="1170" w:type="pct"/>
          </w:tcPr>
          <w:p w14:paraId="121E6A4F" w14:textId="77777777" w:rsidR="00683844" w:rsidRPr="00505610" w:rsidRDefault="00DF2F1B">
            <w:pPr>
              <w:rPr>
                <w:rFonts w:cs="Arial"/>
              </w:rPr>
            </w:pPr>
            <w:r w:rsidRPr="00505610">
              <w:rPr>
                <w:rFonts w:cs="Arial"/>
                <w:sz w:val="16"/>
              </w:rPr>
              <w:t>No</w:t>
            </w:r>
          </w:p>
        </w:tc>
        <w:tc>
          <w:tcPr>
            <w:tcW w:w="949" w:type="pct"/>
          </w:tcPr>
          <w:p w14:paraId="33E126B3" w14:textId="77777777" w:rsidR="00683844" w:rsidRPr="00505610" w:rsidRDefault="00DF2F1B">
            <w:pPr>
              <w:jc w:val="center"/>
              <w:rPr>
                <w:rFonts w:cs="Arial"/>
              </w:rPr>
            </w:pPr>
            <w:r w:rsidRPr="00505610">
              <w:rPr>
                <w:rFonts w:cs="Arial"/>
                <w:sz w:val="16"/>
              </w:rPr>
              <w:t>40,684</w:t>
            </w:r>
          </w:p>
        </w:tc>
        <w:tc>
          <w:tcPr>
            <w:tcW w:w="982" w:type="pct"/>
          </w:tcPr>
          <w:p w14:paraId="5F967E3D" w14:textId="77777777" w:rsidR="00683844" w:rsidRPr="00505610" w:rsidRDefault="00DF2F1B">
            <w:pPr>
              <w:jc w:val="center"/>
              <w:rPr>
                <w:rFonts w:cs="Arial"/>
              </w:rPr>
            </w:pPr>
            <w:r w:rsidRPr="00505610">
              <w:rPr>
                <w:rFonts w:cs="Arial"/>
                <w:sz w:val="16"/>
              </w:rPr>
              <w:t>7,563 (18.6)</w:t>
            </w:r>
          </w:p>
        </w:tc>
        <w:tc>
          <w:tcPr>
            <w:tcW w:w="982" w:type="pct"/>
          </w:tcPr>
          <w:p w14:paraId="2B75C281" w14:textId="77777777" w:rsidR="00683844" w:rsidRPr="00505610" w:rsidRDefault="00DF2F1B">
            <w:pPr>
              <w:jc w:val="center"/>
              <w:rPr>
                <w:rFonts w:cs="Arial"/>
              </w:rPr>
            </w:pPr>
            <w:r w:rsidRPr="00505610">
              <w:rPr>
                <w:rFonts w:cs="Arial"/>
                <w:sz w:val="16"/>
              </w:rPr>
              <w:t>16,783 (41.3)</w:t>
            </w:r>
          </w:p>
        </w:tc>
        <w:tc>
          <w:tcPr>
            <w:tcW w:w="917" w:type="pct"/>
          </w:tcPr>
          <w:p w14:paraId="5FB38842" w14:textId="77777777" w:rsidR="00683844" w:rsidRPr="00505610" w:rsidRDefault="00DF2F1B">
            <w:pPr>
              <w:jc w:val="center"/>
              <w:rPr>
                <w:rFonts w:cs="Arial"/>
              </w:rPr>
            </w:pPr>
            <w:r w:rsidRPr="00505610">
              <w:rPr>
                <w:rFonts w:cs="Arial"/>
                <w:sz w:val="16"/>
              </w:rPr>
              <w:t>16,338 (40.2)</w:t>
            </w:r>
          </w:p>
        </w:tc>
      </w:tr>
      <w:tr w:rsidR="00683844" w:rsidRPr="00505610" w14:paraId="4ECBCE90" w14:textId="77777777" w:rsidTr="000D2F27">
        <w:tc>
          <w:tcPr>
            <w:tcW w:w="1170" w:type="pct"/>
          </w:tcPr>
          <w:p w14:paraId="7AA3CB8B" w14:textId="77777777" w:rsidR="00683844" w:rsidRPr="00505610" w:rsidRDefault="00DF2F1B">
            <w:pPr>
              <w:rPr>
                <w:rFonts w:cs="Arial"/>
              </w:rPr>
            </w:pPr>
            <w:r w:rsidRPr="00505610">
              <w:rPr>
                <w:rFonts w:cs="Arial"/>
                <w:sz w:val="16"/>
              </w:rPr>
              <w:t>Yes</w:t>
            </w:r>
          </w:p>
        </w:tc>
        <w:tc>
          <w:tcPr>
            <w:tcW w:w="949" w:type="pct"/>
          </w:tcPr>
          <w:p w14:paraId="78C47F51" w14:textId="77777777" w:rsidR="00683844" w:rsidRPr="00505610" w:rsidRDefault="00DF2F1B">
            <w:pPr>
              <w:jc w:val="center"/>
              <w:rPr>
                <w:rFonts w:cs="Arial"/>
              </w:rPr>
            </w:pPr>
            <w:r w:rsidRPr="00505610">
              <w:rPr>
                <w:rFonts w:cs="Arial"/>
                <w:sz w:val="16"/>
              </w:rPr>
              <w:t>84,561</w:t>
            </w:r>
          </w:p>
        </w:tc>
        <w:tc>
          <w:tcPr>
            <w:tcW w:w="982" w:type="pct"/>
          </w:tcPr>
          <w:p w14:paraId="25552EF4" w14:textId="77777777" w:rsidR="00683844" w:rsidRPr="00505610" w:rsidRDefault="00DF2F1B">
            <w:pPr>
              <w:jc w:val="center"/>
              <w:rPr>
                <w:rFonts w:cs="Arial"/>
              </w:rPr>
            </w:pPr>
            <w:r w:rsidRPr="00505610">
              <w:rPr>
                <w:rFonts w:cs="Arial"/>
                <w:sz w:val="16"/>
              </w:rPr>
              <w:t>28,717 (34.0)</w:t>
            </w:r>
          </w:p>
        </w:tc>
        <w:tc>
          <w:tcPr>
            <w:tcW w:w="982" w:type="pct"/>
          </w:tcPr>
          <w:p w14:paraId="4FF7091A" w14:textId="77777777" w:rsidR="00683844" w:rsidRPr="00505610" w:rsidRDefault="00DF2F1B">
            <w:pPr>
              <w:jc w:val="center"/>
              <w:rPr>
                <w:rFonts w:cs="Arial"/>
              </w:rPr>
            </w:pPr>
            <w:r w:rsidRPr="00505610">
              <w:rPr>
                <w:rFonts w:cs="Arial"/>
                <w:sz w:val="16"/>
              </w:rPr>
              <w:t>34,557 (40.9)</w:t>
            </w:r>
          </w:p>
        </w:tc>
        <w:tc>
          <w:tcPr>
            <w:tcW w:w="917" w:type="pct"/>
          </w:tcPr>
          <w:p w14:paraId="532508B4" w14:textId="77777777" w:rsidR="00683844" w:rsidRPr="00505610" w:rsidRDefault="00DF2F1B">
            <w:pPr>
              <w:jc w:val="center"/>
              <w:rPr>
                <w:rFonts w:cs="Arial"/>
              </w:rPr>
            </w:pPr>
            <w:r w:rsidRPr="00505610">
              <w:rPr>
                <w:rFonts w:cs="Arial"/>
                <w:sz w:val="16"/>
              </w:rPr>
              <w:t>21,287 (25.2)</w:t>
            </w:r>
          </w:p>
        </w:tc>
      </w:tr>
      <w:tr w:rsidR="00683844" w:rsidRPr="00505610" w14:paraId="3DB5390F" w14:textId="77777777" w:rsidTr="000D2F27">
        <w:tc>
          <w:tcPr>
            <w:tcW w:w="1170" w:type="pct"/>
          </w:tcPr>
          <w:p w14:paraId="7BC036BC" w14:textId="77777777" w:rsidR="00683844" w:rsidRPr="00505610" w:rsidRDefault="00DF2F1B">
            <w:pPr>
              <w:rPr>
                <w:rFonts w:cs="Arial"/>
              </w:rPr>
            </w:pPr>
            <w:r w:rsidRPr="00505610">
              <w:rPr>
                <w:rFonts w:cs="Arial"/>
                <w:i/>
                <w:sz w:val="16"/>
              </w:rPr>
              <w:t>Missing</w:t>
            </w:r>
          </w:p>
        </w:tc>
        <w:tc>
          <w:tcPr>
            <w:tcW w:w="949" w:type="pct"/>
          </w:tcPr>
          <w:p w14:paraId="1800D4FE" w14:textId="77777777" w:rsidR="00683844" w:rsidRPr="00505610" w:rsidRDefault="00DF2F1B">
            <w:pPr>
              <w:jc w:val="center"/>
              <w:rPr>
                <w:rFonts w:cs="Arial"/>
              </w:rPr>
            </w:pPr>
            <w:r w:rsidRPr="00505610">
              <w:rPr>
                <w:rFonts w:cs="Arial"/>
                <w:i/>
                <w:sz w:val="16"/>
              </w:rPr>
              <w:t>10,477</w:t>
            </w:r>
          </w:p>
        </w:tc>
        <w:tc>
          <w:tcPr>
            <w:tcW w:w="982" w:type="pct"/>
          </w:tcPr>
          <w:p w14:paraId="72F7D023" w14:textId="77777777" w:rsidR="00683844" w:rsidRPr="00505610" w:rsidRDefault="00DF2F1B">
            <w:pPr>
              <w:jc w:val="center"/>
              <w:rPr>
                <w:rFonts w:cs="Arial"/>
              </w:rPr>
            </w:pPr>
            <w:r w:rsidRPr="00505610">
              <w:rPr>
                <w:rFonts w:cs="Arial"/>
                <w:i/>
                <w:sz w:val="16"/>
              </w:rPr>
              <w:t>2,448 (23.4)</w:t>
            </w:r>
          </w:p>
        </w:tc>
        <w:tc>
          <w:tcPr>
            <w:tcW w:w="982" w:type="pct"/>
          </w:tcPr>
          <w:p w14:paraId="27F8D3F0" w14:textId="77777777" w:rsidR="00683844" w:rsidRPr="00505610" w:rsidRDefault="00DF2F1B">
            <w:pPr>
              <w:jc w:val="center"/>
              <w:rPr>
                <w:rFonts w:cs="Arial"/>
              </w:rPr>
            </w:pPr>
            <w:r w:rsidRPr="00505610">
              <w:rPr>
                <w:rFonts w:cs="Arial"/>
                <w:i/>
                <w:sz w:val="16"/>
              </w:rPr>
              <w:t>4,286 (40.9)</w:t>
            </w:r>
          </w:p>
        </w:tc>
        <w:tc>
          <w:tcPr>
            <w:tcW w:w="917" w:type="pct"/>
          </w:tcPr>
          <w:p w14:paraId="0FE77662" w14:textId="77777777" w:rsidR="00683844" w:rsidRPr="00505610" w:rsidRDefault="00DF2F1B">
            <w:pPr>
              <w:jc w:val="center"/>
              <w:rPr>
                <w:rFonts w:cs="Arial"/>
              </w:rPr>
            </w:pPr>
            <w:r w:rsidRPr="00505610">
              <w:rPr>
                <w:rFonts w:cs="Arial"/>
                <w:i/>
                <w:sz w:val="16"/>
              </w:rPr>
              <w:t>3,743 (35.7)</w:t>
            </w:r>
          </w:p>
        </w:tc>
      </w:tr>
      <w:tr w:rsidR="00683844" w:rsidRPr="00505610" w14:paraId="74AE2746" w14:textId="77777777" w:rsidTr="000D2F27">
        <w:tc>
          <w:tcPr>
            <w:tcW w:w="5000" w:type="pct"/>
            <w:gridSpan w:val="5"/>
          </w:tcPr>
          <w:p w14:paraId="6C5ADBC6" w14:textId="77777777" w:rsidR="00683844" w:rsidRPr="00505610" w:rsidRDefault="00DF2F1B">
            <w:pPr>
              <w:keepNext/>
              <w:rPr>
                <w:rFonts w:cs="Arial"/>
              </w:rPr>
            </w:pPr>
            <w:r w:rsidRPr="00505610">
              <w:rPr>
                <w:rFonts w:cs="Arial"/>
                <w:b/>
              </w:rPr>
              <w:t>Having children under 16</w:t>
            </w:r>
          </w:p>
        </w:tc>
      </w:tr>
      <w:tr w:rsidR="00683844" w:rsidRPr="00505610" w14:paraId="0FB25D02" w14:textId="77777777" w:rsidTr="000D2F27">
        <w:tc>
          <w:tcPr>
            <w:tcW w:w="1170" w:type="pct"/>
          </w:tcPr>
          <w:p w14:paraId="58259B4B" w14:textId="77777777" w:rsidR="00683844" w:rsidRPr="00505610" w:rsidRDefault="00DF2F1B">
            <w:pPr>
              <w:rPr>
                <w:rFonts w:cs="Arial"/>
              </w:rPr>
            </w:pPr>
            <w:r w:rsidRPr="00505610">
              <w:rPr>
                <w:rFonts w:cs="Arial"/>
                <w:sz w:val="16"/>
              </w:rPr>
              <w:t>No</w:t>
            </w:r>
          </w:p>
        </w:tc>
        <w:tc>
          <w:tcPr>
            <w:tcW w:w="949" w:type="pct"/>
          </w:tcPr>
          <w:p w14:paraId="35C3779F" w14:textId="77777777" w:rsidR="00683844" w:rsidRPr="00505610" w:rsidRDefault="00DF2F1B">
            <w:pPr>
              <w:jc w:val="center"/>
              <w:rPr>
                <w:rFonts w:cs="Arial"/>
              </w:rPr>
            </w:pPr>
            <w:r w:rsidRPr="00505610">
              <w:rPr>
                <w:rFonts w:cs="Arial"/>
                <w:sz w:val="16"/>
              </w:rPr>
              <w:t>64,991</w:t>
            </w:r>
          </w:p>
        </w:tc>
        <w:tc>
          <w:tcPr>
            <w:tcW w:w="982" w:type="pct"/>
          </w:tcPr>
          <w:p w14:paraId="26D0CD67" w14:textId="77777777" w:rsidR="00683844" w:rsidRPr="00505610" w:rsidRDefault="00DF2F1B">
            <w:pPr>
              <w:jc w:val="center"/>
              <w:rPr>
                <w:rFonts w:cs="Arial"/>
              </w:rPr>
            </w:pPr>
            <w:r w:rsidRPr="00505610">
              <w:rPr>
                <w:rFonts w:cs="Arial"/>
                <w:sz w:val="16"/>
              </w:rPr>
              <w:t>24,467 (37.6)</w:t>
            </w:r>
          </w:p>
        </w:tc>
        <w:tc>
          <w:tcPr>
            <w:tcW w:w="982" w:type="pct"/>
          </w:tcPr>
          <w:p w14:paraId="3364BC90" w14:textId="77777777" w:rsidR="00683844" w:rsidRPr="00505610" w:rsidRDefault="00DF2F1B">
            <w:pPr>
              <w:jc w:val="center"/>
              <w:rPr>
                <w:rFonts w:cs="Arial"/>
              </w:rPr>
            </w:pPr>
            <w:r w:rsidRPr="00505610">
              <w:rPr>
                <w:rFonts w:cs="Arial"/>
                <w:sz w:val="16"/>
              </w:rPr>
              <w:t>26,305 (40.5)</w:t>
            </w:r>
          </w:p>
        </w:tc>
        <w:tc>
          <w:tcPr>
            <w:tcW w:w="917" w:type="pct"/>
          </w:tcPr>
          <w:p w14:paraId="3AA2B97A" w14:textId="77777777" w:rsidR="00683844" w:rsidRPr="00505610" w:rsidRDefault="00DF2F1B">
            <w:pPr>
              <w:jc w:val="center"/>
              <w:rPr>
                <w:rFonts w:cs="Arial"/>
              </w:rPr>
            </w:pPr>
            <w:r w:rsidRPr="00505610">
              <w:rPr>
                <w:rFonts w:cs="Arial"/>
                <w:sz w:val="16"/>
              </w:rPr>
              <w:t>14,219 (21.9)</w:t>
            </w:r>
          </w:p>
        </w:tc>
      </w:tr>
      <w:tr w:rsidR="00683844" w:rsidRPr="00505610" w14:paraId="0FAE674D" w14:textId="77777777" w:rsidTr="000D2F27">
        <w:tc>
          <w:tcPr>
            <w:tcW w:w="1170" w:type="pct"/>
          </w:tcPr>
          <w:p w14:paraId="48A6C77B" w14:textId="77777777" w:rsidR="00683844" w:rsidRPr="00505610" w:rsidRDefault="00DF2F1B">
            <w:pPr>
              <w:rPr>
                <w:rFonts w:cs="Arial"/>
              </w:rPr>
            </w:pPr>
            <w:r w:rsidRPr="00505610">
              <w:rPr>
                <w:rFonts w:cs="Arial"/>
                <w:sz w:val="16"/>
              </w:rPr>
              <w:t>Yes</w:t>
            </w:r>
          </w:p>
        </w:tc>
        <w:tc>
          <w:tcPr>
            <w:tcW w:w="949" w:type="pct"/>
          </w:tcPr>
          <w:p w14:paraId="413F848A" w14:textId="77777777" w:rsidR="00683844" w:rsidRPr="00505610" w:rsidRDefault="00DF2F1B">
            <w:pPr>
              <w:jc w:val="center"/>
              <w:rPr>
                <w:rFonts w:cs="Arial"/>
              </w:rPr>
            </w:pPr>
            <w:r w:rsidRPr="00505610">
              <w:rPr>
                <w:rFonts w:cs="Arial"/>
                <w:sz w:val="16"/>
              </w:rPr>
              <w:t>19,287</w:t>
            </w:r>
          </w:p>
        </w:tc>
        <w:tc>
          <w:tcPr>
            <w:tcW w:w="982" w:type="pct"/>
          </w:tcPr>
          <w:p w14:paraId="3CCC6738" w14:textId="77777777" w:rsidR="00683844" w:rsidRPr="00505610" w:rsidRDefault="00DF2F1B">
            <w:pPr>
              <w:jc w:val="center"/>
              <w:rPr>
                <w:rFonts w:cs="Arial"/>
              </w:rPr>
            </w:pPr>
            <w:r w:rsidRPr="00505610">
              <w:rPr>
                <w:rFonts w:cs="Arial"/>
                <w:sz w:val="16"/>
              </w:rPr>
              <w:t>4,160 (21.6)</w:t>
            </w:r>
          </w:p>
        </w:tc>
        <w:tc>
          <w:tcPr>
            <w:tcW w:w="982" w:type="pct"/>
          </w:tcPr>
          <w:p w14:paraId="08A094F5" w14:textId="77777777" w:rsidR="00683844" w:rsidRPr="00505610" w:rsidRDefault="00DF2F1B">
            <w:pPr>
              <w:jc w:val="center"/>
              <w:rPr>
                <w:rFonts w:cs="Arial"/>
              </w:rPr>
            </w:pPr>
            <w:r w:rsidRPr="00505610">
              <w:rPr>
                <w:rFonts w:cs="Arial"/>
                <w:sz w:val="16"/>
              </w:rPr>
              <w:t>8,121 (42.1)</w:t>
            </w:r>
          </w:p>
        </w:tc>
        <w:tc>
          <w:tcPr>
            <w:tcW w:w="917" w:type="pct"/>
          </w:tcPr>
          <w:p w14:paraId="137F24AB" w14:textId="77777777" w:rsidR="00683844" w:rsidRPr="00505610" w:rsidRDefault="00DF2F1B">
            <w:pPr>
              <w:jc w:val="center"/>
              <w:rPr>
                <w:rFonts w:cs="Arial"/>
              </w:rPr>
            </w:pPr>
            <w:r w:rsidRPr="00505610">
              <w:rPr>
                <w:rFonts w:cs="Arial"/>
                <w:sz w:val="16"/>
              </w:rPr>
              <w:t>7,006 (36.3)</w:t>
            </w:r>
          </w:p>
        </w:tc>
      </w:tr>
      <w:tr w:rsidR="00683844" w:rsidRPr="00505610" w14:paraId="3A317592" w14:textId="77777777" w:rsidTr="000D2F27">
        <w:tc>
          <w:tcPr>
            <w:tcW w:w="1170" w:type="pct"/>
          </w:tcPr>
          <w:p w14:paraId="30BDAAC6" w14:textId="77777777" w:rsidR="00683844" w:rsidRPr="00505610" w:rsidRDefault="00DF2F1B">
            <w:pPr>
              <w:rPr>
                <w:rFonts w:cs="Arial"/>
              </w:rPr>
            </w:pPr>
            <w:r w:rsidRPr="00505610">
              <w:rPr>
                <w:rFonts w:cs="Arial"/>
                <w:i/>
                <w:sz w:val="16"/>
              </w:rPr>
              <w:t>Missing</w:t>
            </w:r>
          </w:p>
        </w:tc>
        <w:tc>
          <w:tcPr>
            <w:tcW w:w="949" w:type="pct"/>
          </w:tcPr>
          <w:p w14:paraId="774D3170" w14:textId="77777777" w:rsidR="00683844" w:rsidRPr="00505610" w:rsidRDefault="00DF2F1B">
            <w:pPr>
              <w:jc w:val="center"/>
              <w:rPr>
                <w:rFonts w:cs="Arial"/>
              </w:rPr>
            </w:pPr>
            <w:r w:rsidRPr="00505610">
              <w:rPr>
                <w:rFonts w:cs="Arial"/>
                <w:i/>
                <w:sz w:val="16"/>
              </w:rPr>
              <w:t>283</w:t>
            </w:r>
          </w:p>
        </w:tc>
        <w:tc>
          <w:tcPr>
            <w:tcW w:w="982" w:type="pct"/>
          </w:tcPr>
          <w:p w14:paraId="676E88C6" w14:textId="77777777" w:rsidR="00683844" w:rsidRPr="00505610" w:rsidRDefault="00DF2F1B">
            <w:pPr>
              <w:jc w:val="center"/>
              <w:rPr>
                <w:rFonts w:cs="Arial"/>
              </w:rPr>
            </w:pPr>
            <w:r w:rsidRPr="00505610">
              <w:rPr>
                <w:rFonts w:cs="Arial"/>
                <w:i/>
                <w:sz w:val="16"/>
              </w:rPr>
              <w:t>90 (31.8)</w:t>
            </w:r>
          </w:p>
        </w:tc>
        <w:tc>
          <w:tcPr>
            <w:tcW w:w="982" w:type="pct"/>
          </w:tcPr>
          <w:p w14:paraId="16821423" w14:textId="77777777" w:rsidR="00683844" w:rsidRPr="00505610" w:rsidRDefault="00DF2F1B">
            <w:pPr>
              <w:jc w:val="center"/>
              <w:rPr>
                <w:rFonts w:cs="Arial"/>
              </w:rPr>
            </w:pPr>
            <w:r w:rsidRPr="00505610">
              <w:rPr>
                <w:rFonts w:cs="Arial"/>
                <w:i/>
                <w:sz w:val="16"/>
              </w:rPr>
              <w:t>131 (46.3)</w:t>
            </w:r>
          </w:p>
        </w:tc>
        <w:tc>
          <w:tcPr>
            <w:tcW w:w="917" w:type="pct"/>
          </w:tcPr>
          <w:p w14:paraId="174B2E07" w14:textId="77777777" w:rsidR="00683844" w:rsidRPr="00505610" w:rsidRDefault="00DF2F1B">
            <w:pPr>
              <w:jc w:val="center"/>
              <w:rPr>
                <w:rFonts w:cs="Arial"/>
              </w:rPr>
            </w:pPr>
            <w:r w:rsidRPr="00505610">
              <w:rPr>
                <w:rFonts w:cs="Arial"/>
                <w:i/>
                <w:sz w:val="16"/>
              </w:rPr>
              <w:t>62 (21.9)</w:t>
            </w:r>
          </w:p>
        </w:tc>
      </w:tr>
      <w:tr w:rsidR="00683844" w:rsidRPr="00505610" w14:paraId="1BE06C75" w14:textId="77777777" w:rsidTr="000D2F27">
        <w:tc>
          <w:tcPr>
            <w:tcW w:w="5000" w:type="pct"/>
            <w:gridSpan w:val="5"/>
          </w:tcPr>
          <w:p w14:paraId="16783044" w14:textId="77777777" w:rsidR="00683844" w:rsidRPr="00505610" w:rsidRDefault="00DF2F1B">
            <w:pPr>
              <w:keepNext/>
              <w:rPr>
                <w:rFonts w:cs="Arial"/>
              </w:rPr>
            </w:pPr>
            <w:r w:rsidRPr="00505610">
              <w:rPr>
                <w:rFonts w:cs="Arial"/>
                <w:b/>
              </w:rPr>
              <w:t>Having disability</w:t>
            </w:r>
          </w:p>
        </w:tc>
      </w:tr>
      <w:tr w:rsidR="00683844" w:rsidRPr="00505610" w14:paraId="5349D2C8" w14:textId="77777777" w:rsidTr="000D2F27">
        <w:tc>
          <w:tcPr>
            <w:tcW w:w="1170" w:type="pct"/>
          </w:tcPr>
          <w:p w14:paraId="0BAD907C" w14:textId="77777777" w:rsidR="00683844" w:rsidRPr="00505610" w:rsidRDefault="00DF2F1B">
            <w:pPr>
              <w:rPr>
                <w:rFonts w:cs="Arial"/>
              </w:rPr>
            </w:pPr>
            <w:r w:rsidRPr="00505610">
              <w:rPr>
                <w:rFonts w:cs="Arial"/>
                <w:sz w:val="16"/>
              </w:rPr>
              <w:t>No</w:t>
            </w:r>
          </w:p>
        </w:tc>
        <w:tc>
          <w:tcPr>
            <w:tcW w:w="949" w:type="pct"/>
          </w:tcPr>
          <w:p w14:paraId="1C8C9F92" w14:textId="77777777" w:rsidR="00683844" w:rsidRPr="00505610" w:rsidRDefault="00DF2F1B">
            <w:pPr>
              <w:jc w:val="center"/>
              <w:rPr>
                <w:rFonts w:cs="Arial"/>
              </w:rPr>
            </w:pPr>
            <w:r w:rsidRPr="00505610">
              <w:rPr>
                <w:rFonts w:cs="Arial"/>
                <w:sz w:val="16"/>
              </w:rPr>
              <w:t>96,817</w:t>
            </w:r>
          </w:p>
        </w:tc>
        <w:tc>
          <w:tcPr>
            <w:tcW w:w="982" w:type="pct"/>
          </w:tcPr>
          <w:p w14:paraId="59D25232" w14:textId="77777777" w:rsidR="00683844" w:rsidRPr="00505610" w:rsidRDefault="00DF2F1B">
            <w:pPr>
              <w:jc w:val="center"/>
              <w:rPr>
                <w:rFonts w:cs="Arial"/>
              </w:rPr>
            </w:pPr>
            <w:r w:rsidRPr="00505610">
              <w:rPr>
                <w:rFonts w:cs="Arial"/>
                <w:sz w:val="16"/>
              </w:rPr>
              <w:t>32,497 (33.6)</w:t>
            </w:r>
          </w:p>
        </w:tc>
        <w:tc>
          <w:tcPr>
            <w:tcW w:w="982" w:type="pct"/>
          </w:tcPr>
          <w:p w14:paraId="74A81DCE" w14:textId="77777777" w:rsidR="00683844" w:rsidRPr="00505610" w:rsidRDefault="00DF2F1B">
            <w:pPr>
              <w:jc w:val="center"/>
              <w:rPr>
                <w:rFonts w:cs="Arial"/>
              </w:rPr>
            </w:pPr>
            <w:r w:rsidRPr="00505610">
              <w:rPr>
                <w:rFonts w:cs="Arial"/>
                <w:sz w:val="16"/>
              </w:rPr>
              <w:t>41,613 (43.0)</w:t>
            </w:r>
          </w:p>
        </w:tc>
        <w:tc>
          <w:tcPr>
            <w:tcW w:w="917" w:type="pct"/>
          </w:tcPr>
          <w:p w14:paraId="708C5946" w14:textId="77777777" w:rsidR="00683844" w:rsidRPr="00505610" w:rsidRDefault="00DF2F1B">
            <w:pPr>
              <w:jc w:val="center"/>
              <w:rPr>
                <w:rFonts w:cs="Arial"/>
              </w:rPr>
            </w:pPr>
            <w:r w:rsidRPr="00505610">
              <w:rPr>
                <w:rFonts w:cs="Arial"/>
                <w:sz w:val="16"/>
              </w:rPr>
              <w:t>22,707 (23.5)</w:t>
            </w:r>
          </w:p>
        </w:tc>
      </w:tr>
      <w:tr w:rsidR="00683844" w:rsidRPr="00505610" w14:paraId="0DE5FD49" w14:textId="77777777" w:rsidTr="000D2F27">
        <w:tc>
          <w:tcPr>
            <w:tcW w:w="1170" w:type="pct"/>
          </w:tcPr>
          <w:p w14:paraId="52282257" w14:textId="77777777" w:rsidR="00683844" w:rsidRPr="00505610" w:rsidRDefault="00DF2F1B">
            <w:pPr>
              <w:rPr>
                <w:rFonts w:cs="Arial"/>
              </w:rPr>
            </w:pPr>
            <w:r w:rsidRPr="00505610">
              <w:rPr>
                <w:rFonts w:cs="Arial"/>
                <w:sz w:val="16"/>
              </w:rPr>
              <w:t>Prefer not to say</w:t>
            </w:r>
          </w:p>
        </w:tc>
        <w:tc>
          <w:tcPr>
            <w:tcW w:w="949" w:type="pct"/>
          </w:tcPr>
          <w:p w14:paraId="68BA3BB8" w14:textId="77777777" w:rsidR="00683844" w:rsidRPr="00505610" w:rsidRDefault="00DF2F1B">
            <w:pPr>
              <w:jc w:val="center"/>
              <w:rPr>
                <w:rFonts w:cs="Arial"/>
              </w:rPr>
            </w:pPr>
            <w:r w:rsidRPr="00505610">
              <w:rPr>
                <w:rFonts w:cs="Arial"/>
                <w:sz w:val="16"/>
              </w:rPr>
              <w:t>3,584</w:t>
            </w:r>
          </w:p>
        </w:tc>
        <w:tc>
          <w:tcPr>
            <w:tcW w:w="982" w:type="pct"/>
          </w:tcPr>
          <w:p w14:paraId="4B91F30F" w14:textId="77777777" w:rsidR="00683844" w:rsidRPr="00505610" w:rsidRDefault="00DF2F1B">
            <w:pPr>
              <w:jc w:val="center"/>
              <w:rPr>
                <w:rFonts w:cs="Arial"/>
              </w:rPr>
            </w:pPr>
            <w:r w:rsidRPr="00505610">
              <w:rPr>
                <w:rFonts w:cs="Arial"/>
                <w:sz w:val="16"/>
              </w:rPr>
              <w:t>436 (12.2)</w:t>
            </w:r>
          </w:p>
        </w:tc>
        <w:tc>
          <w:tcPr>
            <w:tcW w:w="982" w:type="pct"/>
          </w:tcPr>
          <w:p w14:paraId="392671E6" w14:textId="77777777" w:rsidR="00683844" w:rsidRPr="00505610" w:rsidRDefault="00DF2F1B">
            <w:pPr>
              <w:jc w:val="center"/>
              <w:rPr>
                <w:rFonts w:cs="Arial"/>
              </w:rPr>
            </w:pPr>
            <w:r w:rsidRPr="00505610">
              <w:rPr>
                <w:rFonts w:cs="Arial"/>
                <w:sz w:val="16"/>
              </w:rPr>
              <w:t>1,295 (36.1)</w:t>
            </w:r>
          </w:p>
        </w:tc>
        <w:tc>
          <w:tcPr>
            <w:tcW w:w="917" w:type="pct"/>
          </w:tcPr>
          <w:p w14:paraId="12EC4A2B" w14:textId="77777777" w:rsidR="00683844" w:rsidRPr="00505610" w:rsidRDefault="00DF2F1B">
            <w:pPr>
              <w:jc w:val="center"/>
              <w:rPr>
                <w:rFonts w:cs="Arial"/>
              </w:rPr>
            </w:pPr>
            <w:r w:rsidRPr="00505610">
              <w:rPr>
                <w:rFonts w:cs="Arial"/>
                <w:sz w:val="16"/>
              </w:rPr>
              <w:t>1,853 (51.7)</w:t>
            </w:r>
          </w:p>
        </w:tc>
      </w:tr>
      <w:tr w:rsidR="00683844" w:rsidRPr="00505610" w14:paraId="7BB31F57" w14:textId="77777777" w:rsidTr="000D2F27">
        <w:tc>
          <w:tcPr>
            <w:tcW w:w="1170" w:type="pct"/>
          </w:tcPr>
          <w:p w14:paraId="4B328CB2" w14:textId="77777777" w:rsidR="00683844" w:rsidRPr="00505610" w:rsidRDefault="00DF2F1B">
            <w:pPr>
              <w:rPr>
                <w:rFonts w:cs="Arial"/>
              </w:rPr>
            </w:pPr>
            <w:r w:rsidRPr="00505610">
              <w:rPr>
                <w:rFonts w:cs="Arial"/>
                <w:sz w:val="16"/>
              </w:rPr>
              <w:t>Yes</w:t>
            </w:r>
          </w:p>
        </w:tc>
        <w:tc>
          <w:tcPr>
            <w:tcW w:w="949" w:type="pct"/>
          </w:tcPr>
          <w:p w14:paraId="6D4C64D3" w14:textId="77777777" w:rsidR="00683844" w:rsidRPr="00505610" w:rsidRDefault="00DF2F1B">
            <w:pPr>
              <w:jc w:val="center"/>
              <w:rPr>
                <w:rFonts w:cs="Arial"/>
              </w:rPr>
            </w:pPr>
            <w:r w:rsidRPr="00505610">
              <w:rPr>
                <w:rFonts w:cs="Arial"/>
                <w:sz w:val="16"/>
              </w:rPr>
              <w:t>24,915</w:t>
            </w:r>
          </w:p>
        </w:tc>
        <w:tc>
          <w:tcPr>
            <w:tcW w:w="982" w:type="pct"/>
          </w:tcPr>
          <w:p w14:paraId="26C4DC87" w14:textId="77777777" w:rsidR="00683844" w:rsidRPr="00505610" w:rsidRDefault="00DF2F1B">
            <w:pPr>
              <w:jc w:val="center"/>
              <w:rPr>
                <w:rFonts w:cs="Arial"/>
              </w:rPr>
            </w:pPr>
            <w:r w:rsidRPr="00505610">
              <w:rPr>
                <w:rFonts w:cs="Arial"/>
                <w:sz w:val="16"/>
              </w:rPr>
              <w:t>3,364 (13.5)</w:t>
            </w:r>
          </w:p>
        </w:tc>
        <w:tc>
          <w:tcPr>
            <w:tcW w:w="982" w:type="pct"/>
          </w:tcPr>
          <w:p w14:paraId="694CF3D8" w14:textId="77777777" w:rsidR="00683844" w:rsidRPr="00505610" w:rsidRDefault="00DF2F1B">
            <w:pPr>
              <w:jc w:val="center"/>
              <w:rPr>
                <w:rFonts w:cs="Arial"/>
              </w:rPr>
            </w:pPr>
            <w:r w:rsidRPr="00505610">
              <w:rPr>
                <w:rFonts w:cs="Arial"/>
                <w:sz w:val="16"/>
              </w:rPr>
              <w:t>8,450 (33.9)</w:t>
            </w:r>
          </w:p>
        </w:tc>
        <w:tc>
          <w:tcPr>
            <w:tcW w:w="917" w:type="pct"/>
          </w:tcPr>
          <w:p w14:paraId="48338647" w14:textId="77777777" w:rsidR="00683844" w:rsidRPr="00505610" w:rsidRDefault="00DF2F1B">
            <w:pPr>
              <w:jc w:val="center"/>
              <w:rPr>
                <w:rFonts w:cs="Arial"/>
              </w:rPr>
            </w:pPr>
            <w:r w:rsidRPr="00505610">
              <w:rPr>
                <w:rFonts w:cs="Arial"/>
                <w:sz w:val="16"/>
              </w:rPr>
              <w:t>13,101 (52.6)</w:t>
            </w:r>
          </w:p>
        </w:tc>
      </w:tr>
      <w:tr w:rsidR="00683844" w:rsidRPr="00505610" w14:paraId="3DA4D1BC" w14:textId="77777777" w:rsidTr="000D2F27">
        <w:tc>
          <w:tcPr>
            <w:tcW w:w="1170" w:type="pct"/>
          </w:tcPr>
          <w:p w14:paraId="21C64CBC" w14:textId="77777777" w:rsidR="00683844" w:rsidRPr="00505610" w:rsidRDefault="00DF2F1B">
            <w:pPr>
              <w:rPr>
                <w:rFonts w:cs="Arial"/>
              </w:rPr>
            </w:pPr>
            <w:r w:rsidRPr="00505610">
              <w:rPr>
                <w:rFonts w:cs="Arial"/>
                <w:i/>
                <w:sz w:val="16"/>
              </w:rPr>
              <w:t>Missing</w:t>
            </w:r>
          </w:p>
        </w:tc>
        <w:tc>
          <w:tcPr>
            <w:tcW w:w="949" w:type="pct"/>
          </w:tcPr>
          <w:p w14:paraId="4F7A9300" w14:textId="77777777" w:rsidR="00683844" w:rsidRPr="00505610" w:rsidRDefault="00DF2F1B">
            <w:pPr>
              <w:jc w:val="center"/>
              <w:rPr>
                <w:rFonts w:cs="Arial"/>
              </w:rPr>
            </w:pPr>
            <w:r w:rsidRPr="00505610">
              <w:rPr>
                <w:rFonts w:cs="Arial"/>
                <w:i/>
                <w:sz w:val="16"/>
              </w:rPr>
              <w:t>10,406</w:t>
            </w:r>
          </w:p>
        </w:tc>
        <w:tc>
          <w:tcPr>
            <w:tcW w:w="982" w:type="pct"/>
          </w:tcPr>
          <w:p w14:paraId="2C664483" w14:textId="77777777" w:rsidR="00683844" w:rsidRPr="00505610" w:rsidRDefault="00DF2F1B">
            <w:pPr>
              <w:jc w:val="center"/>
              <w:rPr>
                <w:rFonts w:cs="Arial"/>
              </w:rPr>
            </w:pPr>
            <w:r w:rsidRPr="00505610">
              <w:rPr>
                <w:rFonts w:cs="Arial"/>
                <w:i/>
                <w:sz w:val="16"/>
              </w:rPr>
              <w:t>2,431 (23.4)</w:t>
            </w:r>
          </w:p>
        </w:tc>
        <w:tc>
          <w:tcPr>
            <w:tcW w:w="982" w:type="pct"/>
          </w:tcPr>
          <w:p w14:paraId="6A5F2370" w14:textId="77777777" w:rsidR="00683844" w:rsidRPr="00505610" w:rsidRDefault="00DF2F1B">
            <w:pPr>
              <w:jc w:val="center"/>
              <w:rPr>
                <w:rFonts w:cs="Arial"/>
              </w:rPr>
            </w:pPr>
            <w:r w:rsidRPr="00505610">
              <w:rPr>
                <w:rFonts w:cs="Arial"/>
                <w:i/>
                <w:sz w:val="16"/>
              </w:rPr>
              <w:t>4,268 (41.0)</w:t>
            </w:r>
          </w:p>
        </w:tc>
        <w:tc>
          <w:tcPr>
            <w:tcW w:w="917" w:type="pct"/>
          </w:tcPr>
          <w:p w14:paraId="5EDF7553" w14:textId="77777777" w:rsidR="00683844" w:rsidRPr="00505610" w:rsidRDefault="00DF2F1B">
            <w:pPr>
              <w:jc w:val="center"/>
              <w:rPr>
                <w:rFonts w:cs="Arial"/>
              </w:rPr>
            </w:pPr>
            <w:r w:rsidRPr="00505610">
              <w:rPr>
                <w:rFonts w:cs="Arial"/>
                <w:i/>
                <w:sz w:val="16"/>
              </w:rPr>
              <w:t>3,707 (35.6)</w:t>
            </w:r>
          </w:p>
        </w:tc>
      </w:tr>
      <w:tr w:rsidR="00683844" w:rsidRPr="00505610" w14:paraId="1458AE77" w14:textId="77777777" w:rsidTr="000D2F27">
        <w:tc>
          <w:tcPr>
            <w:tcW w:w="5000" w:type="pct"/>
            <w:gridSpan w:val="5"/>
          </w:tcPr>
          <w:p w14:paraId="770EF84E" w14:textId="77777777" w:rsidR="00683844" w:rsidRPr="00505610" w:rsidRDefault="00DF2F1B">
            <w:pPr>
              <w:keepNext/>
              <w:rPr>
                <w:rFonts w:cs="Arial"/>
              </w:rPr>
            </w:pPr>
            <w:r w:rsidRPr="00505610">
              <w:rPr>
                <w:rFonts w:cs="Arial"/>
                <w:b/>
              </w:rPr>
              <w:t>Having long-term conditions</w:t>
            </w:r>
          </w:p>
        </w:tc>
      </w:tr>
      <w:tr w:rsidR="00683844" w:rsidRPr="00505610" w14:paraId="6B51CAE0" w14:textId="77777777" w:rsidTr="000D2F27">
        <w:tc>
          <w:tcPr>
            <w:tcW w:w="1170" w:type="pct"/>
          </w:tcPr>
          <w:p w14:paraId="2929D4E3" w14:textId="77777777" w:rsidR="00683844" w:rsidRPr="00505610" w:rsidRDefault="00DF2F1B">
            <w:pPr>
              <w:rPr>
                <w:rFonts w:cs="Arial"/>
              </w:rPr>
            </w:pPr>
            <w:r w:rsidRPr="00505610">
              <w:rPr>
                <w:rFonts w:cs="Arial"/>
                <w:sz w:val="16"/>
              </w:rPr>
              <w:t>No</w:t>
            </w:r>
          </w:p>
        </w:tc>
        <w:tc>
          <w:tcPr>
            <w:tcW w:w="949" w:type="pct"/>
          </w:tcPr>
          <w:p w14:paraId="44D8D125" w14:textId="77777777" w:rsidR="00683844" w:rsidRPr="00505610" w:rsidRDefault="00DF2F1B">
            <w:pPr>
              <w:jc w:val="center"/>
              <w:rPr>
                <w:rFonts w:cs="Arial"/>
              </w:rPr>
            </w:pPr>
            <w:r w:rsidRPr="00505610">
              <w:rPr>
                <w:rFonts w:cs="Arial"/>
                <w:sz w:val="16"/>
              </w:rPr>
              <w:t>60,260</w:t>
            </w:r>
          </w:p>
        </w:tc>
        <w:tc>
          <w:tcPr>
            <w:tcW w:w="982" w:type="pct"/>
          </w:tcPr>
          <w:p w14:paraId="4CDC599F" w14:textId="77777777" w:rsidR="00683844" w:rsidRPr="00505610" w:rsidRDefault="00DF2F1B">
            <w:pPr>
              <w:jc w:val="center"/>
              <w:rPr>
                <w:rFonts w:cs="Arial"/>
              </w:rPr>
            </w:pPr>
            <w:r w:rsidRPr="00505610">
              <w:rPr>
                <w:rFonts w:cs="Arial"/>
                <w:sz w:val="16"/>
              </w:rPr>
              <w:t>23,149 (38.4)</w:t>
            </w:r>
          </w:p>
        </w:tc>
        <w:tc>
          <w:tcPr>
            <w:tcW w:w="982" w:type="pct"/>
          </w:tcPr>
          <w:p w14:paraId="3C671928" w14:textId="77777777" w:rsidR="00683844" w:rsidRPr="00505610" w:rsidRDefault="00DF2F1B">
            <w:pPr>
              <w:jc w:val="center"/>
              <w:rPr>
                <w:rFonts w:cs="Arial"/>
              </w:rPr>
            </w:pPr>
            <w:r w:rsidRPr="00505610">
              <w:rPr>
                <w:rFonts w:cs="Arial"/>
                <w:sz w:val="16"/>
              </w:rPr>
              <w:t>26,162 (43.4)</w:t>
            </w:r>
          </w:p>
        </w:tc>
        <w:tc>
          <w:tcPr>
            <w:tcW w:w="917" w:type="pct"/>
          </w:tcPr>
          <w:p w14:paraId="5A3CD8B0" w14:textId="77777777" w:rsidR="00683844" w:rsidRPr="00505610" w:rsidRDefault="00DF2F1B">
            <w:pPr>
              <w:jc w:val="center"/>
              <w:rPr>
                <w:rFonts w:cs="Arial"/>
              </w:rPr>
            </w:pPr>
            <w:r w:rsidRPr="00505610">
              <w:rPr>
                <w:rFonts w:cs="Arial"/>
                <w:sz w:val="16"/>
              </w:rPr>
              <w:t>10,949 (18.2)</w:t>
            </w:r>
          </w:p>
        </w:tc>
      </w:tr>
      <w:tr w:rsidR="00683844" w:rsidRPr="00505610" w14:paraId="0E6D3FBD" w14:textId="77777777" w:rsidTr="000D2F27">
        <w:tc>
          <w:tcPr>
            <w:tcW w:w="1170" w:type="pct"/>
          </w:tcPr>
          <w:p w14:paraId="3BE0E5A4" w14:textId="77777777" w:rsidR="00683844" w:rsidRPr="00505610" w:rsidRDefault="00DF2F1B">
            <w:pPr>
              <w:rPr>
                <w:rFonts w:cs="Arial"/>
              </w:rPr>
            </w:pPr>
            <w:r w:rsidRPr="00505610">
              <w:rPr>
                <w:rFonts w:cs="Arial"/>
                <w:sz w:val="16"/>
              </w:rPr>
              <w:t>Prefer not to say</w:t>
            </w:r>
          </w:p>
        </w:tc>
        <w:tc>
          <w:tcPr>
            <w:tcW w:w="949" w:type="pct"/>
          </w:tcPr>
          <w:p w14:paraId="3DD69E91" w14:textId="77777777" w:rsidR="00683844" w:rsidRPr="00505610" w:rsidRDefault="00DF2F1B">
            <w:pPr>
              <w:jc w:val="center"/>
              <w:rPr>
                <w:rFonts w:cs="Arial"/>
              </w:rPr>
            </w:pPr>
            <w:r w:rsidRPr="00505610">
              <w:rPr>
                <w:rFonts w:cs="Arial"/>
                <w:sz w:val="16"/>
              </w:rPr>
              <w:t>3,085</w:t>
            </w:r>
          </w:p>
        </w:tc>
        <w:tc>
          <w:tcPr>
            <w:tcW w:w="982" w:type="pct"/>
          </w:tcPr>
          <w:p w14:paraId="6D8E0048" w14:textId="77777777" w:rsidR="00683844" w:rsidRPr="00505610" w:rsidRDefault="00DF2F1B">
            <w:pPr>
              <w:jc w:val="center"/>
              <w:rPr>
                <w:rFonts w:cs="Arial"/>
              </w:rPr>
            </w:pPr>
            <w:r w:rsidRPr="00505610">
              <w:rPr>
                <w:rFonts w:cs="Arial"/>
                <w:sz w:val="16"/>
              </w:rPr>
              <w:t>558 (18.1)</w:t>
            </w:r>
          </w:p>
        </w:tc>
        <w:tc>
          <w:tcPr>
            <w:tcW w:w="982" w:type="pct"/>
          </w:tcPr>
          <w:p w14:paraId="7BADC1AA" w14:textId="77777777" w:rsidR="00683844" w:rsidRPr="00505610" w:rsidRDefault="00DF2F1B">
            <w:pPr>
              <w:jc w:val="center"/>
              <w:rPr>
                <w:rFonts w:cs="Arial"/>
              </w:rPr>
            </w:pPr>
            <w:r w:rsidRPr="00505610">
              <w:rPr>
                <w:rFonts w:cs="Arial"/>
                <w:sz w:val="16"/>
              </w:rPr>
              <w:t>1,204 (39.0)</w:t>
            </w:r>
          </w:p>
        </w:tc>
        <w:tc>
          <w:tcPr>
            <w:tcW w:w="917" w:type="pct"/>
          </w:tcPr>
          <w:p w14:paraId="53EB8C2B" w14:textId="77777777" w:rsidR="00683844" w:rsidRPr="00505610" w:rsidRDefault="00DF2F1B">
            <w:pPr>
              <w:jc w:val="center"/>
              <w:rPr>
                <w:rFonts w:cs="Arial"/>
              </w:rPr>
            </w:pPr>
            <w:r w:rsidRPr="00505610">
              <w:rPr>
                <w:rFonts w:cs="Arial"/>
                <w:sz w:val="16"/>
              </w:rPr>
              <w:t>1,323 (42.9)</w:t>
            </w:r>
          </w:p>
        </w:tc>
      </w:tr>
      <w:tr w:rsidR="00683844" w:rsidRPr="00505610" w14:paraId="131CF4D1" w14:textId="77777777" w:rsidTr="000D2F27">
        <w:tc>
          <w:tcPr>
            <w:tcW w:w="1170" w:type="pct"/>
          </w:tcPr>
          <w:p w14:paraId="103301A4" w14:textId="77777777" w:rsidR="00683844" w:rsidRPr="00505610" w:rsidRDefault="00DF2F1B">
            <w:pPr>
              <w:rPr>
                <w:rFonts w:cs="Arial"/>
              </w:rPr>
            </w:pPr>
            <w:r w:rsidRPr="00505610">
              <w:rPr>
                <w:rFonts w:cs="Arial"/>
                <w:sz w:val="16"/>
              </w:rPr>
              <w:t>Yes</w:t>
            </w:r>
          </w:p>
        </w:tc>
        <w:tc>
          <w:tcPr>
            <w:tcW w:w="949" w:type="pct"/>
          </w:tcPr>
          <w:p w14:paraId="0FD2AB1A" w14:textId="77777777" w:rsidR="00683844" w:rsidRPr="00505610" w:rsidRDefault="00DF2F1B">
            <w:pPr>
              <w:jc w:val="center"/>
              <w:rPr>
                <w:rFonts w:cs="Arial"/>
              </w:rPr>
            </w:pPr>
            <w:r w:rsidRPr="00505610">
              <w:rPr>
                <w:rFonts w:cs="Arial"/>
                <w:sz w:val="16"/>
              </w:rPr>
              <w:t>62,038</w:t>
            </w:r>
          </w:p>
        </w:tc>
        <w:tc>
          <w:tcPr>
            <w:tcW w:w="982" w:type="pct"/>
          </w:tcPr>
          <w:p w14:paraId="1FFAB29A" w14:textId="77777777" w:rsidR="00683844" w:rsidRPr="00505610" w:rsidRDefault="00DF2F1B">
            <w:pPr>
              <w:jc w:val="center"/>
              <w:rPr>
                <w:rFonts w:cs="Arial"/>
              </w:rPr>
            </w:pPr>
            <w:r w:rsidRPr="00505610">
              <w:rPr>
                <w:rFonts w:cs="Arial"/>
                <w:sz w:val="16"/>
              </w:rPr>
              <w:t>12,604 (20.3)</w:t>
            </w:r>
          </w:p>
        </w:tc>
        <w:tc>
          <w:tcPr>
            <w:tcW w:w="982" w:type="pct"/>
          </w:tcPr>
          <w:p w14:paraId="6FA29396" w14:textId="77777777" w:rsidR="00683844" w:rsidRPr="00505610" w:rsidRDefault="00DF2F1B">
            <w:pPr>
              <w:jc w:val="center"/>
              <w:rPr>
                <w:rFonts w:cs="Arial"/>
              </w:rPr>
            </w:pPr>
            <w:r w:rsidRPr="00505610">
              <w:rPr>
                <w:rFonts w:cs="Arial"/>
                <w:sz w:val="16"/>
              </w:rPr>
              <w:t>24,023 (38.7)</w:t>
            </w:r>
          </w:p>
        </w:tc>
        <w:tc>
          <w:tcPr>
            <w:tcW w:w="917" w:type="pct"/>
          </w:tcPr>
          <w:p w14:paraId="4B04D2EF" w14:textId="77777777" w:rsidR="00683844" w:rsidRPr="00505610" w:rsidRDefault="00DF2F1B">
            <w:pPr>
              <w:jc w:val="center"/>
              <w:rPr>
                <w:rFonts w:cs="Arial"/>
              </w:rPr>
            </w:pPr>
            <w:r w:rsidRPr="00505610">
              <w:rPr>
                <w:rFonts w:cs="Arial"/>
                <w:sz w:val="16"/>
              </w:rPr>
              <w:t>25,411 (41.0)</w:t>
            </w:r>
          </w:p>
        </w:tc>
      </w:tr>
      <w:tr w:rsidR="00683844" w:rsidRPr="00505610" w14:paraId="1AEF6D08" w14:textId="77777777" w:rsidTr="000D2F27">
        <w:tc>
          <w:tcPr>
            <w:tcW w:w="1170" w:type="pct"/>
          </w:tcPr>
          <w:p w14:paraId="58E8AF2B" w14:textId="77777777" w:rsidR="00683844" w:rsidRPr="00505610" w:rsidRDefault="00DF2F1B">
            <w:pPr>
              <w:keepNext/>
              <w:rPr>
                <w:rFonts w:cs="Arial"/>
              </w:rPr>
            </w:pPr>
            <w:r w:rsidRPr="00505610">
              <w:rPr>
                <w:rFonts w:cs="Arial"/>
                <w:i/>
                <w:sz w:val="16"/>
              </w:rPr>
              <w:t>Missing</w:t>
            </w:r>
          </w:p>
        </w:tc>
        <w:tc>
          <w:tcPr>
            <w:tcW w:w="949" w:type="pct"/>
          </w:tcPr>
          <w:p w14:paraId="7194FC21" w14:textId="77777777" w:rsidR="00683844" w:rsidRPr="00505610" w:rsidRDefault="00DF2F1B">
            <w:pPr>
              <w:jc w:val="center"/>
              <w:rPr>
                <w:rFonts w:cs="Arial"/>
              </w:rPr>
            </w:pPr>
            <w:r w:rsidRPr="00505610">
              <w:rPr>
                <w:rFonts w:cs="Arial"/>
                <w:i/>
                <w:sz w:val="16"/>
              </w:rPr>
              <w:t>10,339</w:t>
            </w:r>
          </w:p>
        </w:tc>
        <w:tc>
          <w:tcPr>
            <w:tcW w:w="982" w:type="pct"/>
          </w:tcPr>
          <w:p w14:paraId="7B997353" w14:textId="77777777" w:rsidR="00683844" w:rsidRPr="00505610" w:rsidRDefault="00DF2F1B">
            <w:pPr>
              <w:jc w:val="center"/>
              <w:rPr>
                <w:rFonts w:cs="Arial"/>
              </w:rPr>
            </w:pPr>
            <w:r w:rsidRPr="00505610">
              <w:rPr>
                <w:rFonts w:cs="Arial"/>
                <w:i/>
                <w:sz w:val="16"/>
              </w:rPr>
              <w:t>2,417 (23.4)</w:t>
            </w:r>
          </w:p>
        </w:tc>
        <w:tc>
          <w:tcPr>
            <w:tcW w:w="982" w:type="pct"/>
          </w:tcPr>
          <w:p w14:paraId="48EA223A" w14:textId="77777777" w:rsidR="00683844" w:rsidRPr="00505610" w:rsidRDefault="00DF2F1B">
            <w:pPr>
              <w:jc w:val="center"/>
              <w:rPr>
                <w:rFonts w:cs="Arial"/>
              </w:rPr>
            </w:pPr>
            <w:r w:rsidRPr="00505610">
              <w:rPr>
                <w:rFonts w:cs="Arial"/>
                <w:i/>
                <w:sz w:val="16"/>
              </w:rPr>
              <w:t>4,237 (41.0)</w:t>
            </w:r>
          </w:p>
        </w:tc>
        <w:tc>
          <w:tcPr>
            <w:tcW w:w="917" w:type="pct"/>
          </w:tcPr>
          <w:p w14:paraId="592FD446" w14:textId="77777777" w:rsidR="00683844" w:rsidRPr="00505610" w:rsidRDefault="00DF2F1B">
            <w:pPr>
              <w:jc w:val="center"/>
              <w:rPr>
                <w:rFonts w:cs="Arial"/>
              </w:rPr>
            </w:pPr>
            <w:r w:rsidRPr="00505610">
              <w:rPr>
                <w:rFonts w:cs="Arial"/>
                <w:i/>
                <w:sz w:val="16"/>
              </w:rPr>
              <w:t>3,685 (35.6)</w:t>
            </w:r>
          </w:p>
        </w:tc>
      </w:tr>
    </w:tbl>
    <w:p w14:paraId="6E367916" w14:textId="77777777" w:rsidR="00AA4BCA" w:rsidRPr="00505610" w:rsidRDefault="00000000">
      <w:pPr>
        <w:spacing w:after="120"/>
        <w:rPr>
          <w:rFonts w:cs="Arial"/>
        </w:rPr>
      </w:pPr>
      <w:r w:rsidRPr="00505610">
        <w:rPr>
          <w:rFonts w:cs="Arial"/>
          <w:sz w:val="16"/>
        </w:rPr>
        <w:t>Abbreviations: UCLA, University of California, Los Angeles; DMOL, Direct Measure of Loneliness; ONS, Office for National Statistics; N/n, number of respondents.</w:t>
      </w:r>
    </w:p>
    <w:p w14:paraId="3AD02F23" w14:textId="77777777" w:rsidR="00683844" w:rsidRPr="00505610" w:rsidRDefault="000D2F27" w:rsidP="000D2F27">
      <w:pPr>
        <w:spacing w:before="60" w:after="0"/>
        <w:jc w:val="both"/>
        <w:rPr>
          <w:rFonts w:cs="Arial"/>
        </w:rPr>
      </w:pPr>
      <w:r w:rsidRPr="00505610">
        <w:rPr>
          <w:rFonts w:cs="Arial"/>
          <w:b/>
          <w:sz w:val="16"/>
        </w:rPr>
        <w:t>N</w:t>
      </w:r>
      <w:r w:rsidR="00DF2F1B" w:rsidRPr="00505610">
        <w:rPr>
          <w:rFonts w:cs="Arial"/>
          <w:b/>
          <w:sz w:val="16"/>
        </w:rPr>
        <w:t xml:space="preserve">otes: </w:t>
      </w:r>
      <w:r w:rsidR="00DF2F1B" w:rsidRPr="00505610">
        <w:rPr>
          <w:rFonts w:cs="Arial"/>
          <w:sz w:val="16"/>
        </w:rPr>
        <w:t>Percentages are row percentages and therefore sum to approximately 100% across the three loneliness categories for each respondent subcategory. Findings describe the distribution observed among INTERACT participants and should not be interpreted as population prevalence estimates. The total analytical sample for this table was N=135,722. Missing denotes respondents with no recorded value for the relevant characteristic.</w:t>
      </w:r>
    </w:p>
    <w:p w14:paraId="5FAD2C00" w14:textId="77777777" w:rsidR="00683844" w:rsidRPr="00505610" w:rsidRDefault="00DF2F1B" w:rsidP="000D2F27">
      <w:pPr>
        <w:keepNext/>
        <w:pageBreakBefore/>
        <w:spacing w:after="100"/>
        <w:rPr>
          <w:rFonts w:cs="Arial"/>
          <w:sz w:val="40"/>
          <w:szCs w:val="40"/>
        </w:rPr>
      </w:pPr>
      <w:r w:rsidRPr="00505610">
        <w:rPr>
          <w:rFonts w:cs="Arial"/>
        </w:rPr>
        <w:lastRenderedPageBreak/>
        <w:t>Table S5: Distribution of DMOL loneliness categories within respondent characteristics among INTERACT participants</w:t>
      </w:r>
    </w:p>
    <w:tbl>
      <w:tblPr>
        <w:tblStyle w:val="TableGrid"/>
        <w:tblW w:w="4889" w:type="pct"/>
        <w:tblInd w:w="108" w:type="dxa"/>
        <w:tblLook w:val="04A0" w:firstRow="1" w:lastRow="0" w:firstColumn="1" w:lastColumn="0" w:noHBand="0" w:noVBand="1"/>
      </w:tblPr>
      <w:tblGrid>
        <w:gridCol w:w="2458"/>
        <w:gridCol w:w="1862"/>
        <w:gridCol w:w="2056"/>
        <w:gridCol w:w="2056"/>
        <w:gridCol w:w="2056"/>
      </w:tblGrid>
      <w:tr w:rsidR="00683844" w:rsidRPr="00505610" w14:paraId="19C00BD8" w14:textId="77777777" w:rsidTr="000D2F27">
        <w:trPr>
          <w:cantSplit/>
          <w:tblHeader/>
        </w:trPr>
        <w:tc>
          <w:tcPr>
            <w:tcW w:w="2376" w:type="dxa"/>
            <w:vMerge w:val="restart"/>
            <w:tcMar>
              <w:top w:w="35" w:type="dxa"/>
              <w:left w:w="35" w:type="dxa"/>
              <w:bottom w:w="35" w:type="dxa"/>
              <w:right w:w="35" w:type="dxa"/>
            </w:tcMar>
          </w:tcPr>
          <w:p w14:paraId="117DF77C" w14:textId="77777777" w:rsidR="00000000" w:rsidRPr="00505610" w:rsidRDefault="00000000">
            <w:pPr>
              <w:jc w:val="center"/>
              <w:rPr>
                <w:rFonts w:cs="Arial"/>
              </w:rPr>
            </w:pPr>
            <w:r w:rsidRPr="00505610">
              <w:rPr>
                <w:rFonts w:cs="Arial"/>
                <w:b/>
                <w:sz w:val="15"/>
              </w:rPr>
              <w:t>Respondent characteristic</w:t>
            </w:r>
            <w:r w:rsidRPr="00505610">
              <w:rPr>
                <w:rFonts w:cs="Arial"/>
                <w:b/>
                <w:sz w:val="15"/>
              </w:rPr>
              <w:br/>
            </w:r>
          </w:p>
        </w:tc>
        <w:tc>
          <w:tcPr>
            <w:tcW w:w="1800" w:type="dxa"/>
            <w:vMerge w:val="restart"/>
            <w:tcMar>
              <w:top w:w="35" w:type="dxa"/>
              <w:left w:w="35" w:type="dxa"/>
              <w:bottom w:w="35" w:type="dxa"/>
              <w:right w:w="35" w:type="dxa"/>
            </w:tcMar>
          </w:tcPr>
          <w:p w14:paraId="288C10B6" w14:textId="77777777" w:rsidR="00000000" w:rsidRPr="00505610" w:rsidRDefault="00000000">
            <w:pPr>
              <w:jc w:val="center"/>
              <w:rPr>
                <w:rFonts w:cs="Arial"/>
              </w:rPr>
            </w:pPr>
            <w:r w:rsidRPr="00505610">
              <w:rPr>
                <w:rFonts w:cs="Arial"/>
                <w:b/>
                <w:sz w:val="15"/>
              </w:rPr>
              <w:t>Respondents</w:t>
            </w:r>
            <w:r w:rsidRPr="00505610">
              <w:rPr>
                <w:rFonts w:cs="Arial"/>
                <w:b/>
                <w:sz w:val="15"/>
              </w:rPr>
              <w:br/>
              <w:t>n</w:t>
            </w:r>
          </w:p>
        </w:tc>
        <w:tc>
          <w:tcPr>
            <w:tcW w:w="1987" w:type="dxa"/>
            <w:gridSpan w:val="3"/>
            <w:tcMar>
              <w:top w:w="35" w:type="dxa"/>
              <w:left w:w="35" w:type="dxa"/>
              <w:bottom w:w="35" w:type="dxa"/>
              <w:right w:w="35" w:type="dxa"/>
            </w:tcMar>
          </w:tcPr>
          <w:p w14:paraId="2069E698" w14:textId="77777777" w:rsidR="00000000" w:rsidRPr="00505610" w:rsidRDefault="00000000">
            <w:pPr>
              <w:jc w:val="center"/>
              <w:rPr>
                <w:rFonts w:cs="Arial"/>
              </w:rPr>
            </w:pPr>
            <w:r w:rsidRPr="00505610">
              <w:rPr>
                <w:rFonts w:cs="Arial"/>
                <w:b/>
                <w:sz w:val="15"/>
              </w:rPr>
              <w:t>DMOL category</w:t>
            </w:r>
          </w:p>
        </w:tc>
      </w:tr>
      <w:tr w:rsidR="00683844" w:rsidRPr="00505610" w14:paraId="47D25851" w14:textId="77777777" w:rsidTr="000D2F27">
        <w:trPr>
          <w:cantSplit/>
          <w:tblHeader/>
        </w:trPr>
        <w:tc>
          <w:tcPr>
            <w:tcW w:w="1170" w:type="pct"/>
            <w:vMerge/>
          </w:tcPr>
          <w:p w14:paraId="779320E7" w14:textId="77777777" w:rsidR="00683844" w:rsidRPr="00505610" w:rsidRDefault="00683844">
            <w:pPr>
              <w:rPr>
                <w:rFonts w:cs="Arial"/>
              </w:rPr>
            </w:pPr>
          </w:p>
        </w:tc>
        <w:tc>
          <w:tcPr>
            <w:tcW w:w="949" w:type="pct"/>
            <w:vMerge/>
          </w:tcPr>
          <w:p w14:paraId="62622A0A" w14:textId="77777777" w:rsidR="00683844" w:rsidRPr="00505610" w:rsidRDefault="00683844">
            <w:pPr>
              <w:rPr>
                <w:rFonts w:cs="Arial"/>
              </w:rPr>
            </w:pPr>
          </w:p>
        </w:tc>
        <w:tc>
          <w:tcPr>
            <w:tcW w:w="1987" w:type="dxa"/>
            <w:tcMar>
              <w:top w:w="35" w:type="dxa"/>
              <w:left w:w="35" w:type="dxa"/>
              <w:bottom w:w="35" w:type="dxa"/>
              <w:right w:w="35" w:type="dxa"/>
            </w:tcMar>
          </w:tcPr>
          <w:p w14:paraId="6AF39FAA" w14:textId="77777777" w:rsidR="00000000" w:rsidRPr="00505610" w:rsidRDefault="00000000">
            <w:pPr>
              <w:jc w:val="center"/>
              <w:rPr>
                <w:rFonts w:cs="Arial"/>
              </w:rPr>
            </w:pPr>
            <w:r w:rsidRPr="00505610">
              <w:rPr>
                <w:rFonts w:cs="Arial"/>
                <w:b/>
                <w:sz w:val="15"/>
              </w:rPr>
              <w:t>No loneliness</w:t>
            </w:r>
            <w:r w:rsidRPr="00505610">
              <w:rPr>
                <w:rFonts w:cs="Arial"/>
                <w:b/>
                <w:sz w:val="15"/>
              </w:rPr>
              <w:br/>
              <w:t>n (%)</w:t>
            </w:r>
          </w:p>
        </w:tc>
        <w:tc>
          <w:tcPr>
            <w:tcW w:w="1987" w:type="dxa"/>
            <w:tcMar>
              <w:top w:w="35" w:type="dxa"/>
              <w:left w:w="35" w:type="dxa"/>
              <w:bottom w:w="35" w:type="dxa"/>
              <w:right w:w="35" w:type="dxa"/>
            </w:tcMar>
          </w:tcPr>
          <w:p w14:paraId="1F413B64" w14:textId="77777777" w:rsidR="00000000" w:rsidRPr="00505610" w:rsidRDefault="00000000">
            <w:pPr>
              <w:jc w:val="center"/>
              <w:rPr>
                <w:rFonts w:cs="Arial"/>
              </w:rPr>
            </w:pPr>
            <w:r w:rsidRPr="00505610">
              <w:rPr>
                <w:rFonts w:cs="Arial"/>
                <w:b/>
                <w:sz w:val="15"/>
              </w:rPr>
              <w:t>Moderate loneliness</w:t>
            </w:r>
            <w:r w:rsidRPr="00505610">
              <w:rPr>
                <w:rFonts w:cs="Arial"/>
                <w:b/>
                <w:sz w:val="15"/>
              </w:rPr>
              <w:br/>
              <w:t>n (%)</w:t>
            </w:r>
          </w:p>
        </w:tc>
        <w:tc>
          <w:tcPr>
            <w:tcW w:w="1987" w:type="dxa"/>
            <w:tcMar>
              <w:top w:w="35" w:type="dxa"/>
              <w:left w:w="35" w:type="dxa"/>
              <w:bottom w:w="35" w:type="dxa"/>
              <w:right w:w="35" w:type="dxa"/>
            </w:tcMar>
          </w:tcPr>
          <w:p w14:paraId="24901DC2" w14:textId="77777777" w:rsidR="00000000" w:rsidRPr="00505610" w:rsidRDefault="00000000">
            <w:pPr>
              <w:jc w:val="center"/>
              <w:rPr>
                <w:rFonts w:cs="Arial"/>
              </w:rPr>
            </w:pPr>
            <w:r w:rsidRPr="00505610">
              <w:rPr>
                <w:rFonts w:cs="Arial"/>
                <w:b/>
                <w:sz w:val="15"/>
              </w:rPr>
              <w:t>Severe loneliness</w:t>
            </w:r>
            <w:r w:rsidRPr="00505610">
              <w:rPr>
                <w:rFonts w:cs="Arial"/>
                <w:b/>
                <w:sz w:val="15"/>
              </w:rPr>
              <w:br/>
              <w:t>n (%)</w:t>
            </w:r>
          </w:p>
        </w:tc>
      </w:tr>
      <w:tr w:rsidR="005A4F13" w:rsidRPr="00505610" w14:paraId="20DB49AE" w14:textId="77777777">
        <w:trPr>
          <w:cantSplit/>
        </w:trPr>
        <w:tc>
          <w:tcPr>
            <w:tcW w:w="2376" w:type="dxa"/>
            <w:tcMar>
              <w:top w:w="35" w:type="dxa"/>
              <w:left w:w="35" w:type="dxa"/>
              <w:bottom w:w="35" w:type="dxa"/>
              <w:right w:w="35" w:type="dxa"/>
            </w:tcMar>
            <w:vAlign w:val="center"/>
          </w:tcPr>
          <w:p w14:paraId="6B930825" w14:textId="77777777" w:rsidR="00000000" w:rsidRPr="00505610" w:rsidRDefault="00000000">
            <w:pPr>
              <w:rPr>
                <w:rFonts w:cs="Arial"/>
              </w:rPr>
            </w:pPr>
            <w:r w:rsidRPr="00505610">
              <w:rPr>
                <w:rFonts w:cs="Arial"/>
                <w:b/>
                <w:sz w:val="15"/>
              </w:rPr>
              <w:t>Overall sample</w:t>
            </w:r>
          </w:p>
        </w:tc>
        <w:tc>
          <w:tcPr>
            <w:tcW w:w="1800" w:type="dxa"/>
            <w:tcMar>
              <w:top w:w="35" w:type="dxa"/>
              <w:left w:w="35" w:type="dxa"/>
              <w:bottom w:w="35" w:type="dxa"/>
              <w:right w:w="35" w:type="dxa"/>
            </w:tcMar>
            <w:vAlign w:val="center"/>
          </w:tcPr>
          <w:p w14:paraId="02AC62CA" w14:textId="77777777" w:rsidR="00000000" w:rsidRPr="00505610" w:rsidRDefault="00000000">
            <w:pPr>
              <w:jc w:val="center"/>
              <w:rPr>
                <w:rFonts w:cs="Arial"/>
              </w:rPr>
            </w:pPr>
            <w:r w:rsidRPr="00505610">
              <w:rPr>
                <w:rFonts w:cs="Arial"/>
                <w:b/>
                <w:sz w:val="15"/>
              </w:rPr>
              <w:t>135,722</w:t>
            </w:r>
          </w:p>
        </w:tc>
        <w:tc>
          <w:tcPr>
            <w:tcW w:w="1987" w:type="dxa"/>
            <w:tcMar>
              <w:top w:w="35" w:type="dxa"/>
              <w:left w:w="35" w:type="dxa"/>
              <w:bottom w:w="35" w:type="dxa"/>
              <w:right w:w="35" w:type="dxa"/>
            </w:tcMar>
            <w:vAlign w:val="center"/>
          </w:tcPr>
          <w:p w14:paraId="2A568FB7" w14:textId="77777777" w:rsidR="00000000" w:rsidRPr="00505610" w:rsidRDefault="00000000">
            <w:pPr>
              <w:jc w:val="center"/>
              <w:rPr>
                <w:rFonts w:cs="Arial"/>
              </w:rPr>
            </w:pPr>
            <w:r w:rsidRPr="00505610">
              <w:rPr>
                <w:rFonts w:cs="Arial"/>
                <w:b/>
                <w:sz w:val="15"/>
              </w:rPr>
              <w:t>46,355 (34.2)</w:t>
            </w:r>
          </w:p>
        </w:tc>
        <w:tc>
          <w:tcPr>
            <w:tcW w:w="1987" w:type="dxa"/>
            <w:tcMar>
              <w:top w:w="35" w:type="dxa"/>
              <w:left w:w="35" w:type="dxa"/>
              <w:bottom w:w="35" w:type="dxa"/>
              <w:right w:w="35" w:type="dxa"/>
            </w:tcMar>
            <w:vAlign w:val="center"/>
          </w:tcPr>
          <w:p w14:paraId="55D41907" w14:textId="77777777" w:rsidR="00000000" w:rsidRPr="00505610" w:rsidRDefault="00000000">
            <w:pPr>
              <w:jc w:val="center"/>
              <w:rPr>
                <w:rFonts w:cs="Arial"/>
              </w:rPr>
            </w:pPr>
            <w:r w:rsidRPr="00505610">
              <w:rPr>
                <w:rFonts w:cs="Arial"/>
                <w:b/>
                <w:sz w:val="15"/>
              </w:rPr>
              <w:t>67,001 (49.4)</w:t>
            </w:r>
          </w:p>
        </w:tc>
        <w:tc>
          <w:tcPr>
            <w:tcW w:w="1987" w:type="dxa"/>
            <w:tcMar>
              <w:top w:w="35" w:type="dxa"/>
              <w:left w:w="35" w:type="dxa"/>
              <w:bottom w:w="35" w:type="dxa"/>
              <w:right w:w="35" w:type="dxa"/>
            </w:tcMar>
            <w:vAlign w:val="center"/>
          </w:tcPr>
          <w:p w14:paraId="44D0FF34" w14:textId="77777777" w:rsidR="00000000" w:rsidRPr="00505610" w:rsidRDefault="00000000">
            <w:pPr>
              <w:jc w:val="center"/>
              <w:rPr>
                <w:rFonts w:cs="Arial"/>
              </w:rPr>
            </w:pPr>
            <w:r w:rsidRPr="00505610">
              <w:rPr>
                <w:rFonts w:cs="Arial"/>
                <w:b/>
                <w:sz w:val="15"/>
              </w:rPr>
              <w:t>22,366 (16.5)</w:t>
            </w:r>
          </w:p>
        </w:tc>
      </w:tr>
      <w:tr w:rsidR="005A4F13" w:rsidRPr="00505610" w14:paraId="64A0AEDA" w14:textId="77777777">
        <w:trPr>
          <w:cantSplit/>
        </w:trPr>
        <w:tc>
          <w:tcPr>
            <w:tcW w:w="1987" w:type="dxa"/>
            <w:gridSpan w:val="5"/>
            <w:tcMar>
              <w:top w:w="35" w:type="dxa"/>
              <w:left w:w="35" w:type="dxa"/>
              <w:bottom w:w="35" w:type="dxa"/>
              <w:right w:w="35" w:type="dxa"/>
            </w:tcMar>
            <w:vAlign w:val="center"/>
          </w:tcPr>
          <w:p w14:paraId="17A65F3F" w14:textId="77777777" w:rsidR="00000000" w:rsidRPr="00505610" w:rsidRDefault="00000000">
            <w:pPr>
              <w:rPr>
                <w:rFonts w:cs="Arial"/>
              </w:rPr>
            </w:pPr>
            <w:r w:rsidRPr="00505610">
              <w:rPr>
                <w:rFonts w:cs="Arial"/>
                <w:b/>
                <w:sz w:val="15"/>
              </w:rPr>
              <w:t>Age</w:t>
            </w:r>
          </w:p>
        </w:tc>
      </w:tr>
      <w:tr w:rsidR="005A4F13" w:rsidRPr="00505610" w14:paraId="2AEAFFC6" w14:textId="77777777">
        <w:trPr>
          <w:cantSplit/>
        </w:trPr>
        <w:tc>
          <w:tcPr>
            <w:tcW w:w="2376" w:type="dxa"/>
            <w:tcMar>
              <w:top w:w="35" w:type="dxa"/>
              <w:left w:w="35" w:type="dxa"/>
              <w:bottom w:w="35" w:type="dxa"/>
              <w:right w:w="35" w:type="dxa"/>
            </w:tcMar>
            <w:vAlign w:val="center"/>
          </w:tcPr>
          <w:p w14:paraId="0360DF87" w14:textId="77777777" w:rsidR="00000000" w:rsidRPr="00505610" w:rsidRDefault="00000000">
            <w:pPr>
              <w:rPr>
                <w:rFonts w:cs="Arial"/>
              </w:rPr>
            </w:pPr>
            <w:r w:rsidRPr="00505610">
              <w:rPr>
                <w:rFonts w:cs="Arial"/>
                <w:sz w:val="15"/>
              </w:rPr>
              <w:t>16-25</w:t>
            </w:r>
          </w:p>
        </w:tc>
        <w:tc>
          <w:tcPr>
            <w:tcW w:w="1800" w:type="dxa"/>
            <w:tcMar>
              <w:top w:w="35" w:type="dxa"/>
              <w:left w:w="35" w:type="dxa"/>
              <w:bottom w:w="35" w:type="dxa"/>
              <w:right w:w="35" w:type="dxa"/>
            </w:tcMar>
            <w:vAlign w:val="center"/>
          </w:tcPr>
          <w:p w14:paraId="366BFAF6" w14:textId="77777777" w:rsidR="00000000" w:rsidRPr="00505610" w:rsidRDefault="00000000">
            <w:pPr>
              <w:jc w:val="center"/>
              <w:rPr>
                <w:rFonts w:cs="Arial"/>
              </w:rPr>
            </w:pPr>
            <w:r w:rsidRPr="00505610">
              <w:rPr>
                <w:rFonts w:cs="Arial"/>
                <w:sz w:val="15"/>
              </w:rPr>
              <w:t>8,352</w:t>
            </w:r>
          </w:p>
        </w:tc>
        <w:tc>
          <w:tcPr>
            <w:tcW w:w="1987" w:type="dxa"/>
            <w:tcMar>
              <w:top w:w="35" w:type="dxa"/>
              <w:left w:w="35" w:type="dxa"/>
              <w:bottom w:w="35" w:type="dxa"/>
              <w:right w:w="35" w:type="dxa"/>
            </w:tcMar>
            <w:vAlign w:val="center"/>
          </w:tcPr>
          <w:p w14:paraId="67877CB1" w14:textId="77777777" w:rsidR="00000000" w:rsidRPr="00505610" w:rsidRDefault="00000000">
            <w:pPr>
              <w:jc w:val="center"/>
              <w:rPr>
                <w:rFonts w:cs="Arial"/>
              </w:rPr>
            </w:pPr>
            <w:r w:rsidRPr="00505610">
              <w:rPr>
                <w:rFonts w:cs="Arial"/>
                <w:sz w:val="15"/>
              </w:rPr>
              <w:t>1,015 (12.2)</w:t>
            </w:r>
          </w:p>
        </w:tc>
        <w:tc>
          <w:tcPr>
            <w:tcW w:w="1987" w:type="dxa"/>
            <w:tcMar>
              <w:top w:w="35" w:type="dxa"/>
              <w:left w:w="35" w:type="dxa"/>
              <w:bottom w:w="35" w:type="dxa"/>
              <w:right w:w="35" w:type="dxa"/>
            </w:tcMar>
            <w:vAlign w:val="center"/>
          </w:tcPr>
          <w:p w14:paraId="53C77D86" w14:textId="77777777" w:rsidR="00000000" w:rsidRPr="00505610" w:rsidRDefault="00000000">
            <w:pPr>
              <w:jc w:val="center"/>
              <w:rPr>
                <w:rFonts w:cs="Arial"/>
              </w:rPr>
            </w:pPr>
            <w:r w:rsidRPr="00505610">
              <w:rPr>
                <w:rFonts w:cs="Arial"/>
                <w:sz w:val="15"/>
              </w:rPr>
              <w:t>4,821 (57.7)</w:t>
            </w:r>
          </w:p>
        </w:tc>
        <w:tc>
          <w:tcPr>
            <w:tcW w:w="1987" w:type="dxa"/>
            <w:tcMar>
              <w:top w:w="35" w:type="dxa"/>
              <w:left w:w="35" w:type="dxa"/>
              <w:bottom w:w="35" w:type="dxa"/>
              <w:right w:w="35" w:type="dxa"/>
            </w:tcMar>
            <w:vAlign w:val="center"/>
          </w:tcPr>
          <w:p w14:paraId="272754C0" w14:textId="77777777" w:rsidR="00000000" w:rsidRPr="00505610" w:rsidRDefault="00000000">
            <w:pPr>
              <w:jc w:val="center"/>
              <w:rPr>
                <w:rFonts w:cs="Arial"/>
              </w:rPr>
            </w:pPr>
            <w:r w:rsidRPr="00505610">
              <w:rPr>
                <w:rFonts w:cs="Arial"/>
                <w:sz w:val="15"/>
              </w:rPr>
              <w:t>2,516 (30.1)</w:t>
            </w:r>
          </w:p>
        </w:tc>
      </w:tr>
      <w:tr w:rsidR="005A4F13" w:rsidRPr="00505610" w14:paraId="6A686829" w14:textId="77777777">
        <w:trPr>
          <w:cantSplit/>
        </w:trPr>
        <w:tc>
          <w:tcPr>
            <w:tcW w:w="2376" w:type="dxa"/>
            <w:tcMar>
              <w:top w:w="35" w:type="dxa"/>
              <w:left w:w="35" w:type="dxa"/>
              <w:bottom w:w="35" w:type="dxa"/>
              <w:right w:w="35" w:type="dxa"/>
            </w:tcMar>
            <w:vAlign w:val="center"/>
          </w:tcPr>
          <w:p w14:paraId="14632759" w14:textId="77777777" w:rsidR="00000000" w:rsidRPr="00505610" w:rsidRDefault="00000000">
            <w:pPr>
              <w:rPr>
                <w:rFonts w:cs="Arial"/>
              </w:rPr>
            </w:pPr>
            <w:r w:rsidRPr="00505610">
              <w:rPr>
                <w:rFonts w:cs="Arial"/>
                <w:sz w:val="15"/>
              </w:rPr>
              <w:t>26-35</w:t>
            </w:r>
          </w:p>
        </w:tc>
        <w:tc>
          <w:tcPr>
            <w:tcW w:w="1800" w:type="dxa"/>
            <w:tcMar>
              <w:top w:w="35" w:type="dxa"/>
              <w:left w:w="35" w:type="dxa"/>
              <w:bottom w:w="35" w:type="dxa"/>
              <w:right w:w="35" w:type="dxa"/>
            </w:tcMar>
            <w:vAlign w:val="center"/>
          </w:tcPr>
          <w:p w14:paraId="3AE941B2" w14:textId="77777777" w:rsidR="00000000" w:rsidRPr="00505610" w:rsidRDefault="00000000">
            <w:pPr>
              <w:jc w:val="center"/>
              <w:rPr>
                <w:rFonts w:cs="Arial"/>
              </w:rPr>
            </w:pPr>
            <w:r w:rsidRPr="00505610">
              <w:rPr>
                <w:rFonts w:cs="Arial"/>
                <w:sz w:val="15"/>
              </w:rPr>
              <w:t>13,057</w:t>
            </w:r>
          </w:p>
        </w:tc>
        <w:tc>
          <w:tcPr>
            <w:tcW w:w="1987" w:type="dxa"/>
            <w:tcMar>
              <w:top w:w="35" w:type="dxa"/>
              <w:left w:w="35" w:type="dxa"/>
              <w:bottom w:w="35" w:type="dxa"/>
              <w:right w:w="35" w:type="dxa"/>
            </w:tcMar>
            <w:vAlign w:val="center"/>
          </w:tcPr>
          <w:p w14:paraId="218A24A1" w14:textId="77777777" w:rsidR="00000000" w:rsidRPr="00505610" w:rsidRDefault="00000000">
            <w:pPr>
              <w:jc w:val="center"/>
              <w:rPr>
                <w:rFonts w:cs="Arial"/>
              </w:rPr>
            </w:pPr>
            <w:r w:rsidRPr="00505610">
              <w:rPr>
                <w:rFonts w:cs="Arial"/>
                <w:sz w:val="15"/>
              </w:rPr>
              <w:t>2,289 (17.5)</w:t>
            </w:r>
          </w:p>
        </w:tc>
        <w:tc>
          <w:tcPr>
            <w:tcW w:w="1987" w:type="dxa"/>
            <w:tcMar>
              <w:top w:w="35" w:type="dxa"/>
              <w:left w:w="35" w:type="dxa"/>
              <w:bottom w:w="35" w:type="dxa"/>
              <w:right w:w="35" w:type="dxa"/>
            </w:tcMar>
            <w:vAlign w:val="center"/>
          </w:tcPr>
          <w:p w14:paraId="4BABFB98" w14:textId="77777777" w:rsidR="00000000" w:rsidRPr="00505610" w:rsidRDefault="00000000">
            <w:pPr>
              <w:jc w:val="center"/>
              <w:rPr>
                <w:rFonts w:cs="Arial"/>
              </w:rPr>
            </w:pPr>
            <w:r w:rsidRPr="00505610">
              <w:rPr>
                <w:rFonts w:cs="Arial"/>
                <w:sz w:val="15"/>
              </w:rPr>
              <w:t>7,447 (57.0)</w:t>
            </w:r>
          </w:p>
        </w:tc>
        <w:tc>
          <w:tcPr>
            <w:tcW w:w="1987" w:type="dxa"/>
            <w:tcMar>
              <w:top w:w="35" w:type="dxa"/>
              <w:left w:w="35" w:type="dxa"/>
              <w:bottom w:w="35" w:type="dxa"/>
              <w:right w:w="35" w:type="dxa"/>
            </w:tcMar>
            <w:vAlign w:val="center"/>
          </w:tcPr>
          <w:p w14:paraId="1FDFDE85" w14:textId="77777777" w:rsidR="00000000" w:rsidRPr="00505610" w:rsidRDefault="00000000">
            <w:pPr>
              <w:jc w:val="center"/>
              <w:rPr>
                <w:rFonts w:cs="Arial"/>
              </w:rPr>
            </w:pPr>
            <w:r w:rsidRPr="00505610">
              <w:rPr>
                <w:rFonts w:cs="Arial"/>
                <w:sz w:val="15"/>
              </w:rPr>
              <w:t>3,321 (25.4)</w:t>
            </w:r>
          </w:p>
        </w:tc>
      </w:tr>
      <w:tr w:rsidR="005A4F13" w:rsidRPr="00505610" w14:paraId="0DD23DCC" w14:textId="77777777">
        <w:trPr>
          <w:cantSplit/>
        </w:trPr>
        <w:tc>
          <w:tcPr>
            <w:tcW w:w="2376" w:type="dxa"/>
            <w:tcMar>
              <w:top w:w="35" w:type="dxa"/>
              <w:left w:w="35" w:type="dxa"/>
              <w:bottom w:w="35" w:type="dxa"/>
              <w:right w:w="35" w:type="dxa"/>
            </w:tcMar>
            <w:vAlign w:val="center"/>
          </w:tcPr>
          <w:p w14:paraId="4270D08D" w14:textId="77777777" w:rsidR="00000000" w:rsidRPr="00505610" w:rsidRDefault="00000000">
            <w:pPr>
              <w:rPr>
                <w:rFonts w:cs="Arial"/>
              </w:rPr>
            </w:pPr>
            <w:r w:rsidRPr="00505610">
              <w:rPr>
                <w:rFonts w:cs="Arial"/>
                <w:sz w:val="15"/>
              </w:rPr>
              <w:t>36-45</w:t>
            </w:r>
          </w:p>
        </w:tc>
        <w:tc>
          <w:tcPr>
            <w:tcW w:w="1800" w:type="dxa"/>
            <w:tcMar>
              <w:top w:w="35" w:type="dxa"/>
              <w:left w:w="35" w:type="dxa"/>
              <w:bottom w:w="35" w:type="dxa"/>
              <w:right w:w="35" w:type="dxa"/>
            </w:tcMar>
            <w:vAlign w:val="center"/>
          </w:tcPr>
          <w:p w14:paraId="7CFD7B06" w14:textId="77777777" w:rsidR="00000000" w:rsidRPr="00505610" w:rsidRDefault="00000000">
            <w:pPr>
              <w:jc w:val="center"/>
              <w:rPr>
                <w:rFonts w:cs="Arial"/>
              </w:rPr>
            </w:pPr>
            <w:r w:rsidRPr="00505610">
              <w:rPr>
                <w:rFonts w:cs="Arial"/>
                <w:sz w:val="15"/>
              </w:rPr>
              <w:t>15,006</w:t>
            </w:r>
          </w:p>
        </w:tc>
        <w:tc>
          <w:tcPr>
            <w:tcW w:w="1987" w:type="dxa"/>
            <w:tcMar>
              <w:top w:w="35" w:type="dxa"/>
              <w:left w:w="35" w:type="dxa"/>
              <w:bottom w:w="35" w:type="dxa"/>
              <w:right w:w="35" w:type="dxa"/>
            </w:tcMar>
            <w:vAlign w:val="center"/>
          </w:tcPr>
          <w:p w14:paraId="2365922A" w14:textId="77777777" w:rsidR="00000000" w:rsidRPr="00505610" w:rsidRDefault="00000000">
            <w:pPr>
              <w:jc w:val="center"/>
              <w:rPr>
                <w:rFonts w:cs="Arial"/>
              </w:rPr>
            </w:pPr>
            <w:r w:rsidRPr="00505610">
              <w:rPr>
                <w:rFonts w:cs="Arial"/>
                <w:sz w:val="15"/>
              </w:rPr>
              <w:t>3,387 (22.6)</w:t>
            </w:r>
          </w:p>
        </w:tc>
        <w:tc>
          <w:tcPr>
            <w:tcW w:w="1987" w:type="dxa"/>
            <w:tcMar>
              <w:top w:w="35" w:type="dxa"/>
              <w:left w:w="35" w:type="dxa"/>
              <w:bottom w:w="35" w:type="dxa"/>
              <w:right w:w="35" w:type="dxa"/>
            </w:tcMar>
            <w:vAlign w:val="center"/>
          </w:tcPr>
          <w:p w14:paraId="0AA507D7" w14:textId="77777777" w:rsidR="00000000" w:rsidRPr="00505610" w:rsidRDefault="00000000">
            <w:pPr>
              <w:jc w:val="center"/>
              <w:rPr>
                <w:rFonts w:cs="Arial"/>
              </w:rPr>
            </w:pPr>
            <w:r w:rsidRPr="00505610">
              <w:rPr>
                <w:rFonts w:cs="Arial"/>
                <w:sz w:val="15"/>
              </w:rPr>
              <w:t>8,023 (53.5)</w:t>
            </w:r>
          </w:p>
        </w:tc>
        <w:tc>
          <w:tcPr>
            <w:tcW w:w="1987" w:type="dxa"/>
            <w:tcMar>
              <w:top w:w="35" w:type="dxa"/>
              <w:left w:w="35" w:type="dxa"/>
              <w:bottom w:w="35" w:type="dxa"/>
              <w:right w:w="35" w:type="dxa"/>
            </w:tcMar>
            <w:vAlign w:val="center"/>
          </w:tcPr>
          <w:p w14:paraId="782A6784" w14:textId="77777777" w:rsidR="00000000" w:rsidRPr="00505610" w:rsidRDefault="00000000">
            <w:pPr>
              <w:jc w:val="center"/>
              <w:rPr>
                <w:rFonts w:cs="Arial"/>
              </w:rPr>
            </w:pPr>
            <w:r w:rsidRPr="00505610">
              <w:rPr>
                <w:rFonts w:cs="Arial"/>
                <w:sz w:val="15"/>
              </w:rPr>
              <w:t>3,596 (24.0)</w:t>
            </w:r>
          </w:p>
        </w:tc>
      </w:tr>
      <w:tr w:rsidR="005A4F13" w:rsidRPr="00505610" w14:paraId="3EE1C9E2" w14:textId="77777777">
        <w:trPr>
          <w:cantSplit/>
        </w:trPr>
        <w:tc>
          <w:tcPr>
            <w:tcW w:w="2376" w:type="dxa"/>
            <w:tcMar>
              <w:top w:w="35" w:type="dxa"/>
              <w:left w:w="35" w:type="dxa"/>
              <w:bottom w:w="35" w:type="dxa"/>
              <w:right w:w="35" w:type="dxa"/>
            </w:tcMar>
            <w:vAlign w:val="center"/>
          </w:tcPr>
          <w:p w14:paraId="559984EA" w14:textId="77777777" w:rsidR="00000000" w:rsidRPr="00505610" w:rsidRDefault="00000000">
            <w:pPr>
              <w:rPr>
                <w:rFonts w:cs="Arial"/>
              </w:rPr>
            </w:pPr>
            <w:r w:rsidRPr="00505610">
              <w:rPr>
                <w:rFonts w:cs="Arial"/>
                <w:sz w:val="15"/>
              </w:rPr>
              <w:t>46-55</w:t>
            </w:r>
          </w:p>
        </w:tc>
        <w:tc>
          <w:tcPr>
            <w:tcW w:w="1800" w:type="dxa"/>
            <w:tcMar>
              <w:top w:w="35" w:type="dxa"/>
              <w:left w:w="35" w:type="dxa"/>
              <w:bottom w:w="35" w:type="dxa"/>
              <w:right w:w="35" w:type="dxa"/>
            </w:tcMar>
            <w:vAlign w:val="center"/>
          </w:tcPr>
          <w:p w14:paraId="7D8CDB9F" w14:textId="77777777" w:rsidR="00000000" w:rsidRPr="00505610" w:rsidRDefault="00000000">
            <w:pPr>
              <w:jc w:val="center"/>
              <w:rPr>
                <w:rFonts w:cs="Arial"/>
              </w:rPr>
            </w:pPr>
            <w:r w:rsidRPr="00505610">
              <w:rPr>
                <w:rFonts w:cs="Arial"/>
                <w:sz w:val="15"/>
              </w:rPr>
              <w:t>22,031</w:t>
            </w:r>
          </w:p>
        </w:tc>
        <w:tc>
          <w:tcPr>
            <w:tcW w:w="1987" w:type="dxa"/>
            <w:tcMar>
              <w:top w:w="35" w:type="dxa"/>
              <w:left w:w="35" w:type="dxa"/>
              <w:bottom w:w="35" w:type="dxa"/>
              <w:right w:w="35" w:type="dxa"/>
            </w:tcMar>
            <w:vAlign w:val="center"/>
          </w:tcPr>
          <w:p w14:paraId="1FD26211" w14:textId="77777777" w:rsidR="00000000" w:rsidRPr="00505610" w:rsidRDefault="00000000">
            <w:pPr>
              <w:jc w:val="center"/>
              <w:rPr>
                <w:rFonts w:cs="Arial"/>
              </w:rPr>
            </w:pPr>
            <w:r w:rsidRPr="00505610">
              <w:rPr>
                <w:rFonts w:cs="Arial"/>
                <w:sz w:val="15"/>
              </w:rPr>
              <w:t>6,210 (28.2)</w:t>
            </w:r>
          </w:p>
        </w:tc>
        <w:tc>
          <w:tcPr>
            <w:tcW w:w="1987" w:type="dxa"/>
            <w:tcMar>
              <w:top w:w="35" w:type="dxa"/>
              <w:left w:w="35" w:type="dxa"/>
              <w:bottom w:w="35" w:type="dxa"/>
              <w:right w:w="35" w:type="dxa"/>
            </w:tcMar>
            <w:vAlign w:val="center"/>
          </w:tcPr>
          <w:p w14:paraId="6508F107" w14:textId="77777777" w:rsidR="00000000" w:rsidRPr="00505610" w:rsidRDefault="00000000">
            <w:pPr>
              <w:jc w:val="center"/>
              <w:rPr>
                <w:rFonts w:cs="Arial"/>
              </w:rPr>
            </w:pPr>
            <w:r w:rsidRPr="00505610">
              <w:rPr>
                <w:rFonts w:cs="Arial"/>
                <w:sz w:val="15"/>
              </w:rPr>
              <w:t>11,390 (51.7)</w:t>
            </w:r>
          </w:p>
        </w:tc>
        <w:tc>
          <w:tcPr>
            <w:tcW w:w="1987" w:type="dxa"/>
            <w:tcMar>
              <w:top w:w="35" w:type="dxa"/>
              <w:left w:w="35" w:type="dxa"/>
              <w:bottom w:w="35" w:type="dxa"/>
              <w:right w:w="35" w:type="dxa"/>
            </w:tcMar>
            <w:vAlign w:val="center"/>
          </w:tcPr>
          <w:p w14:paraId="231384FE" w14:textId="77777777" w:rsidR="00000000" w:rsidRPr="00505610" w:rsidRDefault="00000000">
            <w:pPr>
              <w:jc w:val="center"/>
              <w:rPr>
                <w:rFonts w:cs="Arial"/>
              </w:rPr>
            </w:pPr>
            <w:r w:rsidRPr="00505610">
              <w:rPr>
                <w:rFonts w:cs="Arial"/>
                <w:sz w:val="15"/>
              </w:rPr>
              <w:t>4,431 (20.1)</w:t>
            </w:r>
          </w:p>
        </w:tc>
      </w:tr>
      <w:tr w:rsidR="005A4F13" w:rsidRPr="00505610" w14:paraId="771D3956" w14:textId="77777777">
        <w:trPr>
          <w:cantSplit/>
        </w:trPr>
        <w:tc>
          <w:tcPr>
            <w:tcW w:w="2376" w:type="dxa"/>
            <w:tcMar>
              <w:top w:w="35" w:type="dxa"/>
              <w:left w:w="35" w:type="dxa"/>
              <w:bottom w:w="35" w:type="dxa"/>
              <w:right w:w="35" w:type="dxa"/>
            </w:tcMar>
            <w:vAlign w:val="center"/>
          </w:tcPr>
          <w:p w14:paraId="770AB31F" w14:textId="77777777" w:rsidR="00000000" w:rsidRPr="00505610" w:rsidRDefault="00000000">
            <w:pPr>
              <w:rPr>
                <w:rFonts w:cs="Arial"/>
              </w:rPr>
            </w:pPr>
            <w:r w:rsidRPr="00505610">
              <w:rPr>
                <w:rFonts w:cs="Arial"/>
                <w:sz w:val="15"/>
              </w:rPr>
              <w:t>56-65</w:t>
            </w:r>
          </w:p>
        </w:tc>
        <w:tc>
          <w:tcPr>
            <w:tcW w:w="1800" w:type="dxa"/>
            <w:tcMar>
              <w:top w:w="35" w:type="dxa"/>
              <w:left w:w="35" w:type="dxa"/>
              <w:bottom w:w="35" w:type="dxa"/>
              <w:right w:w="35" w:type="dxa"/>
            </w:tcMar>
            <w:vAlign w:val="center"/>
          </w:tcPr>
          <w:p w14:paraId="7086AC29" w14:textId="77777777" w:rsidR="00000000" w:rsidRPr="00505610" w:rsidRDefault="00000000">
            <w:pPr>
              <w:jc w:val="center"/>
              <w:rPr>
                <w:rFonts w:cs="Arial"/>
              </w:rPr>
            </w:pPr>
            <w:r w:rsidRPr="00505610">
              <w:rPr>
                <w:rFonts w:cs="Arial"/>
                <w:sz w:val="15"/>
              </w:rPr>
              <w:t>33,235</w:t>
            </w:r>
          </w:p>
        </w:tc>
        <w:tc>
          <w:tcPr>
            <w:tcW w:w="1987" w:type="dxa"/>
            <w:tcMar>
              <w:top w:w="35" w:type="dxa"/>
              <w:left w:w="35" w:type="dxa"/>
              <w:bottom w:w="35" w:type="dxa"/>
              <w:right w:w="35" w:type="dxa"/>
            </w:tcMar>
            <w:vAlign w:val="center"/>
          </w:tcPr>
          <w:p w14:paraId="7987A37E" w14:textId="77777777" w:rsidR="00000000" w:rsidRPr="00505610" w:rsidRDefault="00000000">
            <w:pPr>
              <w:jc w:val="center"/>
              <w:rPr>
                <w:rFonts w:cs="Arial"/>
              </w:rPr>
            </w:pPr>
            <w:r w:rsidRPr="00505610">
              <w:rPr>
                <w:rFonts w:cs="Arial"/>
                <w:sz w:val="15"/>
              </w:rPr>
              <w:t>12,532 (37.7)</w:t>
            </w:r>
          </w:p>
        </w:tc>
        <w:tc>
          <w:tcPr>
            <w:tcW w:w="1987" w:type="dxa"/>
            <w:tcMar>
              <w:top w:w="35" w:type="dxa"/>
              <w:left w:w="35" w:type="dxa"/>
              <w:bottom w:w="35" w:type="dxa"/>
              <w:right w:w="35" w:type="dxa"/>
            </w:tcMar>
            <w:vAlign w:val="center"/>
          </w:tcPr>
          <w:p w14:paraId="639809B0" w14:textId="77777777" w:rsidR="00000000" w:rsidRPr="00505610" w:rsidRDefault="00000000">
            <w:pPr>
              <w:jc w:val="center"/>
              <w:rPr>
                <w:rFonts w:cs="Arial"/>
              </w:rPr>
            </w:pPr>
            <w:r w:rsidRPr="00505610">
              <w:rPr>
                <w:rFonts w:cs="Arial"/>
                <w:sz w:val="15"/>
              </w:rPr>
              <w:t>16,098 (48.4)</w:t>
            </w:r>
          </w:p>
        </w:tc>
        <w:tc>
          <w:tcPr>
            <w:tcW w:w="1987" w:type="dxa"/>
            <w:tcMar>
              <w:top w:w="35" w:type="dxa"/>
              <w:left w:w="35" w:type="dxa"/>
              <w:bottom w:w="35" w:type="dxa"/>
              <w:right w:w="35" w:type="dxa"/>
            </w:tcMar>
            <w:vAlign w:val="center"/>
          </w:tcPr>
          <w:p w14:paraId="5AB89AF3" w14:textId="77777777" w:rsidR="00000000" w:rsidRPr="00505610" w:rsidRDefault="00000000">
            <w:pPr>
              <w:jc w:val="center"/>
              <w:rPr>
                <w:rFonts w:cs="Arial"/>
              </w:rPr>
            </w:pPr>
            <w:r w:rsidRPr="00505610">
              <w:rPr>
                <w:rFonts w:cs="Arial"/>
                <w:sz w:val="15"/>
              </w:rPr>
              <w:t>4,605 (13.9)</w:t>
            </w:r>
          </w:p>
        </w:tc>
      </w:tr>
      <w:tr w:rsidR="005A4F13" w:rsidRPr="00505610" w14:paraId="4258CF30" w14:textId="77777777">
        <w:trPr>
          <w:cantSplit/>
        </w:trPr>
        <w:tc>
          <w:tcPr>
            <w:tcW w:w="2376" w:type="dxa"/>
            <w:tcMar>
              <w:top w:w="35" w:type="dxa"/>
              <w:left w:w="35" w:type="dxa"/>
              <w:bottom w:w="35" w:type="dxa"/>
              <w:right w:w="35" w:type="dxa"/>
            </w:tcMar>
            <w:vAlign w:val="center"/>
          </w:tcPr>
          <w:p w14:paraId="372D8903" w14:textId="77777777" w:rsidR="00000000" w:rsidRPr="00505610" w:rsidRDefault="00000000">
            <w:pPr>
              <w:rPr>
                <w:rFonts w:cs="Arial"/>
              </w:rPr>
            </w:pPr>
            <w:r w:rsidRPr="00505610">
              <w:rPr>
                <w:rFonts w:cs="Arial"/>
                <w:sz w:val="15"/>
              </w:rPr>
              <w:t>&gt;65</w:t>
            </w:r>
          </w:p>
        </w:tc>
        <w:tc>
          <w:tcPr>
            <w:tcW w:w="1800" w:type="dxa"/>
            <w:tcMar>
              <w:top w:w="35" w:type="dxa"/>
              <w:left w:w="35" w:type="dxa"/>
              <w:bottom w:w="35" w:type="dxa"/>
              <w:right w:w="35" w:type="dxa"/>
            </w:tcMar>
            <w:vAlign w:val="center"/>
          </w:tcPr>
          <w:p w14:paraId="68EDF9CD" w14:textId="77777777" w:rsidR="00000000" w:rsidRPr="00505610" w:rsidRDefault="00000000">
            <w:pPr>
              <w:jc w:val="center"/>
              <w:rPr>
                <w:rFonts w:cs="Arial"/>
              </w:rPr>
            </w:pPr>
            <w:r w:rsidRPr="00505610">
              <w:rPr>
                <w:rFonts w:cs="Arial"/>
                <w:sz w:val="15"/>
              </w:rPr>
              <w:t>43,927</w:t>
            </w:r>
          </w:p>
        </w:tc>
        <w:tc>
          <w:tcPr>
            <w:tcW w:w="1987" w:type="dxa"/>
            <w:tcMar>
              <w:top w:w="35" w:type="dxa"/>
              <w:left w:w="35" w:type="dxa"/>
              <w:bottom w:w="35" w:type="dxa"/>
              <w:right w:w="35" w:type="dxa"/>
            </w:tcMar>
            <w:vAlign w:val="center"/>
          </w:tcPr>
          <w:p w14:paraId="0C9512C7" w14:textId="77777777" w:rsidR="00000000" w:rsidRPr="00505610" w:rsidRDefault="00000000">
            <w:pPr>
              <w:jc w:val="center"/>
              <w:rPr>
                <w:rFonts w:cs="Arial"/>
              </w:rPr>
            </w:pPr>
            <w:r w:rsidRPr="00505610">
              <w:rPr>
                <w:rFonts w:cs="Arial"/>
                <w:sz w:val="15"/>
              </w:rPr>
              <w:t>20,886 (47.5)</w:t>
            </w:r>
          </w:p>
        </w:tc>
        <w:tc>
          <w:tcPr>
            <w:tcW w:w="1987" w:type="dxa"/>
            <w:tcMar>
              <w:top w:w="35" w:type="dxa"/>
              <w:left w:w="35" w:type="dxa"/>
              <w:bottom w:w="35" w:type="dxa"/>
              <w:right w:w="35" w:type="dxa"/>
            </w:tcMar>
            <w:vAlign w:val="center"/>
          </w:tcPr>
          <w:p w14:paraId="4DFE25F2" w14:textId="77777777" w:rsidR="00000000" w:rsidRPr="00505610" w:rsidRDefault="00000000">
            <w:pPr>
              <w:jc w:val="center"/>
              <w:rPr>
                <w:rFonts w:cs="Arial"/>
              </w:rPr>
            </w:pPr>
            <w:r w:rsidRPr="00505610">
              <w:rPr>
                <w:rFonts w:cs="Arial"/>
                <w:sz w:val="15"/>
              </w:rPr>
              <w:t>19,172 (43.6)</w:t>
            </w:r>
          </w:p>
        </w:tc>
        <w:tc>
          <w:tcPr>
            <w:tcW w:w="1987" w:type="dxa"/>
            <w:tcMar>
              <w:top w:w="35" w:type="dxa"/>
              <w:left w:w="35" w:type="dxa"/>
              <w:bottom w:w="35" w:type="dxa"/>
              <w:right w:w="35" w:type="dxa"/>
            </w:tcMar>
            <w:vAlign w:val="center"/>
          </w:tcPr>
          <w:p w14:paraId="2A02A3F6" w14:textId="77777777" w:rsidR="00000000" w:rsidRPr="00505610" w:rsidRDefault="00000000">
            <w:pPr>
              <w:jc w:val="center"/>
              <w:rPr>
                <w:rFonts w:cs="Arial"/>
              </w:rPr>
            </w:pPr>
            <w:r w:rsidRPr="00505610">
              <w:rPr>
                <w:rFonts w:cs="Arial"/>
                <w:sz w:val="15"/>
              </w:rPr>
              <w:t>3,869 (8.8)</w:t>
            </w:r>
          </w:p>
        </w:tc>
      </w:tr>
      <w:tr w:rsidR="005A4F13" w:rsidRPr="00505610" w14:paraId="5D7A13C6" w14:textId="77777777">
        <w:trPr>
          <w:cantSplit/>
        </w:trPr>
        <w:tc>
          <w:tcPr>
            <w:tcW w:w="2376" w:type="dxa"/>
            <w:tcMar>
              <w:top w:w="35" w:type="dxa"/>
              <w:left w:w="35" w:type="dxa"/>
              <w:bottom w:w="35" w:type="dxa"/>
              <w:right w:w="35" w:type="dxa"/>
            </w:tcMar>
            <w:vAlign w:val="center"/>
          </w:tcPr>
          <w:p w14:paraId="64112E77" w14:textId="77777777" w:rsidR="00000000" w:rsidRPr="00505610" w:rsidRDefault="00000000">
            <w:pPr>
              <w:rPr>
                <w:rFonts w:cs="Arial"/>
              </w:rPr>
            </w:pPr>
            <w:r w:rsidRPr="00505610">
              <w:rPr>
                <w:rFonts w:cs="Arial"/>
                <w:i/>
                <w:sz w:val="15"/>
              </w:rPr>
              <w:t>Missing</w:t>
            </w:r>
          </w:p>
        </w:tc>
        <w:tc>
          <w:tcPr>
            <w:tcW w:w="1800" w:type="dxa"/>
            <w:tcMar>
              <w:top w:w="35" w:type="dxa"/>
              <w:left w:w="35" w:type="dxa"/>
              <w:bottom w:w="35" w:type="dxa"/>
              <w:right w:w="35" w:type="dxa"/>
            </w:tcMar>
            <w:vAlign w:val="center"/>
          </w:tcPr>
          <w:p w14:paraId="023076C2" w14:textId="77777777" w:rsidR="00000000" w:rsidRPr="00505610" w:rsidRDefault="00000000">
            <w:pPr>
              <w:jc w:val="center"/>
              <w:rPr>
                <w:rFonts w:cs="Arial"/>
              </w:rPr>
            </w:pPr>
            <w:r w:rsidRPr="00505610">
              <w:rPr>
                <w:rFonts w:cs="Arial"/>
                <w:i/>
                <w:sz w:val="15"/>
              </w:rPr>
              <w:t>114</w:t>
            </w:r>
          </w:p>
        </w:tc>
        <w:tc>
          <w:tcPr>
            <w:tcW w:w="1987" w:type="dxa"/>
            <w:tcMar>
              <w:top w:w="35" w:type="dxa"/>
              <w:left w:w="35" w:type="dxa"/>
              <w:bottom w:w="35" w:type="dxa"/>
              <w:right w:w="35" w:type="dxa"/>
            </w:tcMar>
            <w:vAlign w:val="center"/>
          </w:tcPr>
          <w:p w14:paraId="184896B1" w14:textId="77777777" w:rsidR="00000000" w:rsidRPr="00505610" w:rsidRDefault="00000000">
            <w:pPr>
              <w:jc w:val="center"/>
              <w:rPr>
                <w:rFonts w:cs="Arial"/>
              </w:rPr>
            </w:pPr>
            <w:r w:rsidRPr="00505610">
              <w:rPr>
                <w:rFonts w:cs="Arial"/>
                <w:i/>
                <w:sz w:val="15"/>
              </w:rPr>
              <w:t>36 (31.6)</w:t>
            </w:r>
          </w:p>
        </w:tc>
        <w:tc>
          <w:tcPr>
            <w:tcW w:w="1987" w:type="dxa"/>
            <w:tcMar>
              <w:top w:w="35" w:type="dxa"/>
              <w:left w:w="35" w:type="dxa"/>
              <w:bottom w:w="35" w:type="dxa"/>
              <w:right w:w="35" w:type="dxa"/>
            </w:tcMar>
            <w:vAlign w:val="center"/>
          </w:tcPr>
          <w:p w14:paraId="33C9D035" w14:textId="77777777" w:rsidR="00000000" w:rsidRPr="00505610" w:rsidRDefault="00000000">
            <w:pPr>
              <w:jc w:val="center"/>
              <w:rPr>
                <w:rFonts w:cs="Arial"/>
              </w:rPr>
            </w:pPr>
            <w:r w:rsidRPr="00505610">
              <w:rPr>
                <w:rFonts w:cs="Arial"/>
                <w:i/>
                <w:sz w:val="15"/>
              </w:rPr>
              <w:t>50 (43.9)</w:t>
            </w:r>
          </w:p>
        </w:tc>
        <w:tc>
          <w:tcPr>
            <w:tcW w:w="1987" w:type="dxa"/>
            <w:tcMar>
              <w:top w:w="35" w:type="dxa"/>
              <w:left w:w="35" w:type="dxa"/>
              <w:bottom w:w="35" w:type="dxa"/>
              <w:right w:w="35" w:type="dxa"/>
            </w:tcMar>
            <w:vAlign w:val="center"/>
          </w:tcPr>
          <w:p w14:paraId="60454BCE" w14:textId="77777777" w:rsidR="00000000" w:rsidRPr="00505610" w:rsidRDefault="00000000">
            <w:pPr>
              <w:jc w:val="center"/>
              <w:rPr>
                <w:rFonts w:cs="Arial"/>
              </w:rPr>
            </w:pPr>
            <w:r w:rsidRPr="00505610">
              <w:rPr>
                <w:rFonts w:cs="Arial"/>
                <w:i/>
                <w:sz w:val="15"/>
              </w:rPr>
              <w:t>28 (24.6)</w:t>
            </w:r>
          </w:p>
        </w:tc>
      </w:tr>
      <w:tr w:rsidR="005A4F13" w:rsidRPr="00505610" w14:paraId="7AAAD9B4" w14:textId="77777777">
        <w:trPr>
          <w:cantSplit/>
        </w:trPr>
        <w:tc>
          <w:tcPr>
            <w:tcW w:w="1987" w:type="dxa"/>
            <w:gridSpan w:val="5"/>
            <w:tcMar>
              <w:top w:w="35" w:type="dxa"/>
              <w:left w:w="35" w:type="dxa"/>
              <w:bottom w:w="35" w:type="dxa"/>
              <w:right w:w="35" w:type="dxa"/>
            </w:tcMar>
            <w:vAlign w:val="center"/>
          </w:tcPr>
          <w:p w14:paraId="2F556906" w14:textId="77777777" w:rsidR="00000000" w:rsidRPr="00505610" w:rsidRDefault="00000000">
            <w:pPr>
              <w:rPr>
                <w:rFonts w:cs="Arial"/>
              </w:rPr>
            </w:pPr>
            <w:r w:rsidRPr="00505610">
              <w:rPr>
                <w:rFonts w:cs="Arial"/>
                <w:b/>
                <w:sz w:val="15"/>
              </w:rPr>
              <w:t>Gender</w:t>
            </w:r>
          </w:p>
        </w:tc>
      </w:tr>
      <w:tr w:rsidR="005A4F13" w:rsidRPr="00505610" w14:paraId="6593F5C7" w14:textId="77777777">
        <w:trPr>
          <w:cantSplit/>
        </w:trPr>
        <w:tc>
          <w:tcPr>
            <w:tcW w:w="2376" w:type="dxa"/>
            <w:tcMar>
              <w:top w:w="35" w:type="dxa"/>
              <w:left w:w="35" w:type="dxa"/>
              <w:bottom w:w="35" w:type="dxa"/>
              <w:right w:w="35" w:type="dxa"/>
            </w:tcMar>
            <w:vAlign w:val="center"/>
          </w:tcPr>
          <w:p w14:paraId="076EB605" w14:textId="77777777" w:rsidR="00000000" w:rsidRPr="00505610" w:rsidRDefault="00000000">
            <w:pPr>
              <w:rPr>
                <w:rFonts w:cs="Arial"/>
              </w:rPr>
            </w:pPr>
            <w:r w:rsidRPr="00505610">
              <w:rPr>
                <w:rFonts w:cs="Arial"/>
                <w:sz w:val="15"/>
              </w:rPr>
              <w:t>Female</w:t>
            </w:r>
          </w:p>
        </w:tc>
        <w:tc>
          <w:tcPr>
            <w:tcW w:w="1800" w:type="dxa"/>
            <w:tcMar>
              <w:top w:w="35" w:type="dxa"/>
              <w:left w:w="35" w:type="dxa"/>
              <w:bottom w:w="35" w:type="dxa"/>
              <w:right w:w="35" w:type="dxa"/>
            </w:tcMar>
            <w:vAlign w:val="center"/>
          </w:tcPr>
          <w:p w14:paraId="3D499963" w14:textId="77777777" w:rsidR="00000000" w:rsidRPr="00505610" w:rsidRDefault="00000000">
            <w:pPr>
              <w:jc w:val="center"/>
              <w:rPr>
                <w:rFonts w:cs="Arial"/>
              </w:rPr>
            </w:pPr>
            <w:r w:rsidRPr="00505610">
              <w:rPr>
                <w:rFonts w:cs="Arial"/>
                <w:sz w:val="15"/>
              </w:rPr>
              <w:t>83,661</w:t>
            </w:r>
          </w:p>
        </w:tc>
        <w:tc>
          <w:tcPr>
            <w:tcW w:w="1987" w:type="dxa"/>
            <w:tcMar>
              <w:top w:w="35" w:type="dxa"/>
              <w:left w:w="35" w:type="dxa"/>
              <w:bottom w:w="35" w:type="dxa"/>
              <w:right w:w="35" w:type="dxa"/>
            </w:tcMar>
            <w:vAlign w:val="center"/>
          </w:tcPr>
          <w:p w14:paraId="4B8E2DF3" w14:textId="77777777" w:rsidR="00000000" w:rsidRPr="00505610" w:rsidRDefault="00000000">
            <w:pPr>
              <w:jc w:val="center"/>
              <w:rPr>
                <w:rFonts w:cs="Arial"/>
              </w:rPr>
            </w:pPr>
            <w:r w:rsidRPr="00505610">
              <w:rPr>
                <w:rFonts w:cs="Arial"/>
                <w:sz w:val="15"/>
              </w:rPr>
              <w:t>25,536 (30.5)</w:t>
            </w:r>
          </w:p>
        </w:tc>
        <w:tc>
          <w:tcPr>
            <w:tcW w:w="1987" w:type="dxa"/>
            <w:tcMar>
              <w:top w:w="35" w:type="dxa"/>
              <w:left w:w="35" w:type="dxa"/>
              <w:bottom w:w="35" w:type="dxa"/>
              <w:right w:w="35" w:type="dxa"/>
            </w:tcMar>
            <w:vAlign w:val="center"/>
          </w:tcPr>
          <w:p w14:paraId="2885ABF4" w14:textId="77777777" w:rsidR="00000000" w:rsidRPr="00505610" w:rsidRDefault="00000000">
            <w:pPr>
              <w:jc w:val="center"/>
              <w:rPr>
                <w:rFonts w:cs="Arial"/>
              </w:rPr>
            </w:pPr>
            <w:r w:rsidRPr="00505610">
              <w:rPr>
                <w:rFonts w:cs="Arial"/>
                <w:sz w:val="15"/>
              </w:rPr>
              <w:t>44,378 (53.0)</w:t>
            </w:r>
          </w:p>
        </w:tc>
        <w:tc>
          <w:tcPr>
            <w:tcW w:w="1987" w:type="dxa"/>
            <w:tcMar>
              <w:top w:w="35" w:type="dxa"/>
              <w:left w:w="35" w:type="dxa"/>
              <w:bottom w:w="35" w:type="dxa"/>
              <w:right w:w="35" w:type="dxa"/>
            </w:tcMar>
            <w:vAlign w:val="center"/>
          </w:tcPr>
          <w:p w14:paraId="2B227FF7" w14:textId="77777777" w:rsidR="00000000" w:rsidRPr="00505610" w:rsidRDefault="00000000">
            <w:pPr>
              <w:jc w:val="center"/>
              <w:rPr>
                <w:rFonts w:cs="Arial"/>
              </w:rPr>
            </w:pPr>
            <w:r w:rsidRPr="00505610">
              <w:rPr>
                <w:rFonts w:cs="Arial"/>
                <w:sz w:val="15"/>
              </w:rPr>
              <w:t>13,747 (16.4)</w:t>
            </w:r>
          </w:p>
        </w:tc>
      </w:tr>
      <w:tr w:rsidR="005A4F13" w:rsidRPr="00505610" w14:paraId="4337F08A" w14:textId="77777777">
        <w:trPr>
          <w:cantSplit/>
        </w:trPr>
        <w:tc>
          <w:tcPr>
            <w:tcW w:w="2376" w:type="dxa"/>
            <w:tcMar>
              <w:top w:w="35" w:type="dxa"/>
              <w:left w:w="35" w:type="dxa"/>
              <w:bottom w:w="35" w:type="dxa"/>
              <w:right w:w="35" w:type="dxa"/>
            </w:tcMar>
            <w:vAlign w:val="center"/>
          </w:tcPr>
          <w:p w14:paraId="7848C555" w14:textId="77777777" w:rsidR="00000000" w:rsidRPr="00505610" w:rsidRDefault="00000000">
            <w:pPr>
              <w:rPr>
                <w:rFonts w:cs="Arial"/>
              </w:rPr>
            </w:pPr>
            <w:r w:rsidRPr="00505610">
              <w:rPr>
                <w:rFonts w:cs="Arial"/>
                <w:sz w:val="15"/>
              </w:rPr>
              <w:t>Male</w:t>
            </w:r>
          </w:p>
        </w:tc>
        <w:tc>
          <w:tcPr>
            <w:tcW w:w="1800" w:type="dxa"/>
            <w:tcMar>
              <w:top w:w="35" w:type="dxa"/>
              <w:left w:w="35" w:type="dxa"/>
              <w:bottom w:w="35" w:type="dxa"/>
              <w:right w:w="35" w:type="dxa"/>
            </w:tcMar>
            <w:vAlign w:val="center"/>
          </w:tcPr>
          <w:p w14:paraId="1AC73941" w14:textId="77777777" w:rsidR="00000000" w:rsidRPr="00505610" w:rsidRDefault="00000000">
            <w:pPr>
              <w:jc w:val="center"/>
              <w:rPr>
                <w:rFonts w:cs="Arial"/>
              </w:rPr>
            </w:pPr>
            <w:r w:rsidRPr="00505610">
              <w:rPr>
                <w:rFonts w:cs="Arial"/>
                <w:sz w:val="15"/>
              </w:rPr>
              <w:t>50,729</w:t>
            </w:r>
          </w:p>
        </w:tc>
        <w:tc>
          <w:tcPr>
            <w:tcW w:w="1987" w:type="dxa"/>
            <w:tcMar>
              <w:top w:w="35" w:type="dxa"/>
              <w:left w:w="35" w:type="dxa"/>
              <w:bottom w:w="35" w:type="dxa"/>
              <w:right w:w="35" w:type="dxa"/>
            </w:tcMar>
            <w:vAlign w:val="center"/>
          </w:tcPr>
          <w:p w14:paraId="67EC3153" w14:textId="77777777" w:rsidR="00000000" w:rsidRPr="00505610" w:rsidRDefault="00000000">
            <w:pPr>
              <w:jc w:val="center"/>
              <w:rPr>
                <w:rFonts w:cs="Arial"/>
              </w:rPr>
            </w:pPr>
            <w:r w:rsidRPr="00505610">
              <w:rPr>
                <w:rFonts w:cs="Arial"/>
                <w:sz w:val="15"/>
              </w:rPr>
              <w:t>20,565 (40.5)</w:t>
            </w:r>
          </w:p>
        </w:tc>
        <w:tc>
          <w:tcPr>
            <w:tcW w:w="1987" w:type="dxa"/>
            <w:tcMar>
              <w:top w:w="35" w:type="dxa"/>
              <w:left w:w="35" w:type="dxa"/>
              <w:bottom w:w="35" w:type="dxa"/>
              <w:right w:w="35" w:type="dxa"/>
            </w:tcMar>
            <w:vAlign w:val="center"/>
          </w:tcPr>
          <w:p w14:paraId="6B2D3EA0" w14:textId="77777777" w:rsidR="00000000" w:rsidRPr="00505610" w:rsidRDefault="00000000">
            <w:pPr>
              <w:jc w:val="center"/>
              <w:rPr>
                <w:rFonts w:cs="Arial"/>
              </w:rPr>
            </w:pPr>
            <w:r w:rsidRPr="00505610">
              <w:rPr>
                <w:rFonts w:cs="Arial"/>
                <w:sz w:val="15"/>
              </w:rPr>
              <w:t>21,978 (43.3)</w:t>
            </w:r>
          </w:p>
        </w:tc>
        <w:tc>
          <w:tcPr>
            <w:tcW w:w="1987" w:type="dxa"/>
            <w:tcMar>
              <w:top w:w="35" w:type="dxa"/>
              <w:left w:w="35" w:type="dxa"/>
              <w:bottom w:w="35" w:type="dxa"/>
              <w:right w:w="35" w:type="dxa"/>
            </w:tcMar>
            <w:vAlign w:val="center"/>
          </w:tcPr>
          <w:p w14:paraId="41C87B88" w14:textId="77777777" w:rsidR="00000000" w:rsidRPr="00505610" w:rsidRDefault="00000000">
            <w:pPr>
              <w:jc w:val="center"/>
              <w:rPr>
                <w:rFonts w:cs="Arial"/>
              </w:rPr>
            </w:pPr>
            <w:r w:rsidRPr="00505610">
              <w:rPr>
                <w:rFonts w:cs="Arial"/>
                <w:sz w:val="15"/>
              </w:rPr>
              <w:t>8,186 (16.1)</w:t>
            </w:r>
          </w:p>
        </w:tc>
      </w:tr>
      <w:tr w:rsidR="005A4F13" w:rsidRPr="00505610" w14:paraId="74290551" w14:textId="77777777">
        <w:trPr>
          <w:cantSplit/>
        </w:trPr>
        <w:tc>
          <w:tcPr>
            <w:tcW w:w="2376" w:type="dxa"/>
            <w:tcMar>
              <w:top w:w="35" w:type="dxa"/>
              <w:left w:w="35" w:type="dxa"/>
              <w:bottom w:w="35" w:type="dxa"/>
              <w:right w:w="35" w:type="dxa"/>
            </w:tcMar>
            <w:vAlign w:val="center"/>
          </w:tcPr>
          <w:p w14:paraId="5413B9B2" w14:textId="77777777" w:rsidR="00000000" w:rsidRPr="00505610" w:rsidRDefault="00000000">
            <w:pPr>
              <w:rPr>
                <w:rFonts w:cs="Arial"/>
              </w:rPr>
            </w:pPr>
            <w:r w:rsidRPr="00505610">
              <w:rPr>
                <w:rFonts w:cs="Arial"/>
                <w:sz w:val="15"/>
              </w:rPr>
              <w:t>Other</w:t>
            </w:r>
          </w:p>
        </w:tc>
        <w:tc>
          <w:tcPr>
            <w:tcW w:w="1800" w:type="dxa"/>
            <w:tcMar>
              <w:top w:w="35" w:type="dxa"/>
              <w:left w:w="35" w:type="dxa"/>
              <w:bottom w:w="35" w:type="dxa"/>
              <w:right w:w="35" w:type="dxa"/>
            </w:tcMar>
            <w:vAlign w:val="center"/>
          </w:tcPr>
          <w:p w14:paraId="13C7BA28" w14:textId="77777777" w:rsidR="00000000" w:rsidRPr="00505610" w:rsidRDefault="00000000">
            <w:pPr>
              <w:jc w:val="center"/>
              <w:rPr>
                <w:rFonts w:cs="Arial"/>
              </w:rPr>
            </w:pPr>
            <w:r w:rsidRPr="00505610">
              <w:rPr>
                <w:rFonts w:cs="Arial"/>
                <w:sz w:val="15"/>
              </w:rPr>
              <w:t>804</w:t>
            </w:r>
          </w:p>
        </w:tc>
        <w:tc>
          <w:tcPr>
            <w:tcW w:w="1987" w:type="dxa"/>
            <w:tcMar>
              <w:top w:w="35" w:type="dxa"/>
              <w:left w:w="35" w:type="dxa"/>
              <w:bottom w:w="35" w:type="dxa"/>
              <w:right w:w="35" w:type="dxa"/>
            </w:tcMar>
            <w:vAlign w:val="center"/>
          </w:tcPr>
          <w:p w14:paraId="703D57DC" w14:textId="77777777" w:rsidR="00000000" w:rsidRPr="00505610" w:rsidRDefault="00000000">
            <w:pPr>
              <w:jc w:val="center"/>
              <w:rPr>
                <w:rFonts w:cs="Arial"/>
              </w:rPr>
            </w:pPr>
            <w:r w:rsidRPr="00505610">
              <w:rPr>
                <w:rFonts w:cs="Arial"/>
                <w:sz w:val="15"/>
              </w:rPr>
              <w:t>137 (17.0)</w:t>
            </w:r>
          </w:p>
        </w:tc>
        <w:tc>
          <w:tcPr>
            <w:tcW w:w="1987" w:type="dxa"/>
            <w:tcMar>
              <w:top w:w="35" w:type="dxa"/>
              <w:left w:w="35" w:type="dxa"/>
              <w:bottom w:w="35" w:type="dxa"/>
              <w:right w:w="35" w:type="dxa"/>
            </w:tcMar>
            <w:vAlign w:val="center"/>
          </w:tcPr>
          <w:p w14:paraId="7C609020" w14:textId="77777777" w:rsidR="00000000" w:rsidRPr="00505610" w:rsidRDefault="00000000">
            <w:pPr>
              <w:jc w:val="center"/>
              <w:rPr>
                <w:rFonts w:cs="Arial"/>
              </w:rPr>
            </w:pPr>
            <w:r w:rsidRPr="00505610">
              <w:rPr>
                <w:rFonts w:cs="Arial"/>
                <w:sz w:val="15"/>
              </w:rPr>
              <w:t>384 (47.8)</w:t>
            </w:r>
          </w:p>
        </w:tc>
        <w:tc>
          <w:tcPr>
            <w:tcW w:w="1987" w:type="dxa"/>
            <w:tcMar>
              <w:top w:w="35" w:type="dxa"/>
              <w:left w:w="35" w:type="dxa"/>
              <w:bottom w:w="35" w:type="dxa"/>
              <w:right w:w="35" w:type="dxa"/>
            </w:tcMar>
            <w:vAlign w:val="center"/>
          </w:tcPr>
          <w:p w14:paraId="1F86098C" w14:textId="77777777" w:rsidR="00000000" w:rsidRPr="00505610" w:rsidRDefault="00000000">
            <w:pPr>
              <w:jc w:val="center"/>
              <w:rPr>
                <w:rFonts w:cs="Arial"/>
              </w:rPr>
            </w:pPr>
            <w:r w:rsidRPr="00505610">
              <w:rPr>
                <w:rFonts w:cs="Arial"/>
                <w:sz w:val="15"/>
              </w:rPr>
              <w:t>283 (35.2)</w:t>
            </w:r>
          </w:p>
        </w:tc>
      </w:tr>
      <w:tr w:rsidR="005A4F13" w:rsidRPr="00505610" w14:paraId="20AAD0B7" w14:textId="77777777">
        <w:trPr>
          <w:cantSplit/>
        </w:trPr>
        <w:tc>
          <w:tcPr>
            <w:tcW w:w="2376" w:type="dxa"/>
            <w:tcMar>
              <w:top w:w="35" w:type="dxa"/>
              <w:left w:w="35" w:type="dxa"/>
              <w:bottom w:w="35" w:type="dxa"/>
              <w:right w:w="35" w:type="dxa"/>
            </w:tcMar>
            <w:vAlign w:val="center"/>
          </w:tcPr>
          <w:p w14:paraId="64BDDCE0" w14:textId="77777777" w:rsidR="00000000" w:rsidRPr="00505610" w:rsidRDefault="00000000">
            <w:pPr>
              <w:rPr>
                <w:rFonts w:cs="Arial"/>
              </w:rPr>
            </w:pPr>
            <w:r w:rsidRPr="00505610">
              <w:rPr>
                <w:rFonts w:cs="Arial"/>
                <w:sz w:val="15"/>
              </w:rPr>
              <w:t>Would rather not say</w:t>
            </w:r>
          </w:p>
        </w:tc>
        <w:tc>
          <w:tcPr>
            <w:tcW w:w="1800" w:type="dxa"/>
            <w:tcMar>
              <w:top w:w="35" w:type="dxa"/>
              <w:left w:w="35" w:type="dxa"/>
              <w:bottom w:w="35" w:type="dxa"/>
              <w:right w:w="35" w:type="dxa"/>
            </w:tcMar>
            <w:vAlign w:val="center"/>
          </w:tcPr>
          <w:p w14:paraId="62CF5F28" w14:textId="77777777" w:rsidR="00000000" w:rsidRPr="00505610" w:rsidRDefault="00000000">
            <w:pPr>
              <w:jc w:val="center"/>
              <w:rPr>
                <w:rFonts w:cs="Arial"/>
              </w:rPr>
            </w:pPr>
            <w:r w:rsidRPr="00505610">
              <w:rPr>
                <w:rFonts w:cs="Arial"/>
                <w:sz w:val="15"/>
              </w:rPr>
              <w:t>498</w:t>
            </w:r>
          </w:p>
        </w:tc>
        <w:tc>
          <w:tcPr>
            <w:tcW w:w="1987" w:type="dxa"/>
            <w:tcMar>
              <w:top w:w="35" w:type="dxa"/>
              <w:left w:w="35" w:type="dxa"/>
              <w:bottom w:w="35" w:type="dxa"/>
              <w:right w:w="35" w:type="dxa"/>
            </w:tcMar>
            <w:vAlign w:val="center"/>
          </w:tcPr>
          <w:p w14:paraId="48825CF2" w14:textId="77777777" w:rsidR="00000000" w:rsidRPr="00505610" w:rsidRDefault="00000000">
            <w:pPr>
              <w:jc w:val="center"/>
              <w:rPr>
                <w:rFonts w:cs="Arial"/>
              </w:rPr>
            </w:pPr>
            <w:r w:rsidRPr="00505610">
              <w:rPr>
                <w:rFonts w:cs="Arial"/>
                <w:sz w:val="15"/>
              </w:rPr>
              <w:t>111 (22.3)</w:t>
            </w:r>
          </w:p>
        </w:tc>
        <w:tc>
          <w:tcPr>
            <w:tcW w:w="1987" w:type="dxa"/>
            <w:tcMar>
              <w:top w:w="35" w:type="dxa"/>
              <w:left w:w="35" w:type="dxa"/>
              <w:bottom w:w="35" w:type="dxa"/>
              <w:right w:w="35" w:type="dxa"/>
            </w:tcMar>
            <w:vAlign w:val="center"/>
          </w:tcPr>
          <w:p w14:paraId="4C347A78" w14:textId="77777777" w:rsidR="00000000" w:rsidRPr="00505610" w:rsidRDefault="00000000">
            <w:pPr>
              <w:jc w:val="center"/>
              <w:rPr>
                <w:rFonts w:cs="Arial"/>
              </w:rPr>
            </w:pPr>
            <w:r w:rsidRPr="00505610">
              <w:rPr>
                <w:rFonts w:cs="Arial"/>
                <w:sz w:val="15"/>
              </w:rPr>
              <w:t>246 (49.4)</w:t>
            </w:r>
          </w:p>
        </w:tc>
        <w:tc>
          <w:tcPr>
            <w:tcW w:w="1987" w:type="dxa"/>
            <w:tcMar>
              <w:top w:w="35" w:type="dxa"/>
              <w:left w:w="35" w:type="dxa"/>
              <w:bottom w:w="35" w:type="dxa"/>
              <w:right w:w="35" w:type="dxa"/>
            </w:tcMar>
            <w:vAlign w:val="center"/>
          </w:tcPr>
          <w:p w14:paraId="144B1D2C" w14:textId="77777777" w:rsidR="00000000" w:rsidRPr="00505610" w:rsidRDefault="00000000">
            <w:pPr>
              <w:jc w:val="center"/>
              <w:rPr>
                <w:rFonts w:cs="Arial"/>
              </w:rPr>
            </w:pPr>
            <w:r w:rsidRPr="00505610">
              <w:rPr>
                <w:rFonts w:cs="Arial"/>
                <w:sz w:val="15"/>
              </w:rPr>
              <w:t>141 (28.3)</w:t>
            </w:r>
          </w:p>
        </w:tc>
      </w:tr>
      <w:tr w:rsidR="005A4F13" w:rsidRPr="00505610" w14:paraId="0864FFEC" w14:textId="77777777">
        <w:trPr>
          <w:cantSplit/>
        </w:trPr>
        <w:tc>
          <w:tcPr>
            <w:tcW w:w="2376" w:type="dxa"/>
            <w:tcMar>
              <w:top w:w="35" w:type="dxa"/>
              <w:left w:w="35" w:type="dxa"/>
              <w:bottom w:w="35" w:type="dxa"/>
              <w:right w:w="35" w:type="dxa"/>
            </w:tcMar>
            <w:vAlign w:val="center"/>
          </w:tcPr>
          <w:p w14:paraId="5415CB01" w14:textId="77777777" w:rsidR="00000000" w:rsidRPr="00505610" w:rsidRDefault="00000000">
            <w:pPr>
              <w:rPr>
                <w:rFonts w:cs="Arial"/>
              </w:rPr>
            </w:pPr>
            <w:r w:rsidRPr="00505610">
              <w:rPr>
                <w:rFonts w:cs="Arial"/>
                <w:i/>
                <w:sz w:val="15"/>
              </w:rPr>
              <w:t>Missing</w:t>
            </w:r>
          </w:p>
        </w:tc>
        <w:tc>
          <w:tcPr>
            <w:tcW w:w="1800" w:type="dxa"/>
            <w:tcMar>
              <w:top w:w="35" w:type="dxa"/>
              <w:left w:w="35" w:type="dxa"/>
              <w:bottom w:w="35" w:type="dxa"/>
              <w:right w:w="35" w:type="dxa"/>
            </w:tcMar>
            <w:vAlign w:val="center"/>
          </w:tcPr>
          <w:p w14:paraId="6319CCFD" w14:textId="77777777" w:rsidR="00000000" w:rsidRPr="00505610" w:rsidRDefault="00000000">
            <w:pPr>
              <w:jc w:val="center"/>
              <w:rPr>
                <w:rFonts w:cs="Arial"/>
              </w:rPr>
            </w:pPr>
            <w:r w:rsidRPr="00505610">
              <w:rPr>
                <w:rFonts w:cs="Arial"/>
                <w:i/>
                <w:sz w:val="15"/>
              </w:rPr>
              <w:t>30</w:t>
            </w:r>
          </w:p>
        </w:tc>
        <w:tc>
          <w:tcPr>
            <w:tcW w:w="1987" w:type="dxa"/>
            <w:tcMar>
              <w:top w:w="35" w:type="dxa"/>
              <w:left w:w="35" w:type="dxa"/>
              <w:bottom w:w="35" w:type="dxa"/>
              <w:right w:w="35" w:type="dxa"/>
            </w:tcMar>
            <w:vAlign w:val="center"/>
          </w:tcPr>
          <w:p w14:paraId="6FD9E7C4" w14:textId="77777777" w:rsidR="00000000" w:rsidRPr="00505610" w:rsidRDefault="00000000">
            <w:pPr>
              <w:jc w:val="center"/>
              <w:rPr>
                <w:rFonts w:cs="Arial"/>
              </w:rPr>
            </w:pPr>
            <w:r w:rsidRPr="00505610">
              <w:rPr>
                <w:rFonts w:cs="Arial"/>
                <w:i/>
                <w:sz w:val="15"/>
              </w:rPr>
              <w:t>6 (20.0)</w:t>
            </w:r>
          </w:p>
        </w:tc>
        <w:tc>
          <w:tcPr>
            <w:tcW w:w="1987" w:type="dxa"/>
            <w:tcMar>
              <w:top w:w="35" w:type="dxa"/>
              <w:left w:w="35" w:type="dxa"/>
              <w:bottom w:w="35" w:type="dxa"/>
              <w:right w:w="35" w:type="dxa"/>
            </w:tcMar>
            <w:vAlign w:val="center"/>
          </w:tcPr>
          <w:p w14:paraId="159D2C96" w14:textId="77777777" w:rsidR="00000000" w:rsidRPr="00505610" w:rsidRDefault="00000000">
            <w:pPr>
              <w:jc w:val="center"/>
              <w:rPr>
                <w:rFonts w:cs="Arial"/>
              </w:rPr>
            </w:pPr>
            <w:r w:rsidRPr="00505610">
              <w:rPr>
                <w:rFonts w:cs="Arial"/>
                <w:i/>
                <w:sz w:val="15"/>
              </w:rPr>
              <w:t>15 (50.0)</w:t>
            </w:r>
          </w:p>
        </w:tc>
        <w:tc>
          <w:tcPr>
            <w:tcW w:w="1987" w:type="dxa"/>
            <w:tcMar>
              <w:top w:w="35" w:type="dxa"/>
              <w:left w:w="35" w:type="dxa"/>
              <w:bottom w:w="35" w:type="dxa"/>
              <w:right w:w="35" w:type="dxa"/>
            </w:tcMar>
            <w:vAlign w:val="center"/>
          </w:tcPr>
          <w:p w14:paraId="49C43D00" w14:textId="77777777" w:rsidR="00000000" w:rsidRPr="00505610" w:rsidRDefault="00000000">
            <w:pPr>
              <w:jc w:val="center"/>
              <w:rPr>
                <w:rFonts w:cs="Arial"/>
              </w:rPr>
            </w:pPr>
            <w:r w:rsidRPr="00505610">
              <w:rPr>
                <w:rFonts w:cs="Arial"/>
                <w:i/>
                <w:sz w:val="15"/>
              </w:rPr>
              <w:t>9 (30.0)</w:t>
            </w:r>
          </w:p>
        </w:tc>
      </w:tr>
      <w:tr w:rsidR="005A4F13" w:rsidRPr="00505610" w14:paraId="04EB60F3" w14:textId="77777777">
        <w:trPr>
          <w:cantSplit/>
        </w:trPr>
        <w:tc>
          <w:tcPr>
            <w:tcW w:w="1987" w:type="dxa"/>
            <w:gridSpan w:val="5"/>
            <w:tcMar>
              <w:top w:w="35" w:type="dxa"/>
              <w:left w:w="35" w:type="dxa"/>
              <w:bottom w:w="35" w:type="dxa"/>
              <w:right w:w="35" w:type="dxa"/>
            </w:tcMar>
            <w:vAlign w:val="center"/>
          </w:tcPr>
          <w:p w14:paraId="25BAA8D3" w14:textId="77777777" w:rsidR="00000000" w:rsidRPr="00505610" w:rsidRDefault="00000000">
            <w:pPr>
              <w:rPr>
                <w:rFonts w:cs="Arial"/>
              </w:rPr>
            </w:pPr>
            <w:r w:rsidRPr="00505610">
              <w:rPr>
                <w:rFonts w:cs="Arial"/>
                <w:b/>
                <w:sz w:val="15"/>
              </w:rPr>
              <w:t>Education</w:t>
            </w:r>
          </w:p>
        </w:tc>
      </w:tr>
      <w:tr w:rsidR="005A4F13" w:rsidRPr="00505610" w14:paraId="3F8EF386" w14:textId="77777777">
        <w:trPr>
          <w:cantSplit/>
        </w:trPr>
        <w:tc>
          <w:tcPr>
            <w:tcW w:w="2376" w:type="dxa"/>
            <w:tcMar>
              <w:top w:w="35" w:type="dxa"/>
              <w:left w:w="35" w:type="dxa"/>
              <w:bottom w:w="35" w:type="dxa"/>
              <w:right w:w="35" w:type="dxa"/>
            </w:tcMar>
            <w:vAlign w:val="center"/>
          </w:tcPr>
          <w:p w14:paraId="54F309E4" w14:textId="77777777" w:rsidR="00000000" w:rsidRPr="00505610" w:rsidRDefault="00000000">
            <w:pPr>
              <w:rPr>
                <w:rFonts w:cs="Arial"/>
              </w:rPr>
            </w:pPr>
            <w:r w:rsidRPr="00505610">
              <w:rPr>
                <w:rFonts w:cs="Arial"/>
                <w:sz w:val="15"/>
              </w:rPr>
              <w:t>A levels/College</w:t>
            </w:r>
          </w:p>
        </w:tc>
        <w:tc>
          <w:tcPr>
            <w:tcW w:w="1800" w:type="dxa"/>
            <w:tcMar>
              <w:top w:w="35" w:type="dxa"/>
              <w:left w:w="35" w:type="dxa"/>
              <w:bottom w:w="35" w:type="dxa"/>
              <w:right w:w="35" w:type="dxa"/>
            </w:tcMar>
            <w:vAlign w:val="center"/>
          </w:tcPr>
          <w:p w14:paraId="0ACF51D7" w14:textId="77777777" w:rsidR="00000000" w:rsidRPr="00505610" w:rsidRDefault="00000000">
            <w:pPr>
              <w:jc w:val="center"/>
              <w:rPr>
                <w:rFonts w:cs="Arial"/>
              </w:rPr>
            </w:pPr>
            <w:r w:rsidRPr="00505610">
              <w:rPr>
                <w:rFonts w:cs="Arial"/>
                <w:sz w:val="15"/>
              </w:rPr>
              <w:t>36,700</w:t>
            </w:r>
          </w:p>
        </w:tc>
        <w:tc>
          <w:tcPr>
            <w:tcW w:w="1987" w:type="dxa"/>
            <w:tcMar>
              <w:top w:w="35" w:type="dxa"/>
              <w:left w:w="35" w:type="dxa"/>
              <w:bottom w:w="35" w:type="dxa"/>
              <w:right w:w="35" w:type="dxa"/>
            </w:tcMar>
            <w:vAlign w:val="center"/>
          </w:tcPr>
          <w:p w14:paraId="4E8348B2" w14:textId="77777777" w:rsidR="00000000" w:rsidRPr="00505610" w:rsidRDefault="00000000">
            <w:pPr>
              <w:jc w:val="center"/>
              <w:rPr>
                <w:rFonts w:cs="Arial"/>
              </w:rPr>
            </w:pPr>
            <w:r w:rsidRPr="00505610">
              <w:rPr>
                <w:rFonts w:cs="Arial"/>
                <w:sz w:val="15"/>
              </w:rPr>
              <w:t>11,871 (32.3)</w:t>
            </w:r>
          </w:p>
        </w:tc>
        <w:tc>
          <w:tcPr>
            <w:tcW w:w="1987" w:type="dxa"/>
            <w:tcMar>
              <w:top w:w="35" w:type="dxa"/>
              <w:left w:w="35" w:type="dxa"/>
              <w:bottom w:w="35" w:type="dxa"/>
              <w:right w:w="35" w:type="dxa"/>
            </w:tcMar>
            <w:vAlign w:val="center"/>
          </w:tcPr>
          <w:p w14:paraId="1D88B938" w14:textId="77777777" w:rsidR="00000000" w:rsidRPr="00505610" w:rsidRDefault="00000000">
            <w:pPr>
              <w:jc w:val="center"/>
              <w:rPr>
                <w:rFonts w:cs="Arial"/>
              </w:rPr>
            </w:pPr>
            <w:r w:rsidRPr="00505610">
              <w:rPr>
                <w:rFonts w:cs="Arial"/>
                <w:sz w:val="15"/>
              </w:rPr>
              <w:t>18,316 (49.9)</w:t>
            </w:r>
          </w:p>
        </w:tc>
        <w:tc>
          <w:tcPr>
            <w:tcW w:w="1987" w:type="dxa"/>
            <w:tcMar>
              <w:top w:w="35" w:type="dxa"/>
              <w:left w:w="35" w:type="dxa"/>
              <w:bottom w:w="35" w:type="dxa"/>
              <w:right w:w="35" w:type="dxa"/>
            </w:tcMar>
            <w:vAlign w:val="center"/>
          </w:tcPr>
          <w:p w14:paraId="21366A0B" w14:textId="77777777" w:rsidR="00000000" w:rsidRPr="00505610" w:rsidRDefault="00000000">
            <w:pPr>
              <w:jc w:val="center"/>
              <w:rPr>
                <w:rFonts w:cs="Arial"/>
              </w:rPr>
            </w:pPr>
            <w:r w:rsidRPr="00505610">
              <w:rPr>
                <w:rFonts w:cs="Arial"/>
                <w:sz w:val="15"/>
              </w:rPr>
              <w:t>6,513 (17.7)</w:t>
            </w:r>
          </w:p>
        </w:tc>
      </w:tr>
      <w:tr w:rsidR="005A4F13" w:rsidRPr="00505610" w14:paraId="39FAB8A5" w14:textId="77777777">
        <w:trPr>
          <w:cantSplit/>
        </w:trPr>
        <w:tc>
          <w:tcPr>
            <w:tcW w:w="2376" w:type="dxa"/>
            <w:tcMar>
              <w:top w:w="35" w:type="dxa"/>
              <w:left w:w="35" w:type="dxa"/>
              <w:bottom w:w="35" w:type="dxa"/>
              <w:right w:w="35" w:type="dxa"/>
            </w:tcMar>
            <w:vAlign w:val="center"/>
          </w:tcPr>
          <w:p w14:paraId="6A21391D" w14:textId="77777777" w:rsidR="00000000" w:rsidRPr="00505610" w:rsidRDefault="00000000">
            <w:pPr>
              <w:rPr>
                <w:rFonts w:cs="Arial"/>
              </w:rPr>
            </w:pPr>
            <w:r w:rsidRPr="00505610">
              <w:rPr>
                <w:rFonts w:cs="Arial"/>
                <w:sz w:val="15"/>
              </w:rPr>
              <w:t>Secondary School</w:t>
            </w:r>
          </w:p>
        </w:tc>
        <w:tc>
          <w:tcPr>
            <w:tcW w:w="1800" w:type="dxa"/>
            <w:tcMar>
              <w:top w:w="35" w:type="dxa"/>
              <w:left w:w="35" w:type="dxa"/>
              <w:bottom w:w="35" w:type="dxa"/>
              <w:right w:w="35" w:type="dxa"/>
            </w:tcMar>
            <w:vAlign w:val="center"/>
          </w:tcPr>
          <w:p w14:paraId="1798FAC9" w14:textId="77777777" w:rsidR="00000000" w:rsidRPr="00505610" w:rsidRDefault="00000000">
            <w:pPr>
              <w:jc w:val="center"/>
              <w:rPr>
                <w:rFonts w:cs="Arial"/>
              </w:rPr>
            </w:pPr>
            <w:r w:rsidRPr="00505610">
              <w:rPr>
                <w:rFonts w:cs="Arial"/>
                <w:sz w:val="15"/>
              </w:rPr>
              <w:t>30,481</w:t>
            </w:r>
          </w:p>
        </w:tc>
        <w:tc>
          <w:tcPr>
            <w:tcW w:w="1987" w:type="dxa"/>
            <w:tcMar>
              <w:top w:w="35" w:type="dxa"/>
              <w:left w:w="35" w:type="dxa"/>
              <w:bottom w:w="35" w:type="dxa"/>
              <w:right w:w="35" w:type="dxa"/>
            </w:tcMar>
            <w:vAlign w:val="center"/>
          </w:tcPr>
          <w:p w14:paraId="62D99E0D" w14:textId="77777777" w:rsidR="00000000" w:rsidRPr="00505610" w:rsidRDefault="00000000">
            <w:pPr>
              <w:jc w:val="center"/>
              <w:rPr>
                <w:rFonts w:cs="Arial"/>
              </w:rPr>
            </w:pPr>
            <w:r w:rsidRPr="00505610">
              <w:rPr>
                <w:rFonts w:cs="Arial"/>
                <w:sz w:val="15"/>
              </w:rPr>
              <w:t>9,746 (32.0)</w:t>
            </w:r>
          </w:p>
        </w:tc>
        <w:tc>
          <w:tcPr>
            <w:tcW w:w="1987" w:type="dxa"/>
            <w:tcMar>
              <w:top w:w="35" w:type="dxa"/>
              <w:left w:w="35" w:type="dxa"/>
              <w:bottom w:w="35" w:type="dxa"/>
              <w:right w:w="35" w:type="dxa"/>
            </w:tcMar>
            <w:vAlign w:val="center"/>
          </w:tcPr>
          <w:p w14:paraId="519138EE" w14:textId="77777777" w:rsidR="00000000" w:rsidRPr="00505610" w:rsidRDefault="00000000">
            <w:pPr>
              <w:jc w:val="center"/>
              <w:rPr>
                <w:rFonts w:cs="Arial"/>
              </w:rPr>
            </w:pPr>
            <w:r w:rsidRPr="00505610">
              <w:rPr>
                <w:rFonts w:cs="Arial"/>
                <w:sz w:val="15"/>
              </w:rPr>
              <w:t>14,629 (48.0)</w:t>
            </w:r>
          </w:p>
        </w:tc>
        <w:tc>
          <w:tcPr>
            <w:tcW w:w="1987" w:type="dxa"/>
            <w:tcMar>
              <w:top w:w="35" w:type="dxa"/>
              <w:left w:w="35" w:type="dxa"/>
              <w:bottom w:w="35" w:type="dxa"/>
              <w:right w:w="35" w:type="dxa"/>
            </w:tcMar>
            <w:vAlign w:val="center"/>
          </w:tcPr>
          <w:p w14:paraId="4B41E4FE" w14:textId="77777777" w:rsidR="00000000" w:rsidRPr="00505610" w:rsidRDefault="00000000">
            <w:pPr>
              <w:jc w:val="center"/>
              <w:rPr>
                <w:rFonts w:cs="Arial"/>
              </w:rPr>
            </w:pPr>
            <w:r w:rsidRPr="00505610">
              <w:rPr>
                <w:rFonts w:cs="Arial"/>
                <w:sz w:val="15"/>
              </w:rPr>
              <w:t>6,106 (20.0)</w:t>
            </w:r>
          </w:p>
        </w:tc>
      </w:tr>
      <w:tr w:rsidR="005A4F13" w:rsidRPr="00505610" w14:paraId="4636A7A3" w14:textId="77777777">
        <w:trPr>
          <w:cantSplit/>
        </w:trPr>
        <w:tc>
          <w:tcPr>
            <w:tcW w:w="2376" w:type="dxa"/>
            <w:tcMar>
              <w:top w:w="35" w:type="dxa"/>
              <w:left w:w="35" w:type="dxa"/>
              <w:bottom w:w="35" w:type="dxa"/>
              <w:right w:w="35" w:type="dxa"/>
            </w:tcMar>
            <w:vAlign w:val="center"/>
          </w:tcPr>
          <w:p w14:paraId="628A59A5" w14:textId="77777777" w:rsidR="00000000" w:rsidRPr="00505610" w:rsidRDefault="00000000">
            <w:pPr>
              <w:rPr>
                <w:rFonts w:cs="Arial"/>
              </w:rPr>
            </w:pPr>
            <w:r w:rsidRPr="00505610">
              <w:rPr>
                <w:rFonts w:cs="Arial"/>
                <w:sz w:val="15"/>
              </w:rPr>
              <w:t>University Degree or higher</w:t>
            </w:r>
          </w:p>
        </w:tc>
        <w:tc>
          <w:tcPr>
            <w:tcW w:w="1800" w:type="dxa"/>
            <w:tcMar>
              <w:top w:w="35" w:type="dxa"/>
              <w:left w:w="35" w:type="dxa"/>
              <w:bottom w:w="35" w:type="dxa"/>
              <w:right w:w="35" w:type="dxa"/>
            </w:tcMar>
            <w:vAlign w:val="center"/>
          </w:tcPr>
          <w:p w14:paraId="709E089F" w14:textId="77777777" w:rsidR="00000000" w:rsidRPr="00505610" w:rsidRDefault="00000000">
            <w:pPr>
              <w:jc w:val="center"/>
              <w:rPr>
                <w:rFonts w:cs="Arial"/>
              </w:rPr>
            </w:pPr>
            <w:r w:rsidRPr="00505610">
              <w:rPr>
                <w:rFonts w:cs="Arial"/>
                <w:sz w:val="15"/>
              </w:rPr>
              <w:t>58,008</w:t>
            </w:r>
          </w:p>
        </w:tc>
        <w:tc>
          <w:tcPr>
            <w:tcW w:w="1987" w:type="dxa"/>
            <w:tcMar>
              <w:top w:w="35" w:type="dxa"/>
              <w:left w:w="35" w:type="dxa"/>
              <w:bottom w:w="35" w:type="dxa"/>
              <w:right w:w="35" w:type="dxa"/>
            </w:tcMar>
            <w:vAlign w:val="center"/>
          </w:tcPr>
          <w:p w14:paraId="79BDBB5D" w14:textId="77777777" w:rsidR="00000000" w:rsidRPr="00505610" w:rsidRDefault="00000000">
            <w:pPr>
              <w:jc w:val="center"/>
              <w:rPr>
                <w:rFonts w:cs="Arial"/>
              </w:rPr>
            </w:pPr>
            <w:r w:rsidRPr="00505610">
              <w:rPr>
                <w:rFonts w:cs="Arial"/>
                <w:sz w:val="15"/>
              </w:rPr>
              <w:t>22,033 (38.0)</w:t>
            </w:r>
          </w:p>
        </w:tc>
        <w:tc>
          <w:tcPr>
            <w:tcW w:w="1987" w:type="dxa"/>
            <w:tcMar>
              <w:top w:w="35" w:type="dxa"/>
              <w:left w:w="35" w:type="dxa"/>
              <w:bottom w:w="35" w:type="dxa"/>
              <w:right w:w="35" w:type="dxa"/>
            </w:tcMar>
            <w:vAlign w:val="center"/>
          </w:tcPr>
          <w:p w14:paraId="7EC9C582" w14:textId="77777777" w:rsidR="00000000" w:rsidRPr="00505610" w:rsidRDefault="00000000">
            <w:pPr>
              <w:jc w:val="center"/>
              <w:rPr>
                <w:rFonts w:cs="Arial"/>
              </w:rPr>
            </w:pPr>
            <w:r w:rsidRPr="00505610">
              <w:rPr>
                <w:rFonts w:cs="Arial"/>
                <w:sz w:val="15"/>
              </w:rPr>
              <w:t>28,548 (49.2)</w:t>
            </w:r>
          </w:p>
        </w:tc>
        <w:tc>
          <w:tcPr>
            <w:tcW w:w="1987" w:type="dxa"/>
            <w:tcMar>
              <w:top w:w="35" w:type="dxa"/>
              <w:left w:w="35" w:type="dxa"/>
              <w:bottom w:w="35" w:type="dxa"/>
              <w:right w:w="35" w:type="dxa"/>
            </w:tcMar>
            <w:vAlign w:val="center"/>
          </w:tcPr>
          <w:p w14:paraId="1DAB0DA1" w14:textId="77777777" w:rsidR="00000000" w:rsidRPr="00505610" w:rsidRDefault="00000000">
            <w:pPr>
              <w:jc w:val="center"/>
              <w:rPr>
                <w:rFonts w:cs="Arial"/>
              </w:rPr>
            </w:pPr>
            <w:r w:rsidRPr="00505610">
              <w:rPr>
                <w:rFonts w:cs="Arial"/>
                <w:sz w:val="15"/>
              </w:rPr>
              <w:t>7,427 (12.8)</w:t>
            </w:r>
          </w:p>
        </w:tc>
      </w:tr>
      <w:tr w:rsidR="005A4F13" w:rsidRPr="00505610" w14:paraId="12DDB35B" w14:textId="77777777">
        <w:trPr>
          <w:cantSplit/>
        </w:trPr>
        <w:tc>
          <w:tcPr>
            <w:tcW w:w="2376" w:type="dxa"/>
            <w:tcMar>
              <w:top w:w="35" w:type="dxa"/>
              <w:left w:w="35" w:type="dxa"/>
              <w:bottom w:w="35" w:type="dxa"/>
              <w:right w:w="35" w:type="dxa"/>
            </w:tcMar>
            <w:vAlign w:val="center"/>
          </w:tcPr>
          <w:p w14:paraId="39CA035D" w14:textId="77777777" w:rsidR="00000000" w:rsidRPr="00505610" w:rsidRDefault="00000000">
            <w:pPr>
              <w:rPr>
                <w:rFonts w:cs="Arial"/>
              </w:rPr>
            </w:pPr>
            <w:r w:rsidRPr="00505610">
              <w:rPr>
                <w:rFonts w:cs="Arial"/>
                <w:i/>
                <w:sz w:val="15"/>
              </w:rPr>
              <w:t>Missing</w:t>
            </w:r>
          </w:p>
        </w:tc>
        <w:tc>
          <w:tcPr>
            <w:tcW w:w="1800" w:type="dxa"/>
            <w:tcMar>
              <w:top w:w="35" w:type="dxa"/>
              <w:left w:w="35" w:type="dxa"/>
              <w:bottom w:w="35" w:type="dxa"/>
              <w:right w:w="35" w:type="dxa"/>
            </w:tcMar>
            <w:vAlign w:val="center"/>
          </w:tcPr>
          <w:p w14:paraId="15EFD6E3" w14:textId="77777777" w:rsidR="00000000" w:rsidRPr="00505610" w:rsidRDefault="00000000">
            <w:pPr>
              <w:jc w:val="center"/>
              <w:rPr>
                <w:rFonts w:cs="Arial"/>
              </w:rPr>
            </w:pPr>
            <w:r w:rsidRPr="00505610">
              <w:rPr>
                <w:rFonts w:cs="Arial"/>
                <w:i/>
                <w:sz w:val="15"/>
              </w:rPr>
              <w:t>10,533</w:t>
            </w:r>
          </w:p>
        </w:tc>
        <w:tc>
          <w:tcPr>
            <w:tcW w:w="1987" w:type="dxa"/>
            <w:tcMar>
              <w:top w:w="35" w:type="dxa"/>
              <w:left w:w="35" w:type="dxa"/>
              <w:bottom w:w="35" w:type="dxa"/>
              <w:right w:w="35" w:type="dxa"/>
            </w:tcMar>
            <w:vAlign w:val="center"/>
          </w:tcPr>
          <w:p w14:paraId="2D137C9C" w14:textId="77777777" w:rsidR="00000000" w:rsidRPr="00505610" w:rsidRDefault="00000000">
            <w:pPr>
              <w:jc w:val="center"/>
              <w:rPr>
                <w:rFonts w:cs="Arial"/>
              </w:rPr>
            </w:pPr>
            <w:r w:rsidRPr="00505610">
              <w:rPr>
                <w:rFonts w:cs="Arial"/>
                <w:i/>
                <w:sz w:val="15"/>
              </w:rPr>
              <w:t>2,705 (25.7)</w:t>
            </w:r>
          </w:p>
        </w:tc>
        <w:tc>
          <w:tcPr>
            <w:tcW w:w="1987" w:type="dxa"/>
            <w:tcMar>
              <w:top w:w="35" w:type="dxa"/>
              <w:left w:w="35" w:type="dxa"/>
              <w:bottom w:w="35" w:type="dxa"/>
              <w:right w:w="35" w:type="dxa"/>
            </w:tcMar>
            <w:vAlign w:val="center"/>
          </w:tcPr>
          <w:p w14:paraId="5FA044B6" w14:textId="77777777" w:rsidR="00000000" w:rsidRPr="00505610" w:rsidRDefault="00000000">
            <w:pPr>
              <w:jc w:val="center"/>
              <w:rPr>
                <w:rFonts w:cs="Arial"/>
              </w:rPr>
            </w:pPr>
            <w:r w:rsidRPr="00505610">
              <w:rPr>
                <w:rFonts w:cs="Arial"/>
                <w:i/>
                <w:sz w:val="15"/>
              </w:rPr>
              <w:t>5,508 (52.3)</w:t>
            </w:r>
          </w:p>
        </w:tc>
        <w:tc>
          <w:tcPr>
            <w:tcW w:w="1987" w:type="dxa"/>
            <w:tcMar>
              <w:top w:w="35" w:type="dxa"/>
              <w:left w:w="35" w:type="dxa"/>
              <w:bottom w:w="35" w:type="dxa"/>
              <w:right w:w="35" w:type="dxa"/>
            </w:tcMar>
            <w:vAlign w:val="center"/>
          </w:tcPr>
          <w:p w14:paraId="2278E45E" w14:textId="77777777" w:rsidR="00000000" w:rsidRPr="00505610" w:rsidRDefault="00000000">
            <w:pPr>
              <w:jc w:val="center"/>
              <w:rPr>
                <w:rFonts w:cs="Arial"/>
              </w:rPr>
            </w:pPr>
            <w:r w:rsidRPr="00505610">
              <w:rPr>
                <w:rFonts w:cs="Arial"/>
                <w:i/>
                <w:sz w:val="15"/>
              </w:rPr>
              <w:t>2,320 (22.0)</w:t>
            </w:r>
          </w:p>
        </w:tc>
      </w:tr>
      <w:tr w:rsidR="005A4F13" w:rsidRPr="00505610" w14:paraId="695863CA" w14:textId="77777777">
        <w:trPr>
          <w:cantSplit/>
        </w:trPr>
        <w:tc>
          <w:tcPr>
            <w:tcW w:w="1987" w:type="dxa"/>
            <w:gridSpan w:val="5"/>
            <w:tcMar>
              <w:top w:w="35" w:type="dxa"/>
              <w:left w:w="35" w:type="dxa"/>
              <w:bottom w:w="35" w:type="dxa"/>
              <w:right w:w="35" w:type="dxa"/>
            </w:tcMar>
            <w:vAlign w:val="center"/>
          </w:tcPr>
          <w:p w14:paraId="5E366F4A" w14:textId="77777777" w:rsidR="00000000" w:rsidRPr="00505610" w:rsidRDefault="00000000">
            <w:pPr>
              <w:rPr>
                <w:rFonts w:cs="Arial"/>
              </w:rPr>
            </w:pPr>
            <w:r w:rsidRPr="00505610">
              <w:rPr>
                <w:rFonts w:cs="Arial"/>
                <w:b/>
                <w:sz w:val="15"/>
              </w:rPr>
              <w:t>Employment</w:t>
            </w:r>
          </w:p>
        </w:tc>
      </w:tr>
      <w:tr w:rsidR="005A4F13" w:rsidRPr="00505610" w14:paraId="119287A0" w14:textId="77777777">
        <w:trPr>
          <w:cantSplit/>
        </w:trPr>
        <w:tc>
          <w:tcPr>
            <w:tcW w:w="2376" w:type="dxa"/>
            <w:tcMar>
              <w:top w:w="35" w:type="dxa"/>
              <w:left w:w="35" w:type="dxa"/>
              <w:bottom w:w="35" w:type="dxa"/>
              <w:right w:w="35" w:type="dxa"/>
            </w:tcMar>
            <w:vAlign w:val="center"/>
          </w:tcPr>
          <w:p w14:paraId="7EF92A86" w14:textId="77777777" w:rsidR="00000000" w:rsidRPr="00505610" w:rsidRDefault="00000000">
            <w:pPr>
              <w:rPr>
                <w:rFonts w:cs="Arial"/>
              </w:rPr>
            </w:pPr>
            <w:r w:rsidRPr="00505610">
              <w:rPr>
                <w:rFonts w:cs="Arial"/>
                <w:sz w:val="15"/>
              </w:rPr>
              <w:t>Employed full-time</w:t>
            </w:r>
          </w:p>
        </w:tc>
        <w:tc>
          <w:tcPr>
            <w:tcW w:w="1800" w:type="dxa"/>
            <w:tcMar>
              <w:top w:w="35" w:type="dxa"/>
              <w:left w:w="35" w:type="dxa"/>
              <w:bottom w:w="35" w:type="dxa"/>
              <w:right w:w="35" w:type="dxa"/>
            </w:tcMar>
            <w:vAlign w:val="center"/>
          </w:tcPr>
          <w:p w14:paraId="37E15755" w14:textId="77777777" w:rsidR="00000000" w:rsidRPr="00505610" w:rsidRDefault="00000000">
            <w:pPr>
              <w:jc w:val="center"/>
              <w:rPr>
                <w:rFonts w:cs="Arial"/>
              </w:rPr>
            </w:pPr>
            <w:r w:rsidRPr="00505610">
              <w:rPr>
                <w:rFonts w:cs="Arial"/>
                <w:sz w:val="15"/>
              </w:rPr>
              <w:t>38,388</w:t>
            </w:r>
          </w:p>
        </w:tc>
        <w:tc>
          <w:tcPr>
            <w:tcW w:w="1987" w:type="dxa"/>
            <w:tcMar>
              <w:top w:w="35" w:type="dxa"/>
              <w:left w:w="35" w:type="dxa"/>
              <w:bottom w:w="35" w:type="dxa"/>
              <w:right w:w="35" w:type="dxa"/>
            </w:tcMar>
            <w:vAlign w:val="center"/>
          </w:tcPr>
          <w:p w14:paraId="5AE02D12" w14:textId="77777777" w:rsidR="00000000" w:rsidRPr="00505610" w:rsidRDefault="00000000">
            <w:pPr>
              <w:jc w:val="center"/>
              <w:rPr>
                <w:rFonts w:cs="Arial"/>
              </w:rPr>
            </w:pPr>
            <w:r w:rsidRPr="00505610">
              <w:rPr>
                <w:rFonts w:cs="Arial"/>
                <w:sz w:val="15"/>
              </w:rPr>
              <w:t>11,558 (30.1)</w:t>
            </w:r>
          </w:p>
        </w:tc>
        <w:tc>
          <w:tcPr>
            <w:tcW w:w="1987" w:type="dxa"/>
            <w:tcMar>
              <w:top w:w="35" w:type="dxa"/>
              <w:left w:w="35" w:type="dxa"/>
              <w:bottom w:w="35" w:type="dxa"/>
              <w:right w:w="35" w:type="dxa"/>
            </w:tcMar>
            <w:vAlign w:val="center"/>
          </w:tcPr>
          <w:p w14:paraId="652DF988" w14:textId="77777777" w:rsidR="00000000" w:rsidRPr="00505610" w:rsidRDefault="00000000">
            <w:pPr>
              <w:jc w:val="center"/>
              <w:rPr>
                <w:rFonts w:cs="Arial"/>
              </w:rPr>
            </w:pPr>
            <w:r w:rsidRPr="00505610">
              <w:rPr>
                <w:rFonts w:cs="Arial"/>
                <w:sz w:val="15"/>
              </w:rPr>
              <w:t>20,618 (53.7)</w:t>
            </w:r>
          </w:p>
        </w:tc>
        <w:tc>
          <w:tcPr>
            <w:tcW w:w="1987" w:type="dxa"/>
            <w:tcMar>
              <w:top w:w="35" w:type="dxa"/>
              <w:left w:w="35" w:type="dxa"/>
              <w:bottom w:w="35" w:type="dxa"/>
              <w:right w:w="35" w:type="dxa"/>
            </w:tcMar>
            <w:vAlign w:val="center"/>
          </w:tcPr>
          <w:p w14:paraId="2FCAC91F" w14:textId="77777777" w:rsidR="00000000" w:rsidRPr="00505610" w:rsidRDefault="00000000">
            <w:pPr>
              <w:jc w:val="center"/>
              <w:rPr>
                <w:rFonts w:cs="Arial"/>
              </w:rPr>
            </w:pPr>
            <w:r w:rsidRPr="00505610">
              <w:rPr>
                <w:rFonts w:cs="Arial"/>
                <w:sz w:val="15"/>
              </w:rPr>
              <w:t>6,212 (16.2)</w:t>
            </w:r>
          </w:p>
        </w:tc>
      </w:tr>
      <w:tr w:rsidR="005A4F13" w:rsidRPr="00505610" w14:paraId="60C8560B" w14:textId="77777777">
        <w:trPr>
          <w:cantSplit/>
        </w:trPr>
        <w:tc>
          <w:tcPr>
            <w:tcW w:w="2376" w:type="dxa"/>
            <w:tcMar>
              <w:top w:w="35" w:type="dxa"/>
              <w:left w:w="35" w:type="dxa"/>
              <w:bottom w:w="35" w:type="dxa"/>
              <w:right w:w="35" w:type="dxa"/>
            </w:tcMar>
            <w:vAlign w:val="center"/>
          </w:tcPr>
          <w:p w14:paraId="3D69C50A" w14:textId="77777777" w:rsidR="00000000" w:rsidRPr="00505610" w:rsidRDefault="00000000">
            <w:pPr>
              <w:rPr>
                <w:rFonts w:cs="Arial"/>
              </w:rPr>
            </w:pPr>
            <w:r w:rsidRPr="00505610">
              <w:rPr>
                <w:rFonts w:cs="Arial"/>
                <w:sz w:val="15"/>
              </w:rPr>
              <w:t>Employed part-time</w:t>
            </w:r>
          </w:p>
        </w:tc>
        <w:tc>
          <w:tcPr>
            <w:tcW w:w="1800" w:type="dxa"/>
            <w:tcMar>
              <w:top w:w="35" w:type="dxa"/>
              <w:left w:w="35" w:type="dxa"/>
              <w:bottom w:w="35" w:type="dxa"/>
              <w:right w:w="35" w:type="dxa"/>
            </w:tcMar>
            <w:vAlign w:val="center"/>
          </w:tcPr>
          <w:p w14:paraId="1DB8E827" w14:textId="77777777" w:rsidR="00000000" w:rsidRPr="00505610" w:rsidRDefault="00000000">
            <w:pPr>
              <w:jc w:val="center"/>
              <w:rPr>
                <w:rFonts w:cs="Arial"/>
              </w:rPr>
            </w:pPr>
            <w:r w:rsidRPr="00505610">
              <w:rPr>
                <w:rFonts w:cs="Arial"/>
                <w:sz w:val="15"/>
              </w:rPr>
              <w:t>14,604</w:t>
            </w:r>
          </w:p>
        </w:tc>
        <w:tc>
          <w:tcPr>
            <w:tcW w:w="1987" w:type="dxa"/>
            <w:tcMar>
              <w:top w:w="35" w:type="dxa"/>
              <w:left w:w="35" w:type="dxa"/>
              <w:bottom w:w="35" w:type="dxa"/>
              <w:right w:w="35" w:type="dxa"/>
            </w:tcMar>
            <w:vAlign w:val="center"/>
          </w:tcPr>
          <w:p w14:paraId="59AED9A3" w14:textId="77777777" w:rsidR="00000000" w:rsidRPr="00505610" w:rsidRDefault="00000000">
            <w:pPr>
              <w:jc w:val="center"/>
              <w:rPr>
                <w:rFonts w:cs="Arial"/>
              </w:rPr>
            </w:pPr>
            <w:r w:rsidRPr="00505610">
              <w:rPr>
                <w:rFonts w:cs="Arial"/>
                <w:sz w:val="15"/>
              </w:rPr>
              <w:t>4,796 (32.8)</w:t>
            </w:r>
          </w:p>
        </w:tc>
        <w:tc>
          <w:tcPr>
            <w:tcW w:w="1987" w:type="dxa"/>
            <w:tcMar>
              <w:top w:w="35" w:type="dxa"/>
              <w:left w:w="35" w:type="dxa"/>
              <w:bottom w:w="35" w:type="dxa"/>
              <w:right w:w="35" w:type="dxa"/>
            </w:tcMar>
            <w:vAlign w:val="center"/>
          </w:tcPr>
          <w:p w14:paraId="23E02845" w14:textId="77777777" w:rsidR="00000000" w:rsidRPr="00505610" w:rsidRDefault="00000000">
            <w:pPr>
              <w:jc w:val="center"/>
              <w:rPr>
                <w:rFonts w:cs="Arial"/>
              </w:rPr>
            </w:pPr>
            <w:r w:rsidRPr="00505610">
              <w:rPr>
                <w:rFonts w:cs="Arial"/>
                <w:sz w:val="15"/>
              </w:rPr>
              <w:t>7,774 (53.2)</w:t>
            </w:r>
          </w:p>
        </w:tc>
        <w:tc>
          <w:tcPr>
            <w:tcW w:w="1987" w:type="dxa"/>
            <w:tcMar>
              <w:top w:w="35" w:type="dxa"/>
              <w:left w:w="35" w:type="dxa"/>
              <w:bottom w:w="35" w:type="dxa"/>
              <w:right w:w="35" w:type="dxa"/>
            </w:tcMar>
            <w:vAlign w:val="center"/>
          </w:tcPr>
          <w:p w14:paraId="6975A1AD" w14:textId="77777777" w:rsidR="00000000" w:rsidRPr="00505610" w:rsidRDefault="00000000">
            <w:pPr>
              <w:jc w:val="center"/>
              <w:rPr>
                <w:rFonts w:cs="Arial"/>
              </w:rPr>
            </w:pPr>
            <w:r w:rsidRPr="00505610">
              <w:rPr>
                <w:rFonts w:cs="Arial"/>
                <w:sz w:val="15"/>
              </w:rPr>
              <w:t>2,034 (13.9)</w:t>
            </w:r>
          </w:p>
        </w:tc>
      </w:tr>
      <w:tr w:rsidR="005A4F13" w:rsidRPr="00505610" w14:paraId="2AE6786E" w14:textId="77777777">
        <w:trPr>
          <w:cantSplit/>
        </w:trPr>
        <w:tc>
          <w:tcPr>
            <w:tcW w:w="2376" w:type="dxa"/>
            <w:tcMar>
              <w:top w:w="35" w:type="dxa"/>
              <w:left w:w="35" w:type="dxa"/>
              <w:bottom w:w="35" w:type="dxa"/>
              <w:right w:w="35" w:type="dxa"/>
            </w:tcMar>
            <w:vAlign w:val="center"/>
          </w:tcPr>
          <w:p w14:paraId="0099C8EE" w14:textId="77777777" w:rsidR="00000000" w:rsidRPr="00505610" w:rsidRDefault="00000000">
            <w:pPr>
              <w:rPr>
                <w:rFonts w:cs="Arial"/>
              </w:rPr>
            </w:pPr>
            <w:r w:rsidRPr="00505610">
              <w:rPr>
                <w:rFonts w:cs="Arial"/>
                <w:sz w:val="15"/>
              </w:rPr>
              <w:t>Furloughed</w:t>
            </w:r>
          </w:p>
        </w:tc>
        <w:tc>
          <w:tcPr>
            <w:tcW w:w="1800" w:type="dxa"/>
            <w:tcMar>
              <w:top w:w="35" w:type="dxa"/>
              <w:left w:w="35" w:type="dxa"/>
              <w:bottom w:w="35" w:type="dxa"/>
              <w:right w:w="35" w:type="dxa"/>
            </w:tcMar>
            <w:vAlign w:val="center"/>
          </w:tcPr>
          <w:p w14:paraId="26BDF947" w14:textId="77777777" w:rsidR="00000000" w:rsidRPr="00505610" w:rsidRDefault="00000000">
            <w:pPr>
              <w:jc w:val="center"/>
              <w:rPr>
                <w:rFonts w:cs="Arial"/>
              </w:rPr>
            </w:pPr>
            <w:r w:rsidRPr="00505610">
              <w:rPr>
                <w:rFonts w:cs="Arial"/>
                <w:sz w:val="15"/>
              </w:rPr>
              <w:t>54</w:t>
            </w:r>
          </w:p>
        </w:tc>
        <w:tc>
          <w:tcPr>
            <w:tcW w:w="1987" w:type="dxa"/>
            <w:tcMar>
              <w:top w:w="35" w:type="dxa"/>
              <w:left w:w="35" w:type="dxa"/>
              <w:bottom w:w="35" w:type="dxa"/>
              <w:right w:w="35" w:type="dxa"/>
            </w:tcMar>
            <w:vAlign w:val="center"/>
          </w:tcPr>
          <w:p w14:paraId="6110CFB7" w14:textId="77777777" w:rsidR="00000000" w:rsidRPr="00505610" w:rsidRDefault="00000000">
            <w:pPr>
              <w:jc w:val="center"/>
              <w:rPr>
                <w:rFonts w:cs="Arial"/>
              </w:rPr>
            </w:pPr>
            <w:r w:rsidRPr="00505610">
              <w:rPr>
                <w:rFonts w:cs="Arial"/>
                <w:sz w:val="15"/>
              </w:rPr>
              <w:t>8 (14.8)</w:t>
            </w:r>
          </w:p>
        </w:tc>
        <w:tc>
          <w:tcPr>
            <w:tcW w:w="1987" w:type="dxa"/>
            <w:tcMar>
              <w:top w:w="35" w:type="dxa"/>
              <w:left w:w="35" w:type="dxa"/>
              <w:bottom w:w="35" w:type="dxa"/>
              <w:right w:w="35" w:type="dxa"/>
            </w:tcMar>
            <w:vAlign w:val="center"/>
          </w:tcPr>
          <w:p w14:paraId="5CFD8A4A" w14:textId="77777777" w:rsidR="00000000" w:rsidRPr="00505610" w:rsidRDefault="00000000">
            <w:pPr>
              <w:jc w:val="center"/>
              <w:rPr>
                <w:rFonts w:cs="Arial"/>
              </w:rPr>
            </w:pPr>
            <w:r w:rsidRPr="00505610">
              <w:rPr>
                <w:rFonts w:cs="Arial"/>
                <w:sz w:val="15"/>
              </w:rPr>
              <w:t>25 (46.3)</w:t>
            </w:r>
          </w:p>
        </w:tc>
        <w:tc>
          <w:tcPr>
            <w:tcW w:w="1987" w:type="dxa"/>
            <w:tcMar>
              <w:top w:w="35" w:type="dxa"/>
              <w:left w:w="35" w:type="dxa"/>
              <w:bottom w:w="35" w:type="dxa"/>
              <w:right w:w="35" w:type="dxa"/>
            </w:tcMar>
            <w:vAlign w:val="center"/>
          </w:tcPr>
          <w:p w14:paraId="05AF2336" w14:textId="77777777" w:rsidR="00000000" w:rsidRPr="00505610" w:rsidRDefault="00000000">
            <w:pPr>
              <w:jc w:val="center"/>
              <w:rPr>
                <w:rFonts w:cs="Arial"/>
              </w:rPr>
            </w:pPr>
            <w:r w:rsidRPr="00505610">
              <w:rPr>
                <w:rFonts w:cs="Arial"/>
                <w:sz w:val="15"/>
              </w:rPr>
              <w:t>21 (38.9)</w:t>
            </w:r>
          </w:p>
        </w:tc>
      </w:tr>
      <w:tr w:rsidR="005A4F13" w:rsidRPr="00505610" w14:paraId="570C68AA" w14:textId="77777777">
        <w:trPr>
          <w:cantSplit/>
        </w:trPr>
        <w:tc>
          <w:tcPr>
            <w:tcW w:w="2376" w:type="dxa"/>
            <w:tcMar>
              <w:top w:w="35" w:type="dxa"/>
              <w:left w:w="35" w:type="dxa"/>
              <w:bottom w:w="35" w:type="dxa"/>
              <w:right w:w="35" w:type="dxa"/>
            </w:tcMar>
            <w:vAlign w:val="center"/>
          </w:tcPr>
          <w:p w14:paraId="66A6D512" w14:textId="77777777" w:rsidR="00000000" w:rsidRPr="00505610" w:rsidRDefault="00000000">
            <w:pPr>
              <w:rPr>
                <w:rFonts w:cs="Arial"/>
              </w:rPr>
            </w:pPr>
            <w:r w:rsidRPr="00505610">
              <w:rPr>
                <w:rFonts w:cs="Arial"/>
                <w:sz w:val="15"/>
              </w:rPr>
              <w:t>Other</w:t>
            </w:r>
          </w:p>
        </w:tc>
        <w:tc>
          <w:tcPr>
            <w:tcW w:w="1800" w:type="dxa"/>
            <w:tcMar>
              <w:top w:w="35" w:type="dxa"/>
              <w:left w:w="35" w:type="dxa"/>
              <w:bottom w:w="35" w:type="dxa"/>
              <w:right w:w="35" w:type="dxa"/>
            </w:tcMar>
            <w:vAlign w:val="center"/>
          </w:tcPr>
          <w:p w14:paraId="29490DD3" w14:textId="77777777" w:rsidR="00000000" w:rsidRPr="00505610" w:rsidRDefault="00000000">
            <w:pPr>
              <w:jc w:val="center"/>
              <w:rPr>
                <w:rFonts w:cs="Arial"/>
              </w:rPr>
            </w:pPr>
            <w:r w:rsidRPr="00505610">
              <w:rPr>
                <w:rFonts w:cs="Arial"/>
                <w:sz w:val="15"/>
              </w:rPr>
              <w:t>4,083</w:t>
            </w:r>
          </w:p>
        </w:tc>
        <w:tc>
          <w:tcPr>
            <w:tcW w:w="1987" w:type="dxa"/>
            <w:tcMar>
              <w:top w:w="35" w:type="dxa"/>
              <w:left w:w="35" w:type="dxa"/>
              <w:bottom w:w="35" w:type="dxa"/>
              <w:right w:w="35" w:type="dxa"/>
            </w:tcMar>
            <w:vAlign w:val="center"/>
          </w:tcPr>
          <w:p w14:paraId="72A41BE9" w14:textId="77777777" w:rsidR="00000000" w:rsidRPr="00505610" w:rsidRDefault="00000000">
            <w:pPr>
              <w:jc w:val="center"/>
              <w:rPr>
                <w:rFonts w:cs="Arial"/>
              </w:rPr>
            </w:pPr>
            <w:r w:rsidRPr="00505610">
              <w:rPr>
                <w:rFonts w:cs="Arial"/>
                <w:sz w:val="15"/>
              </w:rPr>
              <w:t>586 (14.4)</w:t>
            </w:r>
          </w:p>
        </w:tc>
        <w:tc>
          <w:tcPr>
            <w:tcW w:w="1987" w:type="dxa"/>
            <w:tcMar>
              <w:top w:w="35" w:type="dxa"/>
              <w:left w:w="35" w:type="dxa"/>
              <w:bottom w:w="35" w:type="dxa"/>
              <w:right w:w="35" w:type="dxa"/>
            </w:tcMar>
            <w:vAlign w:val="center"/>
          </w:tcPr>
          <w:p w14:paraId="1CCFA5B2" w14:textId="77777777" w:rsidR="00000000" w:rsidRPr="00505610" w:rsidRDefault="00000000">
            <w:pPr>
              <w:jc w:val="center"/>
              <w:rPr>
                <w:rFonts w:cs="Arial"/>
              </w:rPr>
            </w:pPr>
            <w:r w:rsidRPr="00505610">
              <w:rPr>
                <w:rFonts w:cs="Arial"/>
                <w:sz w:val="15"/>
              </w:rPr>
              <w:t>1,953 (47.8)</w:t>
            </w:r>
          </w:p>
        </w:tc>
        <w:tc>
          <w:tcPr>
            <w:tcW w:w="1987" w:type="dxa"/>
            <w:tcMar>
              <w:top w:w="35" w:type="dxa"/>
              <w:left w:w="35" w:type="dxa"/>
              <w:bottom w:w="35" w:type="dxa"/>
              <w:right w:w="35" w:type="dxa"/>
            </w:tcMar>
            <w:vAlign w:val="center"/>
          </w:tcPr>
          <w:p w14:paraId="65144E4A" w14:textId="77777777" w:rsidR="00000000" w:rsidRPr="00505610" w:rsidRDefault="00000000">
            <w:pPr>
              <w:jc w:val="center"/>
              <w:rPr>
                <w:rFonts w:cs="Arial"/>
              </w:rPr>
            </w:pPr>
            <w:r w:rsidRPr="00505610">
              <w:rPr>
                <w:rFonts w:cs="Arial"/>
                <w:sz w:val="15"/>
              </w:rPr>
              <w:t>1,544 (37.8)</w:t>
            </w:r>
          </w:p>
        </w:tc>
      </w:tr>
      <w:tr w:rsidR="005A4F13" w:rsidRPr="00505610" w14:paraId="1B514649" w14:textId="77777777">
        <w:trPr>
          <w:cantSplit/>
        </w:trPr>
        <w:tc>
          <w:tcPr>
            <w:tcW w:w="2376" w:type="dxa"/>
            <w:tcMar>
              <w:top w:w="35" w:type="dxa"/>
              <w:left w:w="35" w:type="dxa"/>
              <w:bottom w:w="35" w:type="dxa"/>
              <w:right w:w="35" w:type="dxa"/>
            </w:tcMar>
            <w:vAlign w:val="center"/>
          </w:tcPr>
          <w:p w14:paraId="12181E4C" w14:textId="77777777" w:rsidR="00000000" w:rsidRPr="00505610" w:rsidRDefault="00000000">
            <w:pPr>
              <w:rPr>
                <w:rFonts w:cs="Arial"/>
              </w:rPr>
            </w:pPr>
            <w:r w:rsidRPr="00505610">
              <w:rPr>
                <w:rFonts w:cs="Arial"/>
                <w:sz w:val="15"/>
              </w:rPr>
              <w:t>Retired</w:t>
            </w:r>
          </w:p>
        </w:tc>
        <w:tc>
          <w:tcPr>
            <w:tcW w:w="1800" w:type="dxa"/>
            <w:tcMar>
              <w:top w:w="35" w:type="dxa"/>
              <w:left w:w="35" w:type="dxa"/>
              <w:bottom w:w="35" w:type="dxa"/>
              <w:right w:w="35" w:type="dxa"/>
            </w:tcMar>
            <w:vAlign w:val="center"/>
          </w:tcPr>
          <w:p w14:paraId="424F0999" w14:textId="77777777" w:rsidR="00000000" w:rsidRPr="00505610" w:rsidRDefault="00000000">
            <w:pPr>
              <w:jc w:val="center"/>
              <w:rPr>
                <w:rFonts w:cs="Arial"/>
              </w:rPr>
            </w:pPr>
            <w:r w:rsidRPr="00505610">
              <w:rPr>
                <w:rFonts w:cs="Arial"/>
                <w:sz w:val="15"/>
              </w:rPr>
              <w:t>45,038</w:t>
            </w:r>
          </w:p>
        </w:tc>
        <w:tc>
          <w:tcPr>
            <w:tcW w:w="1987" w:type="dxa"/>
            <w:tcMar>
              <w:top w:w="35" w:type="dxa"/>
              <w:left w:w="35" w:type="dxa"/>
              <w:bottom w:w="35" w:type="dxa"/>
              <w:right w:w="35" w:type="dxa"/>
            </w:tcMar>
            <w:vAlign w:val="center"/>
          </w:tcPr>
          <w:p w14:paraId="6D301110" w14:textId="77777777" w:rsidR="00000000" w:rsidRPr="00505610" w:rsidRDefault="00000000">
            <w:pPr>
              <w:jc w:val="center"/>
              <w:rPr>
                <w:rFonts w:cs="Arial"/>
              </w:rPr>
            </w:pPr>
            <w:r w:rsidRPr="00505610">
              <w:rPr>
                <w:rFonts w:cs="Arial"/>
                <w:sz w:val="15"/>
              </w:rPr>
              <w:t>21,339 (47.4)</w:t>
            </w:r>
          </w:p>
        </w:tc>
        <w:tc>
          <w:tcPr>
            <w:tcW w:w="1987" w:type="dxa"/>
            <w:tcMar>
              <w:top w:w="35" w:type="dxa"/>
              <w:left w:w="35" w:type="dxa"/>
              <w:bottom w:w="35" w:type="dxa"/>
              <w:right w:w="35" w:type="dxa"/>
            </w:tcMar>
            <w:vAlign w:val="center"/>
          </w:tcPr>
          <w:p w14:paraId="680B94E3" w14:textId="77777777" w:rsidR="00000000" w:rsidRPr="00505610" w:rsidRDefault="00000000">
            <w:pPr>
              <w:jc w:val="center"/>
              <w:rPr>
                <w:rFonts w:cs="Arial"/>
              </w:rPr>
            </w:pPr>
            <w:r w:rsidRPr="00505610">
              <w:rPr>
                <w:rFonts w:cs="Arial"/>
                <w:sz w:val="15"/>
              </w:rPr>
              <w:t>19,582 (43.5)</w:t>
            </w:r>
          </w:p>
        </w:tc>
        <w:tc>
          <w:tcPr>
            <w:tcW w:w="1987" w:type="dxa"/>
            <w:tcMar>
              <w:top w:w="35" w:type="dxa"/>
              <w:left w:w="35" w:type="dxa"/>
              <w:bottom w:w="35" w:type="dxa"/>
              <w:right w:w="35" w:type="dxa"/>
            </w:tcMar>
            <w:vAlign w:val="center"/>
          </w:tcPr>
          <w:p w14:paraId="1F5BAEE5" w14:textId="77777777" w:rsidR="00000000" w:rsidRPr="00505610" w:rsidRDefault="00000000">
            <w:pPr>
              <w:jc w:val="center"/>
              <w:rPr>
                <w:rFonts w:cs="Arial"/>
              </w:rPr>
            </w:pPr>
            <w:r w:rsidRPr="00505610">
              <w:rPr>
                <w:rFonts w:cs="Arial"/>
                <w:sz w:val="15"/>
              </w:rPr>
              <w:t>4,117 (9.1)</w:t>
            </w:r>
          </w:p>
        </w:tc>
      </w:tr>
      <w:tr w:rsidR="005A4F13" w:rsidRPr="00505610" w14:paraId="1AD40AE3" w14:textId="77777777">
        <w:trPr>
          <w:cantSplit/>
        </w:trPr>
        <w:tc>
          <w:tcPr>
            <w:tcW w:w="2376" w:type="dxa"/>
            <w:tcMar>
              <w:top w:w="35" w:type="dxa"/>
              <w:left w:w="35" w:type="dxa"/>
              <w:bottom w:w="35" w:type="dxa"/>
              <w:right w:w="35" w:type="dxa"/>
            </w:tcMar>
            <w:vAlign w:val="center"/>
          </w:tcPr>
          <w:p w14:paraId="18020FC0" w14:textId="77777777" w:rsidR="00000000" w:rsidRPr="00505610" w:rsidRDefault="00000000">
            <w:pPr>
              <w:rPr>
                <w:rFonts w:cs="Arial"/>
              </w:rPr>
            </w:pPr>
            <w:r w:rsidRPr="00505610">
              <w:rPr>
                <w:rFonts w:cs="Arial"/>
                <w:sz w:val="15"/>
              </w:rPr>
              <w:t>Self-employed</w:t>
            </w:r>
          </w:p>
        </w:tc>
        <w:tc>
          <w:tcPr>
            <w:tcW w:w="1800" w:type="dxa"/>
            <w:tcMar>
              <w:top w:w="35" w:type="dxa"/>
              <w:left w:w="35" w:type="dxa"/>
              <w:bottom w:w="35" w:type="dxa"/>
              <w:right w:w="35" w:type="dxa"/>
            </w:tcMar>
            <w:vAlign w:val="center"/>
          </w:tcPr>
          <w:p w14:paraId="2222F931" w14:textId="77777777" w:rsidR="00000000" w:rsidRPr="00505610" w:rsidRDefault="00000000">
            <w:pPr>
              <w:jc w:val="center"/>
              <w:rPr>
                <w:rFonts w:cs="Arial"/>
              </w:rPr>
            </w:pPr>
            <w:r w:rsidRPr="00505610">
              <w:rPr>
                <w:rFonts w:cs="Arial"/>
                <w:sz w:val="15"/>
              </w:rPr>
              <w:t>7,608</w:t>
            </w:r>
          </w:p>
        </w:tc>
        <w:tc>
          <w:tcPr>
            <w:tcW w:w="1987" w:type="dxa"/>
            <w:tcMar>
              <w:top w:w="35" w:type="dxa"/>
              <w:left w:w="35" w:type="dxa"/>
              <w:bottom w:w="35" w:type="dxa"/>
              <w:right w:w="35" w:type="dxa"/>
            </w:tcMar>
            <w:vAlign w:val="center"/>
          </w:tcPr>
          <w:p w14:paraId="32BE885F" w14:textId="77777777" w:rsidR="00000000" w:rsidRPr="00505610" w:rsidRDefault="00000000">
            <w:pPr>
              <w:jc w:val="center"/>
              <w:rPr>
                <w:rFonts w:cs="Arial"/>
              </w:rPr>
            </w:pPr>
            <w:r w:rsidRPr="00505610">
              <w:rPr>
                <w:rFonts w:cs="Arial"/>
                <w:sz w:val="15"/>
              </w:rPr>
              <w:t>2,928 (38.5)</w:t>
            </w:r>
          </w:p>
        </w:tc>
        <w:tc>
          <w:tcPr>
            <w:tcW w:w="1987" w:type="dxa"/>
            <w:tcMar>
              <w:top w:w="35" w:type="dxa"/>
              <w:left w:w="35" w:type="dxa"/>
              <w:bottom w:w="35" w:type="dxa"/>
              <w:right w:w="35" w:type="dxa"/>
            </w:tcMar>
            <w:vAlign w:val="center"/>
          </w:tcPr>
          <w:p w14:paraId="5282677F" w14:textId="77777777" w:rsidR="00000000" w:rsidRPr="00505610" w:rsidRDefault="00000000">
            <w:pPr>
              <w:jc w:val="center"/>
              <w:rPr>
                <w:rFonts w:cs="Arial"/>
              </w:rPr>
            </w:pPr>
            <w:r w:rsidRPr="00505610">
              <w:rPr>
                <w:rFonts w:cs="Arial"/>
                <w:sz w:val="15"/>
              </w:rPr>
              <w:t>3,670 (48.2)</w:t>
            </w:r>
          </w:p>
        </w:tc>
        <w:tc>
          <w:tcPr>
            <w:tcW w:w="1987" w:type="dxa"/>
            <w:tcMar>
              <w:top w:w="35" w:type="dxa"/>
              <w:left w:w="35" w:type="dxa"/>
              <w:bottom w:w="35" w:type="dxa"/>
              <w:right w:w="35" w:type="dxa"/>
            </w:tcMar>
            <w:vAlign w:val="center"/>
          </w:tcPr>
          <w:p w14:paraId="6FC95BCF" w14:textId="77777777" w:rsidR="00000000" w:rsidRPr="00505610" w:rsidRDefault="00000000">
            <w:pPr>
              <w:jc w:val="center"/>
              <w:rPr>
                <w:rFonts w:cs="Arial"/>
              </w:rPr>
            </w:pPr>
            <w:r w:rsidRPr="00505610">
              <w:rPr>
                <w:rFonts w:cs="Arial"/>
                <w:sz w:val="15"/>
              </w:rPr>
              <w:t>1,010 (13.3)</w:t>
            </w:r>
          </w:p>
        </w:tc>
      </w:tr>
      <w:tr w:rsidR="005A4F13" w:rsidRPr="00505610" w14:paraId="3B7B91E9" w14:textId="77777777">
        <w:trPr>
          <w:cantSplit/>
        </w:trPr>
        <w:tc>
          <w:tcPr>
            <w:tcW w:w="2376" w:type="dxa"/>
            <w:tcMar>
              <w:top w:w="35" w:type="dxa"/>
              <w:left w:w="35" w:type="dxa"/>
              <w:bottom w:w="35" w:type="dxa"/>
              <w:right w:w="35" w:type="dxa"/>
            </w:tcMar>
            <w:vAlign w:val="center"/>
          </w:tcPr>
          <w:p w14:paraId="53B27583" w14:textId="77777777" w:rsidR="00000000" w:rsidRPr="00505610" w:rsidRDefault="00000000">
            <w:pPr>
              <w:rPr>
                <w:rFonts w:cs="Arial"/>
              </w:rPr>
            </w:pPr>
            <w:r w:rsidRPr="00505610">
              <w:rPr>
                <w:rFonts w:cs="Arial"/>
                <w:sz w:val="15"/>
              </w:rPr>
              <w:t>Student (full or part-time)</w:t>
            </w:r>
          </w:p>
        </w:tc>
        <w:tc>
          <w:tcPr>
            <w:tcW w:w="1800" w:type="dxa"/>
            <w:tcMar>
              <w:top w:w="35" w:type="dxa"/>
              <w:left w:w="35" w:type="dxa"/>
              <w:bottom w:w="35" w:type="dxa"/>
              <w:right w:w="35" w:type="dxa"/>
            </w:tcMar>
            <w:vAlign w:val="center"/>
          </w:tcPr>
          <w:p w14:paraId="005314A3" w14:textId="77777777" w:rsidR="00000000" w:rsidRPr="00505610" w:rsidRDefault="00000000">
            <w:pPr>
              <w:jc w:val="center"/>
              <w:rPr>
                <w:rFonts w:cs="Arial"/>
              </w:rPr>
            </w:pPr>
            <w:r w:rsidRPr="00505610">
              <w:rPr>
                <w:rFonts w:cs="Arial"/>
                <w:sz w:val="15"/>
              </w:rPr>
              <w:t>3,733</w:t>
            </w:r>
          </w:p>
        </w:tc>
        <w:tc>
          <w:tcPr>
            <w:tcW w:w="1987" w:type="dxa"/>
            <w:tcMar>
              <w:top w:w="35" w:type="dxa"/>
              <w:left w:w="35" w:type="dxa"/>
              <w:bottom w:w="35" w:type="dxa"/>
              <w:right w:w="35" w:type="dxa"/>
            </w:tcMar>
            <w:vAlign w:val="center"/>
          </w:tcPr>
          <w:p w14:paraId="0E4B4FDD" w14:textId="77777777" w:rsidR="00000000" w:rsidRPr="00505610" w:rsidRDefault="00000000">
            <w:pPr>
              <w:jc w:val="center"/>
              <w:rPr>
                <w:rFonts w:cs="Arial"/>
              </w:rPr>
            </w:pPr>
            <w:r w:rsidRPr="00505610">
              <w:rPr>
                <w:rFonts w:cs="Arial"/>
                <w:sz w:val="15"/>
              </w:rPr>
              <w:t>536 (14.4)</w:t>
            </w:r>
          </w:p>
        </w:tc>
        <w:tc>
          <w:tcPr>
            <w:tcW w:w="1987" w:type="dxa"/>
            <w:tcMar>
              <w:top w:w="35" w:type="dxa"/>
              <w:left w:w="35" w:type="dxa"/>
              <w:bottom w:w="35" w:type="dxa"/>
              <w:right w:w="35" w:type="dxa"/>
            </w:tcMar>
            <w:vAlign w:val="center"/>
          </w:tcPr>
          <w:p w14:paraId="7A438FEC" w14:textId="77777777" w:rsidR="00000000" w:rsidRPr="00505610" w:rsidRDefault="00000000">
            <w:pPr>
              <w:jc w:val="center"/>
              <w:rPr>
                <w:rFonts w:cs="Arial"/>
              </w:rPr>
            </w:pPr>
            <w:r w:rsidRPr="00505610">
              <w:rPr>
                <w:rFonts w:cs="Arial"/>
                <w:sz w:val="15"/>
              </w:rPr>
              <w:t>2,250 (60.3)</w:t>
            </w:r>
          </w:p>
        </w:tc>
        <w:tc>
          <w:tcPr>
            <w:tcW w:w="1987" w:type="dxa"/>
            <w:tcMar>
              <w:top w:w="35" w:type="dxa"/>
              <w:left w:w="35" w:type="dxa"/>
              <w:bottom w:w="35" w:type="dxa"/>
              <w:right w:w="35" w:type="dxa"/>
            </w:tcMar>
            <w:vAlign w:val="center"/>
          </w:tcPr>
          <w:p w14:paraId="0CF5599D" w14:textId="77777777" w:rsidR="00000000" w:rsidRPr="00505610" w:rsidRDefault="00000000">
            <w:pPr>
              <w:jc w:val="center"/>
              <w:rPr>
                <w:rFonts w:cs="Arial"/>
              </w:rPr>
            </w:pPr>
            <w:r w:rsidRPr="00505610">
              <w:rPr>
                <w:rFonts w:cs="Arial"/>
                <w:sz w:val="15"/>
              </w:rPr>
              <w:t>947 (25.4)</w:t>
            </w:r>
          </w:p>
        </w:tc>
      </w:tr>
      <w:tr w:rsidR="005A4F13" w:rsidRPr="00505610" w14:paraId="352580FB" w14:textId="77777777">
        <w:trPr>
          <w:cantSplit/>
        </w:trPr>
        <w:tc>
          <w:tcPr>
            <w:tcW w:w="2376" w:type="dxa"/>
            <w:tcMar>
              <w:top w:w="35" w:type="dxa"/>
              <w:left w:w="35" w:type="dxa"/>
              <w:bottom w:w="35" w:type="dxa"/>
              <w:right w:w="35" w:type="dxa"/>
            </w:tcMar>
            <w:vAlign w:val="center"/>
          </w:tcPr>
          <w:p w14:paraId="0E996220" w14:textId="77777777" w:rsidR="00000000" w:rsidRPr="00505610" w:rsidRDefault="00000000">
            <w:pPr>
              <w:rPr>
                <w:rFonts w:cs="Arial"/>
              </w:rPr>
            </w:pPr>
            <w:r w:rsidRPr="00505610">
              <w:rPr>
                <w:rFonts w:cs="Arial"/>
                <w:sz w:val="15"/>
              </w:rPr>
              <w:t>Unemployed</w:t>
            </w:r>
          </w:p>
        </w:tc>
        <w:tc>
          <w:tcPr>
            <w:tcW w:w="1800" w:type="dxa"/>
            <w:tcMar>
              <w:top w:w="35" w:type="dxa"/>
              <w:left w:w="35" w:type="dxa"/>
              <w:bottom w:w="35" w:type="dxa"/>
              <w:right w:w="35" w:type="dxa"/>
            </w:tcMar>
            <w:vAlign w:val="center"/>
          </w:tcPr>
          <w:p w14:paraId="2D562E3B" w14:textId="77777777" w:rsidR="00000000" w:rsidRPr="00505610" w:rsidRDefault="00000000">
            <w:pPr>
              <w:jc w:val="center"/>
              <w:rPr>
                <w:rFonts w:cs="Arial"/>
              </w:rPr>
            </w:pPr>
            <w:r w:rsidRPr="00505610">
              <w:rPr>
                <w:rFonts w:cs="Arial"/>
                <w:sz w:val="15"/>
              </w:rPr>
              <w:t>7,629</w:t>
            </w:r>
          </w:p>
        </w:tc>
        <w:tc>
          <w:tcPr>
            <w:tcW w:w="1987" w:type="dxa"/>
            <w:tcMar>
              <w:top w:w="35" w:type="dxa"/>
              <w:left w:w="35" w:type="dxa"/>
              <w:bottom w:w="35" w:type="dxa"/>
              <w:right w:w="35" w:type="dxa"/>
            </w:tcMar>
            <w:vAlign w:val="center"/>
          </w:tcPr>
          <w:p w14:paraId="5E3867A5" w14:textId="77777777" w:rsidR="00000000" w:rsidRPr="00505610" w:rsidRDefault="00000000">
            <w:pPr>
              <w:jc w:val="center"/>
              <w:rPr>
                <w:rFonts w:cs="Arial"/>
              </w:rPr>
            </w:pPr>
            <w:r w:rsidRPr="00505610">
              <w:rPr>
                <w:rFonts w:cs="Arial"/>
                <w:sz w:val="15"/>
              </w:rPr>
              <w:t>687 (9.0)</w:t>
            </w:r>
          </w:p>
        </w:tc>
        <w:tc>
          <w:tcPr>
            <w:tcW w:w="1987" w:type="dxa"/>
            <w:tcMar>
              <w:top w:w="35" w:type="dxa"/>
              <w:left w:w="35" w:type="dxa"/>
              <w:bottom w:w="35" w:type="dxa"/>
              <w:right w:w="35" w:type="dxa"/>
            </w:tcMar>
            <w:vAlign w:val="center"/>
          </w:tcPr>
          <w:p w14:paraId="34ED1975" w14:textId="77777777" w:rsidR="00000000" w:rsidRPr="00505610" w:rsidRDefault="00000000">
            <w:pPr>
              <w:jc w:val="center"/>
              <w:rPr>
                <w:rFonts w:cs="Arial"/>
              </w:rPr>
            </w:pPr>
            <w:r w:rsidRPr="00505610">
              <w:rPr>
                <w:rFonts w:cs="Arial"/>
                <w:sz w:val="15"/>
              </w:rPr>
              <w:t>3,546 (46.5)</w:t>
            </w:r>
          </w:p>
        </w:tc>
        <w:tc>
          <w:tcPr>
            <w:tcW w:w="1987" w:type="dxa"/>
            <w:tcMar>
              <w:top w:w="35" w:type="dxa"/>
              <w:left w:w="35" w:type="dxa"/>
              <w:bottom w:w="35" w:type="dxa"/>
              <w:right w:w="35" w:type="dxa"/>
            </w:tcMar>
            <w:vAlign w:val="center"/>
          </w:tcPr>
          <w:p w14:paraId="06F6624B" w14:textId="77777777" w:rsidR="00000000" w:rsidRPr="00505610" w:rsidRDefault="00000000">
            <w:pPr>
              <w:jc w:val="center"/>
              <w:rPr>
                <w:rFonts w:cs="Arial"/>
              </w:rPr>
            </w:pPr>
            <w:r w:rsidRPr="00505610">
              <w:rPr>
                <w:rFonts w:cs="Arial"/>
                <w:sz w:val="15"/>
              </w:rPr>
              <w:t>3,396 (44.5)</w:t>
            </w:r>
          </w:p>
        </w:tc>
      </w:tr>
      <w:tr w:rsidR="005A4F13" w:rsidRPr="00505610" w14:paraId="5E13A06F" w14:textId="77777777">
        <w:trPr>
          <w:cantSplit/>
        </w:trPr>
        <w:tc>
          <w:tcPr>
            <w:tcW w:w="2376" w:type="dxa"/>
            <w:tcMar>
              <w:top w:w="35" w:type="dxa"/>
              <w:left w:w="35" w:type="dxa"/>
              <w:bottom w:w="35" w:type="dxa"/>
              <w:right w:w="35" w:type="dxa"/>
            </w:tcMar>
            <w:vAlign w:val="center"/>
          </w:tcPr>
          <w:p w14:paraId="7AD1FDB0" w14:textId="77777777" w:rsidR="00000000" w:rsidRPr="00505610" w:rsidRDefault="00000000">
            <w:pPr>
              <w:rPr>
                <w:rFonts w:cs="Arial"/>
              </w:rPr>
            </w:pPr>
            <w:r w:rsidRPr="00505610">
              <w:rPr>
                <w:rFonts w:cs="Arial"/>
                <w:sz w:val="15"/>
              </w:rPr>
              <w:t>Unpaid carer</w:t>
            </w:r>
          </w:p>
        </w:tc>
        <w:tc>
          <w:tcPr>
            <w:tcW w:w="1800" w:type="dxa"/>
            <w:tcMar>
              <w:top w:w="35" w:type="dxa"/>
              <w:left w:w="35" w:type="dxa"/>
              <w:bottom w:w="35" w:type="dxa"/>
              <w:right w:w="35" w:type="dxa"/>
            </w:tcMar>
            <w:vAlign w:val="center"/>
          </w:tcPr>
          <w:p w14:paraId="64FE4757" w14:textId="77777777" w:rsidR="00000000" w:rsidRPr="00505610" w:rsidRDefault="00000000">
            <w:pPr>
              <w:jc w:val="center"/>
              <w:rPr>
                <w:rFonts w:cs="Arial"/>
              </w:rPr>
            </w:pPr>
            <w:r w:rsidRPr="00505610">
              <w:rPr>
                <w:rFonts w:cs="Arial"/>
                <w:sz w:val="15"/>
              </w:rPr>
              <w:t>1,560</w:t>
            </w:r>
          </w:p>
        </w:tc>
        <w:tc>
          <w:tcPr>
            <w:tcW w:w="1987" w:type="dxa"/>
            <w:tcMar>
              <w:top w:w="35" w:type="dxa"/>
              <w:left w:w="35" w:type="dxa"/>
              <w:bottom w:w="35" w:type="dxa"/>
              <w:right w:w="35" w:type="dxa"/>
            </w:tcMar>
            <w:vAlign w:val="center"/>
          </w:tcPr>
          <w:p w14:paraId="0A03BEEF" w14:textId="77777777" w:rsidR="00000000" w:rsidRPr="00505610" w:rsidRDefault="00000000">
            <w:pPr>
              <w:jc w:val="center"/>
              <w:rPr>
                <w:rFonts w:cs="Arial"/>
              </w:rPr>
            </w:pPr>
            <w:r w:rsidRPr="00505610">
              <w:rPr>
                <w:rFonts w:cs="Arial"/>
                <w:sz w:val="15"/>
              </w:rPr>
              <w:t>223 (14.3)</w:t>
            </w:r>
          </w:p>
        </w:tc>
        <w:tc>
          <w:tcPr>
            <w:tcW w:w="1987" w:type="dxa"/>
            <w:tcMar>
              <w:top w:w="35" w:type="dxa"/>
              <w:left w:w="35" w:type="dxa"/>
              <w:bottom w:w="35" w:type="dxa"/>
              <w:right w:w="35" w:type="dxa"/>
            </w:tcMar>
            <w:vAlign w:val="center"/>
          </w:tcPr>
          <w:p w14:paraId="4CC080A2" w14:textId="77777777" w:rsidR="00000000" w:rsidRPr="00505610" w:rsidRDefault="00000000">
            <w:pPr>
              <w:jc w:val="center"/>
              <w:rPr>
                <w:rFonts w:cs="Arial"/>
              </w:rPr>
            </w:pPr>
            <w:r w:rsidRPr="00505610">
              <w:rPr>
                <w:rFonts w:cs="Arial"/>
                <w:sz w:val="15"/>
              </w:rPr>
              <w:t>900 (57.7)</w:t>
            </w:r>
          </w:p>
        </w:tc>
        <w:tc>
          <w:tcPr>
            <w:tcW w:w="1987" w:type="dxa"/>
            <w:tcMar>
              <w:top w:w="35" w:type="dxa"/>
              <w:left w:w="35" w:type="dxa"/>
              <w:bottom w:w="35" w:type="dxa"/>
              <w:right w:w="35" w:type="dxa"/>
            </w:tcMar>
            <w:vAlign w:val="center"/>
          </w:tcPr>
          <w:p w14:paraId="1013AE55" w14:textId="77777777" w:rsidR="00000000" w:rsidRPr="00505610" w:rsidRDefault="00000000">
            <w:pPr>
              <w:jc w:val="center"/>
              <w:rPr>
                <w:rFonts w:cs="Arial"/>
              </w:rPr>
            </w:pPr>
            <w:r w:rsidRPr="00505610">
              <w:rPr>
                <w:rFonts w:cs="Arial"/>
                <w:sz w:val="15"/>
              </w:rPr>
              <w:t>437 (28.0)</w:t>
            </w:r>
          </w:p>
        </w:tc>
      </w:tr>
      <w:tr w:rsidR="005A4F13" w:rsidRPr="00505610" w14:paraId="48C7EAEE" w14:textId="77777777">
        <w:trPr>
          <w:cantSplit/>
        </w:trPr>
        <w:tc>
          <w:tcPr>
            <w:tcW w:w="2376" w:type="dxa"/>
            <w:tcMar>
              <w:top w:w="35" w:type="dxa"/>
              <w:left w:w="35" w:type="dxa"/>
              <w:bottom w:w="35" w:type="dxa"/>
              <w:right w:w="35" w:type="dxa"/>
            </w:tcMar>
            <w:vAlign w:val="center"/>
          </w:tcPr>
          <w:p w14:paraId="31FEACF3" w14:textId="77777777" w:rsidR="00000000" w:rsidRPr="00505610" w:rsidRDefault="00000000">
            <w:pPr>
              <w:rPr>
                <w:rFonts w:cs="Arial"/>
              </w:rPr>
            </w:pPr>
            <w:r w:rsidRPr="00505610">
              <w:rPr>
                <w:rFonts w:cs="Arial"/>
                <w:sz w:val="15"/>
              </w:rPr>
              <w:t>Volunteer (full or part-time)</w:t>
            </w:r>
          </w:p>
        </w:tc>
        <w:tc>
          <w:tcPr>
            <w:tcW w:w="1800" w:type="dxa"/>
            <w:tcMar>
              <w:top w:w="35" w:type="dxa"/>
              <w:left w:w="35" w:type="dxa"/>
              <w:bottom w:w="35" w:type="dxa"/>
              <w:right w:w="35" w:type="dxa"/>
            </w:tcMar>
            <w:vAlign w:val="center"/>
          </w:tcPr>
          <w:p w14:paraId="123DABF7" w14:textId="77777777" w:rsidR="00000000" w:rsidRPr="00505610" w:rsidRDefault="00000000">
            <w:pPr>
              <w:jc w:val="center"/>
              <w:rPr>
                <w:rFonts w:cs="Arial"/>
              </w:rPr>
            </w:pPr>
            <w:r w:rsidRPr="00505610">
              <w:rPr>
                <w:rFonts w:cs="Arial"/>
                <w:sz w:val="15"/>
              </w:rPr>
              <w:t>1,459</w:t>
            </w:r>
          </w:p>
        </w:tc>
        <w:tc>
          <w:tcPr>
            <w:tcW w:w="1987" w:type="dxa"/>
            <w:tcMar>
              <w:top w:w="35" w:type="dxa"/>
              <w:left w:w="35" w:type="dxa"/>
              <w:bottom w:w="35" w:type="dxa"/>
              <w:right w:w="35" w:type="dxa"/>
            </w:tcMar>
            <w:vAlign w:val="center"/>
          </w:tcPr>
          <w:p w14:paraId="62FAD35B" w14:textId="77777777" w:rsidR="00000000" w:rsidRPr="00505610" w:rsidRDefault="00000000">
            <w:pPr>
              <w:jc w:val="center"/>
              <w:rPr>
                <w:rFonts w:cs="Arial"/>
              </w:rPr>
            </w:pPr>
            <w:r w:rsidRPr="00505610">
              <w:rPr>
                <w:rFonts w:cs="Arial"/>
                <w:sz w:val="15"/>
              </w:rPr>
              <w:t>610 (41.8)</w:t>
            </w:r>
          </w:p>
        </w:tc>
        <w:tc>
          <w:tcPr>
            <w:tcW w:w="1987" w:type="dxa"/>
            <w:tcMar>
              <w:top w:w="35" w:type="dxa"/>
              <w:left w:w="35" w:type="dxa"/>
              <w:bottom w:w="35" w:type="dxa"/>
              <w:right w:w="35" w:type="dxa"/>
            </w:tcMar>
            <w:vAlign w:val="center"/>
          </w:tcPr>
          <w:p w14:paraId="4B8B45D7" w14:textId="77777777" w:rsidR="00000000" w:rsidRPr="00505610" w:rsidRDefault="00000000">
            <w:pPr>
              <w:jc w:val="center"/>
              <w:rPr>
                <w:rFonts w:cs="Arial"/>
              </w:rPr>
            </w:pPr>
            <w:r w:rsidRPr="00505610">
              <w:rPr>
                <w:rFonts w:cs="Arial"/>
                <w:sz w:val="15"/>
              </w:rPr>
              <w:t>667 (45.7)</w:t>
            </w:r>
          </w:p>
        </w:tc>
        <w:tc>
          <w:tcPr>
            <w:tcW w:w="1987" w:type="dxa"/>
            <w:tcMar>
              <w:top w:w="35" w:type="dxa"/>
              <w:left w:w="35" w:type="dxa"/>
              <w:bottom w:w="35" w:type="dxa"/>
              <w:right w:w="35" w:type="dxa"/>
            </w:tcMar>
            <w:vAlign w:val="center"/>
          </w:tcPr>
          <w:p w14:paraId="390325A5" w14:textId="77777777" w:rsidR="00000000" w:rsidRPr="00505610" w:rsidRDefault="00000000">
            <w:pPr>
              <w:jc w:val="center"/>
              <w:rPr>
                <w:rFonts w:cs="Arial"/>
              </w:rPr>
            </w:pPr>
            <w:r w:rsidRPr="00505610">
              <w:rPr>
                <w:rFonts w:cs="Arial"/>
                <w:sz w:val="15"/>
              </w:rPr>
              <w:t>182 (12.5)</w:t>
            </w:r>
          </w:p>
        </w:tc>
      </w:tr>
      <w:tr w:rsidR="005A4F13" w:rsidRPr="00505610" w14:paraId="4BA182C9" w14:textId="77777777">
        <w:trPr>
          <w:cantSplit/>
        </w:trPr>
        <w:tc>
          <w:tcPr>
            <w:tcW w:w="2376" w:type="dxa"/>
            <w:tcMar>
              <w:top w:w="35" w:type="dxa"/>
              <w:left w:w="35" w:type="dxa"/>
              <w:bottom w:w="35" w:type="dxa"/>
              <w:right w:w="35" w:type="dxa"/>
            </w:tcMar>
            <w:vAlign w:val="center"/>
          </w:tcPr>
          <w:p w14:paraId="388C8AF2" w14:textId="77777777" w:rsidR="00000000" w:rsidRPr="00505610" w:rsidRDefault="00000000">
            <w:pPr>
              <w:rPr>
                <w:rFonts w:cs="Arial"/>
              </w:rPr>
            </w:pPr>
            <w:r w:rsidRPr="00505610">
              <w:rPr>
                <w:rFonts w:cs="Arial"/>
                <w:i/>
                <w:sz w:val="15"/>
              </w:rPr>
              <w:t>Missing</w:t>
            </w:r>
          </w:p>
        </w:tc>
        <w:tc>
          <w:tcPr>
            <w:tcW w:w="1800" w:type="dxa"/>
            <w:tcMar>
              <w:top w:w="35" w:type="dxa"/>
              <w:left w:w="35" w:type="dxa"/>
              <w:bottom w:w="35" w:type="dxa"/>
              <w:right w:w="35" w:type="dxa"/>
            </w:tcMar>
            <w:vAlign w:val="center"/>
          </w:tcPr>
          <w:p w14:paraId="02BB41A1" w14:textId="77777777" w:rsidR="00000000" w:rsidRPr="00505610" w:rsidRDefault="00000000">
            <w:pPr>
              <w:jc w:val="center"/>
              <w:rPr>
                <w:rFonts w:cs="Arial"/>
              </w:rPr>
            </w:pPr>
            <w:r w:rsidRPr="00505610">
              <w:rPr>
                <w:rFonts w:cs="Arial"/>
                <w:i/>
                <w:sz w:val="15"/>
              </w:rPr>
              <w:t>11,566</w:t>
            </w:r>
          </w:p>
        </w:tc>
        <w:tc>
          <w:tcPr>
            <w:tcW w:w="1987" w:type="dxa"/>
            <w:tcMar>
              <w:top w:w="35" w:type="dxa"/>
              <w:left w:w="35" w:type="dxa"/>
              <w:bottom w:w="35" w:type="dxa"/>
              <w:right w:w="35" w:type="dxa"/>
            </w:tcMar>
            <w:vAlign w:val="center"/>
          </w:tcPr>
          <w:p w14:paraId="64D17D8D" w14:textId="77777777" w:rsidR="00000000" w:rsidRPr="00505610" w:rsidRDefault="00000000">
            <w:pPr>
              <w:jc w:val="center"/>
              <w:rPr>
                <w:rFonts w:cs="Arial"/>
              </w:rPr>
            </w:pPr>
            <w:r w:rsidRPr="00505610">
              <w:rPr>
                <w:rFonts w:cs="Arial"/>
                <w:i/>
                <w:sz w:val="15"/>
              </w:rPr>
              <w:t>3,084 (26.7)</w:t>
            </w:r>
          </w:p>
        </w:tc>
        <w:tc>
          <w:tcPr>
            <w:tcW w:w="1987" w:type="dxa"/>
            <w:tcMar>
              <w:top w:w="35" w:type="dxa"/>
              <w:left w:w="35" w:type="dxa"/>
              <w:bottom w:w="35" w:type="dxa"/>
              <w:right w:w="35" w:type="dxa"/>
            </w:tcMar>
            <w:vAlign w:val="center"/>
          </w:tcPr>
          <w:p w14:paraId="53CA6FAD" w14:textId="77777777" w:rsidR="00000000" w:rsidRPr="00505610" w:rsidRDefault="00000000">
            <w:pPr>
              <w:jc w:val="center"/>
              <w:rPr>
                <w:rFonts w:cs="Arial"/>
              </w:rPr>
            </w:pPr>
            <w:r w:rsidRPr="00505610">
              <w:rPr>
                <w:rFonts w:cs="Arial"/>
                <w:i/>
                <w:sz w:val="15"/>
              </w:rPr>
              <w:t>6,016 (52.0)</w:t>
            </w:r>
          </w:p>
        </w:tc>
        <w:tc>
          <w:tcPr>
            <w:tcW w:w="1987" w:type="dxa"/>
            <w:tcMar>
              <w:top w:w="35" w:type="dxa"/>
              <w:left w:w="35" w:type="dxa"/>
              <w:bottom w:w="35" w:type="dxa"/>
              <w:right w:w="35" w:type="dxa"/>
            </w:tcMar>
            <w:vAlign w:val="center"/>
          </w:tcPr>
          <w:p w14:paraId="182B2E72" w14:textId="77777777" w:rsidR="00000000" w:rsidRPr="00505610" w:rsidRDefault="00000000">
            <w:pPr>
              <w:jc w:val="center"/>
              <w:rPr>
                <w:rFonts w:cs="Arial"/>
              </w:rPr>
            </w:pPr>
            <w:r w:rsidRPr="00505610">
              <w:rPr>
                <w:rFonts w:cs="Arial"/>
                <w:i/>
                <w:sz w:val="15"/>
              </w:rPr>
              <w:t>2,466 (21.3)</w:t>
            </w:r>
          </w:p>
        </w:tc>
      </w:tr>
      <w:tr w:rsidR="005A4F13" w:rsidRPr="00505610" w14:paraId="78B90433" w14:textId="77777777">
        <w:trPr>
          <w:cantSplit/>
        </w:trPr>
        <w:tc>
          <w:tcPr>
            <w:tcW w:w="1987" w:type="dxa"/>
            <w:gridSpan w:val="5"/>
            <w:tcMar>
              <w:top w:w="35" w:type="dxa"/>
              <w:left w:w="35" w:type="dxa"/>
              <w:bottom w:w="35" w:type="dxa"/>
              <w:right w:w="35" w:type="dxa"/>
            </w:tcMar>
            <w:vAlign w:val="center"/>
          </w:tcPr>
          <w:p w14:paraId="0E233BC7" w14:textId="77777777" w:rsidR="00000000" w:rsidRPr="00505610" w:rsidRDefault="00000000">
            <w:pPr>
              <w:rPr>
                <w:rFonts w:cs="Arial"/>
              </w:rPr>
            </w:pPr>
            <w:r w:rsidRPr="00505610">
              <w:rPr>
                <w:rFonts w:cs="Arial"/>
                <w:b/>
                <w:sz w:val="15"/>
              </w:rPr>
              <w:t>Ethnicity</w:t>
            </w:r>
          </w:p>
        </w:tc>
      </w:tr>
      <w:tr w:rsidR="005A4F13" w:rsidRPr="00505610" w14:paraId="711AEF81" w14:textId="77777777">
        <w:trPr>
          <w:cantSplit/>
        </w:trPr>
        <w:tc>
          <w:tcPr>
            <w:tcW w:w="2376" w:type="dxa"/>
            <w:tcMar>
              <w:top w:w="35" w:type="dxa"/>
              <w:left w:w="35" w:type="dxa"/>
              <w:bottom w:w="35" w:type="dxa"/>
              <w:right w:w="35" w:type="dxa"/>
            </w:tcMar>
            <w:vAlign w:val="center"/>
          </w:tcPr>
          <w:p w14:paraId="6CE32098" w14:textId="77777777" w:rsidR="00000000" w:rsidRPr="00505610" w:rsidRDefault="00000000">
            <w:pPr>
              <w:rPr>
                <w:rFonts w:cs="Arial"/>
              </w:rPr>
            </w:pPr>
            <w:r w:rsidRPr="00505610">
              <w:rPr>
                <w:rFonts w:cs="Arial"/>
                <w:sz w:val="15"/>
              </w:rPr>
              <w:t>Asian/Asian British</w:t>
            </w:r>
          </w:p>
        </w:tc>
        <w:tc>
          <w:tcPr>
            <w:tcW w:w="1800" w:type="dxa"/>
            <w:tcMar>
              <w:top w:w="35" w:type="dxa"/>
              <w:left w:w="35" w:type="dxa"/>
              <w:bottom w:w="35" w:type="dxa"/>
              <w:right w:w="35" w:type="dxa"/>
            </w:tcMar>
            <w:vAlign w:val="center"/>
          </w:tcPr>
          <w:p w14:paraId="60666206" w14:textId="77777777" w:rsidR="00000000" w:rsidRPr="00505610" w:rsidRDefault="00000000">
            <w:pPr>
              <w:jc w:val="center"/>
              <w:rPr>
                <w:rFonts w:cs="Arial"/>
              </w:rPr>
            </w:pPr>
            <w:r w:rsidRPr="00505610">
              <w:rPr>
                <w:rFonts w:cs="Arial"/>
                <w:sz w:val="15"/>
              </w:rPr>
              <w:t>5,162</w:t>
            </w:r>
          </w:p>
        </w:tc>
        <w:tc>
          <w:tcPr>
            <w:tcW w:w="1987" w:type="dxa"/>
            <w:tcMar>
              <w:top w:w="35" w:type="dxa"/>
              <w:left w:w="35" w:type="dxa"/>
              <w:bottom w:w="35" w:type="dxa"/>
              <w:right w:w="35" w:type="dxa"/>
            </w:tcMar>
            <w:vAlign w:val="center"/>
          </w:tcPr>
          <w:p w14:paraId="52CB754B" w14:textId="77777777" w:rsidR="00000000" w:rsidRPr="00505610" w:rsidRDefault="00000000">
            <w:pPr>
              <w:jc w:val="center"/>
              <w:rPr>
                <w:rFonts w:cs="Arial"/>
              </w:rPr>
            </w:pPr>
            <w:r w:rsidRPr="00505610">
              <w:rPr>
                <w:rFonts w:cs="Arial"/>
                <w:sz w:val="15"/>
              </w:rPr>
              <w:t>1,148 (22.2)</w:t>
            </w:r>
          </w:p>
        </w:tc>
        <w:tc>
          <w:tcPr>
            <w:tcW w:w="1987" w:type="dxa"/>
            <w:tcMar>
              <w:top w:w="35" w:type="dxa"/>
              <w:left w:w="35" w:type="dxa"/>
              <w:bottom w:w="35" w:type="dxa"/>
              <w:right w:w="35" w:type="dxa"/>
            </w:tcMar>
            <w:vAlign w:val="center"/>
          </w:tcPr>
          <w:p w14:paraId="625F9469" w14:textId="77777777" w:rsidR="00000000" w:rsidRPr="00505610" w:rsidRDefault="00000000">
            <w:pPr>
              <w:jc w:val="center"/>
              <w:rPr>
                <w:rFonts w:cs="Arial"/>
              </w:rPr>
            </w:pPr>
            <w:r w:rsidRPr="00505610">
              <w:rPr>
                <w:rFonts w:cs="Arial"/>
                <w:sz w:val="15"/>
              </w:rPr>
              <w:t>2,764 (53.5)</w:t>
            </w:r>
          </w:p>
        </w:tc>
        <w:tc>
          <w:tcPr>
            <w:tcW w:w="1987" w:type="dxa"/>
            <w:tcMar>
              <w:top w:w="35" w:type="dxa"/>
              <w:left w:w="35" w:type="dxa"/>
              <w:bottom w:w="35" w:type="dxa"/>
              <w:right w:w="35" w:type="dxa"/>
            </w:tcMar>
            <w:vAlign w:val="center"/>
          </w:tcPr>
          <w:p w14:paraId="07CD7C01" w14:textId="77777777" w:rsidR="00000000" w:rsidRPr="00505610" w:rsidRDefault="00000000">
            <w:pPr>
              <w:jc w:val="center"/>
              <w:rPr>
                <w:rFonts w:cs="Arial"/>
              </w:rPr>
            </w:pPr>
            <w:r w:rsidRPr="00505610">
              <w:rPr>
                <w:rFonts w:cs="Arial"/>
                <w:sz w:val="15"/>
              </w:rPr>
              <w:t>1,250 (24.2)</w:t>
            </w:r>
          </w:p>
        </w:tc>
      </w:tr>
      <w:tr w:rsidR="005A4F13" w:rsidRPr="00505610" w14:paraId="5AFAD589" w14:textId="77777777">
        <w:trPr>
          <w:cantSplit/>
        </w:trPr>
        <w:tc>
          <w:tcPr>
            <w:tcW w:w="2376" w:type="dxa"/>
            <w:tcMar>
              <w:top w:w="35" w:type="dxa"/>
              <w:left w:w="35" w:type="dxa"/>
              <w:bottom w:w="35" w:type="dxa"/>
              <w:right w:w="35" w:type="dxa"/>
            </w:tcMar>
            <w:vAlign w:val="center"/>
          </w:tcPr>
          <w:p w14:paraId="31630A18" w14:textId="77777777" w:rsidR="00000000" w:rsidRPr="00505610" w:rsidRDefault="00000000">
            <w:pPr>
              <w:rPr>
                <w:rFonts w:cs="Arial"/>
              </w:rPr>
            </w:pPr>
            <w:r w:rsidRPr="00505610">
              <w:rPr>
                <w:rFonts w:cs="Arial"/>
                <w:sz w:val="15"/>
              </w:rPr>
              <w:t>British Black/African/Caribbean</w:t>
            </w:r>
          </w:p>
        </w:tc>
        <w:tc>
          <w:tcPr>
            <w:tcW w:w="1800" w:type="dxa"/>
            <w:tcMar>
              <w:top w:w="35" w:type="dxa"/>
              <w:left w:w="35" w:type="dxa"/>
              <w:bottom w:w="35" w:type="dxa"/>
              <w:right w:w="35" w:type="dxa"/>
            </w:tcMar>
            <w:vAlign w:val="center"/>
          </w:tcPr>
          <w:p w14:paraId="3F8719A7" w14:textId="77777777" w:rsidR="00000000" w:rsidRPr="00505610" w:rsidRDefault="00000000">
            <w:pPr>
              <w:jc w:val="center"/>
              <w:rPr>
                <w:rFonts w:cs="Arial"/>
              </w:rPr>
            </w:pPr>
            <w:r w:rsidRPr="00505610">
              <w:rPr>
                <w:rFonts w:cs="Arial"/>
                <w:sz w:val="15"/>
              </w:rPr>
              <w:t>2,310</w:t>
            </w:r>
          </w:p>
        </w:tc>
        <w:tc>
          <w:tcPr>
            <w:tcW w:w="1987" w:type="dxa"/>
            <w:tcMar>
              <w:top w:w="35" w:type="dxa"/>
              <w:left w:w="35" w:type="dxa"/>
              <w:bottom w:w="35" w:type="dxa"/>
              <w:right w:w="35" w:type="dxa"/>
            </w:tcMar>
            <w:vAlign w:val="center"/>
          </w:tcPr>
          <w:p w14:paraId="3CEFFAD4" w14:textId="77777777" w:rsidR="00000000" w:rsidRPr="00505610" w:rsidRDefault="00000000">
            <w:pPr>
              <w:jc w:val="center"/>
              <w:rPr>
                <w:rFonts w:cs="Arial"/>
              </w:rPr>
            </w:pPr>
            <w:r w:rsidRPr="00505610">
              <w:rPr>
                <w:rFonts w:cs="Arial"/>
                <w:sz w:val="15"/>
              </w:rPr>
              <w:t>511 (22.1)</w:t>
            </w:r>
          </w:p>
        </w:tc>
        <w:tc>
          <w:tcPr>
            <w:tcW w:w="1987" w:type="dxa"/>
            <w:tcMar>
              <w:top w:w="35" w:type="dxa"/>
              <w:left w:w="35" w:type="dxa"/>
              <w:bottom w:w="35" w:type="dxa"/>
              <w:right w:w="35" w:type="dxa"/>
            </w:tcMar>
            <w:vAlign w:val="center"/>
          </w:tcPr>
          <w:p w14:paraId="5D7664B7" w14:textId="77777777" w:rsidR="00000000" w:rsidRPr="00505610" w:rsidRDefault="00000000">
            <w:pPr>
              <w:jc w:val="center"/>
              <w:rPr>
                <w:rFonts w:cs="Arial"/>
              </w:rPr>
            </w:pPr>
            <w:r w:rsidRPr="00505610">
              <w:rPr>
                <w:rFonts w:cs="Arial"/>
                <w:sz w:val="15"/>
              </w:rPr>
              <w:t>1,263 (54.7)</w:t>
            </w:r>
          </w:p>
        </w:tc>
        <w:tc>
          <w:tcPr>
            <w:tcW w:w="1987" w:type="dxa"/>
            <w:tcMar>
              <w:top w:w="35" w:type="dxa"/>
              <w:left w:w="35" w:type="dxa"/>
              <w:bottom w:w="35" w:type="dxa"/>
              <w:right w:w="35" w:type="dxa"/>
            </w:tcMar>
            <w:vAlign w:val="center"/>
          </w:tcPr>
          <w:p w14:paraId="2202A82F" w14:textId="77777777" w:rsidR="00000000" w:rsidRPr="00505610" w:rsidRDefault="00000000">
            <w:pPr>
              <w:jc w:val="center"/>
              <w:rPr>
                <w:rFonts w:cs="Arial"/>
              </w:rPr>
            </w:pPr>
            <w:r w:rsidRPr="00505610">
              <w:rPr>
                <w:rFonts w:cs="Arial"/>
                <w:sz w:val="15"/>
              </w:rPr>
              <w:t>536 (23.2)</w:t>
            </w:r>
          </w:p>
        </w:tc>
      </w:tr>
      <w:tr w:rsidR="005A4F13" w:rsidRPr="00505610" w14:paraId="7B1A1AE7" w14:textId="77777777">
        <w:trPr>
          <w:cantSplit/>
        </w:trPr>
        <w:tc>
          <w:tcPr>
            <w:tcW w:w="2376" w:type="dxa"/>
            <w:tcMar>
              <w:top w:w="35" w:type="dxa"/>
              <w:left w:w="35" w:type="dxa"/>
              <w:bottom w:w="35" w:type="dxa"/>
              <w:right w:w="35" w:type="dxa"/>
            </w:tcMar>
            <w:vAlign w:val="center"/>
          </w:tcPr>
          <w:p w14:paraId="63DEC707" w14:textId="77777777" w:rsidR="00000000" w:rsidRPr="00505610" w:rsidRDefault="00000000">
            <w:pPr>
              <w:rPr>
                <w:rFonts w:cs="Arial"/>
              </w:rPr>
            </w:pPr>
            <w:r w:rsidRPr="00505610">
              <w:rPr>
                <w:rFonts w:cs="Arial"/>
                <w:sz w:val="15"/>
              </w:rPr>
              <w:t>Mixed/Multiple ethnic groups</w:t>
            </w:r>
          </w:p>
        </w:tc>
        <w:tc>
          <w:tcPr>
            <w:tcW w:w="1800" w:type="dxa"/>
            <w:tcMar>
              <w:top w:w="35" w:type="dxa"/>
              <w:left w:w="35" w:type="dxa"/>
              <w:bottom w:w="35" w:type="dxa"/>
              <w:right w:w="35" w:type="dxa"/>
            </w:tcMar>
            <w:vAlign w:val="center"/>
          </w:tcPr>
          <w:p w14:paraId="748644B6" w14:textId="77777777" w:rsidR="00000000" w:rsidRPr="00505610" w:rsidRDefault="00000000">
            <w:pPr>
              <w:jc w:val="center"/>
              <w:rPr>
                <w:rFonts w:cs="Arial"/>
              </w:rPr>
            </w:pPr>
            <w:r w:rsidRPr="00505610">
              <w:rPr>
                <w:rFonts w:cs="Arial"/>
                <w:sz w:val="15"/>
              </w:rPr>
              <w:t>2,025</w:t>
            </w:r>
          </w:p>
        </w:tc>
        <w:tc>
          <w:tcPr>
            <w:tcW w:w="1987" w:type="dxa"/>
            <w:tcMar>
              <w:top w:w="35" w:type="dxa"/>
              <w:left w:w="35" w:type="dxa"/>
              <w:bottom w:w="35" w:type="dxa"/>
              <w:right w:w="35" w:type="dxa"/>
            </w:tcMar>
            <w:vAlign w:val="center"/>
          </w:tcPr>
          <w:p w14:paraId="5E06ECE8" w14:textId="77777777" w:rsidR="00000000" w:rsidRPr="00505610" w:rsidRDefault="00000000">
            <w:pPr>
              <w:jc w:val="center"/>
              <w:rPr>
                <w:rFonts w:cs="Arial"/>
              </w:rPr>
            </w:pPr>
            <w:r w:rsidRPr="00505610">
              <w:rPr>
                <w:rFonts w:cs="Arial"/>
                <w:sz w:val="15"/>
              </w:rPr>
              <w:t>488 (24.1)</w:t>
            </w:r>
          </w:p>
        </w:tc>
        <w:tc>
          <w:tcPr>
            <w:tcW w:w="1987" w:type="dxa"/>
            <w:tcMar>
              <w:top w:w="35" w:type="dxa"/>
              <w:left w:w="35" w:type="dxa"/>
              <w:bottom w:w="35" w:type="dxa"/>
              <w:right w:w="35" w:type="dxa"/>
            </w:tcMar>
            <w:vAlign w:val="center"/>
          </w:tcPr>
          <w:p w14:paraId="4ABB649C" w14:textId="77777777" w:rsidR="00000000" w:rsidRPr="00505610" w:rsidRDefault="00000000">
            <w:pPr>
              <w:jc w:val="center"/>
              <w:rPr>
                <w:rFonts w:cs="Arial"/>
              </w:rPr>
            </w:pPr>
            <w:r w:rsidRPr="00505610">
              <w:rPr>
                <w:rFonts w:cs="Arial"/>
                <w:sz w:val="15"/>
              </w:rPr>
              <w:t>1,078 (53.2)</w:t>
            </w:r>
          </w:p>
        </w:tc>
        <w:tc>
          <w:tcPr>
            <w:tcW w:w="1987" w:type="dxa"/>
            <w:tcMar>
              <w:top w:w="35" w:type="dxa"/>
              <w:left w:w="35" w:type="dxa"/>
              <w:bottom w:w="35" w:type="dxa"/>
              <w:right w:w="35" w:type="dxa"/>
            </w:tcMar>
            <w:vAlign w:val="center"/>
          </w:tcPr>
          <w:p w14:paraId="120F96D5" w14:textId="77777777" w:rsidR="00000000" w:rsidRPr="00505610" w:rsidRDefault="00000000">
            <w:pPr>
              <w:jc w:val="center"/>
              <w:rPr>
                <w:rFonts w:cs="Arial"/>
              </w:rPr>
            </w:pPr>
            <w:r w:rsidRPr="00505610">
              <w:rPr>
                <w:rFonts w:cs="Arial"/>
                <w:sz w:val="15"/>
              </w:rPr>
              <w:t>459 (22.7)</w:t>
            </w:r>
          </w:p>
        </w:tc>
      </w:tr>
      <w:tr w:rsidR="005A4F13" w:rsidRPr="00505610" w14:paraId="6A7D459D" w14:textId="77777777">
        <w:trPr>
          <w:cantSplit/>
        </w:trPr>
        <w:tc>
          <w:tcPr>
            <w:tcW w:w="2376" w:type="dxa"/>
            <w:tcMar>
              <w:top w:w="35" w:type="dxa"/>
              <w:left w:w="35" w:type="dxa"/>
              <w:bottom w:w="35" w:type="dxa"/>
              <w:right w:w="35" w:type="dxa"/>
            </w:tcMar>
            <w:vAlign w:val="center"/>
          </w:tcPr>
          <w:p w14:paraId="33871298" w14:textId="77777777" w:rsidR="00000000" w:rsidRPr="00505610" w:rsidRDefault="00000000">
            <w:pPr>
              <w:rPr>
                <w:rFonts w:cs="Arial"/>
              </w:rPr>
            </w:pPr>
            <w:r w:rsidRPr="00505610">
              <w:rPr>
                <w:rFonts w:cs="Arial"/>
                <w:sz w:val="15"/>
              </w:rPr>
              <w:t>Other ethnic group</w:t>
            </w:r>
          </w:p>
        </w:tc>
        <w:tc>
          <w:tcPr>
            <w:tcW w:w="1800" w:type="dxa"/>
            <w:tcMar>
              <w:top w:w="35" w:type="dxa"/>
              <w:left w:w="35" w:type="dxa"/>
              <w:bottom w:w="35" w:type="dxa"/>
              <w:right w:w="35" w:type="dxa"/>
            </w:tcMar>
            <w:vAlign w:val="center"/>
          </w:tcPr>
          <w:p w14:paraId="5FE122AA" w14:textId="77777777" w:rsidR="00000000" w:rsidRPr="00505610" w:rsidRDefault="00000000">
            <w:pPr>
              <w:jc w:val="center"/>
              <w:rPr>
                <w:rFonts w:cs="Arial"/>
              </w:rPr>
            </w:pPr>
            <w:r w:rsidRPr="00505610">
              <w:rPr>
                <w:rFonts w:cs="Arial"/>
                <w:sz w:val="15"/>
              </w:rPr>
              <w:t>2,722</w:t>
            </w:r>
          </w:p>
        </w:tc>
        <w:tc>
          <w:tcPr>
            <w:tcW w:w="1987" w:type="dxa"/>
            <w:tcMar>
              <w:top w:w="35" w:type="dxa"/>
              <w:left w:w="35" w:type="dxa"/>
              <w:bottom w:w="35" w:type="dxa"/>
              <w:right w:w="35" w:type="dxa"/>
            </w:tcMar>
            <w:vAlign w:val="center"/>
          </w:tcPr>
          <w:p w14:paraId="5AFBBE9B" w14:textId="77777777" w:rsidR="00000000" w:rsidRPr="00505610" w:rsidRDefault="00000000">
            <w:pPr>
              <w:jc w:val="center"/>
              <w:rPr>
                <w:rFonts w:cs="Arial"/>
              </w:rPr>
            </w:pPr>
            <w:r w:rsidRPr="00505610">
              <w:rPr>
                <w:rFonts w:cs="Arial"/>
                <w:sz w:val="15"/>
              </w:rPr>
              <w:t>721 (26.5)</w:t>
            </w:r>
          </w:p>
        </w:tc>
        <w:tc>
          <w:tcPr>
            <w:tcW w:w="1987" w:type="dxa"/>
            <w:tcMar>
              <w:top w:w="35" w:type="dxa"/>
              <w:left w:w="35" w:type="dxa"/>
              <w:bottom w:w="35" w:type="dxa"/>
              <w:right w:w="35" w:type="dxa"/>
            </w:tcMar>
            <w:vAlign w:val="center"/>
          </w:tcPr>
          <w:p w14:paraId="06CC1AE7" w14:textId="77777777" w:rsidR="00000000" w:rsidRPr="00505610" w:rsidRDefault="00000000">
            <w:pPr>
              <w:jc w:val="center"/>
              <w:rPr>
                <w:rFonts w:cs="Arial"/>
              </w:rPr>
            </w:pPr>
            <w:r w:rsidRPr="00505610">
              <w:rPr>
                <w:rFonts w:cs="Arial"/>
                <w:sz w:val="15"/>
              </w:rPr>
              <w:t>1,311 (48.2)</w:t>
            </w:r>
          </w:p>
        </w:tc>
        <w:tc>
          <w:tcPr>
            <w:tcW w:w="1987" w:type="dxa"/>
            <w:tcMar>
              <w:top w:w="35" w:type="dxa"/>
              <w:left w:w="35" w:type="dxa"/>
              <w:bottom w:w="35" w:type="dxa"/>
              <w:right w:w="35" w:type="dxa"/>
            </w:tcMar>
            <w:vAlign w:val="center"/>
          </w:tcPr>
          <w:p w14:paraId="5F30B42F" w14:textId="77777777" w:rsidR="00000000" w:rsidRPr="00505610" w:rsidRDefault="00000000">
            <w:pPr>
              <w:jc w:val="center"/>
              <w:rPr>
                <w:rFonts w:cs="Arial"/>
              </w:rPr>
            </w:pPr>
            <w:r w:rsidRPr="00505610">
              <w:rPr>
                <w:rFonts w:cs="Arial"/>
                <w:sz w:val="15"/>
              </w:rPr>
              <w:t>690 (25.3)</w:t>
            </w:r>
          </w:p>
        </w:tc>
      </w:tr>
      <w:tr w:rsidR="005A4F13" w:rsidRPr="00505610" w14:paraId="0F4E404E" w14:textId="77777777">
        <w:trPr>
          <w:cantSplit/>
        </w:trPr>
        <w:tc>
          <w:tcPr>
            <w:tcW w:w="2376" w:type="dxa"/>
            <w:tcMar>
              <w:top w:w="35" w:type="dxa"/>
              <w:left w:w="35" w:type="dxa"/>
              <w:bottom w:w="35" w:type="dxa"/>
              <w:right w:w="35" w:type="dxa"/>
            </w:tcMar>
            <w:vAlign w:val="center"/>
          </w:tcPr>
          <w:p w14:paraId="62E4905E" w14:textId="77777777" w:rsidR="00000000" w:rsidRPr="00505610" w:rsidRDefault="00000000">
            <w:pPr>
              <w:rPr>
                <w:rFonts w:cs="Arial"/>
              </w:rPr>
            </w:pPr>
            <w:r w:rsidRPr="00505610">
              <w:rPr>
                <w:rFonts w:cs="Arial"/>
                <w:sz w:val="15"/>
              </w:rPr>
              <w:t>White</w:t>
            </w:r>
          </w:p>
        </w:tc>
        <w:tc>
          <w:tcPr>
            <w:tcW w:w="1800" w:type="dxa"/>
            <w:tcMar>
              <w:top w:w="35" w:type="dxa"/>
              <w:left w:w="35" w:type="dxa"/>
              <w:bottom w:w="35" w:type="dxa"/>
              <w:right w:w="35" w:type="dxa"/>
            </w:tcMar>
            <w:vAlign w:val="center"/>
          </w:tcPr>
          <w:p w14:paraId="75835B69" w14:textId="77777777" w:rsidR="00000000" w:rsidRPr="00505610" w:rsidRDefault="00000000">
            <w:pPr>
              <w:jc w:val="center"/>
              <w:rPr>
                <w:rFonts w:cs="Arial"/>
              </w:rPr>
            </w:pPr>
            <w:r w:rsidRPr="00505610">
              <w:rPr>
                <w:rFonts w:cs="Arial"/>
                <w:sz w:val="15"/>
              </w:rPr>
              <w:t>112,164</w:t>
            </w:r>
          </w:p>
        </w:tc>
        <w:tc>
          <w:tcPr>
            <w:tcW w:w="1987" w:type="dxa"/>
            <w:tcMar>
              <w:top w:w="35" w:type="dxa"/>
              <w:left w:w="35" w:type="dxa"/>
              <w:bottom w:w="35" w:type="dxa"/>
              <w:right w:w="35" w:type="dxa"/>
            </w:tcMar>
            <w:vAlign w:val="center"/>
          </w:tcPr>
          <w:p w14:paraId="4B56AF40" w14:textId="77777777" w:rsidR="00000000" w:rsidRPr="00505610" w:rsidRDefault="00000000">
            <w:pPr>
              <w:jc w:val="center"/>
              <w:rPr>
                <w:rFonts w:cs="Arial"/>
              </w:rPr>
            </w:pPr>
            <w:r w:rsidRPr="00505610">
              <w:rPr>
                <w:rFonts w:cs="Arial"/>
                <w:sz w:val="15"/>
              </w:rPr>
              <w:t>40,525 (36.1)</w:t>
            </w:r>
          </w:p>
        </w:tc>
        <w:tc>
          <w:tcPr>
            <w:tcW w:w="1987" w:type="dxa"/>
            <w:tcMar>
              <w:top w:w="35" w:type="dxa"/>
              <w:left w:w="35" w:type="dxa"/>
              <w:bottom w:w="35" w:type="dxa"/>
              <w:right w:w="35" w:type="dxa"/>
            </w:tcMar>
            <w:vAlign w:val="center"/>
          </w:tcPr>
          <w:p w14:paraId="578DF780" w14:textId="77777777" w:rsidR="00000000" w:rsidRPr="00505610" w:rsidRDefault="00000000">
            <w:pPr>
              <w:jc w:val="center"/>
              <w:rPr>
                <w:rFonts w:cs="Arial"/>
              </w:rPr>
            </w:pPr>
            <w:r w:rsidRPr="00505610">
              <w:rPr>
                <w:rFonts w:cs="Arial"/>
                <w:sz w:val="15"/>
              </w:rPr>
              <w:t>54,653 (48.7)</w:t>
            </w:r>
          </w:p>
        </w:tc>
        <w:tc>
          <w:tcPr>
            <w:tcW w:w="1987" w:type="dxa"/>
            <w:tcMar>
              <w:top w:w="35" w:type="dxa"/>
              <w:left w:w="35" w:type="dxa"/>
              <w:bottom w:w="35" w:type="dxa"/>
              <w:right w:w="35" w:type="dxa"/>
            </w:tcMar>
            <w:vAlign w:val="center"/>
          </w:tcPr>
          <w:p w14:paraId="7C5CCDC0" w14:textId="77777777" w:rsidR="00000000" w:rsidRPr="00505610" w:rsidRDefault="00000000">
            <w:pPr>
              <w:jc w:val="center"/>
              <w:rPr>
                <w:rFonts w:cs="Arial"/>
              </w:rPr>
            </w:pPr>
            <w:r w:rsidRPr="00505610">
              <w:rPr>
                <w:rFonts w:cs="Arial"/>
                <w:sz w:val="15"/>
              </w:rPr>
              <w:t>16,986 (15.1)</w:t>
            </w:r>
          </w:p>
        </w:tc>
      </w:tr>
      <w:tr w:rsidR="005A4F13" w:rsidRPr="00505610" w14:paraId="523D33C2" w14:textId="77777777">
        <w:trPr>
          <w:cantSplit/>
        </w:trPr>
        <w:tc>
          <w:tcPr>
            <w:tcW w:w="2376" w:type="dxa"/>
            <w:tcMar>
              <w:top w:w="35" w:type="dxa"/>
              <w:left w:w="35" w:type="dxa"/>
              <w:bottom w:w="35" w:type="dxa"/>
              <w:right w:w="35" w:type="dxa"/>
            </w:tcMar>
            <w:vAlign w:val="center"/>
          </w:tcPr>
          <w:p w14:paraId="4805A60F" w14:textId="77777777" w:rsidR="00000000" w:rsidRPr="00505610" w:rsidRDefault="00000000">
            <w:pPr>
              <w:rPr>
                <w:rFonts w:cs="Arial"/>
              </w:rPr>
            </w:pPr>
            <w:r w:rsidRPr="00505610">
              <w:rPr>
                <w:rFonts w:cs="Arial"/>
                <w:sz w:val="15"/>
              </w:rPr>
              <w:t>White and Black Caribbean</w:t>
            </w:r>
          </w:p>
        </w:tc>
        <w:tc>
          <w:tcPr>
            <w:tcW w:w="1800" w:type="dxa"/>
            <w:tcMar>
              <w:top w:w="35" w:type="dxa"/>
              <w:left w:w="35" w:type="dxa"/>
              <w:bottom w:w="35" w:type="dxa"/>
              <w:right w:w="35" w:type="dxa"/>
            </w:tcMar>
            <w:vAlign w:val="center"/>
          </w:tcPr>
          <w:p w14:paraId="1BC0705B" w14:textId="77777777" w:rsidR="00000000" w:rsidRPr="00505610" w:rsidRDefault="00000000">
            <w:pPr>
              <w:jc w:val="center"/>
              <w:rPr>
                <w:rFonts w:cs="Arial"/>
              </w:rPr>
            </w:pPr>
            <w:r w:rsidRPr="00505610">
              <w:rPr>
                <w:rFonts w:cs="Arial"/>
                <w:sz w:val="15"/>
              </w:rPr>
              <w:t>462</w:t>
            </w:r>
          </w:p>
        </w:tc>
        <w:tc>
          <w:tcPr>
            <w:tcW w:w="1987" w:type="dxa"/>
            <w:tcMar>
              <w:top w:w="35" w:type="dxa"/>
              <w:left w:w="35" w:type="dxa"/>
              <w:bottom w:w="35" w:type="dxa"/>
              <w:right w:w="35" w:type="dxa"/>
            </w:tcMar>
            <w:vAlign w:val="center"/>
          </w:tcPr>
          <w:p w14:paraId="40A323E8" w14:textId="77777777" w:rsidR="00000000" w:rsidRPr="00505610" w:rsidRDefault="00000000">
            <w:pPr>
              <w:jc w:val="center"/>
              <w:rPr>
                <w:rFonts w:cs="Arial"/>
              </w:rPr>
            </w:pPr>
            <w:r w:rsidRPr="00505610">
              <w:rPr>
                <w:rFonts w:cs="Arial"/>
                <w:sz w:val="15"/>
              </w:rPr>
              <w:t>99 (21.4)</w:t>
            </w:r>
          </w:p>
        </w:tc>
        <w:tc>
          <w:tcPr>
            <w:tcW w:w="1987" w:type="dxa"/>
            <w:tcMar>
              <w:top w:w="35" w:type="dxa"/>
              <w:left w:w="35" w:type="dxa"/>
              <w:bottom w:w="35" w:type="dxa"/>
              <w:right w:w="35" w:type="dxa"/>
            </w:tcMar>
            <w:vAlign w:val="center"/>
          </w:tcPr>
          <w:p w14:paraId="4DA554BF" w14:textId="77777777" w:rsidR="00000000" w:rsidRPr="00505610" w:rsidRDefault="00000000">
            <w:pPr>
              <w:jc w:val="center"/>
              <w:rPr>
                <w:rFonts w:cs="Arial"/>
              </w:rPr>
            </w:pPr>
            <w:r w:rsidRPr="00505610">
              <w:rPr>
                <w:rFonts w:cs="Arial"/>
                <w:sz w:val="15"/>
              </w:rPr>
              <w:t>226 (48.9)</w:t>
            </w:r>
          </w:p>
        </w:tc>
        <w:tc>
          <w:tcPr>
            <w:tcW w:w="1987" w:type="dxa"/>
            <w:tcMar>
              <w:top w:w="35" w:type="dxa"/>
              <w:left w:w="35" w:type="dxa"/>
              <w:bottom w:w="35" w:type="dxa"/>
              <w:right w:w="35" w:type="dxa"/>
            </w:tcMar>
            <w:vAlign w:val="center"/>
          </w:tcPr>
          <w:p w14:paraId="5AB0F894" w14:textId="77777777" w:rsidR="00000000" w:rsidRPr="00505610" w:rsidRDefault="00000000">
            <w:pPr>
              <w:jc w:val="center"/>
              <w:rPr>
                <w:rFonts w:cs="Arial"/>
              </w:rPr>
            </w:pPr>
            <w:r w:rsidRPr="00505610">
              <w:rPr>
                <w:rFonts w:cs="Arial"/>
                <w:sz w:val="15"/>
              </w:rPr>
              <w:t>137 (29.7)</w:t>
            </w:r>
          </w:p>
        </w:tc>
      </w:tr>
      <w:tr w:rsidR="005A4F13" w:rsidRPr="00505610" w14:paraId="21CDF7EF" w14:textId="77777777">
        <w:trPr>
          <w:cantSplit/>
        </w:trPr>
        <w:tc>
          <w:tcPr>
            <w:tcW w:w="2376" w:type="dxa"/>
            <w:tcMar>
              <w:top w:w="35" w:type="dxa"/>
              <w:left w:w="35" w:type="dxa"/>
              <w:bottom w:w="35" w:type="dxa"/>
              <w:right w:w="35" w:type="dxa"/>
            </w:tcMar>
            <w:vAlign w:val="center"/>
          </w:tcPr>
          <w:p w14:paraId="10F78C32" w14:textId="77777777" w:rsidR="00000000" w:rsidRPr="00505610" w:rsidRDefault="00000000">
            <w:pPr>
              <w:rPr>
                <w:rFonts w:cs="Arial"/>
              </w:rPr>
            </w:pPr>
            <w:r w:rsidRPr="00505610">
              <w:rPr>
                <w:rFonts w:cs="Arial"/>
                <w:i/>
                <w:sz w:val="15"/>
              </w:rPr>
              <w:t>Missing</w:t>
            </w:r>
          </w:p>
        </w:tc>
        <w:tc>
          <w:tcPr>
            <w:tcW w:w="1800" w:type="dxa"/>
            <w:tcMar>
              <w:top w:w="35" w:type="dxa"/>
              <w:left w:w="35" w:type="dxa"/>
              <w:bottom w:w="35" w:type="dxa"/>
              <w:right w:w="35" w:type="dxa"/>
            </w:tcMar>
            <w:vAlign w:val="center"/>
          </w:tcPr>
          <w:p w14:paraId="03CA112A" w14:textId="77777777" w:rsidR="00000000" w:rsidRPr="00505610" w:rsidRDefault="00000000">
            <w:pPr>
              <w:jc w:val="center"/>
              <w:rPr>
                <w:rFonts w:cs="Arial"/>
              </w:rPr>
            </w:pPr>
            <w:r w:rsidRPr="00505610">
              <w:rPr>
                <w:rFonts w:cs="Arial"/>
                <w:i/>
                <w:sz w:val="15"/>
              </w:rPr>
              <w:t>10,877</w:t>
            </w:r>
          </w:p>
        </w:tc>
        <w:tc>
          <w:tcPr>
            <w:tcW w:w="1987" w:type="dxa"/>
            <w:tcMar>
              <w:top w:w="35" w:type="dxa"/>
              <w:left w:w="35" w:type="dxa"/>
              <w:bottom w:w="35" w:type="dxa"/>
              <w:right w:w="35" w:type="dxa"/>
            </w:tcMar>
            <w:vAlign w:val="center"/>
          </w:tcPr>
          <w:p w14:paraId="7A01382B" w14:textId="77777777" w:rsidR="00000000" w:rsidRPr="00505610" w:rsidRDefault="00000000">
            <w:pPr>
              <w:jc w:val="center"/>
              <w:rPr>
                <w:rFonts w:cs="Arial"/>
              </w:rPr>
            </w:pPr>
            <w:r w:rsidRPr="00505610">
              <w:rPr>
                <w:rFonts w:cs="Arial"/>
                <w:i/>
                <w:sz w:val="15"/>
              </w:rPr>
              <w:t>2,863 (26.3)</w:t>
            </w:r>
          </w:p>
        </w:tc>
        <w:tc>
          <w:tcPr>
            <w:tcW w:w="1987" w:type="dxa"/>
            <w:tcMar>
              <w:top w:w="35" w:type="dxa"/>
              <w:left w:w="35" w:type="dxa"/>
              <w:bottom w:w="35" w:type="dxa"/>
              <w:right w:w="35" w:type="dxa"/>
            </w:tcMar>
            <w:vAlign w:val="center"/>
          </w:tcPr>
          <w:p w14:paraId="1BD4C781" w14:textId="77777777" w:rsidR="00000000" w:rsidRPr="00505610" w:rsidRDefault="00000000">
            <w:pPr>
              <w:jc w:val="center"/>
              <w:rPr>
                <w:rFonts w:cs="Arial"/>
              </w:rPr>
            </w:pPr>
            <w:r w:rsidRPr="00505610">
              <w:rPr>
                <w:rFonts w:cs="Arial"/>
                <w:i/>
                <w:sz w:val="15"/>
              </w:rPr>
              <w:t>5,706 (52.5)</w:t>
            </w:r>
          </w:p>
        </w:tc>
        <w:tc>
          <w:tcPr>
            <w:tcW w:w="1987" w:type="dxa"/>
            <w:tcMar>
              <w:top w:w="35" w:type="dxa"/>
              <w:left w:w="35" w:type="dxa"/>
              <w:bottom w:w="35" w:type="dxa"/>
              <w:right w:w="35" w:type="dxa"/>
            </w:tcMar>
            <w:vAlign w:val="center"/>
          </w:tcPr>
          <w:p w14:paraId="4CF65955" w14:textId="77777777" w:rsidR="00000000" w:rsidRPr="00505610" w:rsidRDefault="00000000">
            <w:pPr>
              <w:jc w:val="center"/>
              <w:rPr>
                <w:rFonts w:cs="Arial"/>
              </w:rPr>
            </w:pPr>
            <w:r w:rsidRPr="00505610">
              <w:rPr>
                <w:rFonts w:cs="Arial"/>
                <w:i/>
                <w:sz w:val="15"/>
              </w:rPr>
              <w:t>2,308 (21.2)</w:t>
            </w:r>
          </w:p>
        </w:tc>
      </w:tr>
      <w:tr w:rsidR="005A4F13" w:rsidRPr="00505610" w14:paraId="14A6E486" w14:textId="77777777">
        <w:trPr>
          <w:cantSplit/>
        </w:trPr>
        <w:tc>
          <w:tcPr>
            <w:tcW w:w="1987" w:type="dxa"/>
            <w:gridSpan w:val="5"/>
            <w:tcMar>
              <w:top w:w="35" w:type="dxa"/>
              <w:left w:w="35" w:type="dxa"/>
              <w:bottom w:w="35" w:type="dxa"/>
              <w:right w:w="35" w:type="dxa"/>
            </w:tcMar>
            <w:vAlign w:val="center"/>
          </w:tcPr>
          <w:p w14:paraId="75AD4E6F" w14:textId="77777777" w:rsidR="00000000" w:rsidRPr="00505610" w:rsidRDefault="00000000">
            <w:pPr>
              <w:rPr>
                <w:rFonts w:cs="Arial"/>
              </w:rPr>
            </w:pPr>
            <w:r w:rsidRPr="00505610">
              <w:rPr>
                <w:rFonts w:cs="Arial"/>
                <w:b/>
                <w:sz w:val="15"/>
              </w:rPr>
              <w:t>Marital Status</w:t>
            </w:r>
          </w:p>
        </w:tc>
      </w:tr>
      <w:tr w:rsidR="005A4F13" w:rsidRPr="00505610" w14:paraId="2D8D9431" w14:textId="77777777">
        <w:trPr>
          <w:cantSplit/>
        </w:trPr>
        <w:tc>
          <w:tcPr>
            <w:tcW w:w="2376" w:type="dxa"/>
            <w:tcMar>
              <w:top w:w="35" w:type="dxa"/>
              <w:left w:w="35" w:type="dxa"/>
              <w:bottom w:w="35" w:type="dxa"/>
              <w:right w:w="35" w:type="dxa"/>
            </w:tcMar>
            <w:vAlign w:val="center"/>
          </w:tcPr>
          <w:p w14:paraId="6199A73E" w14:textId="77777777" w:rsidR="00000000" w:rsidRPr="00505610" w:rsidRDefault="00000000">
            <w:pPr>
              <w:rPr>
                <w:rFonts w:cs="Arial"/>
              </w:rPr>
            </w:pPr>
            <w:r w:rsidRPr="00505610">
              <w:rPr>
                <w:rFonts w:cs="Arial"/>
                <w:sz w:val="15"/>
              </w:rPr>
              <w:t>Divorced</w:t>
            </w:r>
          </w:p>
        </w:tc>
        <w:tc>
          <w:tcPr>
            <w:tcW w:w="1800" w:type="dxa"/>
            <w:tcMar>
              <w:top w:w="35" w:type="dxa"/>
              <w:left w:w="35" w:type="dxa"/>
              <w:bottom w:w="35" w:type="dxa"/>
              <w:right w:w="35" w:type="dxa"/>
            </w:tcMar>
            <w:vAlign w:val="center"/>
          </w:tcPr>
          <w:p w14:paraId="5EB1E910" w14:textId="77777777" w:rsidR="00000000" w:rsidRPr="00505610" w:rsidRDefault="00000000">
            <w:pPr>
              <w:jc w:val="center"/>
              <w:rPr>
                <w:rFonts w:cs="Arial"/>
              </w:rPr>
            </w:pPr>
            <w:r w:rsidRPr="00505610">
              <w:rPr>
                <w:rFonts w:cs="Arial"/>
                <w:sz w:val="15"/>
              </w:rPr>
              <w:t>12,761</w:t>
            </w:r>
          </w:p>
        </w:tc>
        <w:tc>
          <w:tcPr>
            <w:tcW w:w="1987" w:type="dxa"/>
            <w:tcMar>
              <w:top w:w="35" w:type="dxa"/>
              <w:left w:w="35" w:type="dxa"/>
              <w:bottom w:w="35" w:type="dxa"/>
              <w:right w:w="35" w:type="dxa"/>
            </w:tcMar>
            <w:vAlign w:val="center"/>
          </w:tcPr>
          <w:p w14:paraId="6A46E819" w14:textId="77777777" w:rsidR="00000000" w:rsidRPr="00505610" w:rsidRDefault="00000000">
            <w:pPr>
              <w:jc w:val="center"/>
              <w:rPr>
                <w:rFonts w:cs="Arial"/>
              </w:rPr>
            </w:pPr>
            <w:r w:rsidRPr="00505610">
              <w:rPr>
                <w:rFonts w:cs="Arial"/>
                <w:sz w:val="15"/>
              </w:rPr>
              <w:t>2,915 (22.8)</w:t>
            </w:r>
          </w:p>
        </w:tc>
        <w:tc>
          <w:tcPr>
            <w:tcW w:w="1987" w:type="dxa"/>
            <w:tcMar>
              <w:top w:w="35" w:type="dxa"/>
              <w:left w:w="35" w:type="dxa"/>
              <w:bottom w:w="35" w:type="dxa"/>
              <w:right w:w="35" w:type="dxa"/>
            </w:tcMar>
            <w:vAlign w:val="center"/>
          </w:tcPr>
          <w:p w14:paraId="3D42E664" w14:textId="77777777" w:rsidR="00000000" w:rsidRPr="00505610" w:rsidRDefault="00000000">
            <w:pPr>
              <w:jc w:val="center"/>
              <w:rPr>
                <w:rFonts w:cs="Arial"/>
              </w:rPr>
            </w:pPr>
            <w:r w:rsidRPr="00505610">
              <w:rPr>
                <w:rFonts w:cs="Arial"/>
                <w:sz w:val="15"/>
              </w:rPr>
              <w:t>7,030 (55.1)</w:t>
            </w:r>
          </w:p>
        </w:tc>
        <w:tc>
          <w:tcPr>
            <w:tcW w:w="1987" w:type="dxa"/>
            <w:tcMar>
              <w:top w:w="35" w:type="dxa"/>
              <w:left w:w="35" w:type="dxa"/>
              <w:bottom w:w="35" w:type="dxa"/>
              <w:right w:w="35" w:type="dxa"/>
            </w:tcMar>
            <w:vAlign w:val="center"/>
          </w:tcPr>
          <w:p w14:paraId="4A8D65F7" w14:textId="77777777" w:rsidR="00000000" w:rsidRPr="00505610" w:rsidRDefault="00000000">
            <w:pPr>
              <w:jc w:val="center"/>
              <w:rPr>
                <w:rFonts w:cs="Arial"/>
              </w:rPr>
            </w:pPr>
            <w:r w:rsidRPr="00505610">
              <w:rPr>
                <w:rFonts w:cs="Arial"/>
                <w:sz w:val="15"/>
              </w:rPr>
              <w:t>2,816 (22.1)</w:t>
            </w:r>
          </w:p>
        </w:tc>
      </w:tr>
      <w:tr w:rsidR="005A4F13" w:rsidRPr="00505610" w14:paraId="1B6AE017" w14:textId="77777777">
        <w:trPr>
          <w:cantSplit/>
        </w:trPr>
        <w:tc>
          <w:tcPr>
            <w:tcW w:w="2376" w:type="dxa"/>
            <w:tcMar>
              <w:top w:w="35" w:type="dxa"/>
              <w:left w:w="35" w:type="dxa"/>
              <w:bottom w:w="35" w:type="dxa"/>
              <w:right w:w="35" w:type="dxa"/>
            </w:tcMar>
            <w:vAlign w:val="center"/>
          </w:tcPr>
          <w:p w14:paraId="2B7ADF03" w14:textId="77777777" w:rsidR="00000000" w:rsidRPr="00505610" w:rsidRDefault="00000000">
            <w:pPr>
              <w:rPr>
                <w:rFonts w:cs="Arial"/>
              </w:rPr>
            </w:pPr>
            <w:r w:rsidRPr="00505610">
              <w:rPr>
                <w:rFonts w:cs="Arial"/>
                <w:sz w:val="15"/>
              </w:rPr>
              <w:t>In a relationship</w:t>
            </w:r>
          </w:p>
        </w:tc>
        <w:tc>
          <w:tcPr>
            <w:tcW w:w="1800" w:type="dxa"/>
            <w:tcMar>
              <w:top w:w="35" w:type="dxa"/>
              <w:left w:w="35" w:type="dxa"/>
              <w:bottom w:w="35" w:type="dxa"/>
              <w:right w:w="35" w:type="dxa"/>
            </w:tcMar>
            <w:vAlign w:val="center"/>
          </w:tcPr>
          <w:p w14:paraId="23CA4D4F" w14:textId="77777777" w:rsidR="00000000" w:rsidRPr="00505610" w:rsidRDefault="00000000">
            <w:pPr>
              <w:jc w:val="center"/>
              <w:rPr>
                <w:rFonts w:cs="Arial"/>
              </w:rPr>
            </w:pPr>
            <w:r w:rsidRPr="00505610">
              <w:rPr>
                <w:rFonts w:cs="Arial"/>
                <w:sz w:val="15"/>
              </w:rPr>
              <w:t>12,404</w:t>
            </w:r>
          </w:p>
        </w:tc>
        <w:tc>
          <w:tcPr>
            <w:tcW w:w="1987" w:type="dxa"/>
            <w:tcMar>
              <w:top w:w="35" w:type="dxa"/>
              <w:left w:w="35" w:type="dxa"/>
              <w:bottom w:w="35" w:type="dxa"/>
              <w:right w:w="35" w:type="dxa"/>
            </w:tcMar>
            <w:vAlign w:val="center"/>
          </w:tcPr>
          <w:p w14:paraId="230493A9" w14:textId="77777777" w:rsidR="00000000" w:rsidRPr="00505610" w:rsidRDefault="00000000">
            <w:pPr>
              <w:jc w:val="center"/>
              <w:rPr>
                <w:rFonts w:cs="Arial"/>
              </w:rPr>
            </w:pPr>
            <w:r w:rsidRPr="00505610">
              <w:rPr>
                <w:rFonts w:cs="Arial"/>
                <w:sz w:val="15"/>
              </w:rPr>
              <w:t>4,017 (32.4)</w:t>
            </w:r>
          </w:p>
        </w:tc>
        <w:tc>
          <w:tcPr>
            <w:tcW w:w="1987" w:type="dxa"/>
            <w:tcMar>
              <w:top w:w="35" w:type="dxa"/>
              <w:left w:w="35" w:type="dxa"/>
              <w:bottom w:w="35" w:type="dxa"/>
              <w:right w:w="35" w:type="dxa"/>
            </w:tcMar>
            <w:vAlign w:val="center"/>
          </w:tcPr>
          <w:p w14:paraId="01A18A92" w14:textId="77777777" w:rsidR="00000000" w:rsidRPr="00505610" w:rsidRDefault="00000000">
            <w:pPr>
              <w:jc w:val="center"/>
              <w:rPr>
                <w:rFonts w:cs="Arial"/>
              </w:rPr>
            </w:pPr>
            <w:r w:rsidRPr="00505610">
              <w:rPr>
                <w:rFonts w:cs="Arial"/>
                <w:sz w:val="15"/>
              </w:rPr>
              <w:t>6,682 (53.9)</w:t>
            </w:r>
          </w:p>
        </w:tc>
        <w:tc>
          <w:tcPr>
            <w:tcW w:w="1987" w:type="dxa"/>
            <w:tcMar>
              <w:top w:w="35" w:type="dxa"/>
              <w:left w:w="35" w:type="dxa"/>
              <w:bottom w:w="35" w:type="dxa"/>
              <w:right w:w="35" w:type="dxa"/>
            </w:tcMar>
            <w:vAlign w:val="center"/>
          </w:tcPr>
          <w:p w14:paraId="2D4DC427" w14:textId="77777777" w:rsidR="00000000" w:rsidRPr="00505610" w:rsidRDefault="00000000">
            <w:pPr>
              <w:jc w:val="center"/>
              <w:rPr>
                <w:rFonts w:cs="Arial"/>
              </w:rPr>
            </w:pPr>
            <w:r w:rsidRPr="00505610">
              <w:rPr>
                <w:rFonts w:cs="Arial"/>
                <w:sz w:val="15"/>
              </w:rPr>
              <w:t>1,705 (13.7)</w:t>
            </w:r>
          </w:p>
        </w:tc>
      </w:tr>
      <w:tr w:rsidR="005A4F13" w:rsidRPr="00505610" w14:paraId="7ABF187A" w14:textId="77777777">
        <w:trPr>
          <w:cantSplit/>
        </w:trPr>
        <w:tc>
          <w:tcPr>
            <w:tcW w:w="2376" w:type="dxa"/>
            <w:tcMar>
              <w:top w:w="35" w:type="dxa"/>
              <w:left w:w="35" w:type="dxa"/>
              <w:bottom w:w="35" w:type="dxa"/>
              <w:right w:w="35" w:type="dxa"/>
            </w:tcMar>
            <w:vAlign w:val="center"/>
          </w:tcPr>
          <w:p w14:paraId="6E23A21D" w14:textId="77777777" w:rsidR="00000000" w:rsidRPr="00505610" w:rsidRDefault="00000000">
            <w:pPr>
              <w:rPr>
                <w:rFonts w:cs="Arial"/>
              </w:rPr>
            </w:pPr>
            <w:r w:rsidRPr="00505610">
              <w:rPr>
                <w:rFonts w:cs="Arial"/>
                <w:sz w:val="15"/>
              </w:rPr>
              <w:t>Married / Civil partnership</w:t>
            </w:r>
          </w:p>
        </w:tc>
        <w:tc>
          <w:tcPr>
            <w:tcW w:w="1800" w:type="dxa"/>
            <w:tcMar>
              <w:top w:w="35" w:type="dxa"/>
              <w:left w:w="35" w:type="dxa"/>
              <w:bottom w:w="35" w:type="dxa"/>
              <w:right w:w="35" w:type="dxa"/>
            </w:tcMar>
            <w:vAlign w:val="center"/>
          </w:tcPr>
          <w:p w14:paraId="680F2D3A" w14:textId="77777777" w:rsidR="00000000" w:rsidRPr="00505610" w:rsidRDefault="00000000">
            <w:pPr>
              <w:jc w:val="center"/>
              <w:rPr>
                <w:rFonts w:cs="Arial"/>
              </w:rPr>
            </w:pPr>
            <w:r w:rsidRPr="00505610">
              <w:rPr>
                <w:rFonts w:cs="Arial"/>
                <w:sz w:val="15"/>
              </w:rPr>
              <w:t>60,612</w:t>
            </w:r>
          </w:p>
        </w:tc>
        <w:tc>
          <w:tcPr>
            <w:tcW w:w="1987" w:type="dxa"/>
            <w:tcMar>
              <w:top w:w="35" w:type="dxa"/>
              <w:left w:w="35" w:type="dxa"/>
              <w:bottom w:w="35" w:type="dxa"/>
              <w:right w:w="35" w:type="dxa"/>
            </w:tcMar>
            <w:vAlign w:val="center"/>
          </w:tcPr>
          <w:p w14:paraId="294707E0" w14:textId="77777777" w:rsidR="00000000" w:rsidRPr="00505610" w:rsidRDefault="00000000">
            <w:pPr>
              <w:jc w:val="center"/>
              <w:rPr>
                <w:rFonts w:cs="Arial"/>
              </w:rPr>
            </w:pPr>
            <w:r w:rsidRPr="00505610">
              <w:rPr>
                <w:rFonts w:cs="Arial"/>
                <w:sz w:val="15"/>
              </w:rPr>
              <w:t>29,623 (48.9)</w:t>
            </w:r>
          </w:p>
        </w:tc>
        <w:tc>
          <w:tcPr>
            <w:tcW w:w="1987" w:type="dxa"/>
            <w:tcMar>
              <w:top w:w="35" w:type="dxa"/>
              <w:left w:w="35" w:type="dxa"/>
              <w:bottom w:w="35" w:type="dxa"/>
              <w:right w:w="35" w:type="dxa"/>
            </w:tcMar>
            <w:vAlign w:val="center"/>
          </w:tcPr>
          <w:p w14:paraId="2505F53E" w14:textId="77777777" w:rsidR="00000000" w:rsidRPr="00505610" w:rsidRDefault="00000000">
            <w:pPr>
              <w:jc w:val="center"/>
              <w:rPr>
                <w:rFonts w:cs="Arial"/>
              </w:rPr>
            </w:pPr>
            <w:r w:rsidRPr="00505610">
              <w:rPr>
                <w:rFonts w:cs="Arial"/>
                <w:sz w:val="15"/>
              </w:rPr>
              <w:t>26,007 (42.9)</w:t>
            </w:r>
          </w:p>
        </w:tc>
        <w:tc>
          <w:tcPr>
            <w:tcW w:w="1987" w:type="dxa"/>
            <w:tcMar>
              <w:top w:w="35" w:type="dxa"/>
              <w:left w:w="35" w:type="dxa"/>
              <w:bottom w:w="35" w:type="dxa"/>
              <w:right w:w="35" w:type="dxa"/>
            </w:tcMar>
            <w:vAlign w:val="center"/>
          </w:tcPr>
          <w:p w14:paraId="709E0F55" w14:textId="77777777" w:rsidR="00000000" w:rsidRPr="00505610" w:rsidRDefault="00000000">
            <w:pPr>
              <w:jc w:val="center"/>
              <w:rPr>
                <w:rFonts w:cs="Arial"/>
              </w:rPr>
            </w:pPr>
            <w:r w:rsidRPr="00505610">
              <w:rPr>
                <w:rFonts w:cs="Arial"/>
                <w:sz w:val="15"/>
              </w:rPr>
              <w:t>4,982 (8.2)</w:t>
            </w:r>
          </w:p>
        </w:tc>
      </w:tr>
      <w:tr w:rsidR="005A4F13" w:rsidRPr="00505610" w14:paraId="4A913103" w14:textId="77777777">
        <w:trPr>
          <w:cantSplit/>
        </w:trPr>
        <w:tc>
          <w:tcPr>
            <w:tcW w:w="2376" w:type="dxa"/>
            <w:tcMar>
              <w:top w:w="35" w:type="dxa"/>
              <w:left w:w="35" w:type="dxa"/>
              <w:bottom w:w="35" w:type="dxa"/>
              <w:right w:w="35" w:type="dxa"/>
            </w:tcMar>
            <w:vAlign w:val="center"/>
          </w:tcPr>
          <w:p w14:paraId="101AF00B" w14:textId="77777777" w:rsidR="00000000" w:rsidRPr="00505610" w:rsidRDefault="00000000">
            <w:pPr>
              <w:rPr>
                <w:rFonts w:cs="Arial"/>
              </w:rPr>
            </w:pPr>
            <w:r w:rsidRPr="00505610">
              <w:rPr>
                <w:rFonts w:cs="Arial"/>
                <w:sz w:val="15"/>
              </w:rPr>
              <w:t>Other</w:t>
            </w:r>
          </w:p>
        </w:tc>
        <w:tc>
          <w:tcPr>
            <w:tcW w:w="1800" w:type="dxa"/>
            <w:tcMar>
              <w:top w:w="35" w:type="dxa"/>
              <w:left w:w="35" w:type="dxa"/>
              <w:bottom w:w="35" w:type="dxa"/>
              <w:right w:w="35" w:type="dxa"/>
            </w:tcMar>
            <w:vAlign w:val="center"/>
          </w:tcPr>
          <w:p w14:paraId="747782E0" w14:textId="77777777" w:rsidR="00000000" w:rsidRPr="00505610" w:rsidRDefault="00000000">
            <w:pPr>
              <w:jc w:val="center"/>
              <w:rPr>
                <w:rFonts w:cs="Arial"/>
              </w:rPr>
            </w:pPr>
            <w:r w:rsidRPr="00505610">
              <w:rPr>
                <w:rFonts w:cs="Arial"/>
                <w:sz w:val="15"/>
              </w:rPr>
              <w:t>2,992</w:t>
            </w:r>
          </w:p>
        </w:tc>
        <w:tc>
          <w:tcPr>
            <w:tcW w:w="1987" w:type="dxa"/>
            <w:tcMar>
              <w:top w:w="35" w:type="dxa"/>
              <w:left w:w="35" w:type="dxa"/>
              <w:bottom w:w="35" w:type="dxa"/>
              <w:right w:w="35" w:type="dxa"/>
            </w:tcMar>
            <w:vAlign w:val="center"/>
          </w:tcPr>
          <w:p w14:paraId="27E4C403" w14:textId="77777777" w:rsidR="00000000" w:rsidRPr="00505610" w:rsidRDefault="00000000">
            <w:pPr>
              <w:jc w:val="center"/>
              <w:rPr>
                <w:rFonts w:cs="Arial"/>
              </w:rPr>
            </w:pPr>
            <w:r w:rsidRPr="00505610">
              <w:rPr>
                <w:rFonts w:cs="Arial"/>
                <w:sz w:val="15"/>
              </w:rPr>
              <w:t>594 (19.9)</w:t>
            </w:r>
          </w:p>
        </w:tc>
        <w:tc>
          <w:tcPr>
            <w:tcW w:w="1987" w:type="dxa"/>
            <w:tcMar>
              <w:top w:w="35" w:type="dxa"/>
              <w:left w:w="35" w:type="dxa"/>
              <w:bottom w:w="35" w:type="dxa"/>
              <w:right w:w="35" w:type="dxa"/>
            </w:tcMar>
            <w:vAlign w:val="center"/>
          </w:tcPr>
          <w:p w14:paraId="0E406B81" w14:textId="77777777" w:rsidR="00000000" w:rsidRPr="00505610" w:rsidRDefault="00000000">
            <w:pPr>
              <w:jc w:val="center"/>
              <w:rPr>
                <w:rFonts w:cs="Arial"/>
              </w:rPr>
            </w:pPr>
            <w:r w:rsidRPr="00505610">
              <w:rPr>
                <w:rFonts w:cs="Arial"/>
                <w:sz w:val="15"/>
              </w:rPr>
              <w:t>1,592 (53.2)</w:t>
            </w:r>
          </w:p>
        </w:tc>
        <w:tc>
          <w:tcPr>
            <w:tcW w:w="1987" w:type="dxa"/>
            <w:tcMar>
              <w:top w:w="35" w:type="dxa"/>
              <w:left w:w="35" w:type="dxa"/>
              <w:bottom w:w="35" w:type="dxa"/>
              <w:right w:w="35" w:type="dxa"/>
            </w:tcMar>
            <w:vAlign w:val="center"/>
          </w:tcPr>
          <w:p w14:paraId="5868E11E" w14:textId="77777777" w:rsidR="00000000" w:rsidRPr="00505610" w:rsidRDefault="00000000">
            <w:pPr>
              <w:jc w:val="center"/>
              <w:rPr>
                <w:rFonts w:cs="Arial"/>
              </w:rPr>
            </w:pPr>
            <w:r w:rsidRPr="00505610">
              <w:rPr>
                <w:rFonts w:cs="Arial"/>
                <w:sz w:val="15"/>
              </w:rPr>
              <w:t>806 (26.9)</w:t>
            </w:r>
          </w:p>
        </w:tc>
      </w:tr>
      <w:tr w:rsidR="005A4F13" w:rsidRPr="00505610" w14:paraId="3E59EFED" w14:textId="77777777">
        <w:trPr>
          <w:cantSplit/>
        </w:trPr>
        <w:tc>
          <w:tcPr>
            <w:tcW w:w="2376" w:type="dxa"/>
            <w:tcMar>
              <w:top w:w="35" w:type="dxa"/>
              <w:left w:w="35" w:type="dxa"/>
              <w:bottom w:w="35" w:type="dxa"/>
              <w:right w:w="35" w:type="dxa"/>
            </w:tcMar>
            <w:vAlign w:val="center"/>
          </w:tcPr>
          <w:p w14:paraId="3F121642" w14:textId="77777777" w:rsidR="00000000" w:rsidRPr="00505610" w:rsidRDefault="00000000">
            <w:pPr>
              <w:rPr>
                <w:rFonts w:cs="Arial"/>
              </w:rPr>
            </w:pPr>
            <w:r w:rsidRPr="00505610">
              <w:rPr>
                <w:rFonts w:cs="Arial"/>
                <w:sz w:val="15"/>
              </w:rPr>
              <w:t>Widowed</w:t>
            </w:r>
          </w:p>
        </w:tc>
        <w:tc>
          <w:tcPr>
            <w:tcW w:w="1800" w:type="dxa"/>
            <w:tcMar>
              <w:top w:w="35" w:type="dxa"/>
              <w:left w:w="35" w:type="dxa"/>
              <w:bottom w:w="35" w:type="dxa"/>
              <w:right w:w="35" w:type="dxa"/>
            </w:tcMar>
            <w:vAlign w:val="center"/>
          </w:tcPr>
          <w:p w14:paraId="33ECB779" w14:textId="77777777" w:rsidR="00000000" w:rsidRPr="00505610" w:rsidRDefault="00000000">
            <w:pPr>
              <w:jc w:val="center"/>
              <w:rPr>
                <w:rFonts w:cs="Arial"/>
              </w:rPr>
            </w:pPr>
            <w:r w:rsidRPr="00505610">
              <w:rPr>
                <w:rFonts w:cs="Arial"/>
                <w:sz w:val="15"/>
              </w:rPr>
              <w:t>9,625</w:t>
            </w:r>
          </w:p>
        </w:tc>
        <w:tc>
          <w:tcPr>
            <w:tcW w:w="1987" w:type="dxa"/>
            <w:tcMar>
              <w:top w:w="35" w:type="dxa"/>
              <w:left w:w="35" w:type="dxa"/>
              <w:bottom w:w="35" w:type="dxa"/>
              <w:right w:w="35" w:type="dxa"/>
            </w:tcMar>
            <w:vAlign w:val="center"/>
          </w:tcPr>
          <w:p w14:paraId="1B475A1A" w14:textId="77777777" w:rsidR="00000000" w:rsidRPr="00505610" w:rsidRDefault="00000000">
            <w:pPr>
              <w:jc w:val="center"/>
              <w:rPr>
                <w:rFonts w:cs="Arial"/>
              </w:rPr>
            </w:pPr>
            <w:r w:rsidRPr="00505610">
              <w:rPr>
                <w:rFonts w:cs="Arial"/>
                <w:sz w:val="15"/>
              </w:rPr>
              <w:t>2,168 (22.5)</w:t>
            </w:r>
          </w:p>
        </w:tc>
        <w:tc>
          <w:tcPr>
            <w:tcW w:w="1987" w:type="dxa"/>
            <w:tcMar>
              <w:top w:w="35" w:type="dxa"/>
              <w:left w:w="35" w:type="dxa"/>
              <w:bottom w:w="35" w:type="dxa"/>
              <w:right w:w="35" w:type="dxa"/>
            </w:tcMar>
            <w:vAlign w:val="center"/>
          </w:tcPr>
          <w:p w14:paraId="1B585351" w14:textId="77777777" w:rsidR="00000000" w:rsidRPr="00505610" w:rsidRDefault="00000000">
            <w:pPr>
              <w:jc w:val="center"/>
              <w:rPr>
                <w:rFonts w:cs="Arial"/>
              </w:rPr>
            </w:pPr>
            <w:r w:rsidRPr="00505610">
              <w:rPr>
                <w:rFonts w:cs="Arial"/>
                <w:sz w:val="15"/>
              </w:rPr>
              <w:t>5,764 (59.9)</w:t>
            </w:r>
          </w:p>
        </w:tc>
        <w:tc>
          <w:tcPr>
            <w:tcW w:w="1987" w:type="dxa"/>
            <w:tcMar>
              <w:top w:w="35" w:type="dxa"/>
              <w:left w:w="35" w:type="dxa"/>
              <w:bottom w:w="35" w:type="dxa"/>
              <w:right w:w="35" w:type="dxa"/>
            </w:tcMar>
            <w:vAlign w:val="center"/>
          </w:tcPr>
          <w:p w14:paraId="268102EC" w14:textId="77777777" w:rsidR="00000000" w:rsidRPr="00505610" w:rsidRDefault="00000000">
            <w:pPr>
              <w:jc w:val="center"/>
              <w:rPr>
                <w:rFonts w:cs="Arial"/>
              </w:rPr>
            </w:pPr>
            <w:r w:rsidRPr="00505610">
              <w:rPr>
                <w:rFonts w:cs="Arial"/>
                <w:sz w:val="15"/>
              </w:rPr>
              <w:t>1,693 (17.6)</w:t>
            </w:r>
          </w:p>
        </w:tc>
      </w:tr>
      <w:tr w:rsidR="005A4F13" w:rsidRPr="00505610" w14:paraId="68798C33" w14:textId="77777777">
        <w:trPr>
          <w:cantSplit/>
        </w:trPr>
        <w:tc>
          <w:tcPr>
            <w:tcW w:w="2376" w:type="dxa"/>
            <w:tcMar>
              <w:top w:w="35" w:type="dxa"/>
              <w:left w:w="35" w:type="dxa"/>
              <w:bottom w:w="35" w:type="dxa"/>
              <w:right w:w="35" w:type="dxa"/>
            </w:tcMar>
            <w:vAlign w:val="center"/>
          </w:tcPr>
          <w:p w14:paraId="1B5628EC" w14:textId="77777777" w:rsidR="00000000" w:rsidRPr="00505610" w:rsidRDefault="00000000">
            <w:pPr>
              <w:rPr>
                <w:rFonts w:cs="Arial"/>
              </w:rPr>
            </w:pPr>
            <w:r w:rsidRPr="00505610">
              <w:rPr>
                <w:rFonts w:cs="Arial"/>
                <w:sz w:val="15"/>
              </w:rPr>
              <w:t>Single</w:t>
            </w:r>
          </w:p>
        </w:tc>
        <w:tc>
          <w:tcPr>
            <w:tcW w:w="1800" w:type="dxa"/>
            <w:tcMar>
              <w:top w:w="35" w:type="dxa"/>
              <w:left w:w="35" w:type="dxa"/>
              <w:bottom w:w="35" w:type="dxa"/>
              <w:right w:w="35" w:type="dxa"/>
            </w:tcMar>
            <w:vAlign w:val="center"/>
          </w:tcPr>
          <w:p w14:paraId="536CA6B2" w14:textId="77777777" w:rsidR="00000000" w:rsidRPr="00505610" w:rsidRDefault="00000000">
            <w:pPr>
              <w:jc w:val="center"/>
              <w:rPr>
                <w:rFonts w:cs="Arial"/>
              </w:rPr>
            </w:pPr>
            <w:r w:rsidRPr="00505610">
              <w:rPr>
                <w:rFonts w:cs="Arial"/>
                <w:sz w:val="15"/>
              </w:rPr>
              <w:t>26,983</w:t>
            </w:r>
          </w:p>
        </w:tc>
        <w:tc>
          <w:tcPr>
            <w:tcW w:w="1987" w:type="dxa"/>
            <w:tcMar>
              <w:top w:w="35" w:type="dxa"/>
              <w:left w:w="35" w:type="dxa"/>
              <w:bottom w:w="35" w:type="dxa"/>
              <w:right w:w="35" w:type="dxa"/>
            </w:tcMar>
            <w:vAlign w:val="center"/>
          </w:tcPr>
          <w:p w14:paraId="0A43E704" w14:textId="77777777" w:rsidR="00000000" w:rsidRPr="00505610" w:rsidRDefault="00000000">
            <w:pPr>
              <w:jc w:val="center"/>
              <w:rPr>
                <w:rFonts w:cs="Arial"/>
              </w:rPr>
            </w:pPr>
            <w:r w:rsidRPr="00505610">
              <w:rPr>
                <w:rFonts w:cs="Arial"/>
                <w:sz w:val="15"/>
              </w:rPr>
              <w:t>4,362 (16.2)</w:t>
            </w:r>
          </w:p>
        </w:tc>
        <w:tc>
          <w:tcPr>
            <w:tcW w:w="1987" w:type="dxa"/>
            <w:tcMar>
              <w:top w:w="35" w:type="dxa"/>
              <w:left w:w="35" w:type="dxa"/>
              <w:bottom w:w="35" w:type="dxa"/>
              <w:right w:w="35" w:type="dxa"/>
            </w:tcMar>
            <w:vAlign w:val="center"/>
          </w:tcPr>
          <w:p w14:paraId="6A022A97" w14:textId="77777777" w:rsidR="00000000" w:rsidRPr="00505610" w:rsidRDefault="00000000">
            <w:pPr>
              <w:jc w:val="center"/>
              <w:rPr>
                <w:rFonts w:cs="Arial"/>
              </w:rPr>
            </w:pPr>
            <w:r w:rsidRPr="00505610">
              <w:rPr>
                <w:rFonts w:cs="Arial"/>
                <w:sz w:val="15"/>
              </w:rPr>
              <w:t>14,488 (53.7)</w:t>
            </w:r>
          </w:p>
        </w:tc>
        <w:tc>
          <w:tcPr>
            <w:tcW w:w="1987" w:type="dxa"/>
            <w:tcMar>
              <w:top w:w="35" w:type="dxa"/>
              <w:left w:w="35" w:type="dxa"/>
              <w:bottom w:w="35" w:type="dxa"/>
              <w:right w:w="35" w:type="dxa"/>
            </w:tcMar>
            <w:vAlign w:val="center"/>
          </w:tcPr>
          <w:p w14:paraId="7028CE26" w14:textId="77777777" w:rsidR="00000000" w:rsidRPr="00505610" w:rsidRDefault="00000000">
            <w:pPr>
              <w:jc w:val="center"/>
              <w:rPr>
                <w:rFonts w:cs="Arial"/>
              </w:rPr>
            </w:pPr>
            <w:r w:rsidRPr="00505610">
              <w:rPr>
                <w:rFonts w:cs="Arial"/>
                <w:sz w:val="15"/>
              </w:rPr>
              <w:t>8,133 (30.1)</w:t>
            </w:r>
          </w:p>
        </w:tc>
      </w:tr>
      <w:tr w:rsidR="005A4F13" w:rsidRPr="00505610" w14:paraId="142D3C13" w14:textId="77777777">
        <w:trPr>
          <w:cantSplit/>
        </w:trPr>
        <w:tc>
          <w:tcPr>
            <w:tcW w:w="2376" w:type="dxa"/>
            <w:tcMar>
              <w:top w:w="35" w:type="dxa"/>
              <w:left w:w="35" w:type="dxa"/>
              <w:bottom w:w="35" w:type="dxa"/>
              <w:right w:w="35" w:type="dxa"/>
            </w:tcMar>
            <w:vAlign w:val="center"/>
          </w:tcPr>
          <w:p w14:paraId="1A047F3C" w14:textId="77777777" w:rsidR="00000000" w:rsidRPr="00505610" w:rsidRDefault="00000000">
            <w:pPr>
              <w:rPr>
                <w:rFonts w:cs="Arial"/>
              </w:rPr>
            </w:pPr>
            <w:r w:rsidRPr="00505610">
              <w:rPr>
                <w:rFonts w:cs="Arial"/>
                <w:i/>
                <w:sz w:val="15"/>
              </w:rPr>
              <w:t>Missing</w:t>
            </w:r>
          </w:p>
        </w:tc>
        <w:tc>
          <w:tcPr>
            <w:tcW w:w="1800" w:type="dxa"/>
            <w:tcMar>
              <w:top w:w="35" w:type="dxa"/>
              <w:left w:w="35" w:type="dxa"/>
              <w:bottom w:w="35" w:type="dxa"/>
              <w:right w:w="35" w:type="dxa"/>
            </w:tcMar>
            <w:vAlign w:val="center"/>
          </w:tcPr>
          <w:p w14:paraId="3991DA31" w14:textId="77777777" w:rsidR="00000000" w:rsidRPr="00505610" w:rsidRDefault="00000000">
            <w:pPr>
              <w:jc w:val="center"/>
              <w:rPr>
                <w:rFonts w:cs="Arial"/>
              </w:rPr>
            </w:pPr>
            <w:r w:rsidRPr="00505610">
              <w:rPr>
                <w:rFonts w:cs="Arial"/>
                <w:i/>
                <w:sz w:val="15"/>
              </w:rPr>
              <w:t>10,345</w:t>
            </w:r>
          </w:p>
        </w:tc>
        <w:tc>
          <w:tcPr>
            <w:tcW w:w="1987" w:type="dxa"/>
            <w:tcMar>
              <w:top w:w="35" w:type="dxa"/>
              <w:left w:w="35" w:type="dxa"/>
              <w:bottom w:w="35" w:type="dxa"/>
              <w:right w:w="35" w:type="dxa"/>
            </w:tcMar>
            <w:vAlign w:val="center"/>
          </w:tcPr>
          <w:p w14:paraId="2B6C68E3" w14:textId="77777777" w:rsidR="00000000" w:rsidRPr="00505610" w:rsidRDefault="00000000">
            <w:pPr>
              <w:jc w:val="center"/>
              <w:rPr>
                <w:rFonts w:cs="Arial"/>
              </w:rPr>
            </w:pPr>
            <w:r w:rsidRPr="00505610">
              <w:rPr>
                <w:rFonts w:cs="Arial"/>
                <w:i/>
                <w:sz w:val="15"/>
              </w:rPr>
              <w:t>2,676 (25.9)</w:t>
            </w:r>
          </w:p>
        </w:tc>
        <w:tc>
          <w:tcPr>
            <w:tcW w:w="1987" w:type="dxa"/>
            <w:tcMar>
              <w:top w:w="35" w:type="dxa"/>
              <w:left w:w="35" w:type="dxa"/>
              <w:bottom w:w="35" w:type="dxa"/>
              <w:right w:w="35" w:type="dxa"/>
            </w:tcMar>
            <w:vAlign w:val="center"/>
          </w:tcPr>
          <w:p w14:paraId="79009332" w14:textId="77777777" w:rsidR="00000000" w:rsidRPr="00505610" w:rsidRDefault="00000000">
            <w:pPr>
              <w:jc w:val="center"/>
              <w:rPr>
                <w:rFonts w:cs="Arial"/>
              </w:rPr>
            </w:pPr>
            <w:r w:rsidRPr="00505610">
              <w:rPr>
                <w:rFonts w:cs="Arial"/>
                <w:i/>
                <w:sz w:val="15"/>
              </w:rPr>
              <w:t>5,438 (52.6)</w:t>
            </w:r>
          </w:p>
        </w:tc>
        <w:tc>
          <w:tcPr>
            <w:tcW w:w="1987" w:type="dxa"/>
            <w:tcMar>
              <w:top w:w="35" w:type="dxa"/>
              <w:left w:w="35" w:type="dxa"/>
              <w:bottom w:w="35" w:type="dxa"/>
              <w:right w:w="35" w:type="dxa"/>
            </w:tcMar>
            <w:vAlign w:val="center"/>
          </w:tcPr>
          <w:p w14:paraId="261BD0FD" w14:textId="77777777" w:rsidR="00000000" w:rsidRPr="00505610" w:rsidRDefault="00000000">
            <w:pPr>
              <w:jc w:val="center"/>
              <w:rPr>
                <w:rFonts w:cs="Arial"/>
              </w:rPr>
            </w:pPr>
            <w:r w:rsidRPr="00505610">
              <w:rPr>
                <w:rFonts w:cs="Arial"/>
                <w:i/>
                <w:sz w:val="15"/>
              </w:rPr>
              <w:t>2,231 (21.6)</w:t>
            </w:r>
          </w:p>
        </w:tc>
      </w:tr>
      <w:tr w:rsidR="005A4F13" w:rsidRPr="00505610" w14:paraId="4195592D" w14:textId="77777777">
        <w:trPr>
          <w:cantSplit/>
        </w:trPr>
        <w:tc>
          <w:tcPr>
            <w:tcW w:w="1987" w:type="dxa"/>
            <w:gridSpan w:val="5"/>
            <w:tcMar>
              <w:top w:w="35" w:type="dxa"/>
              <w:left w:w="35" w:type="dxa"/>
              <w:bottom w:w="35" w:type="dxa"/>
              <w:right w:w="35" w:type="dxa"/>
            </w:tcMar>
            <w:vAlign w:val="center"/>
          </w:tcPr>
          <w:p w14:paraId="2666674A" w14:textId="77777777" w:rsidR="00000000" w:rsidRPr="00505610" w:rsidRDefault="00000000">
            <w:pPr>
              <w:rPr>
                <w:rFonts w:cs="Arial"/>
              </w:rPr>
            </w:pPr>
            <w:r w:rsidRPr="00505610">
              <w:rPr>
                <w:rFonts w:cs="Arial"/>
                <w:b/>
                <w:sz w:val="15"/>
              </w:rPr>
              <w:t>Having relatives</w:t>
            </w:r>
          </w:p>
        </w:tc>
      </w:tr>
      <w:tr w:rsidR="005A4F13" w:rsidRPr="00505610" w14:paraId="284AC810" w14:textId="77777777">
        <w:trPr>
          <w:cantSplit/>
        </w:trPr>
        <w:tc>
          <w:tcPr>
            <w:tcW w:w="2376" w:type="dxa"/>
            <w:tcMar>
              <w:top w:w="35" w:type="dxa"/>
              <w:left w:w="35" w:type="dxa"/>
              <w:bottom w:w="35" w:type="dxa"/>
              <w:right w:w="35" w:type="dxa"/>
            </w:tcMar>
            <w:vAlign w:val="center"/>
          </w:tcPr>
          <w:p w14:paraId="198ADE47" w14:textId="77777777" w:rsidR="00000000" w:rsidRPr="00505610" w:rsidRDefault="00000000">
            <w:pPr>
              <w:rPr>
                <w:rFonts w:cs="Arial"/>
              </w:rPr>
            </w:pPr>
            <w:r w:rsidRPr="00505610">
              <w:rPr>
                <w:rFonts w:cs="Arial"/>
                <w:sz w:val="15"/>
              </w:rPr>
              <w:t>0</w:t>
            </w:r>
          </w:p>
        </w:tc>
        <w:tc>
          <w:tcPr>
            <w:tcW w:w="1800" w:type="dxa"/>
            <w:tcMar>
              <w:top w:w="35" w:type="dxa"/>
              <w:left w:w="35" w:type="dxa"/>
              <w:bottom w:w="35" w:type="dxa"/>
              <w:right w:w="35" w:type="dxa"/>
            </w:tcMar>
            <w:vAlign w:val="center"/>
          </w:tcPr>
          <w:p w14:paraId="7F7E15D7" w14:textId="77777777" w:rsidR="00000000" w:rsidRPr="00505610" w:rsidRDefault="00000000">
            <w:pPr>
              <w:jc w:val="center"/>
              <w:rPr>
                <w:rFonts w:cs="Arial"/>
              </w:rPr>
            </w:pPr>
            <w:r w:rsidRPr="00505610">
              <w:rPr>
                <w:rFonts w:cs="Arial"/>
                <w:sz w:val="15"/>
              </w:rPr>
              <w:t>7,195</w:t>
            </w:r>
          </w:p>
        </w:tc>
        <w:tc>
          <w:tcPr>
            <w:tcW w:w="1987" w:type="dxa"/>
            <w:tcMar>
              <w:top w:w="35" w:type="dxa"/>
              <w:left w:w="35" w:type="dxa"/>
              <w:bottom w:w="35" w:type="dxa"/>
              <w:right w:w="35" w:type="dxa"/>
            </w:tcMar>
            <w:vAlign w:val="center"/>
          </w:tcPr>
          <w:p w14:paraId="2318E752" w14:textId="77777777" w:rsidR="00000000" w:rsidRPr="00505610" w:rsidRDefault="00000000">
            <w:pPr>
              <w:jc w:val="center"/>
              <w:rPr>
                <w:rFonts w:cs="Arial"/>
              </w:rPr>
            </w:pPr>
            <w:r w:rsidRPr="00505610">
              <w:rPr>
                <w:rFonts w:cs="Arial"/>
                <w:sz w:val="15"/>
              </w:rPr>
              <w:t>1,362 (18.9)</w:t>
            </w:r>
          </w:p>
        </w:tc>
        <w:tc>
          <w:tcPr>
            <w:tcW w:w="1987" w:type="dxa"/>
            <w:tcMar>
              <w:top w:w="35" w:type="dxa"/>
              <w:left w:w="35" w:type="dxa"/>
              <w:bottom w:w="35" w:type="dxa"/>
              <w:right w:w="35" w:type="dxa"/>
            </w:tcMar>
            <w:vAlign w:val="center"/>
          </w:tcPr>
          <w:p w14:paraId="0D6F0531" w14:textId="77777777" w:rsidR="00000000" w:rsidRPr="00505610" w:rsidRDefault="00000000">
            <w:pPr>
              <w:jc w:val="center"/>
              <w:rPr>
                <w:rFonts w:cs="Arial"/>
              </w:rPr>
            </w:pPr>
            <w:r w:rsidRPr="00505610">
              <w:rPr>
                <w:rFonts w:cs="Arial"/>
                <w:sz w:val="15"/>
              </w:rPr>
              <w:t>3,359 (46.7)</w:t>
            </w:r>
          </w:p>
        </w:tc>
        <w:tc>
          <w:tcPr>
            <w:tcW w:w="1987" w:type="dxa"/>
            <w:tcMar>
              <w:top w:w="35" w:type="dxa"/>
              <w:left w:w="35" w:type="dxa"/>
              <w:bottom w:w="35" w:type="dxa"/>
              <w:right w:w="35" w:type="dxa"/>
            </w:tcMar>
            <w:vAlign w:val="center"/>
          </w:tcPr>
          <w:p w14:paraId="7726D874" w14:textId="77777777" w:rsidR="00000000" w:rsidRPr="00505610" w:rsidRDefault="00000000">
            <w:pPr>
              <w:jc w:val="center"/>
              <w:rPr>
                <w:rFonts w:cs="Arial"/>
              </w:rPr>
            </w:pPr>
            <w:r w:rsidRPr="00505610">
              <w:rPr>
                <w:rFonts w:cs="Arial"/>
                <w:sz w:val="15"/>
              </w:rPr>
              <w:t>2,474 (34.4)</w:t>
            </w:r>
          </w:p>
        </w:tc>
      </w:tr>
      <w:tr w:rsidR="005A4F13" w:rsidRPr="00505610" w14:paraId="74E0F80E" w14:textId="77777777">
        <w:trPr>
          <w:cantSplit/>
        </w:trPr>
        <w:tc>
          <w:tcPr>
            <w:tcW w:w="2376" w:type="dxa"/>
            <w:tcMar>
              <w:top w:w="35" w:type="dxa"/>
              <w:left w:w="35" w:type="dxa"/>
              <w:bottom w:w="35" w:type="dxa"/>
              <w:right w:w="35" w:type="dxa"/>
            </w:tcMar>
            <w:vAlign w:val="center"/>
          </w:tcPr>
          <w:p w14:paraId="57E9D345" w14:textId="77777777" w:rsidR="00000000" w:rsidRPr="00505610" w:rsidRDefault="00000000">
            <w:pPr>
              <w:rPr>
                <w:rFonts w:cs="Arial"/>
              </w:rPr>
            </w:pPr>
            <w:r w:rsidRPr="00505610">
              <w:rPr>
                <w:rFonts w:cs="Arial"/>
                <w:sz w:val="15"/>
              </w:rPr>
              <w:t>1</w:t>
            </w:r>
          </w:p>
        </w:tc>
        <w:tc>
          <w:tcPr>
            <w:tcW w:w="1800" w:type="dxa"/>
            <w:tcMar>
              <w:top w:w="35" w:type="dxa"/>
              <w:left w:w="35" w:type="dxa"/>
              <w:bottom w:w="35" w:type="dxa"/>
              <w:right w:w="35" w:type="dxa"/>
            </w:tcMar>
            <w:vAlign w:val="center"/>
          </w:tcPr>
          <w:p w14:paraId="405AE684" w14:textId="77777777" w:rsidR="00000000" w:rsidRPr="00505610" w:rsidRDefault="00000000">
            <w:pPr>
              <w:jc w:val="center"/>
              <w:rPr>
                <w:rFonts w:cs="Arial"/>
              </w:rPr>
            </w:pPr>
            <w:r w:rsidRPr="00505610">
              <w:rPr>
                <w:rFonts w:cs="Arial"/>
                <w:sz w:val="15"/>
              </w:rPr>
              <w:t>12,101</w:t>
            </w:r>
          </w:p>
        </w:tc>
        <w:tc>
          <w:tcPr>
            <w:tcW w:w="1987" w:type="dxa"/>
            <w:tcMar>
              <w:top w:w="35" w:type="dxa"/>
              <w:left w:w="35" w:type="dxa"/>
              <w:bottom w:w="35" w:type="dxa"/>
              <w:right w:w="35" w:type="dxa"/>
            </w:tcMar>
            <w:vAlign w:val="center"/>
          </w:tcPr>
          <w:p w14:paraId="7A4A37BB" w14:textId="77777777" w:rsidR="00000000" w:rsidRPr="00505610" w:rsidRDefault="00000000">
            <w:pPr>
              <w:jc w:val="center"/>
              <w:rPr>
                <w:rFonts w:cs="Arial"/>
              </w:rPr>
            </w:pPr>
            <w:r w:rsidRPr="00505610">
              <w:rPr>
                <w:rFonts w:cs="Arial"/>
                <w:sz w:val="15"/>
              </w:rPr>
              <w:t>2,188 (18.1)</w:t>
            </w:r>
          </w:p>
        </w:tc>
        <w:tc>
          <w:tcPr>
            <w:tcW w:w="1987" w:type="dxa"/>
            <w:tcMar>
              <w:top w:w="35" w:type="dxa"/>
              <w:left w:w="35" w:type="dxa"/>
              <w:bottom w:w="35" w:type="dxa"/>
              <w:right w:w="35" w:type="dxa"/>
            </w:tcMar>
            <w:vAlign w:val="center"/>
          </w:tcPr>
          <w:p w14:paraId="0C4902B6" w14:textId="77777777" w:rsidR="00000000" w:rsidRPr="00505610" w:rsidRDefault="00000000">
            <w:pPr>
              <w:jc w:val="center"/>
              <w:rPr>
                <w:rFonts w:cs="Arial"/>
              </w:rPr>
            </w:pPr>
            <w:r w:rsidRPr="00505610">
              <w:rPr>
                <w:rFonts w:cs="Arial"/>
                <w:sz w:val="15"/>
              </w:rPr>
              <w:t>6,316 (52.2)</w:t>
            </w:r>
          </w:p>
        </w:tc>
        <w:tc>
          <w:tcPr>
            <w:tcW w:w="1987" w:type="dxa"/>
            <w:tcMar>
              <w:top w:w="35" w:type="dxa"/>
              <w:left w:w="35" w:type="dxa"/>
              <w:bottom w:w="35" w:type="dxa"/>
              <w:right w:w="35" w:type="dxa"/>
            </w:tcMar>
            <w:vAlign w:val="center"/>
          </w:tcPr>
          <w:p w14:paraId="67F9CAAB" w14:textId="77777777" w:rsidR="00000000" w:rsidRPr="00505610" w:rsidRDefault="00000000">
            <w:pPr>
              <w:jc w:val="center"/>
              <w:rPr>
                <w:rFonts w:cs="Arial"/>
              </w:rPr>
            </w:pPr>
            <w:r w:rsidRPr="00505610">
              <w:rPr>
                <w:rFonts w:cs="Arial"/>
                <w:sz w:val="15"/>
              </w:rPr>
              <w:t>3,597 (29.7)</w:t>
            </w:r>
          </w:p>
        </w:tc>
      </w:tr>
      <w:tr w:rsidR="005A4F13" w:rsidRPr="00505610" w14:paraId="6CA104C3" w14:textId="77777777">
        <w:trPr>
          <w:cantSplit/>
        </w:trPr>
        <w:tc>
          <w:tcPr>
            <w:tcW w:w="2376" w:type="dxa"/>
            <w:tcMar>
              <w:top w:w="35" w:type="dxa"/>
              <w:left w:w="35" w:type="dxa"/>
              <w:bottom w:w="35" w:type="dxa"/>
              <w:right w:w="35" w:type="dxa"/>
            </w:tcMar>
            <w:vAlign w:val="center"/>
          </w:tcPr>
          <w:p w14:paraId="75992D8A" w14:textId="77777777" w:rsidR="00000000" w:rsidRPr="00505610" w:rsidRDefault="00000000">
            <w:pPr>
              <w:rPr>
                <w:rFonts w:cs="Arial"/>
              </w:rPr>
            </w:pPr>
            <w:r w:rsidRPr="00505610">
              <w:rPr>
                <w:rFonts w:cs="Arial"/>
                <w:sz w:val="15"/>
              </w:rPr>
              <w:t>2</w:t>
            </w:r>
          </w:p>
        </w:tc>
        <w:tc>
          <w:tcPr>
            <w:tcW w:w="1800" w:type="dxa"/>
            <w:tcMar>
              <w:top w:w="35" w:type="dxa"/>
              <w:left w:w="35" w:type="dxa"/>
              <w:bottom w:w="35" w:type="dxa"/>
              <w:right w:w="35" w:type="dxa"/>
            </w:tcMar>
            <w:vAlign w:val="center"/>
          </w:tcPr>
          <w:p w14:paraId="1074FC19" w14:textId="77777777" w:rsidR="00000000" w:rsidRPr="00505610" w:rsidRDefault="00000000">
            <w:pPr>
              <w:jc w:val="center"/>
              <w:rPr>
                <w:rFonts w:cs="Arial"/>
              </w:rPr>
            </w:pPr>
            <w:r w:rsidRPr="00505610">
              <w:rPr>
                <w:rFonts w:cs="Arial"/>
                <w:sz w:val="15"/>
              </w:rPr>
              <w:t>20,994</w:t>
            </w:r>
          </w:p>
        </w:tc>
        <w:tc>
          <w:tcPr>
            <w:tcW w:w="1987" w:type="dxa"/>
            <w:tcMar>
              <w:top w:w="35" w:type="dxa"/>
              <w:left w:w="35" w:type="dxa"/>
              <w:bottom w:w="35" w:type="dxa"/>
              <w:right w:w="35" w:type="dxa"/>
            </w:tcMar>
            <w:vAlign w:val="center"/>
          </w:tcPr>
          <w:p w14:paraId="72F81363" w14:textId="77777777" w:rsidR="00000000" w:rsidRPr="00505610" w:rsidRDefault="00000000">
            <w:pPr>
              <w:jc w:val="center"/>
              <w:rPr>
                <w:rFonts w:cs="Arial"/>
              </w:rPr>
            </w:pPr>
            <w:r w:rsidRPr="00505610">
              <w:rPr>
                <w:rFonts w:cs="Arial"/>
                <w:sz w:val="15"/>
              </w:rPr>
              <w:t>4,074 (19.4)</w:t>
            </w:r>
          </w:p>
        </w:tc>
        <w:tc>
          <w:tcPr>
            <w:tcW w:w="1987" w:type="dxa"/>
            <w:tcMar>
              <w:top w:w="35" w:type="dxa"/>
              <w:left w:w="35" w:type="dxa"/>
              <w:bottom w:w="35" w:type="dxa"/>
              <w:right w:w="35" w:type="dxa"/>
            </w:tcMar>
            <w:vAlign w:val="center"/>
          </w:tcPr>
          <w:p w14:paraId="320CA1AB" w14:textId="77777777" w:rsidR="00000000" w:rsidRPr="00505610" w:rsidRDefault="00000000">
            <w:pPr>
              <w:jc w:val="center"/>
              <w:rPr>
                <w:rFonts w:cs="Arial"/>
              </w:rPr>
            </w:pPr>
            <w:r w:rsidRPr="00505610">
              <w:rPr>
                <w:rFonts w:cs="Arial"/>
                <w:sz w:val="15"/>
              </w:rPr>
              <w:t>11,958 (57.0)</w:t>
            </w:r>
          </w:p>
        </w:tc>
        <w:tc>
          <w:tcPr>
            <w:tcW w:w="1987" w:type="dxa"/>
            <w:tcMar>
              <w:top w:w="35" w:type="dxa"/>
              <w:left w:w="35" w:type="dxa"/>
              <w:bottom w:w="35" w:type="dxa"/>
              <w:right w:w="35" w:type="dxa"/>
            </w:tcMar>
            <w:vAlign w:val="center"/>
          </w:tcPr>
          <w:p w14:paraId="29A2FBC2" w14:textId="77777777" w:rsidR="00000000" w:rsidRPr="00505610" w:rsidRDefault="00000000">
            <w:pPr>
              <w:jc w:val="center"/>
              <w:rPr>
                <w:rFonts w:cs="Arial"/>
              </w:rPr>
            </w:pPr>
            <w:r w:rsidRPr="00505610">
              <w:rPr>
                <w:rFonts w:cs="Arial"/>
                <w:sz w:val="15"/>
              </w:rPr>
              <w:t>4,962 (23.6)</w:t>
            </w:r>
          </w:p>
        </w:tc>
      </w:tr>
      <w:tr w:rsidR="005A4F13" w:rsidRPr="00505610" w14:paraId="3D5CBC50" w14:textId="77777777">
        <w:trPr>
          <w:cantSplit/>
        </w:trPr>
        <w:tc>
          <w:tcPr>
            <w:tcW w:w="2376" w:type="dxa"/>
            <w:tcMar>
              <w:top w:w="35" w:type="dxa"/>
              <w:left w:w="35" w:type="dxa"/>
              <w:bottom w:w="35" w:type="dxa"/>
              <w:right w:w="35" w:type="dxa"/>
            </w:tcMar>
            <w:vAlign w:val="center"/>
          </w:tcPr>
          <w:p w14:paraId="78408B06" w14:textId="77777777" w:rsidR="00000000" w:rsidRPr="00505610" w:rsidRDefault="00000000">
            <w:pPr>
              <w:rPr>
                <w:rFonts w:cs="Arial"/>
              </w:rPr>
            </w:pPr>
            <w:r w:rsidRPr="00505610">
              <w:rPr>
                <w:rFonts w:cs="Arial"/>
                <w:sz w:val="15"/>
              </w:rPr>
              <w:lastRenderedPageBreak/>
              <w:t>3 or 4</w:t>
            </w:r>
          </w:p>
        </w:tc>
        <w:tc>
          <w:tcPr>
            <w:tcW w:w="1800" w:type="dxa"/>
            <w:tcMar>
              <w:top w:w="35" w:type="dxa"/>
              <w:left w:w="35" w:type="dxa"/>
              <w:bottom w:w="35" w:type="dxa"/>
              <w:right w:w="35" w:type="dxa"/>
            </w:tcMar>
            <w:vAlign w:val="center"/>
          </w:tcPr>
          <w:p w14:paraId="5F224B75" w14:textId="77777777" w:rsidR="00000000" w:rsidRPr="00505610" w:rsidRDefault="00000000">
            <w:pPr>
              <w:jc w:val="center"/>
              <w:rPr>
                <w:rFonts w:cs="Arial"/>
              </w:rPr>
            </w:pPr>
            <w:r w:rsidRPr="00505610">
              <w:rPr>
                <w:rFonts w:cs="Arial"/>
                <w:sz w:val="15"/>
              </w:rPr>
              <w:t>39,644</w:t>
            </w:r>
          </w:p>
        </w:tc>
        <w:tc>
          <w:tcPr>
            <w:tcW w:w="1987" w:type="dxa"/>
            <w:tcMar>
              <w:top w:w="35" w:type="dxa"/>
              <w:left w:w="35" w:type="dxa"/>
              <w:bottom w:w="35" w:type="dxa"/>
              <w:right w:w="35" w:type="dxa"/>
            </w:tcMar>
            <w:vAlign w:val="center"/>
          </w:tcPr>
          <w:p w14:paraId="41B59F18" w14:textId="77777777" w:rsidR="00000000" w:rsidRPr="00505610" w:rsidRDefault="00000000">
            <w:pPr>
              <w:jc w:val="center"/>
              <w:rPr>
                <w:rFonts w:cs="Arial"/>
              </w:rPr>
            </w:pPr>
            <w:r w:rsidRPr="00505610">
              <w:rPr>
                <w:rFonts w:cs="Arial"/>
                <w:sz w:val="15"/>
              </w:rPr>
              <w:t>11,944 (30.1)</w:t>
            </w:r>
          </w:p>
        </w:tc>
        <w:tc>
          <w:tcPr>
            <w:tcW w:w="1987" w:type="dxa"/>
            <w:tcMar>
              <w:top w:w="35" w:type="dxa"/>
              <w:left w:w="35" w:type="dxa"/>
              <w:bottom w:w="35" w:type="dxa"/>
              <w:right w:w="35" w:type="dxa"/>
            </w:tcMar>
            <w:vAlign w:val="center"/>
          </w:tcPr>
          <w:p w14:paraId="6FA54285" w14:textId="77777777" w:rsidR="00000000" w:rsidRPr="00505610" w:rsidRDefault="00000000">
            <w:pPr>
              <w:jc w:val="center"/>
              <w:rPr>
                <w:rFonts w:cs="Arial"/>
              </w:rPr>
            </w:pPr>
            <w:r w:rsidRPr="00505610">
              <w:rPr>
                <w:rFonts w:cs="Arial"/>
                <w:sz w:val="15"/>
              </w:rPr>
              <w:t>21,794 (55.0)</w:t>
            </w:r>
          </w:p>
        </w:tc>
        <w:tc>
          <w:tcPr>
            <w:tcW w:w="1987" w:type="dxa"/>
            <w:tcMar>
              <w:top w:w="35" w:type="dxa"/>
              <w:left w:w="35" w:type="dxa"/>
              <w:bottom w:w="35" w:type="dxa"/>
              <w:right w:w="35" w:type="dxa"/>
            </w:tcMar>
            <w:vAlign w:val="center"/>
          </w:tcPr>
          <w:p w14:paraId="31F5CA40" w14:textId="77777777" w:rsidR="00000000" w:rsidRPr="00505610" w:rsidRDefault="00000000">
            <w:pPr>
              <w:jc w:val="center"/>
              <w:rPr>
                <w:rFonts w:cs="Arial"/>
              </w:rPr>
            </w:pPr>
            <w:r w:rsidRPr="00505610">
              <w:rPr>
                <w:rFonts w:cs="Arial"/>
                <w:sz w:val="15"/>
              </w:rPr>
              <w:t>5,906 (14.9)</w:t>
            </w:r>
          </w:p>
        </w:tc>
      </w:tr>
      <w:tr w:rsidR="005A4F13" w:rsidRPr="00505610" w14:paraId="6BB52689" w14:textId="77777777">
        <w:trPr>
          <w:cantSplit/>
        </w:trPr>
        <w:tc>
          <w:tcPr>
            <w:tcW w:w="2376" w:type="dxa"/>
            <w:tcMar>
              <w:top w:w="35" w:type="dxa"/>
              <w:left w:w="35" w:type="dxa"/>
              <w:bottom w:w="35" w:type="dxa"/>
              <w:right w:w="35" w:type="dxa"/>
            </w:tcMar>
            <w:vAlign w:val="center"/>
          </w:tcPr>
          <w:p w14:paraId="29B11258" w14:textId="77777777" w:rsidR="00000000" w:rsidRPr="00505610" w:rsidRDefault="00000000">
            <w:pPr>
              <w:rPr>
                <w:rFonts w:cs="Arial"/>
              </w:rPr>
            </w:pPr>
            <w:r w:rsidRPr="00505610">
              <w:rPr>
                <w:rFonts w:cs="Arial"/>
                <w:sz w:val="15"/>
              </w:rPr>
              <w:t>5-8</w:t>
            </w:r>
          </w:p>
        </w:tc>
        <w:tc>
          <w:tcPr>
            <w:tcW w:w="1800" w:type="dxa"/>
            <w:tcMar>
              <w:top w:w="35" w:type="dxa"/>
              <w:left w:w="35" w:type="dxa"/>
              <w:bottom w:w="35" w:type="dxa"/>
              <w:right w:w="35" w:type="dxa"/>
            </w:tcMar>
            <w:vAlign w:val="center"/>
          </w:tcPr>
          <w:p w14:paraId="0919862D" w14:textId="77777777" w:rsidR="00000000" w:rsidRPr="00505610" w:rsidRDefault="00000000">
            <w:pPr>
              <w:jc w:val="center"/>
              <w:rPr>
                <w:rFonts w:cs="Arial"/>
              </w:rPr>
            </w:pPr>
            <w:r w:rsidRPr="00505610">
              <w:rPr>
                <w:rFonts w:cs="Arial"/>
                <w:sz w:val="15"/>
              </w:rPr>
              <w:t>29,656</w:t>
            </w:r>
          </w:p>
        </w:tc>
        <w:tc>
          <w:tcPr>
            <w:tcW w:w="1987" w:type="dxa"/>
            <w:tcMar>
              <w:top w:w="35" w:type="dxa"/>
              <w:left w:w="35" w:type="dxa"/>
              <w:bottom w:w="35" w:type="dxa"/>
              <w:right w:w="35" w:type="dxa"/>
            </w:tcMar>
            <w:vAlign w:val="center"/>
          </w:tcPr>
          <w:p w14:paraId="333D1569" w14:textId="77777777" w:rsidR="00000000" w:rsidRPr="00505610" w:rsidRDefault="00000000">
            <w:pPr>
              <w:jc w:val="center"/>
              <w:rPr>
                <w:rFonts w:cs="Arial"/>
              </w:rPr>
            </w:pPr>
            <w:r w:rsidRPr="00505610">
              <w:rPr>
                <w:rFonts w:cs="Arial"/>
                <w:sz w:val="15"/>
              </w:rPr>
              <w:t>14,219 (47.9)</w:t>
            </w:r>
          </w:p>
        </w:tc>
        <w:tc>
          <w:tcPr>
            <w:tcW w:w="1987" w:type="dxa"/>
            <w:tcMar>
              <w:top w:w="35" w:type="dxa"/>
              <w:left w:w="35" w:type="dxa"/>
              <w:bottom w:w="35" w:type="dxa"/>
              <w:right w:w="35" w:type="dxa"/>
            </w:tcMar>
            <w:vAlign w:val="center"/>
          </w:tcPr>
          <w:p w14:paraId="496B254D" w14:textId="77777777" w:rsidR="00000000" w:rsidRPr="00505610" w:rsidRDefault="00000000">
            <w:pPr>
              <w:jc w:val="center"/>
              <w:rPr>
                <w:rFonts w:cs="Arial"/>
              </w:rPr>
            </w:pPr>
            <w:r w:rsidRPr="00505610">
              <w:rPr>
                <w:rFonts w:cs="Arial"/>
                <w:sz w:val="15"/>
              </w:rPr>
              <w:t>13,091 (44.1)</w:t>
            </w:r>
          </w:p>
        </w:tc>
        <w:tc>
          <w:tcPr>
            <w:tcW w:w="1987" w:type="dxa"/>
            <w:tcMar>
              <w:top w:w="35" w:type="dxa"/>
              <w:left w:w="35" w:type="dxa"/>
              <w:bottom w:w="35" w:type="dxa"/>
              <w:right w:w="35" w:type="dxa"/>
            </w:tcMar>
            <w:vAlign w:val="center"/>
          </w:tcPr>
          <w:p w14:paraId="2E82D1BE" w14:textId="77777777" w:rsidR="00000000" w:rsidRPr="00505610" w:rsidRDefault="00000000">
            <w:pPr>
              <w:jc w:val="center"/>
              <w:rPr>
                <w:rFonts w:cs="Arial"/>
              </w:rPr>
            </w:pPr>
            <w:r w:rsidRPr="00505610">
              <w:rPr>
                <w:rFonts w:cs="Arial"/>
                <w:sz w:val="15"/>
              </w:rPr>
              <w:t>2,346 (7.9)</w:t>
            </w:r>
          </w:p>
        </w:tc>
      </w:tr>
      <w:tr w:rsidR="005A4F13" w:rsidRPr="00505610" w14:paraId="3CD5209F" w14:textId="77777777">
        <w:trPr>
          <w:cantSplit/>
        </w:trPr>
        <w:tc>
          <w:tcPr>
            <w:tcW w:w="2376" w:type="dxa"/>
            <w:tcMar>
              <w:top w:w="35" w:type="dxa"/>
              <w:left w:w="35" w:type="dxa"/>
              <w:bottom w:w="35" w:type="dxa"/>
              <w:right w:w="35" w:type="dxa"/>
            </w:tcMar>
            <w:vAlign w:val="center"/>
          </w:tcPr>
          <w:p w14:paraId="1F943EAC" w14:textId="77777777" w:rsidR="00000000" w:rsidRPr="00505610" w:rsidRDefault="00000000">
            <w:pPr>
              <w:rPr>
                <w:rFonts w:cs="Arial"/>
              </w:rPr>
            </w:pPr>
            <w:r w:rsidRPr="00505610">
              <w:rPr>
                <w:rFonts w:cs="Arial"/>
                <w:sz w:val="15"/>
              </w:rPr>
              <w:t>9 or more</w:t>
            </w:r>
          </w:p>
        </w:tc>
        <w:tc>
          <w:tcPr>
            <w:tcW w:w="1800" w:type="dxa"/>
            <w:tcMar>
              <w:top w:w="35" w:type="dxa"/>
              <w:left w:w="35" w:type="dxa"/>
              <w:bottom w:w="35" w:type="dxa"/>
              <w:right w:w="35" w:type="dxa"/>
            </w:tcMar>
            <w:vAlign w:val="center"/>
          </w:tcPr>
          <w:p w14:paraId="15350B5A" w14:textId="77777777" w:rsidR="00000000" w:rsidRPr="00505610" w:rsidRDefault="00000000">
            <w:pPr>
              <w:jc w:val="center"/>
              <w:rPr>
                <w:rFonts w:cs="Arial"/>
              </w:rPr>
            </w:pPr>
            <w:r w:rsidRPr="00505610">
              <w:rPr>
                <w:rFonts w:cs="Arial"/>
                <w:sz w:val="15"/>
              </w:rPr>
              <w:t>15,825</w:t>
            </w:r>
          </w:p>
        </w:tc>
        <w:tc>
          <w:tcPr>
            <w:tcW w:w="1987" w:type="dxa"/>
            <w:tcMar>
              <w:top w:w="35" w:type="dxa"/>
              <w:left w:w="35" w:type="dxa"/>
              <w:bottom w:w="35" w:type="dxa"/>
              <w:right w:w="35" w:type="dxa"/>
            </w:tcMar>
            <w:vAlign w:val="center"/>
          </w:tcPr>
          <w:p w14:paraId="2F013E62" w14:textId="77777777" w:rsidR="00000000" w:rsidRPr="00505610" w:rsidRDefault="00000000">
            <w:pPr>
              <w:jc w:val="center"/>
              <w:rPr>
                <w:rFonts w:cs="Arial"/>
              </w:rPr>
            </w:pPr>
            <w:r w:rsidRPr="00505610">
              <w:rPr>
                <w:rFonts w:cs="Arial"/>
                <w:sz w:val="15"/>
              </w:rPr>
              <w:t>9,897 (62.5)</w:t>
            </w:r>
          </w:p>
        </w:tc>
        <w:tc>
          <w:tcPr>
            <w:tcW w:w="1987" w:type="dxa"/>
            <w:tcMar>
              <w:top w:w="35" w:type="dxa"/>
              <w:left w:w="35" w:type="dxa"/>
              <w:bottom w:w="35" w:type="dxa"/>
              <w:right w:w="35" w:type="dxa"/>
            </w:tcMar>
            <w:vAlign w:val="center"/>
          </w:tcPr>
          <w:p w14:paraId="5DC30267" w14:textId="77777777" w:rsidR="00000000" w:rsidRPr="00505610" w:rsidRDefault="00000000">
            <w:pPr>
              <w:jc w:val="center"/>
              <w:rPr>
                <w:rFonts w:cs="Arial"/>
              </w:rPr>
            </w:pPr>
            <w:r w:rsidRPr="00505610">
              <w:rPr>
                <w:rFonts w:cs="Arial"/>
                <w:sz w:val="15"/>
              </w:rPr>
              <w:t>5,057 (32.0)</w:t>
            </w:r>
          </w:p>
        </w:tc>
        <w:tc>
          <w:tcPr>
            <w:tcW w:w="1987" w:type="dxa"/>
            <w:tcMar>
              <w:top w:w="35" w:type="dxa"/>
              <w:left w:w="35" w:type="dxa"/>
              <w:bottom w:w="35" w:type="dxa"/>
              <w:right w:w="35" w:type="dxa"/>
            </w:tcMar>
            <w:vAlign w:val="center"/>
          </w:tcPr>
          <w:p w14:paraId="1D400A3A" w14:textId="77777777" w:rsidR="00000000" w:rsidRPr="00505610" w:rsidRDefault="00000000">
            <w:pPr>
              <w:jc w:val="center"/>
              <w:rPr>
                <w:rFonts w:cs="Arial"/>
              </w:rPr>
            </w:pPr>
            <w:r w:rsidRPr="00505610">
              <w:rPr>
                <w:rFonts w:cs="Arial"/>
                <w:sz w:val="15"/>
              </w:rPr>
              <w:t>871 (5.5)</w:t>
            </w:r>
          </w:p>
        </w:tc>
      </w:tr>
      <w:tr w:rsidR="005A4F13" w:rsidRPr="00505610" w14:paraId="78E3A1AA" w14:textId="77777777">
        <w:trPr>
          <w:cantSplit/>
        </w:trPr>
        <w:tc>
          <w:tcPr>
            <w:tcW w:w="2376" w:type="dxa"/>
            <w:tcMar>
              <w:top w:w="35" w:type="dxa"/>
              <w:left w:w="35" w:type="dxa"/>
              <w:bottom w:w="35" w:type="dxa"/>
              <w:right w:w="35" w:type="dxa"/>
            </w:tcMar>
            <w:vAlign w:val="center"/>
          </w:tcPr>
          <w:p w14:paraId="57514D86" w14:textId="77777777" w:rsidR="00000000" w:rsidRPr="00505610" w:rsidRDefault="00000000">
            <w:pPr>
              <w:rPr>
                <w:rFonts w:cs="Arial"/>
              </w:rPr>
            </w:pPr>
            <w:r w:rsidRPr="00505610">
              <w:rPr>
                <w:rFonts w:cs="Arial"/>
                <w:i/>
                <w:sz w:val="15"/>
              </w:rPr>
              <w:t>Missing</w:t>
            </w:r>
          </w:p>
        </w:tc>
        <w:tc>
          <w:tcPr>
            <w:tcW w:w="1800" w:type="dxa"/>
            <w:tcMar>
              <w:top w:w="35" w:type="dxa"/>
              <w:left w:w="35" w:type="dxa"/>
              <w:bottom w:w="35" w:type="dxa"/>
              <w:right w:w="35" w:type="dxa"/>
            </w:tcMar>
            <w:vAlign w:val="center"/>
          </w:tcPr>
          <w:p w14:paraId="6517FEBF" w14:textId="77777777" w:rsidR="00000000" w:rsidRPr="00505610" w:rsidRDefault="00000000">
            <w:pPr>
              <w:jc w:val="center"/>
              <w:rPr>
                <w:rFonts w:cs="Arial"/>
              </w:rPr>
            </w:pPr>
            <w:r w:rsidRPr="00505610">
              <w:rPr>
                <w:rFonts w:cs="Arial"/>
                <w:i/>
                <w:sz w:val="15"/>
              </w:rPr>
              <w:t>10,307</w:t>
            </w:r>
          </w:p>
        </w:tc>
        <w:tc>
          <w:tcPr>
            <w:tcW w:w="1987" w:type="dxa"/>
            <w:tcMar>
              <w:top w:w="35" w:type="dxa"/>
              <w:left w:w="35" w:type="dxa"/>
              <w:bottom w:w="35" w:type="dxa"/>
              <w:right w:w="35" w:type="dxa"/>
            </w:tcMar>
            <w:vAlign w:val="center"/>
          </w:tcPr>
          <w:p w14:paraId="6494C2E5" w14:textId="77777777" w:rsidR="00000000" w:rsidRPr="00505610" w:rsidRDefault="00000000">
            <w:pPr>
              <w:jc w:val="center"/>
              <w:rPr>
                <w:rFonts w:cs="Arial"/>
              </w:rPr>
            </w:pPr>
            <w:r w:rsidRPr="00505610">
              <w:rPr>
                <w:rFonts w:cs="Arial"/>
                <w:i/>
                <w:sz w:val="15"/>
              </w:rPr>
              <w:t>2,671 (25.9)</w:t>
            </w:r>
          </w:p>
        </w:tc>
        <w:tc>
          <w:tcPr>
            <w:tcW w:w="1987" w:type="dxa"/>
            <w:tcMar>
              <w:top w:w="35" w:type="dxa"/>
              <w:left w:w="35" w:type="dxa"/>
              <w:bottom w:w="35" w:type="dxa"/>
              <w:right w:w="35" w:type="dxa"/>
            </w:tcMar>
            <w:vAlign w:val="center"/>
          </w:tcPr>
          <w:p w14:paraId="3A05BF68" w14:textId="77777777" w:rsidR="00000000" w:rsidRPr="00505610" w:rsidRDefault="00000000">
            <w:pPr>
              <w:jc w:val="center"/>
              <w:rPr>
                <w:rFonts w:cs="Arial"/>
              </w:rPr>
            </w:pPr>
            <w:r w:rsidRPr="00505610">
              <w:rPr>
                <w:rFonts w:cs="Arial"/>
                <w:i/>
                <w:sz w:val="15"/>
              </w:rPr>
              <w:t>5,426 (52.6)</w:t>
            </w:r>
          </w:p>
        </w:tc>
        <w:tc>
          <w:tcPr>
            <w:tcW w:w="1987" w:type="dxa"/>
            <w:tcMar>
              <w:top w:w="35" w:type="dxa"/>
              <w:left w:w="35" w:type="dxa"/>
              <w:bottom w:w="35" w:type="dxa"/>
              <w:right w:w="35" w:type="dxa"/>
            </w:tcMar>
            <w:vAlign w:val="center"/>
          </w:tcPr>
          <w:p w14:paraId="098CC80F" w14:textId="77777777" w:rsidR="00000000" w:rsidRPr="00505610" w:rsidRDefault="00000000">
            <w:pPr>
              <w:jc w:val="center"/>
              <w:rPr>
                <w:rFonts w:cs="Arial"/>
              </w:rPr>
            </w:pPr>
            <w:r w:rsidRPr="00505610">
              <w:rPr>
                <w:rFonts w:cs="Arial"/>
                <w:i/>
                <w:sz w:val="15"/>
              </w:rPr>
              <w:t>2,210 (21.4)</w:t>
            </w:r>
          </w:p>
        </w:tc>
      </w:tr>
      <w:tr w:rsidR="005A4F13" w:rsidRPr="00505610" w14:paraId="467E641E" w14:textId="77777777">
        <w:trPr>
          <w:cantSplit/>
        </w:trPr>
        <w:tc>
          <w:tcPr>
            <w:tcW w:w="1987" w:type="dxa"/>
            <w:gridSpan w:val="5"/>
            <w:tcMar>
              <w:top w:w="35" w:type="dxa"/>
              <w:left w:w="35" w:type="dxa"/>
              <w:bottom w:w="35" w:type="dxa"/>
              <w:right w:w="35" w:type="dxa"/>
            </w:tcMar>
            <w:vAlign w:val="center"/>
          </w:tcPr>
          <w:p w14:paraId="4FBDFC21" w14:textId="77777777" w:rsidR="00000000" w:rsidRPr="00505610" w:rsidRDefault="00000000">
            <w:pPr>
              <w:rPr>
                <w:rFonts w:cs="Arial"/>
              </w:rPr>
            </w:pPr>
            <w:r w:rsidRPr="00505610">
              <w:rPr>
                <w:rFonts w:cs="Arial"/>
                <w:b/>
                <w:sz w:val="15"/>
              </w:rPr>
              <w:t>Having friends</w:t>
            </w:r>
          </w:p>
        </w:tc>
      </w:tr>
      <w:tr w:rsidR="005A4F13" w:rsidRPr="00505610" w14:paraId="2341457C" w14:textId="77777777">
        <w:trPr>
          <w:cantSplit/>
        </w:trPr>
        <w:tc>
          <w:tcPr>
            <w:tcW w:w="2376" w:type="dxa"/>
            <w:tcMar>
              <w:top w:w="35" w:type="dxa"/>
              <w:left w:w="35" w:type="dxa"/>
              <w:bottom w:w="35" w:type="dxa"/>
              <w:right w:w="35" w:type="dxa"/>
            </w:tcMar>
            <w:vAlign w:val="center"/>
          </w:tcPr>
          <w:p w14:paraId="79D39C7A" w14:textId="77777777" w:rsidR="00000000" w:rsidRPr="00505610" w:rsidRDefault="00000000">
            <w:pPr>
              <w:rPr>
                <w:rFonts w:cs="Arial"/>
              </w:rPr>
            </w:pPr>
            <w:r w:rsidRPr="00505610">
              <w:rPr>
                <w:rFonts w:cs="Arial"/>
                <w:sz w:val="15"/>
              </w:rPr>
              <w:t>0</w:t>
            </w:r>
          </w:p>
        </w:tc>
        <w:tc>
          <w:tcPr>
            <w:tcW w:w="1800" w:type="dxa"/>
            <w:tcMar>
              <w:top w:w="35" w:type="dxa"/>
              <w:left w:w="35" w:type="dxa"/>
              <w:bottom w:w="35" w:type="dxa"/>
              <w:right w:w="35" w:type="dxa"/>
            </w:tcMar>
            <w:vAlign w:val="center"/>
          </w:tcPr>
          <w:p w14:paraId="4626DC65" w14:textId="77777777" w:rsidR="00000000" w:rsidRPr="00505610" w:rsidRDefault="00000000">
            <w:pPr>
              <w:jc w:val="center"/>
              <w:rPr>
                <w:rFonts w:cs="Arial"/>
              </w:rPr>
            </w:pPr>
            <w:r w:rsidRPr="00505610">
              <w:rPr>
                <w:rFonts w:cs="Arial"/>
                <w:sz w:val="15"/>
              </w:rPr>
              <w:t>11,936</w:t>
            </w:r>
          </w:p>
        </w:tc>
        <w:tc>
          <w:tcPr>
            <w:tcW w:w="1987" w:type="dxa"/>
            <w:tcMar>
              <w:top w:w="35" w:type="dxa"/>
              <w:left w:w="35" w:type="dxa"/>
              <w:bottom w:w="35" w:type="dxa"/>
              <w:right w:w="35" w:type="dxa"/>
            </w:tcMar>
            <w:vAlign w:val="center"/>
          </w:tcPr>
          <w:p w14:paraId="5BE1F411" w14:textId="77777777" w:rsidR="00000000" w:rsidRPr="00505610" w:rsidRDefault="00000000">
            <w:pPr>
              <w:jc w:val="center"/>
              <w:rPr>
                <w:rFonts w:cs="Arial"/>
              </w:rPr>
            </w:pPr>
            <w:r w:rsidRPr="00505610">
              <w:rPr>
                <w:rFonts w:cs="Arial"/>
                <w:sz w:val="15"/>
              </w:rPr>
              <w:t>1,667 (14.0)</w:t>
            </w:r>
          </w:p>
        </w:tc>
        <w:tc>
          <w:tcPr>
            <w:tcW w:w="1987" w:type="dxa"/>
            <w:tcMar>
              <w:top w:w="35" w:type="dxa"/>
              <w:left w:w="35" w:type="dxa"/>
              <w:bottom w:w="35" w:type="dxa"/>
              <w:right w:w="35" w:type="dxa"/>
            </w:tcMar>
            <w:vAlign w:val="center"/>
          </w:tcPr>
          <w:p w14:paraId="065D272A" w14:textId="77777777" w:rsidR="00000000" w:rsidRPr="00505610" w:rsidRDefault="00000000">
            <w:pPr>
              <w:jc w:val="center"/>
              <w:rPr>
                <w:rFonts w:cs="Arial"/>
              </w:rPr>
            </w:pPr>
            <w:r w:rsidRPr="00505610">
              <w:rPr>
                <w:rFonts w:cs="Arial"/>
                <w:sz w:val="15"/>
              </w:rPr>
              <w:t>5,826 (48.8)</w:t>
            </w:r>
          </w:p>
        </w:tc>
        <w:tc>
          <w:tcPr>
            <w:tcW w:w="1987" w:type="dxa"/>
            <w:tcMar>
              <w:top w:w="35" w:type="dxa"/>
              <w:left w:w="35" w:type="dxa"/>
              <w:bottom w:w="35" w:type="dxa"/>
              <w:right w:w="35" w:type="dxa"/>
            </w:tcMar>
            <w:vAlign w:val="center"/>
          </w:tcPr>
          <w:p w14:paraId="3EB43AD1" w14:textId="77777777" w:rsidR="00000000" w:rsidRPr="00505610" w:rsidRDefault="00000000">
            <w:pPr>
              <w:jc w:val="center"/>
              <w:rPr>
                <w:rFonts w:cs="Arial"/>
              </w:rPr>
            </w:pPr>
            <w:r w:rsidRPr="00505610">
              <w:rPr>
                <w:rFonts w:cs="Arial"/>
                <w:sz w:val="15"/>
              </w:rPr>
              <w:t>4,443 (37.2)</w:t>
            </w:r>
          </w:p>
        </w:tc>
      </w:tr>
      <w:tr w:rsidR="005A4F13" w:rsidRPr="00505610" w14:paraId="59D7EA0E" w14:textId="77777777">
        <w:trPr>
          <w:cantSplit/>
        </w:trPr>
        <w:tc>
          <w:tcPr>
            <w:tcW w:w="2376" w:type="dxa"/>
            <w:tcMar>
              <w:top w:w="35" w:type="dxa"/>
              <w:left w:w="35" w:type="dxa"/>
              <w:bottom w:w="35" w:type="dxa"/>
              <w:right w:w="35" w:type="dxa"/>
            </w:tcMar>
            <w:vAlign w:val="center"/>
          </w:tcPr>
          <w:p w14:paraId="1A136C8F" w14:textId="77777777" w:rsidR="00000000" w:rsidRPr="00505610" w:rsidRDefault="00000000">
            <w:pPr>
              <w:rPr>
                <w:rFonts w:cs="Arial"/>
              </w:rPr>
            </w:pPr>
            <w:r w:rsidRPr="00505610">
              <w:rPr>
                <w:rFonts w:cs="Arial"/>
                <w:sz w:val="15"/>
              </w:rPr>
              <w:t>1</w:t>
            </w:r>
          </w:p>
        </w:tc>
        <w:tc>
          <w:tcPr>
            <w:tcW w:w="1800" w:type="dxa"/>
            <w:tcMar>
              <w:top w:w="35" w:type="dxa"/>
              <w:left w:w="35" w:type="dxa"/>
              <w:bottom w:w="35" w:type="dxa"/>
              <w:right w:w="35" w:type="dxa"/>
            </w:tcMar>
            <w:vAlign w:val="center"/>
          </w:tcPr>
          <w:p w14:paraId="76385A80" w14:textId="77777777" w:rsidR="00000000" w:rsidRPr="00505610" w:rsidRDefault="00000000">
            <w:pPr>
              <w:jc w:val="center"/>
              <w:rPr>
                <w:rFonts w:cs="Arial"/>
              </w:rPr>
            </w:pPr>
            <w:r w:rsidRPr="00505610">
              <w:rPr>
                <w:rFonts w:cs="Arial"/>
                <w:sz w:val="15"/>
              </w:rPr>
              <w:t>13,850</w:t>
            </w:r>
          </w:p>
        </w:tc>
        <w:tc>
          <w:tcPr>
            <w:tcW w:w="1987" w:type="dxa"/>
            <w:tcMar>
              <w:top w:w="35" w:type="dxa"/>
              <w:left w:w="35" w:type="dxa"/>
              <w:bottom w:w="35" w:type="dxa"/>
              <w:right w:w="35" w:type="dxa"/>
            </w:tcMar>
            <w:vAlign w:val="center"/>
          </w:tcPr>
          <w:p w14:paraId="6AF4D550" w14:textId="77777777" w:rsidR="00000000" w:rsidRPr="00505610" w:rsidRDefault="00000000">
            <w:pPr>
              <w:jc w:val="center"/>
              <w:rPr>
                <w:rFonts w:cs="Arial"/>
              </w:rPr>
            </w:pPr>
            <w:r w:rsidRPr="00505610">
              <w:rPr>
                <w:rFonts w:cs="Arial"/>
                <w:sz w:val="15"/>
              </w:rPr>
              <w:t>1,872 (13.5)</w:t>
            </w:r>
          </w:p>
        </w:tc>
        <w:tc>
          <w:tcPr>
            <w:tcW w:w="1987" w:type="dxa"/>
            <w:tcMar>
              <w:top w:w="35" w:type="dxa"/>
              <w:left w:w="35" w:type="dxa"/>
              <w:bottom w:w="35" w:type="dxa"/>
              <w:right w:w="35" w:type="dxa"/>
            </w:tcMar>
            <w:vAlign w:val="center"/>
          </w:tcPr>
          <w:p w14:paraId="4DA83ECB" w14:textId="77777777" w:rsidR="00000000" w:rsidRPr="00505610" w:rsidRDefault="00000000">
            <w:pPr>
              <w:jc w:val="center"/>
              <w:rPr>
                <w:rFonts w:cs="Arial"/>
              </w:rPr>
            </w:pPr>
            <w:r w:rsidRPr="00505610">
              <w:rPr>
                <w:rFonts w:cs="Arial"/>
                <w:sz w:val="15"/>
              </w:rPr>
              <w:t>7,712 (55.7)</w:t>
            </w:r>
          </w:p>
        </w:tc>
        <w:tc>
          <w:tcPr>
            <w:tcW w:w="1987" w:type="dxa"/>
            <w:tcMar>
              <w:top w:w="35" w:type="dxa"/>
              <w:left w:w="35" w:type="dxa"/>
              <w:bottom w:w="35" w:type="dxa"/>
              <w:right w:w="35" w:type="dxa"/>
            </w:tcMar>
            <w:vAlign w:val="center"/>
          </w:tcPr>
          <w:p w14:paraId="4A7DDEC4" w14:textId="77777777" w:rsidR="00000000" w:rsidRPr="00505610" w:rsidRDefault="00000000">
            <w:pPr>
              <w:jc w:val="center"/>
              <w:rPr>
                <w:rFonts w:cs="Arial"/>
              </w:rPr>
            </w:pPr>
            <w:r w:rsidRPr="00505610">
              <w:rPr>
                <w:rFonts w:cs="Arial"/>
                <w:sz w:val="15"/>
              </w:rPr>
              <w:t>4,266 (30.8)</w:t>
            </w:r>
          </w:p>
        </w:tc>
      </w:tr>
      <w:tr w:rsidR="005A4F13" w:rsidRPr="00505610" w14:paraId="28C21707" w14:textId="77777777">
        <w:trPr>
          <w:cantSplit/>
        </w:trPr>
        <w:tc>
          <w:tcPr>
            <w:tcW w:w="2376" w:type="dxa"/>
            <w:tcMar>
              <w:top w:w="35" w:type="dxa"/>
              <w:left w:w="35" w:type="dxa"/>
              <w:bottom w:w="35" w:type="dxa"/>
              <w:right w:w="35" w:type="dxa"/>
            </w:tcMar>
            <w:vAlign w:val="center"/>
          </w:tcPr>
          <w:p w14:paraId="4B3B07A8" w14:textId="77777777" w:rsidR="00000000" w:rsidRPr="00505610" w:rsidRDefault="00000000">
            <w:pPr>
              <w:rPr>
                <w:rFonts w:cs="Arial"/>
              </w:rPr>
            </w:pPr>
            <w:r w:rsidRPr="00505610">
              <w:rPr>
                <w:rFonts w:cs="Arial"/>
                <w:sz w:val="15"/>
              </w:rPr>
              <w:t>2</w:t>
            </w:r>
          </w:p>
        </w:tc>
        <w:tc>
          <w:tcPr>
            <w:tcW w:w="1800" w:type="dxa"/>
            <w:tcMar>
              <w:top w:w="35" w:type="dxa"/>
              <w:left w:w="35" w:type="dxa"/>
              <w:bottom w:w="35" w:type="dxa"/>
              <w:right w:w="35" w:type="dxa"/>
            </w:tcMar>
            <w:vAlign w:val="center"/>
          </w:tcPr>
          <w:p w14:paraId="32A19970" w14:textId="77777777" w:rsidR="00000000" w:rsidRPr="00505610" w:rsidRDefault="00000000">
            <w:pPr>
              <w:jc w:val="center"/>
              <w:rPr>
                <w:rFonts w:cs="Arial"/>
              </w:rPr>
            </w:pPr>
            <w:r w:rsidRPr="00505610">
              <w:rPr>
                <w:rFonts w:cs="Arial"/>
                <w:sz w:val="15"/>
              </w:rPr>
              <w:t>19,188</w:t>
            </w:r>
          </w:p>
        </w:tc>
        <w:tc>
          <w:tcPr>
            <w:tcW w:w="1987" w:type="dxa"/>
            <w:tcMar>
              <w:top w:w="35" w:type="dxa"/>
              <w:left w:w="35" w:type="dxa"/>
              <w:bottom w:w="35" w:type="dxa"/>
              <w:right w:w="35" w:type="dxa"/>
            </w:tcMar>
            <w:vAlign w:val="center"/>
          </w:tcPr>
          <w:p w14:paraId="7C883C9E" w14:textId="77777777" w:rsidR="00000000" w:rsidRPr="00505610" w:rsidRDefault="00000000">
            <w:pPr>
              <w:jc w:val="center"/>
              <w:rPr>
                <w:rFonts w:cs="Arial"/>
              </w:rPr>
            </w:pPr>
            <w:r w:rsidRPr="00505610">
              <w:rPr>
                <w:rFonts w:cs="Arial"/>
                <w:sz w:val="15"/>
              </w:rPr>
              <w:t>3,717 (19.4)</w:t>
            </w:r>
          </w:p>
        </w:tc>
        <w:tc>
          <w:tcPr>
            <w:tcW w:w="1987" w:type="dxa"/>
            <w:tcMar>
              <w:top w:w="35" w:type="dxa"/>
              <w:left w:w="35" w:type="dxa"/>
              <w:bottom w:w="35" w:type="dxa"/>
              <w:right w:w="35" w:type="dxa"/>
            </w:tcMar>
            <w:vAlign w:val="center"/>
          </w:tcPr>
          <w:p w14:paraId="118A7EEC" w14:textId="77777777" w:rsidR="00000000" w:rsidRPr="00505610" w:rsidRDefault="00000000">
            <w:pPr>
              <w:jc w:val="center"/>
              <w:rPr>
                <w:rFonts w:cs="Arial"/>
              </w:rPr>
            </w:pPr>
            <w:r w:rsidRPr="00505610">
              <w:rPr>
                <w:rFonts w:cs="Arial"/>
                <w:sz w:val="15"/>
              </w:rPr>
              <w:t>11,295 (58.9)</w:t>
            </w:r>
          </w:p>
        </w:tc>
        <w:tc>
          <w:tcPr>
            <w:tcW w:w="1987" w:type="dxa"/>
            <w:tcMar>
              <w:top w:w="35" w:type="dxa"/>
              <w:left w:w="35" w:type="dxa"/>
              <w:bottom w:w="35" w:type="dxa"/>
              <w:right w:w="35" w:type="dxa"/>
            </w:tcMar>
            <w:vAlign w:val="center"/>
          </w:tcPr>
          <w:p w14:paraId="0933F170" w14:textId="77777777" w:rsidR="00000000" w:rsidRPr="00505610" w:rsidRDefault="00000000">
            <w:pPr>
              <w:jc w:val="center"/>
              <w:rPr>
                <w:rFonts w:cs="Arial"/>
              </w:rPr>
            </w:pPr>
            <w:r w:rsidRPr="00505610">
              <w:rPr>
                <w:rFonts w:cs="Arial"/>
                <w:sz w:val="15"/>
              </w:rPr>
              <w:t>4,176 (21.8)</w:t>
            </w:r>
          </w:p>
        </w:tc>
      </w:tr>
      <w:tr w:rsidR="005A4F13" w:rsidRPr="00505610" w14:paraId="694F53CF" w14:textId="77777777">
        <w:trPr>
          <w:cantSplit/>
        </w:trPr>
        <w:tc>
          <w:tcPr>
            <w:tcW w:w="2376" w:type="dxa"/>
            <w:tcMar>
              <w:top w:w="35" w:type="dxa"/>
              <w:left w:w="35" w:type="dxa"/>
              <w:bottom w:w="35" w:type="dxa"/>
              <w:right w:w="35" w:type="dxa"/>
            </w:tcMar>
            <w:vAlign w:val="center"/>
          </w:tcPr>
          <w:p w14:paraId="38FA2A01" w14:textId="77777777" w:rsidR="00000000" w:rsidRPr="00505610" w:rsidRDefault="00000000">
            <w:pPr>
              <w:rPr>
                <w:rFonts w:cs="Arial"/>
              </w:rPr>
            </w:pPr>
            <w:r w:rsidRPr="00505610">
              <w:rPr>
                <w:rFonts w:cs="Arial"/>
                <w:sz w:val="15"/>
              </w:rPr>
              <w:t>3 or 4</w:t>
            </w:r>
          </w:p>
        </w:tc>
        <w:tc>
          <w:tcPr>
            <w:tcW w:w="1800" w:type="dxa"/>
            <w:tcMar>
              <w:top w:w="35" w:type="dxa"/>
              <w:left w:w="35" w:type="dxa"/>
              <w:bottom w:w="35" w:type="dxa"/>
              <w:right w:w="35" w:type="dxa"/>
            </w:tcMar>
            <w:vAlign w:val="center"/>
          </w:tcPr>
          <w:p w14:paraId="702A469F" w14:textId="77777777" w:rsidR="00000000" w:rsidRPr="00505610" w:rsidRDefault="00000000">
            <w:pPr>
              <w:jc w:val="center"/>
              <w:rPr>
                <w:rFonts w:cs="Arial"/>
              </w:rPr>
            </w:pPr>
            <w:r w:rsidRPr="00505610">
              <w:rPr>
                <w:rFonts w:cs="Arial"/>
                <w:sz w:val="15"/>
              </w:rPr>
              <w:t>31,679</w:t>
            </w:r>
          </w:p>
        </w:tc>
        <w:tc>
          <w:tcPr>
            <w:tcW w:w="1987" w:type="dxa"/>
            <w:tcMar>
              <w:top w:w="35" w:type="dxa"/>
              <w:left w:w="35" w:type="dxa"/>
              <w:bottom w:w="35" w:type="dxa"/>
              <w:right w:w="35" w:type="dxa"/>
            </w:tcMar>
            <w:vAlign w:val="center"/>
          </w:tcPr>
          <w:p w14:paraId="20E42EEF" w14:textId="77777777" w:rsidR="00000000" w:rsidRPr="00505610" w:rsidRDefault="00000000">
            <w:pPr>
              <w:jc w:val="center"/>
              <w:rPr>
                <w:rFonts w:cs="Arial"/>
              </w:rPr>
            </w:pPr>
            <w:r w:rsidRPr="00505610">
              <w:rPr>
                <w:rFonts w:cs="Arial"/>
                <w:sz w:val="15"/>
              </w:rPr>
              <w:t>9,964 (31.5)</w:t>
            </w:r>
          </w:p>
        </w:tc>
        <w:tc>
          <w:tcPr>
            <w:tcW w:w="1987" w:type="dxa"/>
            <w:tcMar>
              <w:top w:w="35" w:type="dxa"/>
              <w:left w:w="35" w:type="dxa"/>
              <w:bottom w:w="35" w:type="dxa"/>
              <w:right w:w="35" w:type="dxa"/>
            </w:tcMar>
            <w:vAlign w:val="center"/>
          </w:tcPr>
          <w:p w14:paraId="6CE95353" w14:textId="77777777" w:rsidR="00000000" w:rsidRPr="00505610" w:rsidRDefault="00000000">
            <w:pPr>
              <w:jc w:val="center"/>
              <w:rPr>
                <w:rFonts w:cs="Arial"/>
              </w:rPr>
            </w:pPr>
            <w:r w:rsidRPr="00505610">
              <w:rPr>
                <w:rFonts w:cs="Arial"/>
                <w:sz w:val="15"/>
              </w:rPr>
              <w:t>17,533 (55.3)</w:t>
            </w:r>
          </w:p>
        </w:tc>
        <w:tc>
          <w:tcPr>
            <w:tcW w:w="1987" w:type="dxa"/>
            <w:tcMar>
              <w:top w:w="35" w:type="dxa"/>
              <w:left w:w="35" w:type="dxa"/>
              <w:bottom w:w="35" w:type="dxa"/>
              <w:right w:w="35" w:type="dxa"/>
            </w:tcMar>
            <w:vAlign w:val="center"/>
          </w:tcPr>
          <w:p w14:paraId="4E2E8273" w14:textId="77777777" w:rsidR="00000000" w:rsidRPr="00505610" w:rsidRDefault="00000000">
            <w:pPr>
              <w:jc w:val="center"/>
              <w:rPr>
                <w:rFonts w:cs="Arial"/>
              </w:rPr>
            </w:pPr>
            <w:r w:rsidRPr="00505610">
              <w:rPr>
                <w:rFonts w:cs="Arial"/>
                <w:sz w:val="15"/>
              </w:rPr>
              <w:t>4,182 (13.2)</w:t>
            </w:r>
          </w:p>
        </w:tc>
      </w:tr>
      <w:tr w:rsidR="005A4F13" w:rsidRPr="00505610" w14:paraId="16E23754" w14:textId="77777777">
        <w:trPr>
          <w:cantSplit/>
        </w:trPr>
        <w:tc>
          <w:tcPr>
            <w:tcW w:w="2376" w:type="dxa"/>
            <w:tcMar>
              <w:top w:w="35" w:type="dxa"/>
              <w:left w:w="35" w:type="dxa"/>
              <w:bottom w:w="35" w:type="dxa"/>
              <w:right w:w="35" w:type="dxa"/>
            </w:tcMar>
            <w:vAlign w:val="center"/>
          </w:tcPr>
          <w:p w14:paraId="234F2AD5" w14:textId="77777777" w:rsidR="00000000" w:rsidRPr="00505610" w:rsidRDefault="00000000">
            <w:pPr>
              <w:rPr>
                <w:rFonts w:cs="Arial"/>
              </w:rPr>
            </w:pPr>
            <w:r w:rsidRPr="00505610">
              <w:rPr>
                <w:rFonts w:cs="Arial"/>
                <w:sz w:val="15"/>
              </w:rPr>
              <w:t>5-8</w:t>
            </w:r>
          </w:p>
        </w:tc>
        <w:tc>
          <w:tcPr>
            <w:tcW w:w="1800" w:type="dxa"/>
            <w:tcMar>
              <w:top w:w="35" w:type="dxa"/>
              <w:left w:w="35" w:type="dxa"/>
              <w:bottom w:w="35" w:type="dxa"/>
              <w:right w:w="35" w:type="dxa"/>
            </w:tcMar>
            <w:vAlign w:val="center"/>
          </w:tcPr>
          <w:p w14:paraId="2F2ADFCF" w14:textId="77777777" w:rsidR="00000000" w:rsidRPr="00505610" w:rsidRDefault="00000000">
            <w:pPr>
              <w:jc w:val="center"/>
              <w:rPr>
                <w:rFonts w:cs="Arial"/>
              </w:rPr>
            </w:pPr>
            <w:r w:rsidRPr="00505610">
              <w:rPr>
                <w:rFonts w:cs="Arial"/>
                <w:sz w:val="15"/>
              </w:rPr>
              <w:t>25,299</w:t>
            </w:r>
          </w:p>
        </w:tc>
        <w:tc>
          <w:tcPr>
            <w:tcW w:w="1987" w:type="dxa"/>
            <w:tcMar>
              <w:top w:w="35" w:type="dxa"/>
              <w:left w:w="35" w:type="dxa"/>
              <w:bottom w:w="35" w:type="dxa"/>
              <w:right w:w="35" w:type="dxa"/>
            </w:tcMar>
            <w:vAlign w:val="center"/>
          </w:tcPr>
          <w:p w14:paraId="1AD8C50B" w14:textId="77777777" w:rsidR="00000000" w:rsidRPr="00505610" w:rsidRDefault="00000000">
            <w:pPr>
              <w:jc w:val="center"/>
              <w:rPr>
                <w:rFonts w:cs="Arial"/>
              </w:rPr>
            </w:pPr>
            <w:r w:rsidRPr="00505610">
              <w:rPr>
                <w:rFonts w:cs="Arial"/>
                <w:sz w:val="15"/>
              </w:rPr>
              <w:t>11,779 (46.6)</w:t>
            </w:r>
          </w:p>
        </w:tc>
        <w:tc>
          <w:tcPr>
            <w:tcW w:w="1987" w:type="dxa"/>
            <w:tcMar>
              <w:top w:w="35" w:type="dxa"/>
              <w:left w:w="35" w:type="dxa"/>
              <w:bottom w:w="35" w:type="dxa"/>
              <w:right w:w="35" w:type="dxa"/>
            </w:tcMar>
            <w:vAlign w:val="center"/>
          </w:tcPr>
          <w:p w14:paraId="090BFD5C" w14:textId="77777777" w:rsidR="00000000" w:rsidRPr="00505610" w:rsidRDefault="00000000">
            <w:pPr>
              <w:jc w:val="center"/>
              <w:rPr>
                <w:rFonts w:cs="Arial"/>
              </w:rPr>
            </w:pPr>
            <w:r w:rsidRPr="00505610">
              <w:rPr>
                <w:rFonts w:cs="Arial"/>
                <w:sz w:val="15"/>
              </w:rPr>
              <w:t>11,624 (45.9)</w:t>
            </w:r>
          </w:p>
        </w:tc>
        <w:tc>
          <w:tcPr>
            <w:tcW w:w="1987" w:type="dxa"/>
            <w:tcMar>
              <w:top w:w="35" w:type="dxa"/>
              <w:left w:w="35" w:type="dxa"/>
              <w:bottom w:w="35" w:type="dxa"/>
              <w:right w:w="35" w:type="dxa"/>
            </w:tcMar>
            <w:vAlign w:val="center"/>
          </w:tcPr>
          <w:p w14:paraId="2C03550A" w14:textId="77777777" w:rsidR="00000000" w:rsidRPr="00505610" w:rsidRDefault="00000000">
            <w:pPr>
              <w:jc w:val="center"/>
              <w:rPr>
                <w:rFonts w:cs="Arial"/>
              </w:rPr>
            </w:pPr>
            <w:r w:rsidRPr="00505610">
              <w:rPr>
                <w:rFonts w:cs="Arial"/>
                <w:sz w:val="15"/>
              </w:rPr>
              <w:t>1,896 (7.5)</w:t>
            </w:r>
          </w:p>
        </w:tc>
      </w:tr>
      <w:tr w:rsidR="005A4F13" w:rsidRPr="00505610" w14:paraId="562ED7C7" w14:textId="77777777">
        <w:trPr>
          <w:cantSplit/>
        </w:trPr>
        <w:tc>
          <w:tcPr>
            <w:tcW w:w="2376" w:type="dxa"/>
            <w:tcMar>
              <w:top w:w="35" w:type="dxa"/>
              <w:left w:w="35" w:type="dxa"/>
              <w:bottom w:w="35" w:type="dxa"/>
              <w:right w:w="35" w:type="dxa"/>
            </w:tcMar>
            <w:vAlign w:val="center"/>
          </w:tcPr>
          <w:p w14:paraId="7F714B0F" w14:textId="77777777" w:rsidR="00000000" w:rsidRPr="00505610" w:rsidRDefault="00000000">
            <w:pPr>
              <w:rPr>
                <w:rFonts w:cs="Arial"/>
              </w:rPr>
            </w:pPr>
            <w:r w:rsidRPr="00505610">
              <w:rPr>
                <w:rFonts w:cs="Arial"/>
                <w:sz w:val="15"/>
              </w:rPr>
              <w:t>9 or more</w:t>
            </w:r>
          </w:p>
        </w:tc>
        <w:tc>
          <w:tcPr>
            <w:tcW w:w="1800" w:type="dxa"/>
            <w:tcMar>
              <w:top w:w="35" w:type="dxa"/>
              <w:left w:w="35" w:type="dxa"/>
              <w:bottom w:w="35" w:type="dxa"/>
              <w:right w:w="35" w:type="dxa"/>
            </w:tcMar>
            <w:vAlign w:val="center"/>
          </w:tcPr>
          <w:p w14:paraId="38596B78" w14:textId="77777777" w:rsidR="00000000" w:rsidRPr="00505610" w:rsidRDefault="00000000">
            <w:pPr>
              <w:jc w:val="center"/>
              <w:rPr>
                <w:rFonts w:cs="Arial"/>
              </w:rPr>
            </w:pPr>
            <w:r w:rsidRPr="00505610">
              <w:rPr>
                <w:rFonts w:cs="Arial"/>
                <w:sz w:val="15"/>
              </w:rPr>
              <w:t>23,465</w:t>
            </w:r>
          </w:p>
        </w:tc>
        <w:tc>
          <w:tcPr>
            <w:tcW w:w="1987" w:type="dxa"/>
            <w:tcMar>
              <w:top w:w="35" w:type="dxa"/>
              <w:left w:w="35" w:type="dxa"/>
              <w:bottom w:w="35" w:type="dxa"/>
              <w:right w:w="35" w:type="dxa"/>
            </w:tcMar>
            <w:vAlign w:val="center"/>
          </w:tcPr>
          <w:p w14:paraId="597CBF85" w14:textId="77777777" w:rsidR="00000000" w:rsidRPr="00505610" w:rsidRDefault="00000000">
            <w:pPr>
              <w:jc w:val="center"/>
              <w:rPr>
                <w:rFonts w:cs="Arial"/>
              </w:rPr>
            </w:pPr>
            <w:r w:rsidRPr="00505610">
              <w:rPr>
                <w:rFonts w:cs="Arial"/>
                <w:sz w:val="15"/>
              </w:rPr>
              <w:t>14,684 (62.6)</w:t>
            </w:r>
          </w:p>
        </w:tc>
        <w:tc>
          <w:tcPr>
            <w:tcW w:w="1987" w:type="dxa"/>
            <w:tcMar>
              <w:top w:w="35" w:type="dxa"/>
              <w:left w:w="35" w:type="dxa"/>
              <w:bottom w:w="35" w:type="dxa"/>
              <w:right w:w="35" w:type="dxa"/>
            </w:tcMar>
            <w:vAlign w:val="center"/>
          </w:tcPr>
          <w:p w14:paraId="21CC44DC" w14:textId="77777777" w:rsidR="00000000" w:rsidRPr="00505610" w:rsidRDefault="00000000">
            <w:pPr>
              <w:jc w:val="center"/>
              <w:rPr>
                <w:rFonts w:cs="Arial"/>
              </w:rPr>
            </w:pPr>
            <w:r w:rsidRPr="00505610">
              <w:rPr>
                <w:rFonts w:cs="Arial"/>
                <w:sz w:val="15"/>
              </w:rPr>
              <w:t>7,584 (32.3)</w:t>
            </w:r>
          </w:p>
        </w:tc>
        <w:tc>
          <w:tcPr>
            <w:tcW w:w="1987" w:type="dxa"/>
            <w:tcMar>
              <w:top w:w="35" w:type="dxa"/>
              <w:left w:w="35" w:type="dxa"/>
              <w:bottom w:w="35" w:type="dxa"/>
              <w:right w:w="35" w:type="dxa"/>
            </w:tcMar>
            <w:vAlign w:val="center"/>
          </w:tcPr>
          <w:p w14:paraId="347A62D8" w14:textId="77777777" w:rsidR="00000000" w:rsidRPr="00505610" w:rsidRDefault="00000000">
            <w:pPr>
              <w:jc w:val="center"/>
              <w:rPr>
                <w:rFonts w:cs="Arial"/>
              </w:rPr>
            </w:pPr>
            <w:r w:rsidRPr="00505610">
              <w:rPr>
                <w:rFonts w:cs="Arial"/>
                <w:sz w:val="15"/>
              </w:rPr>
              <w:t>1,197 (5.1)</w:t>
            </w:r>
          </w:p>
        </w:tc>
      </w:tr>
      <w:tr w:rsidR="005A4F13" w:rsidRPr="00505610" w14:paraId="5F81F720" w14:textId="77777777">
        <w:trPr>
          <w:cantSplit/>
        </w:trPr>
        <w:tc>
          <w:tcPr>
            <w:tcW w:w="2376" w:type="dxa"/>
            <w:tcMar>
              <w:top w:w="35" w:type="dxa"/>
              <w:left w:w="35" w:type="dxa"/>
              <w:bottom w:w="35" w:type="dxa"/>
              <w:right w:w="35" w:type="dxa"/>
            </w:tcMar>
            <w:vAlign w:val="center"/>
          </w:tcPr>
          <w:p w14:paraId="5E18C8EE" w14:textId="77777777" w:rsidR="00000000" w:rsidRPr="00505610" w:rsidRDefault="00000000">
            <w:pPr>
              <w:rPr>
                <w:rFonts w:cs="Arial"/>
              </w:rPr>
            </w:pPr>
            <w:r w:rsidRPr="00505610">
              <w:rPr>
                <w:rFonts w:cs="Arial"/>
                <w:i/>
                <w:sz w:val="15"/>
              </w:rPr>
              <w:t>Missing</w:t>
            </w:r>
          </w:p>
        </w:tc>
        <w:tc>
          <w:tcPr>
            <w:tcW w:w="1800" w:type="dxa"/>
            <w:tcMar>
              <w:top w:w="35" w:type="dxa"/>
              <w:left w:w="35" w:type="dxa"/>
              <w:bottom w:w="35" w:type="dxa"/>
              <w:right w:w="35" w:type="dxa"/>
            </w:tcMar>
            <w:vAlign w:val="center"/>
          </w:tcPr>
          <w:p w14:paraId="77E131EB" w14:textId="77777777" w:rsidR="00000000" w:rsidRPr="00505610" w:rsidRDefault="00000000">
            <w:pPr>
              <w:jc w:val="center"/>
              <w:rPr>
                <w:rFonts w:cs="Arial"/>
              </w:rPr>
            </w:pPr>
            <w:r w:rsidRPr="00505610">
              <w:rPr>
                <w:rFonts w:cs="Arial"/>
                <w:i/>
                <w:sz w:val="15"/>
              </w:rPr>
              <w:t>10,305</w:t>
            </w:r>
          </w:p>
        </w:tc>
        <w:tc>
          <w:tcPr>
            <w:tcW w:w="1987" w:type="dxa"/>
            <w:tcMar>
              <w:top w:w="35" w:type="dxa"/>
              <w:left w:w="35" w:type="dxa"/>
              <w:bottom w:w="35" w:type="dxa"/>
              <w:right w:w="35" w:type="dxa"/>
            </w:tcMar>
            <w:vAlign w:val="center"/>
          </w:tcPr>
          <w:p w14:paraId="1544EDF3" w14:textId="77777777" w:rsidR="00000000" w:rsidRPr="00505610" w:rsidRDefault="00000000">
            <w:pPr>
              <w:jc w:val="center"/>
              <w:rPr>
                <w:rFonts w:cs="Arial"/>
              </w:rPr>
            </w:pPr>
            <w:r w:rsidRPr="00505610">
              <w:rPr>
                <w:rFonts w:cs="Arial"/>
                <w:i/>
                <w:sz w:val="15"/>
              </w:rPr>
              <w:t>2,672 (25.9)</w:t>
            </w:r>
          </w:p>
        </w:tc>
        <w:tc>
          <w:tcPr>
            <w:tcW w:w="1987" w:type="dxa"/>
            <w:tcMar>
              <w:top w:w="35" w:type="dxa"/>
              <w:left w:w="35" w:type="dxa"/>
              <w:bottom w:w="35" w:type="dxa"/>
              <w:right w:w="35" w:type="dxa"/>
            </w:tcMar>
            <w:vAlign w:val="center"/>
          </w:tcPr>
          <w:p w14:paraId="10693435" w14:textId="77777777" w:rsidR="00000000" w:rsidRPr="00505610" w:rsidRDefault="00000000">
            <w:pPr>
              <w:jc w:val="center"/>
              <w:rPr>
                <w:rFonts w:cs="Arial"/>
              </w:rPr>
            </w:pPr>
            <w:r w:rsidRPr="00505610">
              <w:rPr>
                <w:rFonts w:cs="Arial"/>
                <w:i/>
                <w:sz w:val="15"/>
              </w:rPr>
              <w:t>5,427 (52.7)</w:t>
            </w:r>
          </w:p>
        </w:tc>
        <w:tc>
          <w:tcPr>
            <w:tcW w:w="1987" w:type="dxa"/>
            <w:tcMar>
              <w:top w:w="35" w:type="dxa"/>
              <w:left w:w="35" w:type="dxa"/>
              <w:bottom w:w="35" w:type="dxa"/>
              <w:right w:w="35" w:type="dxa"/>
            </w:tcMar>
            <w:vAlign w:val="center"/>
          </w:tcPr>
          <w:p w14:paraId="2F04A02F" w14:textId="77777777" w:rsidR="00000000" w:rsidRPr="00505610" w:rsidRDefault="00000000">
            <w:pPr>
              <w:jc w:val="center"/>
              <w:rPr>
                <w:rFonts w:cs="Arial"/>
              </w:rPr>
            </w:pPr>
            <w:r w:rsidRPr="00505610">
              <w:rPr>
                <w:rFonts w:cs="Arial"/>
                <w:i/>
                <w:sz w:val="15"/>
              </w:rPr>
              <w:t>2,206 (21.4)</w:t>
            </w:r>
          </w:p>
        </w:tc>
      </w:tr>
      <w:tr w:rsidR="005A4F13" w:rsidRPr="00505610" w14:paraId="4A850EB8" w14:textId="77777777">
        <w:trPr>
          <w:cantSplit/>
        </w:trPr>
        <w:tc>
          <w:tcPr>
            <w:tcW w:w="1987" w:type="dxa"/>
            <w:gridSpan w:val="5"/>
            <w:tcMar>
              <w:top w:w="35" w:type="dxa"/>
              <w:left w:w="35" w:type="dxa"/>
              <w:bottom w:w="35" w:type="dxa"/>
              <w:right w:w="35" w:type="dxa"/>
            </w:tcMar>
            <w:vAlign w:val="center"/>
          </w:tcPr>
          <w:p w14:paraId="17F26E7A" w14:textId="77777777" w:rsidR="00000000" w:rsidRPr="00505610" w:rsidRDefault="00000000">
            <w:pPr>
              <w:rPr>
                <w:rFonts w:cs="Arial"/>
              </w:rPr>
            </w:pPr>
            <w:r w:rsidRPr="00505610">
              <w:rPr>
                <w:rFonts w:cs="Arial"/>
                <w:b/>
                <w:sz w:val="15"/>
              </w:rPr>
              <w:t>Having pets</w:t>
            </w:r>
          </w:p>
        </w:tc>
      </w:tr>
      <w:tr w:rsidR="005A4F13" w:rsidRPr="00505610" w14:paraId="3ED670FE" w14:textId="77777777">
        <w:trPr>
          <w:cantSplit/>
        </w:trPr>
        <w:tc>
          <w:tcPr>
            <w:tcW w:w="2376" w:type="dxa"/>
            <w:tcMar>
              <w:top w:w="35" w:type="dxa"/>
              <w:left w:w="35" w:type="dxa"/>
              <w:bottom w:w="35" w:type="dxa"/>
              <w:right w:w="35" w:type="dxa"/>
            </w:tcMar>
            <w:vAlign w:val="center"/>
          </w:tcPr>
          <w:p w14:paraId="6D927EDC" w14:textId="77777777" w:rsidR="00000000" w:rsidRPr="00505610" w:rsidRDefault="00000000">
            <w:pPr>
              <w:rPr>
                <w:rFonts w:cs="Arial"/>
              </w:rPr>
            </w:pPr>
            <w:r w:rsidRPr="00505610">
              <w:rPr>
                <w:rFonts w:cs="Arial"/>
                <w:sz w:val="15"/>
              </w:rPr>
              <w:t>No</w:t>
            </w:r>
          </w:p>
        </w:tc>
        <w:tc>
          <w:tcPr>
            <w:tcW w:w="1800" w:type="dxa"/>
            <w:tcMar>
              <w:top w:w="35" w:type="dxa"/>
              <w:left w:w="35" w:type="dxa"/>
              <w:bottom w:w="35" w:type="dxa"/>
              <w:right w:w="35" w:type="dxa"/>
            </w:tcMar>
            <w:vAlign w:val="center"/>
          </w:tcPr>
          <w:p w14:paraId="2819ABD8" w14:textId="77777777" w:rsidR="00000000" w:rsidRPr="00505610" w:rsidRDefault="00000000">
            <w:pPr>
              <w:jc w:val="center"/>
              <w:rPr>
                <w:rFonts w:cs="Arial"/>
              </w:rPr>
            </w:pPr>
            <w:r w:rsidRPr="00505610">
              <w:rPr>
                <w:rFonts w:cs="Arial"/>
                <w:sz w:val="15"/>
              </w:rPr>
              <w:t>69,895</w:t>
            </w:r>
          </w:p>
        </w:tc>
        <w:tc>
          <w:tcPr>
            <w:tcW w:w="1987" w:type="dxa"/>
            <w:tcMar>
              <w:top w:w="35" w:type="dxa"/>
              <w:left w:w="35" w:type="dxa"/>
              <w:bottom w:w="35" w:type="dxa"/>
              <w:right w:w="35" w:type="dxa"/>
            </w:tcMar>
            <w:vAlign w:val="center"/>
          </w:tcPr>
          <w:p w14:paraId="7BE242ED" w14:textId="77777777" w:rsidR="00000000" w:rsidRPr="00505610" w:rsidRDefault="00000000">
            <w:pPr>
              <w:jc w:val="center"/>
              <w:rPr>
                <w:rFonts w:cs="Arial"/>
              </w:rPr>
            </w:pPr>
            <w:r w:rsidRPr="00505610">
              <w:rPr>
                <w:rFonts w:cs="Arial"/>
                <w:sz w:val="15"/>
              </w:rPr>
              <w:t>25,580 (36.6)</w:t>
            </w:r>
          </w:p>
        </w:tc>
        <w:tc>
          <w:tcPr>
            <w:tcW w:w="1987" w:type="dxa"/>
            <w:tcMar>
              <w:top w:w="35" w:type="dxa"/>
              <w:left w:w="35" w:type="dxa"/>
              <w:bottom w:w="35" w:type="dxa"/>
              <w:right w:w="35" w:type="dxa"/>
            </w:tcMar>
            <w:vAlign w:val="center"/>
          </w:tcPr>
          <w:p w14:paraId="322E668D" w14:textId="77777777" w:rsidR="00000000" w:rsidRPr="00505610" w:rsidRDefault="00000000">
            <w:pPr>
              <w:jc w:val="center"/>
              <w:rPr>
                <w:rFonts w:cs="Arial"/>
              </w:rPr>
            </w:pPr>
            <w:r w:rsidRPr="00505610">
              <w:rPr>
                <w:rFonts w:cs="Arial"/>
                <w:sz w:val="15"/>
              </w:rPr>
              <w:t>33,424 (47.8)</w:t>
            </w:r>
          </w:p>
        </w:tc>
        <w:tc>
          <w:tcPr>
            <w:tcW w:w="1987" w:type="dxa"/>
            <w:tcMar>
              <w:top w:w="35" w:type="dxa"/>
              <w:left w:w="35" w:type="dxa"/>
              <w:bottom w:w="35" w:type="dxa"/>
              <w:right w:w="35" w:type="dxa"/>
            </w:tcMar>
            <w:vAlign w:val="center"/>
          </w:tcPr>
          <w:p w14:paraId="3920EAA4" w14:textId="77777777" w:rsidR="00000000" w:rsidRPr="00505610" w:rsidRDefault="00000000">
            <w:pPr>
              <w:jc w:val="center"/>
              <w:rPr>
                <w:rFonts w:cs="Arial"/>
              </w:rPr>
            </w:pPr>
            <w:r w:rsidRPr="00505610">
              <w:rPr>
                <w:rFonts w:cs="Arial"/>
                <w:sz w:val="15"/>
              </w:rPr>
              <w:t>10,891 (15.6)</w:t>
            </w:r>
          </w:p>
        </w:tc>
      </w:tr>
      <w:tr w:rsidR="005A4F13" w:rsidRPr="00505610" w14:paraId="48959CF0" w14:textId="77777777">
        <w:trPr>
          <w:cantSplit/>
        </w:trPr>
        <w:tc>
          <w:tcPr>
            <w:tcW w:w="2376" w:type="dxa"/>
            <w:tcMar>
              <w:top w:w="35" w:type="dxa"/>
              <w:left w:w="35" w:type="dxa"/>
              <w:bottom w:w="35" w:type="dxa"/>
              <w:right w:w="35" w:type="dxa"/>
            </w:tcMar>
            <w:vAlign w:val="center"/>
          </w:tcPr>
          <w:p w14:paraId="43B98AD4" w14:textId="77777777" w:rsidR="00000000" w:rsidRPr="00505610" w:rsidRDefault="00000000">
            <w:pPr>
              <w:rPr>
                <w:rFonts w:cs="Arial"/>
              </w:rPr>
            </w:pPr>
            <w:r w:rsidRPr="00505610">
              <w:rPr>
                <w:rFonts w:cs="Arial"/>
                <w:sz w:val="15"/>
              </w:rPr>
              <w:t>Yes</w:t>
            </w:r>
          </w:p>
        </w:tc>
        <w:tc>
          <w:tcPr>
            <w:tcW w:w="1800" w:type="dxa"/>
            <w:tcMar>
              <w:top w:w="35" w:type="dxa"/>
              <w:left w:w="35" w:type="dxa"/>
              <w:bottom w:w="35" w:type="dxa"/>
              <w:right w:w="35" w:type="dxa"/>
            </w:tcMar>
            <w:vAlign w:val="center"/>
          </w:tcPr>
          <w:p w14:paraId="400FB697" w14:textId="77777777" w:rsidR="00000000" w:rsidRPr="00505610" w:rsidRDefault="00000000">
            <w:pPr>
              <w:jc w:val="center"/>
              <w:rPr>
                <w:rFonts w:cs="Arial"/>
              </w:rPr>
            </w:pPr>
            <w:r w:rsidRPr="00505610">
              <w:rPr>
                <w:rFonts w:cs="Arial"/>
                <w:sz w:val="15"/>
              </w:rPr>
              <w:t>55,413</w:t>
            </w:r>
          </w:p>
        </w:tc>
        <w:tc>
          <w:tcPr>
            <w:tcW w:w="1987" w:type="dxa"/>
            <w:tcMar>
              <w:top w:w="35" w:type="dxa"/>
              <w:left w:w="35" w:type="dxa"/>
              <w:bottom w:w="35" w:type="dxa"/>
              <w:right w:w="35" w:type="dxa"/>
            </w:tcMar>
            <w:vAlign w:val="center"/>
          </w:tcPr>
          <w:p w14:paraId="35DC94F3" w14:textId="77777777" w:rsidR="00000000" w:rsidRPr="00505610" w:rsidRDefault="00000000">
            <w:pPr>
              <w:jc w:val="center"/>
              <w:rPr>
                <w:rFonts w:cs="Arial"/>
              </w:rPr>
            </w:pPr>
            <w:r w:rsidRPr="00505610">
              <w:rPr>
                <w:rFonts w:cs="Arial"/>
                <w:sz w:val="15"/>
              </w:rPr>
              <w:t>18,079 (32.6)</w:t>
            </w:r>
          </w:p>
        </w:tc>
        <w:tc>
          <w:tcPr>
            <w:tcW w:w="1987" w:type="dxa"/>
            <w:tcMar>
              <w:top w:w="35" w:type="dxa"/>
              <w:left w:w="35" w:type="dxa"/>
              <w:bottom w:w="35" w:type="dxa"/>
              <w:right w:w="35" w:type="dxa"/>
            </w:tcMar>
            <w:vAlign w:val="center"/>
          </w:tcPr>
          <w:p w14:paraId="6A4AFCCD" w14:textId="77777777" w:rsidR="00000000" w:rsidRPr="00505610" w:rsidRDefault="00000000">
            <w:pPr>
              <w:jc w:val="center"/>
              <w:rPr>
                <w:rFonts w:cs="Arial"/>
              </w:rPr>
            </w:pPr>
            <w:r w:rsidRPr="00505610">
              <w:rPr>
                <w:rFonts w:cs="Arial"/>
                <w:sz w:val="15"/>
              </w:rPr>
              <w:t>28,109 (50.7)</w:t>
            </w:r>
          </w:p>
        </w:tc>
        <w:tc>
          <w:tcPr>
            <w:tcW w:w="1987" w:type="dxa"/>
            <w:tcMar>
              <w:top w:w="35" w:type="dxa"/>
              <w:left w:w="35" w:type="dxa"/>
              <w:bottom w:w="35" w:type="dxa"/>
              <w:right w:w="35" w:type="dxa"/>
            </w:tcMar>
            <w:vAlign w:val="center"/>
          </w:tcPr>
          <w:p w14:paraId="59D12C19" w14:textId="77777777" w:rsidR="00000000" w:rsidRPr="00505610" w:rsidRDefault="00000000">
            <w:pPr>
              <w:jc w:val="center"/>
              <w:rPr>
                <w:rFonts w:cs="Arial"/>
              </w:rPr>
            </w:pPr>
            <w:r w:rsidRPr="00505610">
              <w:rPr>
                <w:rFonts w:cs="Arial"/>
                <w:sz w:val="15"/>
              </w:rPr>
              <w:t>9,225 (16.6)</w:t>
            </w:r>
          </w:p>
        </w:tc>
      </w:tr>
      <w:tr w:rsidR="005A4F13" w:rsidRPr="00505610" w14:paraId="2BB6A3D2" w14:textId="77777777">
        <w:trPr>
          <w:cantSplit/>
        </w:trPr>
        <w:tc>
          <w:tcPr>
            <w:tcW w:w="2376" w:type="dxa"/>
            <w:tcMar>
              <w:top w:w="35" w:type="dxa"/>
              <w:left w:w="35" w:type="dxa"/>
              <w:bottom w:w="35" w:type="dxa"/>
              <w:right w:w="35" w:type="dxa"/>
            </w:tcMar>
            <w:vAlign w:val="center"/>
          </w:tcPr>
          <w:p w14:paraId="2EB28592" w14:textId="77777777" w:rsidR="00000000" w:rsidRPr="00505610" w:rsidRDefault="00000000">
            <w:pPr>
              <w:rPr>
                <w:rFonts w:cs="Arial"/>
              </w:rPr>
            </w:pPr>
            <w:r w:rsidRPr="00505610">
              <w:rPr>
                <w:rFonts w:cs="Arial"/>
                <w:i/>
                <w:sz w:val="15"/>
              </w:rPr>
              <w:t>Missing</w:t>
            </w:r>
          </w:p>
        </w:tc>
        <w:tc>
          <w:tcPr>
            <w:tcW w:w="1800" w:type="dxa"/>
            <w:tcMar>
              <w:top w:w="35" w:type="dxa"/>
              <w:left w:w="35" w:type="dxa"/>
              <w:bottom w:w="35" w:type="dxa"/>
              <w:right w:w="35" w:type="dxa"/>
            </w:tcMar>
            <w:vAlign w:val="center"/>
          </w:tcPr>
          <w:p w14:paraId="11BAF87A" w14:textId="77777777" w:rsidR="00000000" w:rsidRPr="00505610" w:rsidRDefault="00000000">
            <w:pPr>
              <w:jc w:val="center"/>
              <w:rPr>
                <w:rFonts w:cs="Arial"/>
              </w:rPr>
            </w:pPr>
            <w:r w:rsidRPr="00505610">
              <w:rPr>
                <w:rFonts w:cs="Arial"/>
                <w:i/>
                <w:sz w:val="15"/>
              </w:rPr>
              <w:t>10,414</w:t>
            </w:r>
          </w:p>
        </w:tc>
        <w:tc>
          <w:tcPr>
            <w:tcW w:w="1987" w:type="dxa"/>
            <w:tcMar>
              <w:top w:w="35" w:type="dxa"/>
              <w:left w:w="35" w:type="dxa"/>
              <w:bottom w:w="35" w:type="dxa"/>
              <w:right w:w="35" w:type="dxa"/>
            </w:tcMar>
            <w:vAlign w:val="center"/>
          </w:tcPr>
          <w:p w14:paraId="4CDB09E8" w14:textId="77777777" w:rsidR="00000000" w:rsidRPr="00505610" w:rsidRDefault="00000000">
            <w:pPr>
              <w:jc w:val="center"/>
              <w:rPr>
                <w:rFonts w:cs="Arial"/>
              </w:rPr>
            </w:pPr>
            <w:r w:rsidRPr="00505610">
              <w:rPr>
                <w:rFonts w:cs="Arial"/>
                <w:i/>
                <w:sz w:val="15"/>
              </w:rPr>
              <w:t>2,696 (25.9)</w:t>
            </w:r>
          </w:p>
        </w:tc>
        <w:tc>
          <w:tcPr>
            <w:tcW w:w="1987" w:type="dxa"/>
            <w:tcMar>
              <w:top w:w="35" w:type="dxa"/>
              <w:left w:w="35" w:type="dxa"/>
              <w:bottom w:w="35" w:type="dxa"/>
              <w:right w:w="35" w:type="dxa"/>
            </w:tcMar>
            <w:vAlign w:val="center"/>
          </w:tcPr>
          <w:p w14:paraId="0A17DBDB" w14:textId="77777777" w:rsidR="00000000" w:rsidRPr="00505610" w:rsidRDefault="00000000">
            <w:pPr>
              <w:jc w:val="center"/>
              <w:rPr>
                <w:rFonts w:cs="Arial"/>
              </w:rPr>
            </w:pPr>
            <w:r w:rsidRPr="00505610">
              <w:rPr>
                <w:rFonts w:cs="Arial"/>
                <w:i/>
                <w:sz w:val="15"/>
              </w:rPr>
              <w:t>5,468 (52.5)</w:t>
            </w:r>
          </w:p>
        </w:tc>
        <w:tc>
          <w:tcPr>
            <w:tcW w:w="1987" w:type="dxa"/>
            <w:tcMar>
              <w:top w:w="35" w:type="dxa"/>
              <w:left w:w="35" w:type="dxa"/>
              <w:bottom w:w="35" w:type="dxa"/>
              <w:right w:w="35" w:type="dxa"/>
            </w:tcMar>
            <w:vAlign w:val="center"/>
          </w:tcPr>
          <w:p w14:paraId="505A1A7A" w14:textId="77777777" w:rsidR="00000000" w:rsidRPr="00505610" w:rsidRDefault="00000000">
            <w:pPr>
              <w:jc w:val="center"/>
              <w:rPr>
                <w:rFonts w:cs="Arial"/>
              </w:rPr>
            </w:pPr>
            <w:r w:rsidRPr="00505610">
              <w:rPr>
                <w:rFonts w:cs="Arial"/>
                <w:i/>
                <w:sz w:val="15"/>
              </w:rPr>
              <w:t>2,250 (21.6)</w:t>
            </w:r>
          </w:p>
        </w:tc>
      </w:tr>
      <w:tr w:rsidR="005A4F13" w:rsidRPr="00505610" w14:paraId="52A49937" w14:textId="77777777">
        <w:trPr>
          <w:cantSplit/>
        </w:trPr>
        <w:tc>
          <w:tcPr>
            <w:tcW w:w="1987" w:type="dxa"/>
            <w:gridSpan w:val="5"/>
            <w:tcMar>
              <w:top w:w="35" w:type="dxa"/>
              <w:left w:w="35" w:type="dxa"/>
              <w:bottom w:w="35" w:type="dxa"/>
              <w:right w:w="35" w:type="dxa"/>
            </w:tcMar>
            <w:vAlign w:val="center"/>
          </w:tcPr>
          <w:p w14:paraId="18B77F8A" w14:textId="77777777" w:rsidR="00000000" w:rsidRPr="00505610" w:rsidRDefault="00000000">
            <w:pPr>
              <w:rPr>
                <w:rFonts w:cs="Arial"/>
              </w:rPr>
            </w:pPr>
            <w:r w:rsidRPr="00505610">
              <w:rPr>
                <w:rFonts w:cs="Arial"/>
                <w:b/>
                <w:sz w:val="15"/>
              </w:rPr>
              <w:t>Household size</w:t>
            </w:r>
          </w:p>
        </w:tc>
      </w:tr>
      <w:tr w:rsidR="005A4F13" w:rsidRPr="00505610" w14:paraId="55F925F4" w14:textId="77777777">
        <w:trPr>
          <w:cantSplit/>
        </w:trPr>
        <w:tc>
          <w:tcPr>
            <w:tcW w:w="2376" w:type="dxa"/>
            <w:tcMar>
              <w:top w:w="35" w:type="dxa"/>
              <w:left w:w="35" w:type="dxa"/>
              <w:bottom w:w="35" w:type="dxa"/>
              <w:right w:w="35" w:type="dxa"/>
            </w:tcMar>
            <w:vAlign w:val="center"/>
          </w:tcPr>
          <w:p w14:paraId="0F96A2C8" w14:textId="77777777" w:rsidR="00000000" w:rsidRPr="00505610" w:rsidRDefault="00000000">
            <w:pPr>
              <w:rPr>
                <w:rFonts w:cs="Arial"/>
              </w:rPr>
            </w:pPr>
            <w:r w:rsidRPr="00505610">
              <w:rPr>
                <w:rFonts w:cs="Arial"/>
                <w:sz w:val="15"/>
              </w:rPr>
              <w:t>0 members</w:t>
            </w:r>
          </w:p>
        </w:tc>
        <w:tc>
          <w:tcPr>
            <w:tcW w:w="1800" w:type="dxa"/>
            <w:tcMar>
              <w:top w:w="35" w:type="dxa"/>
              <w:left w:w="35" w:type="dxa"/>
              <w:bottom w:w="35" w:type="dxa"/>
              <w:right w:w="35" w:type="dxa"/>
            </w:tcMar>
            <w:vAlign w:val="center"/>
          </w:tcPr>
          <w:p w14:paraId="20EF974B" w14:textId="77777777" w:rsidR="00000000" w:rsidRPr="00505610" w:rsidRDefault="00000000">
            <w:pPr>
              <w:jc w:val="center"/>
              <w:rPr>
                <w:rFonts w:cs="Arial"/>
              </w:rPr>
            </w:pPr>
            <w:r w:rsidRPr="00505610">
              <w:rPr>
                <w:rFonts w:cs="Arial"/>
                <w:sz w:val="15"/>
              </w:rPr>
              <w:t>33,489</w:t>
            </w:r>
          </w:p>
        </w:tc>
        <w:tc>
          <w:tcPr>
            <w:tcW w:w="1987" w:type="dxa"/>
            <w:tcMar>
              <w:top w:w="35" w:type="dxa"/>
              <w:left w:w="35" w:type="dxa"/>
              <w:bottom w:w="35" w:type="dxa"/>
              <w:right w:w="35" w:type="dxa"/>
            </w:tcMar>
            <w:vAlign w:val="center"/>
          </w:tcPr>
          <w:p w14:paraId="228BDA69" w14:textId="77777777" w:rsidR="00000000" w:rsidRPr="00505610" w:rsidRDefault="00000000">
            <w:pPr>
              <w:jc w:val="center"/>
              <w:rPr>
                <w:rFonts w:cs="Arial"/>
              </w:rPr>
            </w:pPr>
            <w:r w:rsidRPr="00505610">
              <w:rPr>
                <w:rFonts w:cs="Arial"/>
                <w:sz w:val="15"/>
              </w:rPr>
              <w:t>7,450 (22.2)</w:t>
            </w:r>
          </w:p>
        </w:tc>
        <w:tc>
          <w:tcPr>
            <w:tcW w:w="1987" w:type="dxa"/>
            <w:tcMar>
              <w:top w:w="35" w:type="dxa"/>
              <w:left w:w="35" w:type="dxa"/>
              <w:bottom w:w="35" w:type="dxa"/>
              <w:right w:w="35" w:type="dxa"/>
            </w:tcMar>
            <w:vAlign w:val="center"/>
          </w:tcPr>
          <w:p w14:paraId="6A46B087" w14:textId="77777777" w:rsidR="00000000" w:rsidRPr="00505610" w:rsidRDefault="00000000">
            <w:pPr>
              <w:jc w:val="center"/>
              <w:rPr>
                <w:rFonts w:cs="Arial"/>
              </w:rPr>
            </w:pPr>
            <w:r w:rsidRPr="00505610">
              <w:rPr>
                <w:rFonts w:cs="Arial"/>
                <w:sz w:val="15"/>
              </w:rPr>
              <w:t>18,267 (54.5)</w:t>
            </w:r>
          </w:p>
        </w:tc>
        <w:tc>
          <w:tcPr>
            <w:tcW w:w="1987" w:type="dxa"/>
            <w:tcMar>
              <w:top w:w="35" w:type="dxa"/>
              <w:left w:w="35" w:type="dxa"/>
              <w:bottom w:w="35" w:type="dxa"/>
              <w:right w:w="35" w:type="dxa"/>
            </w:tcMar>
            <w:vAlign w:val="center"/>
          </w:tcPr>
          <w:p w14:paraId="34EF28B3" w14:textId="77777777" w:rsidR="00000000" w:rsidRPr="00505610" w:rsidRDefault="00000000">
            <w:pPr>
              <w:jc w:val="center"/>
              <w:rPr>
                <w:rFonts w:cs="Arial"/>
              </w:rPr>
            </w:pPr>
            <w:r w:rsidRPr="00505610">
              <w:rPr>
                <w:rFonts w:cs="Arial"/>
                <w:sz w:val="15"/>
              </w:rPr>
              <w:t>7,772 (23.2)</w:t>
            </w:r>
          </w:p>
        </w:tc>
      </w:tr>
      <w:tr w:rsidR="005A4F13" w:rsidRPr="00505610" w14:paraId="3E523330" w14:textId="77777777">
        <w:trPr>
          <w:cantSplit/>
        </w:trPr>
        <w:tc>
          <w:tcPr>
            <w:tcW w:w="2376" w:type="dxa"/>
            <w:tcMar>
              <w:top w:w="35" w:type="dxa"/>
              <w:left w:w="35" w:type="dxa"/>
              <w:bottom w:w="35" w:type="dxa"/>
              <w:right w:w="35" w:type="dxa"/>
            </w:tcMar>
            <w:vAlign w:val="center"/>
          </w:tcPr>
          <w:p w14:paraId="5231F40E" w14:textId="77777777" w:rsidR="00000000" w:rsidRPr="00505610" w:rsidRDefault="00000000">
            <w:pPr>
              <w:rPr>
                <w:rFonts w:cs="Arial"/>
              </w:rPr>
            </w:pPr>
            <w:r w:rsidRPr="00505610">
              <w:rPr>
                <w:rFonts w:cs="Arial"/>
                <w:sz w:val="15"/>
              </w:rPr>
              <w:t>1 member</w:t>
            </w:r>
          </w:p>
        </w:tc>
        <w:tc>
          <w:tcPr>
            <w:tcW w:w="1800" w:type="dxa"/>
            <w:tcMar>
              <w:top w:w="35" w:type="dxa"/>
              <w:left w:w="35" w:type="dxa"/>
              <w:bottom w:w="35" w:type="dxa"/>
              <w:right w:w="35" w:type="dxa"/>
            </w:tcMar>
            <w:vAlign w:val="center"/>
          </w:tcPr>
          <w:p w14:paraId="616CA4EF" w14:textId="77777777" w:rsidR="00000000" w:rsidRPr="00505610" w:rsidRDefault="00000000">
            <w:pPr>
              <w:jc w:val="center"/>
              <w:rPr>
                <w:rFonts w:cs="Arial"/>
              </w:rPr>
            </w:pPr>
            <w:r w:rsidRPr="00505610">
              <w:rPr>
                <w:rFonts w:cs="Arial"/>
                <w:sz w:val="15"/>
              </w:rPr>
              <w:t>52,760</w:t>
            </w:r>
          </w:p>
        </w:tc>
        <w:tc>
          <w:tcPr>
            <w:tcW w:w="1987" w:type="dxa"/>
            <w:tcMar>
              <w:top w:w="35" w:type="dxa"/>
              <w:left w:w="35" w:type="dxa"/>
              <w:bottom w:w="35" w:type="dxa"/>
              <w:right w:w="35" w:type="dxa"/>
            </w:tcMar>
            <w:vAlign w:val="center"/>
          </w:tcPr>
          <w:p w14:paraId="20005B96" w14:textId="77777777" w:rsidR="00000000" w:rsidRPr="00505610" w:rsidRDefault="00000000">
            <w:pPr>
              <w:jc w:val="center"/>
              <w:rPr>
                <w:rFonts w:cs="Arial"/>
              </w:rPr>
            </w:pPr>
            <w:r w:rsidRPr="00505610">
              <w:rPr>
                <w:rFonts w:cs="Arial"/>
                <w:sz w:val="15"/>
              </w:rPr>
              <w:t>23,703 (44.9)</w:t>
            </w:r>
          </w:p>
        </w:tc>
        <w:tc>
          <w:tcPr>
            <w:tcW w:w="1987" w:type="dxa"/>
            <w:tcMar>
              <w:top w:w="35" w:type="dxa"/>
              <w:left w:w="35" w:type="dxa"/>
              <w:bottom w:w="35" w:type="dxa"/>
              <w:right w:w="35" w:type="dxa"/>
            </w:tcMar>
            <w:vAlign w:val="center"/>
          </w:tcPr>
          <w:p w14:paraId="48C65F82" w14:textId="77777777" w:rsidR="00000000" w:rsidRPr="00505610" w:rsidRDefault="00000000">
            <w:pPr>
              <w:jc w:val="center"/>
              <w:rPr>
                <w:rFonts w:cs="Arial"/>
              </w:rPr>
            </w:pPr>
            <w:r w:rsidRPr="00505610">
              <w:rPr>
                <w:rFonts w:cs="Arial"/>
                <w:sz w:val="15"/>
              </w:rPr>
              <w:t>23,311 (44.2)</w:t>
            </w:r>
          </w:p>
        </w:tc>
        <w:tc>
          <w:tcPr>
            <w:tcW w:w="1987" w:type="dxa"/>
            <w:tcMar>
              <w:top w:w="35" w:type="dxa"/>
              <w:left w:w="35" w:type="dxa"/>
              <w:bottom w:w="35" w:type="dxa"/>
              <w:right w:w="35" w:type="dxa"/>
            </w:tcMar>
            <w:vAlign w:val="center"/>
          </w:tcPr>
          <w:p w14:paraId="7D4AEC25" w14:textId="77777777" w:rsidR="00000000" w:rsidRPr="00505610" w:rsidRDefault="00000000">
            <w:pPr>
              <w:jc w:val="center"/>
              <w:rPr>
                <w:rFonts w:cs="Arial"/>
              </w:rPr>
            </w:pPr>
            <w:r w:rsidRPr="00505610">
              <w:rPr>
                <w:rFonts w:cs="Arial"/>
                <w:sz w:val="15"/>
              </w:rPr>
              <w:t>5,746 (10.9)</w:t>
            </w:r>
          </w:p>
        </w:tc>
      </w:tr>
      <w:tr w:rsidR="005A4F13" w:rsidRPr="00505610" w14:paraId="0FAA2D32" w14:textId="77777777">
        <w:trPr>
          <w:cantSplit/>
        </w:trPr>
        <w:tc>
          <w:tcPr>
            <w:tcW w:w="2376" w:type="dxa"/>
            <w:tcMar>
              <w:top w:w="35" w:type="dxa"/>
              <w:left w:w="35" w:type="dxa"/>
              <w:bottom w:w="35" w:type="dxa"/>
              <w:right w:w="35" w:type="dxa"/>
            </w:tcMar>
            <w:vAlign w:val="center"/>
          </w:tcPr>
          <w:p w14:paraId="728299EB" w14:textId="77777777" w:rsidR="00000000" w:rsidRPr="00505610" w:rsidRDefault="00000000">
            <w:pPr>
              <w:rPr>
                <w:rFonts w:cs="Arial"/>
              </w:rPr>
            </w:pPr>
            <w:r w:rsidRPr="00505610">
              <w:rPr>
                <w:rFonts w:cs="Arial"/>
                <w:sz w:val="15"/>
              </w:rPr>
              <w:t>2-3 members</w:t>
            </w:r>
          </w:p>
        </w:tc>
        <w:tc>
          <w:tcPr>
            <w:tcW w:w="1800" w:type="dxa"/>
            <w:tcMar>
              <w:top w:w="35" w:type="dxa"/>
              <w:left w:w="35" w:type="dxa"/>
              <w:bottom w:w="35" w:type="dxa"/>
              <w:right w:w="35" w:type="dxa"/>
            </w:tcMar>
            <w:vAlign w:val="center"/>
          </w:tcPr>
          <w:p w14:paraId="1757B247" w14:textId="77777777" w:rsidR="00000000" w:rsidRPr="00505610" w:rsidRDefault="00000000">
            <w:pPr>
              <w:jc w:val="center"/>
              <w:rPr>
                <w:rFonts w:cs="Arial"/>
              </w:rPr>
            </w:pPr>
            <w:r w:rsidRPr="00505610">
              <w:rPr>
                <w:rFonts w:cs="Arial"/>
                <w:sz w:val="15"/>
              </w:rPr>
              <w:t>30,407</w:t>
            </w:r>
          </w:p>
        </w:tc>
        <w:tc>
          <w:tcPr>
            <w:tcW w:w="1987" w:type="dxa"/>
            <w:tcMar>
              <w:top w:w="35" w:type="dxa"/>
              <w:left w:w="35" w:type="dxa"/>
              <w:bottom w:w="35" w:type="dxa"/>
              <w:right w:w="35" w:type="dxa"/>
            </w:tcMar>
            <w:vAlign w:val="center"/>
          </w:tcPr>
          <w:p w14:paraId="1A5F0278" w14:textId="77777777" w:rsidR="00000000" w:rsidRPr="00505610" w:rsidRDefault="00000000">
            <w:pPr>
              <w:jc w:val="center"/>
              <w:rPr>
                <w:rFonts w:cs="Arial"/>
              </w:rPr>
            </w:pPr>
            <w:r w:rsidRPr="00505610">
              <w:rPr>
                <w:rFonts w:cs="Arial"/>
                <w:sz w:val="15"/>
              </w:rPr>
              <w:t>10,040 (33.0)</w:t>
            </w:r>
          </w:p>
        </w:tc>
        <w:tc>
          <w:tcPr>
            <w:tcW w:w="1987" w:type="dxa"/>
            <w:tcMar>
              <w:top w:w="35" w:type="dxa"/>
              <w:left w:w="35" w:type="dxa"/>
              <w:bottom w:w="35" w:type="dxa"/>
              <w:right w:w="35" w:type="dxa"/>
            </w:tcMar>
            <w:vAlign w:val="center"/>
          </w:tcPr>
          <w:p w14:paraId="49EE83AB" w14:textId="77777777" w:rsidR="00000000" w:rsidRPr="00505610" w:rsidRDefault="00000000">
            <w:pPr>
              <w:jc w:val="center"/>
              <w:rPr>
                <w:rFonts w:cs="Arial"/>
              </w:rPr>
            </w:pPr>
            <w:r w:rsidRPr="00505610">
              <w:rPr>
                <w:rFonts w:cs="Arial"/>
                <w:sz w:val="15"/>
              </w:rPr>
              <w:t>15,519 (51.0)</w:t>
            </w:r>
          </w:p>
        </w:tc>
        <w:tc>
          <w:tcPr>
            <w:tcW w:w="1987" w:type="dxa"/>
            <w:tcMar>
              <w:top w:w="35" w:type="dxa"/>
              <w:left w:w="35" w:type="dxa"/>
              <w:bottom w:w="35" w:type="dxa"/>
              <w:right w:w="35" w:type="dxa"/>
            </w:tcMar>
            <w:vAlign w:val="center"/>
          </w:tcPr>
          <w:p w14:paraId="5E3E1B4C" w14:textId="77777777" w:rsidR="00000000" w:rsidRPr="00505610" w:rsidRDefault="00000000">
            <w:pPr>
              <w:jc w:val="center"/>
              <w:rPr>
                <w:rFonts w:cs="Arial"/>
              </w:rPr>
            </w:pPr>
            <w:r w:rsidRPr="00505610">
              <w:rPr>
                <w:rFonts w:cs="Arial"/>
                <w:sz w:val="15"/>
              </w:rPr>
              <w:t>4,848 (15.9)</w:t>
            </w:r>
          </w:p>
        </w:tc>
      </w:tr>
      <w:tr w:rsidR="005A4F13" w:rsidRPr="00505610" w14:paraId="01FD1CDE" w14:textId="77777777">
        <w:trPr>
          <w:cantSplit/>
        </w:trPr>
        <w:tc>
          <w:tcPr>
            <w:tcW w:w="2376" w:type="dxa"/>
            <w:tcMar>
              <w:top w:w="35" w:type="dxa"/>
              <w:left w:w="35" w:type="dxa"/>
              <w:bottom w:w="35" w:type="dxa"/>
              <w:right w:w="35" w:type="dxa"/>
            </w:tcMar>
            <w:vAlign w:val="center"/>
          </w:tcPr>
          <w:p w14:paraId="0E9490F0" w14:textId="77777777" w:rsidR="00000000" w:rsidRPr="00505610" w:rsidRDefault="00000000">
            <w:pPr>
              <w:rPr>
                <w:rFonts w:cs="Arial"/>
              </w:rPr>
            </w:pPr>
            <w:r w:rsidRPr="00505610">
              <w:rPr>
                <w:rFonts w:cs="Arial"/>
                <w:sz w:val="15"/>
              </w:rPr>
              <w:t>4-5 members</w:t>
            </w:r>
          </w:p>
        </w:tc>
        <w:tc>
          <w:tcPr>
            <w:tcW w:w="1800" w:type="dxa"/>
            <w:tcMar>
              <w:top w:w="35" w:type="dxa"/>
              <w:left w:w="35" w:type="dxa"/>
              <w:bottom w:w="35" w:type="dxa"/>
              <w:right w:w="35" w:type="dxa"/>
            </w:tcMar>
            <w:vAlign w:val="center"/>
          </w:tcPr>
          <w:p w14:paraId="7488FC62" w14:textId="77777777" w:rsidR="00000000" w:rsidRPr="00505610" w:rsidRDefault="00000000">
            <w:pPr>
              <w:jc w:val="center"/>
              <w:rPr>
                <w:rFonts w:cs="Arial"/>
              </w:rPr>
            </w:pPr>
            <w:r w:rsidRPr="00505610">
              <w:rPr>
                <w:rFonts w:cs="Arial"/>
                <w:sz w:val="15"/>
              </w:rPr>
              <w:t>7,278</w:t>
            </w:r>
          </w:p>
        </w:tc>
        <w:tc>
          <w:tcPr>
            <w:tcW w:w="1987" w:type="dxa"/>
            <w:tcMar>
              <w:top w:w="35" w:type="dxa"/>
              <w:left w:w="35" w:type="dxa"/>
              <w:bottom w:w="35" w:type="dxa"/>
              <w:right w:w="35" w:type="dxa"/>
            </w:tcMar>
            <w:vAlign w:val="center"/>
          </w:tcPr>
          <w:p w14:paraId="46473A75" w14:textId="77777777" w:rsidR="00000000" w:rsidRPr="00505610" w:rsidRDefault="00000000">
            <w:pPr>
              <w:jc w:val="center"/>
              <w:rPr>
                <w:rFonts w:cs="Arial"/>
              </w:rPr>
            </w:pPr>
            <w:r w:rsidRPr="00505610">
              <w:rPr>
                <w:rFonts w:cs="Arial"/>
                <w:sz w:val="15"/>
              </w:rPr>
              <w:t>2,166 (29.8)</w:t>
            </w:r>
          </w:p>
        </w:tc>
        <w:tc>
          <w:tcPr>
            <w:tcW w:w="1987" w:type="dxa"/>
            <w:tcMar>
              <w:top w:w="35" w:type="dxa"/>
              <w:left w:w="35" w:type="dxa"/>
              <w:bottom w:w="35" w:type="dxa"/>
              <w:right w:w="35" w:type="dxa"/>
            </w:tcMar>
            <w:vAlign w:val="center"/>
          </w:tcPr>
          <w:p w14:paraId="359A61E9" w14:textId="77777777" w:rsidR="00000000" w:rsidRPr="00505610" w:rsidRDefault="00000000">
            <w:pPr>
              <w:jc w:val="center"/>
              <w:rPr>
                <w:rFonts w:cs="Arial"/>
              </w:rPr>
            </w:pPr>
            <w:r w:rsidRPr="00505610">
              <w:rPr>
                <w:rFonts w:cs="Arial"/>
                <w:sz w:val="15"/>
              </w:rPr>
              <w:t>3,731 (51.3)</w:t>
            </w:r>
          </w:p>
        </w:tc>
        <w:tc>
          <w:tcPr>
            <w:tcW w:w="1987" w:type="dxa"/>
            <w:tcMar>
              <w:top w:w="35" w:type="dxa"/>
              <w:left w:w="35" w:type="dxa"/>
              <w:bottom w:w="35" w:type="dxa"/>
              <w:right w:w="35" w:type="dxa"/>
            </w:tcMar>
            <w:vAlign w:val="center"/>
          </w:tcPr>
          <w:p w14:paraId="7EAB0574" w14:textId="77777777" w:rsidR="00000000" w:rsidRPr="00505610" w:rsidRDefault="00000000">
            <w:pPr>
              <w:jc w:val="center"/>
              <w:rPr>
                <w:rFonts w:cs="Arial"/>
              </w:rPr>
            </w:pPr>
            <w:r w:rsidRPr="00505610">
              <w:rPr>
                <w:rFonts w:cs="Arial"/>
                <w:sz w:val="15"/>
              </w:rPr>
              <w:t>1,381 (19.0)</w:t>
            </w:r>
          </w:p>
        </w:tc>
      </w:tr>
      <w:tr w:rsidR="005A4F13" w:rsidRPr="00505610" w14:paraId="6495CEA8" w14:textId="77777777">
        <w:trPr>
          <w:cantSplit/>
        </w:trPr>
        <w:tc>
          <w:tcPr>
            <w:tcW w:w="2376" w:type="dxa"/>
            <w:tcMar>
              <w:top w:w="35" w:type="dxa"/>
              <w:left w:w="35" w:type="dxa"/>
              <w:bottom w:w="35" w:type="dxa"/>
              <w:right w:w="35" w:type="dxa"/>
            </w:tcMar>
            <w:vAlign w:val="center"/>
          </w:tcPr>
          <w:p w14:paraId="66492F83" w14:textId="77777777" w:rsidR="00000000" w:rsidRPr="00505610" w:rsidRDefault="00000000">
            <w:pPr>
              <w:rPr>
                <w:rFonts w:cs="Arial"/>
              </w:rPr>
            </w:pPr>
            <w:r w:rsidRPr="00505610">
              <w:rPr>
                <w:rFonts w:cs="Arial"/>
                <w:sz w:val="15"/>
              </w:rPr>
              <w:t>&gt; 5 members</w:t>
            </w:r>
          </w:p>
        </w:tc>
        <w:tc>
          <w:tcPr>
            <w:tcW w:w="1800" w:type="dxa"/>
            <w:tcMar>
              <w:top w:w="35" w:type="dxa"/>
              <w:left w:w="35" w:type="dxa"/>
              <w:bottom w:w="35" w:type="dxa"/>
              <w:right w:w="35" w:type="dxa"/>
            </w:tcMar>
            <w:vAlign w:val="center"/>
          </w:tcPr>
          <w:p w14:paraId="20B09DA5" w14:textId="77777777" w:rsidR="00000000" w:rsidRPr="00505610" w:rsidRDefault="00000000">
            <w:pPr>
              <w:jc w:val="center"/>
              <w:rPr>
                <w:rFonts w:cs="Arial"/>
              </w:rPr>
            </w:pPr>
            <w:r w:rsidRPr="00505610">
              <w:rPr>
                <w:rFonts w:cs="Arial"/>
                <w:sz w:val="15"/>
              </w:rPr>
              <w:t>1,494</w:t>
            </w:r>
          </w:p>
        </w:tc>
        <w:tc>
          <w:tcPr>
            <w:tcW w:w="1987" w:type="dxa"/>
            <w:tcMar>
              <w:top w:w="35" w:type="dxa"/>
              <w:left w:w="35" w:type="dxa"/>
              <w:bottom w:w="35" w:type="dxa"/>
              <w:right w:w="35" w:type="dxa"/>
            </w:tcMar>
            <w:vAlign w:val="center"/>
          </w:tcPr>
          <w:p w14:paraId="329C8062" w14:textId="77777777" w:rsidR="00000000" w:rsidRPr="00505610" w:rsidRDefault="00000000">
            <w:pPr>
              <w:jc w:val="center"/>
              <w:rPr>
                <w:rFonts w:cs="Arial"/>
              </w:rPr>
            </w:pPr>
            <w:r w:rsidRPr="00505610">
              <w:rPr>
                <w:rFonts w:cs="Arial"/>
                <w:sz w:val="15"/>
              </w:rPr>
              <w:t>336 (22.5)</w:t>
            </w:r>
          </w:p>
        </w:tc>
        <w:tc>
          <w:tcPr>
            <w:tcW w:w="1987" w:type="dxa"/>
            <w:tcMar>
              <w:top w:w="35" w:type="dxa"/>
              <w:left w:w="35" w:type="dxa"/>
              <w:bottom w:w="35" w:type="dxa"/>
              <w:right w:w="35" w:type="dxa"/>
            </w:tcMar>
            <w:vAlign w:val="center"/>
          </w:tcPr>
          <w:p w14:paraId="38F60758" w14:textId="77777777" w:rsidR="00000000" w:rsidRPr="00505610" w:rsidRDefault="00000000">
            <w:pPr>
              <w:jc w:val="center"/>
              <w:rPr>
                <w:rFonts w:cs="Arial"/>
              </w:rPr>
            </w:pPr>
            <w:r w:rsidRPr="00505610">
              <w:rPr>
                <w:rFonts w:cs="Arial"/>
                <w:sz w:val="15"/>
              </w:rPr>
              <w:t>752 (50.3)</w:t>
            </w:r>
          </w:p>
        </w:tc>
        <w:tc>
          <w:tcPr>
            <w:tcW w:w="1987" w:type="dxa"/>
            <w:tcMar>
              <w:top w:w="35" w:type="dxa"/>
              <w:left w:w="35" w:type="dxa"/>
              <w:bottom w:w="35" w:type="dxa"/>
              <w:right w:w="35" w:type="dxa"/>
            </w:tcMar>
            <w:vAlign w:val="center"/>
          </w:tcPr>
          <w:p w14:paraId="51848958" w14:textId="77777777" w:rsidR="00000000" w:rsidRPr="00505610" w:rsidRDefault="00000000">
            <w:pPr>
              <w:jc w:val="center"/>
              <w:rPr>
                <w:rFonts w:cs="Arial"/>
              </w:rPr>
            </w:pPr>
            <w:r w:rsidRPr="00505610">
              <w:rPr>
                <w:rFonts w:cs="Arial"/>
                <w:sz w:val="15"/>
              </w:rPr>
              <w:t>406 (27.2)</w:t>
            </w:r>
          </w:p>
        </w:tc>
      </w:tr>
      <w:tr w:rsidR="005A4F13" w:rsidRPr="00505610" w14:paraId="25E0CA06" w14:textId="77777777">
        <w:trPr>
          <w:cantSplit/>
        </w:trPr>
        <w:tc>
          <w:tcPr>
            <w:tcW w:w="2376" w:type="dxa"/>
            <w:tcMar>
              <w:top w:w="35" w:type="dxa"/>
              <w:left w:w="35" w:type="dxa"/>
              <w:bottom w:w="35" w:type="dxa"/>
              <w:right w:w="35" w:type="dxa"/>
            </w:tcMar>
            <w:vAlign w:val="center"/>
          </w:tcPr>
          <w:p w14:paraId="6225ED21" w14:textId="77777777" w:rsidR="00000000" w:rsidRPr="00505610" w:rsidRDefault="00000000">
            <w:pPr>
              <w:rPr>
                <w:rFonts w:cs="Arial"/>
              </w:rPr>
            </w:pPr>
            <w:r w:rsidRPr="00505610">
              <w:rPr>
                <w:rFonts w:cs="Arial"/>
                <w:i/>
                <w:sz w:val="15"/>
              </w:rPr>
              <w:t>Missing</w:t>
            </w:r>
          </w:p>
        </w:tc>
        <w:tc>
          <w:tcPr>
            <w:tcW w:w="1800" w:type="dxa"/>
            <w:tcMar>
              <w:top w:w="35" w:type="dxa"/>
              <w:left w:w="35" w:type="dxa"/>
              <w:bottom w:w="35" w:type="dxa"/>
              <w:right w:w="35" w:type="dxa"/>
            </w:tcMar>
            <w:vAlign w:val="center"/>
          </w:tcPr>
          <w:p w14:paraId="6406EC9E" w14:textId="77777777" w:rsidR="00000000" w:rsidRPr="00505610" w:rsidRDefault="00000000">
            <w:pPr>
              <w:jc w:val="center"/>
              <w:rPr>
                <w:rFonts w:cs="Arial"/>
              </w:rPr>
            </w:pPr>
            <w:r w:rsidRPr="00505610">
              <w:rPr>
                <w:rFonts w:cs="Arial"/>
                <w:i/>
                <w:sz w:val="15"/>
              </w:rPr>
              <w:t>10,294</w:t>
            </w:r>
          </w:p>
        </w:tc>
        <w:tc>
          <w:tcPr>
            <w:tcW w:w="1987" w:type="dxa"/>
            <w:tcMar>
              <w:top w:w="35" w:type="dxa"/>
              <w:left w:w="35" w:type="dxa"/>
              <w:bottom w:w="35" w:type="dxa"/>
              <w:right w:w="35" w:type="dxa"/>
            </w:tcMar>
            <w:vAlign w:val="center"/>
          </w:tcPr>
          <w:p w14:paraId="78B05D3C" w14:textId="77777777" w:rsidR="00000000" w:rsidRPr="00505610" w:rsidRDefault="00000000">
            <w:pPr>
              <w:jc w:val="center"/>
              <w:rPr>
                <w:rFonts w:cs="Arial"/>
              </w:rPr>
            </w:pPr>
            <w:r w:rsidRPr="00505610">
              <w:rPr>
                <w:rFonts w:cs="Arial"/>
                <w:i/>
                <w:sz w:val="15"/>
              </w:rPr>
              <w:t>2,660 (25.8)</w:t>
            </w:r>
          </w:p>
        </w:tc>
        <w:tc>
          <w:tcPr>
            <w:tcW w:w="1987" w:type="dxa"/>
            <w:tcMar>
              <w:top w:w="35" w:type="dxa"/>
              <w:left w:w="35" w:type="dxa"/>
              <w:bottom w:w="35" w:type="dxa"/>
              <w:right w:w="35" w:type="dxa"/>
            </w:tcMar>
            <w:vAlign w:val="center"/>
          </w:tcPr>
          <w:p w14:paraId="20F5BFF5" w14:textId="77777777" w:rsidR="00000000" w:rsidRPr="00505610" w:rsidRDefault="00000000">
            <w:pPr>
              <w:jc w:val="center"/>
              <w:rPr>
                <w:rFonts w:cs="Arial"/>
              </w:rPr>
            </w:pPr>
            <w:r w:rsidRPr="00505610">
              <w:rPr>
                <w:rFonts w:cs="Arial"/>
                <w:i/>
                <w:sz w:val="15"/>
              </w:rPr>
              <w:t>5,421 (52.7)</w:t>
            </w:r>
          </w:p>
        </w:tc>
        <w:tc>
          <w:tcPr>
            <w:tcW w:w="1987" w:type="dxa"/>
            <w:tcMar>
              <w:top w:w="35" w:type="dxa"/>
              <w:left w:w="35" w:type="dxa"/>
              <w:bottom w:w="35" w:type="dxa"/>
              <w:right w:w="35" w:type="dxa"/>
            </w:tcMar>
            <w:vAlign w:val="center"/>
          </w:tcPr>
          <w:p w14:paraId="0ED1E8E8" w14:textId="77777777" w:rsidR="00000000" w:rsidRPr="00505610" w:rsidRDefault="00000000">
            <w:pPr>
              <w:jc w:val="center"/>
              <w:rPr>
                <w:rFonts w:cs="Arial"/>
              </w:rPr>
            </w:pPr>
            <w:r w:rsidRPr="00505610">
              <w:rPr>
                <w:rFonts w:cs="Arial"/>
                <w:i/>
                <w:sz w:val="15"/>
              </w:rPr>
              <w:t>2,213 (21.5)</w:t>
            </w:r>
          </w:p>
        </w:tc>
      </w:tr>
      <w:tr w:rsidR="005A4F13" w:rsidRPr="00505610" w14:paraId="604A0137" w14:textId="77777777">
        <w:trPr>
          <w:cantSplit/>
        </w:trPr>
        <w:tc>
          <w:tcPr>
            <w:tcW w:w="1987" w:type="dxa"/>
            <w:gridSpan w:val="5"/>
            <w:tcMar>
              <w:top w:w="35" w:type="dxa"/>
              <w:left w:w="35" w:type="dxa"/>
              <w:bottom w:w="35" w:type="dxa"/>
              <w:right w:w="35" w:type="dxa"/>
            </w:tcMar>
            <w:vAlign w:val="center"/>
          </w:tcPr>
          <w:p w14:paraId="3BB3156E" w14:textId="77777777" w:rsidR="00000000" w:rsidRPr="00505610" w:rsidRDefault="00000000">
            <w:pPr>
              <w:rPr>
                <w:rFonts w:cs="Arial"/>
              </w:rPr>
            </w:pPr>
            <w:r w:rsidRPr="00505610">
              <w:rPr>
                <w:rFonts w:cs="Arial"/>
                <w:b/>
                <w:sz w:val="15"/>
              </w:rPr>
              <w:t>Having children</w:t>
            </w:r>
          </w:p>
        </w:tc>
      </w:tr>
      <w:tr w:rsidR="005A4F13" w:rsidRPr="00505610" w14:paraId="145807BD" w14:textId="77777777">
        <w:trPr>
          <w:cantSplit/>
        </w:trPr>
        <w:tc>
          <w:tcPr>
            <w:tcW w:w="2376" w:type="dxa"/>
            <w:tcMar>
              <w:top w:w="35" w:type="dxa"/>
              <w:left w:w="35" w:type="dxa"/>
              <w:bottom w:w="35" w:type="dxa"/>
              <w:right w:w="35" w:type="dxa"/>
            </w:tcMar>
            <w:vAlign w:val="center"/>
          </w:tcPr>
          <w:p w14:paraId="121D762C" w14:textId="77777777" w:rsidR="00000000" w:rsidRPr="00505610" w:rsidRDefault="00000000">
            <w:pPr>
              <w:rPr>
                <w:rFonts w:cs="Arial"/>
              </w:rPr>
            </w:pPr>
            <w:r w:rsidRPr="00505610">
              <w:rPr>
                <w:rFonts w:cs="Arial"/>
                <w:sz w:val="15"/>
              </w:rPr>
              <w:t>No</w:t>
            </w:r>
          </w:p>
        </w:tc>
        <w:tc>
          <w:tcPr>
            <w:tcW w:w="1800" w:type="dxa"/>
            <w:tcMar>
              <w:top w:w="35" w:type="dxa"/>
              <w:left w:w="35" w:type="dxa"/>
              <w:bottom w:w="35" w:type="dxa"/>
              <w:right w:w="35" w:type="dxa"/>
            </w:tcMar>
            <w:vAlign w:val="center"/>
          </w:tcPr>
          <w:p w14:paraId="0F4B2BA3" w14:textId="77777777" w:rsidR="00000000" w:rsidRPr="00505610" w:rsidRDefault="00000000">
            <w:pPr>
              <w:jc w:val="center"/>
              <w:rPr>
                <w:rFonts w:cs="Arial"/>
              </w:rPr>
            </w:pPr>
            <w:r w:rsidRPr="00505610">
              <w:rPr>
                <w:rFonts w:cs="Arial"/>
                <w:sz w:val="15"/>
              </w:rPr>
              <w:t>40,684</w:t>
            </w:r>
          </w:p>
        </w:tc>
        <w:tc>
          <w:tcPr>
            <w:tcW w:w="1987" w:type="dxa"/>
            <w:tcMar>
              <w:top w:w="35" w:type="dxa"/>
              <w:left w:w="35" w:type="dxa"/>
              <w:bottom w:w="35" w:type="dxa"/>
              <w:right w:w="35" w:type="dxa"/>
            </w:tcMar>
            <w:vAlign w:val="center"/>
          </w:tcPr>
          <w:p w14:paraId="51D5C1CA" w14:textId="77777777" w:rsidR="00000000" w:rsidRPr="00505610" w:rsidRDefault="00000000">
            <w:pPr>
              <w:jc w:val="center"/>
              <w:rPr>
                <w:rFonts w:cs="Arial"/>
              </w:rPr>
            </w:pPr>
            <w:r w:rsidRPr="00505610">
              <w:rPr>
                <w:rFonts w:cs="Arial"/>
                <w:sz w:val="15"/>
              </w:rPr>
              <w:t>10,469 (25.7)</w:t>
            </w:r>
          </w:p>
        </w:tc>
        <w:tc>
          <w:tcPr>
            <w:tcW w:w="1987" w:type="dxa"/>
            <w:tcMar>
              <w:top w:w="35" w:type="dxa"/>
              <w:left w:w="35" w:type="dxa"/>
              <w:bottom w:w="35" w:type="dxa"/>
              <w:right w:w="35" w:type="dxa"/>
            </w:tcMar>
            <w:vAlign w:val="center"/>
          </w:tcPr>
          <w:p w14:paraId="1078375B" w14:textId="77777777" w:rsidR="00000000" w:rsidRPr="00505610" w:rsidRDefault="00000000">
            <w:pPr>
              <w:jc w:val="center"/>
              <w:rPr>
                <w:rFonts w:cs="Arial"/>
              </w:rPr>
            </w:pPr>
            <w:r w:rsidRPr="00505610">
              <w:rPr>
                <w:rFonts w:cs="Arial"/>
                <w:sz w:val="15"/>
              </w:rPr>
              <w:t>21,669 (53.3)</w:t>
            </w:r>
          </w:p>
        </w:tc>
        <w:tc>
          <w:tcPr>
            <w:tcW w:w="1987" w:type="dxa"/>
            <w:tcMar>
              <w:top w:w="35" w:type="dxa"/>
              <w:left w:w="35" w:type="dxa"/>
              <w:bottom w:w="35" w:type="dxa"/>
              <w:right w:w="35" w:type="dxa"/>
            </w:tcMar>
            <w:vAlign w:val="center"/>
          </w:tcPr>
          <w:p w14:paraId="6EF050C8" w14:textId="77777777" w:rsidR="00000000" w:rsidRPr="00505610" w:rsidRDefault="00000000">
            <w:pPr>
              <w:jc w:val="center"/>
              <w:rPr>
                <w:rFonts w:cs="Arial"/>
              </w:rPr>
            </w:pPr>
            <w:r w:rsidRPr="00505610">
              <w:rPr>
                <w:rFonts w:cs="Arial"/>
                <w:sz w:val="15"/>
              </w:rPr>
              <w:t>8,546 (21.0)</w:t>
            </w:r>
          </w:p>
        </w:tc>
      </w:tr>
      <w:tr w:rsidR="005A4F13" w:rsidRPr="00505610" w14:paraId="63B3637C" w14:textId="77777777">
        <w:trPr>
          <w:cantSplit/>
        </w:trPr>
        <w:tc>
          <w:tcPr>
            <w:tcW w:w="2376" w:type="dxa"/>
            <w:tcMar>
              <w:top w:w="35" w:type="dxa"/>
              <w:left w:w="35" w:type="dxa"/>
              <w:bottom w:w="35" w:type="dxa"/>
              <w:right w:w="35" w:type="dxa"/>
            </w:tcMar>
            <w:vAlign w:val="center"/>
          </w:tcPr>
          <w:p w14:paraId="102D9389" w14:textId="77777777" w:rsidR="00000000" w:rsidRPr="00505610" w:rsidRDefault="00000000">
            <w:pPr>
              <w:rPr>
                <w:rFonts w:cs="Arial"/>
              </w:rPr>
            </w:pPr>
            <w:r w:rsidRPr="00505610">
              <w:rPr>
                <w:rFonts w:cs="Arial"/>
                <w:sz w:val="15"/>
              </w:rPr>
              <w:t>Yes</w:t>
            </w:r>
          </w:p>
        </w:tc>
        <w:tc>
          <w:tcPr>
            <w:tcW w:w="1800" w:type="dxa"/>
            <w:tcMar>
              <w:top w:w="35" w:type="dxa"/>
              <w:left w:w="35" w:type="dxa"/>
              <w:bottom w:w="35" w:type="dxa"/>
              <w:right w:w="35" w:type="dxa"/>
            </w:tcMar>
            <w:vAlign w:val="center"/>
          </w:tcPr>
          <w:p w14:paraId="3F81B940" w14:textId="77777777" w:rsidR="00000000" w:rsidRPr="00505610" w:rsidRDefault="00000000">
            <w:pPr>
              <w:jc w:val="center"/>
              <w:rPr>
                <w:rFonts w:cs="Arial"/>
              </w:rPr>
            </w:pPr>
            <w:r w:rsidRPr="00505610">
              <w:rPr>
                <w:rFonts w:cs="Arial"/>
                <w:sz w:val="15"/>
              </w:rPr>
              <w:t>84,561</w:t>
            </w:r>
          </w:p>
        </w:tc>
        <w:tc>
          <w:tcPr>
            <w:tcW w:w="1987" w:type="dxa"/>
            <w:tcMar>
              <w:top w:w="35" w:type="dxa"/>
              <w:left w:w="35" w:type="dxa"/>
              <w:bottom w:w="35" w:type="dxa"/>
              <w:right w:w="35" w:type="dxa"/>
            </w:tcMar>
            <w:vAlign w:val="center"/>
          </w:tcPr>
          <w:p w14:paraId="6EAC94DA" w14:textId="77777777" w:rsidR="00000000" w:rsidRPr="00505610" w:rsidRDefault="00000000">
            <w:pPr>
              <w:jc w:val="center"/>
              <w:rPr>
                <w:rFonts w:cs="Arial"/>
              </w:rPr>
            </w:pPr>
            <w:r w:rsidRPr="00505610">
              <w:rPr>
                <w:rFonts w:cs="Arial"/>
                <w:sz w:val="15"/>
              </w:rPr>
              <w:t>33,174 (39.2)</w:t>
            </w:r>
          </w:p>
        </w:tc>
        <w:tc>
          <w:tcPr>
            <w:tcW w:w="1987" w:type="dxa"/>
            <w:tcMar>
              <w:top w:w="35" w:type="dxa"/>
              <w:left w:w="35" w:type="dxa"/>
              <w:bottom w:w="35" w:type="dxa"/>
              <w:right w:w="35" w:type="dxa"/>
            </w:tcMar>
            <w:vAlign w:val="center"/>
          </w:tcPr>
          <w:p w14:paraId="6DD76FC5" w14:textId="77777777" w:rsidR="00000000" w:rsidRPr="00505610" w:rsidRDefault="00000000">
            <w:pPr>
              <w:jc w:val="center"/>
              <w:rPr>
                <w:rFonts w:cs="Arial"/>
              </w:rPr>
            </w:pPr>
            <w:r w:rsidRPr="00505610">
              <w:rPr>
                <w:rFonts w:cs="Arial"/>
                <w:sz w:val="15"/>
              </w:rPr>
              <w:t>39,823 (47.1)</w:t>
            </w:r>
          </w:p>
        </w:tc>
        <w:tc>
          <w:tcPr>
            <w:tcW w:w="1987" w:type="dxa"/>
            <w:tcMar>
              <w:top w:w="35" w:type="dxa"/>
              <w:left w:w="35" w:type="dxa"/>
              <w:bottom w:w="35" w:type="dxa"/>
              <w:right w:w="35" w:type="dxa"/>
            </w:tcMar>
            <w:vAlign w:val="center"/>
          </w:tcPr>
          <w:p w14:paraId="7CE7CD14" w14:textId="77777777" w:rsidR="00000000" w:rsidRPr="00505610" w:rsidRDefault="00000000">
            <w:pPr>
              <w:jc w:val="center"/>
              <w:rPr>
                <w:rFonts w:cs="Arial"/>
              </w:rPr>
            </w:pPr>
            <w:r w:rsidRPr="00505610">
              <w:rPr>
                <w:rFonts w:cs="Arial"/>
                <w:sz w:val="15"/>
              </w:rPr>
              <w:t>11,564 (13.7)</w:t>
            </w:r>
          </w:p>
        </w:tc>
      </w:tr>
      <w:tr w:rsidR="005A4F13" w:rsidRPr="00505610" w14:paraId="1A4763A0" w14:textId="77777777">
        <w:trPr>
          <w:cantSplit/>
        </w:trPr>
        <w:tc>
          <w:tcPr>
            <w:tcW w:w="2376" w:type="dxa"/>
            <w:tcMar>
              <w:top w:w="35" w:type="dxa"/>
              <w:left w:w="35" w:type="dxa"/>
              <w:bottom w:w="35" w:type="dxa"/>
              <w:right w:w="35" w:type="dxa"/>
            </w:tcMar>
            <w:vAlign w:val="center"/>
          </w:tcPr>
          <w:p w14:paraId="73FC898D" w14:textId="77777777" w:rsidR="00000000" w:rsidRPr="00505610" w:rsidRDefault="00000000">
            <w:pPr>
              <w:rPr>
                <w:rFonts w:cs="Arial"/>
              </w:rPr>
            </w:pPr>
            <w:r w:rsidRPr="00505610">
              <w:rPr>
                <w:rFonts w:cs="Arial"/>
                <w:i/>
                <w:sz w:val="15"/>
              </w:rPr>
              <w:t>Missing</w:t>
            </w:r>
          </w:p>
        </w:tc>
        <w:tc>
          <w:tcPr>
            <w:tcW w:w="1800" w:type="dxa"/>
            <w:tcMar>
              <w:top w:w="35" w:type="dxa"/>
              <w:left w:w="35" w:type="dxa"/>
              <w:bottom w:w="35" w:type="dxa"/>
              <w:right w:w="35" w:type="dxa"/>
            </w:tcMar>
            <w:vAlign w:val="center"/>
          </w:tcPr>
          <w:p w14:paraId="3A35C994" w14:textId="77777777" w:rsidR="00000000" w:rsidRPr="00505610" w:rsidRDefault="00000000">
            <w:pPr>
              <w:jc w:val="center"/>
              <w:rPr>
                <w:rFonts w:cs="Arial"/>
              </w:rPr>
            </w:pPr>
            <w:r w:rsidRPr="00505610">
              <w:rPr>
                <w:rFonts w:cs="Arial"/>
                <w:i/>
                <w:sz w:val="15"/>
              </w:rPr>
              <w:t>10,477</w:t>
            </w:r>
          </w:p>
        </w:tc>
        <w:tc>
          <w:tcPr>
            <w:tcW w:w="1987" w:type="dxa"/>
            <w:tcMar>
              <w:top w:w="35" w:type="dxa"/>
              <w:left w:w="35" w:type="dxa"/>
              <w:bottom w:w="35" w:type="dxa"/>
              <w:right w:w="35" w:type="dxa"/>
            </w:tcMar>
            <w:vAlign w:val="center"/>
          </w:tcPr>
          <w:p w14:paraId="3C83070F" w14:textId="77777777" w:rsidR="00000000" w:rsidRPr="00505610" w:rsidRDefault="00000000">
            <w:pPr>
              <w:jc w:val="center"/>
              <w:rPr>
                <w:rFonts w:cs="Arial"/>
              </w:rPr>
            </w:pPr>
            <w:r w:rsidRPr="00505610">
              <w:rPr>
                <w:rFonts w:cs="Arial"/>
                <w:i/>
                <w:sz w:val="15"/>
              </w:rPr>
              <w:t>2,712 (25.9)</w:t>
            </w:r>
          </w:p>
        </w:tc>
        <w:tc>
          <w:tcPr>
            <w:tcW w:w="1987" w:type="dxa"/>
            <w:tcMar>
              <w:top w:w="35" w:type="dxa"/>
              <w:left w:w="35" w:type="dxa"/>
              <w:bottom w:w="35" w:type="dxa"/>
              <w:right w:w="35" w:type="dxa"/>
            </w:tcMar>
            <w:vAlign w:val="center"/>
          </w:tcPr>
          <w:p w14:paraId="09B2B18E" w14:textId="77777777" w:rsidR="00000000" w:rsidRPr="00505610" w:rsidRDefault="00000000">
            <w:pPr>
              <w:jc w:val="center"/>
              <w:rPr>
                <w:rFonts w:cs="Arial"/>
              </w:rPr>
            </w:pPr>
            <w:r w:rsidRPr="00505610">
              <w:rPr>
                <w:rFonts w:cs="Arial"/>
                <w:i/>
                <w:sz w:val="15"/>
              </w:rPr>
              <w:t>5,509 (52.6)</w:t>
            </w:r>
          </w:p>
        </w:tc>
        <w:tc>
          <w:tcPr>
            <w:tcW w:w="1987" w:type="dxa"/>
            <w:tcMar>
              <w:top w:w="35" w:type="dxa"/>
              <w:left w:w="35" w:type="dxa"/>
              <w:bottom w:w="35" w:type="dxa"/>
              <w:right w:w="35" w:type="dxa"/>
            </w:tcMar>
            <w:vAlign w:val="center"/>
          </w:tcPr>
          <w:p w14:paraId="275245AA" w14:textId="77777777" w:rsidR="00000000" w:rsidRPr="00505610" w:rsidRDefault="00000000">
            <w:pPr>
              <w:jc w:val="center"/>
              <w:rPr>
                <w:rFonts w:cs="Arial"/>
              </w:rPr>
            </w:pPr>
            <w:r w:rsidRPr="00505610">
              <w:rPr>
                <w:rFonts w:cs="Arial"/>
                <w:i/>
                <w:sz w:val="15"/>
              </w:rPr>
              <w:t>2,256 (21.5)</w:t>
            </w:r>
          </w:p>
        </w:tc>
      </w:tr>
      <w:tr w:rsidR="005A4F13" w:rsidRPr="00505610" w14:paraId="1EBB1D6D" w14:textId="77777777">
        <w:trPr>
          <w:cantSplit/>
        </w:trPr>
        <w:tc>
          <w:tcPr>
            <w:tcW w:w="1987" w:type="dxa"/>
            <w:gridSpan w:val="5"/>
            <w:tcMar>
              <w:top w:w="35" w:type="dxa"/>
              <w:left w:w="35" w:type="dxa"/>
              <w:bottom w:w="35" w:type="dxa"/>
              <w:right w:w="35" w:type="dxa"/>
            </w:tcMar>
            <w:vAlign w:val="center"/>
          </w:tcPr>
          <w:p w14:paraId="3FC5B4EF" w14:textId="77777777" w:rsidR="00000000" w:rsidRPr="00505610" w:rsidRDefault="00000000">
            <w:pPr>
              <w:rPr>
                <w:rFonts w:cs="Arial"/>
              </w:rPr>
            </w:pPr>
            <w:r w:rsidRPr="00505610">
              <w:rPr>
                <w:rFonts w:cs="Arial"/>
                <w:b/>
                <w:sz w:val="15"/>
              </w:rPr>
              <w:t>Having children under 16</w:t>
            </w:r>
          </w:p>
        </w:tc>
      </w:tr>
      <w:tr w:rsidR="005A4F13" w:rsidRPr="00505610" w14:paraId="754B7546" w14:textId="77777777">
        <w:trPr>
          <w:cantSplit/>
        </w:trPr>
        <w:tc>
          <w:tcPr>
            <w:tcW w:w="2376" w:type="dxa"/>
            <w:tcMar>
              <w:top w:w="35" w:type="dxa"/>
              <w:left w:w="35" w:type="dxa"/>
              <w:bottom w:w="35" w:type="dxa"/>
              <w:right w:w="35" w:type="dxa"/>
            </w:tcMar>
            <w:vAlign w:val="center"/>
          </w:tcPr>
          <w:p w14:paraId="0B64A7F5" w14:textId="77777777" w:rsidR="00000000" w:rsidRPr="00505610" w:rsidRDefault="00000000">
            <w:pPr>
              <w:rPr>
                <w:rFonts w:cs="Arial"/>
              </w:rPr>
            </w:pPr>
            <w:r w:rsidRPr="00505610">
              <w:rPr>
                <w:rFonts w:cs="Arial"/>
                <w:sz w:val="15"/>
              </w:rPr>
              <w:t>No</w:t>
            </w:r>
          </w:p>
        </w:tc>
        <w:tc>
          <w:tcPr>
            <w:tcW w:w="1800" w:type="dxa"/>
            <w:tcMar>
              <w:top w:w="35" w:type="dxa"/>
              <w:left w:w="35" w:type="dxa"/>
              <w:bottom w:w="35" w:type="dxa"/>
              <w:right w:w="35" w:type="dxa"/>
            </w:tcMar>
            <w:vAlign w:val="center"/>
          </w:tcPr>
          <w:p w14:paraId="2F8C0ED0" w14:textId="77777777" w:rsidR="00000000" w:rsidRPr="00505610" w:rsidRDefault="00000000">
            <w:pPr>
              <w:jc w:val="center"/>
              <w:rPr>
                <w:rFonts w:cs="Arial"/>
              </w:rPr>
            </w:pPr>
            <w:r w:rsidRPr="00505610">
              <w:rPr>
                <w:rFonts w:cs="Arial"/>
                <w:sz w:val="15"/>
              </w:rPr>
              <w:t>64,991</w:t>
            </w:r>
          </w:p>
        </w:tc>
        <w:tc>
          <w:tcPr>
            <w:tcW w:w="1987" w:type="dxa"/>
            <w:tcMar>
              <w:top w:w="35" w:type="dxa"/>
              <w:left w:w="35" w:type="dxa"/>
              <w:bottom w:w="35" w:type="dxa"/>
              <w:right w:w="35" w:type="dxa"/>
            </w:tcMar>
            <w:vAlign w:val="center"/>
          </w:tcPr>
          <w:p w14:paraId="2B210CDE" w14:textId="77777777" w:rsidR="00000000" w:rsidRPr="00505610" w:rsidRDefault="00000000">
            <w:pPr>
              <w:jc w:val="center"/>
              <w:rPr>
                <w:rFonts w:cs="Arial"/>
              </w:rPr>
            </w:pPr>
            <w:r w:rsidRPr="00505610">
              <w:rPr>
                <w:rFonts w:cs="Arial"/>
                <w:sz w:val="15"/>
              </w:rPr>
              <w:t>27,686 (42.6)</w:t>
            </w:r>
          </w:p>
        </w:tc>
        <w:tc>
          <w:tcPr>
            <w:tcW w:w="1987" w:type="dxa"/>
            <w:tcMar>
              <w:top w:w="35" w:type="dxa"/>
              <w:left w:w="35" w:type="dxa"/>
              <w:bottom w:w="35" w:type="dxa"/>
              <w:right w:w="35" w:type="dxa"/>
            </w:tcMar>
            <w:vAlign w:val="center"/>
          </w:tcPr>
          <w:p w14:paraId="2DF7692E" w14:textId="77777777" w:rsidR="00000000" w:rsidRPr="00505610" w:rsidRDefault="00000000">
            <w:pPr>
              <w:jc w:val="center"/>
              <w:rPr>
                <w:rFonts w:cs="Arial"/>
              </w:rPr>
            </w:pPr>
            <w:r w:rsidRPr="00505610">
              <w:rPr>
                <w:rFonts w:cs="Arial"/>
                <w:sz w:val="15"/>
              </w:rPr>
              <w:t>29,572 (45.5)</w:t>
            </w:r>
          </w:p>
        </w:tc>
        <w:tc>
          <w:tcPr>
            <w:tcW w:w="1987" w:type="dxa"/>
            <w:tcMar>
              <w:top w:w="35" w:type="dxa"/>
              <w:left w:w="35" w:type="dxa"/>
              <w:bottom w:w="35" w:type="dxa"/>
              <w:right w:w="35" w:type="dxa"/>
            </w:tcMar>
            <w:vAlign w:val="center"/>
          </w:tcPr>
          <w:p w14:paraId="078ADCF6" w14:textId="77777777" w:rsidR="00000000" w:rsidRPr="00505610" w:rsidRDefault="00000000">
            <w:pPr>
              <w:jc w:val="center"/>
              <w:rPr>
                <w:rFonts w:cs="Arial"/>
              </w:rPr>
            </w:pPr>
            <w:r w:rsidRPr="00505610">
              <w:rPr>
                <w:rFonts w:cs="Arial"/>
                <w:sz w:val="15"/>
              </w:rPr>
              <w:t>7,733 (11.9)</w:t>
            </w:r>
          </w:p>
        </w:tc>
      </w:tr>
      <w:tr w:rsidR="005A4F13" w:rsidRPr="00505610" w14:paraId="6C97114F" w14:textId="77777777">
        <w:trPr>
          <w:cantSplit/>
        </w:trPr>
        <w:tc>
          <w:tcPr>
            <w:tcW w:w="2376" w:type="dxa"/>
            <w:tcMar>
              <w:top w:w="35" w:type="dxa"/>
              <w:left w:w="35" w:type="dxa"/>
              <w:bottom w:w="35" w:type="dxa"/>
              <w:right w:w="35" w:type="dxa"/>
            </w:tcMar>
            <w:vAlign w:val="center"/>
          </w:tcPr>
          <w:p w14:paraId="6ADEE933" w14:textId="77777777" w:rsidR="00000000" w:rsidRPr="00505610" w:rsidRDefault="00000000">
            <w:pPr>
              <w:rPr>
                <w:rFonts w:cs="Arial"/>
              </w:rPr>
            </w:pPr>
            <w:r w:rsidRPr="00505610">
              <w:rPr>
                <w:rFonts w:cs="Arial"/>
                <w:sz w:val="15"/>
              </w:rPr>
              <w:t>Yes</w:t>
            </w:r>
          </w:p>
        </w:tc>
        <w:tc>
          <w:tcPr>
            <w:tcW w:w="1800" w:type="dxa"/>
            <w:tcMar>
              <w:top w:w="35" w:type="dxa"/>
              <w:left w:w="35" w:type="dxa"/>
              <w:bottom w:w="35" w:type="dxa"/>
              <w:right w:w="35" w:type="dxa"/>
            </w:tcMar>
            <w:vAlign w:val="center"/>
          </w:tcPr>
          <w:p w14:paraId="04A54397" w14:textId="77777777" w:rsidR="00000000" w:rsidRPr="00505610" w:rsidRDefault="00000000">
            <w:pPr>
              <w:jc w:val="center"/>
              <w:rPr>
                <w:rFonts w:cs="Arial"/>
              </w:rPr>
            </w:pPr>
            <w:r w:rsidRPr="00505610">
              <w:rPr>
                <w:rFonts w:cs="Arial"/>
                <w:sz w:val="15"/>
              </w:rPr>
              <w:t>19,287</w:t>
            </w:r>
          </w:p>
        </w:tc>
        <w:tc>
          <w:tcPr>
            <w:tcW w:w="1987" w:type="dxa"/>
            <w:tcMar>
              <w:top w:w="35" w:type="dxa"/>
              <w:left w:w="35" w:type="dxa"/>
              <w:bottom w:w="35" w:type="dxa"/>
              <w:right w:w="35" w:type="dxa"/>
            </w:tcMar>
            <w:vAlign w:val="center"/>
          </w:tcPr>
          <w:p w14:paraId="531EA749" w14:textId="77777777" w:rsidR="00000000" w:rsidRPr="00505610" w:rsidRDefault="00000000">
            <w:pPr>
              <w:jc w:val="center"/>
              <w:rPr>
                <w:rFonts w:cs="Arial"/>
              </w:rPr>
            </w:pPr>
            <w:r w:rsidRPr="00505610">
              <w:rPr>
                <w:rFonts w:cs="Arial"/>
                <w:sz w:val="15"/>
              </w:rPr>
              <w:t>5,372 (27.9)</w:t>
            </w:r>
          </w:p>
        </w:tc>
        <w:tc>
          <w:tcPr>
            <w:tcW w:w="1987" w:type="dxa"/>
            <w:tcMar>
              <w:top w:w="35" w:type="dxa"/>
              <w:left w:w="35" w:type="dxa"/>
              <w:bottom w:w="35" w:type="dxa"/>
              <w:right w:w="35" w:type="dxa"/>
            </w:tcMar>
            <w:vAlign w:val="center"/>
          </w:tcPr>
          <w:p w14:paraId="5A047488" w14:textId="77777777" w:rsidR="00000000" w:rsidRPr="00505610" w:rsidRDefault="00000000">
            <w:pPr>
              <w:jc w:val="center"/>
              <w:rPr>
                <w:rFonts w:cs="Arial"/>
              </w:rPr>
            </w:pPr>
            <w:r w:rsidRPr="00505610">
              <w:rPr>
                <w:rFonts w:cs="Arial"/>
                <w:sz w:val="15"/>
              </w:rPr>
              <w:t>10,119 (52.5)</w:t>
            </w:r>
          </w:p>
        </w:tc>
        <w:tc>
          <w:tcPr>
            <w:tcW w:w="1987" w:type="dxa"/>
            <w:tcMar>
              <w:top w:w="35" w:type="dxa"/>
              <w:left w:w="35" w:type="dxa"/>
              <w:bottom w:w="35" w:type="dxa"/>
              <w:right w:w="35" w:type="dxa"/>
            </w:tcMar>
            <w:vAlign w:val="center"/>
          </w:tcPr>
          <w:p w14:paraId="77F77D83" w14:textId="77777777" w:rsidR="00000000" w:rsidRPr="00505610" w:rsidRDefault="00000000">
            <w:pPr>
              <w:jc w:val="center"/>
              <w:rPr>
                <w:rFonts w:cs="Arial"/>
              </w:rPr>
            </w:pPr>
            <w:r w:rsidRPr="00505610">
              <w:rPr>
                <w:rFonts w:cs="Arial"/>
                <w:sz w:val="15"/>
              </w:rPr>
              <w:t>3,796 (19.7)</w:t>
            </w:r>
          </w:p>
        </w:tc>
      </w:tr>
      <w:tr w:rsidR="005A4F13" w:rsidRPr="00505610" w14:paraId="3CC97B15" w14:textId="77777777">
        <w:trPr>
          <w:cantSplit/>
        </w:trPr>
        <w:tc>
          <w:tcPr>
            <w:tcW w:w="2376" w:type="dxa"/>
            <w:tcMar>
              <w:top w:w="35" w:type="dxa"/>
              <w:left w:w="35" w:type="dxa"/>
              <w:bottom w:w="35" w:type="dxa"/>
              <w:right w:w="35" w:type="dxa"/>
            </w:tcMar>
            <w:vAlign w:val="center"/>
          </w:tcPr>
          <w:p w14:paraId="7A7FF42A" w14:textId="77777777" w:rsidR="00000000" w:rsidRPr="00505610" w:rsidRDefault="00000000">
            <w:pPr>
              <w:rPr>
                <w:rFonts w:cs="Arial"/>
              </w:rPr>
            </w:pPr>
            <w:r w:rsidRPr="00505610">
              <w:rPr>
                <w:rFonts w:cs="Arial"/>
                <w:i/>
                <w:sz w:val="15"/>
              </w:rPr>
              <w:t>Missing</w:t>
            </w:r>
          </w:p>
        </w:tc>
        <w:tc>
          <w:tcPr>
            <w:tcW w:w="1800" w:type="dxa"/>
            <w:tcMar>
              <w:top w:w="35" w:type="dxa"/>
              <w:left w:w="35" w:type="dxa"/>
              <w:bottom w:w="35" w:type="dxa"/>
              <w:right w:w="35" w:type="dxa"/>
            </w:tcMar>
            <w:vAlign w:val="center"/>
          </w:tcPr>
          <w:p w14:paraId="19C6E1D3" w14:textId="77777777" w:rsidR="00000000" w:rsidRPr="00505610" w:rsidRDefault="00000000">
            <w:pPr>
              <w:jc w:val="center"/>
              <w:rPr>
                <w:rFonts w:cs="Arial"/>
              </w:rPr>
            </w:pPr>
            <w:r w:rsidRPr="00505610">
              <w:rPr>
                <w:rFonts w:cs="Arial"/>
                <w:i/>
                <w:sz w:val="15"/>
              </w:rPr>
              <w:t>283</w:t>
            </w:r>
          </w:p>
        </w:tc>
        <w:tc>
          <w:tcPr>
            <w:tcW w:w="1987" w:type="dxa"/>
            <w:tcMar>
              <w:top w:w="35" w:type="dxa"/>
              <w:left w:w="35" w:type="dxa"/>
              <w:bottom w:w="35" w:type="dxa"/>
              <w:right w:w="35" w:type="dxa"/>
            </w:tcMar>
            <w:vAlign w:val="center"/>
          </w:tcPr>
          <w:p w14:paraId="7DD22B26" w14:textId="77777777" w:rsidR="00000000" w:rsidRPr="00505610" w:rsidRDefault="00000000">
            <w:pPr>
              <w:jc w:val="center"/>
              <w:rPr>
                <w:rFonts w:cs="Arial"/>
              </w:rPr>
            </w:pPr>
            <w:r w:rsidRPr="00505610">
              <w:rPr>
                <w:rFonts w:cs="Arial"/>
                <w:i/>
                <w:sz w:val="15"/>
              </w:rPr>
              <w:t>116 (41.0)</w:t>
            </w:r>
          </w:p>
        </w:tc>
        <w:tc>
          <w:tcPr>
            <w:tcW w:w="1987" w:type="dxa"/>
            <w:tcMar>
              <w:top w:w="35" w:type="dxa"/>
              <w:left w:w="35" w:type="dxa"/>
              <w:bottom w:w="35" w:type="dxa"/>
              <w:right w:w="35" w:type="dxa"/>
            </w:tcMar>
            <w:vAlign w:val="center"/>
          </w:tcPr>
          <w:p w14:paraId="02CE464C" w14:textId="77777777" w:rsidR="00000000" w:rsidRPr="00505610" w:rsidRDefault="00000000">
            <w:pPr>
              <w:jc w:val="center"/>
              <w:rPr>
                <w:rFonts w:cs="Arial"/>
              </w:rPr>
            </w:pPr>
            <w:r w:rsidRPr="00505610">
              <w:rPr>
                <w:rFonts w:cs="Arial"/>
                <w:i/>
                <w:sz w:val="15"/>
              </w:rPr>
              <w:t>132 (46.6)</w:t>
            </w:r>
          </w:p>
        </w:tc>
        <w:tc>
          <w:tcPr>
            <w:tcW w:w="1987" w:type="dxa"/>
            <w:tcMar>
              <w:top w:w="35" w:type="dxa"/>
              <w:left w:w="35" w:type="dxa"/>
              <w:bottom w:w="35" w:type="dxa"/>
              <w:right w:w="35" w:type="dxa"/>
            </w:tcMar>
            <w:vAlign w:val="center"/>
          </w:tcPr>
          <w:p w14:paraId="3E6B7DE4" w14:textId="77777777" w:rsidR="00000000" w:rsidRPr="00505610" w:rsidRDefault="00000000">
            <w:pPr>
              <w:jc w:val="center"/>
              <w:rPr>
                <w:rFonts w:cs="Arial"/>
              </w:rPr>
            </w:pPr>
            <w:r w:rsidRPr="00505610">
              <w:rPr>
                <w:rFonts w:cs="Arial"/>
                <w:i/>
                <w:sz w:val="15"/>
              </w:rPr>
              <w:t>35 (12.4)</w:t>
            </w:r>
          </w:p>
        </w:tc>
      </w:tr>
      <w:tr w:rsidR="005A4F13" w:rsidRPr="00505610" w14:paraId="0E3669DD" w14:textId="77777777">
        <w:trPr>
          <w:cantSplit/>
        </w:trPr>
        <w:tc>
          <w:tcPr>
            <w:tcW w:w="1987" w:type="dxa"/>
            <w:gridSpan w:val="5"/>
            <w:tcMar>
              <w:top w:w="35" w:type="dxa"/>
              <w:left w:w="35" w:type="dxa"/>
              <w:bottom w:w="35" w:type="dxa"/>
              <w:right w:w="35" w:type="dxa"/>
            </w:tcMar>
            <w:vAlign w:val="center"/>
          </w:tcPr>
          <w:p w14:paraId="1883AAA6" w14:textId="77777777" w:rsidR="00000000" w:rsidRPr="00505610" w:rsidRDefault="00000000">
            <w:pPr>
              <w:rPr>
                <w:rFonts w:cs="Arial"/>
              </w:rPr>
            </w:pPr>
            <w:r w:rsidRPr="00505610">
              <w:rPr>
                <w:rFonts w:cs="Arial"/>
                <w:b/>
                <w:sz w:val="15"/>
              </w:rPr>
              <w:t>Having disability</w:t>
            </w:r>
          </w:p>
        </w:tc>
      </w:tr>
      <w:tr w:rsidR="005A4F13" w:rsidRPr="00505610" w14:paraId="7F75122B" w14:textId="77777777">
        <w:trPr>
          <w:cantSplit/>
        </w:trPr>
        <w:tc>
          <w:tcPr>
            <w:tcW w:w="2376" w:type="dxa"/>
            <w:tcMar>
              <w:top w:w="35" w:type="dxa"/>
              <w:left w:w="35" w:type="dxa"/>
              <w:bottom w:w="35" w:type="dxa"/>
              <w:right w:w="35" w:type="dxa"/>
            </w:tcMar>
            <w:vAlign w:val="center"/>
          </w:tcPr>
          <w:p w14:paraId="588808AB" w14:textId="77777777" w:rsidR="00000000" w:rsidRPr="00505610" w:rsidRDefault="00000000">
            <w:pPr>
              <w:rPr>
                <w:rFonts w:cs="Arial"/>
              </w:rPr>
            </w:pPr>
            <w:r w:rsidRPr="00505610">
              <w:rPr>
                <w:rFonts w:cs="Arial"/>
                <w:sz w:val="15"/>
              </w:rPr>
              <w:t>No</w:t>
            </w:r>
          </w:p>
        </w:tc>
        <w:tc>
          <w:tcPr>
            <w:tcW w:w="1800" w:type="dxa"/>
            <w:tcMar>
              <w:top w:w="35" w:type="dxa"/>
              <w:left w:w="35" w:type="dxa"/>
              <w:bottom w:w="35" w:type="dxa"/>
              <w:right w:w="35" w:type="dxa"/>
            </w:tcMar>
            <w:vAlign w:val="center"/>
          </w:tcPr>
          <w:p w14:paraId="75C1699A" w14:textId="77777777" w:rsidR="00000000" w:rsidRPr="00505610" w:rsidRDefault="00000000">
            <w:pPr>
              <w:jc w:val="center"/>
              <w:rPr>
                <w:rFonts w:cs="Arial"/>
              </w:rPr>
            </w:pPr>
            <w:r w:rsidRPr="00505610">
              <w:rPr>
                <w:rFonts w:cs="Arial"/>
                <w:sz w:val="15"/>
              </w:rPr>
              <w:t>96,817</w:t>
            </w:r>
          </w:p>
        </w:tc>
        <w:tc>
          <w:tcPr>
            <w:tcW w:w="1987" w:type="dxa"/>
            <w:tcMar>
              <w:top w:w="35" w:type="dxa"/>
              <w:left w:w="35" w:type="dxa"/>
              <w:bottom w:w="35" w:type="dxa"/>
              <w:right w:w="35" w:type="dxa"/>
            </w:tcMar>
            <w:vAlign w:val="center"/>
          </w:tcPr>
          <w:p w14:paraId="17FD1EDA" w14:textId="77777777" w:rsidR="00000000" w:rsidRPr="00505610" w:rsidRDefault="00000000">
            <w:pPr>
              <w:jc w:val="center"/>
              <w:rPr>
                <w:rFonts w:cs="Arial"/>
              </w:rPr>
            </w:pPr>
            <w:r w:rsidRPr="00505610">
              <w:rPr>
                <w:rFonts w:cs="Arial"/>
                <w:sz w:val="15"/>
              </w:rPr>
              <w:t>38,373 (39.6)</w:t>
            </w:r>
          </w:p>
        </w:tc>
        <w:tc>
          <w:tcPr>
            <w:tcW w:w="1987" w:type="dxa"/>
            <w:tcMar>
              <w:top w:w="35" w:type="dxa"/>
              <w:left w:w="35" w:type="dxa"/>
              <w:bottom w:w="35" w:type="dxa"/>
              <w:right w:w="35" w:type="dxa"/>
            </w:tcMar>
            <w:vAlign w:val="center"/>
          </w:tcPr>
          <w:p w14:paraId="649545DE" w14:textId="77777777" w:rsidR="00000000" w:rsidRPr="00505610" w:rsidRDefault="00000000">
            <w:pPr>
              <w:jc w:val="center"/>
              <w:rPr>
                <w:rFonts w:cs="Arial"/>
              </w:rPr>
            </w:pPr>
            <w:r w:rsidRPr="00505610">
              <w:rPr>
                <w:rFonts w:cs="Arial"/>
                <w:sz w:val="15"/>
              </w:rPr>
              <w:t>46,581 (48.1)</w:t>
            </w:r>
          </w:p>
        </w:tc>
        <w:tc>
          <w:tcPr>
            <w:tcW w:w="1987" w:type="dxa"/>
            <w:tcMar>
              <w:top w:w="35" w:type="dxa"/>
              <w:left w:w="35" w:type="dxa"/>
              <w:bottom w:w="35" w:type="dxa"/>
              <w:right w:w="35" w:type="dxa"/>
            </w:tcMar>
            <w:vAlign w:val="center"/>
          </w:tcPr>
          <w:p w14:paraId="4DA64A16" w14:textId="77777777" w:rsidR="00000000" w:rsidRPr="00505610" w:rsidRDefault="00000000">
            <w:pPr>
              <w:jc w:val="center"/>
              <w:rPr>
                <w:rFonts w:cs="Arial"/>
              </w:rPr>
            </w:pPr>
            <w:r w:rsidRPr="00505610">
              <w:rPr>
                <w:rFonts w:cs="Arial"/>
                <w:sz w:val="15"/>
              </w:rPr>
              <w:t>11,863 (12.3)</w:t>
            </w:r>
          </w:p>
        </w:tc>
      </w:tr>
      <w:tr w:rsidR="005A4F13" w:rsidRPr="00505610" w14:paraId="5B79513B" w14:textId="77777777">
        <w:trPr>
          <w:cantSplit/>
        </w:trPr>
        <w:tc>
          <w:tcPr>
            <w:tcW w:w="2376" w:type="dxa"/>
            <w:tcMar>
              <w:top w:w="35" w:type="dxa"/>
              <w:left w:w="35" w:type="dxa"/>
              <w:bottom w:w="35" w:type="dxa"/>
              <w:right w:w="35" w:type="dxa"/>
            </w:tcMar>
            <w:vAlign w:val="center"/>
          </w:tcPr>
          <w:p w14:paraId="4946F634" w14:textId="77777777" w:rsidR="00000000" w:rsidRPr="00505610" w:rsidRDefault="00000000">
            <w:pPr>
              <w:rPr>
                <w:rFonts w:cs="Arial"/>
              </w:rPr>
            </w:pPr>
            <w:r w:rsidRPr="00505610">
              <w:rPr>
                <w:rFonts w:cs="Arial"/>
                <w:sz w:val="15"/>
              </w:rPr>
              <w:t>Prefer not to say</w:t>
            </w:r>
          </w:p>
        </w:tc>
        <w:tc>
          <w:tcPr>
            <w:tcW w:w="1800" w:type="dxa"/>
            <w:tcMar>
              <w:top w:w="35" w:type="dxa"/>
              <w:left w:w="35" w:type="dxa"/>
              <w:bottom w:w="35" w:type="dxa"/>
              <w:right w:w="35" w:type="dxa"/>
            </w:tcMar>
            <w:vAlign w:val="center"/>
          </w:tcPr>
          <w:p w14:paraId="42600906" w14:textId="77777777" w:rsidR="00000000" w:rsidRPr="00505610" w:rsidRDefault="00000000">
            <w:pPr>
              <w:jc w:val="center"/>
              <w:rPr>
                <w:rFonts w:cs="Arial"/>
              </w:rPr>
            </w:pPr>
            <w:r w:rsidRPr="00505610">
              <w:rPr>
                <w:rFonts w:cs="Arial"/>
                <w:sz w:val="15"/>
              </w:rPr>
              <w:t>3,584</w:t>
            </w:r>
          </w:p>
        </w:tc>
        <w:tc>
          <w:tcPr>
            <w:tcW w:w="1987" w:type="dxa"/>
            <w:tcMar>
              <w:top w:w="35" w:type="dxa"/>
              <w:left w:w="35" w:type="dxa"/>
              <w:bottom w:w="35" w:type="dxa"/>
              <w:right w:w="35" w:type="dxa"/>
            </w:tcMar>
            <w:vAlign w:val="center"/>
          </w:tcPr>
          <w:p w14:paraId="794706BD" w14:textId="77777777" w:rsidR="00000000" w:rsidRPr="00505610" w:rsidRDefault="00000000">
            <w:pPr>
              <w:jc w:val="center"/>
              <w:rPr>
                <w:rFonts w:cs="Arial"/>
              </w:rPr>
            </w:pPr>
            <w:r w:rsidRPr="00505610">
              <w:rPr>
                <w:rFonts w:cs="Arial"/>
                <w:sz w:val="15"/>
              </w:rPr>
              <w:t>593 (16.5)</w:t>
            </w:r>
          </w:p>
        </w:tc>
        <w:tc>
          <w:tcPr>
            <w:tcW w:w="1987" w:type="dxa"/>
            <w:tcMar>
              <w:top w:w="35" w:type="dxa"/>
              <w:left w:w="35" w:type="dxa"/>
              <w:bottom w:w="35" w:type="dxa"/>
              <w:right w:w="35" w:type="dxa"/>
            </w:tcMar>
            <w:vAlign w:val="center"/>
          </w:tcPr>
          <w:p w14:paraId="34DA7F84" w14:textId="77777777" w:rsidR="00000000" w:rsidRPr="00505610" w:rsidRDefault="00000000">
            <w:pPr>
              <w:jc w:val="center"/>
              <w:rPr>
                <w:rFonts w:cs="Arial"/>
              </w:rPr>
            </w:pPr>
            <w:r w:rsidRPr="00505610">
              <w:rPr>
                <w:rFonts w:cs="Arial"/>
                <w:sz w:val="15"/>
              </w:rPr>
              <w:t>1,982 (55.3)</w:t>
            </w:r>
          </w:p>
        </w:tc>
        <w:tc>
          <w:tcPr>
            <w:tcW w:w="1987" w:type="dxa"/>
            <w:tcMar>
              <w:top w:w="35" w:type="dxa"/>
              <w:left w:w="35" w:type="dxa"/>
              <w:bottom w:w="35" w:type="dxa"/>
              <w:right w:w="35" w:type="dxa"/>
            </w:tcMar>
            <w:vAlign w:val="center"/>
          </w:tcPr>
          <w:p w14:paraId="3D5AB25C" w14:textId="77777777" w:rsidR="00000000" w:rsidRPr="00505610" w:rsidRDefault="00000000">
            <w:pPr>
              <w:jc w:val="center"/>
              <w:rPr>
                <w:rFonts w:cs="Arial"/>
              </w:rPr>
            </w:pPr>
            <w:r w:rsidRPr="00505610">
              <w:rPr>
                <w:rFonts w:cs="Arial"/>
                <w:sz w:val="15"/>
              </w:rPr>
              <w:t>1,009 (28.2)</w:t>
            </w:r>
          </w:p>
        </w:tc>
      </w:tr>
      <w:tr w:rsidR="005A4F13" w:rsidRPr="00505610" w14:paraId="1AD335DE" w14:textId="77777777">
        <w:trPr>
          <w:cantSplit/>
        </w:trPr>
        <w:tc>
          <w:tcPr>
            <w:tcW w:w="2376" w:type="dxa"/>
            <w:tcMar>
              <w:top w:w="35" w:type="dxa"/>
              <w:left w:w="35" w:type="dxa"/>
              <w:bottom w:w="35" w:type="dxa"/>
              <w:right w:w="35" w:type="dxa"/>
            </w:tcMar>
            <w:vAlign w:val="center"/>
          </w:tcPr>
          <w:p w14:paraId="582E2E28" w14:textId="77777777" w:rsidR="00000000" w:rsidRPr="00505610" w:rsidRDefault="00000000">
            <w:pPr>
              <w:rPr>
                <w:rFonts w:cs="Arial"/>
              </w:rPr>
            </w:pPr>
            <w:r w:rsidRPr="00505610">
              <w:rPr>
                <w:rFonts w:cs="Arial"/>
                <w:sz w:val="15"/>
              </w:rPr>
              <w:t>Yes</w:t>
            </w:r>
          </w:p>
        </w:tc>
        <w:tc>
          <w:tcPr>
            <w:tcW w:w="1800" w:type="dxa"/>
            <w:tcMar>
              <w:top w:w="35" w:type="dxa"/>
              <w:left w:w="35" w:type="dxa"/>
              <w:bottom w:w="35" w:type="dxa"/>
              <w:right w:w="35" w:type="dxa"/>
            </w:tcMar>
            <w:vAlign w:val="center"/>
          </w:tcPr>
          <w:p w14:paraId="7EAD99AE" w14:textId="77777777" w:rsidR="00000000" w:rsidRPr="00505610" w:rsidRDefault="00000000">
            <w:pPr>
              <w:jc w:val="center"/>
              <w:rPr>
                <w:rFonts w:cs="Arial"/>
              </w:rPr>
            </w:pPr>
            <w:r w:rsidRPr="00505610">
              <w:rPr>
                <w:rFonts w:cs="Arial"/>
                <w:sz w:val="15"/>
              </w:rPr>
              <w:t>24,915</w:t>
            </w:r>
          </w:p>
        </w:tc>
        <w:tc>
          <w:tcPr>
            <w:tcW w:w="1987" w:type="dxa"/>
            <w:tcMar>
              <w:top w:w="35" w:type="dxa"/>
              <w:left w:w="35" w:type="dxa"/>
              <w:bottom w:w="35" w:type="dxa"/>
              <w:right w:w="35" w:type="dxa"/>
            </w:tcMar>
            <w:vAlign w:val="center"/>
          </w:tcPr>
          <w:p w14:paraId="64EDB0A7" w14:textId="77777777" w:rsidR="00000000" w:rsidRPr="00505610" w:rsidRDefault="00000000">
            <w:pPr>
              <w:jc w:val="center"/>
              <w:rPr>
                <w:rFonts w:cs="Arial"/>
              </w:rPr>
            </w:pPr>
            <w:r w:rsidRPr="00505610">
              <w:rPr>
                <w:rFonts w:cs="Arial"/>
                <w:sz w:val="15"/>
              </w:rPr>
              <w:t>4,692 (18.8)</w:t>
            </w:r>
          </w:p>
        </w:tc>
        <w:tc>
          <w:tcPr>
            <w:tcW w:w="1987" w:type="dxa"/>
            <w:tcMar>
              <w:top w:w="35" w:type="dxa"/>
              <w:left w:w="35" w:type="dxa"/>
              <w:bottom w:w="35" w:type="dxa"/>
              <w:right w:w="35" w:type="dxa"/>
            </w:tcMar>
            <w:vAlign w:val="center"/>
          </w:tcPr>
          <w:p w14:paraId="0D9EEE08" w14:textId="77777777" w:rsidR="00000000" w:rsidRPr="00505610" w:rsidRDefault="00000000">
            <w:pPr>
              <w:jc w:val="center"/>
              <w:rPr>
                <w:rFonts w:cs="Arial"/>
              </w:rPr>
            </w:pPr>
            <w:r w:rsidRPr="00505610">
              <w:rPr>
                <w:rFonts w:cs="Arial"/>
                <w:sz w:val="15"/>
              </w:rPr>
              <w:t>12,952 (52.0)</w:t>
            </w:r>
          </w:p>
        </w:tc>
        <w:tc>
          <w:tcPr>
            <w:tcW w:w="1987" w:type="dxa"/>
            <w:tcMar>
              <w:top w:w="35" w:type="dxa"/>
              <w:left w:w="35" w:type="dxa"/>
              <w:bottom w:w="35" w:type="dxa"/>
              <w:right w:w="35" w:type="dxa"/>
            </w:tcMar>
            <w:vAlign w:val="center"/>
          </w:tcPr>
          <w:p w14:paraId="251E69F2" w14:textId="77777777" w:rsidR="00000000" w:rsidRPr="00505610" w:rsidRDefault="00000000">
            <w:pPr>
              <w:jc w:val="center"/>
              <w:rPr>
                <w:rFonts w:cs="Arial"/>
              </w:rPr>
            </w:pPr>
            <w:r w:rsidRPr="00505610">
              <w:rPr>
                <w:rFonts w:cs="Arial"/>
                <w:sz w:val="15"/>
              </w:rPr>
              <w:t>7,271 (29.2)</w:t>
            </w:r>
          </w:p>
        </w:tc>
      </w:tr>
      <w:tr w:rsidR="005A4F13" w:rsidRPr="00505610" w14:paraId="39054287" w14:textId="77777777">
        <w:trPr>
          <w:cantSplit/>
        </w:trPr>
        <w:tc>
          <w:tcPr>
            <w:tcW w:w="2376" w:type="dxa"/>
            <w:tcMar>
              <w:top w:w="35" w:type="dxa"/>
              <w:left w:w="35" w:type="dxa"/>
              <w:bottom w:w="35" w:type="dxa"/>
              <w:right w:w="35" w:type="dxa"/>
            </w:tcMar>
            <w:vAlign w:val="center"/>
          </w:tcPr>
          <w:p w14:paraId="33C64E08" w14:textId="77777777" w:rsidR="00000000" w:rsidRPr="00505610" w:rsidRDefault="00000000">
            <w:pPr>
              <w:rPr>
                <w:rFonts w:cs="Arial"/>
              </w:rPr>
            </w:pPr>
            <w:r w:rsidRPr="00505610">
              <w:rPr>
                <w:rFonts w:cs="Arial"/>
                <w:i/>
                <w:sz w:val="15"/>
              </w:rPr>
              <w:t>Missing</w:t>
            </w:r>
          </w:p>
        </w:tc>
        <w:tc>
          <w:tcPr>
            <w:tcW w:w="1800" w:type="dxa"/>
            <w:tcMar>
              <w:top w:w="35" w:type="dxa"/>
              <w:left w:w="35" w:type="dxa"/>
              <w:bottom w:w="35" w:type="dxa"/>
              <w:right w:w="35" w:type="dxa"/>
            </w:tcMar>
            <w:vAlign w:val="center"/>
          </w:tcPr>
          <w:p w14:paraId="59AC4E37" w14:textId="77777777" w:rsidR="00000000" w:rsidRPr="00505610" w:rsidRDefault="00000000">
            <w:pPr>
              <w:jc w:val="center"/>
              <w:rPr>
                <w:rFonts w:cs="Arial"/>
              </w:rPr>
            </w:pPr>
            <w:r w:rsidRPr="00505610">
              <w:rPr>
                <w:rFonts w:cs="Arial"/>
                <w:i/>
                <w:sz w:val="15"/>
              </w:rPr>
              <w:t>10,406</w:t>
            </w:r>
          </w:p>
        </w:tc>
        <w:tc>
          <w:tcPr>
            <w:tcW w:w="1987" w:type="dxa"/>
            <w:tcMar>
              <w:top w:w="35" w:type="dxa"/>
              <w:left w:w="35" w:type="dxa"/>
              <w:bottom w:w="35" w:type="dxa"/>
              <w:right w:w="35" w:type="dxa"/>
            </w:tcMar>
            <w:vAlign w:val="center"/>
          </w:tcPr>
          <w:p w14:paraId="42416E7E" w14:textId="77777777" w:rsidR="00000000" w:rsidRPr="00505610" w:rsidRDefault="00000000">
            <w:pPr>
              <w:jc w:val="center"/>
              <w:rPr>
                <w:rFonts w:cs="Arial"/>
              </w:rPr>
            </w:pPr>
            <w:r w:rsidRPr="00505610">
              <w:rPr>
                <w:rFonts w:cs="Arial"/>
                <w:i/>
                <w:sz w:val="15"/>
              </w:rPr>
              <w:t>2,697 (25.9)</w:t>
            </w:r>
          </w:p>
        </w:tc>
        <w:tc>
          <w:tcPr>
            <w:tcW w:w="1987" w:type="dxa"/>
            <w:tcMar>
              <w:top w:w="35" w:type="dxa"/>
              <w:left w:w="35" w:type="dxa"/>
              <w:bottom w:w="35" w:type="dxa"/>
              <w:right w:w="35" w:type="dxa"/>
            </w:tcMar>
            <w:vAlign w:val="center"/>
          </w:tcPr>
          <w:p w14:paraId="6338C1CC" w14:textId="77777777" w:rsidR="00000000" w:rsidRPr="00505610" w:rsidRDefault="00000000">
            <w:pPr>
              <w:jc w:val="center"/>
              <w:rPr>
                <w:rFonts w:cs="Arial"/>
              </w:rPr>
            </w:pPr>
            <w:r w:rsidRPr="00505610">
              <w:rPr>
                <w:rFonts w:cs="Arial"/>
                <w:i/>
                <w:sz w:val="15"/>
              </w:rPr>
              <w:t>5,486 (52.7)</w:t>
            </w:r>
          </w:p>
        </w:tc>
        <w:tc>
          <w:tcPr>
            <w:tcW w:w="1987" w:type="dxa"/>
            <w:tcMar>
              <w:top w:w="35" w:type="dxa"/>
              <w:left w:w="35" w:type="dxa"/>
              <w:bottom w:w="35" w:type="dxa"/>
              <w:right w:w="35" w:type="dxa"/>
            </w:tcMar>
            <w:vAlign w:val="center"/>
          </w:tcPr>
          <w:p w14:paraId="136F89C7" w14:textId="77777777" w:rsidR="00000000" w:rsidRPr="00505610" w:rsidRDefault="00000000">
            <w:pPr>
              <w:jc w:val="center"/>
              <w:rPr>
                <w:rFonts w:cs="Arial"/>
              </w:rPr>
            </w:pPr>
            <w:r w:rsidRPr="00505610">
              <w:rPr>
                <w:rFonts w:cs="Arial"/>
                <w:i/>
                <w:sz w:val="15"/>
              </w:rPr>
              <w:t>2,223 (21.4)</w:t>
            </w:r>
          </w:p>
        </w:tc>
      </w:tr>
      <w:tr w:rsidR="005A4F13" w:rsidRPr="00505610" w14:paraId="42E93294" w14:textId="77777777">
        <w:trPr>
          <w:cantSplit/>
        </w:trPr>
        <w:tc>
          <w:tcPr>
            <w:tcW w:w="1987" w:type="dxa"/>
            <w:gridSpan w:val="5"/>
            <w:tcMar>
              <w:top w:w="35" w:type="dxa"/>
              <w:left w:w="35" w:type="dxa"/>
              <w:bottom w:w="35" w:type="dxa"/>
              <w:right w:w="35" w:type="dxa"/>
            </w:tcMar>
            <w:vAlign w:val="center"/>
          </w:tcPr>
          <w:p w14:paraId="19D60777" w14:textId="77777777" w:rsidR="00000000" w:rsidRPr="00505610" w:rsidRDefault="00000000">
            <w:pPr>
              <w:rPr>
                <w:rFonts w:cs="Arial"/>
              </w:rPr>
            </w:pPr>
            <w:r w:rsidRPr="00505610">
              <w:rPr>
                <w:rFonts w:cs="Arial"/>
                <w:b/>
                <w:sz w:val="15"/>
              </w:rPr>
              <w:t>Having long-term conditions</w:t>
            </w:r>
          </w:p>
        </w:tc>
      </w:tr>
      <w:tr w:rsidR="005A4F13" w:rsidRPr="00505610" w14:paraId="2307448F" w14:textId="77777777">
        <w:trPr>
          <w:cantSplit/>
        </w:trPr>
        <w:tc>
          <w:tcPr>
            <w:tcW w:w="2376" w:type="dxa"/>
            <w:tcMar>
              <w:top w:w="35" w:type="dxa"/>
              <w:left w:w="35" w:type="dxa"/>
              <w:bottom w:w="35" w:type="dxa"/>
              <w:right w:w="35" w:type="dxa"/>
            </w:tcMar>
            <w:vAlign w:val="center"/>
          </w:tcPr>
          <w:p w14:paraId="07462326" w14:textId="77777777" w:rsidR="00000000" w:rsidRPr="00505610" w:rsidRDefault="00000000">
            <w:pPr>
              <w:rPr>
                <w:rFonts w:cs="Arial"/>
              </w:rPr>
            </w:pPr>
            <w:r w:rsidRPr="00505610">
              <w:rPr>
                <w:rFonts w:cs="Arial"/>
                <w:sz w:val="15"/>
              </w:rPr>
              <w:t>No</w:t>
            </w:r>
          </w:p>
        </w:tc>
        <w:tc>
          <w:tcPr>
            <w:tcW w:w="1800" w:type="dxa"/>
            <w:tcMar>
              <w:top w:w="35" w:type="dxa"/>
              <w:left w:w="35" w:type="dxa"/>
              <w:bottom w:w="35" w:type="dxa"/>
              <w:right w:w="35" w:type="dxa"/>
            </w:tcMar>
            <w:vAlign w:val="center"/>
          </w:tcPr>
          <w:p w14:paraId="28BF11F1" w14:textId="77777777" w:rsidR="00000000" w:rsidRPr="00505610" w:rsidRDefault="00000000">
            <w:pPr>
              <w:jc w:val="center"/>
              <w:rPr>
                <w:rFonts w:cs="Arial"/>
              </w:rPr>
            </w:pPr>
            <w:r w:rsidRPr="00505610">
              <w:rPr>
                <w:rFonts w:cs="Arial"/>
                <w:sz w:val="15"/>
              </w:rPr>
              <w:t>60,260</w:t>
            </w:r>
          </w:p>
        </w:tc>
        <w:tc>
          <w:tcPr>
            <w:tcW w:w="1987" w:type="dxa"/>
            <w:tcMar>
              <w:top w:w="35" w:type="dxa"/>
              <w:left w:w="35" w:type="dxa"/>
              <w:bottom w:w="35" w:type="dxa"/>
              <w:right w:w="35" w:type="dxa"/>
            </w:tcMar>
            <w:vAlign w:val="center"/>
          </w:tcPr>
          <w:p w14:paraId="452019AD" w14:textId="77777777" w:rsidR="00000000" w:rsidRPr="00505610" w:rsidRDefault="00000000">
            <w:pPr>
              <w:jc w:val="center"/>
              <w:rPr>
                <w:rFonts w:cs="Arial"/>
              </w:rPr>
            </w:pPr>
            <w:r w:rsidRPr="00505610">
              <w:rPr>
                <w:rFonts w:cs="Arial"/>
                <w:sz w:val="15"/>
              </w:rPr>
              <w:t>26,835 (44.5)</w:t>
            </w:r>
          </w:p>
        </w:tc>
        <w:tc>
          <w:tcPr>
            <w:tcW w:w="1987" w:type="dxa"/>
            <w:tcMar>
              <w:top w:w="35" w:type="dxa"/>
              <w:left w:w="35" w:type="dxa"/>
              <w:bottom w:w="35" w:type="dxa"/>
              <w:right w:w="35" w:type="dxa"/>
            </w:tcMar>
            <w:vAlign w:val="center"/>
          </w:tcPr>
          <w:p w14:paraId="7B85D47E" w14:textId="77777777" w:rsidR="00000000" w:rsidRPr="00505610" w:rsidRDefault="00000000">
            <w:pPr>
              <w:jc w:val="center"/>
              <w:rPr>
                <w:rFonts w:cs="Arial"/>
              </w:rPr>
            </w:pPr>
            <w:r w:rsidRPr="00505610">
              <w:rPr>
                <w:rFonts w:cs="Arial"/>
                <w:sz w:val="15"/>
              </w:rPr>
              <w:t>27,894 (46.3)</w:t>
            </w:r>
          </w:p>
        </w:tc>
        <w:tc>
          <w:tcPr>
            <w:tcW w:w="1987" w:type="dxa"/>
            <w:tcMar>
              <w:top w:w="35" w:type="dxa"/>
              <w:left w:w="35" w:type="dxa"/>
              <w:bottom w:w="35" w:type="dxa"/>
              <w:right w:w="35" w:type="dxa"/>
            </w:tcMar>
            <w:vAlign w:val="center"/>
          </w:tcPr>
          <w:p w14:paraId="5835CD06" w14:textId="77777777" w:rsidR="00000000" w:rsidRPr="00505610" w:rsidRDefault="00000000">
            <w:pPr>
              <w:jc w:val="center"/>
              <w:rPr>
                <w:rFonts w:cs="Arial"/>
              </w:rPr>
            </w:pPr>
            <w:r w:rsidRPr="00505610">
              <w:rPr>
                <w:rFonts w:cs="Arial"/>
                <w:sz w:val="15"/>
              </w:rPr>
              <w:t>5,531 (9.2)</w:t>
            </w:r>
          </w:p>
        </w:tc>
      </w:tr>
      <w:tr w:rsidR="005A4F13" w:rsidRPr="00505610" w14:paraId="1BF04186" w14:textId="77777777">
        <w:trPr>
          <w:cantSplit/>
        </w:trPr>
        <w:tc>
          <w:tcPr>
            <w:tcW w:w="2376" w:type="dxa"/>
            <w:tcMar>
              <w:top w:w="35" w:type="dxa"/>
              <w:left w:w="35" w:type="dxa"/>
              <w:bottom w:w="35" w:type="dxa"/>
              <w:right w:w="35" w:type="dxa"/>
            </w:tcMar>
            <w:vAlign w:val="center"/>
          </w:tcPr>
          <w:p w14:paraId="68DDF292" w14:textId="77777777" w:rsidR="00000000" w:rsidRPr="00505610" w:rsidRDefault="00000000">
            <w:pPr>
              <w:rPr>
                <w:rFonts w:cs="Arial"/>
              </w:rPr>
            </w:pPr>
            <w:r w:rsidRPr="00505610">
              <w:rPr>
                <w:rFonts w:cs="Arial"/>
                <w:sz w:val="15"/>
              </w:rPr>
              <w:t>Prefer not to say</w:t>
            </w:r>
          </w:p>
        </w:tc>
        <w:tc>
          <w:tcPr>
            <w:tcW w:w="1800" w:type="dxa"/>
            <w:tcMar>
              <w:top w:w="35" w:type="dxa"/>
              <w:left w:w="35" w:type="dxa"/>
              <w:bottom w:w="35" w:type="dxa"/>
              <w:right w:w="35" w:type="dxa"/>
            </w:tcMar>
            <w:vAlign w:val="center"/>
          </w:tcPr>
          <w:p w14:paraId="25AFB5F7" w14:textId="77777777" w:rsidR="00000000" w:rsidRPr="00505610" w:rsidRDefault="00000000">
            <w:pPr>
              <w:jc w:val="center"/>
              <w:rPr>
                <w:rFonts w:cs="Arial"/>
              </w:rPr>
            </w:pPr>
            <w:r w:rsidRPr="00505610">
              <w:rPr>
                <w:rFonts w:cs="Arial"/>
                <w:sz w:val="15"/>
              </w:rPr>
              <w:t>3,085</w:t>
            </w:r>
          </w:p>
        </w:tc>
        <w:tc>
          <w:tcPr>
            <w:tcW w:w="1987" w:type="dxa"/>
            <w:tcMar>
              <w:top w:w="35" w:type="dxa"/>
              <w:left w:w="35" w:type="dxa"/>
              <w:bottom w:w="35" w:type="dxa"/>
              <w:right w:w="35" w:type="dxa"/>
            </w:tcMar>
            <w:vAlign w:val="center"/>
          </w:tcPr>
          <w:p w14:paraId="60E47FEC" w14:textId="77777777" w:rsidR="00000000" w:rsidRPr="00505610" w:rsidRDefault="00000000">
            <w:pPr>
              <w:jc w:val="center"/>
              <w:rPr>
                <w:rFonts w:cs="Arial"/>
              </w:rPr>
            </w:pPr>
            <w:r w:rsidRPr="00505610">
              <w:rPr>
                <w:rFonts w:cs="Arial"/>
                <w:sz w:val="15"/>
              </w:rPr>
              <w:t>685 (22.2)</w:t>
            </w:r>
          </w:p>
        </w:tc>
        <w:tc>
          <w:tcPr>
            <w:tcW w:w="1987" w:type="dxa"/>
            <w:tcMar>
              <w:top w:w="35" w:type="dxa"/>
              <w:left w:w="35" w:type="dxa"/>
              <w:bottom w:w="35" w:type="dxa"/>
              <w:right w:w="35" w:type="dxa"/>
            </w:tcMar>
            <w:vAlign w:val="center"/>
          </w:tcPr>
          <w:p w14:paraId="390C6D9B" w14:textId="77777777" w:rsidR="00000000" w:rsidRPr="00505610" w:rsidRDefault="00000000">
            <w:pPr>
              <w:jc w:val="center"/>
              <w:rPr>
                <w:rFonts w:cs="Arial"/>
              </w:rPr>
            </w:pPr>
            <w:r w:rsidRPr="00505610">
              <w:rPr>
                <w:rFonts w:cs="Arial"/>
                <w:sz w:val="15"/>
              </w:rPr>
              <w:t>1,703 (55.2)</w:t>
            </w:r>
          </w:p>
        </w:tc>
        <w:tc>
          <w:tcPr>
            <w:tcW w:w="1987" w:type="dxa"/>
            <w:tcMar>
              <w:top w:w="35" w:type="dxa"/>
              <w:left w:w="35" w:type="dxa"/>
              <w:bottom w:w="35" w:type="dxa"/>
              <w:right w:w="35" w:type="dxa"/>
            </w:tcMar>
            <w:vAlign w:val="center"/>
          </w:tcPr>
          <w:p w14:paraId="2CD5AA3A" w14:textId="77777777" w:rsidR="00000000" w:rsidRPr="00505610" w:rsidRDefault="00000000">
            <w:pPr>
              <w:jc w:val="center"/>
              <w:rPr>
                <w:rFonts w:cs="Arial"/>
              </w:rPr>
            </w:pPr>
            <w:r w:rsidRPr="00505610">
              <w:rPr>
                <w:rFonts w:cs="Arial"/>
                <w:sz w:val="15"/>
              </w:rPr>
              <w:t>697 (22.6)</w:t>
            </w:r>
          </w:p>
        </w:tc>
      </w:tr>
      <w:tr w:rsidR="005A4F13" w:rsidRPr="00505610" w14:paraId="34CF13BA" w14:textId="77777777">
        <w:trPr>
          <w:cantSplit/>
        </w:trPr>
        <w:tc>
          <w:tcPr>
            <w:tcW w:w="2376" w:type="dxa"/>
            <w:tcMar>
              <w:top w:w="35" w:type="dxa"/>
              <w:left w:w="35" w:type="dxa"/>
              <w:bottom w:w="35" w:type="dxa"/>
              <w:right w:w="35" w:type="dxa"/>
            </w:tcMar>
            <w:vAlign w:val="center"/>
          </w:tcPr>
          <w:p w14:paraId="6B0E6BF9" w14:textId="77777777" w:rsidR="00000000" w:rsidRPr="00505610" w:rsidRDefault="00000000">
            <w:pPr>
              <w:rPr>
                <w:rFonts w:cs="Arial"/>
              </w:rPr>
            </w:pPr>
            <w:r w:rsidRPr="00505610">
              <w:rPr>
                <w:rFonts w:cs="Arial"/>
                <w:sz w:val="15"/>
              </w:rPr>
              <w:t>Yes</w:t>
            </w:r>
          </w:p>
        </w:tc>
        <w:tc>
          <w:tcPr>
            <w:tcW w:w="1800" w:type="dxa"/>
            <w:tcMar>
              <w:top w:w="35" w:type="dxa"/>
              <w:left w:w="35" w:type="dxa"/>
              <w:bottom w:w="35" w:type="dxa"/>
              <w:right w:w="35" w:type="dxa"/>
            </w:tcMar>
            <w:vAlign w:val="center"/>
          </w:tcPr>
          <w:p w14:paraId="23511570" w14:textId="77777777" w:rsidR="00000000" w:rsidRPr="00505610" w:rsidRDefault="00000000">
            <w:pPr>
              <w:jc w:val="center"/>
              <w:rPr>
                <w:rFonts w:cs="Arial"/>
              </w:rPr>
            </w:pPr>
            <w:r w:rsidRPr="00505610">
              <w:rPr>
                <w:rFonts w:cs="Arial"/>
                <w:sz w:val="15"/>
              </w:rPr>
              <w:t>62,038</w:t>
            </w:r>
          </w:p>
        </w:tc>
        <w:tc>
          <w:tcPr>
            <w:tcW w:w="1987" w:type="dxa"/>
            <w:tcMar>
              <w:top w:w="35" w:type="dxa"/>
              <w:left w:w="35" w:type="dxa"/>
              <w:bottom w:w="35" w:type="dxa"/>
              <w:right w:w="35" w:type="dxa"/>
            </w:tcMar>
            <w:vAlign w:val="center"/>
          </w:tcPr>
          <w:p w14:paraId="78B02567" w14:textId="77777777" w:rsidR="00000000" w:rsidRPr="00505610" w:rsidRDefault="00000000">
            <w:pPr>
              <w:jc w:val="center"/>
              <w:rPr>
                <w:rFonts w:cs="Arial"/>
              </w:rPr>
            </w:pPr>
            <w:r w:rsidRPr="00505610">
              <w:rPr>
                <w:rFonts w:cs="Arial"/>
                <w:sz w:val="15"/>
              </w:rPr>
              <w:t>16,162 (26.1)</w:t>
            </w:r>
          </w:p>
        </w:tc>
        <w:tc>
          <w:tcPr>
            <w:tcW w:w="1987" w:type="dxa"/>
            <w:tcMar>
              <w:top w:w="35" w:type="dxa"/>
              <w:left w:w="35" w:type="dxa"/>
              <w:bottom w:w="35" w:type="dxa"/>
              <w:right w:w="35" w:type="dxa"/>
            </w:tcMar>
            <w:vAlign w:val="center"/>
          </w:tcPr>
          <w:p w14:paraId="1897D7B5" w14:textId="77777777" w:rsidR="00000000" w:rsidRPr="00505610" w:rsidRDefault="00000000">
            <w:pPr>
              <w:jc w:val="center"/>
              <w:rPr>
                <w:rFonts w:cs="Arial"/>
              </w:rPr>
            </w:pPr>
            <w:r w:rsidRPr="00505610">
              <w:rPr>
                <w:rFonts w:cs="Arial"/>
                <w:sz w:val="15"/>
              </w:rPr>
              <w:t>31,956 (51.5)</w:t>
            </w:r>
          </w:p>
        </w:tc>
        <w:tc>
          <w:tcPr>
            <w:tcW w:w="1987" w:type="dxa"/>
            <w:tcMar>
              <w:top w:w="35" w:type="dxa"/>
              <w:left w:w="35" w:type="dxa"/>
              <w:bottom w:w="35" w:type="dxa"/>
              <w:right w:w="35" w:type="dxa"/>
            </w:tcMar>
            <w:vAlign w:val="center"/>
          </w:tcPr>
          <w:p w14:paraId="143AF4D4" w14:textId="77777777" w:rsidR="00000000" w:rsidRPr="00505610" w:rsidRDefault="00000000">
            <w:pPr>
              <w:jc w:val="center"/>
              <w:rPr>
                <w:rFonts w:cs="Arial"/>
              </w:rPr>
            </w:pPr>
            <w:r w:rsidRPr="00505610">
              <w:rPr>
                <w:rFonts w:cs="Arial"/>
                <w:sz w:val="15"/>
              </w:rPr>
              <w:t>13,920 (22.4)</w:t>
            </w:r>
          </w:p>
        </w:tc>
      </w:tr>
      <w:tr w:rsidR="005A4F13" w:rsidRPr="00505610" w14:paraId="102D5E7B" w14:textId="77777777">
        <w:trPr>
          <w:cantSplit/>
        </w:trPr>
        <w:tc>
          <w:tcPr>
            <w:tcW w:w="2376" w:type="dxa"/>
            <w:tcMar>
              <w:top w:w="35" w:type="dxa"/>
              <w:left w:w="35" w:type="dxa"/>
              <w:bottom w:w="35" w:type="dxa"/>
              <w:right w:w="35" w:type="dxa"/>
            </w:tcMar>
            <w:vAlign w:val="center"/>
          </w:tcPr>
          <w:p w14:paraId="07348E95" w14:textId="77777777" w:rsidR="00000000" w:rsidRPr="00505610" w:rsidRDefault="00000000">
            <w:pPr>
              <w:keepNext/>
              <w:rPr>
                <w:rFonts w:cs="Arial"/>
              </w:rPr>
            </w:pPr>
            <w:r w:rsidRPr="00505610">
              <w:rPr>
                <w:rFonts w:cs="Arial"/>
                <w:i/>
                <w:sz w:val="15"/>
              </w:rPr>
              <w:t>Missing</w:t>
            </w:r>
          </w:p>
        </w:tc>
        <w:tc>
          <w:tcPr>
            <w:tcW w:w="1800" w:type="dxa"/>
            <w:tcMar>
              <w:top w:w="35" w:type="dxa"/>
              <w:left w:w="35" w:type="dxa"/>
              <w:bottom w:w="35" w:type="dxa"/>
              <w:right w:w="35" w:type="dxa"/>
            </w:tcMar>
            <w:vAlign w:val="center"/>
          </w:tcPr>
          <w:p w14:paraId="064E8C9A" w14:textId="77777777" w:rsidR="00000000" w:rsidRPr="00505610" w:rsidRDefault="00000000">
            <w:pPr>
              <w:jc w:val="center"/>
              <w:rPr>
                <w:rFonts w:cs="Arial"/>
              </w:rPr>
            </w:pPr>
            <w:r w:rsidRPr="00505610">
              <w:rPr>
                <w:rFonts w:cs="Arial"/>
                <w:i/>
                <w:sz w:val="15"/>
              </w:rPr>
              <w:t>10,339</w:t>
            </w:r>
          </w:p>
        </w:tc>
        <w:tc>
          <w:tcPr>
            <w:tcW w:w="1987" w:type="dxa"/>
            <w:tcMar>
              <w:top w:w="35" w:type="dxa"/>
              <w:left w:w="35" w:type="dxa"/>
              <w:bottom w:w="35" w:type="dxa"/>
              <w:right w:w="35" w:type="dxa"/>
            </w:tcMar>
            <w:vAlign w:val="center"/>
          </w:tcPr>
          <w:p w14:paraId="0E749257" w14:textId="77777777" w:rsidR="00000000" w:rsidRPr="00505610" w:rsidRDefault="00000000">
            <w:pPr>
              <w:jc w:val="center"/>
              <w:rPr>
                <w:rFonts w:cs="Arial"/>
              </w:rPr>
            </w:pPr>
            <w:r w:rsidRPr="00505610">
              <w:rPr>
                <w:rFonts w:cs="Arial"/>
                <w:i/>
                <w:sz w:val="15"/>
              </w:rPr>
              <w:t>2,673 (25.9)</w:t>
            </w:r>
          </w:p>
        </w:tc>
        <w:tc>
          <w:tcPr>
            <w:tcW w:w="1987" w:type="dxa"/>
            <w:tcMar>
              <w:top w:w="35" w:type="dxa"/>
              <w:left w:w="35" w:type="dxa"/>
              <w:bottom w:w="35" w:type="dxa"/>
              <w:right w:w="35" w:type="dxa"/>
            </w:tcMar>
            <w:vAlign w:val="center"/>
          </w:tcPr>
          <w:p w14:paraId="291ED565" w14:textId="77777777" w:rsidR="00000000" w:rsidRPr="00505610" w:rsidRDefault="00000000">
            <w:pPr>
              <w:jc w:val="center"/>
              <w:rPr>
                <w:rFonts w:cs="Arial"/>
              </w:rPr>
            </w:pPr>
            <w:r w:rsidRPr="00505610">
              <w:rPr>
                <w:rFonts w:cs="Arial"/>
                <w:i/>
                <w:sz w:val="15"/>
              </w:rPr>
              <w:t>5,448 (52.7)</w:t>
            </w:r>
          </w:p>
        </w:tc>
        <w:tc>
          <w:tcPr>
            <w:tcW w:w="1987" w:type="dxa"/>
            <w:tcMar>
              <w:top w:w="35" w:type="dxa"/>
              <w:left w:w="35" w:type="dxa"/>
              <w:bottom w:w="35" w:type="dxa"/>
              <w:right w:w="35" w:type="dxa"/>
            </w:tcMar>
            <w:vAlign w:val="center"/>
          </w:tcPr>
          <w:p w14:paraId="1EED499A" w14:textId="77777777" w:rsidR="00000000" w:rsidRPr="00505610" w:rsidRDefault="00000000">
            <w:pPr>
              <w:jc w:val="center"/>
              <w:rPr>
                <w:rFonts w:cs="Arial"/>
              </w:rPr>
            </w:pPr>
            <w:r w:rsidRPr="00505610">
              <w:rPr>
                <w:rFonts w:cs="Arial"/>
                <w:i/>
                <w:sz w:val="15"/>
              </w:rPr>
              <w:t>2,218 (21.5)</w:t>
            </w:r>
          </w:p>
        </w:tc>
      </w:tr>
    </w:tbl>
    <w:p w14:paraId="378E5DBD" w14:textId="77777777" w:rsidR="00AA4BCA" w:rsidRPr="00505610" w:rsidRDefault="00000000">
      <w:pPr>
        <w:spacing w:after="120"/>
        <w:rPr>
          <w:rFonts w:cs="Arial"/>
        </w:rPr>
      </w:pPr>
      <w:r w:rsidRPr="00505610">
        <w:rPr>
          <w:rFonts w:cs="Arial"/>
          <w:sz w:val="16"/>
        </w:rPr>
        <w:t>Abbreviations: UCLA, University of California, Los Angeles; DMOL, Direct Measure of Loneliness; ONS, Office for National Statistics; N/n, number of respondents.</w:t>
      </w:r>
    </w:p>
    <w:p w14:paraId="6BAEF951" w14:textId="77777777" w:rsidR="00683844" w:rsidRPr="00505610" w:rsidRDefault="000D2F27" w:rsidP="000D2F27">
      <w:pPr>
        <w:spacing w:before="60" w:after="0"/>
        <w:jc w:val="both"/>
        <w:rPr>
          <w:rFonts w:cs="Arial"/>
        </w:rPr>
      </w:pPr>
      <w:r w:rsidRPr="00505610">
        <w:rPr>
          <w:rFonts w:cs="Arial"/>
          <w:b/>
          <w:sz w:val="16"/>
        </w:rPr>
        <w:t xml:space="preserve">Notes: </w:t>
      </w:r>
      <w:r w:rsidRPr="00505610">
        <w:rPr>
          <w:rFonts w:cs="Arial"/>
          <w:sz w:val="16"/>
        </w:rPr>
        <w:t>Percentages are row percentages and therefore sum to approximately 100% across the three DMOL categories for each respondent subcategory. Findings describe the distribution observed among INTERACT participants and should not be interpreted as population prevalence estimates. The total analytical sample for this table was N=135,722. Missing denotes respondents with no recorded value for the relevant characteristic.</w:t>
      </w:r>
    </w:p>
    <w:p w14:paraId="329F9A94" w14:textId="77777777" w:rsidR="00000000" w:rsidRPr="00505610" w:rsidRDefault="00000000" w:rsidP="009D0946">
      <w:pPr>
        <w:keepNext/>
        <w:pageBreakBefore/>
        <w:snapToGrid w:val="0"/>
        <w:contextualSpacing/>
        <w:rPr>
          <w:rFonts w:cs="Arial"/>
          <w:b/>
          <w:bCs/>
          <w:sz w:val="40"/>
          <w:szCs w:val="40"/>
        </w:rPr>
      </w:pPr>
      <w:r w:rsidRPr="00505610">
        <w:rPr>
          <w:rFonts w:cs="Arial"/>
        </w:rPr>
        <w:lastRenderedPageBreak/>
        <w:t>Table S6: Distribution of social-capital categories within respondent characteristics among INTERACT participants</w:t>
      </w:r>
    </w:p>
    <w:tbl>
      <w:tblPr>
        <w:tblStyle w:val="TableGrid"/>
        <w:tblW w:w="5000" w:type="pct"/>
        <w:tblLayout w:type="fixed"/>
        <w:tblLook w:val="04A0" w:firstRow="1" w:lastRow="0" w:firstColumn="1" w:lastColumn="0" w:noHBand="0" w:noVBand="1"/>
      </w:tblPr>
      <w:tblGrid>
        <w:gridCol w:w="1435"/>
        <w:gridCol w:w="2881"/>
        <w:gridCol w:w="961"/>
        <w:gridCol w:w="1122"/>
        <w:gridCol w:w="1124"/>
        <w:gridCol w:w="959"/>
        <w:gridCol w:w="1279"/>
        <w:gridCol w:w="1111"/>
      </w:tblGrid>
      <w:tr w:rsidR="00FA0160" w:rsidRPr="00505610" w14:paraId="299286E4" w14:textId="77777777" w:rsidTr="009D0946">
        <w:trPr>
          <w:trHeight w:val="20"/>
          <w:tblHeader/>
        </w:trPr>
        <w:tc>
          <w:tcPr>
            <w:tcW w:w="660" w:type="pct"/>
          </w:tcPr>
          <w:p w14:paraId="2FF9E6E0" w14:textId="77777777" w:rsidR="00000000" w:rsidRPr="00505610" w:rsidRDefault="00000000" w:rsidP="00335561">
            <w:pPr>
              <w:snapToGrid w:val="0"/>
              <w:contextualSpacing/>
              <w:rPr>
                <w:rFonts w:cs="Arial"/>
                <w:sz w:val="16"/>
                <w:szCs w:val="16"/>
              </w:rPr>
            </w:pPr>
            <w:r w:rsidRPr="00505610">
              <w:rPr>
                <w:rFonts w:cs="Arial"/>
              </w:rPr>
              <w:t>Category</w:t>
            </w:r>
          </w:p>
        </w:tc>
        <w:tc>
          <w:tcPr>
            <w:tcW w:w="1325" w:type="pct"/>
            <w:noWrap/>
            <w:hideMark/>
          </w:tcPr>
          <w:p w14:paraId="211AE150" w14:textId="77777777" w:rsidR="00000000" w:rsidRPr="00505610" w:rsidRDefault="00000000" w:rsidP="00335561">
            <w:pPr>
              <w:snapToGrid w:val="0"/>
              <w:contextualSpacing/>
              <w:rPr>
                <w:rFonts w:cs="Arial"/>
                <w:b/>
                <w:bCs/>
                <w:sz w:val="16"/>
                <w:szCs w:val="16"/>
              </w:rPr>
            </w:pPr>
            <w:r w:rsidRPr="00505610">
              <w:rPr>
                <w:rFonts w:cs="Arial"/>
              </w:rPr>
              <w:t>Subcategory</w:t>
            </w:r>
          </w:p>
        </w:tc>
        <w:tc>
          <w:tcPr>
            <w:tcW w:w="958" w:type="pct"/>
            <w:gridSpan w:val="2"/>
            <w:noWrap/>
            <w:hideMark/>
          </w:tcPr>
          <w:p w14:paraId="1F428DE9" w14:textId="77777777" w:rsidR="00AA4BCA" w:rsidRPr="00505610" w:rsidRDefault="00000000">
            <w:pPr>
              <w:rPr>
                <w:rFonts w:cs="Arial"/>
              </w:rPr>
            </w:pPr>
            <w:r w:rsidRPr="00505610">
              <w:rPr>
                <w:rFonts w:cs="Arial"/>
              </w:rPr>
              <w:t>Low social capital (N=56,887)</w:t>
            </w:r>
          </w:p>
        </w:tc>
        <w:tc>
          <w:tcPr>
            <w:tcW w:w="958" w:type="pct"/>
            <w:gridSpan w:val="2"/>
            <w:noWrap/>
            <w:hideMark/>
          </w:tcPr>
          <w:p w14:paraId="574AE0EF" w14:textId="77777777" w:rsidR="00AA4BCA" w:rsidRPr="00505610" w:rsidRDefault="00000000">
            <w:pPr>
              <w:rPr>
                <w:rFonts w:cs="Arial"/>
              </w:rPr>
            </w:pPr>
            <w:r w:rsidRPr="00505610">
              <w:rPr>
                <w:rFonts w:cs="Arial"/>
              </w:rPr>
              <w:t>High social capital (N=63,696)</w:t>
            </w:r>
          </w:p>
        </w:tc>
        <w:tc>
          <w:tcPr>
            <w:tcW w:w="1099" w:type="pct"/>
            <w:gridSpan w:val="2"/>
            <w:noWrap/>
            <w:hideMark/>
          </w:tcPr>
          <w:p w14:paraId="6EA420FD" w14:textId="77777777" w:rsidR="00AA4BCA" w:rsidRPr="00505610" w:rsidRDefault="00000000">
            <w:pPr>
              <w:rPr>
                <w:rFonts w:cs="Arial"/>
              </w:rPr>
            </w:pPr>
            <w:r w:rsidRPr="00505610">
              <w:rPr>
                <w:rFonts w:cs="Arial"/>
              </w:rPr>
              <w:t>Total (N=120,583)</w:t>
            </w:r>
          </w:p>
        </w:tc>
      </w:tr>
      <w:tr w:rsidR="00FA0160" w:rsidRPr="00505610" w14:paraId="740CF498" w14:textId="77777777" w:rsidTr="009D0946">
        <w:trPr>
          <w:trHeight w:val="20"/>
          <w:tblHeader/>
        </w:trPr>
        <w:tc>
          <w:tcPr>
            <w:tcW w:w="660" w:type="pct"/>
          </w:tcPr>
          <w:p w14:paraId="754DB1C4" w14:textId="77777777" w:rsidR="00000000" w:rsidRPr="00505610" w:rsidRDefault="00000000" w:rsidP="00335561">
            <w:pPr>
              <w:snapToGrid w:val="0"/>
              <w:contextualSpacing/>
              <w:rPr>
                <w:rFonts w:cs="Arial"/>
                <w:sz w:val="16"/>
                <w:szCs w:val="16"/>
              </w:rPr>
            </w:pPr>
          </w:p>
        </w:tc>
        <w:tc>
          <w:tcPr>
            <w:tcW w:w="1325" w:type="pct"/>
            <w:noWrap/>
          </w:tcPr>
          <w:p w14:paraId="40A99D58" w14:textId="77777777" w:rsidR="00000000" w:rsidRPr="00505610" w:rsidRDefault="00000000" w:rsidP="00335561">
            <w:pPr>
              <w:snapToGrid w:val="0"/>
              <w:contextualSpacing/>
              <w:rPr>
                <w:rFonts w:cs="Arial"/>
                <w:sz w:val="16"/>
                <w:szCs w:val="16"/>
              </w:rPr>
            </w:pPr>
          </w:p>
        </w:tc>
        <w:tc>
          <w:tcPr>
            <w:tcW w:w="442" w:type="pct"/>
            <w:noWrap/>
          </w:tcPr>
          <w:p w14:paraId="46061D73" w14:textId="77777777" w:rsidR="00000000" w:rsidRPr="00505610" w:rsidRDefault="00000000" w:rsidP="00335561">
            <w:pPr>
              <w:snapToGrid w:val="0"/>
              <w:contextualSpacing/>
              <w:rPr>
                <w:rFonts w:cs="Arial"/>
                <w:sz w:val="16"/>
                <w:szCs w:val="16"/>
              </w:rPr>
            </w:pPr>
            <w:r w:rsidRPr="00505610">
              <w:rPr>
                <w:rFonts w:cs="Arial"/>
                <w:sz w:val="16"/>
                <w:szCs w:val="16"/>
              </w:rPr>
              <w:t>N</w:t>
            </w:r>
          </w:p>
        </w:tc>
        <w:tc>
          <w:tcPr>
            <w:tcW w:w="516" w:type="pct"/>
            <w:noWrap/>
          </w:tcPr>
          <w:p w14:paraId="73A48E81" w14:textId="77777777" w:rsidR="00000000" w:rsidRPr="00505610" w:rsidRDefault="00000000" w:rsidP="00335561">
            <w:pPr>
              <w:snapToGrid w:val="0"/>
              <w:contextualSpacing/>
              <w:rPr>
                <w:rFonts w:cs="Arial"/>
                <w:sz w:val="16"/>
                <w:szCs w:val="16"/>
              </w:rPr>
            </w:pPr>
            <w:r w:rsidRPr="00505610">
              <w:rPr>
                <w:rFonts w:cs="Arial"/>
                <w:sz w:val="16"/>
                <w:szCs w:val="16"/>
              </w:rPr>
              <w:t>%</w:t>
            </w:r>
          </w:p>
        </w:tc>
        <w:tc>
          <w:tcPr>
            <w:tcW w:w="517" w:type="pct"/>
            <w:noWrap/>
          </w:tcPr>
          <w:p w14:paraId="0AFBE0E1" w14:textId="77777777" w:rsidR="00000000" w:rsidRPr="00505610" w:rsidRDefault="00000000" w:rsidP="00335561">
            <w:pPr>
              <w:snapToGrid w:val="0"/>
              <w:contextualSpacing/>
              <w:rPr>
                <w:rFonts w:cs="Arial"/>
                <w:sz w:val="16"/>
                <w:szCs w:val="16"/>
              </w:rPr>
            </w:pPr>
            <w:r w:rsidRPr="00505610">
              <w:rPr>
                <w:rFonts w:cs="Arial"/>
                <w:sz w:val="16"/>
                <w:szCs w:val="16"/>
              </w:rPr>
              <w:t>N</w:t>
            </w:r>
          </w:p>
        </w:tc>
        <w:tc>
          <w:tcPr>
            <w:tcW w:w="441" w:type="pct"/>
            <w:noWrap/>
          </w:tcPr>
          <w:p w14:paraId="7BEECE82" w14:textId="77777777" w:rsidR="00000000" w:rsidRPr="00505610" w:rsidRDefault="00000000" w:rsidP="00335561">
            <w:pPr>
              <w:snapToGrid w:val="0"/>
              <w:contextualSpacing/>
              <w:rPr>
                <w:rFonts w:cs="Arial"/>
                <w:sz w:val="16"/>
                <w:szCs w:val="16"/>
              </w:rPr>
            </w:pPr>
            <w:r w:rsidRPr="00505610">
              <w:rPr>
                <w:rFonts w:cs="Arial"/>
                <w:sz w:val="16"/>
                <w:szCs w:val="16"/>
              </w:rPr>
              <w:t>%</w:t>
            </w:r>
          </w:p>
        </w:tc>
        <w:tc>
          <w:tcPr>
            <w:tcW w:w="588" w:type="pct"/>
            <w:noWrap/>
          </w:tcPr>
          <w:p w14:paraId="137548F7" w14:textId="77777777" w:rsidR="00000000" w:rsidRPr="00505610" w:rsidRDefault="00000000" w:rsidP="00335561">
            <w:pPr>
              <w:snapToGrid w:val="0"/>
              <w:contextualSpacing/>
              <w:rPr>
                <w:rFonts w:cs="Arial"/>
                <w:sz w:val="16"/>
                <w:szCs w:val="16"/>
              </w:rPr>
            </w:pPr>
            <w:r w:rsidRPr="00505610">
              <w:rPr>
                <w:rFonts w:cs="Arial"/>
                <w:sz w:val="16"/>
                <w:szCs w:val="16"/>
              </w:rPr>
              <w:t>N</w:t>
            </w:r>
          </w:p>
        </w:tc>
        <w:tc>
          <w:tcPr>
            <w:tcW w:w="511" w:type="pct"/>
            <w:noWrap/>
          </w:tcPr>
          <w:p w14:paraId="157CE940" w14:textId="77777777" w:rsidR="00000000" w:rsidRPr="00505610" w:rsidRDefault="00000000" w:rsidP="00335561">
            <w:pPr>
              <w:snapToGrid w:val="0"/>
              <w:contextualSpacing/>
              <w:rPr>
                <w:rFonts w:cs="Arial"/>
                <w:sz w:val="16"/>
                <w:szCs w:val="16"/>
              </w:rPr>
            </w:pPr>
            <w:r w:rsidRPr="00505610">
              <w:rPr>
                <w:rFonts w:cs="Arial"/>
                <w:sz w:val="16"/>
                <w:szCs w:val="16"/>
              </w:rPr>
              <w:t>%</w:t>
            </w:r>
          </w:p>
        </w:tc>
      </w:tr>
      <w:tr w:rsidR="00FA0160" w:rsidRPr="00505610" w14:paraId="6F226A51" w14:textId="77777777" w:rsidTr="009D0946">
        <w:trPr>
          <w:trHeight w:val="20"/>
        </w:trPr>
        <w:tc>
          <w:tcPr>
            <w:tcW w:w="660" w:type="pct"/>
            <w:vMerge w:val="restart"/>
          </w:tcPr>
          <w:p w14:paraId="30105BD6" w14:textId="77777777" w:rsidR="00000000" w:rsidRPr="00505610" w:rsidRDefault="00000000" w:rsidP="00335561">
            <w:pPr>
              <w:snapToGrid w:val="0"/>
              <w:contextualSpacing/>
              <w:rPr>
                <w:rFonts w:cs="Arial"/>
                <w:sz w:val="16"/>
                <w:szCs w:val="16"/>
              </w:rPr>
            </w:pPr>
            <w:r w:rsidRPr="00505610">
              <w:rPr>
                <w:rFonts w:cs="Arial"/>
                <w:b/>
                <w:bCs/>
                <w:sz w:val="16"/>
                <w:szCs w:val="16"/>
              </w:rPr>
              <w:t xml:space="preserve">Age </w:t>
            </w:r>
          </w:p>
        </w:tc>
        <w:tc>
          <w:tcPr>
            <w:tcW w:w="1325" w:type="pct"/>
            <w:noWrap/>
            <w:hideMark/>
          </w:tcPr>
          <w:p w14:paraId="7E9FFAE1" w14:textId="77777777" w:rsidR="00000000" w:rsidRPr="00505610" w:rsidRDefault="00000000" w:rsidP="00335561">
            <w:pPr>
              <w:snapToGrid w:val="0"/>
              <w:contextualSpacing/>
              <w:rPr>
                <w:rFonts w:cs="Arial"/>
                <w:sz w:val="16"/>
                <w:szCs w:val="16"/>
              </w:rPr>
            </w:pPr>
            <w:r w:rsidRPr="00505610">
              <w:rPr>
                <w:rFonts w:cs="Arial"/>
                <w:sz w:val="16"/>
                <w:szCs w:val="16"/>
              </w:rPr>
              <w:t>16-25</w:t>
            </w:r>
          </w:p>
        </w:tc>
        <w:tc>
          <w:tcPr>
            <w:tcW w:w="442" w:type="pct"/>
            <w:noWrap/>
            <w:hideMark/>
          </w:tcPr>
          <w:p w14:paraId="5A687748" w14:textId="77777777" w:rsidR="00000000" w:rsidRPr="00505610" w:rsidRDefault="00000000" w:rsidP="00335561">
            <w:pPr>
              <w:snapToGrid w:val="0"/>
              <w:contextualSpacing/>
              <w:rPr>
                <w:rFonts w:cs="Arial"/>
                <w:sz w:val="16"/>
                <w:szCs w:val="16"/>
              </w:rPr>
            </w:pPr>
            <w:r w:rsidRPr="00505610">
              <w:rPr>
                <w:rFonts w:cs="Arial"/>
                <w:sz w:val="16"/>
                <w:szCs w:val="16"/>
              </w:rPr>
              <w:t>5192</w:t>
            </w:r>
          </w:p>
        </w:tc>
        <w:tc>
          <w:tcPr>
            <w:tcW w:w="516" w:type="pct"/>
            <w:noWrap/>
            <w:hideMark/>
          </w:tcPr>
          <w:p w14:paraId="74B4F46C" w14:textId="77777777" w:rsidR="00000000" w:rsidRPr="00505610" w:rsidRDefault="00000000" w:rsidP="00335561">
            <w:pPr>
              <w:snapToGrid w:val="0"/>
              <w:contextualSpacing/>
              <w:rPr>
                <w:rFonts w:cs="Arial"/>
                <w:sz w:val="16"/>
                <w:szCs w:val="16"/>
              </w:rPr>
            </w:pPr>
            <w:r w:rsidRPr="00505610">
              <w:rPr>
                <w:rFonts w:cs="Arial"/>
                <w:sz w:val="16"/>
                <w:szCs w:val="16"/>
              </w:rPr>
              <w:t>72.0%</w:t>
            </w:r>
          </w:p>
        </w:tc>
        <w:tc>
          <w:tcPr>
            <w:tcW w:w="517" w:type="pct"/>
            <w:noWrap/>
            <w:hideMark/>
          </w:tcPr>
          <w:p w14:paraId="5D11C952" w14:textId="77777777" w:rsidR="00000000" w:rsidRPr="00505610" w:rsidRDefault="00000000" w:rsidP="00335561">
            <w:pPr>
              <w:snapToGrid w:val="0"/>
              <w:contextualSpacing/>
              <w:rPr>
                <w:rFonts w:cs="Arial"/>
                <w:sz w:val="16"/>
                <w:szCs w:val="16"/>
              </w:rPr>
            </w:pPr>
            <w:r w:rsidRPr="00505610">
              <w:rPr>
                <w:rFonts w:cs="Arial"/>
                <w:sz w:val="16"/>
                <w:szCs w:val="16"/>
              </w:rPr>
              <w:t>2020</w:t>
            </w:r>
          </w:p>
        </w:tc>
        <w:tc>
          <w:tcPr>
            <w:tcW w:w="441" w:type="pct"/>
            <w:noWrap/>
            <w:hideMark/>
          </w:tcPr>
          <w:p w14:paraId="0E6532D2" w14:textId="77777777" w:rsidR="00000000" w:rsidRPr="00505610" w:rsidRDefault="00000000" w:rsidP="00335561">
            <w:pPr>
              <w:snapToGrid w:val="0"/>
              <w:contextualSpacing/>
              <w:rPr>
                <w:rFonts w:cs="Arial"/>
                <w:sz w:val="16"/>
                <w:szCs w:val="16"/>
              </w:rPr>
            </w:pPr>
            <w:r w:rsidRPr="00505610">
              <w:rPr>
                <w:rFonts w:cs="Arial"/>
                <w:sz w:val="16"/>
                <w:szCs w:val="16"/>
              </w:rPr>
              <w:t>28.0%</w:t>
            </w:r>
          </w:p>
        </w:tc>
        <w:tc>
          <w:tcPr>
            <w:tcW w:w="588" w:type="pct"/>
            <w:noWrap/>
            <w:hideMark/>
          </w:tcPr>
          <w:p w14:paraId="5B5B6892" w14:textId="77777777" w:rsidR="00000000" w:rsidRPr="00505610" w:rsidRDefault="00000000" w:rsidP="00335561">
            <w:pPr>
              <w:snapToGrid w:val="0"/>
              <w:contextualSpacing/>
              <w:rPr>
                <w:rFonts w:cs="Arial"/>
                <w:sz w:val="16"/>
                <w:szCs w:val="16"/>
              </w:rPr>
            </w:pPr>
            <w:r w:rsidRPr="00505610">
              <w:rPr>
                <w:rFonts w:cs="Arial"/>
                <w:sz w:val="16"/>
                <w:szCs w:val="16"/>
              </w:rPr>
              <w:t>7212</w:t>
            </w:r>
          </w:p>
        </w:tc>
        <w:tc>
          <w:tcPr>
            <w:tcW w:w="511" w:type="pct"/>
            <w:noWrap/>
            <w:hideMark/>
          </w:tcPr>
          <w:p w14:paraId="5CC7916A"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5844AC3C" w14:textId="77777777" w:rsidTr="009D0946">
        <w:trPr>
          <w:trHeight w:val="20"/>
        </w:trPr>
        <w:tc>
          <w:tcPr>
            <w:tcW w:w="660" w:type="pct"/>
            <w:vMerge/>
          </w:tcPr>
          <w:p w14:paraId="1655AB53" w14:textId="77777777" w:rsidR="00000000" w:rsidRPr="00505610" w:rsidRDefault="00000000" w:rsidP="00335561">
            <w:pPr>
              <w:snapToGrid w:val="0"/>
              <w:contextualSpacing/>
              <w:rPr>
                <w:rFonts w:cs="Arial"/>
                <w:sz w:val="16"/>
                <w:szCs w:val="16"/>
              </w:rPr>
            </w:pPr>
          </w:p>
        </w:tc>
        <w:tc>
          <w:tcPr>
            <w:tcW w:w="1325" w:type="pct"/>
            <w:noWrap/>
            <w:hideMark/>
          </w:tcPr>
          <w:p w14:paraId="6F9A5967" w14:textId="77777777" w:rsidR="00000000" w:rsidRPr="00505610" w:rsidRDefault="00000000" w:rsidP="00335561">
            <w:pPr>
              <w:snapToGrid w:val="0"/>
              <w:contextualSpacing/>
              <w:rPr>
                <w:rFonts w:cs="Arial"/>
                <w:sz w:val="16"/>
                <w:szCs w:val="16"/>
              </w:rPr>
            </w:pPr>
            <w:r w:rsidRPr="00505610">
              <w:rPr>
                <w:rFonts w:cs="Arial"/>
                <w:sz w:val="16"/>
                <w:szCs w:val="16"/>
              </w:rPr>
              <w:t>26-35</w:t>
            </w:r>
          </w:p>
        </w:tc>
        <w:tc>
          <w:tcPr>
            <w:tcW w:w="442" w:type="pct"/>
            <w:noWrap/>
            <w:hideMark/>
          </w:tcPr>
          <w:p w14:paraId="0F64C4D9" w14:textId="77777777" w:rsidR="00000000" w:rsidRPr="00505610" w:rsidRDefault="00000000" w:rsidP="00335561">
            <w:pPr>
              <w:snapToGrid w:val="0"/>
              <w:contextualSpacing/>
              <w:rPr>
                <w:rFonts w:cs="Arial"/>
                <w:sz w:val="16"/>
                <w:szCs w:val="16"/>
              </w:rPr>
            </w:pPr>
            <w:r w:rsidRPr="00505610">
              <w:rPr>
                <w:rFonts w:cs="Arial"/>
                <w:sz w:val="16"/>
                <w:szCs w:val="16"/>
              </w:rPr>
              <w:t>7943</w:t>
            </w:r>
          </w:p>
        </w:tc>
        <w:tc>
          <w:tcPr>
            <w:tcW w:w="516" w:type="pct"/>
            <w:noWrap/>
            <w:hideMark/>
          </w:tcPr>
          <w:p w14:paraId="27E0790C" w14:textId="77777777" w:rsidR="00000000" w:rsidRPr="00505610" w:rsidRDefault="00000000" w:rsidP="00335561">
            <w:pPr>
              <w:snapToGrid w:val="0"/>
              <w:contextualSpacing/>
              <w:rPr>
                <w:rFonts w:cs="Arial"/>
                <w:sz w:val="16"/>
                <w:szCs w:val="16"/>
              </w:rPr>
            </w:pPr>
            <w:r w:rsidRPr="00505610">
              <w:rPr>
                <w:rFonts w:cs="Arial"/>
                <w:sz w:val="16"/>
                <w:szCs w:val="16"/>
              </w:rPr>
              <w:t>68.4%</w:t>
            </w:r>
          </w:p>
        </w:tc>
        <w:tc>
          <w:tcPr>
            <w:tcW w:w="517" w:type="pct"/>
            <w:noWrap/>
            <w:hideMark/>
          </w:tcPr>
          <w:p w14:paraId="69908E62" w14:textId="77777777" w:rsidR="00000000" w:rsidRPr="00505610" w:rsidRDefault="00000000" w:rsidP="00335561">
            <w:pPr>
              <w:snapToGrid w:val="0"/>
              <w:contextualSpacing/>
              <w:rPr>
                <w:rFonts w:cs="Arial"/>
                <w:sz w:val="16"/>
                <w:szCs w:val="16"/>
              </w:rPr>
            </w:pPr>
            <w:r w:rsidRPr="00505610">
              <w:rPr>
                <w:rFonts w:cs="Arial"/>
                <w:sz w:val="16"/>
                <w:szCs w:val="16"/>
              </w:rPr>
              <w:t>3673</w:t>
            </w:r>
          </w:p>
        </w:tc>
        <w:tc>
          <w:tcPr>
            <w:tcW w:w="441" w:type="pct"/>
            <w:noWrap/>
            <w:hideMark/>
          </w:tcPr>
          <w:p w14:paraId="69B33B50" w14:textId="77777777" w:rsidR="00000000" w:rsidRPr="00505610" w:rsidRDefault="00000000" w:rsidP="00335561">
            <w:pPr>
              <w:snapToGrid w:val="0"/>
              <w:contextualSpacing/>
              <w:rPr>
                <w:rFonts w:cs="Arial"/>
                <w:sz w:val="16"/>
                <w:szCs w:val="16"/>
              </w:rPr>
            </w:pPr>
            <w:r w:rsidRPr="00505610">
              <w:rPr>
                <w:rFonts w:cs="Arial"/>
                <w:sz w:val="16"/>
                <w:szCs w:val="16"/>
              </w:rPr>
              <w:t>31.6%</w:t>
            </w:r>
          </w:p>
        </w:tc>
        <w:tc>
          <w:tcPr>
            <w:tcW w:w="588" w:type="pct"/>
            <w:noWrap/>
            <w:hideMark/>
          </w:tcPr>
          <w:p w14:paraId="1BF7539E" w14:textId="77777777" w:rsidR="00000000" w:rsidRPr="00505610" w:rsidRDefault="00000000" w:rsidP="00335561">
            <w:pPr>
              <w:snapToGrid w:val="0"/>
              <w:contextualSpacing/>
              <w:rPr>
                <w:rFonts w:cs="Arial"/>
                <w:sz w:val="16"/>
                <w:szCs w:val="16"/>
              </w:rPr>
            </w:pPr>
            <w:r w:rsidRPr="00505610">
              <w:rPr>
                <w:rFonts w:cs="Arial"/>
                <w:sz w:val="16"/>
                <w:szCs w:val="16"/>
              </w:rPr>
              <w:t>11616</w:t>
            </w:r>
          </w:p>
        </w:tc>
        <w:tc>
          <w:tcPr>
            <w:tcW w:w="511" w:type="pct"/>
            <w:noWrap/>
            <w:hideMark/>
          </w:tcPr>
          <w:p w14:paraId="7A4F88EC"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770A83CB" w14:textId="77777777" w:rsidTr="009D0946">
        <w:trPr>
          <w:trHeight w:val="20"/>
        </w:trPr>
        <w:tc>
          <w:tcPr>
            <w:tcW w:w="660" w:type="pct"/>
            <w:vMerge/>
          </w:tcPr>
          <w:p w14:paraId="5D906637" w14:textId="77777777" w:rsidR="00000000" w:rsidRPr="00505610" w:rsidRDefault="00000000" w:rsidP="00335561">
            <w:pPr>
              <w:snapToGrid w:val="0"/>
              <w:contextualSpacing/>
              <w:rPr>
                <w:rFonts w:cs="Arial"/>
                <w:sz w:val="16"/>
                <w:szCs w:val="16"/>
              </w:rPr>
            </w:pPr>
          </w:p>
        </w:tc>
        <w:tc>
          <w:tcPr>
            <w:tcW w:w="1325" w:type="pct"/>
            <w:noWrap/>
            <w:hideMark/>
          </w:tcPr>
          <w:p w14:paraId="07AE45D1" w14:textId="77777777" w:rsidR="00000000" w:rsidRPr="00505610" w:rsidRDefault="00000000" w:rsidP="00335561">
            <w:pPr>
              <w:snapToGrid w:val="0"/>
              <w:contextualSpacing/>
              <w:rPr>
                <w:rFonts w:cs="Arial"/>
                <w:sz w:val="16"/>
                <w:szCs w:val="16"/>
              </w:rPr>
            </w:pPr>
            <w:r w:rsidRPr="00505610">
              <w:rPr>
                <w:rFonts w:cs="Arial"/>
                <w:sz w:val="16"/>
                <w:szCs w:val="16"/>
              </w:rPr>
              <w:t>36-45</w:t>
            </w:r>
          </w:p>
        </w:tc>
        <w:tc>
          <w:tcPr>
            <w:tcW w:w="442" w:type="pct"/>
            <w:noWrap/>
            <w:hideMark/>
          </w:tcPr>
          <w:p w14:paraId="43B923BD" w14:textId="77777777" w:rsidR="00000000" w:rsidRPr="00505610" w:rsidRDefault="00000000" w:rsidP="00335561">
            <w:pPr>
              <w:snapToGrid w:val="0"/>
              <w:contextualSpacing/>
              <w:rPr>
                <w:rFonts w:cs="Arial"/>
                <w:sz w:val="16"/>
                <w:szCs w:val="16"/>
              </w:rPr>
            </w:pPr>
            <w:r w:rsidRPr="00505610">
              <w:rPr>
                <w:rFonts w:cs="Arial"/>
                <w:sz w:val="16"/>
                <w:szCs w:val="16"/>
              </w:rPr>
              <w:t>7897</w:t>
            </w:r>
          </w:p>
        </w:tc>
        <w:tc>
          <w:tcPr>
            <w:tcW w:w="516" w:type="pct"/>
            <w:noWrap/>
            <w:hideMark/>
          </w:tcPr>
          <w:p w14:paraId="309CE812" w14:textId="77777777" w:rsidR="00000000" w:rsidRPr="00505610" w:rsidRDefault="00000000" w:rsidP="00335561">
            <w:pPr>
              <w:snapToGrid w:val="0"/>
              <w:contextualSpacing/>
              <w:rPr>
                <w:rFonts w:cs="Arial"/>
                <w:sz w:val="16"/>
                <w:szCs w:val="16"/>
              </w:rPr>
            </w:pPr>
            <w:r w:rsidRPr="00505610">
              <w:rPr>
                <w:rFonts w:cs="Arial"/>
                <w:sz w:val="16"/>
                <w:szCs w:val="16"/>
              </w:rPr>
              <w:t>58.9%</w:t>
            </w:r>
          </w:p>
        </w:tc>
        <w:tc>
          <w:tcPr>
            <w:tcW w:w="517" w:type="pct"/>
            <w:noWrap/>
            <w:hideMark/>
          </w:tcPr>
          <w:p w14:paraId="0E7FCF49" w14:textId="77777777" w:rsidR="00000000" w:rsidRPr="00505610" w:rsidRDefault="00000000" w:rsidP="00335561">
            <w:pPr>
              <w:snapToGrid w:val="0"/>
              <w:contextualSpacing/>
              <w:rPr>
                <w:rFonts w:cs="Arial"/>
                <w:sz w:val="16"/>
                <w:szCs w:val="16"/>
              </w:rPr>
            </w:pPr>
            <w:r w:rsidRPr="00505610">
              <w:rPr>
                <w:rFonts w:cs="Arial"/>
                <w:sz w:val="16"/>
                <w:szCs w:val="16"/>
              </w:rPr>
              <w:t>5501</w:t>
            </w:r>
          </w:p>
        </w:tc>
        <w:tc>
          <w:tcPr>
            <w:tcW w:w="441" w:type="pct"/>
            <w:noWrap/>
            <w:hideMark/>
          </w:tcPr>
          <w:p w14:paraId="583FE7B4" w14:textId="77777777" w:rsidR="00000000" w:rsidRPr="00505610" w:rsidRDefault="00000000" w:rsidP="00335561">
            <w:pPr>
              <w:snapToGrid w:val="0"/>
              <w:contextualSpacing/>
              <w:rPr>
                <w:rFonts w:cs="Arial"/>
                <w:sz w:val="16"/>
                <w:szCs w:val="16"/>
              </w:rPr>
            </w:pPr>
            <w:r w:rsidRPr="00505610">
              <w:rPr>
                <w:rFonts w:cs="Arial"/>
                <w:sz w:val="16"/>
                <w:szCs w:val="16"/>
              </w:rPr>
              <w:t>41.1%</w:t>
            </w:r>
          </w:p>
        </w:tc>
        <w:tc>
          <w:tcPr>
            <w:tcW w:w="588" w:type="pct"/>
            <w:noWrap/>
            <w:hideMark/>
          </w:tcPr>
          <w:p w14:paraId="26A8C979" w14:textId="77777777" w:rsidR="00000000" w:rsidRPr="00505610" w:rsidRDefault="00000000" w:rsidP="00335561">
            <w:pPr>
              <w:snapToGrid w:val="0"/>
              <w:contextualSpacing/>
              <w:rPr>
                <w:rFonts w:cs="Arial"/>
                <w:sz w:val="16"/>
                <w:szCs w:val="16"/>
              </w:rPr>
            </w:pPr>
            <w:r w:rsidRPr="00505610">
              <w:rPr>
                <w:rFonts w:cs="Arial"/>
                <w:sz w:val="16"/>
                <w:szCs w:val="16"/>
              </w:rPr>
              <w:t>13398</w:t>
            </w:r>
          </w:p>
        </w:tc>
        <w:tc>
          <w:tcPr>
            <w:tcW w:w="511" w:type="pct"/>
            <w:noWrap/>
            <w:hideMark/>
          </w:tcPr>
          <w:p w14:paraId="3445DBB5"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40F22878" w14:textId="77777777" w:rsidTr="009D0946">
        <w:trPr>
          <w:trHeight w:val="20"/>
        </w:trPr>
        <w:tc>
          <w:tcPr>
            <w:tcW w:w="660" w:type="pct"/>
            <w:vMerge/>
          </w:tcPr>
          <w:p w14:paraId="696F092A" w14:textId="77777777" w:rsidR="00000000" w:rsidRPr="00505610" w:rsidRDefault="00000000" w:rsidP="00335561">
            <w:pPr>
              <w:snapToGrid w:val="0"/>
              <w:contextualSpacing/>
              <w:rPr>
                <w:rFonts w:cs="Arial"/>
                <w:sz w:val="16"/>
                <w:szCs w:val="16"/>
              </w:rPr>
            </w:pPr>
          </w:p>
        </w:tc>
        <w:tc>
          <w:tcPr>
            <w:tcW w:w="1325" w:type="pct"/>
            <w:noWrap/>
            <w:hideMark/>
          </w:tcPr>
          <w:p w14:paraId="63BF8B37" w14:textId="77777777" w:rsidR="00000000" w:rsidRPr="00505610" w:rsidRDefault="00000000" w:rsidP="00335561">
            <w:pPr>
              <w:snapToGrid w:val="0"/>
              <w:contextualSpacing/>
              <w:rPr>
                <w:rFonts w:cs="Arial"/>
                <w:sz w:val="16"/>
                <w:szCs w:val="16"/>
              </w:rPr>
            </w:pPr>
            <w:r w:rsidRPr="00505610">
              <w:rPr>
                <w:rFonts w:cs="Arial"/>
                <w:sz w:val="16"/>
                <w:szCs w:val="16"/>
              </w:rPr>
              <w:t>46-55</w:t>
            </w:r>
          </w:p>
        </w:tc>
        <w:tc>
          <w:tcPr>
            <w:tcW w:w="442" w:type="pct"/>
            <w:noWrap/>
            <w:hideMark/>
          </w:tcPr>
          <w:p w14:paraId="464C9997" w14:textId="77777777" w:rsidR="00000000" w:rsidRPr="00505610" w:rsidRDefault="00000000" w:rsidP="00335561">
            <w:pPr>
              <w:snapToGrid w:val="0"/>
              <w:contextualSpacing/>
              <w:rPr>
                <w:rFonts w:cs="Arial"/>
                <w:sz w:val="16"/>
                <w:szCs w:val="16"/>
              </w:rPr>
            </w:pPr>
            <w:r w:rsidRPr="00505610">
              <w:rPr>
                <w:rFonts w:cs="Arial"/>
                <w:sz w:val="16"/>
                <w:szCs w:val="16"/>
              </w:rPr>
              <w:t>10322</w:t>
            </w:r>
          </w:p>
        </w:tc>
        <w:tc>
          <w:tcPr>
            <w:tcW w:w="516" w:type="pct"/>
            <w:noWrap/>
            <w:hideMark/>
          </w:tcPr>
          <w:p w14:paraId="03AD232E" w14:textId="77777777" w:rsidR="00000000" w:rsidRPr="00505610" w:rsidRDefault="00000000" w:rsidP="00335561">
            <w:pPr>
              <w:snapToGrid w:val="0"/>
              <w:contextualSpacing/>
              <w:rPr>
                <w:rFonts w:cs="Arial"/>
                <w:sz w:val="16"/>
                <w:szCs w:val="16"/>
              </w:rPr>
            </w:pPr>
            <w:r w:rsidRPr="00505610">
              <w:rPr>
                <w:rFonts w:cs="Arial"/>
                <w:sz w:val="16"/>
                <w:szCs w:val="16"/>
              </w:rPr>
              <w:t>51.9%</w:t>
            </w:r>
          </w:p>
        </w:tc>
        <w:tc>
          <w:tcPr>
            <w:tcW w:w="517" w:type="pct"/>
            <w:noWrap/>
            <w:hideMark/>
          </w:tcPr>
          <w:p w14:paraId="242B4FB7" w14:textId="77777777" w:rsidR="00000000" w:rsidRPr="00505610" w:rsidRDefault="00000000" w:rsidP="00335561">
            <w:pPr>
              <w:snapToGrid w:val="0"/>
              <w:contextualSpacing/>
              <w:rPr>
                <w:rFonts w:cs="Arial"/>
                <w:sz w:val="16"/>
                <w:szCs w:val="16"/>
              </w:rPr>
            </w:pPr>
            <w:r w:rsidRPr="00505610">
              <w:rPr>
                <w:rFonts w:cs="Arial"/>
                <w:sz w:val="16"/>
                <w:szCs w:val="16"/>
              </w:rPr>
              <w:t>9569</w:t>
            </w:r>
          </w:p>
        </w:tc>
        <w:tc>
          <w:tcPr>
            <w:tcW w:w="441" w:type="pct"/>
            <w:noWrap/>
            <w:hideMark/>
          </w:tcPr>
          <w:p w14:paraId="2C9DD535" w14:textId="77777777" w:rsidR="00000000" w:rsidRPr="00505610" w:rsidRDefault="00000000" w:rsidP="00335561">
            <w:pPr>
              <w:snapToGrid w:val="0"/>
              <w:contextualSpacing/>
              <w:rPr>
                <w:rFonts w:cs="Arial"/>
                <w:sz w:val="16"/>
                <w:szCs w:val="16"/>
              </w:rPr>
            </w:pPr>
            <w:r w:rsidRPr="00505610">
              <w:rPr>
                <w:rFonts w:cs="Arial"/>
                <w:sz w:val="16"/>
                <w:szCs w:val="16"/>
              </w:rPr>
              <w:t>48.1%</w:t>
            </w:r>
          </w:p>
        </w:tc>
        <w:tc>
          <w:tcPr>
            <w:tcW w:w="588" w:type="pct"/>
            <w:noWrap/>
            <w:hideMark/>
          </w:tcPr>
          <w:p w14:paraId="3E090ECC" w14:textId="77777777" w:rsidR="00000000" w:rsidRPr="00505610" w:rsidRDefault="00000000" w:rsidP="00335561">
            <w:pPr>
              <w:snapToGrid w:val="0"/>
              <w:contextualSpacing/>
              <w:rPr>
                <w:rFonts w:cs="Arial"/>
                <w:sz w:val="16"/>
                <w:szCs w:val="16"/>
              </w:rPr>
            </w:pPr>
            <w:r w:rsidRPr="00505610">
              <w:rPr>
                <w:rFonts w:cs="Arial"/>
                <w:sz w:val="16"/>
                <w:szCs w:val="16"/>
              </w:rPr>
              <w:t>19891</w:t>
            </w:r>
          </w:p>
        </w:tc>
        <w:tc>
          <w:tcPr>
            <w:tcW w:w="511" w:type="pct"/>
            <w:noWrap/>
            <w:hideMark/>
          </w:tcPr>
          <w:p w14:paraId="7C8978F4"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749987C4" w14:textId="77777777" w:rsidTr="009D0946">
        <w:trPr>
          <w:trHeight w:val="20"/>
        </w:trPr>
        <w:tc>
          <w:tcPr>
            <w:tcW w:w="660" w:type="pct"/>
            <w:vMerge/>
          </w:tcPr>
          <w:p w14:paraId="250758CA" w14:textId="77777777" w:rsidR="00000000" w:rsidRPr="00505610" w:rsidRDefault="00000000" w:rsidP="00335561">
            <w:pPr>
              <w:snapToGrid w:val="0"/>
              <w:contextualSpacing/>
              <w:rPr>
                <w:rFonts w:cs="Arial"/>
                <w:sz w:val="16"/>
                <w:szCs w:val="16"/>
              </w:rPr>
            </w:pPr>
          </w:p>
        </w:tc>
        <w:tc>
          <w:tcPr>
            <w:tcW w:w="1325" w:type="pct"/>
            <w:noWrap/>
            <w:hideMark/>
          </w:tcPr>
          <w:p w14:paraId="25E60504" w14:textId="77777777" w:rsidR="00000000" w:rsidRPr="00505610" w:rsidRDefault="00000000" w:rsidP="00335561">
            <w:pPr>
              <w:snapToGrid w:val="0"/>
              <w:contextualSpacing/>
              <w:rPr>
                <w:rFonts w:cs="Arial"/>
                <w:sz w:val="16"/>
                <w:szCs w:val="16"/>
              </w:rPr>
            </w:pPr>
            <w:r w:rsidRPr="00505610">
              <w:rPr>
                <w:rFonts w:cs="Arial"/>
                <w:sz w:val="16"/>
                <w:szCs w:val="16"/>
              </w:rPr>
              <w:t>56-65</w:t>
            </w:r>
          </w:p>
        </w:tc>
        <w:tc>
          <w:tcPr>
            <w:tcW w:w="442" w:type="pct"/>
            <w:noWrap/>
            <w:hideMark/>
          </w:tcPr>
          <w:p w14:paraId="045B36CF" w14:textId="77777777" w:rsidR="00000000" w:rsidRPr="00505610" w:rsidRDefault="00000000" w:rsidP="00335561">
            <w:pPr>
              <w:snapToGrid w:val="0"/>
              <w:contextualSpacing/>
              <w:rPr>
                <w:rFonts w:cs="Arial"/>
                <w:sz w:val="16"/>
                <w:szCs w:val="16"/>
              </w:rPr>
            </w:pPr>
            <w:r w:rsidRPr="00505610">
              <w:rPr>
                <w:rFonts w:cs="Arial"/>
                <w:sz w:val="16"/>
                <w:szCs w:val="16"/>
              </w:rPr>
              <w:t>13062</w:t>
            </w:r>
          </w:p>
        </w:tc>
        <w:tc>
          <w:tcPr>
            <w:tcW w:w="516" w:type="pct"/>
            <w:noWrap/>
            <w:hideMark/>
          </w:tcPr>
          <w:p w14:paraId="3A525A32" w14:textId="77777777" w:rsidR="00000000" w:rsidRPr="00505610" w:rsidRDefault="00000000" w:rsidP="00335561">
            <w:pPr>
              <w:snapToGrid w:val="0"/>
              <w:contextualSpacing/>
              <w:rPr>
                <w:rFonts w:cs="Arial"/>
                <w:sz w:val="16"/>
                <w:szCs w:val="16"/>
              </w:rPr>
            </w:pPr>
            <w:r w:rsidRPr="00505610">
              <w:rPr>
                <w:rFonts w:cs="Arial"/>
                <w:sz w:val="16"/>
                <w:szCs w:val="16"/>
              </w:rPr>
              <w:t>43.6%</w:t>
            </w:r>
          </w:p>
        </w:tc>
        <w:tc>
          <w:tcPr>
            <w:tcW w:w="517" w:type="pct"/>
            <w:noWrap/>
            <w:hideMark/>
          </w:tcPr>
          <w:p w14:paraId="045B1672" w14:textId="77777777" w:rsidR="00000000" w:rsidRPr="00505610" w:rsidRDefault="00000000" w:rsidP="00335561">
            <w:pPr>
              <w:snapToGrid w:val="0"/>
              <w:contextualSpacing/>
              <w:rPr>
                <w:rFonts w:cs="Arial"/>
                <w:sz w:val="16"/>
                <w:szCs w:val="16"/>
              </w:rPr>
            </w:pPr>
            <w:r w:rsidRPr="00505610">
              <w:rPr>
                <w:rFonts w:cs="Arial"/>
                <w:sz w:val="16"/>
                <w:szCs w:val="16"/>
              </w:rPr>
              <w:t>16900</w:t>
            </w:r>
          </w:p>
        </w:tc>
        <w:tc>
          <w:tcPr>
            <w:tcW w:w="441" w:type="pct"/>
            <w:noWrap/>
            <w:hideMark/>
          </w:tcPr>
          <w:p w14:paraId="3578C491" w14:textId="77777777" w:rsidR="00000000" w:rsidRPr="00505610" w:rsidRDefault="00000000" w:rsidP="00335561">
            <w:pPr>
              <w:snapToGrid w:val="0"/>
              <w:contextualSpacing/>
              <w:rPr>
                <w:rFonts w:cs="Arial"/>
                <w:sz w:val="16"/>
                <w:szCs w:val="16"/>
              </w:rPr>
            </w:pPr>
            <w:r w:rsidRPr="00505610">
              <w:rPr>
                <w:rFonts w:cs="Arial"/>
                <w:sz w:val="16"/>
                <w:szCs w:val="16"/>
              </w:rPr>
              <w:t>56.4%</w:t>
            </w:r>
          </w:p>
        </w:tc>
        <w:tc>
          <w:tcPr>
            <w:tcW w:w="588" w:type="pct"/>
            <w:noWrap/>
            <w:hideMark/>
          </w:tcPr>
          <w:p w14:paraId="7519CE82" w14:textId="77777777" w:rsidR="00000000" w:rsidRPr="00505610" w:rsidRDefault="00000000" w:rsidP="00335561">
            <w:pPr>
              <w:snapToGrid w:val="0"/>
              <w:contextualSpacing/>
              <w:rPr>
                <w:rFonts w:cs="Arial"/>
                <w:sz w:val="16"/>
                <w:szCs w:val="16"/>
              </w:rPr>
            </w:pPr>
            <w:r w:rsidRPr="00505610">
              <w:rPr>
                <w:rFonts w:cs="Arial"/>
                <w:sz w:val="16"/>
                <w:szCs w:val="16"/>
              </w:rPr>
              <w:t>29962</w:t>
            </w:r>
          </w:p>
        </w:tc>
        <w:tc>
          <w:tcPr>
            <w:tcW w:w="511" w:type="pct"/>
            <w:noWrap/>
            <w:hideMark/>
          </w:tcPr>
          <w:p w14:paraId="7A143747"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26005688" w14:textId="77777777" w:rsidTr="009D0946">
        <w:trPr>
          <w:trHeight w:val="20"/>
        </w:trPr>
        <w:tc>
          <w:tcPr>
            <w:tcW w:w="660" w:type="pct"/>
            <w:vMerge/>
          </w:tcPr>
          <w:p w14:paraId="40FA567A" w14:textId="77777777" w:rsidR="00000000" w:rsidRPr="00505610" w:rsidRDefault="00000000" w:rsidP="00335561">
            <w:pPr>
              <w:snapToGrid w:val="0"/>
              <w:contextualSpacing/>
              <w:rPr>
                <w:rFonts w:cs="Arial"/>
                <w:sz w:val="16"/>
                <w:szCs w:val="16"/>
              </w:rPr>
            </w:pPr>
          </w:p>
        </w:tc>
        <w:tc>
          <w:tcPr>
            <w:tcW w:w="1325" w:type="pct"/>
            <w:noWrap/>
            <w:hideMark/>
          </w:tcPr>
          <w:p w14:paraId="5ED44BED" w14:textId="77777777" w:rsidR="00000000" w:rsidRPr="00505610" w:rsidRDefault="00000000" w:rsidP="00335561">
            <w:pPr>
              <w:snapToGrid w:val="0"/>
              <w:contextualSpacing/>
              <w:rPr>
                <w:rFonts w:cs="Arial"/>
                <w:sz w:val="16"/>
                <w:szCs w:val="16"/>
              </w:rPr>
            </w:pPr>
            <w:r w:rsidRPr="00505610">
              <w:rPr>
                <w:rFonts w:cs="Arial"/>
                <w:sz w:val="16"/>
                <w:szCs w:val="16"/>
              </w:rPr>
              <w:t>&gt;65</w:t>
            </w:r>
          </w:p>
        </w:tc>
        <w:tc>
          <w:tcPr>
            <w:tcW w:w="442" w:type="pct"/>
            <w:noWrap/>
            <w:hideMark/>
          </w:tcPr>
          <w:p w14:paraId="1171B97D" w14:textId="77777777" w:rsidR="00000000" w:rsidRPr="00505610" w:rsidRDefault="00000000" w:rsidP="00335561">
            <w:pPr>
              <w:snapToGrid w:val="0"/>
              <w:contextualSpacing/>
              <w:rPr>
                <w:rFonts w:cs="Arial"/>
                <w:sz w:val="16"/>
                <w:szCs w:val="16"/>
              </w:rPr>
            </w:pPr>
            <w:r w:rsidRPr="00505610">
              <w:rPr>
                <w:rFonts w:cs="Arial"/>
                <w:sz w:val="16"/>
                <w:szCs w:val="16"/>
              </w:rPr>
              <w:t>12435</w:t>
            </w:r>
          </w:p>
        </w:tc>
        <w:tc>
          <w:tcPr>
            <w:tcW w:w="516" w:type="pct"/>
            <w:noWrap/>
            <w:hideMark/>
          </w:tcPr>
          <w:p w14:paraId="52E5A396" w14:textId="77777777" w:rsidR="00000000" w:rsidRPr="00505610" w:rsidRDefault="00000000" w:rsidP="00335561">
            <w:pPr>
              <w:snapToGrid w:val="0"/>
              <w:contextualSpacing/>
              <w:rPr>
                <w:rFonts w:cs="Arial"/>
                <w:sz w:val="16"/>
                <w:szCs w:val="16"/>
              </w:rPr>
            </w:pPr>
            <w:r w:rsidRPr="00505610">
              <w:rPr>
                <w:rFonts w:cs="Arial"/>
                <w:sz w:val="16"/>
                <w:szCs w:val="16"/>
              </w:rPr>
              <w:t>32.4%</w:t>
            </w:r>
          </w:p>
        </w:tc>
        <w:tc>
          <w:tcPr>
            <w:tcW w:w="517" w:type="pct"/>
            <w:noWrap/>
            <w:hideMark/>
          </w:tcPr>
          <w:p w14:paraId="4EC18DA7" w14:textId="77777777" w:rsidR="00000000" w:rsidRPr="00505610" w:rsidRDefault="00000000" w:rsidP="00335561">
            <w:pPr>
              <w:snapToGrid w:val="0"/>
              <w:contextualSpacing/>
              <w:rPr>
                <w:rFonts w:cs="Arial"/>
                <w:sz w:val="16"/>
                <w:szCs w:val="16"/>
              </w:rPr>
            </w:pPr>
            <w:r w:rsidRPr="00505610">
              <w:rPr>
                <w:rFonts w:cs="Arial"/>
                <w:sz w:val="16"/>
                <w:szCs w:val="16"/>
              </w:rPr>
              <w:t>25986</w:t>
            </w:r>
          </w:p>
        </w:tc>
        <w:tc>
          <w:tcPr>
            <w:tcW w:w="441" w:type="pct"/>
            <w:noWrap/>
            <w:hideMark/>
          </w:tcPr>
          <w:p w14:paraId="7264298A" w14:textId="77777777" w:rsidR="00000000" w:rsidRPr="00505610" w:rsidRDefault="00000000" w:rsidP="00335561">
            <w:pPr>
              <w:snapToGrid w:val="0"/>
              <w:contextualSpacing/>
              <w:rPr>
                <w:rFonts w:cs="Arial"/>
                <w:sz w:val="16"/>
                <w:szCs w:val="16"/>
              </w:rPr>
            </w:pPr>
            <w:r w:rsidRPr="00505610">
              <w:rPr>
                <w:rFonts w:cs="Arial"/>
                <w:sz w:val="16"/>
                <w:szCs w:val="16"/>
              </w:rPr>
              <w:t>67.6%</w:t>
            </w:r>
          </w:p>
        </w:tc>
        <w:tc>
          <w:tcPr>
            <w:tcW w:w="588" w:type="pct"/>
            <w:noWrap/>
            <w:hideMark/>
          </w:tcPr>
          <w:p w14:paraId="079A863A" w14:textId="77777777" w:rsidR="00000000" w:rsidRPr="00505610" w:rsidRDefault="00000000" w:rsidP="00335561">
            <w:pPr>
              <w:snapToGrid w:val="0"/>
              <w:contextualSpacing/>
              <w:rPr>
                <w:rFonts w:cs="Arial"/>
                <w:sz w:val="16"/>
                <w:szCs w:val="16"/>
              </w:rPr>
            </w:pPr>
            <w:r w:rsidRPr="00505610">
              <w:rPr>
                <w:rFonts w:cs="Arial"/>
                <w:sz w:val="16"/>
                <w:szCs w:val="16"/>
              </w:rPr>
              <w:t>38421</w:t>
            </w:r>
          </w:p>
        </w:tc>
        <w:tc>
          <w:tcPr>
            <w:tcW w:w="511" w:type="pct"/>
            <w:noWrap/>
            <w:hideMark/>
          </w:tcPr>
          <w:p w14:paraId="4E1C128C"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262E1A77" w14:textId="77777777" w:rsidTr="009D0946">
        <w:trPr>
          <w:trHeight w:val="20"/>
        </w:trPr>
        <w:tc>
          <w:tcPr>
            <w:tcW w:w="660" w:type="pct"/>
            <w:vMerge/>
          </w:tcPr>
          <w:p w14:paraId="760478CB" w14:textId="77777777" w:rsidR="00000000" w:rsidRPr="00505610" w:rsidRDefault="00000000" w:rsidP="00335561">
            <w:pPr>
              <w:snapToGrid w:val="0"/>
              <w:contextualSpacing/>
              <w:rPr>
                <w:rFonts w:cs="Arial"/>
                <w:sz w:val="16"/>
                <w:szCs w:val="16"/>
              </w:rPr>
            </w:pPr>
          </w:p>
        </w:tc>
        <w:tc>
          <w:tcPr>
            <w:tcW w:w="1325" w:type="pct"/>
            <w:noWrap/>
            <w:hideMark/>
          </w:tcPr>
          <w:p w14:paraId="249AF856" w14:textId="77777777" w:rsidR="00000000" w:rsidRPr="00505610" w:rsidRDefault="00000000" w:rsidP="00335561">
            <w:pPr>
              <w:snapToGrid w:val="0"/>
              <w:contextualSpacing/>
              <w:rPr>
                <w:rFonts w:cs="Arial"/>
                <w:sz w:val="16"/>
                <w:szCs w:val="16"/>
              </w:rPr>
            </w:pPr>
            <w:r w:rsidRPr="00505610">
              <w:rPr>
                <w:rFonts w:cs="Arial"/>
                <w:sz w:val="16"/>
                <w:szCs w:val="16"/>
              </w:rPr>
              <w:t>Missing</w:t>
            </w:r>
          </w:p>
        </w:tc>
        <w:tc>
          <w:tcPr>
            <w:tcW w:w="442" w:type="pct"/>
            <w:noWrap/>
            <w:hideMark/>
          </w:tcPr>
          <w:p w14:paraId="6835C6FE" w14:textId="77777777" w:rsidR="00000000" w:rsidRPr="00505610" w:rsidRDefault="00000000" w:rsidP="00335561">
            <w:pPr>
              <w:snapToGrid w:val="0"/>
              <w:contextualSpacing/>
              <w:rPr>
                <w:rFonts w:cs="Arial"/>
                <w:sz w:val="16"/>
                <w:szCs w:val="16"/>
              </w:rPr>
            </w:pPr>
            <w:r w:rsidRPr="00505610">
              <w:rPr>
                <w:rFonts w:cs="Arial"/>
                <w:sz w:val="16"/>
                <w:szCs w:val="16"/>
              </w:rPr>
              <w:t>36</w:t>
            </w:r>
          </w:p>
        </w:tc>
        <w:tc>
          <w:tcPr>
            <w:tcW w:w="516" w:type="pct"/>
            <w:noWrap/>
            <w:hideMark/>
          </w:tcPr>
          <w:p w14:paraId="721FF09C" w14:textId="77777777" w:rsidR="00000000" w:rsidRPr="00505610" w:rsidRDefault="00000000" w:rsidP="00335561">
            <w:pPr>
              <w:snapToGrid w:val="0"/>
              <w:contextualSpacing/>
              <w:rPr>
                <w:rFonts w:cs="Arial"/>
                <w:sz w:val="16"/>
                <w:szCs w:val="16"/>
              </w:rPr>
            </w:pPr>
            <w:r w:rsidRPr="00505610">
              <w:rPr>
                <w:rFonts w:cs="Arial"/>
                <w:sz w:val="16"/>
                <w:szCs w:val="16"/>
              </w:rPr>
              <w:t>43.4%</w:t>
            </w:r>
          </w:p>
        </w:tc>
        <w:tc>
          <w:tcPr>
            <w:tcW w:w="517" w:type="pct"/>
            <w:noWrap/>
            <w:hideMark/>
          </w:tcPr>
          <w:p w14:paraId="4E5E97EB" w14:textId="77777777" w:rsidR="00000000" w:rsidRPr="00505610" w:rsidRDefault="00000000" w:rsidP="00335561">
            <w:pPr>
              <w:snapToGrid w:val="0"/>
              <w:contextualSpacing/>
              <w:rPr>
                <w:rFonts w:cs="Arial"/>
                <w:sz w:val="16"/>
                <w:szCs w:val="16"/>
              </w:rPr>
            </w:pPr>
            <w:r w:rsidRPr="00505610">
              <w:rPr>
                <w:rFonts w:cs="Arial"/>
                <w:sz w:val="16"/>
                <w:szCs w:val="16"/>
              </w:rPr>
              <w:t>47</w:t>
            </w:r>
          </w:p>
        </w:tc>
        <w:tc>
          <w:tcPr>
            <w:tcW w:w="441" w:type="pct"/>
            <w:noWrap/>
            <w:hideMark/>
          </w:tcPr>
          <w:p w14:paraId="1DF6E6F8" w14:textId="77777777" w:rsidR="00000000" w:rsidRPr="00505610" w:rsidRDefault="00000000" w:rsidP="00335561">
            <w:pPr>
              <w:snapToGrid w:val="0"/>
              <w:contextualSpacing/>
              <w:rPr>
                <w:rFonts w:cs="Arial"/>
                <w:sz w:val="16"/>
                <w:szCs w:val="16"/>
              </w:rPr>
            </w:pPr>
            <w:r w:rsidRPr="00505610">
              <w:rPr>
                <w:rFonts w:cs="Arial"/>
                <w:sz w:val="16"/>
                <w:szCs w:val="16"/>
              </w:rPr>
              <w:t>56.6%</w:t>
            </w:r>
          </w:p>
        </w:tc>
        <w:tc>
          <w:tcPr>
            <w:tcW w:w="588" w:type="pct"/>
            <w:noWrap/>
            <w:hideMark/>
          </w:tcPr>
          <w:p w14:paraId="24076E58" w14:textId="77777777" w:rsidR="00000000" w:rsidRPr="00505610" w:rsidRDefault="00000000" w:rsidP="00335561">
            <w:pPr>
              <w:snapToGrid w:val="0"/>
              <w:contextualSpacing/>
              <w:rPr>
                <w:rFonts w:cs="Arial"/>
                <w:sz w:val="16"/>
                <w:szCs w:val="16"/>
              </w:rPr>
            </w:pPr>
            <w:r w:rsidRPr="00505610">
              <w:rPr>
                <w:rFonts w:cs="Arial"/>
                <w:sz w:val="16"/>
                <w:szCs w:val="16"/>
              </w:rPr>
              <w:t>83</w:t>
            </w:r>
          </w:p>
        </w:tc>
        <w:tc>
          <w:tcPr>
            <w:tcW w:w="511" w:type="pct"/>
            <w:noWrap/>
            <w:hideMark/>
          </w:tcPr>
          <w:p w14:paraId="4C20ECED"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2E5CF610" w14:textId="77777777" w:rsidTr="009D0946">
        <w:trPr>
          <w:trHeight w:val="20"/>
        </w:trPr>
        <w:tc>
          <w:tcPr>
            <w:tcW w:w="660" w:type="pct"/>
            <w:vMerge w:val="restart"/>
          </w:tcPr>
          <w:p w14:paraId="51B9FCF4" w14:textId="77777777" w:rsidR="00000000" w:rsidRPr="00505610" w:rsidRDefault="00000000" w:rsidP="00335561">
            <w:pPr>
              <w:snapToGrid w:val="0"/>
              <w:contextualSpacing/>
              <w:rPr>
                <w:rFonts w:cs="Arial"/>
                <w:sz w:val="16"/>
                <w:szCs w:val="16"/>
              </w:rPr>
            </w:pPr>
            <w:r w:rsidRPr="00505610">
              <w:rPr>
                <w:rFonts w:cs="Arial"/>
                <w:b/>
                <w:bCs/>
                <w:sz w:val="16"/>
                <w:szCs w:val="16"/>
              </w:rPr>
              <w:t>Gender</w:t>
            </w:r>
          </w:p>
        </w:tc>
        <w:tc>
          <w:tcPr>
            <w:tcW w:w="1325" w:type="pct"/>
            <w:noWrap/>
            <w:hideMark/>
          </w:tcPr>
          <w:p w14:paraId="6729FF8B" w14:textId="77777777" w:rsidR="00000000" w:rsidRPr="00505610" w:rsidRDefault="00000000" w:rsidP="00335561">
            <w:pPr>
              <w:snapToGrid w:val="0"/>
              <w:contextualSpacing/>
              <w:rPr>
                <w:rFonts w:cs="Arial"/>
                <w:sz w:val="16"/>
                <w:szCs w:val="16"/>
              </w:rPr>
            </w:pPr>
            <w:r w:rsidRPr="00505610">
              <w:rPr>
                <w:rFonts w:cs="Arial"/>
                <w:sz w:val="16"/>
                <w:szCs w:val="16"/>
              </w:rPr>
              <w:t>Female</w:t>
            </w:r>
          </w:p>
        </w:tc>
        <w:tc>
          <w:tcPr>
            <w:tcW w:w="442" w:type="pct"/>
            <w:noWrap/>
            <w:hideMark/>
          </w:tcPr>
          <w:p w14:paraId="513D6EB5" w14:textId="77777777" w:rsidR="00000000" w:rsidRPr="00505610" w:rsidRDefault="00000000" w:rsidP="00335561">
            <w:pPr>
              <w:snapToGrid w:val="0"/>
              <w:contextualSpacing/>
              <w:rPr>
                <w:rFonts w:cs="Arial"/>
                <w:sz w:val="16"/>
                <w:szCs w:val="16"/>
              </w:rPr>
            </w:pPr>
            <w:r w:rsidRPr="00505610">
              <w:rPr>
                <w:rFonts w:cs="Arial"/>
                <w:sz w:val="16"/>
                <w:szCs w:val="16"/>
              </w:rPr>
              <w:t>35138</w:t>
            </w:r>
          </w:p>
        </w:tc>
        <w:tc>
          <w:tcPr>
            <w:tcW w:w="516" w:type="pct"/>
            <w:noWrap/>
            <w:hideMark/>
          </w:tcPr>
          <w:p w14:paraId="3CCCEF38" w14:textId="77777777" w:rsidR="00000000" w:rsidRPr="00505610" w:rsidRDefault="00000000" w:rsidP="00335561">
            <w:pPr>
              <w:snapToGrid w:val="0"/>
              <w:contextualSpacing/>
              <w:rPr>
                <w:rFonts w:cs="Arial"/>
                <w:sz w:val="16"/>
                <w:szCs w:val="16"/>
              </w:rPr>
            </w:pPr>
            <w:r w:rsidRPr="00505610">
              <w:rPr>
                <w:rFonts w:cs="Arial"/>
                <w:sz w:val="16"/>
                <w:szCs w:val="16"/>
              </w:rPr>
              <w:t>47.4%</w:t>
            </w:r>
          </w:p>
        </w:tc>
        <w:tc>
          <w:tcPr>
            <w:tcW w:w="517" w:type="pct"/>
            <w:noWrap/>
            <w:hideMark/>
          </w:tcPr>
          <w:p w14:paraId="1D020C8A" w14:textId="77777777" w:rsidR="00000000" w:rsidRPr="00505610" w:rsidRDefault="00000000" w:rsidP="00335561">
            <w:pPr>
              <w:snapToGrid w:val="0"/>
              <w:contextualSpacing/>
              <w:rPr>
                <w:rFonts w:cs="Arial"/>
                <w:sz w:val="16"/>
                <w:szCs w:val="16"/>
              </w:rPr>
            </w:pPr>
            <w:r w:rsidRPr="00505610">
              <w:rPr>
                <w:rFonts w:cs="Arial"/>
                <w:sz w:val="16"/>
                <w:szCs w:val="16"/>
              </w:rPr>
              <w:t>39063</w:t>
            </w:r>
          </w:p>
        </w:tc>
        <w:tc>
          <w:tcPr>
            <w:tcW w:w="441" w:type="pct"/>
            <w:noWrap/>
            <w:hideMark/>
          </w:tcPr>
          <w:p w14:paraId="72A7D1C3" w14:textId="77777777" w:rsidR="00000000" w:rsidRPr="00505610" w:rsidRDefault="00000000" w:rsidP="00335561">
            <w:pPr>
              <w:snapToGrid w:val="0"/>
              <w:contextualSpacing/>
              <w:rPr>
                <w:rFonts w:cs="Arial"/>
                <w:sz w:val="16"/>
                <w:szCs w:val="16"/>
              </w:rPr>
            </w:pPr>
            <w:r w:rsidRPr="00505610">
              <w:rPr>
                <w:rFonts w:cs="Arial"/>
                <w:sz w:val="16"/>
                <w:szCs w:val="16"/>
              </w:rPr>
              <w:t>52.6%</w:t>
            </w:r>
          </w:p>
        </w:tc>
        <w:tc>
          <w:tcPr>
            <w:tcW w:w="588" w:type="pct"/>
            <w:noWrap/>
            <w:hideMark/>
          </w:tcPr>
          <w:p w14:paraId="2B27188F" w14:textId="77777777" w:rsidR="00000000" w:rsidRPr="00505610" w:rsidRDefault="00000000" w:rsidP="00335561">
            <w:pPr>
              <w:snapToGrid w:val="0"/>
              <w:contextualSpacing/>
              <w:rPr>
                <w:rFonts w:cs="Arial"/>
                <w:sz w:val="16"/>
                <w:szCs w:val="16"/>
              </w:rPr>
            </w:pPr>
            <w:r w:rsidRPr="00505610">
              <w:rPr>
                <w:rFonts w:cs="Arial"/>
                <w:sz w:val="16"/>
                <w:szCs w:val="16"/>
              </w:rPr>
              <w:t>74201</w:t>
            </w:r>
          </w:p>
        </w:tc>
        <w:tc>
          <w:tcPr>
            <w:tcW w:w="511" w:type="pct"/>
            <w:noWrap/>
            <w:hideMark/>
          </w:tcPr>
          <w:p w14:paraId="15E5DD06"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543759EE" w14:textId="77777777" w:rsidTr="009D0946">
        <w:trPr>
          <w:trHeight w:val="20"/>
        </w:trPr>
        <w:tc>
          <w:tcPr>
            <w:tcW w:w="660" w:type="pct"/>
            <w:vMerge/>
          </w:tcPr>
          <w:p w14:paraId="3F589735" w14:textId="77777777" w:rsidR="00000000" w:rsidRPr="00505610" w:rsidRDefault="00000000" w:rsidP="00335561">
            <w:pPr>
              <w:snapToGrid w:val="0"/>
              <w:contextualSpacing/>
              <w:rPr>
                <w:rFonts w:cs="Arial"/>
                <w:sz w:val="16"/>
                <w:szCs w:val="16"/>
              </w:rPr>
            </w:pPr>
          </w:p>
        </w:tc>
        <w:tc>
          <w:tcPr>
            <w:tcW w:w="1325" w:type="pct"/>
            <w:noWrap/>
            <w:hideMark/>
          </w:tcPr>
          <w:p w14:paraId="44ADAC76" w14:textId="77777777" w:rsidR="00000000" w:rsidRPr="00505610" w:rsidRDefault="00000000" w:rsidP="00335561">
            <w:pPr>
              <w:snapToGrid w:val="0"/>
              <w:contextualSpacing/>
              <w:rPr>
                <w:rFonts w:cs="Arial"/>
                <w:sz w:val="16"/>
                <w:szCs w:val="16"/>
              </w:rPr>
            </w:pPr>
            <w:r w:rsidRPr="00505610">
              <w:rPr>
                <w:rFonts w:cs="Arial"/>
                <w:sz w:val="16"/>
                <w:szCs w:val="16"/>
              </w:rPr>
              <w:t>Male</w:t>
            </w:r>
          </w:p>
        </w:tc>
        <w:tc>
          <w:tcPr>
            <w:tcW w:w="442" w:type="pct"/>
            <w:noWrap/>
            <w:hideMark/>
          </w:tcPr>
          <w:p w14:paraId="55BE0D66" w14:textId="77777777" w:rsidR="00000000" w:rsidRPr="00505610" w:rsidRDefault="00000000" w:rsidP="00335561">
            <w:pPr>
              <w:snapToGrid w:val="0"/>
              <w:contextualSpacing/>
              <w:rPr>
                <w:rFonts w:cs="Arial"/>
                <w:sz w:val="16"/>
                <w:szCs w:val="16"/>
              </w:rPr>
            </w:pPr>
            <w:r w:rsidRPr="00505610">
              <w:rPr>
                <w:rFonts w:cs="Arial"/>
                <w:sz w:val="16"/>
                <w:szCs w:val="16"/>
              </w:rPr>
              <w:t>20988</w:t>
            </w:r>
          </w:p>
        </w:tc>
        <w:tc>
          <w:tcPr>
            <w:tcW w:w="516" w:type="pct"/>
            <w:noWrap/>
            <w:hideMark/>
          </w:tcPr>
          <w:p w14:paraId="7714D66C" w14:textId="77777777" w:rsidR="00000000" w:rsidRPr="00505610" w:rsidRDefault="00000000" w:rsidP="00335561">
            <w:pPr>
              <w:snapToGrid w:val="0"/>
              <w:contextualSpacing/>
              <w:rPr>
                <w:rFonts w:cs="Arial"/>
                <w:sz w:val="16"/>
                <w:szCs w:val="16"/>
              </w:rPr>
            </w:pPr>
            <w:r w:rsidRPr="00505610">
              <w:rPr>
                <w:rFonts w:cs="Arial"/>
                <w:sz w:val="16"/>
                <w:szCs w:val="16"/>
              </w:rPr>
              <w:t>46.3%</w:t>
            </w:r>
          </w:p>
        </w:tc>
        <w:tc>
          <w:tcPr>
            <w:tcW w:w="517" w:type="pct"/>
            <w:noWrap/>
            <w:hideMark/>
          </w:tcPr>
          <w:p w14:paraId="7572DB4D" w14:textId="77777777" w:rsidR="00000000" w:rsidRPr="00505610" w:rsidRDefault="00000000" w:rsidP="00335561">
            <w:pPr>
              <w:snapToGrid w:val="0"/>
              <w:contextualSpacing/>
              <w:rPr>
                <w:rFonts w:cs="Arial"/>
                <w:sz w:val="16"/>
                <w:szCs w:val="16"/>
              </w:rPr>
            </w:pPr>
            <w:r w:rsidRPr="00505610">
              <w:rPr>
                <w:rFonts w:cs="Arial"/>
                <w:sz w:val="16"/>
                <w:szCs w:val="16"/>
              </w:rPr>
              <w:t>24301</w:t>
            </w:r>
          </w:p>
        </w:tc>
        <w:tc>
          <w:tcPr>
            <w:tcW w:w="441" w:type="pct"/>
            <w:noWrap/>
            <w:hideMark/>
          </w:tcPr>
          <w:p w14:paraId="525412BB" w14:textId="77777777" w:rsidR="00000000" w:rsidRPr="00505610" w:rsidRDefault="00000000" w:rsidP="00335561">
            <w:pPr>
              <w:snapToGrid w:val="0"/>
              <w:contextualSpacing/>
              <w:rPr>
                <w:rFonts w:cs="Arial"/>
                <w:sz w:val="16"/>
                <w:szCs w:val="16"/>
              </w:rPr>
            </w:pPr>
            <w:r w:rsidRPr="00505610">
              <w:rPr>
                <w:rFonts w:cs="Arial"/>
                <w:sz w:val="16"/>
                <w:szCs w:val="16"/>
              </w:rPr>
              <w:t>53.7%</w:t>
            </w:r>
          </w:p>
        </w:tc>
        <w:tc>
          <w:tcPr>
            <w:tcW w:w="588" w:type="pct"/>
            <w:noWrap/>
            <w:hideMark/>
          </w:tcPr>
          <w:p w14:paraId="7E5F7037" w14:textId="77777777" w:rsidR="00000000" w:rsidRPr="00505610" w:rsidRDefault="00000000" w:rsidP="00335561">
            <w:pPr>
              <w:snapToGrid w:val="0"/>
              <w:contextualSpacing/>
              <w:rPr>
                <w:rFonts w:cs="Arial"/>
                <w:sz w:val="16"/>
                <w:szCs w:val="16"/>
              </w:rPr>
            </w:pPr>
            <w:r w:rsidRPr="00505610">
              <w:rPr>
                <w:rFonts w:cs="Arial"/>
                <w:sz w:val="16"/>
                <w:szCs w:val="16"/>
              </w:rPr>
              <w:t>45289</w:t>
            </w:r>
          </w:p>
        </w:tc>
        <w:tc>
          <w:tcPr>
            <w:tcW w:w="511" w:type="pct"/>
            <w:noWrap/>
            <w:hideMark/>
          </w:tcPr>
          <w:p w14:paraId="2E60D77B"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71E3AA24" w14:textId="77777777" w:rsidTr="009D0946">
        <w:trPr>
          <w:trHeight w:val="20"/>
        </w:trPr>
        <w:tc>
          <w:tcPr>
            <w:tcW w:w="660" w:type="pct"/>
            <w:vMerge/>
          </w:tcPr>
          <w:p w14:paraId="6A81EDE7" w14:textId="77777777" w:rsidR="00000000" w:rsidRPr="00505610" w:rsidRDefault="00000000" w:rsidP="00335561">
            <w:pPr>
              <w:snapToGrid w:val="0"/>
              <w:contextualSpacing/>
              <w:rPr>
                <w:rFonts w:cs="Arial"/>
                <w:sz w:val="16"/>
                <w:szCs w:val="16"/>
              </w:rPr>
            </w:pPr>
          </w:p>
        </w:tc>
        <w:tc>
          <w:tcPr>
            <w:tcW w:w="1325" w:type="pct"/>
            <w:noWrap/>
            <w:hideMark/>
          </w:tcPr>
          <w:p w14:paraId="1590AD15" w14:textId="77777777" w:rsidR="00000000" w:rsidRPr="00505610" w:rsidRDefault="00000000" w:rsidP="00335561">
            <w:pPr>
              <w:snapToGrid w:val="0"/>
              <w:contextualSpacing/>
              <w:rPr>
                <w:rFonts w:cs="Arial"/>
                <w:sz w:val="16"/>
                <w:szCs w:val="16"/>
              </w:rPr>
            </w:pPr>
            <w:r w:rsidRPr="00505610">
              <w:rPr>
                <w:rFonts w:cs="Arial"/>
                <w:sz w:val="16"/>
                <w:szCs w:val="16"/>
              </w:rPr>
              <w:t>Other</w:t>
            </w:r>
          </w:p>
        </w:tc>
        <w:tc>
          <w:tcPr>
            <w:tcW w:w="442" w:type="pct"/>
            <w:noWrap/>
            <w:hideMark/>
          </w:tcPr>
          <w:p w14:paraId="6A4CC343" w14:textId="77777777" w:rsidR="00000000" w:rsidRPr="00505610" w:rsidRDefault="00000000" w:rsidP="00335561">
            <w:pPr>
              <w:snapToGrid w:val="0"/>
              <w:contextualSpacing/>
              <w:rPr>
                <w:rFonts w:cs="Arial"/>
                <w:sz w:val="16"/>
                <w:szCs w:val="16"/>
              </w:rPr>
            </w:pPr>
            <w:r w:rsidRPr="00505610">
              <w:rPr>
                <w:rFonts w:cs="Arial"/>
                <w:sz w:val="16"/>
                <w:szCs w:val="16"/>
              </w:rPr>
              <w:t>532</w:t>
            </w:r>
          </w:p>
        </w:tc>
        <w:tc>
          <w:tcPr>
            <w:tcW w:w="516" w:type="pct"/>
            <w:noWrap/>
            <w:hideMark/>
          </w:tcPr>
          <w:p w14:paraId="1DEBC9DE" w14:textId="77777777" w:rsidR="00000000" w:rsidRPr="00505610" w:rsidRDefault="00000000" w:rsidP="00335561">
            <w:pPr>
              <w:snapToGrid w:val="0"/>
              <w:contextualSpacing/>
              <w:rPr>
                <w:rFonts w:cs="Arial"/>
                <w:sz w:val="16"/>
                <w:szCs w:val="16"/>
              </w:rPr>
            </w:pPr>
            <w:r w:rsidRPr="00505610">
              <w:rPr>
                <w:rFonts w:cs="Arial"/>
                <w:sz w:val="16"/>
                <w:szCs w:val="16"/>
              </w:rPr>
              <w:t>74.2%</w:t>
            </w:r>
          </w:p>
        </w:tc>
        <w:tc>
          <w:tcPr>
            <w:tcW w:w="517" w:type="pct"/>
            <w:noWrap/>
            <w:hideMark/>
          </w:tcPr>
          <w:p w14:paraId="79AC0C08" w14:textId="77777777" w:rsidR="00000000" w:rsidRPr="00505610" w:rsidRDefault="00000000" w:rsidP="00335561">
            <w:pPr>
              <w:snapToGrid w:val="0"/>
              <w:contextualSpacing/>
              <w:rPr>
                <w:rFonts w:cs="Arial"/>
                <w:sz w:val="16"/>
                <w:szCs w:val="16"/>
              </w:rPr>
            </w:pPr>
            <w:r w:rsidRPr="00505610">
              <w:rPr>
                <w:rFonts w:cs="Arial"/>
                <w:sz w:val="16"/>
                <w:szCs w:val="16"/>
              </w:rPr>
              <w:t>185</w:t>
            </w:r>
          </w:p>
        </w:tc>
        <w:tc>
          <w:tcPr>
            <w:tcW w:w="441" w:type="pct"/>
            <w:noWrap/>
            <w:hideMark/>
          </w:tcPr>
          <w:p w14:paraId="58568C8F" w14:textId="77777777" w:rsidR="00000000" w:rsidRPr="00505610" w:rsidRDefault="00000000" w:rsidP="00335561">
            <w:pPr>
              <w:snapToGrid w:val="0"/>
              <w:contextualSpacing/>
              <w:rPr>
                <w:rFonts w:cs="Arial"/>
                <w:sz w:val="16"/>
                <w:szCs w:val="16"/>
              </w:rPr>
            </w:pPr>
            <w:r w:rsidRPr="00505610">
              <w:rPr>
                <w:rFonts w:cs="Arial"/>
                <w:sz w:val="16"/>
                <w:szCs w:val="16"/>
              </w:rPr>
              <w:t>25.8%</w:t>
            </w:r>
          </w:p>
        </w:tc>
        <w:tc>
          <w:tcPr>
            <w:tcW w:w="588" w:type="pct"/>
            <w:noWrap/>
            <w:hideMark/>
          </w:tcPr>
          <w:p w14:paraId="0B5B3B52" w14:textId="77777777" w:rsidR="00000000" w:rsidRPr="00505610" w:rsidRDefault="00000000" w:rsidP="00335561">
            <w:pPr>
              <w:snapToGrid w:val="0"/>
              <w:contextualSpacing/>
              <w:rPr>
                <w:rFonts w:cs="Arial"/>
                <w:sz w:val="16"/>
                <w:szCs w:val="16"/>
              </w:rPr>
            </w:pPr>
            <w:r w:rsidRPr="00505610">
              <w:rPr>
                <w:rFonts w:cs="Arial"/>
                <w:sz w:val="16"/>
                <w:szCs w:val="16"/>
              </w:rPr>
              <w:t>717</w:t>
            </w:r>
          </w:p>
        </w:tc>
        <w:tc>
          <w:tcPr>
            <w:tcW w:w="511" w:type="pct"/>
            <w:noWrap/>
            <w:hideMark/>
          </w:tcPr>
          <w:p w14:paraId="45FF6572"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716B529F" w14:textId="77777777" w:rsidTr="009D0946">
        <w:trPr>
          <w:trHeight w:val="20"/>
        </w:trPr>
        <w:tc>
          <w:tcPr>
            <w:tcW w:w="660" w:type="pct"/>
            <w:vMerge/>
          </w:tcPr>
          <w:p w14:paraId="46031E37" w14:textId="77777777" w:rsidR="00000000" w:rsidRPr="00505610" w:rsidRDefault="00000000" w:rsidP="00335561">
            <w:pPr>
              <w:snapToGrid w:val="0"/>
              <w:contextualSpacing/>
              <w:rPr>
                <w:rFonts w:cs="Arial"/>
                <w:sz w:val="16"/>
                <w:szCs w:val="16"/>
              </w:rPr>
            </w:pPr>
          </w:p>
        </w:tc>
        <w:tc>
          <w:tcPr>
            <w:tcW w:w="1325" w:type="pct"/>
            <w:noWrap/>
            <w:hideMark/>
          </w:tcPr>
          <w:p w14:paraId="00AAF67B" w14:textId="77777777" w:rsidR="00000000" w:rsidRPr="00505610" w:rsidRDefault="00000000" w:rsidP="00335561">
            <w:pPr>
              <w:snapToGrid w:val="0"/>
              <w:contextualSpacing/>
              <w:rPr>
                <w:rFonts w:cs="Arial"/>
                <w:sz w:val="16"/>
                <w:szCs w:val="16"/>
              </w:rPr>
            </w:pPr>
            <w:r w:rsidRPr="00505610">
              <w:rPr>
                <w:rFonts w:cs="Arial"/>
                <w:sz w:val="16"/>
                <w:szCs w:val="16"/>
              </w:rPr>
              <w:t>Would rather not say</w:t>
            </w:r>
          </w:p>
        </w:tc>
        <w:tc>
          <w:tcPr>
            <w:tcW w:w="442" w:type="pct"/>
            <w:noWrap/>
            <w:hideMark/>
          </w:tcPr>
          <w:p w14:paraId="39BE7FA3" w14:textId="77777777" w:rsidR="00000000" w:rsidRPr="00505610" w:rsidRDefault="00000000" w:rsidP="00335561">
            <w:pPr>
              <w:snapToGrid w:val="0"/>
              <w:contextualSpacing/>
              <w:rPr>
                <w:rFonts w:cs="Arial"/>
                <w:sz w:val="16"/>
                <w:szCs w:val="16"/>
              </w:rPr>
            </w:pPr>
            <w:r w:rsidRPr="00505610">
              <w:rPr>
                <w:rFonts w:cs="Arial"/>
                <w:sz w:val="16"/>
                <w:szCs w:val="16"/>
              </w:rPr>
              <w:t>221</w:t>
            </w:r>
          </w:p>
        </w:tc>
        <w:tc>
          <w:tcPr>
            <w:tcW w:w="516" w:type="pct"/>
            <w:noWrap/>
            <w:hideMark/>
          </w:tcPr>
          <w:p w14:paraId="5C335779" w14:textId="77777777" w:rsidR="00000000" w:rsidRPr="00505610" w:rsidRDefault="00000000" w:rsidP="00335561">
            <w:pPr>
              <w:snapToGrid w:val="0"/>
              <w:contextualSpacing/>
              <w:rPr>
                <w:rFonts w:cs="Arial"/>
                <w:sz w:val="16"/>
                <w:szCs w:val="16"/>
              </w:rPr>
            </w:pPr>
            <w:r w:rsidRPr="00505610">
              <w:rPr>
                <w:rFonts w:cs="Arial"/>
                <w:sz w:val="16"/>
                <w:szCs w:val="16"/>
              </w:rPr>
              <w:t>61.6%</w:t>
            </w:r>
          </w:p>
        </w:tc>
        <w:tc>
          <w:tcPr>
            <w:tcW w:w="517" w:type="pct"/>
            <w:noWrap/>
            <w:hideMark/>
          </w:tcPr>
          <w:p w14:paraId="38AF984C" w14:textId="77777777" w:rsidR="00000000" w:rsidRPr="00505610" w:rsidRDefault="00000000" w:rsidP="00335561">
            <w:pPr>
              <w:snapToGrid w:val="0"/>
              <w:contextualSpacing/>
              <w:rPr>
                <w:rFonts w:cs="Arial"/>
                <w:sz w:val="16"/>
                <w:szCs w:val="16"/>
              </w:rPr>
            </w:pPr>
            <w:r w:rsidRPr="00505610">
              <w:rPr>
                <w:rFonts w:cs="Arial"/>
                <w:sz w:val="16"/>
                <w:szCs w:val="16"/>
              </w:rPr>
              <w:t>138</w:t>
            </w:r>
          </w:p>
        </w:tc>
        <w:tc>
          <w:tcPr>
            <w:tcW w:w="441" w:type="pct"/>
            <w:noWrap/>
            <w:hideMark/>
          </w:tcPr>
          <w:p w14:paraId="43725F32" w14:textId="77777777" w:rsidR="00000000" w:rsidRPr="00505610" w:rsidRDefault="00000000" w:rsidP="00335561">
            <w:pPr>
              <w:snapToGrid w:val="0"/>
              <w:contextualSpacing/>
              <w:rPr>
                <w:rFonts w:cs="Arial"/>
                <w:sz w:val="16"/>
                <w:szCs w:val="16"/>
              </w:rPr>
            </w:pPr>
            <w:r w:rsidRPr="00505610">
              <w:rPr>
                <w:rFonts w:cs="Arial"/>
                <w:sz w:val="16"/>
                <w:szCs w:val="16"/>
              </w:rPr>
              <w:t>38.4%</w:t>
            </w:r>
          </w:p>
        </w:tc>
        <w:tc>
          <w:tcPr>
            <w:tcW w:w="588" w:type="pct"/>
            <w:noWrap/>
            <w:hideMark/>
          </w:tcPr>
          <w:p w14:paraId="15BAD4DD" w14:textId="77777777" w:rsidR="00000000" w:rsidRPr="00505610" w:rsidRDefault="00000000" w:rsidP="00335561">
            <w:pPr>
              <w:snapToGrid w:val="0"/>
              <w:contextualSpacing/>
              <w:rPr>
                <w:rFonts w:cs="Arial"/>
                <w:sz w:val="16"/>
                <w:szCs w:val="16"/>
              </w:rPr>
            </w:pPr>
            <w:r w:rsidRPr="00505610">
              <w:rPr>
                <w:rFonts w:cs="Arial"/>
                <w:sz w:val="16"/>
                <w:szCs w:val="16"/>
              </w:rPr>
              <w:t>359</w:t>
            </w:r>
          </w:p>
        </w:tc>
        <w:tc>
          <w:tcPr>
            <w:tcW w:w="511" w:type="pct"/>
            <w:noWrap/>
            <w:hideMark/>
          </w:tcPr>
          <w:p w14:paraId="3B84D1A4"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41C6F17B" w14:textId="77777777" w:rsidTr="009D0946">
        <w:trPr>
          <w:trHeight w:val="20"/>
        </w:trPr>
        <w:tc>
          <w:tcPr>
            <w:tcW w:w="660" w:type="pct"/>
            <w:vMerge/>
          </w:tcPr>
          <w:p w14:paraId="3D4D99FE" w14:textId="77777777" w:rsidR="00000000" w:rsidRPr="00505610" w:rsidRDefault="00000000" w:rsidP="00335561">
            <w:pPr>
              <w:snapToGrid w:val="0"/>
              <w:contextualSpacing/>
              <w:rPr>
                <w:rFonts w:cs="Arial"/>
                <w:sz w:val="16"/>
                <w:szCs w:val="16"/>
              </w:rPr>
            </w:pPr>
          </w:p>
        </w:tc>
        <w:tc>
          <w:tcPr>
            <w:tcW w:w="1325" w:type="pct"/>
            <w:noWrap/>
            <w:hideMark/>
          </w:tcPr>
          <w:p w14:paraId="65198541" w14:textId="77777777" w:rsidR="00000000" w:rsidRPr="00505610" w:rsidRDefault="00000000" w:rsidP="00335561">
            <w:pPr>
              <w:snapToGrid w:val="0"/>
              <w:contextualSpacing/>
              <w:rPr>
                <w:rFonts w:cs="Arial"/>
                <w:sz w:val="16"/>
                <w:szCs w:val="16"/>
              </w:rPr>
            </w:pPr>
            <w:r w:rsidRPr="00505610">
              <w:rPr>
                <w:rFonts w:cs="Arial"/>
                <w:sz w:val="16"/>
                <w:szCs w:val="16"/>
              </w:rPr>
              <w:t>Missing</w:t>
            </w:r>
          </w:p>
        </w:tc>
        <w:tc>
          <w:tcPr>
            <w:tcW w:w="442" w:type="pct"/>
            <w:noWrap/>
            <w:hideMark/>
          </w:tcPr>
          <w:p w14:paraId="1F1A029B" w14:textId="77777777" w:rsidR="00000000" w:rsidRPr="00505610" w:rsidRDefault="00000000" w:rsidP="00335561">
            <w:pPr>
              <w:snapToGrid w:val="0"/>
              <w:contextualSpacing/>
              <w:rPr>
                <w:rFonts w:cs="Arial"/>
                <w:sz w:val="16"/>
                <w:szCs w:val="16"/>
              </w:rPr>
            </w:pPr>
            <w:r w:rsidRPr="00505610">
              <w:rPr>
                <w:rFonts w:cs="Arial"/>
                <w:sz w:val="16"/>
                <w:szCs w:val="16"/>
              </w:rPr>
              <w:t>8</w:t>
            </w:r>
          </w:p>
        </w:tc>
        <w:tc>
          <w:tcPr>
            <w:tcW w:w="516" w:type="pct"/>
            <w:noWrap/>
            <w:hideMark/>
          </w:tcPr>
          <w:p w14:paraId="43E2AEAE" w14:textId="77777777" w:rsidR="00000000" w:rsidRPr="00505610" w:rsidRDefault="00000000" w:rsidP="00335561">
            <w:pPr>
              <w:snapToGrid w:val="0"/>
              <w:contextualSpacing/>
              <w:rPr>
                <w:rFonts w:cs="Arial"/>
                <w:sz w:val="16"/>
                <w:szCs w:val="16"/>
              </w:rPr>
            </w:pPr>
            <w:r w:rsidRPr="00505610">
              <w:rPr>
                <w:rFonts w:cs="Arial"/>
                <w:sz w:val="16"/>
                <w:szCs w:val="16"/>
              </w:rPr>
              <w:t>47.1%</w:t>
            </w:r>
          </w:p>
        </w:tc>
        <w:tc>
          <w:tcPr>
            <w:tcW w:w="517" w:type="pct"/>
            <w:noWrap/>
            <w:hideMark/>
          </w:tcPr>
          <w:p w14:paraId="6A540FCB" w14:textId="77777777" w:rsidR="00000000" w:rsidRPr="00505610" w:rsidRDefault="00000000" w:rsidP="00335561">
            <w:pPr>
              <w:snapToGrid w:val="0"/>
              <w:contextualSpacing/>
              <w:rPr>
                <w:rFonts w:cs="Arial"/>
                <w:sz w:val="16"/>
                <w:szCs w:val="16"/>
              </w:rPr>
            </w:pPr>
            <w:r w:rsidRPr="00505610">
              <w:rPr>
                <w:rFonts w:cs="Arial"/>
                <w:sz w:val="16"/>
                <w:szCs w:val="16"/>
              </w:rPr>
              <w:t>9</w:t>
            </w:r>
          </w:p>
        </w:tc>
        <w:tc>
          <w:tcPr>
            <w:tcW w:w="441" w:type="pct"/>
            <w:noWrap/>
            <w:hideMark/>
          </w:tcPr>
          <w:p w14:paraId="35EEBCA2" w14:textId="77777777" w:rsidR="00000000" w:rsidRPr="00505610" w:rsidRDefault="00000000" w:rsidP="00335561">
            <w:pPr>
              <w:snapToGrid w:val="0"/>
              <w:contextualSpacing/>
              <w:rPr>
                <w:rFonts w:cs="Arial"/>
                <w:sz w:val="16"/>
                <w:szCs w:val="16"/>
              </w:rPr>
            </w:pPr>
            <w:r w:rsidRPr="00505610">
              <w:rPr>
                <w:rFonts w:cs="Arial"/>
                <w:sz w:val="16"/>
                <w:szCs w:val="16"/>
              </w:rPr>
              <w:t>52.9%</w:t>
            </w:r>
          </w:p>
        </w:tc>
        <w:tc>
          <w:tcPr>
            <w:tcW w:w="588" w:type="pct"/>
            <w:noWrap/>
            <w:hideMark/>
          </w:tcPr>
          <w:p w14:paraId="22C75D2F" w14:textId="77777777" w:rsidR="00000000" w:rsidRPr="00505610" w:rsidRDefault="00000000" w:rsidP="00335561">
            <w:pPr>
              <w:snapToGrid w:val="0"/>
              <w:contextualSpacing/>
              <w:rPr>
                <w:rFonts w:cs="Arial"/>
                <w:sz w:val="16"/>
                <w:szCs w:val="16"/>
              </w:rPr>
            </w:pPr>
            <w:r w:rsidRPr="00505610">
              <w:rPr>
                <w:rFonts w:cs="Arial"/>
                <w:sz w:val="16"/>
                <w:szCs w:val="16"/>
              </w:rPr>
              <w:t>17</w:t>
            </w:r>
          </w:p>
        </w:tc>
        <w:tc>
          <w:tcPr>
            <w:tcW w:w="511" w:type="pct"/>
            <w:noWrap/>
            <w:hideMark/>
          </w:tcPr>
          <w:p w14:paraId="554E8EBE"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26E35E2B" w14:textId="77777777" w:rsidTr="009D0946">
        <w:trPr>
          <w:trHeight w:val="20"/>
        </w:trPr>
        <w:tc>
          <w:tcPr>
            <w:tcW w:w="660" w:type="pct"/>
            <w:vMerge w:val="restart"/>
          </w:tcPr>
          <w:p w14:paraId="082AC917" w14:textId="77777777" w:rsidR="00000000" w:rsidRPr="00505610" w:rsidRDefault="00000000" w:rsidP="00335561">
            <w:pPr>
              <w:snapToGrid w:val="0"/>
              <w:contextualSpacing/>
              <w:rPr>
                <w:rFonts w:cs="Arial"/>
                <w:sz w:val="16"/>
                <w:szCs w:val="16"/>
              </w:rPr>
            </w:pPr>
            <w:r w:rsidRPr="00505610">
              <w:rPr>
                <w:rFonts w:cs="Arial"/>
                <w:b/>
                <w:bCs/>
                <w:sz w:val="16"/>
                <w:szCs w:val="16"/>
              </w:rPr>
              <w:t>Education</w:t>
            </w:r>
          </w:p>
        </w:tc>
        <w:tc>
          <w:tcPr>
            <w:tcW w:w="1325" w:type="pct"/>
            <w:noWrap/>
            <w:hideMark/>
          </w:tcPr>
          <w:p w14:paraId="6C711CD1" w14:textId="77777777" w:rsidR="00000000" w:rsidRPr="00505610" w:rsidRDefault="00000000" w:rsidP="00335561">
            <w:pPr>
              <w:snapToGrid w:val="0"/>
              <w:contextualSpacing/>
              <w:rPr>
                <w:rFonts w:cs="Arial"/>
                <w:sz w:val="16"/>
                <w:szCs w:val="16"/>
              </w:rPr>
            </w:pPr>
            <w:r w:rsidRPr="00505610">
              <w:rPr>
                <w:rFonts w:cs="Arial"/>
                <w:sz w:val="16"/>
                <w:szCs w:val="16"/>
              </w:rPr>
              <w:t>A levels/College</w:t>
            </w:r>
          </w:p>
        </w:tc>
        <w:tc>
          <w:tcPr>
            <w:tcW w:w="442" w:type="pct"/>
            <w:noWrap/>
            <w:hideMark/>
          </w:tcPr>
          <w:p w14:paraId="4A6B773C" w14:textId="77777777" w:rsidR="00000000" w:rsidRPr="00505610" w:rsidRDefault="00000000" w:rsidP="00335561">
            <w:pPr>
              <w:snapToGrid w:val="0"/>
              <w:contextualSpacing/>
              <w:rPr>
                <w:rFonts w:cs="Arial"/>
                <w:sz w:val="16"/>
                <w:szCs w:val="16"/>
              </w:rPr>
            </w:pPr>
            <w:r w:rsidRPr="00505610">
              <w:rPr>
                <w:rFonts w:cs="Arial"/>
                <w:sz w:val="16"/>
                <w:szCs w:val="16"/>
              </w:rPr>
              <w:t>17240</w:t>
            </w:r>
          </w:p>
        </w:tc>
        <w:tc>
          <w:tcPr>
            <w:tcW w:w="516" w:type="pct"/>
            <w:noWrap/>
            <w:hideMark/>
          </w:tcPr>
          <w:p w14:paraId="17CA15A3" w14:textId="77777777" w:rsidR="00000000" w:rsidRPr="00505610" w:rsidRDefault="00000000" w:rsidP="00335561">
            <w:pPr>
              <w:snapToGrid w:val="0"/>
              <w:contextualSpacing/>
              <w:rPr>
                <w:rFonts w:cs="Arial"/>
                <w:sz w:val="16"/>
                <w:szCs w:val="16"/>
              </w:rPr>
            </w:pPr>
            <w:r w:rsidRPr="00505610">
              <w:rPr>
                <w:rFonts w:cs="Arial"/>
                <w:sz w:val="16"/>
                <w:szCs w:val="16"/>
              </w:rPr>
              <w:t>48.7%</w:t>
            </w:r>
          </w:p>
        </w:tc>
        <w:tc>
          <w:tcPr>
            <w:tcW w:w="517" w:type="pct"/>
            <w:noWrap/>
            <w:hideMark/>
          </w:tcPr>
          <w:p w14:paraId="3EACC3B7" w14:textId="77777777" w:rsidR="00000000" w:rsidRPr="00505610" w:rsidRDefault="00000000" w:rsidP="00335561">
            <w:pPr>
              <w:snapToGrid w:val="0"/>
              <w:contextualSpacing/>
              <w:rPr>
                <w:rFonts w:cs="Arial"/>
                <w:sz w:val="16"/>
                <w:szCs w:val="16"/>
              </w:rPr>
            </w:pPr>
            <w:r w:rsidRPr="00505610">
              <w:rPr>
                <w:rFonts w:cs="Arial"/>
                <w:sz w:val="16"/>
                <w:szCs w:val="16"/>
              </w:rPr>
              <w:t>18162</w:t>
            </w:r>
          </w:p>
        </w:tc>
        <w:tc>
          <w:tcPr>
            <w:tcW w:w="441" w:type="pct"/>
            <w:noWrap/>
            <w:hideMark/>
          </w:tcPr>
          <w:p w14:paraId="04DD117C" w14:textId="77777777" w:rsidR="00000000" w:rsidRPr="00505610" w:rsidRDefault="00000000" w:rsidP="00335561">
            <w:pPr>
              <w:snapToGrid w:val="0"/>
              <w:contextualSpacing/>
              <w:rPr>
                <w:rFonts w:cs="Arial"/>
                <w:sz w:val="16"/>
                <w:szCs w:val="16"/>
              </w:rPr>
            </w:pPr>
            <w:r w:rsidRPr="00505610">
              <w:rPr>
                <w:rFonts w:cs="Arial"/>
                <w:sz w:val="16"/>
                <w:szCs w:val="16"/>
              </w:rPr>
              <w:t>51.3%</w:t>
            </w:r>
          </w:p>
        </w:tc>
        <w:tc>
          <w:tcPr>
            <w:tcW w:w="588" w:type="pct"/>
            <w:noWrap/>
            <w:hideMark/>
          </w:tcPr>
          <w:p w14:paraId="2FF478E5" w14:textId="77777777" w:rsidR="00000000" w:rsidRPr="00505610" w:rsidRDefault="00000000" w:rsidP="00335561">
            <w:pPr>
              <w:snapToGrid w:val="0"/>
              <w:contextualSpacing/>
              <w:rPr>
                <w:rFonts w:cs="Arial"/>
                <w:sz w:val="16"/>
                <w:szCs w:val="16"/>
              </w:rPr>
            </w:pPr>
            <w:r w:rsidRPr="00505610">
              <w:rPr>
                <w:rFonts w:cs="Arial"/>
                <w:sz w:val="16"/>
                <w:szCs w:val="16"/>
              </w:rPr>
              <w:t>35402</w:t>
            </w:r>
          </w:p>
        </w:tc>
        <w:tc>
          <w:tcPr>
            <w:tcW w:w="511" w:type="pct"/>
            <w:noWrap/>
            <w:hideMark/>
          </w:tcPr>
          <w:p w14:paraId="50CEC188"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3C9B3D33" w14:textId="77777777" w:rsidTr="009D0946">
        <w:trPr>
          <w:trHeight w:val="20"/>
        </w:trPr>
        <w:tc>
          <w:tcPr>
            <w:tcW w:w="660" w:type="pct"/>
            <w:vMerge/>
          </w:tcPr>
          <w:p w14:paraId="7BA05057" w14:textId="77777777" w:rsidR="00000000" w:rsidRPr="00505610" w:rsidRDefault="00000000" w:rsidP="00335561">
            <w:pPr>
              <w:snapToGrid w:val="0"/>
              <w:contextualSpacing/>
              <w:rPr>
                <w:rFonts w:cs="Arial"/>
                <w:sz w:val="16"/>
                <w:szCs w:val="16"/>
              </w:rPr>
            </w:pPr>
          </w:p>
        </w:tc>
        <w:tc>
          <w:tcPr>
            <w:tcW w:w="1325" w:type="pct"/>
            <w:noWrap/>
            <w:hideMark/>
          </w:tcPr>
          <w:p w14:paraId="503706B3" w14:textId="77777777" w:rsidR="00000000" w:rsidRPr="00505610" w:rsidRDefault="00000000" w:rsidP="00335561">
            <w:pPr>
              <w:snapToGrid w:val="0"/>
              <w:contextualSpacing/>
              <w:rPr>
                <w:rFonts w:cs="Arial"/>
                <w:sz w:val="16"/>
                <w:szCs w:val="16"/>
              </w:rPr>
            </w:pPr>
            <w:r w:rsidRPr="00505610">
              <w:rPr>
                <w:rFonts w:cs="Arial"/>
                <w:sz w:val="16"/>
                <w:szCs w:val="16"/>
              </w:rPr>
              <w:t>Secondary School</w:t>
            </w:r>
          </w:p>
        </w:tc>
        <w:tc>
          <w:tcPr>
            <w:tcW w:w="442" w:type="pct"/>
            <w:noWrap/>
            <w:hideMark/>
          </w:tcPr>
          <w:p w14:paraId="6A08ECD9" w14:textId="77777777" w:rsidR="00000000" w:rsidRPr="00505610" w:rsidRDefault="00000000" w:rsidP="00335561">
            <w:pPr>
              <w:snapToGrid w:val="0"/>
              <w:contextualSpacing/>
              <w:rPr>
                <w:rFonts w:cs="Arial"/>
                <w:sz w:val="16"/>
                <w:szCs w:val="16"/>
              </w:rPr>
            </w:pPr>
            <w:r w:rsidRPr="00505610">
              <w:rPr>
                <w:rFonts w:cs="Arial"/>
                <w:sz w:val="16"/>
                <w:szCs w:val="16"/>
              </w:rPr>
              <w:t>14548</w:t>
            </w:r>
          </w:p>
        </w:tc>
        <w:tc>
          <w:tcPr>
            <w:tcW w:w="516" w:type="pct"/>
            <w:noWrap/>
            <w:hideMark/>
          </w:tcPr>
          <w:p w14:paraId="73732947" w14:textId="77777777" w:rsidR="00000000" w:rsidRPr="00505610" w:rsidRDefault="00000000" w:rsidP="00335561">
            <w:pPr>
              <w:snapToGrid w:val="0"/>
              <w:contextualSpacing/>
              <w:rPr>
                <w:rFonts w:cs="Arial"/>
                <w:sz w:val="16"/>
                <w:szCs w:val="16"/>
              </w:rPr>
            </w:pPr>
            <w:r w:rsidRPr="00505610">
              <w:rPr>
                <w:rFonts w:cs="Arial"/>
                <w:sz w:val="16"/>
                <w:szCs w:val="16"/>
              </w:rPr>
              <w:t>50.8%</w:t>
            </w:r>
          </w:p>
        </w:tc>
        <w:tc>
          <w:tcPr>
            <w:tcW w:w="517" w:type="pct"/>
            <w:noWrap/>
            <w:hideMark/>
          </w:tcPr>
          <w:p w14:paraId="240390F1" w14:textId="77777777" w:rsidR="00000000" w:rsidRPr="00505610" w:rsidRDefault="00000000" w:rsidP="00335561">
            <w:pPr>
              <w:snapToGrid w:val="0"/>
              <w:contextualSpacing/>
              <w:rPr>
                <w:rFonts w:cs="Arial"/>
                <w:sz w:val="16"/>
                <w:szCs w:val="16"/>
              </w:rPr>
            </w:pPr>
            <w:r w:rsidRPr="00505610">
              <w:rPr>
                <w:rFonts w:cs="Arial"/>
                <w:sz w:val="16"/>
                <w:szCs w:val="16"/>
              </w:rPr>
              <w:t>14085</w:t>
            </w:r>
          </w:p>
        </w:tc>
        <w:tc>
          <w:tcPr>
            <w:tcW w:w="441" w:type="pct"/>
            <w:noWrap/>
            <w:hideMark/>
          </w:tcPr>
          <w:p w14:paraId="37DC22AD" w14:textId="77777777" w:rsidR="00000000" w:rsidRPr="00505610" w:rsidRDefault="00000000" w:rsidP="00335561">
            <w:pPr>
              <w:snapToGrid w:val="0"/>
              <w:contextualSpacing/>
              <w:rPr>
                <w:rFonts w:cs="Arial"/>
                <w:sz w:val="16"/>
                <w:szCs w:val="16"/>
              </w:rPr>
            </w:pPr>
            <w:r w:rsidRPr="00505610">
              <w:rPr>
                <w:rFonts w:cs="Arial"/>
                <w:sz w:val="16"/>
                <w:szCs w:val="16"/>
              </w:rPr>
              <w:t>49.2%</w:t>
            </w:r>
          </w:p>
        </w:tc>
        <w:tc>
          <w:tcPr>
            <w:tcW w:w="588" w:type="pct"/>
            <w:noWrap/>
            <w:hideMark/>
          </w:tcPr>
          <w:p w14:paraId="132B185F" w14:textId="77777777" w:rsidR="00000000" w:rsidRPr="00505610" w:rsidRDefault="00000000" w:rsidP="00335561">
            <w:pPr>
              <w:snapToGrid w:val="0"/>
              <w:contextualSpacing/>
              <w:rPr>
                <w:rFonts w:cs="Arial"/>
                <w:sz w:val="16"/>
                <w:szCs w:val="16"/>
              </w:rPr>
            </w:pPr>
            <w:r w:rsidRPr="00505610">
              <w:rPr>
                <w:rFonts w:cs="Arial"/>
                <w:sz w:val="16"/>
                <w:szCs w:val="16"/>
              </w:rPr>
              <w:t>28633</w:t>
            </w:r>
          </w:p>
        </w:tc>
        <w:tc>
          <w:tcPr>
            <w:tcW w:w="511" w:type="pct"/>
            <w:noWrap/>
            <w:hideMark/>
          </w:tcPr>
          <w:p w14:paraId="7752BFF6"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5FB2EAC6" w14:textId="77777777" w:rsidTr="009D0946">
        <w:trPr>
          <w:trHeight w:val="20"/>
        </w:trPr>
        <w:tc>
          <w:tcPr>
            <w:tcW w:w="660" w:type="pct"/>
            <w:vMerge/>
          </w:tcPr>
          <w:p w14:paraId="2A879888" w14:textId="77777777" w:rsidR="00000000" w:rsidRPr="00505610" w:rsidRDefault="00000000" w:rsidP="00335561">
            <w:pPr>
              <w:snapToGrid w:val="0"/>
              <w:contextualSpacing/>
              <w:rPr>
                <w:rFonts w:cs="Arial"/>
                <w:sz w:val="16"/>
                <w:szCs w:val="16"/>
              </w:rPr>
            </w:pPr>
          </w:p>
        </w:tc>
        <w:tc>
          <w:tcPr>
            <w:tcW w:w="1325" w:type="pct"/>
            <w:noWrap/>
            <w:hideMark/>
          </w:tcPr>
          <w:p w14:paraId="2EF36C6E" w14:textId="77777777" w:rsidR="00000000" w:rsidRPr="00505610" w:rsidRDefault="00000000" w:rsidP="00335561">
            <w:pPr>
              <w:snapToGrid w:val="0"/>
              <w:contextualSpacing/>
              <w:rPr>
                <w:rFonts w:cs="Arial"/>
                <w:sz w:val="16"/>
                <w:szCs w:val="16"/>
              </w:rPr>
            </w:pPr>
            <w:r w:rsidRPr="00505610">
              <w:rPr>
                <w:rFonts w:cs="Arial"/>
                <w:sz w:val="16"/>
                <w:szCs w:val="16"/>
              </w:rPr>
              <w:t>University Degree or higher</w:t>
            </w:r>
          </w:p>
        </w:tc>
        <w:tc>
          <w:tcPr>
            <w:tcW w:w="442" w:type="pct"/>
            <w:noWrap/>
            <w:hideMark/>
          </w:tcPr>
          <w:p w14:paraId="4B937554" w14:textId="77777777" w:rsidR="00000000" w:rsidRPr="00505610" w:rsidRDefault="00000000" w:rsidP="00335561">
            <w:pPr>
              <w:snapToGrid w:val="0"/>
              <w:contextualSpacing/>
              <w:rPr>
                <w:rFonts w:cs="Arial"/>
                <w:sz w:val="16"/>
                <w:szCs w:val="16"/>
              </w:rPr>
            </w:pPr>
            <w:r w:rsidRPr="00505610">
              <w:rPr>
                <w:rFonts w:cs="Arial"/>
                <w:sz w:val="16"/>
                <w:szCs w:val="16"/>
              </w:rPr>
              <w:t>24928</w:t>
            </w:r>
          </w:p>
        </w:tc>
        <w:tc>
          <w:tcPr>
            <w:tcW w:w="516" w:type="pct"/>
            <w:noWrap/>
            <w:hideMark/>
          </w:tcPr>
          <w:p w14:paraId="7308E849" w14:textId="77777777" w:rsidR="00000000" w:rsidRPr="00505610" w:rsidRDefault="00000000" w:rsidP="00335561">
            <w:pPr>
              <w:snapToGrid w:val="0"/>
              <w:contextualSpacing/>
              <w:rPr>
                <w:rFonts w:cs="Arial"/>
                <w:sz w:val="16"/>
                <w:szCs w:val="16"/>
              </w:rPr>
            </w:pPr>
            <w:r w:rsidRPr="00505610">
              <w:rPr>
                <w:rFonts w:cs="Arial"/>
                <w:sz w:val="16"/>
                <w:szCs w:val="16"/>
              </w:rPr>
              <w:t>44.3%</w:t>
            </w:r>
          </w:p>
        </w:tc>
        <w:tc>
          <w:tcPr>
            <w:tcW w:w="517" w:type="pct"/>
            <w:noWrap/>
            <w:hideMark/>
          </w:tcPr>
          <w:p w14:paraId="37C43161" w14:textId="77777777" w:rsidR="00000000" w:rsidRPr="00505610" w:rsidRDefault="00000000" w:rsidP="00335561">
            <w:pPr>
              <w:snapToGrid w:val="0"/>
              <w:contextualSpacing/>
              <w:rPr>
                <w:rFonts w:cs="Arial"/>
                <w:sz w:val="16"/>
                <w:szCs w:val="16"/>
              </w:rPr>
            </w:pPr>
            <w:r w:rsidRPr="00505610">
              <w:rPr>
                <w:rFonts w:cs="Arial"/>
                <w:sz w:val="16"/>
                <w:szCs w:val="16"/>
              </w:rPr>
              <w:t>31335</w:t>
            </w:r>
          </w:p>
        </w:tc>
        <w:tc>
          <w:tcPr>
            <w:tcW w:w="441" w:type="pct"/>
            <w:noWrap/>
            <w:hideMark/>
          </w:tcPr>
          <w:p w14:paraId="7CA72FA0" w14:textId="77777777" w:rsidR="00000000" w:rsidRPr="00505610" w:rsidRDefault="00000000" w:rsidP="00335561">
            <w:pPr>
              <w:snapToGrid w:val="0"/>
              <w:contextualSpacing/>
              <w:rPr>
                <w:rFonts w:cs="Arial"/>
                <w:sz w:val="16"/>
                <w:szCs w:val="16"/>
              </w:rPr>
            </w:pPr>
            <w:r w:rsidRPr="00505610">
              <w:rPr>
                <w:rFonts w:cs="Arial"/>
                <w:sz w:val="16"/>
                <w:szCs w:val="16"/>
              </w:rPr>
              <w:t>55.7%</w:t>
            </w:r>
          </w:p>
        </w:tc>
        <w:tc>
          <w:tcPr>
            <w:tcW w:w="588" w:type="pct"/>
            <w:noWrap/>
            <w:hideMark/>
          </w:tcPr>
          <w:p w14:paraId="34DB01B7" w14:textId="77777777" w:rsidR="00000000" w:rsidRPr="00505610" w:rsidRDefault="00000000" w:rsidP="00335561">
            <w:pPr>
              <w:snapToGrid w:val="0"/>
              <w:contextualSpacing/>
              <w:rPr>
                <w:rFonts w:cs="Arial"/>
                <w:sz w:val="16"/>
                <w:szCs w:val="16"/>
              </w:rPr>
            </w:pPr>
            <w:r w:rsidRPr="00505610">
              <w:rPr>
                <w:rFonts w:cs="Arial"/>
                <w:sz w:val="16"/>
                <w:szCs w:val="16"/>
              </w:rPr>
              <w:t>56263</w:t>
            </w:r>
          </w:p>
        </w:tc>
        <w:tc>
          <w:tcPr>
            <w:tcW w:w="511" w:type="pct"/>
            <w:noWrap/>
            <w:hideMark/>
          </w:tcPr>
          <w:p w14:paraId="50DD953B"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368CC051" w14:textId="77777777" w:rsidTr="009D0946">
        <w:trPr>
          <w:trHeight w:val="20"/>
        </w:trPr>
        <w:tc>
          <w:tcPr>
            <w:tcW w:w="660" w:type="pct"/>
            <w:vMerge/>
          </w:tcPr>
          <w:p w14:paraId="6DE58ECF" w14:textId="77777777" w:rsidR="00000000" w:rsidRPr="00505610" w:rsidRDefault="00000000" w:rsidP="00335561">
            <w:pPr>
              <w:snapToGrid w:val="0"/>
              <w:contextualSpacing/>
              <w:rPr>
                <w:rFonts w:cs="Arial"/>
                <w:sz w:val="16"/>
                <w:szCs w:val="16"/>
              </w:rPr>
            </w:pPr>
          </w:p>
        </w:tc>
        <w:tc>
          <w:tcPr>
            <w:tcW w:w="1325" w:type="pct"/>
            <w:noWrap/>
            <w:hideMark/>
          </w:tcPr>
          <w:p w14:paraId="1AA49616" w14:textId="77777777" w:rsidR="00000000" w:rsidRPr="00505610" w:rsidRDefault="00000000" w:rsidP="00335561">
            <w:pPr>
              <w:snapToGrid w:val="0"/>
              <w:contextualSpacing/>
              <w:rPr>
                <w:rFonts w:cs="Arial"/>
                <w:sz w:val="16"/>
                <w:szCs w:val="16"/>
              </w:rPr>
            </w:pPr>
            <w:r w:rsidRPr="00505610">
              <w:rPr>
                <w:rFonts w:cs="Arial"/>
                <w:sz w:val="16"/>
                <w:szCs w:val="16"/>
              </w:rPr>
              <w:t>Missing</w:t>
            </w:r>
          </w:p>
        </w:tc>
        <w:tc>
          <w:tcPr>
            <w:tcW w:w="442" w:type="pct"/>
            <w:noWrap/>
            <w:hideMark/>
          </w:tcPr>
          <w:p w14:paraId="371E7946" w14:textId="77777777" w:rsidR="00000000" w:rsidRPr="00505610" w:rsidRDefault="00000000" w:rsidP="00335561">
            <w:pPr>
              <w:snapToGrid w:val="0"/>
              <w:contextualSpacing/>
              <w:rPr>
                <w:rFonts w:cs="Arial"/>
                <w:sz w:val="16"/>
                <w:szCs w:val="16"/>
              </w:rPr>
            </w:pPr>
            <w:r w:rsidRPr="00505610">
              <w:rPr>
                <w:rFonts w:cs="Arial"/>
                <w:sz w:val="16"/>
                <w:szCs w:val="16"/>
              </w:rPr>
              <w:t>171</w:t>
            </w:r>
          </w:p>
        </w:tc>
        <w:tc>
          <w:tcPr>
            <w:tcW w:w="516" w:type="pct"/>
            <w:noWrap/>
            <w:hideMark/>
          </w:tcPr>
          <w:p w14:paraId="271F3D82" w14:textId="77777777" w:rsidR="00000000" w:rsidRPr="00505610" w:rsidRDefault="00000000" w:rsidP="00335561">
            <w:pPr>
              <w:snapToGrid w:val="0"/>
              <w:contextualSpacing/>
              <w:rPr>
                <w:rFonts w:cs="Arial"/>
                <w:sz w:val="16"/>
                <w:szCs w:val="16"/>
              </w:rPr>
            </w:pPr>
            <w:r w:rsidRPr="00505610">
              <w:rPr>
                <w:rFonts w:cs="Arial"/>
                <w:sz w:val="16"/>
                <w:szCs w:val="16"/>
              </w:rPr>
              <w:t>60.0%</w:t>
            </w:r>
          </w:p>
        </w:tc>
        <w:tc>
          <w:tcPr>
            <w:tcW w:w="517" w:type="pct"/>
            <w:noWrap/>
            <w:hideMark/>
          </w:tcPr>
          <w:p w14:paraId="74877E36" w14:textId="77777777" w:rsidR="00000000" w:rsidRPr="00505610" w:rsidRDefault="00000000" w:rsidP="00335561">
            <w:pPr>
              <w:snapToGrid w:val="0"/>
              <w:contextualSpacing/>
              <w:rPr>
                <w:rFonts w:cs="Arial"/>
                <w:sz w:val="16"/>
                <w:szCs w:val="16"/>
              </w:rPr>
            </w:pPr>
            <w:r w:rsidRPr="00505610">
              <w:rPr>
                <w:rFonts w:cs="Arial"/>
                <w:sz w:val="16"/>
                <w:szCs w:val="16"/>
              </w:rPr>
              <w:t>114</w:t>
            </w:r>
          </w:p>
        </w:tc>
        <w:tc>
          <w:tcPr>
            <w:tcW w:w="441" w:type="pct"/>
            <w:noWrap/>
            <w:hideMark/>
          </w:tcPr>
          <w:p w14:paraId="0D01E398" w14:textId="77777777" w:rsidR="00000000" w:rsidRPr="00505610" w:rsidRDefault="00000000" w:rsidP="00335561">
            <w:pPr>
              <w:snapToGrid w:val="0"/>
              <w:contextualSpacing/>
              <w:rPr>
                <w:rFonts w:cs="Arial"/>
                <w:sz w:val="16"/>
                <w:szCs w:val="16"/>
              </w:rPr>
            </w:pPr>
            <w:r w:rsidRPr="00505610">
              <w:rPr>
                <w:rFonts w:cs="Arial"/>
                <w:sz w:val="16"/>
                <w:szCs w:val="16"/>
              </w:rPr>
              <w:t>40.0%</w:t>
            </w:r>
          </w:p>
        </w:tc>
        <w:tc>
          <w:tcPr>
            <w:tcW w:w="588" w:type="pct"/>
            <w:noWrap/>
            <w:hideMark/>
          </w:tcPr>
          <w:p w14:paraId="1C84E901" w14:textId="77777777" w:rsidR="00000000" w:rsidRPr="00505610" w:rsidRDefault="00000000" w:rsidP="00335561">
            <w:pPr>
              <w:snapToGrid w:val="0"/>
              <w:contextualSpacing/>
              <w:rPr>
                <w:rFonts w:cs="Arial"/>
                <w:sz w:val="16"/>
                <w:szCs w:val="16"/>
              </w:rPr>
            </w:pPr>
            <w:r w:rsidRPr="00505610">
              <w:rPr>
                <w:rFonts w:cs="Arial"/>
                <w:sz w:val="16"/>
                <w:szCs w:val="16"/>
              </w:rPr>
              <w:t>285</w:t>
            </w:r>
          </w:p>
        </w:tc>
        <w:tc>
          <w:tcPr>
            <w:tcW w:w="511" w:type="pct"/>
            <w:noWrap/>
            <w:hideMark/>
          </w:tcPr>
          <w:p w14:paraId="31EB9A57"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12E4FF47" w14:textId="77777777" w:rsidTr="009D0946">
        <w:trPr>
          <w:trHeight w:val="20"/>
        </w:trPr>
        <w:tc>
          <w:tcPr>
            <w:tcW w:w="660" w:type="pct"/>
            <w:vMerge w:val="restart"/>
          </w:tcPr>
          <w:p w14:paraId="50BAAC8E" w14:textId="77777777" w:rsidR="00000000" w:rsidRPr="00505610" w:rsidRDefault="00000000" w:rsidP="00335561">
            <w:pPr>
              <w:snapToGrid w:val="0"/>
              <w:contextualSpacing/>
              <w:rPr>
                <w:rFonts w:cs="Arial"/>
                <w:sz w:val="16"/>
                <w:szCs w:val="16"/>
              </w:rPr>
            </w:pPr>
            <w:r w:rsidRPr="00505610">
              <w:rPr>
                <w:rFonts w:cs="Arial"/>
                <w:b/>
                <w:bCs/>
                <w:sz w:val="16"/>
                <w:szCs w:val="16"/>
              </w:rPr>
              <w:t>Employment</w:t>
            </w:r>
          </w:p>
        </w:tc>
        <w:tc>
          <w:tcPr>
            <w:tcW w:w="1325" w:type="pct"/>
            <w:noWrap/>
            <w:hideMark/>
          </w:tcPr>
          <w:p w14:paraId="247AA837" w14:textId="77777777" w:rsidR="00000000" w:rsidRPr="00505610" w:rsidRDefault="00000000" w:rsidP="00335561">
            <w:pPr>
              <w:snapToGrid w:val="0"/>
              <w:contextualSpacing/>
              <w:rPr>
                <w:rFonts w:cs="Arial"/>
                <w:sz w:val="16"/>
                <w:szCs w:val="16"/>
              </w:rPr>
            </w:pPr>
            <w:r w:rsidRPr="00505610">
              <w:rPr>
                <w:rFonts w:cs="Arial"/>
                <w:sz w:val="16"/>
                <w:szCs w:val="16"/>
              </w:rPr>
              <w:t>Employed full-time</w:t>
            </w:r>
          </w:p>
        </w:tc>
        <w:tc>
          <w:tcPr>
            <w:tcW w:w="442" w:type="pct"/>
            <w:noWrap/>
            <w:hideMark/>
          </w:tcPr>
          <w:p w14:paraId="10941DA6" w14:textId="77777777" w:rsidR="00000000" w:rsidRPr="00505610" w:rsidRDefault="00000000" w:rsidP="00335561">
            <w:pPr>
              <w:snapToGrid w:val="0"/>
              <w:contextualSpacing/>
              <w:rPr>
                <w:rFonts w:cs="Arial"/>
                <w:sz w:val="16"/>
                <w:szCs w:val="16"/>
              </w:rPr>
            </w:pPr>
            <w:r w:rsidRPr="00505610">
              <w:rPr>
                <w:rFonts w:cs="Arial"/>
                <w:sz w:val="16"/>
                <w:szCs w:val="16"/>
              </w:rPr>
              <w:t>20713</w:t>
            </w:r>
          </w:p>
        </w:tc>
        <w:tc>
          <w:tcPr>
            <w:tcW w:w="516" w:type="pct"/>
            <w:noWrap/>
            <w:hideMark/>
          </w:tcPr>
          <w:p w14:paraId="1D4230B7" w14:textId="77777777" w:rsidR="00000000" w:rsidRPr="00505610" w:rsidRDefault="00000000" w:rsidP="00335561">
            <w:pPr>
              <w:snapToGrid w:val="0"/>
              <w:contextualSpacing/>
              <w:rPr>
                <w:rFonts w:cs="Arial"/>
                <w:sz w:val="16"/>
                <w:szCs w:val="16"/>
              </w:rPr>
            </w:pPr>
            <w:r w:rsidRPr="00505610">
              <w:rPr>
                <w:rFonts w:cs="Arial"/>
                <w:sz w:val="16"/>
                <w:szCs w:val="16"/>
              </w:rPr>
              <w:t>55.2%</w:t>
            </w:r>
          </w:p>
        </w:tc>
        <w:tc>
          <w:tcPr>
            <w:tcW w:w="517" w:type="pct"/>
            <w:noWrap/>
            <w:hideMark/>
          </w:tcPr>
          <w:p w14:paraId="0F5393EE" w14:textId="77777777" w:rsidR="00000000" w:rsidRPr="00505610" w:rsidRDefault="00000000" w:rsidP="00335561">
            <w:pPr>
              <w:snapToGrid w:val="0"/>
              <w:contextualSpacing/>
              <w:rPr>
                <w:rFonts w:cs="Arial"/>
                <w:sz w:val="16"/>
                <w:szCs w:val="16"/>
              </w:rPr>
            </w:pPr>
            <w:r w:rsidRPr="00505610">
              <w:rPr>
                <w:rFonts w:cs="Arial"/>
                <w:sz w:val="16"/>
                <w:szCs w:val="16"/>
              </w:rPr>
              <w:t>16805</w:t>
            </w:r>
          </w:p>
        </w:tc>
        <w:tc>
          <w:tcPr>
            <w:tcW w:w="441" w:type="pct"/>
            <w:noWrap/>
            <w:hideMark/>
          </w:tcPr>
          <w:p w14:paraId="145ED4D3" w14:textId="77777777" w:rsidR="00000000" w:rsidRPr="00505610" w:rsidRDefault="00000000" w:rsidP="00335561">
            <w:pPr>
              <w:snapToGrid w:val="0"/>
              <w:contextualSpacing/>
              <w:rPr>
                <w:rFonts w:cs="Arial"/>
                <w:sz w:val="16"/>
                <w:szCs w:val="16"/>
              </w:rPr>
            </w:pPr>
            <w:r w:rsidRPr="00505610">
              <w:rPr>
                <w:rFonts w:cs="Arial"/>
                <w:sz w:val="16"/>
                <w:szCs w:val="16"/>
              </w:rPr>
              <w:t>44.8%</w:t>
            </w:r>
          </w:p>
        </w:tc>
        <w:tc>
          <w:tcPr>
            <w:tcW w:w="588" w:type="pct"/>
            <w:noWrap/>
            <w:hideMark/>
          </w:tcPr>
          <w:p w14:paraId="15176172" w14:textId="77777777" w:rsidR="00000000" w:rsidRPr="00505610" w:rsidRDefault="00000000" w:rsidP="00335561">
            <w:pPr>
              <w:snapToGrid w:val="0"/>
              <w:contextualSpacing/>
              <w:rPr>
                <w:rFonts w:cs="Arial"/>
                <w:sz w:val="16"/>
                <w:szCs w:val="16"/>
              </w:rPr>
            </w:pPr>
            <w:r w:rsidRPr="00505610">
              <w:rPr>
                <w:rFonts w:cs="Arial"/>
                <w:sz w:val="16"/>
                <w:szCs w:val="16"/>
              </w:rPr>
              <w:t>37518</w:t>
            </w:r>
          </w:p>
        </w:tc>
        <w:tc>
          <w:tcPr>
            <w:tcW w:w="511" w:type="pct"/>
            <w:noWrap/>
            <w:hideMark/>
          </w:tcPr>
          <w:p w14:paraId="3D020E22"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217F6008" w14:textId="77777777" w:rsidTr="009D0946">
        <w:trPr>
          <w:trHeight w:val="20"/>
        </w:trPr>
        <w:tc>
          <w:tcPr>
            <w:tcW w:w="660" w:type="pct"/>
            <w:vMerge/>
          </w:tcPr>
          <w:p w14:paraId="762200DC" w14:textId="77777777" w:rsidR="00000000" w:rsidRPr="00505610" w:rsidRDefault="00000000" w:rsidP="00335561">
            <w:pPr>
              <w:snapToGrid w:val="0"/>
              <w:contextualSpacing/>
              <w:rPr>
                <w:rFonts w:cs="Arial"/>
                <w:sz w:val="16"/>
                <w:szCs w:val="16"/>
              </w:rPr>
            </w:pPr>
          </w:p>
        </w:tc>
        <w:tc>
          <w:tcPr>
            <w:tcW w:w="1325" w:type="pct"/>
            <w:noWrap/>
            <w:hideMark/>
          </w:tcPr>
          <w:p w14:paraId="1187EF5C" w14:textId="77777777" w:rsidR="00000000" w:rsidRPr="00505610" w:rsidRDefault="00000000" w:rsidP="00335561">
            <w:pPr>
              <w:snapToGrid w:val="0"/>
              <w:contextualSpacing/>
              <w:rPr>
                <w:rFonts w:cs="Arial"/>
                <w:sz w:val="16"/>
                <w:szCs w:val="16"/>
              </w:rPr>
            </w:pPr>
            <w:r w:rsidRPr="00505610">
              <w:rPr>
                <w:rFonts w:cs="Arial"/>
                <w:sz w:val="16"/>
                <w:szCs w:val="16"/>
              </w:rPr>
              <w:t>Employed part-time</w:t>
            </w:r>
          </w:p>
        </w:tc>
        <w:tc>
          <w:tcPr>
            <w:tcW w:w="442" w:type="pct"/>
            <w:noWrap/>
            <w:hideMark/>
          </w:tcPr>
          <w:p w14:paraId="26F6646E" w14:textId="77777777" w:rsidR="00000000" w:rsidRPr="00505610" w:rsidRDefault="00000000" w:rsidP="00335561">
            <w:pPr>
              <w:snapToGrid w:val="0"/>
              <w:contextualSpacing/>
              <w:rPr>
                <w:rFonts w:cs="Arial"/>
                <w:sz w:val="16"/>
                <w:szCs w:val="16"/>
              </w:rPr>
            </w:pPr>
            <w:r w:rsidRPr="00505610">
              <w:rPr>
                <w:rFonts w:cs="Arial"/>
                <w:sz w:val="16"/>
                <w:szCs w:val="16"/>
              </w:rPr>
              <w:t>6534</w:t>
            </w:r>
          </w:p>
        </w:tc>
        <w:tc>
          <w:tcPr>
            <w:tcW w:w="516" w:type="pct"/>
            <w:noWrap/>
            <w:hideMark/>
          </w:tcPr>
          <w:p w14:paraId="557798CA" w14:textId="77777777" w:rsidR="00000000" w:rsidRPr="00505610" w:rsidRDefault="00000000" w:rsidP="00335561">
            <w:pPr>
              <w:snapToGrid w:val="0"/>
              <w:contextualSpacing/>
              <w:rPr>
                <w:rFonts w:cs="Arial"/>
                <w:sz w:val="16"/>
                <w:szCs w:val="16"/>
              </w:rPr>
            </w:pPr>
            <w:r w:rsidRPr="00505610">
              <w:rPr>
                <w:rFonts w:cs="Arial"/>
                <w:sz w:val="16"/>
                <w:szCs w:val="16"/>
              </w:rPr>
              <w:t>46.2%</w:t>
            </w:r>
          </w:p>
        </w:tc>
        <w:tc>
          <w:tcPr>
            <w:tcW w:w="517" w:type="pct"/>
            <w:noWrap/>
            <w:hideMark/>
          </w:tcPr>
          <w:p w14:paraId="682D6C80" w14:textId="77777777" w:rsidR="00000000" w:rsidRPr="00505610" w:rsidRDefault="00000000" w:rsidP="00335561">
            <w:pPr>
              <w:snapToGrid w:val="0"/>
              <w:contextualSpacing/>
              <w:rPr>
                <w:rFonts w:cs="Arial"/>
                <w:sz w:val="16"/>
                <w:szCs w:val="16"/>
              </w:rPr>
            </w:pPr>
            <w:r w:rsidRPr="00505610">
              <w:rPr>
                <w:rFonts w:cs="Arial"/>
                <w:sz w:val="16"/>
                <w:szCs w:val="16"/>
              </w:rPr>
              <w:t>7622</w:t>
            </w:r>
          </w:p>
        </w:tc>
        <w:tc>
          <w:tcPr>
            <w:tcW w:w="441" w:type="pct"/>
            <w:noWrap/>
            <w:hideMark/>
          </w:tcPr>
          <w:p w14:paraId="31A852A7" w14:textId="77777777" w:rsidR="00000000" w:rsidRPr="00505610" w:rsidRDefault="00000000" w:rsidP="00335561">
            <w:pPr>
              <w:snapToGrid w:val="0"/>
              <w:contextualSpacing/>
              <w:rPr>
                <w:rFonts w:cs="Arial"/>
                <w:sz w:val="16"/>
                <w:szCs w:val="16"/>
              </w:rPr>
            </w:pPr>
            <w:r w:rsidRPr="00505610">
              <w:rPr>
                <w:rFonts w:cs="Arial"/>
                <w:sz w:val="16"/>
                <w:szCs w:val="16"/>
              </w:rPr>
              <w:t>53.8%</w:t>
            </w:r>
          </w:p>
        </w:tc>
        <w:tc>
          <w:tcPr>
            <w:tcW w:w="588" w:type="pct"/>
            <w:noWrap/>
            <w:hideMark/>
          </w:tcPr>
          <w:p w14:paraId="21779694" w14:textId="77777777" w:rsidR="00000000" w:rsidRPr="00505610" w:rsidRDefault="00000000" w:rsidP="00335561">
            <w:pPr>
              <w:snapToGrid w:val="0"/>
              <w:contextualSpacing/>
              <w:rPr>
                <w:rFonts w:cs="Arial"/>
                <w:sz w:val="16"/>
                <w:szCs w:val="16"/>
              </w:rPr>
            </w:pPr>
            <w:r w:rsidRPr="00505610">
              <w:rPr>
                <w:rFonts w:cs="Arial"/>
                <w:sz w:val="16"/>
                <w:szCs w:val="16"/>
              </w:rPr>
              <w:t>14156</w:t>
            </w:r>
          </w:p>
        </w:tc>
        <w:tc>
          <w:tcPr>
            <w:tcW w:w="511" w:type="pct"/>
            <w:noWrap/>
            <w:hideMark/>
          </w:tcPr>
          <w:p w14:paraId="03D8714E"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18F0FFD3" w14:textId="77777777" w:rsidTr="009D0946">
        <w:trPr>
          <w:trHeight w:val="20"/>
        </w:trPr>
        <w:tc>
          <w:tcPr>
            <w:tcW w:w="660" w:type="pct"/>
            <w:vMerge/>
          </w:tcPr>
          <w:p w14:paraId="2E93CA34" w14:textId="77777777" w:rsidR="00000000" w:rsidRPr="00505610" w:rsidRDefault="00000000" w:rsidP="00335561">
            <w:pPr>
              <w:snapToGrid w:val="0"/>
              <w:contextualSpacing/>
              <w:rPr>
                <w:rFonts w:cs="Arial"/>
                <w:sz w:val="16"/>
                <w:szCs w:val="16"/>
              </w:rPr>
            </w:pPr>
          </w:p>
        </w:tc>
        <w:tc>
          <w:tcPr>
            <w:tcW w:w="1325" w:type="pct"/>
            <w:noWrap/>
          </w:tcPr>
          <w:p w14:paraId="76C108AD" w14:textId="77777777" w:rsidR="00000000" w:rsidRPr="00505610" w:rsidRDefault="00000000" w:rsidP="00335561">
            <w:pPr>
              <w:snapToGrid w:val="0"/>
              <w:contextualSpacing/>
              <w:rPr>
                <w:rFonts w:cs="Arial"/>
                <w:sz w:val="16"/>
                <w:szCs w:val="16"/>
              </w:rPr>
            </w:pPr>
            <w:r w:rsidRPr="00505610">
              <w:rPr>
                <w:rFonts w:cs="Arial"/>
                <w:sz w:val="16"/>
                <w:szCs w:val="16"/>
              </w:rPr>
              <w:t>Furloughed</w:t>
            </w:r>
          </w:p>
        </w:tc>
        <w:tc>
          <w:tcPr>
            <w:tcW w:w="442" w:type="pct"/>
            <w:noWrap/>
          </w:tcPr>
          <w:p w14:paraId="6676C23E" w14:textId="77777777" w:rsidR="00000000" w:rsidRPr="00505610" w:rsidRDefault="00000000" w:rsidP="00335561">
            <w:pPr>
              <w:snapToGrid w:val="0"/>
              <w:contextualSpacing/>
              <w:rPr>
                <w:rFonts w:cs="Arial"/>
                <w:sz w:val="16"/>
                <w:szCs w:val="16"/>
              </w:rPr>
            </w:pPr>
            <w:r w:rsidRPr="00505610">
              <w:rPr>
                <w:rFonts w:cs="Arial"/>
                <w:sz w:val="16"/>
                <w:szCs w:val="16"/>
              </w:rPr>
              <w:t>36</w:t>
            </w:r>
          </w:p>
        </w:tc>
        <w:tc>
          <w:tcPr>
            <w:tcW w:w="516" w:type="pct"/>
            <w:noWrap/>
          </w:tcPr>
          <w:p w14:paraId="7506A5DA" w14:textId="77777777" w:rsidR="00000000" w:rsidRPr="00505610" w:rsidRDefault="00000000" w:rsidP="00335561">
            <w:pPr>
              <w:snapToGrid w:val="0"/>
              <w:contextualSpacing/>
              <w:rPr>
                <w:rFonts w:cs="Arial"/>
                <w:sz w:val="16"/>
                <w:szCs w:val="16"/>
              </w:rPr>
            </w:pPr>
            <w:r w:rsidRPr="00505610">
              <w:rPr>
                <w:rFonts w:cs="Arial"/>
                <w:sz w:val="16"/>
                <w:szCs w:val="16"/>
              </w:rPr>
              <w:t>75.0%</w:t>
            </w:r>
          </w:p>
        </w:tc>
        <w:tc>
          <w:tcPr>
            <w:tcW w:w="517" w:type="pct"/>
            <w:noWrap/>
          </w:tcPr>
          <w:p w14:paraId="1B159A87" w14:textId="77777777" w:rsidR="00000000" w:rsidRPr="00505610" w:rsidRDefault="00000000" w:rsidP="00335561">
            <w:pPr>
              <w:snapToGrid w:val="0"/>
              <w:contextualSpacing/>
              <w:rPr>
                <w:rFonts w:cs="Arial"/>
                <w:sz w:val="16"/>
                <w:szCs w:val="16"/>
              </w:rPr>
            </w:pPr>
            <w:r w:rsidRPr="00505610">
              <w:rPr>
                <w:rFonts w:cs="Arial"/>
                <w:sz w:val="16"/>
                <w:szCs w:val="16"/>
              </w:rPr>
              <w:t>12.0</w:t>
            </w:r>
          </w:p>
        </w:tc>
        <w:tc>
          <w:tcPr>
            <w:tcW w:w="441" w:type="pct"/>
            <w:noWrap/>
          </w:tcPr>
          <w:p w14:paraId="26D5E9F6" w14:textId="77777777" w:rsidR="00000000" w:rsidRPr="00505610" w:rsidRDefault="00000000" w:rsidP="00335561">
            <w:pPr>
              <w:snapToGrid w:val="0"/>
              <w:contextualSpacing/>
              <w:rPr>
                <w:rFonts w:cs="Arial"/>
                <w:sz w:val="16"/>
                <w:szCs w:val="16"/>
              </w:rPr>
            </w:pPr>
            <w:r w:rsidRPr="00505610">
              <w:rPr>
                <w:rFonts w:cs="Arial"/>
                <w:sz w:val="16"/>
                <w:szCs w:val="16"/>
              </w:rPr>
              <w:t>25.0%</w:t>
            </w:r>
          </w:p>
        </w:tc>
        <w:tc>
          <w:tcPr>
            <w:tcW w:w="588" w:type="pct"/>
            <w:noWrap/>
          </w:tcPr>
          <w:p w14:paraId="777D4FB1" w14:textId="77777777" w:rsidR="00000000" w:rsidRPr="00505610" w:rsidRDefault="00000000" w:rsidP="00335561">
            <w:pPr>
              <w:snapToGrid w:val="0"/>
              <w:contextualSpacing/>
              <w:rPr>
                <w:rFonts w:cs="Arial"/>
                <w:sz w:val="16"/>
                <w:szCs w:val="16"/>
              </w:rPr>
            </w:pPr>
            <w:r w:rsidRPr="00505610">
              <w:rPr>
                <w:rFonts w:cs="Arial"/>
                <w:sz w:val="16"/>
                <w:szCs w:val="16"/>
              </w:rPr>
              <w:t>48.0</w:t>
            </w:r>
          </w:p>
        </w:tc>
        <w:tc>
          <w:tcPr>
            <w:tcW w:w="511" w:type="pct"/>
            <w:noWrap/>
          </w:tcPr>
          <w:p w14:paraId="1D672487"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01F16688" w14:textId="77777777" w:rsidTr="009D0946">
        <w:trPr>
          <w:trHeight w:val="20"/>
        </w:trPr>
        <w:tc>
          <w:tcPr>
            <w:tcW w:w="660" w:type="pct"/>
            <w:vMerge/>
          </w:tcPr>
          <w:p w14:paraId="7092FEA4" w14:textId="77777777" w:rsidR="00000000" w:rsidRPr="00505610" w:rsidRDefault="00000000" w:rsidP="00335561">
            <w:pPr>
              <w:snapToGrid w:val="0"/>
              <w:contextualSpacing/>
              <w:rPr>
                <w:rFonts w:cs="Arial"/>
                <w:sz w:val="16"/>
                <w:szCs w:val="16"/>
              </w:rPr>
            </w:pPr>
          </w:p>
        </w:tc>
        <w:tc>
          <w:tcPr>
            <w:tcW w:w="1325" w:type="pct"/>
            <w:noWrap/>
            <w:hideMark/>
          </w:tcPr>
          <w:p w14:paraId="523FD43C" w14:textId="77777777" w:rsidR="00000000" w:rsidRPr="00505610" w:rsidRDefault="00000000" w:rsidP="00335561">
            <w:pPr>
              <w:snapToGrid w:val="0"/>
              <w:contextualSpacing/>
              <w:rPr>
                <w:rFonts w:cs="Arial"/>
                <w:sz w:val="16"/>
                <w:szCs w:val="16"/>
              </w:rPr>
            </w:pPr>
            <w:r w:rsidRPr="00505610">
              <w:rPr>
                <w:rFonts w:cs="Arial"/>
                <w:sz w:val="16"/>
                <w:szCs w:val="16"/>
              </w:rPr>
              <w:t>Other</w:t>
            </w:r>
          </w:p>
        </w:tc>
        <w:tc>
          <w:tcPr>
            <w:tcW w:w="442" w:type="pct"/>
            <w:noWrap/>
            <w:hideMark/>
          </w:tcPr>
          <w:p w14:paraId="75BDE8F8" w14:textId="77777777" w:rsidR="00000000" w:rsidRPr="00505610" w:rsidRDefault="00000000" w:rsidP="00335561">
            <w:pPr>
              <w:snapToGrid w:val="0"/>
              <w:contextualSpacing/>
              <w:rPr>
                <w:rFonts w:cs="Arial"/>
                <w:sz w:val="16"/>
                <w:szCs w:val="16"/>
              </w:rPr>
            </w:pPr>
            <w:r w:rsidRPr="00505610">
              <w:rPr>
                <w:rFonts w:cs="Arial"/>
                <w:sz w:val="16"/>
                <w:szCs w:val="16"/>
              </w:rPr>
              <w:t>2555</w:t>
            </w:r>
          </w:p>
        </w:tc>
        <w:tc>
          <w:tcPr>
            <w:tcW w:w="516" w:type="pct"/>
            <w:noWrap/>
            <w:hideMark/>
          </w:tcPr>
          <w:p w14:paraId="119F76DF" w14:textId="77777777" w:rsidR="00000000" w:rsidRPr="00505610" w:rsidRDefault="00000000" w:rsidP="00335561">
            <w:pPr>
              <w:snapToGrid w:val="0"/>
              <w:contextualSpacing/>
              <w:rPr>
                <w:rFonts w:cs="Arial"/>
                <w:sz w:val="16"/>
                <w:szCs w:val="16"/>
              </w:rPr>
            </w:pPr>
            <w:r w:rsidRPr="00505610">
              <w:rPr>
                <w:rFonts w:cs="Arial"/>
                <w:sz w:val="16"/>
                <w:szCs w:val="16"/>
              </w:rPr>
              <w:t>65.4%</w:t>
            </w:r>
          </w:p>
        </w:tc>
        <w:tc>
          <w:tcPr>
            <w:tcW w:w="517" w:type="pct"/>
            <w:noWrap/>
            <w:hideMark/>
          </w:tcPr>
          <w:p w14:paraId="2D9FF765" w14:textId="77777777" w:rsidR="00000000" w:rsidRPr="00505610" w:rsidRDefault="00000000" w:rsidP="00335561">
            <w:pPr>
              <w:snapToGrid w:val="0"/>
              <w:contextualSpacing/>
              <w:rPr>
                <w:rFonts w:cs="Arial"/>
                <w:sz w:val="16"/>
                <w:szCs w:val="16"/>
              </w:rPr>
            </w:pPr>
            <w:r w:rsidRPr="00505610">
              <w:rPr>
                <w:rFonts w:cs="Arial"/>
                <w:sz w:val="16"/>
                <w:szCs w:val="16"/>
              </w:rPr>
              <w:t>1350</w:t>
            </w:r>
          </w:p>
        </w:tc>
        <w:tc>
          <w:tcPr>
            <w:tcW w:w="441" w:type="pct"/>
            <w:noWrap/>
            <w:hideMark/>
          </w:tcPr>
          <w:p w14:paraId="6CE2A1E0" w14:textId="77777777" w:rsidR="00000000" w:rsidRPr="00505610" w:rsidRDefault="00000000" w:rsidP="00335561">
            <w:pPr>
              <w:snapToGrid w:val="0"/>
              <w:contextualSpacing/>
              <w:rPr>
                <w:rFonts w:cs="Arial"/>
                <w:sz w:val="16"/>
                <w:szCs w:val="16"/>
              </w:rPr>
            </w:pPr>
            <w:r w:rsidRPr="00505610">
              <w:rPr>
                <w:rFonts w:cs="Arial"/>
                <w:sz w:val="16"/>
                <w:szCs w:val="16"/>
              </w:rPr>
              <w:t>34.6%</w:t>
            </w:r>
          </w:p>
        </w:tc>
        <w:tc>
          <w:tcPr>
            <w:tcW w:w="588" w:type="pct"/>
            <w:noWrap/>
            <w:hideMark/>
          </w:tcPr>
          <w:p w14:paraId="4D68F374" w14:textId="77777777" w:rsidR="00000000" w:rsidRPr="00505610" w:rsidRDefault="00000000" w:rsidP="00335561">
            <w:pPr>
              <w:snapToGrid w:val="0"/>
              <w:contextualSpacing/>
              <w:rPr>
                <w:rFonts w:cs="Arial"/>
                <w:sz w:val="16"/>
                <w:szCs w:val="16"/>
              </w:rPr>
            </w:pPr>
            <w:r w:rsidRPr="00505610">
              <w:rPr>
                <w:rFonts w:cs="Arial"/>
                <w:sz w:val="16"/>
                <w:szCs w:val="16"/>
              </w:rPr>
              <w:t>3905</w:t>
            </w:r>
          </w:p>
        </w:tc>
        <w:tc>
          <w:tcPr>
            <w:tcW w:w="511" w:type="pct"/>
            <w:noWrap/>
            <w:hideMark/>
          </w:tcPr>
          <w:p w14:paraId="4E508454"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7583F650" w14:textId="77777777" w:rsidTr="009D0946">
        <w:trPr>
          <w:trHeight w:val="20"/>
        </w:trPr>
        <w:tc>
          <w:tcPr>
            <w:tcW w:w="660" w:type="pct"/>
            <w:vMerge/>
          </w:tcPr>
          <w:p w14:paraId="24F724FB" w14:textId="77777777" w:rsidR="00000000" w:rsidRPr="00505610" w:rsidRDefault="00000000" w:rsidP="00335561">
            <w:pPr>
              <w:snapToGrid w:val="0"/>
              <w:contextualSpacing/>
              <w:rPr>
                <w:rFonts w:cs="Arial"/>
                <w:sz w:val="16"/>
                <w:szCs w:val="16"/>
              </w:rPr>
            </w:pPr>
          </w:p>
        </w:tc>
        <w:tc>
          <w:tcPr>
            <w:tcW w:w="1325" w:type="pct"/>
            <w:noWrap/>
            <w:hideMark/>
          </w:tcPr>
          <w:p w14:paraId="38528628" w14:textId="77777777" w:rsidR="00000000" w:rsidRPr="00505610" w:rsidRDefault="00000000" w:rsidP="00335561">
            <w:pPr>
              <w:snapToGrid w:val="0"/>
              <w:contextualSpacing/>
              <w:rPr>
                <w:rFonts w:cs="Arial"/>
                <w:sz w:val="16"/>
                <w:szCs w:val="16"/>
              </w:rPr>
            </w:pPr>
            <w:r w:rsidRPr="00505610">
              <w:rPr>
                <w:rFonts w:cs="Arial"/>
                <w:sz w:val="16"/>
                <w:szCs w:val="16"/>
              </w:rPr>
              <w:t>Retired</w:t>
            </w:r>
          </w:p>
        </w:tc>
        <w:tc>
          <w:tcPr>
            <w:tcW w:w="442" w:type="pct"/>
            <w:noWrap/>
            <w:hideMark/>
          </w:tcPr>
          <w:p w14:paraId="50F17643" w14:textId="77777777" w:rsidR="00000000" w:rsidRPr="00505610" w:rsidRDefault="00000000" w:rsidP="00335561">
            <w:pPr>
              <w:snapToGrid w:val="0"/>
              <w:contextualSpacing/>
              <w:rPr>
                <w:rFonts w:cs="Arial"/>
                <w:sz w:val="16"/>
                <w:szCs w:val="16"/>
              </w:rPr>
            </w:pPr>
            <w:r w:rsidRPr="00505610">
              <w:rPr>
                <w:rFonts w:cs="Arial"/>
                <w:sz w:val="16"/>
                <w:szCs w:val="16"/>
              </w:rPr>
              <w:t>13928</w:t>
            </w:r>
          </w:p>
        </w:tc>
        <w:tc>
          <w:tcPr>
            <w:tcW w:w="516" w:type="pct"/>
            <w:noWrap/>
            <w:hideMark/>
          </w:tcPr>
          <w:p w14:paraId="5A52B7FD" w14:textId="77777777" w:rsidR="00000000" w:rsidRPr="00505610" w:rsidRDefault="00000000" w:rsidP="00335561">
            <w:pPr>
              <w:snapToGrid w:val="0"/>
              <w:contextualSpacing/>
              <w:rPr>
                <w:rFonts w:cs="Arial"/>
                <w:sz w:val="16"/>
                <w:szCs w:val="16"/>
              </w:rPr>
            </w:pPr>
            <w:r w:rsidRPr="00505610">
              <w:rPr>
                <w:rFonts w:cs="Arial"/>
                <w:sz w:val="16"/>
                <w:szCs w:val="16"/>
              </w:rPr>
              <w:t>32.7%</w:t>
            </w:r>
          </w:p>
        </w:tc>
        <w:tc>
          <w:tcPr>
            <w:tcW w:w="517" w:type="pct"/>
            <w:noWrap/>
            <w:hideMark/>
          </w:tcPr>
          <w:p w14:paraId="326941F9" w14:textId="77777777" w:rsidR="00000000" w:rsidRPr="00505610" w:rsidRDefault="00000000" w:rsidP="00335561">
            <w:pPr>
              <w:snapToGrid w:val="0"/>
              <w:contextualSpacing/>
              <w:rPr>
                <w:rFonts w:cs="Arial"/>
                <w:sz w:val="16"/>
                <w:szCs w:val="16"/>
              </w:rPr>
            </w:pPr>
            <w:r w:rsidRPr="00505610">
              <w:rPr>
                <w:rFonts w:cs="Arial"/>
                <w:sz w:val="16"/>
                <w:szCs w:val="16"/>
              </w:rPr>
              <w:t>28691</w:t>
            </w:r>
          </w:p>
        </w:tc>
        <w:tc>
          <w:tcPr>
            <w:tcW w:w="441" w:type="pct"/>
            <w:noWrap/>
            <w:hideMark/>
          </w:tcPr>
          <w:p w14:paraId="0B14B7DD" w14:textId="77777777" w:rsidR="00000000" w:rsidRPr="00505610" w:rsidRDefault="00000000" w:rsidP="00335561">
            <w:pPr>
              <w:snapToGrid w:val="0"/>
              <w:contextualSpacing/>
              <w:rPr>
                <w:rFonts w:cs="Arial"/>
                <w:sz w:val="16"/>
                <w:szCs w:val="16"/>
              </w:rPr>
            </w:pPr>
            <w:r w:rsidRPr="00505610">
              <w:rPr>
                <w:rFonts w:cs="Arial"/>
                <w:sz w:val="16"/>
                <w:szCs w:val="16"/>
              </w:rPr>
              <w:t>67.3%</w:t>
            </w:r>
          </w:p>
        </w:tc>
        <w:tc>
          <w:tcPr>
            <w:tcW w:w="588" w:type="pct"/>
            <w:noWrap/>
            <w:hideMark/>
          </w:tcPr>
          <w:p w14:paraId="34DE5AEC" w14:textId="77777777" w:rsidR="00000000" w:rsidRPr="00505610" w:rsidRDefault="00000000" w:rsidP="00335561">
            <w:pPr>
              <w:snapToGrid w:val="0"/>
              <w:contextualSpacing/>
              <w:rPr>
                <w:rFonts w:cs="Arial"/>
                <w:sz w:val="16"/>
                <w:szCs w:val="16"/>
              </w:rPr>
            </w:pPr>
            <w:r w:rsidRPr="00505610">
              <w:rPr>
                <w:rFonts w:cs="Arial"/>
                <w:sz w:val="16"/>
                <w:szCs w:val="16"/>
              </w:rPr>
              <w:t>42619</w:t>
            </w:r>
          </w:p>
        </w:tc>
        <w:tc>
          <w:tcPr>
            <w:tcW w:w="511" w:type="pct"/>
            <w:noWrap/>
            <w:hideMark/>
          </w:tcPr>
          <w:p w14:paraId="5152EE12"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2ABC2A6C" w14:textId="77777777" w:rsidTr="009D0946">
        <w:trPr>
          <w:trHeight w:val="20"/>
        </w:trPr>
        <w:tc>
          <w:tcPr>
            <w:tcW w:w="660" w:type="pct"/>
            <w:vMerge/>
          </w:tcPr>
          <w:p w14:paraId="628D49BB" w14:textId="77777777" w:rsidR="00000000" w:rsidRPr="00505610" w:rsidRDefault="00000000" w:rsidP="00335561">
            <w:pPr>
              <w:snapToGrid w:val="0"/>
              <w:contextualSpacing/>
              <w:rPr>
                <w:rFonts w:cs="Arial"/>
                <w:sz w:val="16"/>
                <w:szCs w:val="16"/>
              </w:rPr>
            </w:pPr>
          </w:p>
        </w:tc>
        <w:tc>
          <w:tcPr>
            <w:tcW w:w="1325" w:type="pct"/>
            <w:noWrap/>
            <w:hideMark/>
          </w:tcPr>
          <w:p w14:paraId="61526FB6" w14:textId="77777777" w:rsidR="00000000" w:rsidRPr="00505610" w:rsidRDefault="00000000" w:rsidP="00335561">
            <w:pPr>
              <w:snapToGrid w:val="0"/>
              <w:contextualSpacing/>
              <w:rPr>
                <w:rFonts w:cs="Arial"/>
                <w:sz w:val="16"/>
                <w:szCs w:val="16"/>
              </w:rPr>
            </w:pPr>
            <w:r w:rsidRPr="00505610">
              <w:rPr>
                <w:rFonts w:cs="Arial"/>
                <w:sz w:val="16"/>
                <w:szCs w:val="16"/>
              </w:rPr>
              <w:t>Self-employed</w:t>
            </w:r>
          </w:p>
        </w:tc>
        <w:tc>
          <w:tcPr>
            <w:tcW w:w="442" w:type="pct"/>
            <w:noWrap/>
            <w:hideMark/>
          </w:tcPr>
          <w:p w14:paraId="32947EB9" w14:textId="77777777" w:rsidR="00000000" w:rsidRPr="00505610" w:rsidRDefault="00000000" w:rsidP="00335561">
            <w:pPr>
              <w:snapToGrid w:val="0"/>
              <w:contextualSpacing/>
              <w:rPr>
                <w:rFonts w:cs="Arial"/>
                <w:sz w:val="16"/>
                <w:szCs w:val="16"/>
              </w:rPr>
            </w:pPr>
            <w:r w:rsidRPr="00505610">
              <w:rPr>
                <w:rFonts w:cs="Arial"/>
                <w:sz w:val="16"/>
                <w:szCs w:val="16"/>
              </w:rPr>
              <w:t>3071</w:t>
            </w:r>
          </w:p>
        </w:tc>
        <w:tc>
          <w:tcPr>
            <w:tcW w:w="516" w:type="pct"/>
            <w:noWrap/>
            <w:hideMark/>
          </w:tcPr>
          <w:p w14:paraId="05CE3E60" w14:textId="77777777" w:rsidR="00000000" w:rsidRPr="00505610" w:rsidRDefault="00000000" w:rsidP="00335561">
            <w:pPr>
              <w:snapToGrid w:val="0"/>
              <w:contextualSpacing/>
              <w:rPr>
                <w:rFonts w:cs="Arial"/>
                <w:sz w:val="16"/>
                <w:szCs w:val="16"/>
              </w:rPr>
            </w:pPr>
            <w:r w:rsidRPr="00505610">
              <w:rPr>
                <w:rFonts w:cs="Arial"/>
                <w:sz w:val="16"/>
                <w:szCs w:val="16"/>
              </w:rPr>
              <w:t>41.8%</w:t>
            </w:r>
          </w:p>
        </w:tc>
        <w:tc>
          <w:tcPr>
            <w:tcW w:w="517" w:type="pct"/>
            <w:noWrap/>
            <w:hideMark/>
          </w:tcPr>
          <w:p w14:paraId="543BA112" w14:textId="77777777" w:rsidR="00000000" w:rsidRPr="00505610" w:rsidRDefault="00000000" w:rsidP="00335561">
            <w:pPr>
              <w:snapToGrid w:val="0"/>
              <w:contextualSpacing/>
              <w:rPr>
                <w:rFonts w:cs="Arial"/>
                <w:sz w:val="16"/>
                <w:szCs w:val="16"/>
              </w:rPr>
            </w:pPr>
            <w:r w:rsidRPr="00505610">
              <w:rPr>
                <w:rFonts w:cs="Arial"/>
                <w:sz w:val="16"/>
                <w:szCs w:val="16"/>
              </w:rPr>
              <w:t>4277</w:t>
            </w:r>
          </w:p>
        </w:tc>
        <w:tc>
          <w:tcPr>
            <w:tcW w:w="441" w:type="pct"/>
            <w:noWrap/>
            <w:hideMark/>
          </w:tcPr>
          <w:p w14:paraId="0E9F1239" w14:textId="77777777" w:rsidR="00000000" w:rsidRPr="00505610" w:rsidRDefault="00000000" w:rsidP="00335561">
            <w:pPr>
              <w:snapToGrid w:val="0"/>
              <w:contextualSpacing/>
              <w:rPr>
                <w:rFonts w:cs="Arial"/>
                <w:sz w:val="16"/>
                <w:szCs w:val="16"/>
              </w:rPr>
            </w:pPr>
            <w:r w:rsidRPr="00505610">
              <w:rPr>
                <w:rFonts w:cs="Arial"/>
                <w:sz w:val="16"/>
                <w:szCs w:val="16"/>
              </w:rPr>
              <w:t>58.2%</w:t>
            </w:r>
          </w:p>
        </w:tc>
        <w:tc>
          <w:tcPr>
            <w:tcW w:w="588" w:type="pct"/>
            <w:noWrap/>
            <w:hideMark/>
          </w:tcPr>
          <w:p w14:paraId="078AD0A7" w14:textId="77777777" w:rsidR="00000000" w:rsidRPr="00505610" w:rsidRDefault="00000000" w:rsidP="00335561">
            <w:pPr>
              <w:snapToGrid w:val="0"/>
              <w:contextualSpacing/>
              <w:rPr>
                <w:rFonts w:cs="Arial"/>
                <w:sz w:val="16"/>
                <w:szCs w:val="16"/>
              </w:rPr>
            </w:pPr>
            <w:r w:rsidRPr="00505610">
              <w:rPr>
                <w:rFonts w:cs="Arial"/>
                <w:sz w:val="16"/>
                <w:szCs w:val="16"/>
              </w:rPr>
              <w:t>7348</w:t>
            </w:r>
          </w:p>
        </w:tc>
        <w:tc>
          <w:tcPr>
            <w:tcW w:w="511" w:type="pct"/>
            <w:noWrap/>
            <w:hideMark/>
          </w:tcPr>
          <w:p w14:paraId="73735621"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22A9C433" w14:textId="77777777" w:rsidTr="009D0946">
        <w:trPr>
          <w:trHeight w:val="20"/>
        </w:trPr>
        <w:tc>
          <w:tcPr>
            <w:tcW w:w="660" w:type="pct"/>
            <w:vMerge/>
          </w:tcPr>
          <w:p w14:paraId="0FB4436F" w14:textId="77777777" w:rsidR="00000000" w:rsidRPr="00505610" w:rsidRDefault="00000000" w:rsidP="00335561">
            <w:pPr>
              <w:snapToGrid w:val="0"/>
              <w:contextualSpacing/>
              <w:rPr>
                <w:rFonts w:cs="Arial"/>
                <w:sz w:val="16"/>
                <w:szCs w:val="16"/>
              </w:rPr>
            </w:pPr>
          </w:p>
        </w:tc>
        <w:tc>
          <w:tcPr>
            <w:tcW w:w="1325" w:type="pct"/>
            <w:noWrap/>
            <w:hideMark/>
          </w:tcPr>
          <w:p w14:paraId="118BB6C5" w14:textId="77777777" w:rsidR="00000000" w:rsidRPr="00505610" w:rsidRDefault="00000000" w:rsidP="00335561">
            <w:pPr>
              <w:snapToGrid w:val="0"/>
              <w:contextualSpacing/>
              <w:rPr>
                <w:rFonts w:cs="Arial"/>
                <w:sz w:val="16"/>
                <w:szCs w:val="16"/>
              </w:rPr>
            </w:pPr>
            <w:r w:rsidRPr="00505610">
              <w:rPr>
                <w:rFonts w:cs="Arial"/>
                <w:sz w:val="16"/>
                <w:szCs w:val="16"/>
              </w:rPr>
              <w:t>Student (full or part-time)</w:t>
            </w:r>
          </w:p>
        </w:tc>
        <w:tc>
          <w:tcPr>
            <w:tcW w:w="442" w:type="pct"/>
            <w:noWrap/>
            <w:hideMark/>
          </w:tcPr>
          <w:p w14:paraId="37EF54F2" w14:textId="77777777" w:rsidR="00000000" w:rsidRPr="00505610" w:rsidRDefault="00000000" w:rsidP="00335561">
            <w:pPr>
              <w:snapToGrid w:val="0"/>
              <w:contextualSpacing/>
              <w:rPr>
                <w:rFonts w:cs="Arial"/>
                <w:sz w:val="16"/>
                <w:szCs w:val="16"/>
              </w:rPr>
            </w:pPr>
            <w:r w:rsidRPr="00505610">
              <w:rPr>
                <w:rFonts w:cs="Arial"/>
                <w:sz w:val="16"/>
                <w:szCs w:val="16"/>
              </w:rPr>
              <w:t>2579</w:t>
            </w:r>
          </w:p>
        </w:tc>
        <w:tc>
          <w:tcPr>
            <w:tcW w:w="516" w:type="pct"/>
            <w:noWrap/>
            <w:hideMark/>
          </w:tcPr>
          <w:p w14:paraId="739A9649" w14:textId="77777777" w:rsidR="00000000" w:rsidRPr="00505610" w:rsidRDefault="00000000" w:rsidP="00335561">
            <w:pPr>
              <w:snapToGrid w:val="0"/>
              <w:contextualSpacing/>
              <w:rPr>
                <w:rFonts w:cs="Arial"/>
                <w:sz w:val="16"/>
                <w:szCs w:val="16"/>
              </w:rPr>
            </w:pPr>
            <w:r w:rsidRPr="00505610">
              <w:rPr>
                <w:rFonts w:cs="Arial"/>
                <w:sz w:val="16"/>
                <w:szCs w:val="16"/>
              </w:rPr>
              <w:t>70.0%</w:t>
            </w:r>
          </w:p>
        </w:tc>
        <w:tc>
          <w:tcPr>
            <w:tcW w:w="517" w:type="pct"/>
            <w:noWrap/>
            <w:hideMark/>
          </w:tcPr>
          <w:p w14:paraId="0C846E93" w14:textId="77777777" w:rsidR="00000000" w:rsidRPr="00505610" w:rsidRDefault="00000000" w:rsidP="00335561">
            <w:pPr>
              <w:snapToGrid w:val="0"/>
              <w:contextualSpacing/>
              <w:rPr>
                <w:rFonts w:cs="Arial"/>
                <w:sz w:val="16"/>
                <w:szCs w:val="16"/>
              </w:rPr>
            </w:pPr>
            <w:r w:rsidRPr="00505610">
              <w:rPr>
                <w:rFonts w:cs="Arial"/>
                <w:sz w:val="16"/>
                <w:szCs w:val="16"/>
              </w:rPr>
              <w:t>1104</w:t>
            </w:r>
          </w:p>
        </w:tc>
        <w:tc>
          <w:tcPr>
            <w:tcW w:w="441" w:type="pct"/>
            <w:noWrap/>
            <w:hideMark/>
          </w:tcPr>
          <w:p w14:paraId="4F92C136" w14:textId="77777777" w:rsidR="00000000" w:rsidRPr="00505610" w:rsidRDefault="00000000" w:rsidP="00335561">
            <w:pPr>
              <w:snapToGrid w:val="0"/>
              <w:contextualSpacing/>
              <w:rPr>
                <w:rFonts w:cs="Arial"/>
                <w:sz w:val="16"/>
                <w:szCs w:val="16"/>
              </w:rPr>
            </w:pPr>
            <w:r w:rsidRPr="00505610">
              <w:rPr>
                <w:rFonts w:cs="Arial"/>
                <w:sz w:val="16"/>
                <w:szCs w:val="16"/>
              </w:rPr>
              <w:t>30.0%</w:t>
            </w:r>
          </w:p>
        </w:tc>
        <w:tc>
          <w:tcPr>
            <w:tcW w:w="588" w:type="pct"/>
            <w:noWrap/>
            <w:hideMark/>
          </w:tcPr>
          <w:p w14:paraId="4C0B1D37" w14:textId="77777777" w:rsidR="00000000" w:rsidRPr="00505610" w:rsidRDefault="00000000" w:rsidP="00335561">
            <w:pPr>
              <w:snapToGrid w:val="0"/>
              <w:contextualSpacing/>
              <w:rPr>
                <w:rFonts w:cs="Arial"/>
                <w:sz w:val="16"/>
                <w:szCs w:val="16"/>
              </w:rPr>
            </w:pPr>
            <w:r w:rsidRPr="00505610">
              <w:rPr>
                <w:rFonts w:cs="Arial"/>
                <w:sz w:val="16"/>
                <w:szCs w:val="16"/>
              </w:rPr>
              <w:t>3683</w:t>
            </w:r>
          </w:p>
        </w:tc>
        <w:tc>
          <w:tcPr>
            <w:tcW w:w="511" w:type="pct"/>
            <w:noWrap/>
            <w:hideMark/>
          </w:tcPr>
          <w:p w14:paraId="616CB6B2"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401A1CC3" w14:textId="77777777" w:rsidTr="009D0946">
        <w:trPr>
          <w:trHeight w:val="20"/>
        </w:trPr>
        <w:tc>
          <w:tcPr>
            <w:tcW w:w="660" w:type="pct"/>
            <w:vMerge/>
          </w:tcPr>
          <w:p w14:paraId="65D8A3D4" w14:textId="77777777" w:rsidR="00000000" w:rsidRPr="00505610" w:rsidRDefault="00000000" w:rsidP="00335561">
            <w:pPr>
              <w:snapToGrid w:val="0"/>
              <w:contextualSpacing/>
              <w:rPr>
                <w:rFonts w:cs="Arial"/>
                <w:sz w:val="16"/>
                <w:szCs w:val="16"/>
              </w:rPr>
            </w:pPr>
          </w:p>
        </w:tc>
        <w:tc>
          <w:tcPr>
            <w:tcW w:w="1325" w:type="pct"/>
            <w:noWrap/>
            <w:hideMark/>
          </w:tcPr>
          <w:p w14:paraId="4311EAE9" w14:textId="77777777" w:rsidR="00000000" w:rsidRPr="00505610" w:rsidRDefault="00000000" w:rsidP="00335561">
            <w:pPr>
              <w:snapToGrid w:val="0"/>
              <w:contextualSpacing/>
              <w:rPr>
                <w:rFonts w:cs="Arial"/>
                <w:sz w:val="16"/>
                <w:szCs w:val="16"/>
              </w:rPr>
            </w:pPr>
            <w:r w:rsidRPr="00505610">
              <w:rPr>
                <w:rFonts w:cs="Arial"/>
                <w:sz w:val="16"/>
                <w:szCs w:val="16"/>
              </w:rPr>
              <w:t>Unemployed</w:t>
            </w:r>
          </w:p>
        </w:tc>
        <w:tc>
          <w:tcPr>
            <w:tcW w:w="442" w:type="pct"/>
            <w:noWrap/>
            <w:hideMark/>
          </w:tcPr>
          <w:p w14:paraId="216DBFE4" w14:textId="77777777" w:rsidR="00000000" w:rsidRPr="00505610" w:rsidRDefault="00000000" w:rsidP="00335561">
            <w:pPr>
              <w:snapToGrid w:val="0"/>
              <w:contextualSpacing/>
              <w:rPr>
                <w:rFonts w:cs="Arial"/>
                <w:sz w:val="16"/>
                <w:szCs w:val="16"/>
              </w:rPr>
            </w:pPr>
            <w:r w:rsidRPr="00505610">
              <w:rPr>
                <w:rFonts w:cs="Arial"/>
                <w:sz w:val="16"/>
                <w:szCs w:val="16"/>
              </w:rPr>
              <w:t>5452</w:t>
            </w:r>
          </w:p>
        </w:tc>
        <w:tc>
          <w:tcPr>
            <w:tcW w:w="516" w:type="pct"/>
            <w:noWrap/>
            <w:hideMark/>
          </w:tcPr>
          <w:p w14:paraId="0A67601A" w14:textId="77777777" w:rsidR="00000000" w:rsidRPr="00505610" w:rsidRDefault="00000000" w:rsidP="00335561">
            <w:pPr>
              <w:snapToGrid w:val="0"/>
              <w:contextualSpacing/>
              <w:rPr>
                <w:rFonts w:cs="Arial"/>
                <w:sz w:val="16"/>
                <w:szCs w:val="16"/>
              </w:rPr>
            </w:pPr>
            <w:r w:rsidRPr="00505610">
              <w:rPr>
                <w:rFonts w:cs="Arial"/>
                <w:sz w:val="16"/>
                <w:szCs w:val="16"/>
              </w:rPr>
              <w:t>74.7%</w:t>
            </w:r>
          </w:p>
        </w:tc>
        <w:tc>
          <w:tcPr>
            <w:tcW w:w="517" w:type="pct"/>
            <w:noWrap/>
            <w:hideMark/>
          </w:tcPr>
          <w:p w14:paraId="3ADE89DB" w14:textId="77777777" w:rsidR="00000000" w:rsidRPr="00505610" w:rsidRDefault="00000000" w:rsidP="00335561">
            <w:pPr>
              <w:snapToGrid w:val="0"/>
              <w:contextualSpacing/>
              <w:rPr>
                <w:rFonts w:cs="Arial"/>
                <w:sz w:val="16"/>
                <w:szCs w:val="16"/>
              </w:rPr>
            </w:pPr>
            <w:r w:rsidRPr="00505610">
              <w:rPr>
                <w:rFonts w:cs="Arial"/>
                <w:sz w:val="16"/>
                <w:szCs w:val="16"/>
              </w:rPr>
              <w:t>1843</w:t>
            </w:r>
          </w:p>
        </w:tc>
        <w:tc>
          <w:tcPr>
            <w:tcW w:w="441" w:type="pct"/>
            <w:noWrap/>
            <w:hideMark/>
          </w:tcPr>
          <w:p w14:paraId="065B6A2F" w14:textId="77777777" w:rsidR="00000000" w:rsidRPr="00505610" w:rsidRDefault="00000000" w:rsidP="00335561">
            <w:pPr>
              <w:snapToGrid w:val="0"/>
              <w:contextualSpacing/>
              <w:rPr>
                <w:rFonts w:cs="Arial"/>
                <w:sz w:val="16"/>
                <w:szCs w:val="16"/>
              </w:rPr>
            </w:pPr>
            <w:r w:rsidRPr="00505610">
              <w:rPr>
                <w:rFonts w:cs="Arial"/>
                <w:sz w:val="16"/>
                <w:szCs w:val="16"/>
              </w:rPr>
              <w:t>25.3%</w:t>
            </w:r>
          </w:p>
        </w:tc>
        <w:tc>
          <w:tcPr>
            <w:tcW w:w="588" w:type="pct"/>
            <w:noWrap/>
            <w:hideMark/>
          </w:tcPr>
          <w:p w14:paraId="7C053575" w14:textId="77777777" w:rsidR="00000000" w:rsidRPr="00505610" w:rsidRDefault="00000000" w:rsidP="00335561">
            <w:pPr>
              <w:snapToGrid w:val="0"/>
              <w:contextualSpacing/>
              <w:rPr>
                <w:rFonts w:cs="Arial"/>
                <w:sz w:val="16"/>
                <w:szCs w:val="16"/>
              </w:rPr>
            </w:pPr>
            <w:r w:rsidRPr="00505610">
              <w:rPr>
                <w:rFonts w:cs="Arial"/>
                <w:sz w:val="16"/>
                <w:szCs w:val="16"/>
              </w:rPr>
              <w:t>7295</w:t>
            </w:r>
          </w:p>
        </w:tc>
        <w:tc>
          <w:tcPr>
            <w:tcW w:w="511" w:type="pct"/>
            <w:noWrap/>
            <w:hideMark/>
          </w:tcPr>
          <w:p w14:paraId="6EE0C608"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744DB192" w14:textId="77777777" w:rsidTr="009D0946">
        <w:trPr>
          <w:trHeight w:val="20"/>
        </w:trPr>
        <w:tc>
          <w:tcPr>
            <w:tcW w:w="660" w:type="pct"/>
            <w:vMerge/>
          </w:tcPr>
          <w:p w14:paraId="44CE486B" w14:textId="77777777" w:rsidR="00000000" w:rsidRPr="00505610" w:rsidRDefault="00000000" w:rsidP="00335561">
            <w:pPr>
              <w:snapToGrid w:val="0"/>
              <w:contextualSpacing/>
              <w:rPr>
                <w:rFonts w:cs="Arial"/>
                <w:sz w:val="16"/>
                <w:szCs w:val="16"/>
              </w:rPr>
            </w:pPr>
          </w:p>
        </w:tc>
        <w:tc>
          <w:tcPr>
            <w:tcW w:w="1325" w:type="pct"/>
            <w:noWrap/>
            <w:hideMark/>
          </w:tcPr>
          <w:p w14:paraId="38BD1A12" w14:textId="77777777" w:rsidR="00000000" w:rsidRPr="00505610" w:rsidRDefault="00000000" w:rsidP="00335561">
            <w:pPr>
              <w:snapToGrid w:val="0"/>
              <w:contextualSpacing/>
              <w:rPr>
                <w:rFonts w:cs="Arial"/>
                <w:sz w:val="16"/>
                <w:szCs w:val="16"/>
              </w:rPr>
            </w:pPr>
            <w:r w:rsidRPr="00505610">
              <w:rPr>
                <w:rFonts w:cs="Arial"/>
                <w:sz w:val="16"/>
                <w:szCs w:val="16"/>
              </w:rPr>
              <w:t>Unpaid carer</w:t>
            </w:r>
          </w:p>
        </w:tc>
        <w:tc>
          <w:tcPr>
            <w:tcW w:w="442" w:type="pct"/>
            <w:noWrap/>
            <w:hideMark/>
          </w:tcPr>
          <w:p w14:paraId="499DFF47" w14:textId="77777777" w:rsidR="00000000" w:rsidRPr="00505610" w:rsidRDefault="00000000" w:rsidP="00335561">
            <w:pPr>
              <w:snapToGrid w:val="0"/>
              <w:contextualSpacing/>
              <w:rPr>
                <w:rFonts w:cs="Arial"/>
                <w:sz w:val="16"/>
                <w:szCs w:val="16"/>
              </w:rPr>
            </w:pPr>
            <w:r w:rsidRPr="00505610">
              <w:rPr>
                <w:rFonts w:cs="Arial"/>
                <w:sz w:val="16"/>
                <w:szCs w:val="16"/>
              </w:rPr>
              <w:t>971</w:t>
            </w:r>
          </w:p>
        </w:tc>
        <w:tc>
          <w:tcPr>
            <w:tcW w:w="516" w:type="pct"/>
            <w:noWrap/>
            <w:hideMark/>
          </w:tcPr>
          <w:p w14:paraId="4D571F5C" w14:textId="77777777" w:rsidR="00000000" w:rsidRPr="00505610" w:rsidRDefault="00000000" w:rsidP="00335561">
            <w:pPr>
              <w:snapToGrid w:val="0"/>
              <w:contextualSpacing/>
              <w:rPr>
                <w:rFonts w:cs="Arial"/>
                <w:sz w:val="16"/>
                <w:szCs w:val="16"/>
              </w:rPr>
            </w:pPr>
            <w:r w:rsidRPr="00505610">
              <w:rPr>
                <w:rFonts w:cs="Arial"/>
                <w:sz w:val="16"/>
                <w:szCs w:val="16"/>
              </w:rPr>
              <w:t>64.8%</w:t>
            </w:r>
          </w:p>
        </w:tc>
        <w:tc>
          <w:tcPr>
            <w:tcW w:w="517" w:type="pct"/>
            <w:noWrap/>
            <w:hideMark/>
          </w:tcPr>
          <w:p w14:paraId="225ADAB9" w14:textId="77777777" w:rsidR="00000000" w:rsidRPr="00505610" w:rsidRDefault="00000000" w:rsidP="00335561">
            <w:pPr>
              <w:snapToGrid w:val="0"/>
              <w:contextualSpacing/>
              <w:rPr>
                <w:rFonts w:cs="Arial"/>
                <w:sz w:val="16"/>
                <w:szCs w:val="16"/>
              </w:rPr>
            </w:pPr>
            <w:r w:rsidRPr="00505610">
              <w:rPr>
                <w:rFonts w:cs="Arial"/>
                <w:sz w:val="16"/>
                <w:szCs w:val="16"/>
              </w:rPr>
              <w:t>528</w:t>
            </w:r>
          </w:p>
        </w:tc>
        <w:tc>
          <w:tcPr>
            <w:tcW w:w="441" w:type="pct"/>
            <w:noWrap/>
            <w:hideMark/>
          </w:tcPr>
          <w:p w14:paraId="1285BDEE" w14:textId="77777777" w:rsidR="00000000" w:rsidRPr="00505610" w:rsidRDefault="00000000" w:rsidP="00335561">
            <w:pPr>
              <w:snapToGrid w:val="0"/>
              <w:contextualSpacing/>
              <w:rPr>
                <w:rFonts w:cs="Arial"/>
                <w:sz w:val="16"/>
                <w:szCs w:val="16"/>
              </w:rPr>
            </w:pPr>
            <w:r w:rsidRPr="00505610">
              <w:rPr>
                <w:rFonts w:cs="Arial"/>
                <w:sz w:val="16"/>
                <w:szCs w:val="16"/>
              </w:rPr>
              <w:t>35.2%</w:t>
            </w:r>
          </w:p>
        </w:tc>
        <w:tc>
          <w:tcPr>
            <w:tcW w:w="588" w:type="pct"/>
            <w:noWrap/>
            <w:hideMark/>
          </w:tcPr>
          <w:p w14:paraId="2FD41B52" w14:textId="77777777" w:rsidR="00000000" w:rsidRPr="00505610" w:rsidRDefault="00000000" w:rsidP="00335561">
            <w:pPr>
              <w:snapToGrid w:val="0"/>
              <w:contextualSpacing/>
              <w:rPr>
                <w:rFonts w:cs="Arial"/>
                <w:sz w:val="16"/>
                <w:szCs w:val="16"/>
              </w:rPr>
            </w:pPr>
            <w:r w:rsidRPr="00505610">
              <w:rPr>
                <w:rFonts w:cs="Arial"/>
                <w:sz w:val="16"/>
                <w:szCs w:val="16"/>
              </w:rPr>
              <w:t>1499</w:t>
            </w:r>
          </w:p>
        </w:tc>
        <w:tc>
          <w:tcPr>
            <w:tcW w:w="511" w:type="pct"/>
            <w:noWrap/>
            <w:hideMark/>
          </w:tcPr>
          <w:p w14:paraId="7728D3AE"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66EB9D0E" w14:textId="77777777" w:rsidTr="009D0946">
        <w:trPr>
          <w:trHeight w:val="20"/>
        </w:trPr>
        <w:tc>
          <w:tcPr>
            <w:tcW w:w="660" w:type="pct"/>
            <w:vMerge/>
          </w:tcPr>
          <w:p w14:paraId="63A21583" w14:textId="77777777" w:rsidR="00000000" w:rsidRPr="00505610" w:rsidRDefault="00000000" w:rsidP="00335561">
            <w:pPr>
              <w:snapToGrid w:val="0"/>
              <w:contextualSpacing/>
              <w:rPr>
                <w:rFonts w:cs="Arial"/>
                <w:sz w:val="16"/>
                <w:szCs w:val="16"/>
              </w:rPr>
            </w:pPr>
          </w:p>
        </w:tc>
        <w:tc>
          <w:tcPr>
            <w:tcW w:w="1325" w:type="pct"/>
            <w:noWrap/>
            <w:hideMark/>
          </w:tcPr>
          <w:p w14:paraId="5C203CF2" w14:textId="77777777" w:rsidR="00000000" w:rsidRPr="00505610" w:rsidRDefault="00000000" w:rsidP="00335561">
            <w:pPr>
              <w:snapToGrid w:val="0"/>
              <w:contextualSpacing/>
              <w:rPr>
                <w:rFonts w:cs="Arial"/>
                <w:sz w:val="16"/>
                <w:szCs w:val="16"/>
              </w:rPr>
            </w:pPr>
            <w:r w:rsidRPr="00505610">
              <w:rPr>
                <w:rFonts w:cs="Arial"/>
                <w:sz w:val="16"/>
                <w:szCs w:val="16"/>
              </w:rPr>
              <w:t>Volunteer (full or part-time)</w:t>
            </w:r>
          </w:p>
        </w:tc>
        <w:tc>
          <w:tcPr>
            <w:tcW w:w="442" w:type="pct"/>
            <w:noWrap/>
            <w:hideMark/>
          </w:tcPr>
          <w:p w14:paraId="5BCF0181" w14:textId="77777777" w:rsidR="00000000" w:rsidRPr="00505610" w:rsidRDefault="00000000" w:rsidP="00335561">
            <w:pPr>
              <w:snapToGrid w:val="0"/>
              <w:contextualSpacing/>
              <w:rPr>
                <w:rFonts w:cs="Arial"/>
                <w:sz w:val="16"/>
                <w:szCs w:val="16"/>
              </w:rPr>
            </w:pPr>
            <w:r w:rsidRPr="00505610">
              <w:rPr>
                <w:rFonts w:cs="Arial"/>
                <w:sz w:val="16"/>
                <w:szCs w:val="16"/>
              </w:rPr>
              <w:t>547</w:t>
            </w:r>
          </w:p>
        </w:tc>
        <w:tc>
          <w:tcPr>
            <w:tcW w:w="516" w:type="pct"/>
            <w:noWrap/>
            <w:hideMark/>
          </w:tcPr>
          <w:p w14:paraId="2F7999CA" w14:textId="77777777" w:rsidR="00000000" w:rsidRPr="00505610" w:rsidRDefault="00000000" w:rsidP="00335561">
            <w:pPr>
              <w:snapToGrid w:val="0"/>
              <w:contextualSpacing/>
              <w:rPr>
                <w:rFonts w:cs="Arial"/>
                <w:sz w:val="16"/>
                <w:szCs w:val="16"/>
              </w:rPr>
            </w:pPr>
            <w:r w:rsidRPr="00505610">
              <w:rPr>
                <w:rFonts w:cs="Arial"/>
                <w:sz w:val="16"/>
                <w:szCs w:val="16"/>
              </w:rPr>
              <w:t>39.0%</w:t>
            </w:r>
          </w:p>
        </w:tc>
        <w:tc>
          <w:tcPr>
            <w:tcW w:w="517" w:type="pct"/>
            <w:noWrap/>
            <w:hideMark/>
          </w:tcPr>
          <w:p w14:paraId="670DB1BF" w14:textId="77777777" w:rsidR="00000000" w:rsidRPr="00505610" w:rsidRDefault="00000000" w:rsidP="00335561">
            <w:pPr>
              <w:snapToGrid w:val="0"/>
              <w:contextualSpacing/>
              <w:rPr>
                <w:rFonts w:cs="Arial"/>
                <w:sz w:val="16"/>
                <w:szCs w:val="16"/>
              </w:rPr>
            </w:pPr>
            <w:r w:rsidRPr="00505610">
              <w:rPr>
                <w:rFonts w:cs="Arial"/>
                <w:sz w:val="16"/>
                <w:szCs w:val="16"/>
              </w:rPr>
              <w:t>857</w:t>
            </w:r>
          </w:p>
        </w:tc>
        <w:tc>
          <w:tcPr>
            <w:tcW w:w="441" w:type="pct"/>
            <w:noWrap/>
            <w:hideMark/>
          </w:tcPr>
          <w:p w14:paraId="1368E4A6" w14:textId="77777777" w:rsidR="00000000" w:rsidRPr="00505610" w:rsidRDefault="00000000" w:rsidP="00335561">
            <w:pPr>
              <w:snapToGrid w:val="0"/>
              <w:contextualSpacing/>
              <w:rPr>
                <w:rFonts w:cs="Arial"/>
                <w:sz w:val="16"/>
                <w:szCs w:val="16"/>
              </w:rPr>
            </w:pPr>
            <w:r w:rsidRPr="00505610">
              <w:rPr>
                <w:rFonts w:cs="Arial"/>
                <w:sz w:val="16"/>
                <w:szCs w:val="16"/>
              </w:rPr>
              <w:t>61.0%</w:t>
            </w:r>
          </w:p>
        </w:tc>
        <w:tc>
          <w:tcPr>
            <w:tcW w:w="588" w:type="pct"/>
            <w:noWrap/>
            <w:hideMark/>
          </w:tcPr>
          <w:p w14:paraId="3A187C3D" w14:textId="77777777" w:rsidR="00000000" w:rsidRPr="00505610" w:rsidRDefault="00000000" w:rsidP="00335561">
            <w:pPr>
              <w:snapToGrid w:val="0"/>
              <w:contextualSpacing/>
              <w:rPr>
                <w:rFonts w:cs="Arial"/>
                <w:sz w:val="16"/>
                <w:szCs w:val="16"/>
              </w:rPr>
            </w:pPr>
            <w:r w:rsidRPr="00505610">
              <w:rPr>
                <w:rFonts w:cs="Arial"/>
                <w:sz w:val="16"/>
                <w:szCs w:val="16"/>
              </w:rPr>
              <w:t>1404</w:t>
            </w:r>
          </w:p>
        </w:tc>
        <w:tc>
          <w:tcPr>
            <w:tcW w:w="511" w:type="pct"/>
            <w:noWrap/>
            <w:hideMark/>
          </w:tcPr>
          <w:p w14:paraId="5862F205"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0F9122E0" w14:textId="77777777" w:rsidTr="009D0946">
        <w:trPr>
          <w:trHeight w:val="20"/>
        </w:trPr>
        <w:tc>
          <w:tcPr>
            <w:tcW w:w="660" w:type="pct"/>
            <w:vMerge/>
          </w:tcPr>
          <w:p w14:paraId="77F509DC" w14:textId="77777777" w:rsidR="00000000" w:rsidRPr="00505610" w:rsidRDefault="00000000" w:rsidP="00335561">
            <w:pPr>
              <w:snapToGrid w:val="0"/>
              <w:contextualSpacing/>
              <w:rPr>
                <w:rFonts w:cs="Arial"/>
                <w:sz w:val="16"/>
                <w:szCs w:val="16"/>
              </w:rPr>
            </w:pPr>
          </w:p>
        </w:tc>
        <w:tc>
          <w:tcPr>
            <w:tcW w:w="1325" w:type="pct"/>
            <w:noWrap/>
            <w:hideMark/>
          </w:tcPr>
          <w:p w14:paraId="0E882CB8" w14:textId="77777777" w:rsidR="00000000" w:rsidRPr="00505610" w:rsidRDefault="00000000" w:rsidP="00335561">
            <w:pPr>
              <w:snapToGrid w:val="0"/>
              <w:contextualSpacing/>
              <w:rPr>
                <w:rFonts w:cs="Arial"/>
                <w:sz w:val="16"/>
                <w:szCs w:val="16"/>
              </w:rPr>
            </w:pPr>
            <w:r w:rsidRPr="00505610">
              <w:rPr>
                <w:rFonts w:cs="Arial"/>
                <w:sz w:val="16"/>
                <w:szCs w:val="16"/>
              </w:rPr>
              <w:t>Missing</w:t>
            </w:r>
          </w:p>
        </w:tc>
        <w:tc>
          <w:tcPr>
            <w:tcW w:w="442" w:type="pct"/>
            <w:noWrap/>
            <w:hideMark/>
          </w:tcPr>
          <w:p w14:paraId="1928429F" w14:textId="77777777" w:rsidR="00000000" w:rsidRPr="00505610" w:rsidRDefault="00000000" w:rsidP="00335561">
            <w:pPr>
              <w:snapToGrid w:val="0"/>
              <w:contextualSpacing/>
              <w:rPr>
                <w:rFonts w:cs="Arial"/>
                <w:sz w:val="16"/>
                <w:szCs w:val="16"/>
              </w:rPr>
            </w:pPr>
            <w:r w:rsidRPr="00505610">
              <w:rPr>
                <w:rFonts w:cs="Arial"/>
                <w:sz w:val="16"/>
                <w:szCs w:val="16"/>
              </w:rPr>
              <w:t>501</w:t>
            </w:r>
          </w:p>
        </w:tc>
        <w:tc>
          <w:tcPr>
            <w:tcW w:w="516" w:type="pct"/>
            <w:noWrap/>
            <w:hideMark/>
          </w:tcPr>
          <w:p w14:paraId="389094F2" w14:textId="77777777" w:rsidR="00000000" w:rsidRPr="00505610" w:rsidRDefault="00000000" w:rsidP="00335561">
            <w:pPr>
              <w:snapToGrid w:val="0"/>
              <w:contextualSpacing/>
              <w:rPr>
                <w:rFonts w:cs="Arial"/>
                <w:sz w:val="16"/>
                <w:szCs w:val="16"/>
              </w:rPr>
            </w:pPr>
            <w:r w:rsidRPr="00505610">
              <w:rPr>
                <w:rFonts w:cs="Arial"/>
                <w:sz w:val="16"/>
                <w:szCs w:val="16"/>
              </w:rPr>
              <w:t>45.2%</w:t>
            </w:r>
          </w:p>
        </w:tc>
        <w:tc>
          <w:tcPr>
            <w:tcW w:w="517" w:type="pct"/>
            <w:noWrap/>
            <w:hideMark/>
          </w:tcPr>
          <w:p w14:paraId="1DAED0D2" w14:textId="77777777" w:rsidR="00000000" w:rsidRPr="00505610" w:rsidRDefault="00000000" w:rsidP="00335561">
            <w:pPr>
              <w:snapToGrid w:val="0"/>
              <w:contextualSpacing/>
              <w:rPr>
                <w:rFonts w:cs="Arial"/>
                <w:sz w:val="16"/>
                <w:szCs w:val="16"/>
              </w:rPr>
            </w:pPr>
            <w:r w:rsidRPr="00505610">
              <w:rPr>
                <w:rFonts w:cs="Arial"/>
                <w:sz w:val="16"/>
                <w:szCs w:val="16"/>
              </w:rPr>
              <w:t>607</w:t>
            </w:r>
          </w:p>
        </w:tc>
        <w:tc>
          <w:tcPr>
            <w:tcW w:w="441" w:type="pct"/>
            <w:noWrap/>
            <w:hideMark/>
          </w:tcPr>
          <w:p w14:paraId="568DD803" w14:textId="77777777" w:rsidR="00000000" w:rsidRPr="00505610" w:rsidRDefault="00000000" w:rsidP="00335561">
            <w:pPr>
              <w:snapToGrid w:val="0"/>
              <w:contextualSpacing/>
              <w:rPr>
                <w:rFonts w:cs="Arial"/>
                <w:sz w:val="16"/>
                <w:szCs w:val="16"/>
              </w:rPr>
            </w:pPr>
            <w:r w:rsidRPr="00505610">
              <w:rPr>
                <w:rFonts w:cs="Arial"/>
                <w:sz w:val="16"/>
                <w:szCs w:val="16"/>
              </w:rPr>
              <w:t>54.8%</w:t>
            </w:r>
          </w:p>
        </w:tc>
        <w:tc>
          <w:tcPr>
            <w:tcW w:w="588" w:type="pct"/>
            <w:noWrap/>
            <w:hideMark/>
          </w:tcPr>
          <w:p w14:paraId="1AA4CF1F" w14:textId="77777777" w:rsidR="00000000" w:rsidRPr="00505610" w:rsidRDefault="00000000" w:rsidP="00335561">
            <w:pPr>
              <w:snapToGrid w:val="0"/>
              <w:contextualSpacing/>
              <w:rPr>
                <w:rFonts w:cs="Arial"/>
                <w:sz w:val="16"/>
                <w:szCs w:val="16"/>
              </w:rPr>
            </w:pPr>
            <w:r w:rsidRPr="00505610">
              <w:rPr>
                <w:rFonts w:cs="Arial"/>
                <w:sz w:val="16"/>
                <w:szCs w:val="16"/>
              </w:rPr>
              <w:t>1108</w:t>
            </w:r>
          </w:p>
        </w:tc>
        <w:tc>
          <w:tcPr>
            <w:tcW w:w="511" w:type="pct"/>
            <w:noWrap/>
            <w:hideMark/>
          </w:tcPr>
          <w:p w14:paraId="3FAA9E8B"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46E3700A" w14:textId="77777777" w:rsidTr="009D0946">
        <w:trPr>
          <w:trHeight w:val="20"/>
        </w:trPr>
        <w:tc>
          <w:tcPr>
            <w:tcW w:w="660" w:type="pct"/>
            <w:vMerge w:val="restart"/>
          </w:tcPr>
          <w:p w14:paraId="4DF39FD3" w14:textId="77777777" w:rsidR="00000000" w:rsidRPr="00505610" w:rsidRDefault="00000000" w:rsidP="00335561">
            <w:pPr>
              <w:snapToGrid w:val="0"/>
              <w:contextualSpacing/>
              <w:rPr>
                <w:rFonts w:cs="Arial"/>
                <w:sz w:val="16"/>
                <w:szCs w:val="16"/>
              </w:rPr>
            </w:pPr>
            <w:r w:rsidRPr="00505610">
              <w:rPr>
                <w:rFonts w:cs="Arial"/>
                <w:b/>
                <w:bCs/>
                <w:sz w:val="16"/>
                <w:szCs w:val="16"/>
              </w:rPr>
              <w:t>Ethnicity</w:t>
            </w:r>
          </w:p>
        </w:tc>
        <w:tc>
          <w:tcPr>
            <w:tcW w:w="1325" w:type="pct"/>
            <w:noWrap/>
            <w:hideMark/>
          </w:tcPr>
          <w:p w14:paraId="16474130" w14:textId="77777777" w:rsidR="00000000" w:rsidRPr="00505610" w:rsidRDefault="00000000" w:rsidP="00335561">
            <w:pPr>
              <w:snapToGrid w:val="0"/>
              <w:contextualSpacing/>
              <w:rPr>
                <w:rFonts w:cs="Arial"/>
                <w:sz w:val="16"/>
                <w:szCs w:val="16"/>
              </w:rPr>
            </w:pPr>
            <w:r w:rsidRPr="00505610">
              <w:rPr>
                <w:rFonts w:cs="Arial"/>
                <w:sz w:val="16"/>
                <w:szCs w:val="16"/>
              </w:rPr>
              <w:t>Asian/Asian British</w:t>
            </w:r>
          </w:p>
        </w:tc>
        <w:tc>
          <w:tcPr>
            <w:tcW w:w="442" w:type="pct"/>
            <w:noWrap/>
            <w:hideMark/>
          </w:tcPr>
          <w:p w14:paraId="469C989E" w14:textId="77777777" w:rsidR="00000000" w:rsidRPr="00505610" w:rsidRDefault="00000000" w:rsidP="00335561">
            <w:pPr>
              <w:snapToGrid w:val="0"/>
              <w:contextualSpacing/>
              <w:rPr>
                <w:rFonts w:cs="Arial"/>
                <w:sz w:val="16"/>
                <w:szCs w:val="16"/>
              </w:rPr>
            </w:pPr>
            <w:r w:rsidRPr="00505610">
              <w:rPr>
                <w:rFonts w:cs="Arial"/>
                <w:sz w:val="16"/>
                <w:szCs w:val="16"/>
              </w:rPr>
              <w:t>2994</w:t>
            </w:r>
          </w:p>
        </w:tc>
        <w:tc>
          <w:tcPr>
            <w:tcW w:w="516" w:type="pct"/>
            <w:noWrap/>
            <w:hideMark/>
          </w:tcPr>
          <w:p w14:paraId="0097B880" w14:textId="77777777" w:rsidR="00000000" w:rsidRPr="00505610" w:rsidRDefault="00000000" w:rsidP="00335561">
            <w:pPr>
              <w:snapToGrid w:val="0"/>
              <w:contextualSpacing/>
              <w:rPr>
                <w:rFonts w:cs="Arial"/>
                <w:sz w:val="16"/>
                <w:szCs w:val="16"/>
              </w:rPr>
            </w:pPr>
            <w:r w:rsidRPr="00505610">
              <w:rPr>
                <w:rFonts w:cs="Arial"/>
                <w:sz w:val="16"/>
                <w:szCs w:val="16"/>
              </w:rPr>
              <w:t>60.7%</w:t>
            </w:r>
          </w:p>
        </w:tc>
        <w:tc>
          <w:tcPr>
            <w:tcW w:w="517" w:type="pct"/>
            <w:noWrap/>
            <w:hideMark/>
          </w:tcPr>
          <w:p w14:paraId="578DA478" w14:textId="77777777" w:rsidR="00000000" w:rsidRPr="00505610" w:rsidRDefault="00000000" w:rsidP="00335561">
            <w:pPr>
              <w:snapToGrid w:val="0"/>
              <w:contextualSpacing/>
              <w:rPr>
                <w:rFonts w:cs="Arial"/>
                <w:sz w:val="16"/>
                <w:szCs w:val="16"/>
              </w:rPr>
            </w:pPr>
            <w:r w:rsidRPr="00505610">
              <w:rPr>
                <w:rFonts w:cs="Arial"/>
                <w:sz w:val="16"/>
                <w:szCs w:val="16"/>
              </w:rPr>
              <w:t>1935</w:t>
            </w:r>
          </w:p>
        </w:tc>
        <w:tc>
          <w:tcPr>
            <w:tcW w:w="441" w:type="pct"/>
            <w:noWrap/>
            <w:hideMark/>
          </w:tcPr>
          <w:p w14:paraId="6FEB829B" w14:textId="77777777" w:rsidR="00000000" w:rsidRPr="00505610" w:rsidRDefault="00000000" w:rsidP="00335561">
            <w:pPr>
              <w:snapToGrid w:val="0"/>
              <w:contextualSpacing/>
              <w:rPr>
                <w:rFonts w:cs="Arial"/>
                <w:sz w:val="16"/>
                <w:szCs w:val="16"/>
              </w:rPr>
            </w:pPr>
            <w:r w:rsidRPr="00505610">
              <w:rPr>
                <w:rFonts w:cs="Arial"/>
                <w:sz w:val="16"/>
                <w:szCs w:val="16"/>
              </w:rPr>
              <w:t>39.3%</w:t>
            </w:r>
          </w:p>
        </w:tc>
        <w:tc>
          <w:tcPr>
            <w:tcW w:w="588" w:type="pct"/>
            <w:noWrap/>
            <w:hideMark/>
          </w:tcPr>
          <w:p w14:paraId="38FE7902" w14:textId="77777777" w:rsidR="00000000" w:rsidRPr="00505610" w:rsidRDefault="00000000" w:rsidP="00335561">
            <w:pPr>
              <w:snapToGrid w:val="0"/>
              <w:contextualSpacing/>
              <w:rPr>
                <w:rFonts w:cs="Arial"/>
                <w:sz w:val="16"/>
                <w:szCs w:val="16"/>
              </w:rPr>
            </w:pPr>
            <w:r w:rsidRPr="00505610">
              <w:rPr>
                <w:rFonts w:cs="Arial"/>
                <w:sz w:val="16"/>
                <w:szCs w:val="16"/>
              </w:rPr>
              <w:t>4929</w:t>
            </w:r>
          </w:p>
        </w:tc>
        <w:tc>
          <w:tcPr>
            <w:tcW w:w="511" w:type="pct"/>
            <w:noWrap/>
            <w:hideMark/>
          </w:tcPr>
          <w:p w14:paraId="15750F94"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57D69B53" w14:textId="77777777" w:rsidTr="009D0946">
        <w:trPr>
          <w:trHeight w:val="20"/>
        </w:trPr>
        <w:tc>
          <w:tcPr>
            <w:tcW w:w="660" w:type="pct"/>
            <w:vMerge/>
          </w:tcPr>
          <w:p w14:paraId="1E4E1038" w14:textId="77777777" w:rsidR="00000000" w:rsidRPr="00505610" w:rsidRDefault="00000000" w:rsidP="00335561">
            <w:pPr>
              <w:snapToGrid w:val="0"/>
              <w:contextualSpacing/>
              <w:rPr>
                <w:rFonts w:cs="Arial"/>
                <w:sz w:val="16"/>
                <w:szCs w:val="16"/>
              </w:rPr>
            </w:pPr>
          </w:p>
        </w:tc>
        <w:tc>
          <w:tcPr>
            <w:tcW w:w="1325" w:type="pct"/>
            <w:noWrap/>
            <w:hideMark/>
          </w:tcPr>
          <w:p w14:paraId="33D0ECFE" w14:textId="77777777" w:rsidR="00000000" w:rsidRPr="00505610" w:rsidRDefault="00000000" w:rsidP="00335561">
            <w:pPr>
              <w:snapToGrid w:val="0"/>
              <w:contextualSpacing/>
              <w:rPr>
                <w:rFonts w:cs="Arial"/>
                <w:sz w:val="16"/>
                <w:szCs w:val="16"/>
              </w:rPr>
            </w:pPr>
            <w:r w:rsidRPr="00505610">
              <w:rPr>
                <w:rFonts w:cs="Arial"/>
                <w:sz w:val="16"/>
                <w:szCs w:val="16"/>
              </w:rPr>
              <w:t>British Black/African/Caribbean</w:t>
            </w:r>
          </w:p>
        </w:tc>
        <w:tc>
          <w:tcPr>
            <w:tcW w:w="442" w:type="pct"/>
            <w:noWrap/>
            <w:hideMark/>
          </w:tcPr>
          <w:p w14:paraId="71208C09" w14:textId="77777777" w:rsidR="00000000" w:rsidRPr="00505610" w:rsidRDefault="00000000" w:rsidP="00335561">
            <w:pPr>
              <w:snapToGrid w:val="0"/>
              <w:contextualSpacing/>
              <w:rPr>
                <w:rFonts w:cs="Arial"/>
                <w:sz w:val="16"/>
                <w:szCs w:val="16"/>
              </w:rPr>
            </w:pPr>
            <w:r w:rsidRPr="00505610">
              <w:rPr>
                <w:rFonts w:cs="Arial"/>
                <w:sz w:val="16"/>
                <w:szCs w:val="16"/>
              </w:rPr>
              <w:t>1545</w:t>
            </w:r>
          </w:p>
        </w:tc>
        <w:tc>
          <w:tcPr>
            <w:tcW w:w="516" w:type="pct"/>
            <w:noWrap/>
            <w:hideMark/>
          </w:tcPr>
          <w:p w14:paraId="08A92537" w14:textId="77777777" w:rsidR="00000000" w:rsidRPr="00505610" w:rsidRDefault="00000000" w:rsidP="00335561">
            <w:pPr>
              <w:snapToGrid w:val="0"/>
              <w:contextualSpacing/>
              <w:rPr>
                <w:rFonts w:cs="Arial"/>
                <w:sz w:val="16"/>
                <w:szCs w:val="16"/>
              </w:rPr>
            </w:pPr>
            <w:r w:rsidRPr="00505610">
              <w:rPr>
                <w:rFonts w:cs="Arial"/>
                <w:sz w:val="16"/>
                <w:szCs w:val="16"/>
              </w:rPr>
              <w:t>72.1%</w:t>
            </w:r>
          </w:p>
        </w:tc>
        <w:tc>
          <w:tcPr>
            <w:tcW w:w="517" w:type="pct"/>
            <w:noWrap/>
            <w:hideMark/>
          </w:tcPr>
          <w:p w14:paraId="5C0570B1" w14:textId="77777777" w:rsidR="00000000" w:rsidRPr="00505610" w:rsidRDefault="00000000" w:rsidP="00335561">
            <w:pPr>
              <w:snapToGrid w:val="0"/>
              <w:contextualSpacing/>
              <w:rPr>
                <w:rFonts w:cs="Arial"/>
                <w:sz w:val="16"/>
                <w:szCs w:val="16"/>
              </w:rPr>
            </w:pPr>
            <w:r w:rsidRPr="00505610">
              <w:rPr>
                <w:rFonts w:cs="Arial"/>
                <w:sz w:val="16"/>
                <w:szCs w:val="16"/>
              </w:rPr>
              <w:t>598</w:t>
            </w:r>
          </w:p>
        </w:tc>
        <w:tc>
          <w:tcPr>
            <w:tcW w:w="441" w:type="pct"/>
            <w:noWrap/>
            <w:hideMark/>
          </w:tcPr>
          <w:p w14:paraId="57C11B9A" w14:textId="77777777" w:rsidR="00000000" w:rsidRPr="00505610" w:rsidRDefault="00000000" w:rsidP="00335561">
            <w:pPr>
              <w:snapToGrid w:val="0"/>
              <w:contextualSpacing/>
              <w:rPr>
                <w:rFonts w:cs="Arial"/>
                <w:sz w:val="16"/>
                <w:szCs w:val="16"/>
              </w:rPr>
            </w:pPr>
            <w:r w:rsidRPr="00505610">
              <w:rPr>
                <w:rFonts w:cs="Arial"/>
                <w:sz w:val="16"/>
                <w:szCs w:val="16"/>
              </w:rPr>
              <w:t>27.9%</w:t>
            </w:r>
          </w:p>
        </w:tc>
        <w:tc>
          <w:tcPr>
            <w:tcW w:w="588" w:type="pct"/>
            <w:noWrap/>
            <w:hideMark/>
          </w:tcPr>
          <w:p w14:paraId="264CD2F7" w14:textId="77777777" w:rsidR="00000000" w:rsidRPr="00505610" w:rsidRDefault="00000000" w:rsidP="00335561">
            <w:pPr>
              <w:snapToGrid w:val="0"/>
              <w:contextualSpacing/>
              <w:rPr>
                <w:rFonts w:cs="Arial"/>
                <w:sz w:val="16"/>
                <w:szCs w:val="16"/>
              </w:rPr>
            </w:pPr>
            <w:r w:rsidRPr="00505610">
              <w:rPr>
                <w:rFonts w:cs="Arial"/>
                <w:sz w:val="16"/>
                <w:szCs w:val="16"/>
              </w:rPr>
              <w:t>2143</w:t>
            </w:r>
          </w:p>
        </w:tc>
        <w:tc>
          <w:tcPr>
            <w:tcW w:w="511" w:type="pct"/>
            <w:noWrap/>
            <w:hideMark/>
          </w:tcPr>
          <w:p w14:paraId="6C461669"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4117631C" w14:textId="77777777" w:rsidTr="009D0946">
        <w:trPr>
          <w:trHeight w:val="20"/>
        </w:trPr>
        <w:tc>
          <w:tcPr>
            <w:tcW w:w="660" w:type="pct"/>
            <w:vMerge/>
          </w:tcPr>
          <w:p w14:paraId="5F11AF9E" w14:textId="77777777" w:rsidR="00000000" w:rsidRPr="00505610" w:rsidRDefault="00000000" w:rsidP="00335561">
            <w:pPr>
              <w:snapToGrid w:val="0"/>
              <w:contextualSpacing/>
              <w:rPr>
                <w:rFonts w:cs="Arial"/>
                <w:sz w:val="16"/>
                <w:szCs w:val="16"/>
              </w:rPr>
            </w:pPr>
          </w:p>
        </w:tc>
        <w:tc>
          <w:tcPr>
            <w:tcW w:w="1325" w:type="pct"/>
            <w:noWrap/>
            <w:hideMark/>
          </w:tcPr>
          <w:p w14:paraId="448B32E4" w14:textId="77777777" w:rsidR="00000000" w:rsidRPr="00505610" w:rsidRDefault="00000000" w:rsidP="00335561">
            <w:pPr>
              <w:snapToGrid w:val="0"/>
              <w:contextualSpacing/>
              <w:rPr>
                <w:rFonts w:cs="Arial"/>
                <w:sz w:val="16"/>
                <w:szCs w:val="16"/>
              </w:rPr>
            </w:pPr>
            <w:r w:rsidRPr="00505610">
              <w:rPr>
                <w:rFonts w:cs="Arial"/>
                <w:sz w:val="16"/>
                <w:szCs w:val="16"/>
              </w:rPr>
              <w:t>Mixed/Multiple ethnic groups</w:t>
            </w:r>
          </w:p>
        </w:tc>
        <w:tc>
          <w:tcPr>
            <w:tcW w:w="442" w:type="pct"/>
            <w:noWrap/>
            <w:hideMark/>
          </w:tcPr>
          <w:p w14:paraId="2B2C1D49" w14:textId="77777777" w:rsidR="00000000" w:rsidRPr="00505610" w:rsidRDefault="00000000" w:rsidP="00335561">
            <w:pPr>
              <w:snapToGrid w:val="0"/>
              <w:contextualSpacing/>
              <w:rPr>
                <w:rFonts w:cs="Arial"/>
                <w:sz w:val="16"/>
                <w:szCs w:val="16"/>
              </w:rPr>
            </w:pPr>
            <w:r w:rsidRPr="00505610">
              <w:rPr>
                <w:rFonts w:cs="Arial"/>
                <w:sz w:val="16"/>
                <w:szCs w:val="16"/>
              </w:rPr>
              <w:t>1207</w:t>
            </w:r>
          </w:p>
        </w:tc>
        <w:tc>
          <w:tcPr>
            <w:tcW w:w="516" w:type="pct"/>
            <w:noWrap/>
            <w:hideMark/>
          </w:tcPr>
          <w:p w14:paraId="566C45CC" w14:textId="77777777" w:rsidR="00000000" w:rsidRPr="00505610" w:rsidRDefault="00000000" w:rsidP="00335561">
            <w:pPr>
              <w:snapToGrid w:val="0"/>
              <w:contextualSpacing/>
              <w:rPr>
                <w:rFonts w:cs="Arial"/>
                <w:sz w:val="16"/>
                <w:szCs w:val="16"/>
              </w:rPr>
            </w:pPr>
            <w:r w:rsidRPr="00505610">
              <w:rPr>
                <w:rFonts w:cs="Arial"/>
                <w:sz w:val="16"/>
                <w:szCs w:val="16"/>
              </w:rPr>
              <w:t>62.1%</w:t>
            </w:r>
          </w:p>
        </w:tc>
        <w:tc>
          <w:tcPr>
            <w:tcW w:w="517" w:type="pct"/>
            <w:noWrap/>
            <w:hideMark/>
          </w:tcPr>
          <w:p w14:paraId="12BE7981" w14:textId="77777777" w:rsidR="00000000" w:rsidRPr="00505610" w:rsidRDefault="00000000" w:rsidP="00335561">
            <w:pPr>
              <w:snapToGrid w:val="0"/>
              <w:contextualSpacing/>
              <w:rPr>
                <w:rFonts w:cs="Arial"/>
                <w:sz w:val="16"/>
                <w:szCs w:val="16"/>
              </w:rPr>
            </w:pPr>
            <w:r w:rsidRPr="00505610">
              <w:rPr>
                <w:rFonts w:cs="Arial"/>
                <w:sz w:val="16"/>
                <w:szCs w:val="16"/>
              </w:rPr>
              <w:t>737</w:t>
            </w:r>
          </w:p>
        </w:tc>
        <w:tc>
          <w:tcPr>
            <w:tcW w:w="441" w:type="pct"/>
            <w:noWrap/>
            <w:hideMark/>
          </w:tcPr>
          <w:p w14:paraId="30480DE6" w14:textId="77777777" w:rsidR="00000000" w:rsidRPr="00505610" w:rsidRDefault="00000000" w:rsidP="00335561">
            <w:pPr>
              <w:snapToGrid w:val="0"/>
              <w:contextualSpacing/>
              <w:rPr>
                <w:rFonts w:cs="Arial"/>
                <w:sz w:val="16"/>
                <w:szCs w:val="16"/>
              </w:rPr>
            </w:pPr>
            <w:r w:rsidRPr="00505610">
              <w:rPr>
                <w:rFonts w:cs="Arial"/>
                <w:sz w:val="16"/>
                <w:szCs w:val="16"/>
              </w:rPr>
              <w:t>37.9%</w:t>
            </w:r>
          </w:p>
        </w:tc>
        <w:tc>
          <w:tcPr>
            <w:tcW w:w="588" w:type="pct"/>
            <w:noWrap/>
            <w:hideMark/>
          </w:tcPr>
          <w:p w14:paraId="574A07B2" w14:textId="77777777" w:rsidR="00000000" w:rsidRPr="00505610" w:rsidRDefault="00000000" w:rsidP="00335561">
            <w:pPr>
              <w:snapToGrid w:val="0"/>
              <w:contextualSpacing/>
              <w:rPr>
                <w:rFonts w:cs="Arial"/>
                <w:sz w:val="16"/>
                <w:szCs w:val="16"/>
              </w:rPr>
            </w:pPr>
            <w:r w:rsidRPr="00505610">
              <w:rPr>
                <w:rFonts w:cs="Arial"/>
                <w:sz w:val="16"/>
                <w:szCs w:val="16"/>
              </w:rPr>
              <w:t>1944</w:t>
            </w:r>
          </w:p>
        </w:tc>
        <w:tc>
          <w:tcPr>
            <w:tcW w:w="511" w:type="pct"/>
            <w:noWrap/>
            <w:hideMark/>
          </w:tcPr>
          <w:p w14:paraId="4E161B05"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645F139A" w14:textId="77777777" w:rsidTr="009D0946">
        <w:trPr>
          <w:trHeight w:val="20"/>
        </w:trPr>
        <w:tc>
          <w:tcPr>
            <w:tcW w:w="660" w:type="pct"/>
            <w:vMerge/>
          </w:tcPr>
          <w:p w14:paraId="39421046" w14:textId="77777777" w:rsidR="00000000" w:rsidRPr="00505610" w:rsidRDefault="00000000" w:rsidP="00335561">
            <w:pPr>
              <w:snapToGrid w:val="0"/>
              <w:contextualSpacing/>
              <w:rPr>
                <w:rFonts w:cs="Arial"/>
                <w:sz w:val="16"/>
                <w:szCs w:val="16"/>
              </w:rPr>
            </w:pPr>
          </w:p>
        </w:tc>
        <w:tc>
          <w:tcPr>
            <w:tcW w:w="1325" w:type="pct"/>
            <w:noWrap/>
            <w:hideMark/>
          </w:tcPr>
          <w:p w14:paraId="367724DF" w14:textId="77777777" w:rsidR="00000000" w:rsidRPr="00505610" w:rsidRDefault="00000000" w:rsidP="00335561">
            <w:pPr>
              <w:snapToGrid w:val="0"/>
              <w:contextualSpacing/>
              <w:rPr>
                <w:rFonts w:cs="Arial"/>
                <w:sz w:val="16"/>
                <w:szCs w:val="16"/>
              </w:rPr>
            </w:pPr>
            <w:proofErr w:type="gramStart"/>
            <w:r w:rsidRPr="00505610">
              <w:rPr>
                <w:rFonts w:cs="Arial"/>
                <w:sz w:val="16"/>
                <w:szCs w:val="16"/>
              </w:rPr>
              <w:t>Other</w:t>
            </w:r>
            <w:proofErr w:type="gramEnd"/>
            <w:r w:rsidRPr="00505610">
              <w:rPr>
                <w:rFonts w:cs="Arial"/>
                <w:sz w:val="16"/>
                <w:szCs w:val="16"/>
              </w:rPr>
              <w:t xml:space="preserve"> ethnic group </w:t>
            </w:r>
          </w:p>
        </w:tc>
        <w:tc>
          <w:tcPr>
            <w:tcW w:w="442" w:type="pct"/>
            <w:noWrap/>
            <w:hideMark/>
          </w:tcPr>
          <w:p w14:paraId="13CE57E1" w14:textId="77777777" w:rsidR="00000000" w:rsidRPr="00505610" w:rsidRDefault="00000000" w:rsidP="00335561">
            <w:pPr>
              <w:snapToGrid w:val="0"/>
              <w:contextualSpacing/>
              <w:rPr>
                <w:rFonts w:cs="Arial"/>
                <w:sz w:val="16"/>
                <w:szCs w:val="16"/>
              </w:rPr>
            </w:pPr>
            <w:r w:rsidRPr="00505610">
              <w:rPr>
                <w:rFonts w:cs="Arial"/>
                <w:sz w:val="16"/>
                <w:szCs w:val="16"/>
              </w:rPr>
              <w:t>1595</w:t>
            </w:r>
          </w:p>
        </w:tc>
        <w:tc>
          <w:tcPr>
            <w:tcW w:w="516" w:type="pct"/>
            <w:noWrap/>
            <w:hideMark/>
          </w:tcPr>
          <w:p w14:paraId="6E0E168C" w14:textId="77777777" w:rsidR="00000000" w:rsidRPr="00505610" w:rsidRDefault="00000000" w:rsidP="00335561">
            <w:pPr>
              <w:snapToGrid w:val="0"/>
              <w:contextualSpacing/>
              <w:rPr>
                <w:rFonts w:cs="Arial"/>
                <w:sz w:val="16"/>
                <w:szCs w:val="16"/>
              </w:rPr>
            </w:pPr>
            <w:r w:rsidRPr="00505610">
              <w:rPr>
                <w:rFonts w:cs="Arial"/>
                <w:sz w:val="16"/>
                <w:szCs w:val="16"/>
              </w:rPr>
              <w:t>62.0%</w:t>
            </w:r>
          </w:p>
        </w:tc>
        <w:tc>
          <w:tcPr>
            <w:tcW w:w="517" w:type="pct"/>
            <w:noWrap/>
            <w:hideMark/>
          </w:tcPr>
          <w:p w14:paraId="2D83E176" w14:textId="77777777" w:rsidR="00000000" w:rsidRPr="00505610" w:rsidRDefault="00000000" w:rsidP="00335561">
            <w:pPr>
              <w:snapToGrid w:val="0"/>
              <w:contextualSpacing/>
              <w:rPr>
                <w:rFonts w:cs="Arial"/>
                <w:sz w:val="16"/>
                <w:szCs w:val="16"/>
              </w:rPr>
            </w:pPr>
            <w:r w:rsidRPr="00505610">
              <w:rPr>
                <w:rFonts w:cs="Arial"/>
                <w:sz w:val="16"/>
                <w:szCs w:val="16"/>
              </w:rPr>
              <w:t>978</w:t>
            </w:r>
          </w:p>
        </w:tc>
        <w:tc>
          <w:tcPr>
            <w:tcW w:w="441" w:type="pct"/>
            <w:noWrap/>
            <w:hideMark/>
          </w:tcPr>
          <w:p w14:paraId="376D3539" w14:textId="77777777" w:rsidR="00000000" w:rsidRPr="00505610" w:rsidRDefault="00000000" w:rsidP="00335561">
            <w:pPr>
              <w:snapToGrid w:val="0"/>
              <w:contextualSpacing/>
              <w:rPr>
                <w:rFonts w:cs="Arial"/>
                <w:sz w:val="16"/>
                <w:szCs w:val="16"/>
              </w:rPr>
            </w:pPr>
            <w:r w:rsidRPr="00505610">
              <w:rPr>
                <w:rFonts w:cs="Arial"/>
                <w:sz w:val="16"/>
                <w:szCs w:val="16"/>
              </w:rPr>
              <w:t>38.0%</w:t>
            </w:r>
          </w:p>
        </w:tc>
        <w:tc>
          <w:tcPr>
            <w:tcW w:w="588" w:type="pct"/>
            <w:noWrap/>
            <w:hideMark/>
          </w:tcPr>
          <w:p w14:paraId="739F9EE0" w14:textId="77777777" w:rsidR="00000000" w:rsidRPr="00505610" w:rsidRDefault="00000000" w:rsidP="00335561">
            <w:pPr>
              <w:snapToGrid w:val="0"/>
              <w:contextualSpacing/>
              <w:rPr>
                <w:rFonts w:cs="Arial"/>
                <w:sz w:val="16"/>
                <w:szCs w:val="16"/>
              </w:rPr>
            </w:pPr>
            <w:r w:rsidRPr="00505610">
              <w:rPr>
                <w:rFonts w:cs="Arial"/>
                <w:sz w:val="16"/>
                <w:szCs w:val="16"/>
              </w:rPr>
              <w:t>2573</w:t>
            </w:r>
          </w:p>
        </w:tc>
        <w:tc>
          <w:tcPr>
            <w:tcW w:w="511" w:type="pct"/>
            <w:noWrap/>
            <w:hideMark/>
          </w:tcPr>
          <w:p w14:paraId="4D9EE90A"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40F115B7" w14:textId="77777777" w:rsidTr="009D0946">
        <w:trPr>
          <w:trHeight w:val="20"/>
        </w:trPr>
        <w:tc>
          <w:tcPr>
            <w:tcW w:w="660" w:type="pct"/>
            <w:vMerge/>
          </w:tcPr>
          <w:p w14:paraId="2E7FD529" w14:textId="77777777" w:rsidR="00000000" w:rsidRPr="00505610" w:rsidRDefault="00000000" w:rsidP="00335561">
            <w:pPr>
              <w:snapToGrid w:val="0"/>
              <w:contextualSpacing/>
              <w:rPr>
                <w:rFonts w:cs="Arial"/>
                <w:sz w:val="16"/>
                <w:szCs w:val="16"/>
              </w:rPr>
            </w:pPr>
          </w:p>
        </w:tc>
        <w:tc>
          <w:tcPr>
            <w:tcW w:w="1325" w:type="pct"/>
            <w:noWrap/>
            <w:hideMark/>
          </w:tcPr>
          <w:p w14:paraId="7921540B" w14:textId="77777777" w:rsidR="00000000" w:rsidRPr="00505610" w:rsidRDefault="00000000" w:rsidP="00335561">
            <w:pPr>
              <w:snapToGrid w:val="0"/>
              <w:contextualSpacing/>
              <w:rPr>
                <w:rFonts w:cs="Arial"/>
                <w:sz w:val="16"/>
                <w:szCs w:val="16"/>
              </w:rPr>
            </w:pPr>
            <w:r w:rsidRPr="00505610">
              <w:rPr>
                <w:rFonts w:cs="Arial"/>
                <w:sz w:val="16"/>
                <w:szCs w:val="16"/>
              </w:rPr>
              <w:t>White</w:t>
            </w:r>
          </w:p>
        </w:tc>
        <w:tc>
          <w:tcPr>
            <w:tcW w:w="442" w:type="pct"/>
            <w:noWrap/>
            <w:hideMark/>
          </w:tcPr>
          <w:p w14:paraId="0EA21526" w14:textId="77777777" w:rsidR="00000000" w:rsidRPr="00505610" w:rsidRDefault="00000000" w:rsidP="00335561">
            <w:pPr>
              <w:snapToGrid w:val="0"/>
              <w:contextualSpacing/>
              <w:rPr>
                <w:rFonts w:cs="Arial"/>
                <w:sz w:val="16"/>
                <w:szCs w:val="16"/>
              </w:rPr>
            </w:pPr>
            <w:r w:rsidRPr="00505610">
              <w:rPr>
                <w:rFonts w:cs="Arial"/>
                <w:sz w:val="16"/>
                <w:szCs w:val="16"/>
              </w:rPr>
              <w:t>48968</w:t>
            </w:r>
          </w:p>
        </w:tc>
        <w:tc>
          <w:tcPr>
            <w:tcW w:w="516" w:type="pct"/>
            <w:noWrap/>
            <w:hideMark/>
          </w:tcPr>
          <w:p w14:paraId="7B11FC89" w14:textId="77777777" w:rsidR="00000000" w:rsidRPr="00505610" w:rsidRDefault="00000000" w:rsidP="00335561">
            <w:pPr>
              <w:snapToGrid w:val="0"/>
              <w:contextualSpacing/>
              <w:rPr>
                <w:rFonts w:cs="Arial"/>
                <w:sz w:val="16"/>
                <w:szCs w:val="16"/>
              </w:rPr>
            </w:pPr>
            <w:r w:rsidRPr="00505610">
              <w:rPr>
                <w:rFonts w:cs="Arial"/>
                <w:sz w:val="16"/>
                <w:szCs w:val="16"/>
              </w:rPr>
              <w:t>45.4%</w:t>
            </w:r>
          </w:p>
        </w:tc>
        <w:tc>
          <w:tcPr>
            <w:tcW w:w="517" w:type="pct"/>
            <w:noWrap/>
            <w:hideMark/>
          </w:tcPr>
          <w:p w14:paraId="7C121AA3" w14:textId="77777777" w:rsidR="00000000" w:rsidRPr="00505610" w:rsidRDefault="00000000" w:rsidP="00335561">
            <w:pPr>
              <w:snapToGrid w:val="0"/>
              <w:contextualSpacing/>
              <w:rPr>
                <w:rFonts w:cs="Arial"/>
                <w:sz w:val="16"/>
                <w:szCs w:val="16"/>
              </w:rPr>
            </w:pPr>
            <w:r w:rsidRPr="00505610">
              <w:rPr>
                <w:rFonts w:cs="Arial"/>
                <w:sz w:val="16"/>
                <w:szCs w:val="16"/>
              </w:rPr>
              <w:t>59004</w:t>
            </w:r>
          </w:p>
        </w:tc>
        <w:tc>
          <w:tcPr>
            <w:tcW w:w="441" w:type="pct"/>
            <w:noWrap/>
            <w:hideMark/>
          </w:tcPr>
          <w:p w14:paraId="5D94DD9E" w14:textId="77777777" w:rsidR="00000000" w:rsidRPr="00505610" w:rsidRDefault="00000000" w:rsidP="00335561">
            <w:pPr>
              <w:snapToGrid w:val="0"/>
              <w:contextualSpacing/>
              <w:rPr>
                <w:rFonts w:cs="Arial"/>
                <w:sz w:val="16"/>
                <w:szCs w:val="16"/>
              </w:rPr>
            </w:pPr>
            <w:r w:rsidRPr="00505610">
              <w:rPr>
                <w:rFonts w:cs="Arial"/>
                <w:sz w:val="16"/>
                <w:szCs w:val="16"/>
              </w:rPr>
              <w:t>54.6%</w:t>
            </w:r>
          </w:p>
        </w:tc>
        <w:tc>
          <w:tcPr>
            <w:tcW w:w="588" w:type="pct"/>
            <w:noWrap/>
            <w:hideMark/>
          </w:tcPr>
          <w:p w14:paraId="3306E0B9" w14:textId="77777777" w:rsidR="00000000" w:rsidRPr="00505610" w:rsidRDefault="00000000" w:rsidP="00335561">
            <w:pPr>
              <w:snapToGrid w:val="0"/>
              <w:contextualSpacing/>
              <w:rPr>
                <w:rFonts w:cs="Arial"/>
                <w:sz w:val="16"/>
                <w:szCs w:val="16"/>
              </w:rPr>
            </w:pPr>
            <w:r w:rsidRPr="00505610">
              <w:rPr>
                <w:rFonts w:cs="Arial"/>
                <w:sz w:val="16"/>
                <w:szCs w:val="16"/>
              </w:rPr>
              <w:t>107972</w:t>
            </w:r>
          </w:p>
        </w:tc>
        <w:tc>
          <w:tcPr>
            <w:tcW w:w="511" w:type="pct"/>
            <w:noWrap/>
            <w:hideMark/>
          </w:tcPr>
          <w:p w14:paraId="29E7E962"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55CF5381" w14:textId="77777777" w:rsidTr="009D0946">
        <w:trPr>
          <w:trHeight w:val="20"/>
        </w:trPr>
        <w:tc>
          <w:tcPr>
            <w:tcW w:w="660" w:type="pct"/>
            <w:vMerge/>
          </w:tcPr>
          <w:p w14:paraId="7BDAE166" w14:textId="77777777" w:rsidR="00000000" w:rsidRPr="00505610" w:rsidRDefault="00000000" w:rsidP="00335561">
            <w:pPr>
              <w:snapToGrid w:val="0"/>
              <w:contextualSpacing/>
              <w:rPr>
                <w:rFonts w:cs="Arial"/>
                <w:sz w:val="16"/>
                <w:szCs w:val="16"/>
              </w:rPr>
            </w:pPr>
          </w:p>
        </w:tc>
        <w:tc>
          <w:tcPr>
            <w:tcW w:w="1325" w:type="pct"/>
            <w:noWrap/>
            <w:hideMark/>
          </w:tcPr>
          <w:p w14:paraId="1705F0AE" w14:textId="77777777" w:rsidR="00000000" w:rsidRPr="00505610" w:rsidRDefault="00000000" w:rsidP="00335561">
            <w:pPr>
              <w:snapToGrid w:val="0"/>
              <w:contextualSpacing/>
              <w:rPr>
                <w:rFonts w:cs="Arial"/>
                <w:sz w:val="16"/>
                <w:szCs w:val="16"/>
              </w:rPr>
            </w:pPr>
            <w:r w:rsidRPr="00505610">
              <w:rPr>
                <w:rFonts w:cs="Arial"/>
                <w:sz w:val="16"/>
                <w:szCs w:val="16"/>
              </w:rPr>
              <w:t>White and Black Caribbean</w:t>
            </w:r>
          </w:p>
        </w:tc>
        <w:tc>
          <w:tcPr>
            <w:tcW w:w="442" w:type="pct"/>
            <w:noWrap/>
            <w:hideMark/>
          </w:tcPr>
          <w:p w14:paraId="59EF08F8" w14:textId="77777777" w:rsidR="00000000" w:rsidRPr="00505610" w:rsidRDefault="00000000" w:rsidP="00335561">
            <w:pPr>
              <w:snapToGrid w:val="0"/>
              <w:contextualSpacing/>
              <w:rPr>
                <w:rFonts w:cs="Arial"/>
                <w:sz w:val="16"/>
                <w:szCs w:val="16"/>
              </w:rPr>
            </w:pPr>
            <w:r w:rsidRPr="00505610">
              <w:rPr>
                <w:rFonts w:cs="Arial"/>
                <w:sz w:val="16"/>
                <w:szCs w:val="16"/>
              </w:rPr>
              <w:t>291</w:t>
            </w:r>
          </w:p>
        </w:tc>
        <w:tc>
          <w:tcPr>
            <w:tcW w:w="516" w:type="pct"/>
            <w:noWrap/>
            <w:hideMark/>
          </w:tcPr>
          <w:p w14:paraId="4237F00E" w14:textId="77777777" w:rsidR="00000000" w:rsidRPr="00505610" w:rsidRDefault="00000000" w:rsidP="00335561">
            <w:pPr>
              <w:snapToGrid w:val="0"/>
              <w:contextualSpacing/>
              <w:rPr>
                <w:rFonts w:cs="Arial"/>
                <w:sz w:val="16"/>
                <w:szCs w:val="16"/>
              </w:rPr>
            </w:pPr>
            <w:r w:rsidRPr="00505610">
              <w:rPr>
                <w:rFonts w:cs="Arial"/>
                <w:sz w:val="16"/>
                <w:szCs w:val="16"/>
              </w:rPr>
              <w:t>65.4%</w:t>
            </w:r>
          </w:p>
        </w:tc>
        <w:tc>
          <w:tcPr>
            <w:tcW w:w="517" w:type="pct"/>
            <w:noWrap/>
            <w:hideMark/>
          </w:tcPr>
          <w:p w14:paraId="77011A61" w14:textId="77777777" w:rsidR="00000000" w:rsidRPr="00505610" w:rsidRDefault="00000000" w:rsidP="00335561">
            <w:pPr>
              <w:snapToGrid w:val="0"/>
              <w:contextualSpacing/>
              <w:rPr>
                <w:rFonts w:cs="Arial"/>
                <w:sz w:val="16"/>
                <w:szCs w:val="16"/>
              </w:rPr>
            </w:pPr>
            <w:r w:rsidRPr="00505610">
              <w:rPr>
                <w:rFonts w:cs="Arial"/>
                <w:sz w:val="16"/>
                <w:szCs w:val="16"/>
              </w:rPr>
              <w:t>154</w:t>
            </w:r>
          </w:p>
        </w:tc>
        <w:tc>
          <w:tcPr>
            <w:tcW w:w="441" w:type="pct"/>
            <w:noWrap/>
            <w:hideMark/>
          </w:tcPr>
          <w:p w14:paraId="005DFE84" w14:textId="77777777" w:rsidR="00000000" w:rsidRPr="00505610" w:rsidRDefault="00000000" w:rsidP="00335561">
            <w:pPr>
              <w:snapToGrid w:val="0"/>
              <w:contextualSpacing/>
              <w:rPr>
                <w:rFonts w:cs="Arial"/>
                <w:sz w:val="16"/>
                <w:szCs w:val="16"/>
              </w:rPr>
            </w:pPr>
            <w:r w:rsidRPr="00505610">
              <w:rPr>
                <w:rFonts w:cs="Arial"/>
                <w:sz w:val="16"/>
                <w:szCs w:val="16"/>
              </w:rPr>
              <w:t>34.6%</w:t>
            </w:r>
          </w:p>
        </w:tc>
        <w:tc>
          <w:tcPr>
            <w:tcW w:w="588" w:type="pct"/>
            <w:noWrap/>
            <w:hideMark/>
          </w:tcPr>
          <w:p w14:paraId="30F9CA6C" w14:textId="77777777" w:rsidR="00000000" w:rsidRPr="00505610" w:rsidRDefault="00000000" w:rsidP="00335561">
            <w:pPr>
              <w:snapToGrid w:val="0"/>
              <w:contextualSpacing/>
              <w:rPr>
                <w:rFonts w:cs="Arial"/>
                <w:sz w:val="16"/>
                <w:szCs w:val="16"/>
              </w:rPr>
            </w:pPr>
            <w:r w:rsidRPr="00505610">
              <w:rPr>
                <w:rFonts w:cs="Arial"/>
                <w:sz w:val="16"/>
                <w:szCs w:val="16"/>
              </w:rPr>
              <w:t>445</w:t>
            </w:r>
          </w:p>
        </w:tc>
        <w:tc>
          <w:tcPr>
            <w:tcW w:w="511" w:type="pct"/>
            <w:noWrap/>
            <w:hideMark/>
          </w:tcPr>
          <w:p w14:paraId="79D75B1D"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58667166" w14:textId="77777777" w:rsidTr="009D0946">
        <w:trPr>
          <w:trHeight w:val="20"/>
        </w:trPr>
        <w:tc>
          <w:tcPr>
            <w:tcW w:w="660" w:type="pct"/>
            <w:vMerge/>
          </w:tcPr>
          <w:p w14:paraId="0DC37254" w14:textId="77777777" w:rsidR="00000000" w:rsidRPr="00505610" w:rsidRDefault="00000000" w:rsidP="00335561">
            <w:pPr>
              <w:snapToGrid w:val="0"/>
              <w:contextualSpacing/>
              <w:rPr>
                <w:rFonts w:cs="Arial"/>
                <w:sz w:val="16"/>
                <w:szCs w:val="16"/>
              </w:rPr>
            </w:pPr>
          </w:p>
        </w:tc>
        <w:tc>
          <w:tcPr>
            <w:tcW w:w="1325" w:type="pct"/>
            <w:noWrap/>
            <w:hideMark/>
          </w:tcPr>
          <w:p w14:paraId="1E05BAAA" w14:textId="77777777" w:rsidR="00000000" w:rsidRPr="00505610" w:rsidRDefault="00000000" w:rsidP="00335561">
            <w:pPr>
              <w:snapToGrid w:val="0"/>
              <w:contextualSpacing/>
              <w:rPr>
                <w:rFonts w:cs="Arial"/>
                <w:sz w:val="16"/>
                <w:szCs w:val="16"/>
              </w:rPr>
            </w:pPr>
            <w:r w:rsidRPr="00505610">
              <w:rPr>
                <w:rFonts w:cs="Arial"/>
                <w:sz w:val="16"/>
                <w:szCs w:val="16"/>
              </w:rPr>
              <w:t>Missing</w:t>
            </w:r>
          </w:p>
        </w:tc>
        <w:tc>
          <w:tcPr>
            <w:tcW w:w="442" w:type="pct"/>
            <w:noWrap/>
            <w:hideMark/>
          </w:tcPr>
          <w:p w14:paraId="5CD6BD6F" w14:textId="77777777" w:rsidR="00000000" w:rsidRPr="00505610" w:rsidRDefault="00000000" w:rsidP="00335561">
            <w:pPr>
              <w:snapToGrid w:val="0"/>
              <w:contextualSpacing/>
              <w:rPr>
                <w:rFonts w:cs="Arial"/>
                <w:sz w:val="16"/>
                <w:szCs w:val="16"/>
              </w:rPr>
            </w:pPr>
            <w:r w:rsidRPr="00505610">
              <w:rPr>
                <w:rFonts w:cs="Arial"/>
                <w:sz w:val="16"/>
                <w:szCs w:val="16"/>
              </w:rPr>
              <w:t>287</w:t>
            </w:r>
          </w:p>
        </w:tc>
        <w:tc>
          <w:tcPr>
            <w:tcW w:w="516" w:type="pct"/>
            <w:noWrap/>
            <w:hideMark/>
          </w:tcPr>
          <w:p w14:paraId="352E3593" w14:textId="77777777" w:rsidR="00000000" w:rsidRPr="00505610" w:rsidRDefault="00000000" w:rsidP="00335561">
            <w:pPr>
              <w:snapToGrid w:val="0"/>
              <w:contextualSpacing/>
              <w:rPr>
                <w:rFonts w:cs="Arial"/>
                <w:sz w:val="16"/>
                <w:szCs w:val="16"/>
              </w:rPr>
            </w:pPr>
            <w:r w:rsidRPr="00505610">
              <w:rPr>
                <w:rFonts w:cs="Arial"/>
                <w:sz w:val="16"/>
                <w:szCs w:val="16"/>
              </w:rPr>
              <w:t>49.7%</w:t>
            </w:r>
          </w:p>
        </w:tc>
        <w:tc>
          <w:tcPr>
            <w:tcW w:w="517" w:type="pct"/>
            <w:noWrap/>
            <w:hideMark/>
          </w:tcPr>
          <w:p w14:paraId="48CA119B" w14:textId="77777777" w:rsidR="00000000" w:rsidRPr="00505610" w:rsidRDefault="00000000" w:rsidP="00335561">
            <w:pPr>
              <w:snapToGrid w:val="0"/>
              <w:contextualSpacing/>
              <w:rPr>
                <w:rFonts w:cs="Arial"/>
                <w:sz w:val="16"/>
                <w:szCs w:val="16"/>
              </w:rPr>
            </w:pPr>
            <w:r w:rsidRPr="00505610">
              <w:rPr>
                <w:rFonts w:cs="Arial"/>
                <w:sz w:val="16"/>
                <w:szCs w:val="16"/>
              </w:rPr>
              <w:t>290</w:t>
            </w:r>
          </w:p>
        </w:tc>
        <w:tc>
          <w:tcPr>
            <w:tcW w:w="441" w:type="pct"/>
            <w:noWrap/>
            <w:hideMark/>
          </w:tcPr>
          <w:p w14:paraId="0B1252E9" w14:textId="77777777" w:rsidR="00000000" w:rsidRPr="00505610" w:rsidRDefault="00000000" w:rsidP="00335561">
            <w:pPr>
              <w:snapToGrid w:val="0"/>
              <w:contextualSpacing/>
              <w:rPr>
                <w:rFonts w:cs="Arial"/>
                <w:sz w:val="16"/>
                <w:szCs w:val="16"/>
              </w:rPr>
            </w:pPr>
            <w:r w:rsidRPr="00505610">
              <w:rPr>
                <w:rFonts w:cs="Arial"/>
                <w:sz w:val="16"/>
                <w:szCs w:val="16"/>
              </w:rPr>
              <w:t>50.3%</w:t>
            </w:r>
          </w:p>
        </w:tc>
        <w:tc>
          <w:tcPr>
            <w:tcW w:w="588" w:type="pct"/>
            <w:noWrap/>
            <w:hideMark/>
          </w:tcPr>
          <w:p w14:paraId="590361D3" w14:textId="77777777" w:rsidR="00000000" w:rsidRPr="00505610" w:rsidRDefault="00000000" w:rsidP="00335561">
            <w:pPr>
              <w:snapToGrid w:val="0"/>
              <w:contextualSpacing/>
              <w:rPr>
                <w:rFonts w:cs="Arial"/>
                <w:sz w:val="16"/>
                <w:szCs w:val="16"/>
              </w:rPr>
            </w:pPr>
            <w:r w:rsidRPr="00505610">
              <w:rPr>
                <w:rFonts w:cs="Arial"/>
                <w:sz w:val="16"/>
                <w:szCs w:val="16"/>
              </w:rPr>
              <w:t>577</w:t>
            </w:r>
          </w:p>
        </w:tc>
        <w:tc>
          <w:tcPr>
            <w:tcW w:w="511" w:type="pct"/>
            <w:noWrap/>
            <w:hideMark/>
          </w:tcPr>
          <w:p w14:paraId="71CCC9CB"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0ECEB6E3" w14:textId="77777777" w:rsidTr="009D0946">
        <w:trPr>
          <w:trHeight w:val="20"/>
        </w:trPr>
        <w:tc>
          <w:tcPr>
            <w:tcW w:w="660" w:type="pct"/>
            <w:vMerge w:val="restart"/>
          </w:tcPr>
          <w:p w14:paraId="6D192B3F" w14:textId="77777777" w:rsidR="00000000" w:rsidRPr="00505610" w:rsidRDefault="00000000" w:rsidP="00335561">
            <w:pPr>
              <w:snapToGrid w:val="0"/>
              <w:contextualSpacing/>
              <w:rPr>
                <w:rFonts w:cs="Arial"/>
                <w:sz w:val="16"/>
                <w:szCs w:val="16"/>
              </w:rPr>
            </w:pPr>
            <w:r w:rsidRPr="00505610">
              <w:rPr>
                <w:rFonts w:cs="Arial"/>
                <w:b/>
                <w:bCs/>
                <w:sz w:val="16"/>
                <w:szCs w:val="16"/>
              </w:rPr>
              <w:t>Marital Status</w:t>
            </w:r>
          </w:p>
        </w:tc>
        <w:tc>
          <w:tcPr>
            <w:tcW w:w="1325" w:type="pct"/>
            <w:noWrap/>
            <w:hideMark/>
          </w:tcPr>
          <w:p w14:paraId="799CFDE1" w14:textId="77777777" w:rsidR="00000000" w:rsidRPr="00505610" w:rsidRDefault="00000000" w:rsidP="00335561">
            <w:pPr>
              <w:snapToGrid w:val="0"/>
              <w:contextualSpacing/>
              <w:rPr>
                <w:rFonts w:cs="Arial"/>
                <w:sz w:val="16"/>
                <w:szCs w:val="16"/>
              </w:rPr>
            </w:pPr>
            <w:r w:rsidRPr="00505610">
              <w:rPr>
                <w:rFonts w:cs="Arial"/>
                <w:sz w:val="16"/>
                <w:szCs w:val="16"/>
              </w:rPr>
              <w:t>Divorced</w:t>
            </w:r>
          </w:p>
        </w:tc>
        <w:tc>
          <w:tcPr>
            <w:tcW w:w="442" w:type="pct"/>
            <w:noWrap/>
            <w:hideMark/>
          </w:tcPr>
          <w:p w14:paraId="16C49375" w14:textId="77777777" w:rsidR="00000000" w:rsidRPr="00505610" w:rsidRDefault="00000000" w:rsidP="00335561">
            <w:pPr>
              <w:snapToGrid w:val="0"/>
              <w:contextualSpacing/>
              <w:rPr>
                <w:rFonts w:cs="Arial"/>
                <w:sz w:val="16"/>
                <w:szCs w:val="16"/>
              </w:rPr>
            </w:pPr>
            <w:r w:rsidRPr="00505610">
              <w:rPr>
                <w:rFonts w:cs="Arial"/>
                <w:sz w:val="16"/>
                <w:szCs w:val="16"/>
              </w:rPr>
              <w:t>6509</w:t>
            </w:r>
          </w:p>
        </w:tc>
        <w:tc>
          <w:tcPr>
            <w:tcW w:w="516" w:type="pct"/>
            <w:noWrap/>
            <w:hideMark/>
          </w:tcPr>
          <w:p w14:paraId="0E59A694" w14:textId="77777777" w:rsidR="00000000" w:rsidRPr="00505610" w:rsidRDefault="00000000" w:rsidP="00335561">
            <w:pPr>
              <w:snapToGrid w:val="0"/>
              <w:contextualSpacing/>
              <w:rPr>
                <w:rFonts w:cs="Arial"/>
                <w:sz w:val="16"/>
                <w:szCs w:val="16"/>
              </w:rPr>
            </w:pPr>
            <w:r w:rsidRPr="00505610">
              <w:rPr>
                <w:rFonts w:cs="Arial"/>
                <w:sz w:val="16"/>
                <w:szCs w:val="16"/>
              </w:rPr>
              <w:t>53.7%</w:t>
            </w:r>
          </w:p>
        </w:tc>
        <w:tc>
          <w:tcPr>
            <w:tcW w:w="517" w:type="pct"/>
            <w:noWrap/>
            <w:hideMark/>
          </w:tcPr>
          <w:p w14:paraId="205842A6" w14:textId="77777777" w:rsidR="00000000" w:rsidRPr="00505610" w:rsidRDefault="00000000" w:rsidP="00335561">
            <w:pPr>
              <w:snapToGrid w:val="0"/>
              <w:contextualSpacing/>
              <w:rPr>
                <w:rFonts w:cs="Arial"/>
                <w:sz w:val="16"/>
                <w:szCs w:val="16"/>
              </w:rPr>
            </w:pPr>
            <w:r w:rsidRPr="00505610">
              <w:rPr>
                <w:rFonts w:cs="Arial"/>
                <w:sz w:val="16"/>
                <w:szCs w:val="16"/>
              </w:rPr>
              <w:t>5621</w:t>
            </w:r>
          </w:p>
        </w:tc>
        <w:tc>
          <w:tcPr>
            <w:tcW w:w="441" w:type="pct"/>
            <w:noWrap/>
            <w:hideMark/>
          </w:tcPr>
          <w:p w14:paraId="7501ADB2" w14:textId="77777777" w:rsidR="00000000" w:rsidRPr="00505610" w:rsidRDefault="00000000" w:rsidP="00335561">
            <w:pPr>
              <w:snapToGrid w:val="0"/>
              <w:contextualSpacing/>
              <w:rPr>
                <w:rFonts w:cs="Arial"/>
                <w:sz w:val="16"/>
                <w:szCs w:val="16"/>
              </w:rPr>
            </w:pPr>
            <w:r w:rsidRPr="00505610">
              <w:rPr>
                <w:rFonts w:cs="Arial"/>
                <w:sz w:val="16"/>
                <w:szCs w:val="16"/>
              </w:rPr>
              <w:t>46.3%</w:t>
            </w:r>
          </w:p>
        </w:tc>
        <w:tc>
          <w:tcPr>
            <w:tcW w:w="588" w:type="pct"/>
            <w:noWrap/>
            <w:hideMark/>
          </w:tcPr>
          <w:p w14:paraId="5C718C3C" w14:textId="77777777" w:rsidR="00000000" w:rsidRPr="00505610" w:rsidRDefault="00000000" w:rsidP="00335561">
            <w:pPr>
              <w:snapToGrid w:val="0"/>
              <w:contextualSpacing/>
              <w:rPr>
                <w:rFonts w:cs="Arial"/>
                <w:sz w:val="16"/>
                <w:szCs w:val="16"/>
              </w:rPr>
            </w:pPr>
            <w:r w:rsidRPr="00505610">
              <w:rPr>
                <w:rFonts w:cs="Arial"/>
                <w:sz w:val="16"/>
                <w:szCs w:val="16"/>
              </w:rPr>
              <w:t>12130</w:t>
            </w:r>
          </w:p>
        </w:tc>
        <w:tc>
          <w:tcPr>
            <w:tcW w:w="511" w:type="pct"/>
            <w:noWrap/>
            <w:hideMark/>
          </w:tcPr>
          <w:p w14:paraId="0B1DBC55"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56C8494F" w14:textId="77777777" w:rsidTr="009D0946">
        <w:trPr>
          <w:trHeight w:val="20"/>
        </w:trPr>
        <w:tc>
          <w:tcPr>
            <w:tcW w:w="660" w:type="pct"/>
            <w:vMerge/>
          </w:tcPr>
          <w:p w14:paraId="2B4AEA2C" w14:textId="77777777" w:rsidR="00000000" w:rsidRPr="00505610" w:rsidRDefault="00000000" w:rsidP="00335561">
            <w:pPr>
              <w:snapToGrid w:val="0"/>
              <w:contextualSpacing/>
              <w:rPr>
                <w:rFonts w:cs="Arial"/>
                <w:sz w:val="16"/>
                <w:szCs w:val="16"/>
              </w:rPr>
            </w:pPr>
          </w:p>
        </w:tc>
        <w:tc>
          <w:tcPr>
            <w:tcW w:w="1325" w:type="pct"/>
            <w:noWrap/>
            <w:hideMark/>
          </w:tcPr>
          <w:p w14:paraId="74066D4D" w14:textId="77777777" w:rsidR="00000000" w:rsidRPr="00505610" w:rsidRDefault="00000000" w:rsidP="00335561">
            <w:pPr>
              <w:snapToGrid w:val="0"/>
              <w:contextualSpacing/>
              <w:rPr>
                <w:rFonts w:cs="Arial"/>
                <w:sz w:val="16"/>
                <w:szCs w:val="16"/>
              </w:rPr>
            </w:pPr>
            <w:r w:rsidRPr="00505610">
              <w:rPr>
                <w:rFonts w:cs="Arial"/>
                <w:sz w:val="16"/>
                <w:szCs w:val="16"/>
              </w:rPr>
              <w:t>In a relationship</w:t>
            </w:r>
          </w:p>
        </w:tc>
        <w:tc>
          <w:tcPr>
            <w:tcW w:w="442" w:type="pct"/>
            <w:noWrap/>
            <w:hideMark/>
          </w:tcPr>
          <w:p w14:paraId="359C2294" w14:textId="77777777" w:rsidR="00000000" w:rsidRPr="00505610" w:rsidRDefault="00000000" w:rsidP="00335561">
            <w:pPr>
              <w:snapToGrid w:val="0"/>
              <w:contextualSpacing/>
              <w:rPr>
                <w:rFonts w:cs="Arial"/>
                <w:sz w:val="16"/>
                <w:szCs w:val="16"/>
              </w:rPr>
            </w:pPr>
            <w:r w:rsidRPr="00505610">
              <w:rPr>
                <w:rFonts w:cs="Arial"/>
                <w:sz w:val="16"/>
                <w:szCs w:val="16"/>
              </w:rPr>
              <w:t>6733</w:t>
            </w:r>
          </w:p>
        </w:tc>
        <w:tc>
          <w:tcPr>
            <w:tcW w:w="516" w:type="pct"/>
            <w:noWrap/>
            <w:hideMark/>
          </w:tcPr>
          <w:p w14:paraId="41E74821" w14:textId="77777777" w:rsidR="00000000" w:rsidRPr="00505610" w:rsidRDefault="00000000" w:rsidP="00335561">
            <w:pPr>
              <w:snapToGrid w:val="0"/>
              <w:contextualSpacing/>
              <w:rPr>
                <w:rFonts w:cs="Arial"/>
                <w:sz w:val="16"/>
                <w:szCs w:val="16"/>
              </w:rPr>
            </w:pPr>
            <w:r w:rsidRPr="00505610">
              <w:rPr>
                <w:rFonts w:cs="Arial"/>
                <w:sz w:val="16"/>
                <w:szCs w:val="16"/>
              </w:rPr>
              <w:t>55.5%</w:t>
            </w:r>
          </w:p>
        </w:tc>
        <w:tc>
          <w:tcPr>
            <w:tcW w:w="517" w:type="pct"/>
            <w:noWrap/>
            <w:hideMark/>
          </w:tcPr>
          <w:p w14:paraId="60C6F4F3" w14:textId="77777777" w:rsidR="00000000" w:rsidRPr="00505610" w:rsidRDefault="00000000" w:rsidP="00335561">
            <w:pPr>
              <w:snapToGrid w:val="0"/>
              <w:contextualSpacing/>
              <w:rPr>
                <w:rFonts w:cs="Arial"/>
                <w:sz w:val="16"/>
                <w:szCs w:val="16"/>
              </w:rPr>
            </w:pPr>
            <w:r w:rsidRPr="00505610">
              <w:rPr>
                <w:rFonts w:cs="Arial"/>
                <w:sz w:val="16"/>
                <w:szCs w:val="16"/>
              </w:rPr>
              <w:t>5398</w:t>
            </w:r>
          </w:p>
        </w:tc>
        <w:tc>
          <w:tcPr>
            <w:tcW w:w="441" w:type="pct"/>
            <w:noWrap/>
            <w:hideMark/>
          </w:tcPr>
          <w:p w14:paraId="4BAFFBBF" w14:textId="77777777" w:rsidR="00000000" w:rsidRPr="00505610" w:rsidRDefault="00000000" w:rsidP="00335561">
            <w:pPr>
              <w:snapToGrid w:val="0"/>
              <w:contextualSpacing/>
              <w:rPr>
                <w:rFonts w:cs="Arial"/>
                <w:sz w:val="16"/>
                <w:szCs w:val="16"/>
              </w:rPr>
            </w:pPr>
            <w:r w:rsidRPr="00505610">
              <w:rPr>
                <w:rFonts w:cs="Arial"/>
                <w:sz w:val="16"/>
                <w:szCs w:val="16"/>
              </w:rPr>
              <w:t>44.5%</w:t>
            </w:r>
          </w:p>
        </w:tc>
        <w:tc>
          <w:tcPr>
            <w:tcW w:w="588" w:type="pct"/>
            <w:noWrap/>
            <w:hideMark/>
          </w:tcPr>
          <w:p w14:paraId="3959B6B0" w14:textId="77777777" w:rsidR="00000000" w:rsidRPr="00505610" w:rsidRDefault="00000000" w:rsidP="00335561">
            <w:pPr>
              <w:snapToGrid w:val="0"/>
              <w:contextualSpacing/>
              <w:rPr>
                <w:rFonts w:cs="Arial"/>
                <w:sz w:val="16"/>
                <w:szCs w:val="16"/>
              </w:rPr>
            </w:pPr>
            <w:r w:rsidRPr="00505610">
              <w:rPr>
                <w:rFonts w:cs="Arial"/>
                <w:sz w:val="16"/>
                <w:szCs w:val="16"/>
              </w:rPr>
              <w:t>12131</w:t>
            </w:r>
          </w:p>
        </w:tc>
        <w:tc>
          <w:tcPr>
            <w:tcW w:w="511" w:type="pct"/>
            <w:noWrap/>
            <w:hideMark/>
          </w:tcPr>
          <w:p w14:paraId="41C251C8"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6DC75FF7" w14:textId="77777777" w:rsidTr="009D0946">
        <w:trPr>
          <w:trHeight w:val="20"/>
        </w:trPr>
        <w:tc>
          <w:tcPr>
            <w:tcW w:w="660" w:type="pct"/>
            <w:vMerge/>
          </w:tcPr>
          <w:p w14:paraId="5CB14BDE" w14:textId="77777777" w:rsidR="00000000" w:rsidRPr="00505610" w:rsidRDefault="00000000" w:rsidP="00335561">
            <w:pPr>
              <w:snapToGrid w:val="0"/>
              <w:contextualSpacing/>
              <w:rPr>
                <w:rFonts w:cs="Arial"/>
                <w:sz w:val="16"/>
                <w:szCs w:val="16"/>
              </w:rPr>
            </w:pPr>
          </w:p>
        </w:tc>
        <w:tc>
          <w:tcPr>
            <w:tcW w:w="1325" w:type="pct"/>
            <w:noWrap/>
            <w:hideMark/>
          </w:tcPr>
          <w:p w14:paraId="18B85A45" w14:textId="77777777" w:rsidR="00000000" w:rsidRPr="00505610" w:rsidRDefault="00000000" w:rsidP="00335561">
            <w:pPr>
              <w:snapToGrid w:val="0"/>
              <w:contextualSpacing/>
              <w:rPr>
                <w:rFonts w:cs="Arial"/>
                <w:sz w:val="16"/>
                <w:szCs w:val="16"/>
              </w:rPr>
            </w:pPr>
            <w:r w:rsidRPr="00505610">
              <w:rPr>
                <w:rFonts w:cs="Arial"/>
                <w:sz w:val="16"/>
                <w:szCs w:val="16"/>
              </w:rPr>
              <w:t>Married / Civil partnership</w:t>
            </w:r>
          </w:p>
        </w:tc>
        <w:tc>
          <w:tcPr>
            <w:tcW w:w="442" w:type="pct"/>
            <w:noWrap/>
            <w:hideMark/>
          </w:tcPr>
          <w:p w14:paraId="736BBBA4" w14:textId="77777777" w:rsidR="00000000" w:rsidRPr="00505610" w:rsidRDefault="00000000" w:rsidP="00335561">
            <w:pPr>
              <w:snapToGrid w:val="0"/>
              <w:contextualSpacing/>
              <w:rPr>
                <w:rFonts w:cs="Arial"/>
                <w:sz w:val="16"/>
                <w:szCs w:val="16"/>
              </w:rPr>
            </w:pPr>
            <w:r w:rsidRPr="00505610">
              <w:rPr>
                <w:rFonts w:cs="Arial"/>
                <w:sz w:val="16"/>
                <w:szCs w:val="16"/>
              </w:rPr>
              <w:t>21430</w:t>
            </w:r>
          </w:p>
        </w:tc>
        <w:tc>
          <w:tcPr>
            <w:tcW w:w="516" w:type="pct"/>
            <w:noWrap/>
            <w:hideMark/>
          </w:tcPr>
          <w:p w14:paraId="070A73B9" w14:textId="77777777" w:rsidR="00000000" w:rsidRPr="00505610" w:rsidRDefault="00000000" w:rsidP="00335561">
            <w:pPr>
              <w:snapToGrid w:val="0"/>
              <w:contextualSpacing/>
              <w:rPr>
                <w:rFonts w:cs="Arial"/>
                <w:sz w:val="16"/>
                <w:szCs w:val="16"/>
              </w:rPr>
            </w:pPr>
            <w:r w:rsidRPr="00505610">
              <w:rPr>
                <w:rFonts w:cs="Arial"/>
                <w:sz w:val="16"/>
                <w:szCs w:val="16"/>
              </w:rPr>
              <w:t>36.7%</w:t>
            </w:r>
          </w:p>
        </w:tc>
        <w:tc>
          <w:tcPr>
            <w:tcW w:w="517" w:type="pct"/>
            <w:noWrap/>
            <w:hideMark/>
          </w:tcPr>
          <w:p w14:paraId="37063E53" w14:textId="77777777" w:rsidR="00000000" w:rsidRPr="00505610" w:rsidRDefault="00000000" w:rsidP="00335561">
            <w:pPr>
              <w:snapToGrid w:val="0"/>
              <w:contextualSpacing/>
              <w:rPr>
                <w:rFonts w:cs="Arial"/>
                <w:sz w:val="16"/>
                <w:szCs w:val="16"/>
              </w:rPr>
            </w:pPr>
            <w:r w:rsidRPr="00505610">
              <w:rPr>
                <w:rFonts w:cs="Arial"/>
                <w:sz w:val="16"/>
                <w:szCs w:val="16"/>
              </w:rPr>
              <w:t>36991</w:t>
            </w:r>
          </w:p>
        </w:tc>
        <w:tc>
          <w:tcPr>
            <w:tcW w:w="441" w:type="pct"/>
            <w:noWrap/>
            <w:hideMark/>
          </w:tcPr>
          <w:p w14:paraId="0591BFE3" w14:textId="77777777" w:rsidR="00000000" w:rsidRPr="00505610" w:rsidRDefault="00000000" w:rsidP="00335561">
            <w:pPr>
              <w:snapToGrid w:val="0"/>
              <w:contextualSpacing/>
              <w:rPr>
                <w:rFonts w:cs="Arial"/>
                <w:sz w:val="16"/>
                <w:szCs w:val="16"/>
              </w:rPr>
            </w:pPr>
            <w:r w:rsidRPr="00505610">
              <w:rPr>
                <w:rFonts w:cs="Arial"/>
                <w:sz w:val="16"/>
                <w:szCs w:val="16"/>
              </w:rPr>
              <w:t>63.3%</w:t>
            </w:r>
          </w:p>
        </w:tc>
        <w:tc>
          <w:tcPr>
            <w:tcW w:w="588" w:type="pct"/>
            <w:noWrap/>
            <w:hideMark/>
          </w:tcPr>
          <w:p w14:paraId="437B10C0" w14:textId="77777777" w:rsidR="00000000" w:rsidRPr="00505610" w:rsidRDefault="00000000" w:rsidP="00335561">
            <w:pPr>
              <w:snapToGrid w:val="0"/>
              <w:contextualSpacing/>
              <w:rPr>
                <w:rFonts w:cs="Arial"/>
                <w:sz w:val="16"/>
                <w:szCs w:val="16"/>
              </w:rPr>
            </w:pPr>
            <w:r w:rsidRPr="00505610">
              <w:rPr>
                <w:rFonts w:cs="Arial"/>
                <w:sz w:val="16"/>
                <w:szCs w:val="16"/>
              </w:rPr>
              <w:t>58421</w:t>
            </w:r>
          </w:p>
        </w:tc>
        <w:tc>
          <w:tcPr>
            <w:tcW w:w="511" w:type="pct"/>
            <w:noWrap/>
            <w:hideMark/>
          </w:tcPr>
          <w:p w14:paraId="633E72CF"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1D735809" w14:textId="77777777" w:rsidTr="009D0946">
        <w:trPr>
          <w:trHeight w:val="20"/>
        </w:trPr>
        <w:tc>
          <w:tcPr>
            <w:tcW w:w="660" w:type="pct"/>
            <w:vMerge/>
          </w:tcPr>
          <w:p w14:paraId="14B96EBC" w14:textId="77777777" w:rsidR="00000000" w:rsidRPr="00505610" w:rsidRDefault="00000000" w:rsidP="00335561">
            <w:pPr>
              <w:snapToGrid w:val="0"/>
              <w:contextualSpacing/>
              <w:rPr>
                <w:rFonts w:cs="Arial"/>
                <w:sz w:val="16"/>
                <w:szCs w:val="16"/>
              </w:rPr>
            </w:pPr>
          </w:p>
        </w:tc>
        <w:tc>
          <w:tcPr>
            <w:tcW w:w="1325" w:type="pct"/>
            <w:noWrap/>
            <w:hideMark/>
          </w:tcPr>
          <w:p w14:paraId="28D9DA45" w14:textId="77777777" w:rsidR="00000000" w:rsidRPr="00505610" w:rsidRDefault="00000000" w:rsidP="00335561">
            <w:pPr>
              <w:snapToGrid w:val="0"/>
              <w:contextualSpacing/>
              <w:rPr>
                <w:rFonts w:cs="Arial"/>
                <w:sz w:val="16"/>
                <w:szCs w:val="16"/>
              </w:rPr>
            </w:pPr>
            <w:r w:rsidRPr="00505610">
              <w:rPr>
                <w:rFonts w:cs="Arial"/>
                <w:sz w:val="16"/>
                <w:szCs w:val="16"/>
              </w:rPr>
              <w:t xml:space="preserve">Other </w:t>
            </w:r>
          </w:p>
        </w:tc>
        <w:tc>
          <w:tcPr>
            <w:tcW w:w="442" w:type="pct"/>
            <w:noWrap/>
            <w:hideMark/>
          </w:tcPr>
          <w:p w14:paraId="489756D7" w14:textId="77777777" w:rsidR="00000000" w:rsidRPr="00505610" w:rsidRDefault="00000000" w:rsidP="00335561">
            <w:pPr>
              <w:snapToGrid w:val="0"/>
              <w:contextualSpacing/>
              <w:rPr>
                <w:rFonts w:cs="Arial"/>
                <w:sz w:val="16"/>
                <w:szCs w:val="16"/>
              </w:rPr>
            </w:pPr>
            <w:r w:rsidRPr="00505610">
              <w:rPr>
                <w:rFonts w:cs="Arial"/>
                <w:sz w:val="16"/>
                <w:szCs w:val="16"/>
              </w:rPr>
              <w:t>1719</w:t>
            </w:r>
          </w:p>
        </w:tc>
        <w:tc>
          <w:tcPr>
            <w:tcW w:w="516" w:type="pct"/>
            <w:noWrap/>
            <w:hideMark/>
          </w:tcPr>
          <w:p w14:paraId="70EB64C6" w14:textId="77777777" w:rsidR="00000000" w:rsidRPr="00505610" w:rsidRDefault="00000000" w:rsidP="00335561">
            <w:pPr>
              <w:snapToGrid w:val="0"/>
              <w:contextualSpacing/>
              <w:rPr>
                <w:rFonts w:cs="Arial"/>
                <w:sz w:val="16"/>
                <w:szCs w:val="16"/>
              </w:rPr>
            </w:pPr>
            <w:r w:rsidRPr="00505610">
              <w:rPr>
                <w:rFonts w:cs="Arial"/>
                <w:sz w:val="16"/>
                <w:szCs w:val="16"/>
              </w:rPr>
              <w:t>60.3%</w:t>
            </w:r>
          </w:p>
        </w:tc>
        <w:tc>
          <w:tcPr>
            <w:tcW w:w="517" w:type="pct"/>
            <w:noWrap/>
            <w:hideMark/>
          </w:tcPr>
          <w:p w14:paraId="1185E4A3" w14:textId="77777777" w:rsidR="00000000" w:rsidRPr="00505610" w:rsidRDefault="00000000" w:rsidP="00335561">
            <w:pPr>
              <w:snapToGrid w:val="0"/>
              <w:contextualSpacing/>
              <w:rPr>
                <w:rFonts w:cs="Arial"/>
                <w:sz w:val="16"/>
                <w:szCs w:val="16"/>
              </w:rPr>
            </w:pPr>
            <w:r w:rsidRPr="00505610">
              <w:rPr>
                <w:rFonts w:cs="Arial"/>
                <w:sz w:val="16"/>
                <w:szCs w:val="16"/>
              </w:rPr>
              <w:t>1133</w:t>
            </w:r>
          </w:p>
        </w:tc>
        <w:tc>
          <w:tcPr>
            <w:tcW w:w="441" w:type="pct"/>
            <w:noWrap/>
            <w:hideMark/>
          </w:tcPr>
          <w:p w14:paraId="58A0F97C" w14:textId="77777777" w:rsidR="00000000" w:rsidRPr="00505610" w:rsidRDefault="00000000" w:rsidP="00335561">
            <w:pPr>
              <w:snapToGrid w:val="0"/>
              <w:contextualSpacing/>
              <w:rPr>
                <w:rFonts w:cs="Arial"/>
                <w:sz w:val="16"/>
                <w:szCs w:val="16"/>
              </w:rPr>
            </w:pPr>
            <w:r w:rsidRPr="00505610">
              <w:rPr>
                <w:rFonts w:cs="Arial"/>
                <w:sz w:val="16"/>
                <w:szCs w:val="16"/>
              </w:rPr>
              <w:t>39.7%</w:t>
            </w:r>
          </w:p>
        </w:tc>
        <w:tc>
          <w:tcPr>
            <w:tcW w:w="588" w:type="pct"/>
            <w:noWrap/>
            <w:hideMark/>
          </w:tcPr>
          <w:p w14:paraId="328FF3B2" w14:textId="77777777" w:rsidR="00000000" w:rsidRPr="00505610" w:rsidRDefault="00000000" w:rsidP="00335561">
            <w:pPr>
              <w:snapToGrid w:val="0"/>
              <w:contextualSpacing/>
              <w:rPr>
                <w:rFonts w:cs="Arial"/>
                <w:sz w:val="16"/>
                <w:szCs w:val="16"/>
              </w:rPr>
            </w:pPr>
            <w:r w:rsidRPr="00505610">
              <w:rPr>
                <w:rFonts w:cs="Arial"/>
                <w:sz w:val="16"/>
                <w:szCs w:val="16"/>
              </w:rPr>
              <w:t>2852</w:t>
            </w:r>
          </w:p>
        </w:tc>
        <w:tc>
          <w:tcPr>
            <w:tcW w:w="511" w:type="pct"/>
            <w:noWrap/>
            <w:hideMark/>
          </w:tcPr>
          <w:p w14:paraId="5784D1D9"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36CD7503" w14:textId="77777777" w:rsidTr="009D0946">
        <w:trPr>
          <w:trHeight w:val="20"/>
        </w:trPr>
        <w:tc>
          <w:tcPr>
            <w:tcW w:w="660" w:type="pct"/>
            <w:vMerge/>
          </w:tcPr>
          <w:p w14:paraId="6D0521D1" w14:textId="77777777" w:rsidR="00000000" w:rsidRPr="00505610" w:rsidRDefault="00000000" w:rsidP="00335561">
            <w:pPr>
              <w:snapToGrid w:val="0"/>
              <w:contextualSpacing/>
              <w:rPr>
                <w:rFonts w:cs="Arial"/>
                <w:sz w:val="16"/>
                <w:szCs w:val="16"/>
              </w:rPr>
            </w:pPr>
          </w:p>
        </w:tc>
        <w:tc>
          <w:tcPr>
            <w:tcW w:w="1325" w:type="pct"/>
            <w:noWrap/>
            <w:hideMark/>
          </w:tcPr>
          <w:p w14:paraId="78EF32E1" w14:textId="77777777" w:rsidR="00000000" w:rsidRPr="00505610" w:rsidRDefault="00000000" w:rsidP="00335561">
            <w:pPr>
              <w:snapToGrid w:val="0"/>
              <w:contextualSpacing/>
              <w:rPr>
                <w:rFonts w:cs="Arial"/>
                <w:sz w:val="16"/>
                <w:szCs w:val="16"/>
              </w:rPr>
            </w:pPr>
            <w:r w:rsidRPr="00505610">
              <w:rPr>
                <w:rFonts w:cs="Arial"/>
                <w:sz w:val="16"/>
                <w:szCs w:val="16"/>
              </w:rPr>
              <w:t>Widowed</w:t>
            </w:r>
          </w:p>
        </w:tc>
        <w:tc>
          <w:tcPr>
            <w:tcW w:w="442" w:type="pct"/>
            <w:noWrap/>
            <w:hideMark/>
          </w:tcPr>
          <w:p w14:paraId="0B7FC76B" w14:textId="77777777" w:rsidR="00000000" w:rsidRPr="00505610" w:rsidRDefault="00000000" w:rsidP="00335561">
            <w:pPr>
              <w:snapToGrid w:val="0"/>
              <w:contextualSpacing/>
              <w:rPr>
                <w:rFonts w:cs="Arial"/>
                <w:sz w:val="16"/>
                <w:szCs w:val="16"/>
              </w:rPr>
            </w:pPr>
            <w:r w:rsidRPr="00505610">
              <w:rPr>
                <w:rFonts w:cs="Arial"/>
                <w:sz w:val="16"/>
                <w:szCs w:val="16"/>
              </w:rPr>
              <w:t>3343</w:t>
            </w:r>
          </w:p>
        </w:tc>
        <w:tc>
          <w:tcPr>
            <w:tcW w:w="516" w:type="pct"/>
            <w:noWrap/>
            <w:hideMark/>
          </w:tcPr>
          <w:p w14:paraId="40121A14" w14:textId="77777777" w:rsidR="00000000" w:rsidRPr="00505610" w:rsidRDefault="00000000" w:rsidP="00335561">
            <w:pPr>
              <w:snapToGrid w:val="0"/>
              <w:contextualSpacing/>
              <w:rPr>
                <w:rFonts w:cs="Arial"/>
                <w:sz w:val="16"/>
                <w:szCs w:val="16"/>
              </w:rPr>
            </w:pPr>
            <w:r w:rsidRPr="00505610">
              <w:rPr>
                <w:rFonts w:cs="Arial"/>
                <w:sz w:val="16"/>
                <w:szCs w:val="16"/>
              </w:rPr>
              <w:t>37.4%</w:t>
            </w:r>
          </w:p>
        </w:tc>
        <w:tc>
          <w:tcPr>
            <w:tcW w:w="517" w:type="pct"/>
            <w:noWrap/>
            <w:hideMark/>
          </w:tcPr>
          <w:p w14:paraId="117F52AD" w14:textId="77777777" w:rsidR="00000000" w:rsidRPr="00505610" w:rsidRDefault="00000000" w:rsidP="00335561">
            <w:pPr>
              <w:snapToGrid w:val="0"/>
              <w:contextualSpacing/>
              <w:rPr>
                <w:rFonts w:cs="Arial"/>
                <w:sz w:val="16"/>
                <w:szCs w:val="16"/>
              </w:rPr>
            </w:pPr>
            <w:r w:rsidRPr="00505610">
              <w:rPr>
                <w:rFonts w:cs="Arial"/>
                <w:sz w:val="16"/>
                <w:szCs w:val="16"/>
              </w:rPr>
              <w:t>5591</w:t>
            </w:r>
          </w:p>
        </w:tc>
        <w:tc>
          <w:tcPr>
            <w:tcW w:w="441" w:type="pct"/>
            <w:noWrap/>
            <w:hideMark/>
          </w:tcPr>
          <w:p w14:paraId="5C936F6B" w14:textId="77777777" w:rsidR="00000000" w:rsidRPr="00505610" w:rsidRDefault="00000000" w:rsidP="00335561">
            <w:pPr>
              <w:snapToGrid w:val="0"/>
              <w:contextualSpacing/>
              <w:rPr>
                <w:rFonts w:cs="Arial"/>
                <w:sz w:val="16"/>
                <w:szCs w:val="16"/>
              </w:rPr>
            </w:pPr>
            <w:r w:rsidRPr="00505610">
              <w:rPr>
                <w:rFonts w:cs="Arial"/>
                <w:sz w:val="16"/>
                <w:szCs w:val="16"/>
              </w:rPr>
              <w:t>62.6%</w:t>
            </w:r>
          </w:p>
        </w:tc>
        <w:tc>
          <w:tcPr>
            <w:tcW w:w="588" w:type="pct"/>
            <w:noWrap/>
            <w:hideMark/>
          </w:tcPr>
          <w:p w14:paraId="1F263B08" w14:textId="77777777" w:rsidR="00000000" w:rsidRPr="00505610" w:rsidRDefault="00000000" w:rsidP="00335561">
            <w:pPr>
              <w:snapToGrid w:val="0"/>
              <w:contextualSpacing/>
              <w:rPr>
                <w:rFonts w:cs="Arial"/>
                <w:sz w:val="16"/>
                <w:szCs w:val="16"/>
              </w:rPr>
            </w:pPr>
            <w:r w:rsidRPr="00505610">
              <w:rPr>
                <w:rFonts w:cs="Arial"/>
                <w:sz w:val="16"/>
                <w:szCs w:val="16"/>
              </w:rPr>
              <w:t>8934</w:t>
            </w:r>
          </w:p>
        </w:tc>
        <w:tc>
          <w:tcPr>
            <w:tcW w:w="511" w:type="pct"/>
            <w:noWrap/>
            <w:hideMark/>
          </w:tcPr>
          <w:p w14:paraId="18B36F9C"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63434275" w14:textId="77777777" w:rsidTr="009D0946">
        <w:trPr>
          <w:trHeight w:val="20"/>
        </w:trPr>
        <w:tc>
          <w:tcPr>
            <w:tcW w:w="660" w:type="pct"/>
            <w:vMerge/>
          </w:tcPr>
          <w:p w14:paraId="030EB68E" w14:textId="77777777" w:rsidR="00000000" w:rsidRPr="00505610" w:rsidRDefault="00000000" w:rsidP="00335561">
            <w:pPr>
              <w:snapToGrid w:val="0"/>
              <w:contextualSpacing/>
              <w:rPr>
                <w:rFonts w:cs="Arial"/>
                <w:sz w:val="16"/>
                <w:szCs w:val="16"/>
              </w:rPr>
            </w:pPr>
          </w:p>
        </w:tc>
        <w:tc>
          <w:tcPr>
            <w:tcW w:w="1325" w:type="pct"/>
            <w:noWrap/>
            <w:hideMark/>
          </w:tcPr>
          <w:p w14:paraId="667E1D7B" w14:textId="77777777" w:rsidR="00000000" w:rsidRPr="00505610" w:rsidRDefault="00000000" w:rsidP="00335561">
            <w:pPr>
              <w:snapToGrid w:val="0"/>
              <w:contextualSpacing/>
              <w:rPr>
                <w:rFonts w:cs="Arial"/>
                <w:sz w:val="16"/>
                <w:szCs w:val="16"/>
              </w:rPr>
            </w:pPr>
            <w:r w:rsidRPr="00505610">
              <w:rPr>
                <w:rFonts w:cs="Arial"/>
                <w:sz w:val="16"/>
                <w:szCs w:val="16"/>
              </w:rPr>
              <w:t>single</w:t>
            </w:r>
          </w:p>
        </w:tc>
        <w:tc>
          <w:tcPr>
            <w:tcW w:w="442" w:type="pct"/>
            <w:noWrap/>
            <w:hideMark/>
          </w:tcPr>
          <w:p w14:paraId="0F3DE4DC" w14:textId="77777777" w:rsidR="00000000" w:rsidRPr="00505610" w:rsidRDefault="00000000" w:rsidP="00335561">
            <w:pPr>
              <w:snapToGrid w:val="0"/>
              <w:contextualSpacing/>
              <w:rPr>
                <w:rFonts w:cs="Arial"/>
                <w:sz w:val="16"/>
                <w:szCs w:val="16"/>
              </w:rPr>
            </w:pPr>
            <w:r w:rsidRPr="00505610">
              <w:rPr>
                <w:rFonts w:cs="Arial"/>
                <w:sz w:val="16"/>
                <w:szCs w:val="16"/>
              </w:rPr>
              <w:t>17099</w:t>
            </w:r>
          </w:p>
        </w:tc>
        <w:tc>
          <w:tcPr>
            <w:tcW w:w="516" w:type="pct"/>
            <w:noWrap/>
            <w:hideMark/>
          </w:tcPr>
          <w:p w14:paraId="548188FD" w14:textId="77777777" w:rsidR="00000000" w:rsidRPr="00505610" w:rsidRDefault="00000000" w:rsidP="00335561">
            <w:pPr>
              <w:snapToGrid w:val="0"/>
              <w:contextualSpacing/>
              <w:rPr>
                <w:rFonts w:cs="Arial"/>
                <w:sz w:val="16"/>
                <w:szCs w:val="16"/>
              </w:rPr>
            </w:pPr>
            <w:r w:rsidRPr="00505610">
              <w:rPr>
                <w:rFonts w:cs="Arial"/>
                <w:sz w:val="16"/>
                <w:szCs w:val="16"/>
              </w:rPr>
              <w:t>65.7%</w:t>
            </w:r>
          </w:p>
        </w:tc>
        <w:tc>
          <w:tcPr>
            <w:tcW w:w="517" w:type="pct"/>
            <w:noWrap/>
            <w:hideMark/>
          </w:tcPr>
          <w:p w14:paraId="08712D2D" w14:textId="77777777" w:rsidR="00000000" w:rsidRPr="00505610" w:rsidRDefault="00000000" w:rsidP="00335561">
            <w:pPr>
              <w:snapToGrid w:val="0"/>
              <w:contextualSpacing/>
              <w:rPr>
                <w:rFonts w:cs="Arial"/>
                <w:sz w:val="16"/>
                <w:szCs w:val="16"/>
              </w:rPr>
            </w:pPr>
            <w:r w:rsidRPr="00505610">
              <w:rPr>
                <w:rFonts w:cs="Arial"/>
                <w:sz w:val="16"/>
                <w:szCs w:val="16"/>
              </w:rPr>
              <w:t>8927</w:t>
            </w:r>
          </w:p>
        </w:tc>
        <w:tc>
          <w:tcPr>
            <w:tcW w:w="441" w:type="pct"/>
            <w:noWrap/>
            <w:hideMark/>
          </w:tcPr>
          <w:p w14:paraId="78DED3F6" w14:textId="77777777" w:rsidR="00000000" w:rsidRPr="00505610" w:rsidRDefault="00000000" w:rsidP="00335561">
            <w:pPr>
              <w:snapToGrid w:val="0"/>
              <w:contextualSpacing/>
              <w:rPr>
                <w:rFonts w:cs="Arial"/>
                <w:sz w:val="16"/>
                <w:szCs w:val="16"/>
              </w:rPr>
            </w:pPr>
            <w:r w:rsidRPr="00505610">
              <w:rPr>
                <w:rFonts w:cs="Arial"/>
                <w:sz w:val="16"/>
                <w:szCs w:val="16"/>
              </w:rPr>
              <w:t>34.3%</w:t>
            </w:r>
          </w:p>
        </w:tc>
        <w:tc>
          <w:tcPr>
            <w:tcW w:w="588" w:type="pct"/>
            <w:noWrap/>
            <w:hideMark/>
          </w:tcPr>
          <w:p w14:paraId="1776828D" w14:textId="77777777" w:rsidR="00000000" w:rsidRPr="00505610" w:rsidRDefault="00000000" w:rsidP="00335561">
            <w:pPr>
              <w:snapToGrid w:val="0"/>
              <w:contextualSpacing/>
              <w:rPr>
                <w:rFonts w:cs="Arial"/>
                <w:sz w:val="16"/>
                <w:szCs w:val="16"/>
              </w:rPr>
            </w:pPr>
            <w:r w:rsidRPr="00505610">
              <w:rPr>
                <w:rFonts w:cs="Arial"/>
                <w:sz w:val="16"/>
                <w:szCs w:val="16"/>
              </w:rPr>
              <w:t>26026</w:t>
            </w:r>
          </w:p>
        </w:tc>
        <w:tc>
          <w:tcPr>
            <w:tcW w:w="511" w:type="pct"/>
            <w:noWrap/>
            <w:hideMark/>
          </w:tcPr>
          <w:p w14:paraId="387B0A34"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589BAF16" w14:textId="77777777" w:rsidTr="009D0946">
        <w:trPr>
          <w:trHeight w:val="20"/>
        </w:trPr>
        <w:tc>
          <w:tcPr>
            <w:tcW w:w="660" w:type="pct"/>
            <w:vMerge/>
          </w:tcPr>
          <w:p w14:paraId="26596CFB" w14:textId="77777777" w:rsidR="00000000" w:rsidRPr="00505610" w:rsidRDefault="00000000" w:rsidP="00335561">
            <w:pPr>
              <w:snapToGrid w:val="0"/>
              <w:contextualSpacing/>
              <w:rPr>
                <w:rFonts w:cs="Arial"/>
                <w:sz w:val="16"/>
                <w:szCs w:val="16"/>
              </w:rPr>
            </w:pPr>
          </w:p>
        </w:tc>
        <w:tc>
          <w:tcPr>
            <w:tcW w:w="1325" w:type="pct"/>
            <w:noWrap/>
            <w:hideMark/>
          </w:tcPr>
          <w:p w14:paraId="4FB690EE" w14:textId="77777777" w:rsidR="00000000" w:rsidRPr="00505610" w:rsidRDefault="00000000" w:rsidP="00335561">
            <w:pPr>
              <w:snapToGrid w:val="0"/>
              <w:contextualSpacing/>
              <w:rPr>
                <w:rFonts w:cs="Arial"/>
                <w:sz w:val="16"/>
                <w:szCs w:val="16"/>
              </w:rPr>
            </w:pPr>
            <w:r w:rsidRPr="00505610">
              <w:rPr>
                <w:rFonts w:cs="Arial"/>
                <w:sz w:val="16"/>
                <w:szCs w:val="16"/>
              </w:rPr>
              <w:t>Missing</w:t>
            </w:r>
          </w:p>
        </w:tc>
        <w:tc>
          <w:tcPr>
            <w:tcW w:w="442" w:type="pct"/>
            <w:noWrap/>
            <w:hideMark/>
          </w:tcPr>
          <w:p w14:paraId="29E2D9B2" w14:textId="77777777" w:rsidR="00000000" w:rsidRPr="00505610" w:rsidRDefault="00000000" w:rsidP="00335561">
            <w:pPr>
              <w:snapToGrid w:val="0"/>
              <w:contextualSpacing/>
              <w:rPr>
                <w:rFonts w:cs="Arial"/>
                <w:sz w:val="16"/>
                <w:szCs w:val="16"/>
              </w:rPr>
            </w:pPr>
            <w:r w:rsidRPr="00505610">
              <w:rPr>
                <w:rFonts w:cs="Arial"/>
                <w:sz w:val="16"/>
                <w:szCs w:val="16"/>
              </w:rPr>
              <w:t>54</w:t>
            </w:r>
          </w:p>
        </w:tc>
        <w:tc>
          <w:tcPr>
            <w:tcW w:w="516" w:type="pct"/>
            <w:noWrap/>
            <w:hideMark/>
          </w:tcPr>
          <w:p w14:paraId="7EC65654" w14:textId="77777777" w:rsidR="00000000" w:rsidRPr="00505610" w:rsidRDefault="00000000" w:rsidP="00335561">
            <w:pPr>
              <w:snapToGrid w:val="0"/>
              <w:contextualSpacing/>
              <w:rPr>
                <w:rFonts w:cs="Arial"/>
                <w:sz w:val="16"/>
                <w:szCs w:val="16"/>
              </w:rPr>
            </w:pPr>
            <w:r w:rsidRPr="00505610">
              <w:rPr>
                <w:rFonts w:cs="Arial"/>
                <w:sz w:val="16"/>
                <w:szCs w:val="16"/>
              </w:rPr>
              <w:t>60.7%</w:t>
            </w:r>
          </w:p>
        </w:tc>
        <w:tc>
          <w:tcPr>
            <w:tcW w:w="517" w:type="pct"/>
            <w:noWrap/>
            <w:hideMark/>
          </w:tcPr>
          <w:p w14:paraId="19EADE76" w14:textId="77777777" w:rsidR="00000000" w:rsidRPr="00505610" w:rsidRDefault="00000000" w:rsidP="00335561">
            <w:pPr>
              <w:snapToGrid w:val="0"/>
              <w:contextualSpacing/>
              <w:rPr>
                <w:rFonts w:cs="Arial"/>
                <w:sz w:val="16"/>
                <w:szCs w:val="16"/>
              </w:rPr>
            </w:pPr>
            <w:r w:rsidRPr="00505610">
              <w:rPr>
                <w:rFonts w:cs="Arial"/>
                <w:sz w:val="16"/>
                <w:szCs w:val="16"/>
              </w:rPr>
              <w:t>35</w:t>
            </w:r>
          </w:p>
        </w:tc>
        <w:tc>
          <w:tcPr>
            <w:tcW w:w="441" w:type="pct"/>
            <w:noWrap/>
            <w:hideMark/>
          </w:tcPr>
          <w:p w14:paraId="626517C7" w14:textId="77777777" w:rsidR="00000000" w:rsidRPr="00505610" w:rsidRDefault="00000000" w:rsidP="00335561">
            <w:pPr>
              <w:snapToGrid w:val="0"/>
              <w:contextualSpacing/>
              <w:rPr>
                <w:rFonts w:cs="Arial"/>
                <w:sz w:val="16"/>
                <w:szCs w:val="16"/>
              </w:rPr>
            </w:pPr>
            <w:r w:rsidRPr="00505610">
              <w:rPr>
                <w:rFonts w:cs="Arial"/>
                <w:sz w:val="16"/>
                <w:szCs w:val="16"/>
              </w:rPr>
              <w:t>39.3%</w:t>
            </w:r>
          </w:p>
        </w:tc>
        <w:tc>
          <w:tcPr>
            <w:tcW w:w="588" w:type="pct"/>
            <w:noWrap/>
            <w:hideMark/>
          </w:tcPr>
          <w:p w14:paraId="5B4E0F00" w14:textId="77777777" w:rsidR="00000000" w:rsidRPr="00505610" w:rsidRDefault="00000000" w:rsidP="00335561">
            <w:pPr>
              <w:snapToGrid w:val="0"/>
              <w:contextualSpacing/>
              <w:rPr>
                <w:rFonts w:cs="Arial"/>
                <w:sz w:val="16"/>
                <w:szCs w:val="16"/>
              </w:rPr>
            </w:pPr>
            <w:r w:rsidRPr="00505610">
              <w:rPr>
                <w:rFonts w:cs="Arial"/>
                <w:sz w:val="16"/>
                <w:szCs w:val="16"/>
              </w:rPr>
              <w:t>89</w:t>
            </w:r>
          </w:p>
        </w:tc>
        <w:tc>
          <w:tcPr>
            <w:tcW w:w="511" w:type="pct"/>
            <w:noWrap/>
            <w:hideMark/>
          </w:tcPr>
          <w:p w14:paraId="5CA24771"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7CC21E7B" w14:textId="77777777" w:rsidTr="009D0946">
        <w:trPr>
          <w:trHeight w:val="20"/>
        </w:trPr>
        <w:tc>
          <w:tcPr>
            <w:tcW w:w="660" w:type="pct"/>
            <w:vMerge w:val="restart"/>
          </w:tcPr>
          <w:p w14:paraId="6798D48D" w14:textId="77777777" w:rsidR="00000000" w:rsidRPr="00505610" w:rsidRDefault="00000000" w:rsidP="00335561">
            <w:pPr>
              <w:snapToGrid w:val="0"/>
              <w:contextualSpacing/>
              <w:rPr>
                <w:rFonts w:cs="Arial"/>
                <w:sz w:val="16"/>
                <w:szCs w:val="16"/>
              </w:rPr>
            </w:pPr>
            <w:r w:rsidRPr="00505610">
              <w:rPr>
                <w:rFonts w:cs="Arial"/>
                <w:b/>
                <w:bCs/>
                <w:sz w:val="16"/>
                <w:szCs w:val="16"/>
              </w:rPr>
              <w:t>Having relatives</w:t>
            </w:r>
          </w:p>
        </w:tc>
        <w:tc>
          <w:tcPr>
            <w:tcW w:w="1325" w:type="pct"/>
            <w:noWrap/>
            <w:hideMark/>
          </w:tcPr>
          <w:p w14:paraId="6D1F2533" w14:textId="77777777" w:rsidR="00000000" w:rsidRPr="00505610" w:rsidRDefault="00000000" w:rsidP="00335561">
            <w:pPr>
              <w:snapToGrid w:val="0"/>
              <w:contextualSpacing/>
              <w:rPr>
                <w:rFonts w:cs="Arial"/>
                <w:sz w:val="16"/>
                <w:szCs w:val="16"/>
              </w:rPr>
            </w:pPr>
            <w:r w:rsidRPr="00505610">
              <w:rPr>
                <w:rFonts w:cs="Arial"/>
                <w:sz w:val="16"/>
                <w:szCs w:val="16"/>
              </w:rPr>
              <w:t xml:space="preserve">0 </w:t>
            </w:r>
            <w:r w:rsidRPr="00505610">
              <w:rPr>
                <w:rFonts w:cs="Arial"/>
                <w:sz w:val="16"/>
                <w:szCs w:val="16"/>
              </w:rPr>
              <w:fldChar w:fldCharType="begin"/>
            </w:r>
            <w:r w:rsidRPr="00505610">
              <w:rPr>
                <w:rFonts w:cs="Arial"/>
                <w:sz w:val="16"/>
                <w:szCs w:val="16"/>
              </w:rPr>
              <w:instrText xml:space="preserve"> ADDIN EN.CITE &lt;EndNote&gt;&lt;Cite ExcludeYear="1"&gt;&lt;Author&gt;Faustino&lt;/Author&gt;&lt;Year&gt;2019&lt;/Year&gt;&lt;RecNum&gt;612&lt;/RecNum&gt;&lt;DisplayText&gt;[11]&lt;/DisplayText&gt;&lt;record&gt;&lt;rec-number&gt;612&lt;/rec-number&gt;&lt;foreign-keys&gt;&lt;key app="EN" db-id="2xdxzset4ww5p5ev5xovap9upxxtfvvt9apt" timestamp="1748909087"&gt;612&lt;/key&gt;&lt;/foreign-keys&gt;&lt;ref-type name="Journal Article"&gt;17&lt;/ref-type&gt;&lt;contributors&gt;&lt;authors&gt;&lt;author&gt;Faustino, Bruno&lt;/author&gt;&lt;author&gt;Lopes, Paulo&lt;/author&gt;&lt;author&gt;Oliveira, Jorge&lt;/author&gt;&lt;author&gt;Campaioli, Giulia&lt;/author&gt;&lt;author&gt;Rondinone, Ma</w:instrText>
            </w:r>
            <w:r w:rsidRPr="00505610">
              <w:rPr>
                <w:rFonts w:cs="Arial"/>
                <w:sz w:val="16"/>
                <w:szCs w:val="16"/>
              </w:rPr>
              <w:instrText>ria&lt;/author&gt;&lt;author&gt;Bomfim, Helena&lt;/author&gt;&lt;author&gt;Germano, Lindanuza&lt;/author&gt;&lt;/authors&gt;&lt;/contributors&gt;&lt;titles&gt;&lt;title&gt;Psychometric and rash analysis of the UCLA Loneliness Scale-16 in a Portuguese sample of older adults&lt;/title&gt;&lt;secondary-title&gt;Psychological Studies&lt;/secondary-title&gt;&lt;/titles&gt;&lt;periodical&gt;&lt;full-title&gt;Psychological Studies&lt;/full-title&gt;&lt;/periodical&gt;&lt;pages&gt;140-146&lt;/pages&gt;&lt;volume&gt;64&lt;/volume&gt;&lt;dates&gt;&lt;year&gt;2019&lt;/year&gt;&lt;/dates&gt;&lt;isbn&gt;0033-2968&lt;/isbn&gt;&lt;urls&gt;&lt;/urls&gt;&lt;/record&gt;&lt;/Cite&gt;&lt;/EndNote&gt;</w:instrText>
            </w:r>
            <w:r w:rsidRPr="00505610">
              <w:rPr>
                <w:rFonts w:cs="Arial"/>
                <w:sz w:val="16"/>
                <w:szCs w:val="16"/>
              </w:rPr>
              <w:fldChar w:fldCharType="separate"/>
            </w:r>
            <w:r w:rsidRPr="00505610">
              <w:rPr>
                <w:rFonts w:cs="Arial"/>
                <w:sz w:val="16"/>
                <w:szCs w:val="16"/>
              </w:rPr>
              <w:fldChar w:fldCharType="end"/>
            </w:r>
          </w:p>
        </w:tc>
        <w:tc>
          <w:tcPr>
            <w:tcW w:w="442" w:type="pct"/>
            <w:noWrap/>
            <w:hideMark/>
          </w:tcPr>
          <w:p w14:paraId="5EE2F8A8" w14:textId="77777777" w:rsidR="00000000" w:rsidRPr="00505610" w:rsidRDefault="00000000" w:rsidP="00335561">
            <w:pPr>
              <w:snapToGrid w:val="0"/>
              <w:contextualSpacing/>
              <w:rPr>
                <w:rFonts w:cs="Arial"/>
                <w:sz w:val="16"/>
                <w:szCs w:val="16"/>
              </w:rPr>
            </w:pPr>
            <w:r w:rsidRPr="00505610">
              <w:rPr>
                <w:rFonts w:cs="Arial"/>
                <w:sz w:val="16"/>
                <w:szCs w:val="16"/>
              </w:rPr>
              <w:t>4659</w:t>
            </w:r>
          </w:p>
        </w:tc>
        <w:tc>
          <w:tcPr>
            <w:tcW w:w="516" w:type="pct"/>
            <w:noWrap/>
            <w:hideMark/>
          </w:tcPr>
          <w:p w14:paraId="446A2ADC" w14:textId="77777777" w:rsidR="00000000" w:rsidRPr="00505610" w:rsidRDefault="00000000" w:rsidP="00335561">
            <w:pPr>
              <w:snapToGrid w:val="0"/>
              <w:contextualSpacing/>
              <w:rPr>
                <w:rFonts w:cs="Arial"/>
                <w:sz w:val="16"/>
                <w:szCs w:val="16"/>
              </w:rPr>
            </w:pPr>
            <w:r w:rsidRPr="00505610">
              <w:rPr>
                <w:rFonts w:cs="Arial"/>
                <w:sz w:val="16"/>
                <w:szCs w:val="16"/>
              </w:rPr>
              <w:t>68.7%</w:t>
            </w:r>
          </w:p>
        </w:tc>
        <w:tc>
          <w:tcPr>
            <w:tcW w:w="517" w:type="pct"/>
            <w:noWrap/>
            <w:hideMark/>
          </w:tcPr>
          <w:p w14:paraId="37FB0DFE" w14:textId="77777777" w:rsidR="00000000" w:rsidRPr="00505610" w:rsidRDefault="00000000" w:rsidP="00335561">
            <w:pPr>
              <w:snapToGrid w:val="0"/>
              <w:contextualSpacing/>
              <w:rPr>
                <w:rFonts w:cs="Arial"/>
                <w:sz w:val="16"/>
                <w:szCs w:val="16"/>
              </w:rPr>
            </w:pPr>
            <w:r w:rsidRPr="00505610">
              <w:rPr>
                <w:rFonts w:cs="Arial"/>
                <w:sz w:val="16"/>
                <w:szCs w:val="16"/>
              </w:rPr>
              <w:t>2123</w:t>
            </w:r>
          </w:p>
        </w:tc>
        <w:tc>
          <w:tcPr>
            <w:tcW w:w="441" w:type="pct"/>
            <w:noWrap/>
            <w:hideMark/>
          </w:tcPr>
          <w:p w14:paraId="35549B79" w14:textId="77777777" w:rsidR="00000000" w:rsidRPr="00505610" w:rsidRDefault="00000000" w:rsidP="00335561">
            <w:pPr>
              <w:snapToGrid w:val="0"/>
              <w:contextualSpacing/>
              <w:rPr>
                <w:rFonts w:cs="Arial"/>
                <w:sz w:val="16"/>
                <w:szCs w:val="16"/>
              </w:rPr>
            </w:pPr>
            <w:r w:rsidRPr="00505610">
              <w:rPr>
                <w:rFonts w:cs="Arial"/>
                <w:sz w:val="16"/>
                <w:szCs w:val="16"/>
              </w:rPr>
              <w:t>31.3%</w:t>
            </w:r>
          </w:p>
        </w:tc>
        <w:tc>
          <w:tcPr>
            <w:tcW w:w="588" w:type="pct"/>
            <w:noWrap/>
            <w:hideMark/>
          </w:tcPr>
          <w:p w14:paraId="09DD2E67" w14:textId="77777777" w:rsidR="00000000" w:rsidRPr="00505610" w:rsidRDefault="00000000" w:rsidP="00335561">
            <w:pPr>
              <w:snapToGrid w:val="0"/>
              <w:contextualSpacing/>
              <w:rPr>
                <w:rFonts w:cs="Arial"/>
                <w:sz w:val="16"/>
                <w:szCs w:val="16"/>
              </w:rPr>
            </w:pPr>
            <w:r w:rsidRPr="00505610">
              <w:rPr>
                <w:rFonts w:cs="Arial"/>
                <w:sz w:val="16"/>
                <w:szCs w:val="16"/>
              </w:rPr>
              <w:t>6782</w:t>
            </w:r>
          </w:p>
        </w:tc>
        <w:tc>
          <w:tcPr>
            <w:tcW w:w="511" w:type="pct"/>
            <w:noWrap/>
            <w:hideMark/>
          </w:tcPr>
          <w:p w14:paraId="0549D6CD"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23D967E2" w14:textId="77777777" w:rsidTr="009D0946">
        <w:trPr>
          <w:trHeight w:val="20"/>
        </w:trPr>
        <w:tc>
          <w:tcPr>
            <w:tcW w:w="660" w:type="pct"/>
            <w:vMerge/>
          </w:tcPr>
          <w:p w14:paraId="3E1854BD" w14:textId="77777777" w:rsidR="00000000" w:rsidRPr="00505610" w:rsidRDefault="00000000" w:rsidP="00335561">
            <w:pPr>
              <w:snapToGrid w:val="0"/>
              <w:contextualSpacing/>
              <w:rPr>
                <w:rFonts w:cs="Arial"/>
                <w:sz w:val="16"/>
                <w:szCs w:val="16"/>
              </w:rPr>
            </w:pPr>
          </w:p>
        </w:tc>
        <w:tc>
          <w:tcPr>
            <w:tcW w:w="1325" w:type="pct"/>
            <w:noWrap/>
            <w:hideMark/>
          </w:tcPr>
          <w:p w14:paraId="46779A78" w14:textId="77777777" w:rsidR="00000000" w:rsidRPr="00505610" w:rsidRDefault="00000000" w:rsidP="00335561">
            <w:pPr>
              <w:snapToGrid w:val="0"/>
              <w:contextualSpacing/>
              <w:rPr>
                <w:rFonts w:cs="Arial"/>
                <w:sz w:val="16"/>
                <w:szCs w:val="16"/>
              </w:rPr>
            </w:pPr>
            <w:r w:rsidRPr="00505610">
              <w:rPr>
                <w:rFonts w:cs="Arial"/>
                <w:sz w:val="16"/>
                <w:szCs w:val="16"/>
              </w:rPr>
              <w:t>1</w:t>
            </w:r>
          </w:p>
        </w:tc>
        <w:tc>
          <w:tcPr>
            <w:tcW w:w="442" w:type="pct"/>
            <w:noWrap/>
            <w:hideMark/>
          </w:tcPr>
          <w:p w14:paraId="756DD631" w14:textId="77777777" w:rsidR="00000000" w:rsidRPr="00505610" w:rsidRDefault="00000000" w:rsidP="00335561">
            <w:pPr>
              <w:snapToGrid w:val="0"/>
              <w:contextualSpacing/>
              <w:rPr>
                <w:rFonts w:cs="Arial"/>
                <w:sz w:val="16"/>
                <w:szCs w:val="16"/>
              </w:rPr>
            </w:pPr>
            <w:r w:rsidRPr="00505610">
              <w:rPr>
                <w:rFonts w:cs="Arial"/>
                <w:sz w:val="16"/>
                <w:szCs w:val="16"/>
              </w:rPr>
              <w:t>7354</w:t>
            </w:r>
          </w:p>
        </w:tc>
        <w:tc>
          <w:tcPr>
            <w:tcW w:w="516" w:type="pct"/>
            <w:noWrap/>
            <w:hideMark/>
          </w:tcPr>
          <w:p w14:paraId="11BF0586" w14:textId="77777777" w:rsidR="00000000" w:rsidRPr="00505610" w:rsidRDefault="00000000" w:rsidP="00335561">
            <w:pPr>
              <w:snapToGrid w:val="0"/>
              <w:contextualSpacing/>
              <w:rPr>
                <w:rFonts w:cs="Arial"/>
                <w:sz w:val="16"/>
                <w:szCs w:val="16"/>
              </w:rPr>
            </w:pPr>
            <w:r w:rsidRPr="00505610">
              <w:rPr>
                <w:rFonts w:cs="Arial"/>
                <w:sz w:val="16"/>
                <w:szCs w:val="16"/>
              </w:rPr>
              <w:t>63.7%</w:t>
            </w:r>
          </w:p>
        </w:tc>
        <w:tc>
          <w:tcPr>
            <w:tcW w:w="517" w:type="pct"/>
            <w:noWrap/>
            <w:hideMark/>
          </w:tcPr>
          <w:p w14:paraId="6843928F" w14:textId="77777777" w:rsidR="00000000" w:rsidRPr="00505610" w:rsidRDefault="00000000" w:rsidP="00335561">
            <w:pPr>
              <w:snapToGrid w:val="0"/>
              <w:contextualSpacing/>
              <w:rPr>
                <w:rFonts w:cs="Arial"/>
                <w:sz w:val="16"/>
                <w:szCs w:val="16"/>
              </w:rPr>
            </w:pPr>
            <w:r w:rsidRPr="00505610">
              <w:rPr>
                <w:rFonts w:cs="Arial"/>
                <w:sz w:val="16"/>
                <w:szCs w:val="16"/>
              </w:rPr>
              <w:t>4188</w:t>
            </w:r>
          </w:p>
        </w:tc>
        <w:tc>
          <w:tcPr>
            <w:tcW w:w="441" w:type="pct"/>
            <w:noWrap/>
            <w:hideMark/>
          </w:tcPr>
          <w:p w14:paraId="035A7096" w14:textId="77777777" w:rsidR="00000000" w:rsidRPr="00505610" w:rsidRDefault="00000000" w:rsidP="00335561">
            <w:pPr>
              <w:snapToGrid w:val="0"/>
              <w:contextualSpacing/>
              <w:rPr>
                <w:rFonts w:cs="Arial"/>
                <w:sz w:val="16"/>
                <w:szCs w:val="16"/>
              </w:rPr>
            </w:pPr>
            <w:r w:rsidRPr="00505610">
              <w:rPr>
                <w:rFonts w:cs="Arial"/>
                <w:sz w:val="16"/>
                <w:szCs w:val="16"/>
              </w:rPr>
              <w:t>36.3%</w:t>
            </w:r>
          </w:p>
        </w:tc>
        <w:tc>
          <w:tcPr>
            <w:tcW w:w="588" w:type="pct"/>
            <w:noWrap/>
            <w:hideMark/>
          </w:tcPr>
          <w:p w14:paraId="3F9DEEE7" w14:textId="77777777" w:rsidR="00000000" w:rsidRPr="00505610" w:rsidRDefault="00000000" w:rsidP="00335561">
            <w:pPr>
              <w:snapToGrid w:val="0"/>
              <w:contextualSpacing/>
              <w:rPr>
                <w:rFonts w:cs="Arial"/>
                <w:sz w:val="16"/>
                <w:szCs w:val="16"/>
              </w:rPr>
            </w:pPr>
            <w:r w:rsidRPr="00505610">
              <w:rPr>
                <w:rFonts w:cs="Arial"/>
                <w:sz w:val="16"/>
                <w:szCs w:val="16"/>
              </w:rPr>
              <w:t>11542</w:t>
            </w:r>
          </w:p>
        </w:tc>
        <w:tc>
          <w:tcPr>
            <w:tcW w:w="511" w:type="pct"/>
            <w:noWrap/>
            <w:hideMark/>
          </w:tcPr>
          <w:p w14:paraId="28E2E78A"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3390F144" w14:textId="77777777" w:rsidTr="009D0946">
        <w:trPr>
          <w:trHeight w:val="20"/>
        </w:trPr>
        <w:tc>
          <w:tcPr>
            <w:tcW w:w="660" w:type="pct"/>
            <w:vMerge/>
          </w:tcPr>
          <w:p w14:paraId="66731F44" w14:textId="77777777" w:rsidR="00000000" w:rsidRPr="00505610" w:rsidRDefault="00000000" w:rsidP="00335561">
            <w:pPr>
              <w:snapToGrid w:val="0"/>
              <w:contextualSpacing/>
              <w:rPr>
                <w:rFonts w:cs="Arial"/>
                <w:sz w:val="16"/>
                <w:szCs w:val="16"/>
              </w:rPr>
            </w:pPr>
          </w:p>
        </w:tc>
        <w:tc>
          <w:tcPr>
            <w:tcW w:w="1325" w:type="pct"/>
            <w:noWrap/>
            <w:hideMark/>
          </w:tcPr>
          <w:p w14:paraId="69836F8F" w14:textId="77777777" w:rsidR="00000000" w:rsidRPr="00505610" w:rsidRDefault="00000000" w:rsidP="00335561">
            <w:pPr>
              <w:snapToGrid w:val="0"/>
              <w:contextualSpacing/>
              <w:rPr>
                <w:rFonts w:cs="Arial"/>
                <w:sz w:val="16"/>
                <w:szCs w:val="16"/>
              </w:rPr>
            </w:pPr>
            <w:r w:rsidRPr="00505610">
              <w:rPr>
                <w:rFonts w:cs="Arial"/>
                <w:sz w:val="16"/>
                <w:szCs w:val="16"/>
              </w:rPr>
              <w:t>2</w:t>
            </w:r>
          </w:p>
        </w:tc>
        <w:tc>
          <w:tcPr>
            <w:tcW w:w="442" w:type="pct"/>
            <w:noWrap/>
            <w:hideMark/>
          </w:tcPr>
          <w:p w14:paraId="725BA474" w14:textId="77777777" w:rsidR="00000000" w:rsidRPr="00505610" w:rsidRDefault="00000000" w:rsidP="00335561">
            <w:pPr>
              <w:snapToGrid w:val="0"/>
              <w:contextualSpacing/>
              <w:rPr>
                <w:rFonts w:cs="Arial"/>
                <w:sz w:val="16"/>
                <w:szCs w:val="16"/>
              </w:rPr>
            </w:pPr>
            <w:r w:rsidRPr="00505610">
              <w:rPr>
                <w:rFonts w:cs="Arial"/>
                <w:sz w:val="16"/>
                <w:szCs w:val="16"/>
              </w:rPr>
              <w:t>11802</w:t>
            </w:r>
          </w:p>
        </w:tc>
        <w:tc>
          <w:tcPr>
            <w:tcW w:w="516" w:type="pct"/>
            <w:noWrap/>
            <w:hideMark/>
          </w:tcPr>
          <w:p w14:paraId="40C0D85F" w14:textId="77777777" w:rsidR="00000000" w:rsidRPr="00505610" w:rsidRDefault="00000000" w:rsidP="00335561">
            <w:pPr>
              <w:snapToGrid w:val="0"/>
              <w:contextualSpacing/>
              <w:rPr>
                <w:rFonts w:cs="Arial"/>
                <w:sz w:val="16"/>
                <w:szCs w:val="16"/>
              </w:rPr>
            </w:pPr>
            <w:r w:rsidRPr="00505610">
              <w:rPr>
                <w:rFonts w:cs="Arial"/>
                <w:sz w:val="16"/>
                <w:szCs w:val="16"/>
              </w:rPr>
              <w:t>58.6%</w:t>
            </w:r>
          </w:p>
        </w:tc>
        <w:tc>
          <w:tcPr>
            <w:tcW w:w="517" w:type="pct"/>
            <w:noWrap/>
            <w:hideMark/>
          </w:tcPr>
          <w:p w14:paraId="41399372" w14:textId="77777777" w:rsidR="00000000" w:rsidRPr="00505610" w:rsidRDefault="00000000" w:rsidP="00335561">
            <w:pPr>
              <w:snapToGrid w:val="0"/>
              <w:contextualSpacing/>
              <w:rPr>
                <w:rFonts w:cs="Arial"/>
                <w:sz w:val="16"/>
                <w:szCs w:val="16"/>
              </w:rPr>
            </w:pPr>
            <w:r w:rsidRPr="00505610">
              <w:rPr>
                <w:rFonts w:cs="Arial"/>
                <w:sz w:val="16"/>
                <w:szCs w:val="16"/>
              </w:rPr>
              <w:t>8346</w:t>
            </w:r>
          </w:p>
        </w:tc>
        <w:tc>
          <w:tcPr>
            <w:tcW w:w="441" w:type="pct"/>
            <w:noWrap/>
            <w:hideMark/>
          </w:tcPr>
          <w:p w14:paraId="58DA5B92" w14:textId="77777777" w:rsidR="00000000" w:rsidRPr="00505610" w:rsidRDefault="00000000" w:rsidP="00335561">
            <w:pPr>
              <w:snapToGrid w:val="0"/>
              <w:contextualSpacing/>
              <w:rPr>
                <w:rFonts w:cs="Arial"/>
                <w:sz w:val="16"/>
                <w:szCs w:val="16"/>
              </w:rPr>
            </w:pPr>
            <w:r w:rsidRPr="00505610">
              <w:rPr>
                <w:rFonts w:cs="Arial"/>
                <w:sz w:val="16"/>
                <w:szCs w:val="16"/>
              </w:rPr>
              <w:t>41.4%</w:t>
            </w:r>
          </w:p>
        </w:tc>
        <w:tc>
          <w:tcPr>
            <w:tcW w:w="588" w:type="pct"/>
            <w:noWrap/>
            <w:hideMark/>
          </w:tcPr>
          <w:p w14:paraId="4BF7E41A" w14:textId="77777777" w:rsidR="00000000" w:rsidRPr="00505610" w:rsidRDefault="00000000" w:rsidP="00335561">
            <w:pPr>
              <w:snapToGrid w:val="0"/>
              <w:contextualSpacing/>
              <w:rPr>
                <w:rFonts w:cs="Arial"/>
                <w:sz w:val="16"/>
                <w:szCs w:val="16"/>
              </w:rPr>
            </w:pPr>
            <w:r w:rsidRPr="00505610">
              <w:rPr>
                <w:rFonts w:cs="Arial"/>
                <w:sz w:val="16"/>
                <w:szCs w:val="16"/>
              </w:rPr>
              <w:t>20148</w:t>
            </w:r>
          </w:p>
        </w:tc>
        <w:tc>
          <w:tcPr>
            <w:tcW w:w="511" w:type="pct"/>
            <w:noWrap/>
            <w:hideMark/>
          </w:tcPr>
          <w:p w14:paraId="7FF6A124"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756436B6" w14:textId="77777777" w:rsidTr="009D0946">
        <w:trPr>
          <w:trHeight w:val="20"/>
        </w:trPr>
        <w:tc>
          <w:tcPr>
            <w:tcW w:w="660" w:type="pct"/>
            <w:vMerge/>
          </w:tcPr>
          <w:p w14:paraId="5A849C09" w14:textId="77777777" w:rsidR="00000000" w:rsidRPr="00505610" w:rsidRDefault="00000000" w:rsidP="00335561">
            <w:pPr>
              <w:snapToGrid w:val="0"/>
              <w:contextualSpacing/>
              <w:rPr>
                <w:rFonts w:cs="Arial"/>
                <w:sz w:val="16"/>
                <w:szCs w:val="16"/>
              </w:rPr>
            </w:pPr>
          </w:p>
        </w:tc>
        <w:tc>
          <w:tcPr>
            <w:tcW w:w="1325" w:type="pct"/>
            <w:noWrap/>
            <w:hideMark/>
          </w:tcPr>
          <w:p w14:paraId="2C62F969" w14:textId="77777777" w:rsidR="00000000" w:rsidRPr="00505610" w:rsidRDefault="00000000" w:rsidP="00335561">
            <w:pPr>
              <w:snapToGrid w:val="0"/>
              <w:contextualSpacing/>
              <w:rPr>
                <w:rFonts w:cs="Arial"/>
                <w:sz w:val="16"/>
                <w:szCs w:val="16"/>
              </w:rPr>
            </w:pPr>
            <w:r w:rsidRPr="00505610">
              <w:rPr>
                <w:rFonts w:cs="Arial"/>
                <w:sz w:val="16"/>
                <w:szCs w:val="16"/>
              </w:rPr>
              <w:t>3 or 4</w:t>
            </w:r>
          </w:p>
        </w:tc>
        <w:tc>
          <w:tcPr>
            <w:tcW w:w="442" w:type="pct"/>
            <w:noWrap/>
            <w:hideMark/>
          </w:tcPr>
          <w:p w14:paraId="6C06F973" w14:textId="77777777" w:rsidR="00000000" w:rsidRPr="00505610" w:rsidRDefault="00000000" w:rsidP="00335561">
            <w:pPr>
              <w:snapToGrid w:val="0"/>
              <w:contextualSpacing/>
              <w:rPr>
                <w:rFonts w:cs="Arial"/>
                <w:sz w:val="16"/>
                <w:szCs w:val="16"/>
              </w:rPr>
            </w:pPr>
            <w:r w:rsidRPr="00505610">
              <w:rPr>
                <w:rFonts w:cs="Arial"/>
                <w:sz w:val="16"/>
                <w:szCs w:val="16"/>
              </w:rPr>
              <w:t>18555</w:t>
            </w:r>
          </w:p>
        </w:tc>
        <w:tc>
          <w:tcPr>
            <w:tcW w:w="516" w:type="pct"/>
            <w:noWrap/>
            <w:hideMark/>
          </w:tcPr>
          <w:p w14:paraId="629C957B" w14:textId="77777777" w:rsidR="00000000" w:rsidRPr="00505610" w:rsidRDefault="00000000" w:rsidP="00335561">
            <w:pPr>
              <w:snapToGrid w:val="0"/>
              <w:contextualSpacing/>
              <w:rPr>
                <w:rFonts w:cs="Arial"/>
                <w:sz w:val="16"/>
                <w:szCs w:val="16"/>
              </w:rPr>
            </w:pPr>
            <w:r w:rsidRPr="00505610">
              <w:rPr>
                <w:rFonts w:cs="Arial"/>
                <w:sz w:val="16"/>
                <w:szCs w:val="16"/>
              </w:rPr>
              <w:t>48.6%</w:t>
            </w:r>
          </w:p>
        </w:tc>
        <w:tc>
          <w:tcPr>
            <w:tcW w:w="517" w:type="pct"/>
            <w:noWrap/>
            <w:hideMark/>
          </w:tcPr>
          <w:p w14:paraId="2C1F6E52" w14:textId="77777777" w:rsidR="00000000" w:rsidRPr="00505610" w:rsidRDefault="00000000" w:rsidP="00335561">
            <w:pPr>
              <w:snapToGrid w:val="0"/>
              <w:contextualSpacing/>
              <w:rPr>
                <w:rFonts w:cs="Arial"/>
                <w:sz w:val="16"/>
                <w:szCs w:val="16"/>
              </w:rPr>
            </w:pPr>
            <w:r w:rsidRPr="00505610">
              <w:rPr>
                <w:rFonts w:cs="Arial"/>
                <w:sz w:val="16"/>
                <w:szCs w:val="16"/>
              </w:rPr>
              <w:t>19629</w:t>
            </w:r>
          </w:p>
        </w:tc>
        <w:tc>
          <w:tcPr>
            <w:tcW w:w="441" w:type="pct"/>
            <w:noWrap/>
            <w:hideMark/>
          </w:tcPr>
          <w:p w14:paraId="4CD80313" w14:textId="77777777" w:rsidR="00000000" w:rsidRPr="00505610" w:rsidRDefault="00000000" w:rsidP="00335561">
            <w:pPr>
              <w:snapToGrid w:val="0"/>
              <w:contextualSpacing/>
              <w:rPr>
                <w:rFonts w:cs="Arial"/>
                <w:sz w:val="16"/>
                <w:szCs w:val="16"/>
              </w:rPr>
            </w:pPr>
            <w:r w:rsidRPr="00505610">
              <w:rPr>
                <w:rFonts w:cs="Arial"/>
                <w:sz w:val="16"/>
                <w:szCs w:val="16"/>
              </w:rPr>
              <w:t>51.4%</w:t>
            </w:r>
          </w:p>
        </w:tc>
        <w:tc>
          <w:tcPr>
            <w:tcW w:w="588" w:type="pct"/>
            <w:noWrap/>
            <w:hideMark/>
          </w:tcPr>
          <w:p w14:paraId="15FACE17" w14:textId="77777777" w:rsidR="00000000" w:rsidRPr="00505610" w:rsidRDefault="00000000" w:rsidP="00335561">
            <w:pPr>
              <w:snapToGrid w:val="0"/>
              <w:contextualSpacing/>
              <w:rPr>
                <w:rFonts w:cs="Arial"/>
                <w:sz w:val="16"/>
                <w:szCs w:val="16"/>
              </w:rPr>
            </w:pPr>
            <w:r w:rsidRPr="00505610">
              <w:rPr>
                <w:rFonts w:cs="Arial"/>
                <w:sz w:val="16"/>
                <w:szCs w:val="16"/>
              </w:rPr>
              <w:t>38184</w:t>
            </w:r>
          </w:p>
        </w:tc>
        <w:tc>
          <w:tcPr>
            <w:tcW w:w="511" w:type="pct"/>
            <w:noWrap/>
            <w:hideMark/>
          </w:tcPr>
          <w:p w14:paraId="51C10832"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21662237" w14:textId="77777777" w:rsidTr="009D0946">
        <w:trPr>
          <w:trHeight w:val="20"/>
        </w:trPr>
        <w:tc>
          <w:tcPr>
            <w:tcW w:w="660" w:type="pct"/>
            <w:vMerge/>
          </w:tcPr>
          <w:p w14:paraId="2093C813" w14:textId="77777777" w:rsidR="00000000" w:rsidRPr="00505610" w:rsidRDefault="00000000" w:rsidP="00335561">
            <w:pPr>
              <w:snapToGrid w:val="0"/>
              <w:contextualSpacing/>
              <w:rPr>
                <w:rFonts w:cs="Arial"/>
                <w:sz w:val="16"/>
                <w:szCs w:val="16"/>
              </w:rPr>
            </w:pPr>
          </w:p>
        </w:tc>
        <w:tc>
          <w:tcPr>
            <w:tcW w:w="1325" w:type="pct"/>
            <w:noWrap/>
            <w:hideMark/>
          </w:tcPr>
          <w:p w14:paraId="606F4037" w14:textId="77777777" w:rsidR="00000000" w:rsidRPr="00505610" w:rsidRDefault="00000000" w:rsidP="00335561">
            <w:pPr>
              <w:snapToGrid w:val="0"/>
              <w:contextualSpacing/>
              <w:rPr>
                <w:rFonts w:cs="Arial"/>
                <w:sz w:val="16"/>
                <w:szCs w:val="16"/>
              </w:rPr>
            </w:pPr>
            <w:r w:rsidRPr="00505610">
              <w:rPr>
                <w:rFonts w:cs="Arial"/>
                <w:sz w:val="16"/>
                <w:szCs w:val="16"/>
              </w:rPr>
              <w:t>5-8</w:t>
            </w:r>
          </w:p>
        </w:tc>
        <w:tc>
          <w:tcPr>
            <w:tcW w:w="442" w:type="pct"/>
            <w:noWrap/>
            <w:hideMark/>
          </w:tcPr>
          <w:p w14:paraId="26FF6A7A" w14:textId="77777777" w:rsidR="00000000" w:rsidRPr="00505610" w:rsidRDefault="00000000" w:rsidP="00335561">
            <w:pPr>
              <w:snapToGrid w:val="0"/>
              <w:contextualSpacing/>
              <w:rPr>
                <w:rFonts w:cs="Arial"/>
                <w:sz w:val="16"/>
                <w:szCs w:val="16"/>
              </w:rPr>
            </w:pPr>
            <w:r w:rsidRPr="00505610">
              <w:rPr>
                <w:rFonts w:cs="Arial"/>
                <w:sz w:val="16"/>
                <w:szCs w:val="16"/>
              </w:rPr>
              <w:t>10189</w:t>
            </w:r>
          </w:p>
        </w:tc>
        <w:tc>
          <w:tcPr>
            <w:tcW w:w="516" w:type="pct"/>
            <w:noWrap/>
            <w:hideMark/>
          </w:tcPr>
          <w:p w14:paraId="2FA4A4C3" w14:textId="77777777" w:rsidR="00000000" w:rsidRPr="00505610" w:rsidRDefault="00000000" w:rsidP="00335561">
            <w:pPr>
              <w:snapToGrid w:val="0"/>
              <w:contextualSpacing/>
              <w:rPr>
                <w:rFonts w:cs="Arial"/>
                <w:sz w:val="16"/>
                <w:szCs w:val="16"/>
              </w:rPr>
            </w:pPr>
            <w:r w:rsidRPr="00505610">
              <w:rPr>
                <w:rFonts w:cs="Arial"/>
                <w:sz w:val="16"/>
                <w:szCs w:val="16"/>
              </w:rPr>
              <w:t>35.6%</w:t>
            </w:r>
          </w:p>
        </w:tc>
        <w:tc>
          <w:tcPr>
            <w:tcW w:w="517" w:type="pct"/>
            <w:noWrap/>
            <w:hideMark/>
          </w:tcPr>
          <w:p w14:paraId="5A518988" w14:textId="77777777" w:rsidR="00000000" w:rsidRPr="00505610" w:rsidRDefault="00000000" w:rsidP="00335561">
            <w:pPr>
              <w:snapToGrid w:val="0"/>
              <w:contextualSpacing/>
              <w:rPr>
                <w:rFonts w:cs="Arial"/>
                <w:sz w:val="16"/>
                <w:szCs w:val="16"/>
              </w:rPr>
            </w:pPr>
            <w:r w:rsidRPr="00505610">
              <w:rPr>
                <w:rFonts w:cs="Arial"/>
                <w:sz w:val="16"/>
                <w:szCs w:val="16"/>
              </w:rPr>
              <w:t>18422</w:t>
            </w:r>
          </w:p>
        </w:tc>
        <w:tc>
          <w:tcPr>
            <w:tcW w:w="441" w:type="pct"/>
            <w:noWrap/>
            <w:hideMark/>
          </w:tcPr>
          <w:p w14:paraId="05160532" w14:textId="77777777" w:rsidR="00000000" w:rsidRPr="00505610" w:rsidRDefault="00000000" w:rsidP="00335561">
            <w:pPr>
              <w:snapToGrid w:val="0"/>
              <w:contextualSpacing/>
              <w:rPr>
                <w:rFonts w:cs="Arial"/>
                <w:sz w:val="16"/>
                <w:szCs w:val="16"/>
              </w:rPr>
            </w:pPr>
            <w:r w:rsidRPr="00505610">
              <w:rPr>
                <w:rFonts w:cs="Arial"/>
                <w:sz w:val="16"/>
                <w:szCs w:val="16"/>
              </w:rPr>
              <w:t>64.4%</w:t>
            </w:r>
          </w:p>
        </w:tc>
        <w:tc>
          <w:tcPr>
            <w:tcW w:w="588" w:type="pct"/>
            <w:noWrap/>
            <w:hideMark/>
          </w:tcPr>
          <w:p w14:paraId="38D1FA06" w14:textId="77777777" w:rsidR="00000000" w:rsidRPr="00505610" w:rsidRDefault="00000000" w:rsidP="00335561">
            <w:pPr>
              <w:snapToGrid w:val="0"/>
              <w:contextualSpacing/>
              <w:rPr>
                <w:rFonts w:cs="Arial"/>
                <w:sz w:val="16"/>
                <w:szCs w:val="16"/>
              </w:rPr>
            </w:pPr>
            <w:r w:rsidRPr="00505610">
              <w:rPr>
                <w:rFonts w:cs="Arial"/>
                <w:sz w:val="16"/>
                <w:szCs w:val="16"/>
              </w:rPr>
              <w:t>28611</w:t>
            </w:r>
          </w:p>
        </w:tc>
        <w:tc>
          <w:tcPr>
            <w:tcW w:w="511" w:type="pct"/>
            <w:noWrap/>
            <w:hideMark/>
          </w:tcPr>
          <w:p w14:paraId="6A718E1F"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225CD992" w14:textId="77777777" w:rsidTr="009D0946">
        <w:trPr>
          <w:trHeight w:val="20"/>
        </w:trPr>
        <w:tc>
          <w:tcPr>
            <w:tcW w:w="660" w:type="pct"/>
            <w:vMerge/>
          </w:tcPr>
          <w:p w14:paraId="663B617C" w14:textId="77777777" w:rsidR="00000000" w:rsidRPr="00505610" w:rsidRDefault="00000000" w:rsidP="00335561">
            <w:pPr>
              <w:snapToGrid w:val="0"/>
              <w:contextualSpacing/>
              <w:rPr>
                <w:rFonts w:cs="Arial"/>
                <w:sz w:val="16"/>
                <w:szCs w:val="16"/>
              </w:rPr>
            </w:pPr>
          </w:p>
        </w:tc>
        <w:tc>
          <w:tcPr>
            <w:tcW w:w="1325" w:type="pct"/>
            <w:noWrap/>
            <w:hideMark/>
          </w:tcPr>
          <w:p w14:paraId="0F17B328" w14:textId="77777777" w:rsidR="00000000" w:rsidRPr="00505610" w:rsidRDefault="00000000" w:rsidP="00335561">
            <w:pPr>
              <w:snapToGrid w:val="0"/>
              <w:contextualSpacing/>
              <w:rPr>
                <w:rFonts w:cs="Arial"/>
                <w:sz w:val="16"/>
                <w:szCs w:val="16"/>
              </w:rPr>
            </w:pPr>
            <w:r w:rsidRPr="00505610">
              <w:rPr>
                <w:rFonts w:cs="Arial"/>
                <w:sz w:val="16"/>
                <w:szCs w:val="16"/>
              </w:rPr>
              <w:t>9 or more</w:t>
            </w:r>
          </w:p>
        </w:tc>
        <w:tc>
          <w:tcPr>
            <w:tcW w:w="442" w:type="pct"/>
            <w:noWrap/>
            <w:hideMark/>
          </w:tcPr>
          <w:p w14:paraId="1B40C898" w14:textId="77777777" w:rsidR="00000000" w:rsidRPr="00505610" w:rsidRDefault="00000000" w:rsidP="00335561">
            <w:pPr>
              <w:snapToGrid w:val="0"/>
              <w:contextualSpacing/>
              <w:rPr>
                <w:rFonts w:cs="Arial"/>
                <w:sz w:val="16"/>
                <w:szCs w:val="16"/>
              </w:rPr>
            </w:pPr>
            <w:r w:rsidRPr="00505610">
              <w:rPr>
                <w:rFonts w:cs="Arial"/>
                <w:sz w:val="16"/>
                <w:szCs w:val="16"/>
              </w:rPr>
              <w:t>4292</w:t>
            </w:r>
          </w:p>
        </w:tc>
        <w:tc>
          <w:tcPr>
            <w:tcW w:w="516" w:type="pct"/>
            <w:noWrap/>
            <w:hideMark/>
          </w:tcPr>
          <w:p w14:paraId="1F5C3880" w14:textId="77777777" w:rsidR="00000000" w:rsidRPr="00505610" w:rsidRDefault="00000000" w:rsidP="00335561">
            <w:pPr>
              <w:snapToGrid w:val="0"/>
              <w:contextualSpacing/>
              <w:rPr>
                <w:rFonts w:cs="Arial"/>
                <w:sz w:val="16"/>
                <w:szCs w:val="16"/>
              </w:rPr>
            </w:pPr>
            <w:r w:rsidRPr="00505610">
              <w:rPr>
                <w:rFonts w:cs="Arial"/>
                <w:sz w:val="16"/>
                <w:szCs w:val="16"/>
              </w:rPr>
              <w:t>28.1%</w:t>
            </w:r>
          </w:p>
        </w:tc>
        <w:tc>
          <w:tcPr>
            <w:tcW w:w="517" w:type="pct"/>
            <w:noWrap/>
            <w:hideMark/>
          </w:tcPr>
          <w:p w14:paraId="2FF052B4" w14:textId="77777777" w:rsidR="00000000" w:rsidRPr="00505610" w:rsidRDefault="00000000" w:rsidP="00335561">
            <w:pPr>
              <w:snapToGrid w:val="0"/>
              <w:contextualSpacing/>
              <w:rPr>
                <w:rFonts w:cs="Arial"/>
                <w:sz w:val="16"/>
                <w:szCs w:val="16"/>
              </w:rPr>
            </w:pPr>
            <w:r w:rsidRPr="00505610">
              <w:rPr>
                <w:rFonts w:cs="Arial"/>
                <w:sz w:val="16"/>
                <w:szCs w:val="16"/>
              </w:rPr>
              <w:t>10964</w:t>
            </w:r>
          </w:p>
        </w:tc>
        <w:tc>
          <w:tcPr>
            <w:tcW w:w="441" w:type="pct"/>
            <w:noWrap/>
            <w:hideMark/>
          </w:tcPr>
          <w:p w14:paraId="31A192D1" w14:textId="77777777" w:rsidR="00000000" w:rsidRPr="00505610" w:rsidRDefault="00000000" w:rsidP="00335561">
            <w:pPr>
              <w:snapToGrid w:val="0"/>
              <w:contextualSpacing/>
              <w:rPr>
                <w:rFonts w:cs="Arial"/>
                <w:sz w:val="16"/>
                <w:szCs w:val="16"/>
              </w:rPr>
            </w:pPr>
            <w:r w:rsidRPr="00505610">
              <w:rPr>
                <w:rFonts w:cs="Arial"/>
                <w:sz w:val="16"/>
                <w:szCs w:val="16"/>
              </w:rPr>
              <w:t>71.9%</w:t>
            </w:r>
          </w:p>
        </w:tc>
        <w:tc>
          <w:tcPr>
            <w:tcW w:w="588" w:type="pct"/>
            <w:noWrap/>
            <w:hideMark/>
          </w:tcPr>
          <w:p w14:paraId="1E8A2416" w14:textId="77777777" w:rsidR="00000000" w:rsidRPr="00505610" w:rsidRDefault="00000000" w:rsidP="00335561">
            <w:pPr>
              <w:snapToGrid w:val="0"/>
              <w:contextualSpacing/>
              <w:rPr>
                <w:rFonts w:cs="Arial"/>
                <w:sz w:val="16"/>
                <w:szCs w:val="16"/>
              </w:rPr>
            </w:pPr>
            <w:r w:rsidRPr="00505610">
              <w:rPr>
                <w:rFonts w:cs="Arial"/>
                <w:sz w:val="16"/>
                <w:szCs w:val="16"/>
              </w:rPr>
              <w:t>15256</w:t>
            </w:r>
          </w:p>
        </w:tc>
        <w:tc>
          <w:tcPr>
            <w:tcW w:w="511" w:type="pct"/>
            <w:noWrap/>
            <w:hideMark/>
          </w:tcPr>
          <w:p w14:paraId="34971066"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661BEDCD" w14:textId="77777777" w:rsidTr="009D0946">
        <w:trPr>
          <w:trHeight w:val="20"/>
        </w:trPr>
        <w:tc>
          <w:tcPr>
            <w:tcW w:w="660" w:type="pct"/>
            <w:vMerge/>
          </w:tcPr>
          <w:p w14:paraId="5F137893" w14:textId="77777777" w:rsidR="00000000" w:rsidRPr="00505610" w:rsidRDefault="00000000" w:rsidP="00335561">
            <w:pPr>
              <w:snapToGrid w:val="0"/>
              <w:contextualSpacing/>
              <w:rPr>
                <w:rFonts w:cs="Arial"/>
                <w:sz w:val="16"/>
                <w:szCs w:val="16"/>
              </w:rPr>
            </w:pPr>
          </w:p>
        </w:tc>
        <w:tc>
          <w:tcPr>
            <w:tcW w:w="1325" w:type="pct"/>
            <w:noWrap/>
            <w:hideMark/>
          </w:tcPr>
          <w:p w14:paraId="090584A2" w14:textId="77777777" w:rsidR="00000000" w:rsidRPr="00505610" w:rsidRDefault="00000000" w:rsidP="00335561">
            <w:pPr>
              <w:snapToGrid w:val="0"/>
              <w:contextualSpacing/>
              <w:rPr>
                <w:rFonts w:cs="Arial"/>
                <w:sz w:val="16"/>
                <w:szCs w:val="16"/>
              </w:rPr>
            </w:pPr>
            <w:r w:rsidRPr="00505610">
              <w:rPr>
                <w:rFonts w:cs="Arial"/>
                <w:sz w:val="16"/>
                <w:szCs w:val="16"/>
              </w:rPr>
              <w:t>Missing</w:t>
            </w:r>
          </w:p>
        </w:tc>
        <w:tc>
          <w:tcPr>
            <w:tcW w:w="442" w:type="pct"/>
            <w:noWrap/>
            <w:hideMark/>
          </w:tcPr>
          <w:p w14:paraId="33BDFD8A" w14:textId="77777777" w:rsidR="00000000" w:rsidRPr="00505610" w:rsidRDefault="00000000" w:rsidP="00335561">
            <w:pPr>
              <w:snapToGrid w:val="0"/>
              <w:contextualSpacing/>
              <w:rPr>
                <w:rFonts w:cs="Arial"/>
                <w:sz w:val="16"/>
                <w:szCs w:val="16"/>
              </w:rPr>
            </w:pPr>
            <w:r w:rsidRPr="00505610">
              <w:rPr>
                <w:rFonts w:cs="Arial"/>
                <w:sz w:val="16"/>
                <w:szCs w:val="16"/>
              </w:rPr>
              <w:t>36</w:t>
            </w:r>
          </w:p>
        </w:tc>
        <w:tc>
          <w:tcPr>
            <w:tcW w:w="516" w:type="pct"/>
            <w:noWrap/>
            <w:hideMark/>
          </w:tcPr>
          <w:p w14:paraId="1AB463F0" w14:textId="77777777" w:rsidR="00000000" w:rsidRPr="00505610" w:rsidRDefault="00000000" w:rsidP="00335561">
            <w:pPr>
              <w:snapToGrid w:val="0"/>
              <w:contextualSpacing/>
              <w:rPr>
                <w:rFonts w:cs="Arial"/>
                <w:sz w:val="16"/>
                <w:szCs w:val="16"/>
              </w:rPr>
            </w:pPr>
            <w:r w:rsidRPr="00505610">
              <w:rPr>
                <w:rFonts w:cs="Arial"/>
                <w:sz w:val="16"/>
                <w:szCs w:val="16"/>
              </w:rPr>
              <w:t>60.0%</w:t>
            </w:r>
          </w:p>
        </w:tc>
        <w:tc>
          <w:tcPr>
            <w:tcW w:w="517" w:type="pct"/>
            <w:noWrap/>
            <w:hideMark/>
          </w:tcPr>
          <w:p w14:paraId="156AA8A2" w14:textId="77777777" w:rsidR="00000000" w:rsidRPr="00505610" w:rsidRDefault="00000000" w:rsidP="00335561">
            <w:pPr>
              <w:snapToGrid w:val="0"/>
              <w:contextualSpacing/>
              <w:rPr>
                <w:rFonts w:cs="Arial"/>
                <w:sz w:val="16"/>
                <w:szCs w:val="16"/>
              </w:rPr>
            </w:pPr>
            <w:r w:rsidRPr="00505610">
              <w:rPr>
                <w:rFonts w:cs="Arial"/>
                <w:sz w:val="16"/>
                <w:szCs w:val="16"/>
              </w:rPr>
              <w:t>24</w:t>
            </w:r>
          </w:p>
        </w:tc>
        <w:tc>
          <w:tcPr>
            <w:tcW w:w="441" w:type="pct"/>
            <w:noWrap/>
            <w:hideMark/>
          </w:tcPr>
          <w:p w14:paraId="37D41C67" w14:textId="77777777" w:rsidR="00000000" w:rsidRPr="00505610" w:rsidRDefault="00000000" w:rsidP="00335561">
            <w:pPr>
              <w:snapToGrid w:val="0"/>
              <w:contextualSpacing/>
              <w:rPr>
                <w:rFonts w:cs="Arial"/>
                <w:sz w:val="16"/>
                <w:szCs w:val="16"/>
              </w:rPr>
            </w:pPr>
            <w:r w:rsidRPr="00505610">
              <w:rPr>
                <w:rFonts w:cs="Arial"/>
                <w:sz w:val="16"/>
                <w:szCs w:val="16"/>
              </w:rPr>
              <w:t>40.0%</w:t>
            </w:r>
          </w:p>
        </w:tc>
        <w:tc>
          <w:tcPr>
            <w:tcW w:w="588" w:type="pct"/>
            <w:noWrap/>
            <w:hideMark/>
          </w:tcPr>
          <w:p w14:paraId="5F52752E" w14:textId="77777777" w:rsidR="00000000" w:rsidRPr="00505610" w:rsidRDefault="00000000" w:rsidP="00335561">
            <w:pPr>
              <w:snapToGrid w:val="0"/>
              <w:contextualSpacing/>
              <w:rPr>
                <w:rFonts w:cs="Arial"/>
                <w:sz w:val="16"/>
                <w:szCs w:val="16"/>
              </w:rPr>
            </w:pPr>
            <w:r w:rsidRPr="00505610">
              <w:rPr>
                <w:rFonts w:cs="Arial"/>
                <w:sz w:val="16"/>
                <w:szCs w:val="16"/>
              </w:rPr>
              <w:t>60</w:t>
            </w:r>
          </w:p>
        </w:tc>
        <w:tc>
          <w:tcPr>
            <w:tcW w:w="511" w:type="pct"/>
            <w:noWrap/>
            <w:hideMark/>
          </w:tcPr>
          <w:p w14:paraId="796656C6"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6C580669" w14:textId="77777777" w:rsidTr="009D0946">
        <w:trPr>
          <w:trHeight w:val="20"/>
        </w:trPr>
        <w:tc>
          <w:tcPr>
            <w:tcW w:w="660" w:type="pct"/>
            <w:vMerge w:val="restart"/>
          </w:tcPr>
          <w:p w14:paraId="587EC5AF" w14:textId="77777777" w:rsidR="00000000" w:rsidRPr="00505610" w:rsidRDefault="00000000" w:rsidP="00335561">
            <w:pPr>
              <w:snapToGrid w:val="0"/>
              <w:contextualSpacing/>
              <w:rPr>
                <w:rFonts w:cs="Arial"/>
                <w:sz w:val="16"/>
                <w:szCs w:val="16"/>
              </w:rPr>
            </w:pPr>
            <w:r w:rsidRPr="00505610">
              <w:rPr>
                <w:rFonts w:cs="Arial"/>
                <w:b/>
                <w:bCs/>
                <w:sz w:val="16"/>
                <w:szCs w:val="16"/>
              </w:rPr>
              <w:t>Having friends</w:t>
            </w:r>
          </w:p>
        </w:tc>
        <w:tc>
          <w:tcPr>
            <w:tcW w:w="1325" w:type="pct"/>
            <w:noWrap/>
            <w:hideMark/>
          </w:tcPr>
          <w:p w14:paraId="1272C037" w14:textId="77777777" w:rsidR="00000000" w:rsidRPr="00505610" w:rsidRDefault="00000000" w:rsidP="00335561">
            <w:pPr>
              <w:snapToGrid w:val="0"/>
              <w:contextualSpacing/>
              <w:rPr>
                <w:rFonts w:cs="Arial"/>
                <w:sz w:val="16"/>
                <w:szCs w:val="16"/>
              </w:rPr>
            </w:pPr>
            <w:r w:rsidRPr="00505610">
              <w:rPr>
                <w:rFonts w:cs="Arial"/>
                <w:sz w:val="16"/>
                <w:szCs w:val="16"/>
              </w:rPr>
              <w:t>0</w:t>
            </w:r>
          </w:p>
        </w:tc>
        <w:tc>
          <w:tcPr>
            <w:tcW w:w="442" w:type="pct"/>
            <w:noWrap/>
            <w:hideMark/>
          </w:tcPr>
          <w:p w14:paraId="5744B833" w14:textId="77777777" w:rsidR="00000000" w:rsidRPr="00505610" w:rsidRDefault="00000000" w:rsidP="00335561">
            <w:pPr>
              <w:snapToGrid w:val="0"/>
              <w:contextualSpacing/>
              <w:rPr>
                <w:rFonts w:cs="Arial"/>
                <w:sz w:val="16"/>
                <w:szCs w:val="16"/>
              </w:rPr>
            </w:pPr>
            <w:r w:rsidRPr="00505610">
              <w:rPr>
                <w:rFonts w:cs="Arial"/>
                <w:sz w:val="16"/>
                <w:szCs w:val="16"/>
              </w:rPr>
              <w:t>8482</w:t>
            </w:r>
          </w:p>
        </w:tc>
        <w:tc>
          <w:tcPr>
            <w:tcW w:w="516" w:type="pct"/>
            <w:noWrap/>
            <w:hideMark/>
          </w:tcPr>
          <w:p w14:paraId="025B5B8A" w14:textId="77777777" w:rsidR="00000000" w:rsidRPr="00505610" w:rsidRDefault="00000000" w:rsidP="00335561">
            <w:pPr>
              <w:snapToGrid w:val="0"/>
              <w:contextualSpacing/>
              <w:rPr>
                <w:rFonts w:cs="Arial"/>
                <w:sz w:val="16"/>
                <w:szCs w:val="16"/>
              </w:rPr>
            </w:pPr>
            <w:r w:rsidRPr="00505610">
              <w:rPr>
                <w:rFonts w:cs="Arial"/>
                <w:sz w:val="16"/>
                <w:szCs w:val="16"/>
              </w:rPr>
              <w:t>74.6%</w:t>
            </w:r>
          </w:p>
        </w:tc>
        <w:tc>
          <w:tcPr>
            <w:tcW w:w="517" w:type="pct"/>
            <w:noWrap/>
            <w:hideMark/>
          </w:tcPr>
          <w:p w14:paraId="05D37CE7" w14:textId="77777777" w:rsidR="00000000" w:rsidRPr="00505610" w:rsidRDefault="00000000" w:rsidP="00335561">
            <w:pPr>
              <w:snapToGrid w:val="0"/>
              <w:contextualSpacing/>
              <w:rPr>
                <w:rFonts w:cs="Arial"/>
                <w:sz w:val="16"/>
                <w:szCs w:val="16"/>
              </w:rPr>
            </w:pPr>
            <w:r w:rsidRPr="00505610">
              <w:rPr>
                <w:rFonts w:cs="Arial"/>
                <w:sz w:val="16"/>
                <w:szCs w:val="16"/>
              </w:rPr>
              <w:t>2887</w:t>
            </w:r>
          </w:p>
        </w:tc>
        <w:tc>
          <w:tcPr>
            <w:tcW w:w="441" w:type="pct"/>
            <w:noWrap/>
            <w:hideMark/>
          </w:tcPr>
          <w:p w14:paraId="1D6B4D24" w14:textId="77777777" w:rsidR="00000000" w:rsidRPr="00505610" w:rsidRDefault="00000000" w:rsidP="00335561">
            <w:pPr>
              <w:snapToGrid w:val="0"/>
              <w:contextualSpacing/>
              <w:rPr>
                <w:rFonts w:cs="Arial"/>
                <w:sz w:val="16"/>
                <w:szCs w:val="16"/>
              </w:rPr>
            </w:pPr>
            <w:r w:rsidRPr="00505610">
              <w:rPr>
                <w:rFonts w:cs="Arial"/>
                <w:sz w:val="16"/>
                <w:szCs w:val="16"/>
              </w:rPr>
              <w:t>25.4%</w:t>
            </w:r>
          </w:p>
        </w:tc>
        <w:tc>
          <w:tcPr>
            <w:tcW w:w="588" w:type="pct"/>
            <w:noWrap/>
            <w:hideMark/>
          </w:tcPr>
          <w:p w14:paraId="387B106D" w14:textId="77777777" w:rsidR="00000000" w:rsidRPr="00505610" w:rsidRDefault="00000000" w:rsidP="00335561">
            <w:pPr>
              <w:snapToGrid w:val="0"/>
              <w:contextualSpacing/>
              <w:rPr>
                <w:rFonts w:cs="Arial"/>
                <w:sz w:val="16"/>
                <w:szCs w:val="16"/>
              </w:rPr>
            </w:pPr>
            <w:r w:rsidRPr="00505610">
              <w:rPr>
                <w:rFonts w:cs="Arial"/>
                <w:sz w:val="16"/>
                <w:szCs w:val="16"/>
              </w:rPr>
              <w:t>11369</w:t>
            </w:r>
          </w:p>
        </w:tc>
        <w:tc>
          <w:tcPr>
            <w:tcW w:w="511" w:type="pct"/>
            <w:noWrap/>
            <w:hideMark/>
          </w:tcPr>
          <w:p w14:paraId="6431FA31"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3821B645" w14:textId="77777777" w:rsidTr="009D0946">
        <w:trPr>
          <w:trHeight w:val="20"/>
        </w:trPr>
        <w:tc>
          <w:tcPr>
            <w:tcW w:w="660" w:type="pct"/>
            <w:vMerge/>
          </w:tcPr>
          <w:p w14:paraId="07FAD778" w14:textId="77777777" w:rsidR="00000000" w:rsidRPr="00505610" w:rsidRDefault="00000000" w:rsidP="00335561">
            <w:pPr>
              <w:snapToGrid w:val="0"/>
              <w:contextualSpacing/>
              <w:rPr>
                <w:rFonts w:cs="Arial"/>
                <w:sz w:val="16"/>
                <w:szCs w:val="16"/>
              </w:rPr>
            </w:pPr>
          </w:p>
        </w:tc>
        <w:tc>
          <w:tcPr>
            <w:tcW w:w="1325" w:type="pct"/>
            <w:noWrap/>
            <w:hideMark/>
          </w:tcPr>
          <w:p w14:paraId="3D28CAAB" w14:textId="77777777" w:rsidR="00000000" w:rsidRPr="00505610" w:rsidRDefault="00000000" w:rsidP="00335561">
            <w:pPr>
              <w:snapToGrid w:val="0"/>
              <w:contextualSpacing/>
              <w:rPr>
                <w:rFonts w:cs="Arial"/>
                <w:sz w:val="16"/>
                <w:szCs w:val="16"/>
              </w:rPr>
            </w:pPr>
            <w:r w:rsidRPr="00505610">
              <w:rPr>
                <w:rFonts w:cs="Arial"/>
                <w:sz w:val="16"/>
                <w:szCs w:val="16"/>
              </w:rPr>
              <w:t>1</w:t>
            </w:r>
          </w:p>
        </w:tc>
        <w:tc>
          <w:tcPr>
            <w:tcW w:w="442" w:type="pct"/>
            <w:noWrap/>
            <w:hideMark/>
          </w:tcPr>
          <w:p w14:paraId="60F3E52D" w14:textId="77777777" w:rsidR="00000000" w:rsidRPr="00505610" w:rsidRDefault="00000000" w:rsidP="00335561">
            <w:pPr>
              <w:snapToGrid w:val="0"/>
              <w:contextualSpacing/>
              <w:rPr>
                <w:rFonts w:cs="Arial"/>
                <w:sz w:val="16"/>
                <w:szCs w:val="16"/>
              </w:rPr>
            </w:pPr>
            <w:r w:rsidRPr="00505610">
              <w:rPr>
                <w:rFonts w:cs="Arial"/>
                <w:sz w:val="16"/>
                <w:szCs w:val="16"/>
              </w:rPr>
              <w:t>9084</w:t>
            </w:r>
          </w:p>
        </w:tc>
        <w:tc>
          <w:tcPr>
            <w:tcW w:w="516" w:type="pct"/>
            <w:noWrap/>
            <w:hideMark/>
          </w:tcPr>
          <w:p w14:paraId="07ABCE23" w14:textId="77777777" w:rsidR="00000000" w:rsidRPr="00505610" w:rsidRDefault="00000000" w:rsidP="00335561">
            <w:pPr>
              <w:snapToGrid w:val="0"/>
              <w:contextualSpacing/>
              <w:rPr>
                <w:rFonts w:cs="Arial"/>
                <w:sz w:val="16"/>
                <w:szCs w:val="16"/>
              </w:rPr>
            </w:pPr>
            <w:r w:rsidRPr="00505610">
              <w:rPr>
                <w:rFonts w:cs="Arial"/>
                <w:sz w:val="16"/>
                <w:szCs w:val="16"/>
              </w:rPr>
              <w:t>68.5%</w:t>
            </w:r>
          </w:p>
        </w:tc>
        <w:tc>
          <w:tcPr>
            <w:tcW w:w="517" w:type="pct"/>
            <w:noWrap/>
            <w:hideMark/>
          </w:tcPr>
          <w:p w14:paraId="650FBF92" w14:textId="77777777" w:rsidR="00000000" w:rsidRPr="00505610" w:rsidRDefault="00000000" w:rsidP="00335561">
            <w:pPr>
              <w:snapToGrid w:val="0"/>
              <w:contextualSpacing/>
              <w:rPr>
                <w:rFonts w:cs="Arial"/>
                <w:sz w:val="16"/>
                <w:szCs w:val="16"/>
              </w:rPr>
            </w:pPr>
            <w:r w:rsidRPr="00505610">
              <w:rPr>
                <w:rFonts w:cs="Arial"/>
                <w:sz w:val="16"/>
                <w:szCs w:val="16"/>
              </w:rPr>
              <w:t>4177</w:t>
            </w:r>
          </w:p>
        </w:tc>
        <w:tc>
          <w:tcPr>
            <w:tcW w:w="441" w:type="pct"/>
            <w:noWrap/>
            <w:hideMark/>
          </w:tcPr>
          <w:p w14:paraId="28354059" w14:textId="77777777" w:rsidR="00000000" w:rsidRPr="00505610" w:rsidRDefault="00000000" w:rsidP="00335561">
            <w:pPr>
              <w:snapToGrid w:val="0"/>
              <w:contextualSpacing/>
              <w:rPr>
                <w:rFonts w:cs="Arial"/>
                <w:sz w:val="16"/>
                <w:szCs w:val="16"/>
              </w:rPr>
            </w:pPr>
            <w:r w:rsidRPr="00505610">
              <w:rPr>
                <w:rFonts w:cs="Arial"/>
                <w:sz w:val="16"/>
                <w:szCs w:val="16"/>
              </w:rPr>
              <w:t>31.5%</w:t>
            </w:r>
          </w:p>
        </w:tc>
        <w:tc>
          <w:tcPr>
            <w:tcW w:w="588" w:type="pct"/>
            <w:noWrap/>
            <w:hideMark/>
          </w:tcPr>
          <w:p w14:paraId="1DF256EC" w14:textId="77777777" w:rsidR="00000000" w:rsidRPr="00505610" w:rsidRDefault="00000000" w:rsidP="00335561">
            <w:pPr>
              <w:snapToGrid w:val="0"/>
              <w:contextualSpacing/>
              <w:rPr>
                <w:rFonts w:cs="Arial"/>
                <w:sz w:val="16"/>
                <w:szCs w:val="16"/>
              </w:rPr>
            </w:pPr>
            <w:r w:rsidRPr="00505610">
              <w:rPr>
                <w:rFonts w:cs="Arial"/>
                <w:sz w:val="16"/>
                <w:szCs w:val="16"/>
              </w:rPr>
              <w:t>13261</w:t>
            </w:r>
          </w:p>
        </w:tc>
        <w:tc>
          <w:tcPr>
            <w:tcW w:w="511" w:type="pct"/>
            <w:noWrap/>
            <w:hideMark/>
          </w:tcPr>
          <w:p w14:paraId="74FD653C"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3E736FD4" w14:textId="77777777" w:rsidTr="009D0946">
        <w:trPr>
          <w:trHeight w:val="20"/>
        </w:trPr>
        <w:tc>
          <w:tcPr>
            <w:tcW w:w="660" w:type="pct"/>
            <w:vMerge/>
          </w:tcPr>
          <w:p w14:paraId="005A3822" w14:textId="77777777" w:rsidR="00000000" w:rsidRPr="00505610" w:rsidRDefault="00000000" w:rsidP="00335561">
            <w:pPr>
              <w:snapToGrid w:val="0"/>
              <w:contextualSpacing/>
              <w:rPr>
                <w:rFonts w:cs="Arial"/>
                <w:sz w:val="16"/>
                <w:szCs w:val="16"/>
              </w:rPr>
            </w:pPr>
          </w:p>
        </w:tc>
        <w:tc>
          <w:tcPr>
            <w:tcW w:w="1325" w:type="pct"/>
            <w:noWrap/>
            <w:hideMark/>
          </w:tcPr>
          <w:p w14:paraId="20281345" w14:textId="77777777" w:rsidR="00000000" w:rsidRPr="00505610" w:rsidRDefault="00000000" w:rsidP="00335561">
            <w:pPr>
              <w:snapToGrid w:val="0"/>
              <w:contextualSpacing/>
              <w:rPr>
                <w:rFonts w:cs="Arial"/>
                <w:sz w:val="16"/>
                <w:szCs w:val="16"/>
              </w:rPr>
            </w:pPr>
            <w:r w:rsidRPr="00505610">
              <w:rPr>
                <w:rFonts w:cs="Arial"/>
                <w:sz w:val="16"/>
                <w:szCs w:val="16"/>
              </w:rPr>
              <w:t>2</w:t>
            </w:r>
          </w:p>
        </w:tc>
        <w:tc>
          <w:tcPr>
            <w:tcW w:w="442" w:type="pct"/>
            <w:noWrap/>
            <w:hideMark/>
          </w:tcPr>
          <w:p w14:paraId="3C780A45" w14:textId="77777777" w:rsidR="00000000" w:rsidRPr="00505610" w:rsidRDefault="00000000" w:rsidP="00335561">
            <w:pPr>
              <w:snapToGrid w:val="0"/>
              <w:contextualSpacing/>
              <w:rPr>
                <w:rFonts w:cs="Arial"/>
                <w:sz w:val="16"/>
                <w:szCs w:val="16"/>
              </w:rPr>
            </w:pPr>
            <w:r w:rsidRPr="00505610">
              <w:rPr>
                <w:rFonts w:cs="Arial"/>
                <w:sz w:val="16"/>
                <w:szCs w:val="16"/>
              </w:rPr>
              <w:t>10969</w:t>
            </w:r>
          </w:p>
        </w:tc>
        <w:tc>
          <w:tcPr>
            <w:tcW w:w="516" w:type="pct"/>
            <w:noWrap/>
            <w:hideMark/>
          </w:tcPr>
          <w:p w14:paraId="642ED6E0" w14:textId="77777777" w:rsidR="00000000" w:rsidRPr="00505610" w:rsidRDefault="00000000" w:rsidP="00335561">
            <w:pPr>
              <w:snapToGrid w:val="0"/>
              <w:contextualSpacing/>
              <w:rPr>
                <w:rFonts w:cs="Arial"/>
                <w:sz w:val="16"/>
                <w:szCs w:val="16"/>
              </w:rPr>
            </w:pPr>
            <w:r w:rsidRPr="00505610">
              <w:rPr>
                <w:rFonts w:cs="Arial"/>
                <w:sz w:val="16"/>
                <w:szCs w:val="16"/>
              </w:rPr>
              <w:t>59.6%</w:t>
            </w:r>
          </w:p>
        </w:tc>
        <w:tc>
          <w:tcPr>
            <w:tcW w:w="517" w:type="pct"/>
            <w:noWrap/>
            <w:hideMark/>
          </w:tcPr>
          <w:p w14:paraId="73F63919" w14:textId="77777777" w:rsidR="00000000" w:rsidRPr="00505610" w:rsidRDefault="00000000" w:rsidP="00335561">
            <w:pPr>
              <w:snapToGrid w:val="0"/>
              <w:contextualSpacing/>
              <w:rPr>
                <w:rFonts w:cs="Arial"/>
                <w:sz w:val="16"/>
                <w:szCs w:val="16"/>
              </w:rPr>
            </w:pPr>
            <w:r w:rsidRPr="00505610">
              <w:rPr>
                <w:rFonts w:cs="Arial"/>
                <w:sz w:val="16"/>
                <w:szCs w:val="16"/>
              </w:rPr>
              <w:t>7442</w:t>
            </w:r>
          </w:p>
        </w:tc>
        <w:tc>
          <w:tcPr>
            <w:tcW w:w="441" w:type="pct"/>
            <w:noWrap/>
            <w:hideMark/>
          </w:tcPr>
          <w:p w14:paraId="47F9593C" w14:textId="77777777" w:rsidR="00000000" w:rsidRPr="00505610" w:rsidRDefault="00000000" w:rsidP="00335561">
            <w:pPr>
              <w:snapToGrid w:val="0"/>
              <w:contextualSpacing/>
              <w:rPr>
                <w:rFonts w:cs="Arial"/>
                <w:sz w:val="16"/>
                <w:szCs w:val="16"/>
              </w:rPr>
            </w:pPr>
            <w:r w:rsidRPr="00505610">
              <w:rPr>
                <w:rFonts w:cs="Arial"/>
                <w:sz w:val="16"/>
                <w:szCs w:val="16"/>
              </w:rPr>
              <w:t>40.4%</w:t>
            </w:r>
          </w:p>
        </w:tc>
        <w:tc>
          <w:tcPr>
            <w:tcW w:w="588" w:type="pct"/>
            <w:noWrap/>
            <w:hideMark/>
          </w:tcPr>
          <w:p w14:paraId="43E134E1" w14:textId="77777777" w:rsidR="00000000" w:rsidRPr="00505610" w:rsidRDefault="00000000" w:rsidP="00335561">
            <w:pPr>
              <w:snapToGrid w:val="0"/>
              <w:contextualSpacing/>
              <w:rPr>
                <w:rFonts w:cs="Arial"/>
                <w:sz w:val="16"/>
                <w:szCs w:val="16"/>
              </w:rPr>
            </w:pPr>
            <w:r w:rsidRPr="00505610">
              <w:rPr>
                <w:rFonts w:cs="Arial"/>
                <w:sz w:val="16"/>
                <w:szCs w:val="16"/>
              </w:rPr>
              <w:t>18411</w:t>
            </w:r>
          </w:p>
        </w:tc>
        <w:tc>
          <w:tcPr>
            <w:tcW w:w="511" w:type="pct"/>
            <w:noWrap/>
            <w:hideMark/>
          </w:tcPr>
          <w:p w14:paraId="31B66CA9"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502B60F6" w14:textId="77777777" w:rsidTr="009D0946">
        <w:trPr>
          <w:trHeight w:val="20"/>
        </w:trPr>
        <w:tc>
          <w:tcPr>
            <w:tcW w:w="660" w:type="pct"/>
            <w:vMerge/>
          </w:tcPr>
          <w:p w14:paraId="6D95E916" w14:textId="77777777" w:rsidR="00000000" w:rsidRPr="00505610" w:rsidRDefault="00000000" w:rsidP="00335561">
            <w:pPr>
              <w:snapToGrid w:val="0"/>
              <w:contextualSpacing/>
              <w:rPr>
                <w:rFonts w:cs="Arial"/>
                <w:sz w:val="16"/>
                <w:szCs w:val="16"/>
              </w:rPr>
            </w:pPr>
          </w:p>
        </w:tc>
        <w:tc>
          <w:tcPr>
            <w:tcW w:w="1325" w:type="pct"/>
            <w:noWrap/>
            <w:hideMark/>
          </w:tcPr>
          <w:p w14:paraId="2B1BDF5D" w14:textId="77777777" w:rsidR="00000000" w:rsidRPr="00505610" w:rsidRDefault="00000000" w:rsidP="00335561">
            <w:pPr>
              <w:snapToGrid w:val="0"/>
              <w:contextualSpacing/>
              <w:rPr>
                <w:rFonts w:cs="Arial"/>
                <w:sz w:val="16"/>
                <w:szCs w:val="16"/>
              </w:rPr>
            </w:pPr>
            <w:r w:rsidRPr="00505610">
              <w:rPr>
                <w:rFonts w:cs="Arial"/>
                <w:sz w:val="16"/>
                <w:szCs w:val="16"/>
              </w:rPr>
              <w:t>3 or 4</w:t>
            </w:r>
          </w:p>
        </w:tc>
        <w:tc>
          <w:tcPr>
            <w:tcW w:w="442" w:type="pct"/>
            <w:noWrap/>
            <w:hideMark/>
          </w:tcPr>
          <w:p w14:paraId="6754BBB0" w14:textId="77777777" w:rsidR="00000000" w:rsidRPr="00505610" w:rsidRDefault="00000000" w:rsidP="00335561">
            <w:pPr>
              <w:snapToGrid w:val="0"/>
              <w:contextualSpacing/>
              <w:rPr>
                <w:rFonts w:cs="Arial"/>
                <w:sz w:val="16"/>
                <w:szCs w:val="16"/>
              </w:rPr>
            </w:pPr>
            <w:r w:rsidRPr="00505610">
              <w:rPr>
                <w:rFonts w:cs="Arial"/>
                <w:sz w:val="16"/>
                <w:szCs w:val="16"/>
              </w:rPr>
              <w:t>14212</w:t>
            </w:r>
          </w:p>
        </w:tc>
        <w:tc>
          <w:tcPr>
            <w:tcW w:w="516" w:type="pct"/>
            <w:noWrap/>
            <w:hideMark/>
          </w:tcPr>
          <w:p w14:paraId="38B14506" w14:textId="77777777" w:rsidR="00000000" w:rsidRPr="00505610" w:rsidRDefault="00000000" w:rsidP="00335561">
            <w:pPr>
              <w:snapToGrid w:val="0"/>
              <w:contextualSpacing/>
              <w:rPr>
                <w:rFonts w:cs="Arial"/>
                <w:sz w:val="16"/>
                <w:szCs w:val="16"/>
              </w:rPr>
            </w:pPr>
            <w:r w:rsidRPr="00505610">
              <w:rPr>
                <w:rFonts w:cs="Arial"/>
                <w:sz w:val="16"/>
                <w:szCs w:val="16"/>
              </w:rPr>
              <w:t>46.6%</w:t>
            </w:r>
          </w:p>
        </w:tc>
        <w:tc>
          <w:tcPr>
            <w:tcW w:w="517" w:type="pct"/>
            <w:noWrap/>
            <w:hideMark/>
          </w:tcPr>
          <w:p w14:paraId="03B1DB37" w14:textId="77777777" w:rsidR="00000000" w:rsidRPr="00505610" w:rsidRDefault="00000000" w:rsidP="00335561">
            <w:pPr>
              <w:snapToGrid w:val="0"/>
              <w:contextualSpacing/>
              <w:rPr>
                <w:rFonts w:cs="Arial"/>
                <w:sz w:val="16"/>
                <w:szCs w:val="16"/>
              </w:rPr>
            </w:pPr>
            <w:r w:rsidRPr="00505610">
              <w:rPr>
                <w:rFonts w:cs="Arial"/>
                <w:sz w:val="16"/>
                <w:szCs w:val="16"/>
              </w:rPr>
              <w:t>16258</w:t>
            </w:r>
          </w:p>
        </w:tc>
        <w:tc>
          <w:tcPr>
            <w:tcW w:w="441" w:type="pct"/>
            <w:noWrap/>
            <w:hideMark/>
          </w:tcPr>
          <w:p w14:paraId="59336CE6" w14:textId="77777777" w:rsidR="00000000" w:rsidRPr="00505610" w:rsidRDefault="00000000" w:rsidP="00335561">
            <w:pPr>
              <w:snapToGrid w:val="0"/>
              <w:contextualSpacing/>
              <w:rPr>
                <w:rFonts w:cs="Arial"/>
                <w:sz w:val="16"/>
                <w:szCs w:val="16"/>
              </w:rPr>
            </w:pPr>
            <w:r w:rsidRPr="00505610">
              <w:rPr>
                <w:rFonts w:cs="Arial"/>
                <w:sz w:val="16"/>
                <w:szCs w:val="16"/>
              </w:rPr>
              <w:t>53.4%</w:t>
            </w:r>
          </w:p>
        </w:tc>
        <w:tc>
          <w:tcPr>
            <w:tcW w:w="588" w:type="pct"/>
            <w:noWrap/>
            <w:hideMark/>
          </w:tcPr>
          <w:p w14:paraId="24E59BEF" w14:textId="77777777" w:rsidR="00000000" w:rsidRPr="00505610" w:rsidRDefault="00000000" w:rsidP="00335561">
            <w:pPr>
              <w:snapToGrid w:val="0"/>
              <w:contextualSpacing/>
              <w:rPr>
                <w:rFonts w:cs="Arial"/>
                <w:sz w:val="16"/>
                <w:szCs w:val="16"/>
              </w:rPr>
            </w:pPr>
            <w:r w:rsidRPr="00505610">
              <w:rPr>
                <w:rFonts w:cs="Arial"/>
                <w:sz w:val="16"/>
                <w:szCs w:val="16"/>
              </w:rPr>
              <w:t>30470</w:t>
            </w:r>
          </w:p>
        </w:tc>
        <w:tc>
          <w:tcPr>
            <w:tcW w:w="511" w:type="pct"/>
            <w:noWrap/>
            <w:hideMark/>
          </w:tcPr>
          <w:p w14:paraId="179BD447"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39FB929E" w14:textId="77777777" w:rsidTr="009D0946">
        <w:trPr>
          <w:trHeight w:val="20"/>
        </w:trPr>
        <w:tc>
          <w:tcPr>
            <w:tcW w:w="660" w:type="pct"/>
            <w:vMerge/>
          </w:tcPr>
          <w:p w14:paraId="2B33ADE9" w14:textId="77777777" w:rsidR="00000000" w:rsidRPr="00505610" w:rsidRDefault="00000000" w:rsidP="00335561">
            <w:pPr>
              <w:snapToGrid w:val="0"/>
              <w:contextualSpacing/>
              <w:rPr>
                <w:rFonts w:cs="Arial"/>
                <w:sz w:val="16"/>
                <w:szCs w:val="16"/>
              </w:rPr>
            </w:pPr>
          </w:p>
        </w:tc>
        <w:tc>
          <w:tcPr>
            <w:tcW w:w="1325" w:type="pct"/>
            <w:noWrap/>
            <w:hideMark/>
          </w:tcPr>
          <w:p w14:paraId="78A396BD" w14:textId="77777777" w:rsidR="00000000" w:rsidRPr="00505610" w:rsidRDefault="00000000" w:rsidP="00335561">
            <w:pPr>
              <w:snapToGrid w:val="0"/>
              <w:contextualSpacing/>
              <w:rPr>
                <w:rFonts w:cs="Arial"/>
                <w:sz w:val="16"/>
                <w:szCs w:val="16"/>
              </w:rPr>
            </w:pPr>
            <w:r w:rsidRPr="00505610">
              <w:rPr>
                <w:rFonts w:cs="Arial"/>
                <w:sz w:val="16"/>
                <w:szCs w:val="16"/>
              </w:rPr>
              <w:t>5-8</w:t>
            </w:r>
          </w:p>
        </w:tc>
        <w:tc>
          <w:tcPr>
            <w:tcW w:w="442" w:type="pct"/>
            <w:noWrap/>
            <w:hideMark/>
          </w:tcPr>
          <w:p w14:paraId="36DABB5C" w14:textId="77777777" w:rsidR="00000000" w:rsidRPr="00505610" w:rsidRDefault="00000000" w:rsidP="00335561">
            <w:pPr>
              <w:snapToGrid w:val="0"/>
              <w:contextualSpacing/>
              <w:rPr>
                <w:rFonts w:cs="Arial"/>
                <w:sz w:val="16"/>
                <w:szCs w:val="16"/>
              </w:rPr>
            </w:pPr>
            <w:r w:rsidRPr="00505610">
              <w:rPr>
                <w:rFonts w:cs="Arial"/>
                <w:sz w:val="16"/>
                <w:szCs w:val="16"/>
              </w:rPr>
              <w:t>8293</w:t>
            </w:r>
          </w:p>
        </w:tc>
        <w:tc>
          <w:tcPr>
            <w:tcW w:w="516" w:type="pct"/>
            <w:noWrap/>
            <w:hideMark/>
          </w:tcPr>
          <w:p w14:paraId="00528514" w14:textId="77777777" w:rsidR="00000000" w:rsidRPr="00505610" w:rsidRDefault="00000000" w:rsidP="00335561">
            <w:pPr>
              <w:snapToGrid w:val="0"/>
              <w:contextualSpacing/>
              <w:rPr>
                <w:rFonts w:cs="Arial"/>
                <w:sz w:val="16"/>
                <w:szCs w:val="16"/>
              </w:rPr>
            </w:pPr>
            <w:r w:rsidRPr="00505610">
              <w:rPr>
                <w:rFonts w:cs="Arial"/>
                <w:sz w:val="16"/>
                <w:szCs w:val="16"/>
              </w:rPr>
              <w:t>34.1%</w:t>
            </w:r>
          </w:p>
        </w:tc>
        <w:tc>
          <w:tcPr>
            <w:tcW w:w="517" w:type="pct"/>
            <w:noWrap/>
            <w:hideMark/>
          </w:tcPr>
          <w:p w14:paraId="78C7FCC5" w14:textId="77777777" w:rsidR="00000000" w:rsidRPr="00505610" w:rsidRDefault="00000000" w:rsidP="00335561">
            <w:pPr>
              <w:snapToGrid w:val="0"/>
              <w:contextualSpacing/>
              <w:rPr>
                <w:rFonts w:cs="Arial"/>
                <w:sz w:val="16"/>
                <w:szCs w:val="16"/>
              </w:rPr>
            </w:pPr>
            <w:r w:rsidRPr="00505610">
              <w:rPr>
                <w:rFonts w:cs="Arial"/>
                <w:sz w:val="16"/>
                <w:szCs w:val="16"/>
              </w:rPr>
              <w:t>16057</w:t>
            </w:r>
          </w:p>
        </w:tc>
        <w:tc>
          <w:tcPr>
            <w:tcW w:w="441" w:type="pct"/>
            <w:noWrap/>
            <w:hideMark/>
          </w:tcPr>
          <w:p w14:paraId="2B390DBA" w14:textId="77777777" w:rsidR="00000000" w:rsidRPr="00505610" w:rsidRDefault="00000000" w:rsidP="00335561">
            <w:pPr>
              <w:snapToGrid w:val="0"/>
              <w:contextualSpacing/>
              <w:rPr>
                <w:rFonts w:cs="Arial"/>
                <w:sz w:val="16"/>
                <w:szCs w:val="16"/>
              </w:rPr>
            </w:pPr>
            <w:r w:rsidRPr="00505610">
              <w:rPr>
                <w:rFonts w:cs="Arial"/>
                <w:sz w:val="16"/>
                <w:szCs w:val="16"/>
              </w:rPr>
              <w:t>65.9%</w:t>
            </w:r>
          </w:p>
        </w:tc>
        <w:tc>
          <w:tcPr>
            <w:tcW w:w="588" w:type="pct"/>
            <w:noWrap/>
            <w:hideMark/>
          </w:tcPr>
          <w:p w14:paraId="46D05988" w14:textId="77777777" w:rsidR="00000000" w:rsidRPr="00505610" w:rsidRDefault="00000000" w:rsidP="00335561">
            <w:pPr>
              <w:snapToGrid w:val="0"/>
              <w:contextualSpacing/>
              <w:rPr>
                <w:rFonts w:cs="Arial"/>
                <w:sz w:val="16"/>
                <w:szCs w:val="16"/>
              </w:rPr>
            </w:pPr>
            <w:r w:rsidRPr="00505610">
              <w:rPr>
                <w:rFonts w:cs="Arial"/>
                <w:sz w:val="16"/>
                <w:szCs w:val="16"/>
              </w:rPr>
              <w:t>24350</w:t>
            </w:r>
          </w:p>
        </w:tc>
        <w:tc>
          <w:tcPr>
            <w:tcW w:w="511" w:type="pct"/>
            <w:noWrap/>
            <w:hideMark/>
          </w:tcPr>
          <w:p w14:paraId="4207A2C1"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768AAEAC" w14:textId="77777777" w:rsidTr="009D0946">
        <w:trPr>
          <w:trHeight w:val="20"/>
        </w:trPr>
        <w:tc>
          <w:tcPr>
            <w:tcW w:w="660" w:type="pct"/>
            <w:vMerge/>
          </w:tcPr>
          <w:p w14:paraId="03347C56" w14:textId="77777777" w:rsidR="00000000" w:rsidRPr="00505610" w:rsidRDefault="00000000" w:rsidP="00335561">
            <w:pPr>
              <w:snapToGrid w:val="0"/>
              <w:contextualSpacing/>
              <w:rPr>
                <w:rFonts w:cs="Arial"/>
                <w:sz w:val="16"/>
                <w:szCs w:val="16"/>
              </w:rPr>
            </w:pPr>
          </w:p>
        </w:tc>
        <w:tc>
          <w:tcPr>
            <w:tcW w:w="1325" w:type="pct"/>
            <w:noWrap/>
            <w:hideMark/>
          </w:tcPr>
          <w:p w14:paraId="0F92A6EB" w14:textId="77777777" w:rsidR="00000000" w:rsidRPr="00505610" w:rsidRDefault="00000000" w:rsidP="00335561">
            <w:pPr>
              <w:snapToGrid w:val="0"/>
              <w:contextualSpacing/>
              <w:rPr>
                <w:rFonts w:cs="Arial"/>
                <w:sz w:val="16"/>
                <w:szCs w:val="16"/>
              </w:rPr>
            </w:pPr>
            <w:r w:rsidRPr="00505610">
              <w:rPr>
                <w:rFonts w:cs="Arial"/>
                <w:sz w:val="16"/>
                <w:szCs w:val="16"/>
              </w:rPr>
              <w:t>9 or more</w:t>
            </w:r>
          </w:p>
        </w:tc>
        <w:tc>
          <w:tcPr>
            <w:tcW w:w="442" w:type="pct"/>
            <w:noWrap/>
            <w:hideMark/>
          </w:tcPr>
          <w:p w14:paraId="081A3748" w14:textId="77777777" w:rsidR="00000000" w:rsidRPr="00505610" w:rsidRDefault="00000000" w:rsidP="00335561">
            <w:pPr>
              <w:snapToGrid w:val="0"/>
              <w:contextualSpacing/>
              <w:rPr>
                <w:rFonts w:cs="Arial"/>
                <w:sz w:val="16"/>
                <w:szCs w:val="16"/>
              </w:rPr>
            </w:pPr>
            <w:r w:rsidRPr="00505610">
              <w:rPr>
                <w:rFonts w:cs="Arial"/>
                <w:sz w:val="16"/>
                <w:szCs w:val="16"/>
              </w:rPr>
              <w:t>5815</w:t>
            </w:r>
          </w:p>
        </w:tc>
        <w:tc>
          <w:tcPr>
            <w:tcW w:w="516" w:type="pct"/>
            <w:noWrap/>
            <w:hideMark/>
          </w:tcPr>
          <w:p w14:paraId="70C76838" w14:textId="77777777" w:rsidR="00000000" w:rsidRPr="00505610" w:rsidRDefault="00000000" w:rsidP="00335561">
            <w:pPr>
              <w:snapToGrid w:val="0"/>
              <w:contextualSpacing/>
              <w:rPr>
                <w:rFonts w:cs="Arial"/>
                <w:sz w:val="16"/>
                <w:szCs w:val="16"/>
              </w:rPr>
            </w:pPr>
            <w:r w:rsidRPr="00505610">
              <w:rPr>
                <w:rFonts w:cs="Arial"/>
                <w:sz w:val="16"/>
                <w:szCs w:val="16"/>
              </w:rPr>
              <w:t>25.7%</w:t>
            </w:r>
          </w:p>
        </w:tc>
        <w:tc>
          <w:tcPr>
            <w:tcW w:w="517" w:type="pct"/>
            <w:noWrap/>
            <w:hideMark/>
          </w:tcPr>
          <w:p w14:paraId="2CF62CD9" w14:textId="77777777" w:rsidR="00000000" w:rsidRPr="00505610" w:rsidRDefault="00000000" w:rsidP="00335561">
            <w:pPr>
              <w:snapToGrid w:val="0"/>
              <w:contextualSpacing/>
              <w:rPr>
                <w:rFonts w:cs="Arial"/>
                <w:sz w:val="16"/>
                <w:szCs w:val="16"/>
              </w:rPr>
            </w:pPr>
            <w:r w:rsidRPr="00505610">
              <w:rPr>
                <w:rFonts w:cs="Arial"/>
                <w:sz w:val="16"/>
                <w:szCs w:val="16"/>
              </w:rPr>
              <w:t>16844</w:t>
            </w:r>
          </w:p>
        </w:tc>
        <w:tc>
          <w:tcPr>
            <w:tcW w:w="441" w:type="pct"/>
            <w:noWrap/>
            <w:hideMark/>
          </w:tcPr>
          <w:p w14:paraId="7B234816" w14:textId="77777777" w:rsidR="00000000" w:rsidRPr="00505610" w:rsidRDefault="00000000" w:rsidP="00335561">
            <w:pPr>
              <w:snapToGrid w:val="0"/>
              <w:contextualSpacing/>
              <w:rPr>
                <w:rFonts w:cs="Arial"/>
                <w:sz w:val="16"/>
                <w:szCs w:val="16"/>
              </w:rPr>
            </w:pPr>
            <w:r w:rsidRPr="00505610">
              <w:rPr>
                <w:rFonts w:cs="Arial"/>
                <w:sz w:val="16"/>
                <w:szCs w:val="16"/>
              </w:rPr>
              <w:t>74.3%</w:t>
            </w:r>
          </w:p>
        </w:tc>
        <w:tc>
          <w:tcPr>
            <w:tcW w:w="588" w:type="pct"/>
            <w:noWrap/>
            <w:hideMark/>
          </w:tcPr>
          <w:p w14:paraId="13916A3B" w14:textId="77777777" w:rsidR="00000000" w:rsidRPr="00505610" w:rsidRDefault="00000000" w:rsidP="00335561">
            <w:pPr>
              <w:snapToGrid w:val="0"/>
              <w:contextualSpacing/>
              <w:rPr>
                <w:rFonts w:cs="Arial"/>
                <w:sz w:val="16"/>
                <w:szCs w:val="16"/>
              </w:rPr>
            </w:pPr>
            <w:r w:rsidRPr="00505610">
              <w:rPr>
                <w:rFonts w:cs="Arial"/>
                <w:sz w:val="16"/>
                <w:szCs w:val="16"/>
              </w:rPr>
              <w:t>22659</w:t>
            </w:r>
          </w:p>
        </w:tc>
        <w:tc>
          <w:tcPr>
            <w:tcW w:w="511" w:type="pct"/>
            <w:noWrap/>
            <w:hideMark/>
          </w:tcPr>
          <w:p w14:paraId="4CA52509"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38DACC32" w14:textId="77777777" w:rsidTr="009D0946">
        <w:trPr>
          <w:trHeight w:val="20"/>
        </w:trPr>
        <w:tc>
          <w:tcPr>
            <w:tcW w:w="660" w:type="pct"/>
            <w:vMerge/>
          </w:tcPr>
          <w:p w14:paraId="415BE59C" w14:textId="77777777" w:rsidR="00000000" w:rsidRPr="00505610" w:rsidRDefault="00000000" w:rsidP="00335561">
            <w:pPr>
              <w:snapToGrid w:val="0"/>
              <w:contextualSpacing/>
              <w:rPr>
                <w:rFonts w:cs="Arial"/>
                <w:sz w:val="16"/>
                <w:szCs w:val="16"/>
              </w:rPr>
            </w:pPr>
          </w:p>
        </w:tc>
        <w:tc>
          <w:tcPr>
            <w:tcW w:w="1325" w:type="pct"/>
            <w:noWrap/>
            <w:hideMark/>
          </w:tcPr>
          <w:p w14:paraId="7D846583" w14:textId="77777777" w:rsidR="00000000" w:rsidRPr="00505610" w:rsidRDefault="00000000" w:rsidP="00335561">
            <w:pPr>
              <w:snapToGrid w:val="0"/>
              <w:contextualSpacing/>
              <w:rPr>
                <w:rFonts w:cs="Arial"/>
                <w:sz w:val="16"/>
                <w:szCs w:val="16"/>
              </w:rPr>
            </w:pPr>
            <w:r w:rsidRPr="00505610">
              <w:rPr>
                <w:rFonts w:cs="Arial"/>
                <w:sz w:val="16"/>
                <w:szCs w:val="16"/>
              </w:rPr>
              <w:t>Missing</w:t>
            </w:r>
          </w:p>
        </w:tc>
        <w:tc>
          <w:tcPr>
            <w:tcW w:w="442" w:type="pct"/>
            <w:noWrap/>
            <w:hideMark/>
          </w:tcPr>
          <w:p w14:paraId="5B375C9B" w14:textId="77777777" w:rsidR="00000000" w:rsidRPr="00505610" w:rsidRDefault="00000000" w:rsidP="00335561">
            <w:pPr>
              <w:snapToGrid w:val="0"/>
              <w:contextualSpacing/>
              <w:rPr>
                <w:rFonts w:cs="Arial"/>
                <w:sz w:val="16"/>
                <w:szCs w:val="16"/>
              </w:rPr>
            </w:pPr>
            <w:r w:rsidRPr="00505610">
              <w:rPr>
                <w:rFonts w:cs="Arial"/>
                <w:sz w:val="16"/>
                <w:szCs w:val="16"/>
              </w:rPr>
              <w:t>32</w:t>
            </w:r>
          </w:p>
        </w:tc>
        <w:tc>
          <w:tcPr>
            <w:tcW w:w="516" w:type="pct"/>
            <w:noWrap/>
            <w:hideMark/>
          </w:tcPr>
          <w:p w14:paraId="75E89679" w14:textId="77777777" w:rsidR="00000000" w:rsidRPr="00505610" w:rsidRDefault="00000000" w:rsidP="00335561">
            <w:pPr>
              <w:snapToGrid w:val="0"/>
              <w:contextualSpacing/>
              <w:rPr>
                <w:rFonts w:cs="Arial"/>
                <w:sz w:val="16"/>
                <w:szCs w:val="16"/>
              </w:rPr>
            </w:pPr>
            <w:r w:rsidRPr="00505610">
              <w:rPr>
                <w:rFonts w:cs="Arial"/>
                <w:sz w:val="16"/>
                <w:szCs w:val="16"/>
              </w:rPr>
              <w:t>50.8%</w:t>
            </w:r>
          </w:p>
        </w:tc>
        <w:tc>
          <w:tcPr>
            <w:tcW w:w="517" w:type="pct"/>
            <w:noWrap/>
            <w:hideMark/>
          </w:tcPr>
          <w:p w14:paraId="76E19CEF" w14:textId="77777777" w:rsidR="00000000" w:rsidRPr="00505610" w:rsidRDefault="00000000" w:rsidP="00335561">
            <w:pPr>
              <w:snapToGrid w:val="0"/>
              <w:contextualSpacing/>
              <w:rPr>
                <w:rFonts w:cs="Arial"/>
                <w:sz w:val="16"/>
                <w:szCs w:val="16"/>
              </w:rPr>
            </w:pPr>
            <w:r w:rsidRPr="00505610">
              <w:rPr>
                <w:rFonts w:cs="Arial"/>
                <w:sz w:val="16"/>
                <w:szCs w:val="16"/>
              </w:rPr>
              <w:t>31</w:t>
            </w:r>
          </w:p>
        </w:tc>
        <w:tc>
          <w:tcPr>
            <w:tcW w:w="441" w:type="pct"/>
            <w:noWrap/>
            <w:hideMark/>
          </w:tcPr>
          <w:p w14:paraId="484E7C21" w14:textId="77777777" w:rsidR="00000000" w:rsidRPr="00505610" w:rsidRDefault="00000000" w:rsidP="00335561">
            <w:pPr>
              <w:snapToGrid w:val="0"/>
              <w:contextualSpacing/>
              <w:rPr>
                <w:rFonts w:cs="Arial"/>
                <w:sz w:val="16"/>
                <w:szCs w:val="16"/>
              </w:rPr>
            </w:pPr>
            <w:r w:rsidRPr="00505610">
              <w:rPr>
                <w:rFonts w:cs="Arial"/>
                <w:sz w:val="16"/>
                <w:szCs w:val="16"/>
              </w:rPr>
              <w:t>49.2%</w:t>
            </w:r>
          </w:p>
        </w:tc>
        <w:tc>
          <w:tcPr>
            <w:tcW w:w="588" w:type="pct"/>
            <w:noWrap/>
            <w:hideMark/>
          </w:tcPr>
          <w:p w14:paraId="05FCC8D8" w14:textId="77777777" w:rsidR="00000000" w:rsidRPr="00505610" w:rsidRDefault="00000000" w:rsidP="00335561">
            <w:pPr>
              <w:snapToGrid w:val="0"/>
              <w:contextualSpacing/>
              <w:rPr>
                <w:rFonts w:cs="Arial"/>
                <w:sz w:val="16"/>
                <w:szCs w:val="16"/>
              </w:rPr>
            </w:pPr>
            <w:r w:rsidRPr="00505610">
              <w:rPr>
                <w:rFonts w:cs="Arial"/>
                <w:sz w:val="16"/>
                <w:szCs w:val="16"/>
              </w:rPr>
              <w:t>63</w:t>
            </w:r>
          </w:p>
        </w:tc>
        <w:tc>
          <w:tcPr>
            <w:tcW w:w="511" w:type="pct"/>
            <w:noWrap/>
            <w:hideMark/>
          </w:tcPr>
          <w:p w14:paraId="4DB1CB8D"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4FDBF989" w14:textId="77777777" w:rsidTr="009D0946">
        <w:trPr>
          <w:trHeight w:val="20"/>
        </w:trPr>
        <w:tc>
          <w:tcPr>
            <w:tcW w:w="660" w:type="pct"/>
            <w:vMerge w:val="restart"/>
          </w:tcPr>
          <w:p w14:paraId="3CD86A30" w14:textId="77777777" w:rsidR="00000000" w:rsidRPr="00505610" w:rsidRDefault="00000000" w:rsidP="00335561">
            <w:pPr>
              <w:snapToGrid w:val="0"/>
              <w:contextualSpacing/>
              <w:rPr>
                <w:rFonts w:cs="Arial"/>
                <w:sz w:val="16"/>
                <w:szCs w:val="16"/>
              </w:rPr>
            </w:pPr>
            <w:r w:rsidRPr="00505610">
              <w:rPr>
                <w:rFonts w:cs="Arial"/>
                <w:b/>
                <w:bCs/>
                <w:sz w:val="16"/>
                <w:szCs w:val="16"/>
              </w:rPr>
              <w:t>Having pets</w:t>
            </w:r>
          </w:p>
        </w:tc>
        <w:tc>
          <w:tcPr>
            <w:tcW w:w="1325" w:type="pct"/>
            <w:noWrap/>
            <w:hideMark/>
          </w:tcPr>
          <w:p w14:paraId="556E8CFA" w14:textId="77777777" w:rsidR="00000000" w:rsidRPr="00505610" w:rsidRDefault="00000000" w:rsidP="00335561">
            <w:pPr>
              <w:snapToGrid w:val="0"/>
              <w:contextualSpacing/>
              <w:rPr>
                <w:rFonts w:cs="Arial"/>
                <w:sz w:val="16"/>
                <w:szCs w:val="16"/>
              </w:rPr>
            </w:pPr>
            <w:r w:rsidRPr="00505610">
              <w:rPr>
                <w:rFonts w:cs="Arial"/>
                <w:sz w:val="16"/>
                <w:szCs w:val="16"/>
              </w:rPr>
              <w:t>No</w:t>
            </w:r>
          </w:p>
        </w:tc>
        <w:tc>
          <w:tcPr>
            <w:tcW w:w="442" w:type="pct"/>
            <w:noWrap/>
            <w:hideMark/>
          </w:tcPr>
          <w:p w14:paraId="0D232EFC" w14:textId="77777777" w:rsidR="00000000" w:rsidRPr="00505610" w:rsidRDefault="00000000" w:rsidP="00335561">
            <w:pPr>
              <w:snapToGrid w:val="0"/>
              <w:contextualSpacing/>
              <w:rPr>
                <w:rFonts w:cs="Arial"/>
                <w:sz w:val="16"/>
                <w:szCs w:val="16"/>
              </w:rPr>
            </w:pPr>
            <w:r w:rsidRPr="00505610">
              <w:rPr>
                <w:rFonts w:cs="Arial"/>
                <w:sz w:val="16"/>
                <w:szCs w:val="16"/>
              </w:rPr>
              <w:t>31668</w:t>
            </w:r>
          </w:p>
        </w:tc>
        <w:tc>
          <w:tcPr>
            <w:tcW w:w="516" w:type="pct"/>
            <w:noWrap/>
            <w:hideMark/>
          </w:tcPr>
          <w:p w14:paraId="19CE3D0F" w14:textId="77777777" w:rsidR="00000000" w:rsidRPr="00505610" w:rsidRDefault="00000000" w:rsidP="00335561">
            <w:pPr>
              <w:snapToGrid w:val="0"/>
              <w:contextualSpacing/>
              <w:rPr>
                <w:rFonts w:cs="Arial"/>
                <w:sz w:val="16"/>
                <w:szCs w:val="16"/>
              </w:rPr>
            </w:pPr>
            <w:r w:rsidRPr="00505610">
              <w:rPr>
                <w:rFonts w:cs="Arial"/>
                <w:sz w:val="16"/>
                <w:szCs w:val="16"/>
              </w:rPr>
              <w:t>47.5%</w:t>
            </w:r>
          </w:p>
        </w:tc>
        <w:tc>
          <w:tcPr>
            <w:tcW w:w="517" w:type="pct"/>
            <w:noWrap/>
            <w:hideMark/>
          </w:tcPr>
          <w:p w14:paraId="1809352E" w14:textId="77777777" w:rsidR="00000000" w:rsidRPr="00505610" w:rsidRDefault="00000000" w:rsidP="00335561">
            <w:pPr>
              <w:snapToGrid w:val="0"/>
              <w:contextualSpacing/>
              <w:rPr>
                <w:rFonts w:cs="Arial"/>
                <w:sz w:val="16"/>
                <w:szCs w:val="16"/>
              </w:rPr>
            </w:pPr>
            <w:r w:rsidRPr="00505610">
              <w:rPr>
                <w:rFonts w:cs="Arial"/>
                <w:sz w:val="16"/>
                <w:szCs w:val="16"/>
              </w:rPr>
              <w:t>35052</w:t>
            </w:r>
          </w:p>
        </w:tc>
        <w:tc>
          <w:tcPr>
            <w:tcW w:w="441" w:type="pct"/>
            <w:noWrap/>
            <w:hideMark/>
          </w:tcPr>
          <w:p w14:paraId="3449D930" w14:textId="77777777" w:rsidR="00000000" w:rsidRPr="00505610" w:rsidRDefault="00000000" w:rsidP="00335561">
            <w:pPr>
              <w:snapToGrid w:val="0"/>
              <w:contextualSpacing/>
              <w:rPr>
                <w:rFonts w:cs="Arial"/>
                <w:sz w:val="16"/>
                <w:szCs w:val="16"/>
              </w:rPr>
            </w:pPr>
            <w:r w:rsidRPr="00505610">
              <w:rPr>
                <w:rFonts w:cs="Arial"/>
                <w:sz w:val="16"/>
                <w:szCs w:val="16"/>
              </w:rPr>
              <w:t>52.5%</w:t>
            </w:r>
          </w:p>
        </w:tc>
        <w:tc>
          <w:tcPr>
            <w:tcW w:w="588" w:type="pct"/>
            <w:noWrap/>
            <w:hideMark/>
          </w:tcPr>
          <w:p w14:paraId="101DD81D" w14:textId="77777777" w:rsidR="00000000" w:rsidRPr="00505610" w:rsidRDefault="00000000" w:rsidP="00335561">
            <w:pPr>
              <w:snapToGrid w:val="0"/>
              <w:contextualSpacing/>
              <w:rPr>
                <w:rFonts w:cs="Arial"/>
                <w:sz w:val="16"/>
                <w:szCs w:val="16"/>
              </w:rPr>
            </w:pPr>
            <w:r w:rsidRPr="00505610">
              <w:rPr>
                <w:rFonts w:cs="Arial"/>
                <w:sz w:val="16"/>
                <w:szCs w:val="16"/>
              </w:rPr>
              <w:t>66720</w:t>
            </w:r>
          </w:p>
        </w:tc>
        <w:tc>
          <w:tcPr>
            <w:tcW w:w="511" w:type="pct"/>
            <w:noWrap/>
            <w:hideMark/>
          </w:tcPr>
          <w:p w14:paraId="63F8838F"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5E7712E6" w14:textId="77777777" w:rsidTr="009D0946">
        <w:trPr>
          <w:trHeight w:val="20"/>
        </w:trPr>
        <w:tc>
          <w:tcPr>
            <w:tcW w:w="660" w:type="pct"/>
            <w:vMerge/>
          </w:tcPr>
          <w:p w14:paraId="4500EEE3" w14:textId="77777777" w:rsidR="00000000" w:rsidRPr="00505610" w:rsidRDefault="00000000" w:rsidP="00335561">
            <w:pPr>
              <w:snapToGrid w:val="0"/>
              <w:contextualSpacing/>
              <w:rPr>
                <w:rFonts w:cs="Arial"/>
                <w:sz w:val="16"/>
                <w:szCs w:val="16"/>
              </w:rPr>
            </w:pPr>
          </w:p>
        </w:tc>
        <w:tc>
          <w:tcPr>
            <w:tcW w:w="1325" w:type="pct"/>
            <w:noWrap/>
            <w:hideMark/>
          </w:tcPr>
          <w:p w14:paraId="4FD94671" w14:textId="77777777" w:rsidR="00000000" w:rsidRPr="00505610" w:rsidRDefault="00000000" w:rsidP="00335561">
            <w:pPr>
              <w:snapToGrid w:val="0"/>
              <w:contextualSpacing/>
              <w:rPr>
                <w:rFonts w:cs="Arial"/>
                <w:sz w:val="16"/>
                <w:szCs w:val="16"/>
              </w:rPr>
            </w:pPr>
            <w:r w:rsidRPr="00505610">
              <w:rPr>
                <w:rFonts w:cs="Arial"/>
                <w:sz w:val="16"/>
                <w:szCs w:val="16"/>
              </w:rPr>
              <w:t>Yes</w:t>
            </w:r>
          </w:p>
        </w:tc>
        <w:tc>
          <w:tcPr>
            <w:tcW w:w="442" w:type="pct"/>
            <w:noWrap/>
            <w:hideMark/>
          </w:tcPr>
          <w:p w14:paraId="5D703DEE" w14:textId="77777777" w:rsidR="00000000" w:rsidRPr="00505610" w:rsidRDefault="00000000" w:rsidP="00335561">
            <w:pPr>
              <w:snapToGrid w:val="0"/>
              <w:contextualSpacing/>
              <w:rPr>
                <w:rFonts w:cs="Arial"/>
                <w:sz w:val="16"/>
                <w:szCs w:val="16"/>
              </w:rPr>
            </w:pPr>
            <w:r w:rsidRPr="00505610">
              <w:rPr>
                <w:rFonts w:cs="Arial"/>
                <w:sz w:val="16"/>
                <w:szCs w:val="16"/>
              </w:rPr>
              <w:t>25112</w:t>
            </w:r>
          </w:p>
        </w:tc>
        <w:tc>
          <w:tcPr>
            <w:tcW w:w="516" w:type="pct"/>
            <w:noWrap/>
            <w:hideMark/>
          </w:tcPr>
          <w:p w14:paraId="3604CE58" w14:textId="77777777" w:rsidR="00000000" w:rsidRPr="00505610" w:rsidRDefault="00000000" w:rsidP="00335561">
            <w:pPr>
              <w:snapToGrid w:val="0"/>
              <w:contextualSpacing/>
              <w:rPr>
                <w:rFonts w:cs="Arial"/>
                <w:sz w:val="16"/>
                <w:szCs w:val="16"/>
              </w:rPr>
            </w:pPr>
            <w:r w:rsidRPr="00505610">
              <w:rPr>
                <w:rFonts w:cs="Arial"/>
                <w:sz w:val="16"/>
                <w:szCs w:val="16"/>
              </w:rPr>
              <w:t>46.8%</w:t>
            </w:r>
          </w:p>
        </w:tc>
        <w:tc>
          <w:tcPr>
            <w:tcW w:w="517" w:type="pct"/>
            <w:noWrap/>
            <w:hideMark/>
          </w:tcPr>
          <w:p w14:paraId="716CDB9C" w14:textId="77777777" w:rsidR="00000000" w:rsidRPr="00505610" w:rsidRDefault="00000000" w:rsidP="00335561">
            <w:pPr>
              <w:snapToGrid w:val="0"/>
              <w:contextualSpacing/>
              <w:rPr>
                <w:rFonts w:cs="Arial"/>
                <w:sz w:val="16"/>
                <w:szCs w:val="16"/>
              </w:rPr>
            </w:pPr>
            <w:r w:rsidRPr="00505610">
              <w:rPr>
                <w:rFonts w:cs="Arial"/>
                <w:sz w:val="16"/>
                <w:szCs w:val="16"/>
              </w:rPr>
              <w:t>28544</w:t>
            </w:r>
          </w:p>
        </w:tc>
        <w:tc>
          <w:tcPr>
            <w:tcW w:w="441" w:type="pct"/>
            <w:noWrap/>
            <w:hideMark/>
          </w:tcPr>
          <w:p w14:paraId="7831E11C" w14:textId="77777777" w:rsidR="00000000" w:rsidRPr="00505610" w:rsidRDefault="00000000" w:rsidP="00335561">
            <w:pPr>
              <w:snapToGrid w:val="0"/>
              <w:contextualSpacing/>
              <w:rPr>
                <w:rFonts w:cs="Arial"/>
                <w:sz w:val="16"/>
                <w:szCs w:val="16"/>
              </w:rPr>
            </w:pPr>
            <w:r w:rsidRPr="00505610">
              <w:rPr>
                <w:rFonts w:cs="Arial"/>
                <w:sz w:val="16"/>
                <w:szCs w:val="16"/>
              </w:rPr>
              <w:t>53.2%</w:t>
            </w:r>
          </w:p>
        </w:tc>
        <w:tc>
          <w:tcPr>
            <w:tcW w:w="588" w:type="pct"/>
            <w:noWrap/>
            <w:hideMark/>
          </w:tcPr>
          <w:p w14:paraId="2C95EF87" w14:textId="77777777" w:rsidR="00000000" w:rsidRPr="00505610" w:rsidRDefault="00000000" w:rsidP="00335561">
            <w:pPr>
              <w:snapToGrid w:val="0"/>
              <w:contextualSpacing/>
              <w:rPr>
                <w:rFonts w:cs="Arial"/>
                <w:sz w:val="16"/>
                <w:szCs w:val="16"/>
              </w:rPr>
            </w:pPr>
            <w:r w:rsidRPr="00505610">
              <w:rPr>
                <w:rFonts w:cs="Arial"/>
                <w:sz w:val="16"/>
                <w:szCs w:val="16"/>
              </w:rPr>
              <w:t>53656</w:t>
            </w:r>
          </w:p>
        </w:tc>
        <w:tc>
          <w:tcPr>
            <w:tcW w:w="511" w:type="pct"/>
            <w:noWrap/>
            <w:hideMark/>
          </w:tcPr>
          <w:p w14:paraId="0F12C75E"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47EF5812" w14:textId="77777777" w:rsidTr="009D0946">
        <w:trPr>
          <w:trHeight w:val="20"/>
        </w:trPr>
        <w:tc>
          <w:tcPr>
            <w:tcW w:w="660" w:type="pct"/>
            <w:vMerge/>
          </w:tcPr>
          <w:p w14:paraId="191CF2C6" w14:textId="77777777" w:rsidR="00000000" w:rsidRPr="00505610" w:rsidRDefault="00000000" w:rsidP="00335561">
            <w:pPr>
              <w:snapToGrid w:val="0"/>
              <w:contextualSpacing/>
              <w:rPr>
                <w:rFonts w:cs="Arial"/>
                <w:sz w:val="16"/>
                <w:szCs w:val="16"/>
              </w:rPr>
            </w:pPr>
          </w:p>
        </w:tc>
        <w:tc>
          <w:tcPr>
            <w:tcW w:w="1325" w:type="pct"/>
            <w:noWrap/>
            <w:hideMark/>
          </w:tcPr>
          <w:p w14:paraId="069A5B04" w14:textId="77777777" w:rsidR="00000000" w:rsidRPr="00505610" w:rsidRDefault="00000000" w:rsidP="00335561">
            <w:pPr>
              <w:snapToGrid w:val="0"/>
              <w:contextualSpacing/>
              <w:rPr>
                <w:rFonts w:cs="Arial"/>
                <w:sz w:val="16"/>
                <w:szCs w:val="16"/>
              </w:rPr>
            </w:pPr>
            <w:r w:rsidRPr="00505610">
              <w:rPr>
                <w:rFonts w:cs="Arial"/>
                <w:sz w:val="16"/>
                <w:szCs w:val="16"/>
              </w:rPr>
              <w:t>Missing</w:t>
            </w:r>
          </w:p>
        </w:tc>
        <w:tc>
          <w:tcPr>
            <w:tcW w:w="442" w:type="pct"/>
            <w:noWrap/>
            <w:hideMark/>
          </w:tcPr>
          <w:p w14:paraId="6AA26E0F" w14:textId="77777777" w:rsidR="00000000" w:rsidRPr="00505610" w:rsidRDefault="00000000" w:rsidP="00335561">
            <w:pPr>
              <w:snapToGrid w:val="0"/>
              <w:contextualSpacing/>
              <w:rPr>
                <w:rFonts w:cs="Arial"/>
                <w:sz w:val="16"/>
                <w:szCs w:val="16"/>
              </w:rPr>
            </w:pPr>
            <w:r w:rsidRPr="00505610">
              <w:rPr>
                <w:rFonts w:cs="Arial"/>
                <w:sz w:val="16"/>
                <w:szCs w:val="16"/>
              </w:rPr>
              <w:t>107</w:t>
            </w:r>
          </w:p>
        </w:tc>
        <w:tc>
          <w:tcPr>
            <w:tcW w:w="516" w:type="pct"/>
            <w:noWrap/>
            <w:hideMark/>
          </w:tcPr>
          <w:p w14:paraId="74652BD5" w14:textId="77777777" w:rsidR="00000000" w:rsidRPr="00505610" w:rsidRDefault="00000000" w:rsidP="00335561">
            <w:pPr>
              <w:snapToGrid w:val="0"/>
              <w:contextualSpacing/>
              <w:rPr>
                <w:rFonts w:cs="Arial"/>
                <w:sz w:val="16"/>
                <w:szCs w:val="16"/>
              </w:rPr>
            </w:pPr>
            <w:r w:rsidRPr="00505610">
              <w:rPr>
                <w:rFonts w:cs="Arial"/>
                <w:sz w:val="16"/>
                <w:szCs w:val="16"/>
              </w:rPr>
              <w:t>51.7%</w:t>
            </w:r>
          </w:p>
        </w:tc>
        <w:tc>
          <w:tcPr>
            <w:tcW w:w="517" w:type="pct"/>
            <w:noWrap/>
            <w:hideMark/>
          </w:tcPr>
          <w:p w14:paraId="684F8A48" w14:textId="77777777" w:rsidR="00000000" w:rsidRPr="00505610" w:rsidRDefault="00000000" w:rsidP="00335561">
            <w:pPr>
              <w:snapToGrid w:val="0"/>
              <w:contextualSpacing/>
              <w:rPr>
                <w:rFonts w:cs="Arial"/>
                <w:sz w:val="16"/>
                <w:szCs w:val="16"/>
              </w:rPr>
            </w:pPr>
            <w:r w:rsidRPr="00505610">
              <w:rPr>
                <w:rFonts w:cs="Arial"/>
                <w:sz w:val="16"/>
                <w:szCs w:val="16"/>
              </w:rPr>
              <w:t>100</w:t>
            </w:r>
          </w:p>
        </w:tc>
        <w:tc>
          <w:tcPr>
            <w:tcW w:w="441" w:type="pct"/>
            <w:noWrap/>
            <w:hideMark/>
          </w:tcPr>
          <w:p w14:paraId="4E78C864" w14:textId="77777777" w:rsidR="00000000" w:rsidRPr="00505610" w:rsidRDefault="00000000" w:rsidP="00335561">
            <w:pPr>
              <w:snapToGrid w:val="0"/>
              <w:contextualSpacing/>
              <w:rPr>
                <w:rFonts w:cs="Arial"/>
                <w:sz w:val="16"/>
                <w:szCs w:val="16"/>
              </w:rPr>
            </w:pPr>
            <w:r w:rsidRPr="00505610">
              <w:rPr>
                <w:rFonts w:cs="Arial"/>
                <w:sz w:val="16"/>
                <w:szCs w:val="16"/>
              </w:rPr>
              <w:t>48.3%</w:t>
            </w:r>
          </w:p>
        </w:tc>
        <w:tc>
          <w:tcPr>
            <w:tcW w:w="588" w:type="pct"/>
            <w:noWrap/>
            <w:hideMark/>
          </w:tcPr>
          <w:p w14:paraId="0AAC952C" w14:textId="77777777" w:rsidR="00000000" w:rsidRPr="00505610" w:rsidRDefault="00000000" w:rsidP="00335561">
            <w:pPr>
              <w:snapToGrid w:val="0"/>
              <w:contextualSpacing/>
              <w:rPr>
                <w:rFonts w:cs="Arial"/>
                <w:sz w:val="16"/>
                <w:szCs w:val="16"/>
              </w:rPr>
            </w:pPr>
            <w:r w:rsidRPr="00505610">
              <w:rPr>
                <w:rFonts w:cs="Arial"/>
                <w:sz w:val="16"/>
                <w:szCs w:val="16"/>
              </w:rPr>
              <w:t>207</w:t>
            </w:r>
          </w:p>
        </w:tc>
        <w:tc>
          <w:tcPr>
            <w:tcW w:w="511" w:type="pct"/>
            <w:noWrap/>
            <w:hideMark/>
          </w:tcPr>
          <w:p w14:paraId="19E38198"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4981B4EA" w14:textId="77777777" w:rsidTr="009D0946">
        <w:trPr>
          <w:trHeight w:val="20"/>
        </w:trPr>
        <w:tc>
          <w:tcPr>
            <w:tcW w:w="660" w:type="pct"/>
            <w:vMerge w:val="restart"/>
          </w:tcPr>
          <w:p w14:paraId="441278B0" w14:textId="77777777" w:rsidR="00000000" w:rsidRPr="00505610" w:rsidRDefault="00000000" w:rsidP="00335561">
            <w:pPr>
              <w:snapToGrid w:val="0"/>
              <w:contextualSpacing/>
              <w:rPr>
                <w:rFonts w:cs="Arial"/>
                <w:sz w:val="16"/>
                <w:szCs w:val="16"/>
              </w:rPr>
            </w:pPr>
            <w:r w:rsidRPr="00505610">
              <w:rPr>
                <w:rFonts w:cs="Arial"/>
                <w:b/>
                <w:bCs/>
                <w:sz w:val="16"/>
                <w:szCs w:val="16"/>
              </w:rPr>
              <w:t>Household size</w:t>
            </w:r>
          </w:p>
        </w:tc>
        <w:tc>
          <w:tcPr>
            <w:tcW w:w="1325" w:type="pct"/>
            <w:noWrap/>
            <w:hideMark/>
          </w:tcPr>
          <w:p w14:paraId="13ACE317" w14:textId="77777777" w:rsidR="00000000" w:rsidRPr="00505610" w:rsidRDefault="00000000" w:rsidP="00335561">
            <w:pPr>
              <w:snapToGrid w:val="0"/>
              <w:contextualSpacing/>
              <w:rPr>
                <w:rFonts w:cs="Arial"/>
                <w:sz w:val="16"/>
                <w:szCs w:val="16"/>
              </w:rPr>
            </w:pPr>
            <w:r w:rsidRPr="00505610">
              <w:rPr>
                <w:rFonts w:cs="Arial"/>
                <w:sz w:val="16"/>
                <w:szCs w:val="16"/>
              </w:rPr>
              <w:t>0 members</w:t>
            </w:r>
          </w:p>
        </w:tc>
        <w:tc>
          <w:tcPr>
            <w:tcW w:w="442" w:type="pct"/>
            <w:noWrap/>
            <w:hideMark/>
          </w:tcPr>
          <w:p w14:paraId="6A909317" w14:textId="77777777" w:rsidR="00000000" w:rsidRPr="00505610" w:rsidRDefault="00000000" w:rsidP="00335561">
            <w:pPr>
              <w:snapToGrid w:val="0"/>
              <w:contextualSpacing/>
              <w:rPr>
                <w:rFonts w:cs="Arial"/>
                <w:sz w:val="16"/>
                <w:szCs w:val="16"/>
              </w:rPr>
            </w:pPr>
            <w:r w:rsidRPr="00505610">
              <w:rPr>
                <w:rFonts w:cs="Arial"/>
                <w:sz w:val="16"/>
                <w:szCs w:val="16"/>
              </w:rPr>
              <w:t>16569</w:t>
            </w:r>
          </w:p>
        </w:tc>
        <w:tc>
          <w:tcPr>
            <w:tcW w:w="516" w:type="pct"/>
            <w:noWrap/>
            <w:hideMark/>
          </w:tcPr>
          <w:p w14:paraId="4767B9DD" w14:textId="77777777" w:rsidR="00000000" w:rsidRPr="00505610" w:rsidRDefault="00000000" w:rsidP="00335561">
            <w:pPr>
              <w:snapToGrid w:val="0"/>
              <w:contextualSpacing/>
              <w:rPr>
                <w:rFonts w:cs="Arial"/>
                <w:sz w:val="16"/>
                <w:szCs w:val="16"/>
              </w:rPr>
            </w:pPr>
            <w:r w:rsidRPr="00505610">
              <w:rPr>
                <w:rFonts w:cs="Arial"/>
                <w:sz w:val="16"/>
                <w:szCs w:val="16"/>
              </w:rPr>
              <w:t>52.3%</w:t>
            </w:r>
          </w:p>
        </w:tc>
        <w:tc>
          <w:tcPr>
            <w:tcW w:w="517" w:type="pct"/>
            <w:noWrap/>
            <w:hideMark/>
          </w:tcPr>
          <w:p w14:paraId="71522B53" w14:textId="77777777" w:rsidR="00000000" w:rsidRPr="00505610" w:rsidRDefault="00000000" w:rsidP="00335561">
            <w:pPr>
              <w:snapToGrid w:val="0"/>
              <w:contextualSpacing/>
              <w:rPr>
                <w:rFonts w:cs="Arial"/>
                <w:sz w:val="16"/>
                <w:szCs w:val="16"/>
              </w:rPr>
            </w:pPr>
            <w:r w:rsidRPr="00505610">
              <w:rPr>
                <w:rFonts w:cs="Arial"/>
                <w:sz w:val="16"/>
                <w:szCs w:val="16"/>
              </w:rPr>
              <w:t>15087</w:t>
            </w:r>
          </w:p>
        </w:tc>
        <w:tc>
          <w:tcPr>
            <w:tcW w:w="441" w:type="pct"/>
            <w:noWrap/>
            <w:hideMark/>
          </w:tcPr>
          <w:p w14:paraId="7854F966" w14:textId="77777777" w:rsidR="00000000" w:rsidRPr="00505610" w:rsidRDefault="00000000" w:rsidP="00335561">
            <w:pPr>
              <w:snapToGrid w:val="0"/>
              <w:contextualSpacing/>
              <w:rPr>
                <w:rFonts w:cs="Arial"/>
                <w:sz w:val="16"/>
                <w:szCs w:val="16"/>
              </w:rPr>
            </w:pPr>
            <w:r w:rsidRPr="00505610">
              <w:rPr>
                <w:rFonts w:cs="Arial"/>
                <w:sz w:val="16"/>
                <w:szCs w:val="16"/>
              </w:rPr>
              <w:t>47.7%</w:t>
            </w:r>
          </w:p>
        </w:tc>
        <w:tc>
          <w:tcPr>
            <w:tcW w:w="588" w:type="pct"/>
            <w:noWrap/>
            <w:hideMark/>
          </w:tcPr>
          <w:p w14:paraId="6EF0AD9F" w14:textId="77777777" w:rsidR="00000000" w:rsidRPr="00505610" w:rsidRDefault="00000000" w:rsidP="00335561">
            <w:pPr>
              <w:snapToGrid w:val="0"/>
              <w:contextualSpacing/>
              <w:rPr>
                <w:rFonts w:cs="Arial"/>
                <w:sz w:val="16"/>
                <w:szCs w:val="16"/>
              </w:rPr>
            </w:pPr>
            <w:r w:rsidRPr="00505610">
              <w:rPr>
                <w:rFonts w:cs="Arial"/>
                <w:sz w:val="16"/>
                <w:szCs w:val="16"/>
              </w:rPr>
              <w:t>31656</w:t>
            </w:r>
          </w:p>
        </w:tc>
        <w:tc>
          <w:tcPr>
            <w:tcW w:w="511" w:type="pct"/>
            <w:noWrap/>
            <w:hideMark/>
          </w:tcPr>
          <w:p w14:paraId="22419870"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335039F0" w14:textId="77777777" w:rsidTr="009D0946">
        <w:trPr>
          <w:trHeight w:val="20"/>
        </w:trPr>
        <w:tc>
          <w:tcPr>
            <w:tcW w:w="660" w:type="pct"/>
            <w:vMerge/>
          </w:tcPr>
          <w:p w14:paraId="10063FA4" w14:textId="77777777" w:rsidR="00000000" w:rsidRPr="00505610" w:rsidRDefault="00000000" w:rsidP="00335561">
            <w:pPr>
              <w:snapToGrid w:val="0"/>
              <w:contextualSpacing/>
              <w:rPr>
                <w:rFonts w:cs="Arial"/>
                <w:sz w:val="16"/>
                <w:szCs w:val="16"/>
              </w:rPr>
            </w:pPr>
          </w:p>
        </w:tc>
        <w:tc>
          <w:tcPr>
            <w:tcW w:w="1325" w:type="pct"/>
            <w:noWrap/>
            <w:hideMark/>
          </w:tcPr>
          <w:p w14:paraId="5AC426C1" w14:textId="77777777" w:rsidR="00000000" w:rsidRPr="00505610" w:rsidRDefault="00000000" w:rsidP="00335561">
            <w:pPr>
              <w:snapToGrid w:val="0"/>
              <w:contextualSpacing/>
              <w:rPr>
                <w:rFonts w:cs="Arial"/>
                <w:sz w:val="16"/>
                <w:szCs w:val="16"/>
              </w:rPr>
            </w:pPr>
            <w:r w:rsidRPr="00505610">
              <w:rPr>
                <w:rFonts w:cs="Arial"/>
                <w:sz w:val="16"/>
                <w:szCs w:val="16"/>
              </w:rPr>
              <w:t>1 member</w:t>
            </w:r>
          </w:p>
        </w:tc>
        <w:tc>
          <w:tcPr>
            <w:tcW w:w="442" w:type="pct"/>
            <w:noWrap/>
            <w:hideMark/>
          </w:tcPr>
          <w:p w14:paraId="320FB273" w14:textId="77777777" w:rsidR="00000000" w:rsidRPr="00505610" w:rsidRDefault="00000000" w:rsidP="00335561">
            <w:pPr>
              <w:snapToGrid w:val="0"/>
              <w:contextualSpacing/>
              <w:rPr>
                <w:rFonts w:cs="Arial"/>
                <w:sz w:val="16"/>
                <w:szCs w:val="16"/>
              </w:rPr>
            </w:pPr>
            <w:r w:rsidRPr="00505610">
              <w:rPr>
                <w:rFonts w:cs="Arial"/>
                <w:sz w:val="16"/>
                <w:szCs w:val="16"/>
              </w:rPr>
              <w:t>20775</w:t>
            </w:r>
          </w:p>
        </w:tc>
        <w:tc>
          <w:tcPr>
            <w:tcW w:w="516" w:type="pct"/>
            <w:noWrap/>
            <w:hideMark/>
          </w:tcPr>
          <w:p w14:paraId="1F3DB4AE" w14:textId="77777777" w:rsidR="00000000" w:rsidRPr="00505610" w:rsidRDefault="00000000" w:rsidP="00335561">
            <w:pPr>
              <w:snapToGrid w:val="0"/>
              <w:contextualSpacing/>
              <w:rPr>
                <w:rFonts w:cs="Arial"/>
                <w:sz w:val="16"/>
                <w:szCs w:val="16"/>
              </w:rPr>
            </w:pPr>
            <w:r w:rsidRPr="00505610">
              <w:rPr>
                <w:rFonts w:cs="Arial"/>
                <w:sz w:val="16"/>
                <w:szCs w:val="16"/>
              </w:rPr>
              <w:t>40.9%</w:t>
            </w:r>
          </w:p>
        </w:tc>
        <w:tc>
          <w:tcPr>
            <w:tcW w:w="517" w:type="pct"/>
            <w:noWrap/>
            <w:hideMark/>
          </w:tcPr>
          <w:p w14:paraId="1D4934F4" w14:textId="77777777" w:rsidR="00000000" w:rsidRPr="00505610" w:rsidRDefault="00000000" w:rsidP="00335561">
            <w:pPr>
              <w:snapToGrid w:val="0"/>
              <w:contextualSpacing/>
              <w:rPr>
                <w:rFonts w:cs="Arial"/>
                <w:sz w:val="16"/>
                <w:szCs w:val="16"/>
              </w:rPr>
            </w:pPr>
            <w:r w:rsidRPr="00505610">
              <w:rPr>
                <w:rFonts w:cs="Arial"/>
                <w:sz w:val="16"/>
                <w:szCs w:val="16"/>
              </w:rPr>
              <w:t>30009</w:t>
            </w:r>
          </w:p>
        </w:tc>
        <w:tc>
          <w:tcPr>
            <w:tcW w:w="441" w:type="pct"/>
            <w:noWrap/>
            <w:hideMark/>
          </w:tcPr>
          <w:p w14:paraId="1C8141E5" w14:textId="77777777" w:rsidR="00000000" w:rsidRPr="00505610" w:rsidRDefault="00000000" w:rsidP="00335561">
            <w:pPr>
              <w:snapToGrid w:val="0"/>
              <w:contextualSpacing/>
              <w:rPr>
                <w:rFonts w:cs="Arial"/>
                <w:sz w:val="16"/>
                <w:szCs w:val="16"/>
              </w:rPr>
            </w:pPr>
            <w:r w:rsidRPr="00505610">
              <w:rPr>
                <w:rFonts w:cs="Arial"/>
                <w:sz w:val="16"/>
                <w:szCs w:val="16"/>
              </w:rPr>
              <w:t>59.1%</w:t>
            </w:r>
          </w:p>
        </w:tc>
        <w:tc>
          <w:tcPr>
            <w:tcW w:w="588" w:type="pct"/>
            <w:noWrap/>
            <w:hideMark/>
          </w:tcPr>
          <w:p w14:paraId="25C9AC16" w14:textId="77777777" w:rsidR="00000000" w:rsidRPr="00505610" w:rsidRDefault="00000000" w:rsidP="00335561">
            <w:pPr>
              <w:snapToGrid w:val="0"/>
              <w:contextualSpacing/>
              <w:rPr>
                <w:rFonts w:cs="Arial"/>
                <w:sz w:val="16"/>
                <w:szCs w:val="16"/>
              </w:rPr>
            </w:pPr>
            <w:r w:rsidRPr="00505610">
              <w:rPr>
                <w:rFonts w:cs="Arial"/>
                <w:sz w:val="16"/>
                <w:szCs w:val="16"/>
              </w:rPr>
              <w:t>50784</w:t>
            </w:r>
          </w:p>
        </w:tc>
        <w:tc>
          <w:tcPr>
            <w:tcW w:w="511" w:type="pct"/>
            <w:noWrap/>
            <w:hideMark/>
          </w:tcPr>
          <w:p w14:paraId="44DB7CD1"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49BAF909" w14:textId="77777777" w:rsidTr="009D0946">
        <w:trPr>
          <w:trHeight w:val="20"/>
        </w:trPr>
        <w:tc>
          <w:tcPr>
            <w:tcW w:w="660" w:type="pct"/>
            <w:vMerge/>
          </w:tcPr>
          <w:p w14:paraId="27CB8820" w14:textId="77777777" w:rsidR="00000000" w:rsidRPr="00505610" w:rsidRDefault="00000000" w:rsidP="00335561">
            <w:pPr>
              <w:snapToGrid w:val="0"/>
              <w:contextualSpacing/>
              <w:rPr>
                <w:rFonts w:cs="Arial"/>
                <w:sz w:val="16"/>
                <w:szCs w:val="16"/>
              </w:rPr>
            </w:pPr>
          </w:p>
        </w:tc>
        <w:tc>
          <w:tcPr>
            <w:tcW w:w="1325" w:type="pct"/>
            <w:noWrap/>
            <w:hideMark/>
          </w:tcPr>
          <w:p w14:paraId="46320898" w14:textId="77777777" w:rsidR="00000000" w:rsidRPr="00505610" w:rsidRDefault="00000000" w:rsidP="00335561">
            <w:pPr>
              <w:snapToGrid w:val="0"/>
              <w:contextualSpacing/>
              <w:rPr>
                <w:rFonts w:cs="Arial"/>
                <w:sz w:val="16"/>
                <w:szCs w:val="16"/>
              </w:rPr>
            </w:pPr>
            <w:r w:rsidRPr="00505610">
              <w:rPr>
                <w:rFonts w:cs="Arial"/>
                <w:sz w:val="16"/>
                <w:szCs w:val="16"/>
              </w:rPr>
              <w:t>2-3 members</w:t>
            </w:r>
          </w:p>
        </w:tc>
        <w:tc>
          <w:tcPr>
            <w:tcW w:w="442" w:type="pct"/>
            <w:noWrap/>
            <w:hideMark/>
          </w:tcPr>
          <w:p w14:paraId="08808850" w14:textId="77777777" w:rsidR="00000000" w:rsidRPr="00505610" w:rsidRDefault="00000000" w:rsidP="00335561">
            <w:pPr>
              <w:snapToGrid w:val="0"/>
              <w:contextualSpacing/>
              <w:rPr>
                <w:rFonts w:cs="Arial"/>
                <w:sz w:val="16"/>
                <w:szCs w:val="16"/>
              </w:rPr>
            </w:pPr>
            <w:r w:rsidRPr="00505610">
              <w:rPr>
                <w:rFonts w:cs="Arial"/>
                <w:sz w:val="16"/>
                <w:szCs w:val="16"/>
              </w:rPr>
              <w:t>14721</w:t>
            </w:r>
          </w:p>
        </w:tc>
        <w:tc>
          <w:tcPr>
            <w:tcW w:w="516" w:type="pct"/>
            <w:noWrap/>
            <w:hideMark/>
          </w:tcPr>
          <w:p w14:paraId="45FA176A" w14:textId="77777777" w:rsidR="00000000" w:rsidRPr="00505610" w:rsidRDefault="00000000" w:rsidP="00335561">
            <w:pPr>
              <w:snapToGrid w:val="0"/>
              <w:contextualSpacing/>
              <w:rPr>
                <w:rFonts w:cs="Arial"/>
                <w:sz w:val="16"/>
                <w:szCs w:val="16"/>
              </w:rPr>
            </w:pPr>
            <w:r w:rsidRPr="00505610">
              <w:rPr>
                <w:rFonts w:cs="Arial"/>
                <w:sz w:val="16"/>
                <w:szCs w:val="16"/>
              </w:rPr>
              <w:t>49.8%</w:t>
            </w:r>
          </w:p>
        </w:tc>
        <w:tc>
          <w:tcPr>
            <w:tcW w:w="517" w:type="pct"/>
            <w:noWrap/>
            <w:hideMark/>
          </w:tcPr>
          <w:p w14:paraId="266119BF" w14:textId="77777777" w:rsidR="00000000" w:rsidRPr="00505610" w:rsidRDefault="00000000" w:rsidP="00335561">
            <w:pPr>
              <w:snapToGrid w:val="0"/>
              <w:contextualSpacing/>
              <w:rPr>
                <w:rFonts w:cs="Arial"/>
                <w:sz w:val="16"/>
                <w:szCs w:val="16"/>
              </w:rPr>
            </w:pPr>
            <w:r w:rsidRPr="00505610">
              <w:rPr>
                <w:rFonts w:cs="Arial"/>
                <w:sz w:val="16"/>
                <w:szCs w:val="16"/>
              </w:rPr>
              <w:t>14816</w:t>
            </w:r>
          </w:p>
        </w:tc>
        <w:tc>
          <w:tcPr>
            <w:tcW w:w="441" w:type="pct"/>
            <w:noWrap/>
            <w:hideMark/>
          </w:tcPr>
          <w:p w14:paraId="76257EDD" w14:textId="77777777" w:rsidR="00000000" w:rsidRPr="00505610" w:rsidRDefault="00000000" w:rsidP="00335561">
            <w:pPr>
              <w:snapToGrid w:val="0"/>
              <w:contextualSpacing/>
              <w:rPr>
                <w:rFonts w:cs="Arial"/>
                <w:sz w:val="16"/>
                <w:szCs w:val="16"/>
              </w:rPr>
            </w:pPr>
            <w:r w:rsidRPr="00505610">
              <w:rPr>
                <w:rFonts w:cs="Arial"/>
                <w:sz w:val="16"/>
                <w:szCs w:val="16"/>
              </w:rPr>
              <w:t>50.2%</w:t>
            </w:r>
          </w:p>
        </w:tc>
        <w:tc>
          <w:tcPr>
            <w:tcW w:w="588" w:type="pct"/>
            <w:noWrap/>
            <w:hideMark/>
          </w:tcPr>
          <w:p w14:paraId="1780D342" w14:textId="77777777" w:rsidR="00000000" w:rsidRPr="00505610" w:rsidRDefault="00000000" w:rsidP="00335561">
            <w:pPr>
              <w:snapToGrid w:val="0"/>
              <w:contextualSpacing/>
              <w:rPr>
                <w:rFonts w:cs="Arial"/>
                <w:sz w:val="16"/>
                <w:szCs w:val="16"/>
              </w:rPr>
            </w:pPr>
            <w:r w:rsidRPr="00505610">
              <w:rPr>
                <w:rFonts w:cs="Arial"/>
                <w:sz w:val="16"/>
                <w:szCs w:val="16"/>
              </w:rPr>
              <w:t>29537</w:t>
            </w:r>
          </w:p>
        </w:tc>
        <w:tc>
          <w:tcPr>
            <w:tcW w:w="511" w:type="pct"/>
            <w:noWrap/>
            <w:hideMark/>
          </w:tcPr>
          <w:p w14:paraId="44353EE7"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4CD8FA52" w14:textId="77777777" w:rsidTr="009D0946">
        <w:trPr>
          <w:trHeight w:val="20"/>
        </w:trPr>
        <w:tc>
          <w:tcPr>
            <w:tcW w:w="660" w:type="pct"/>
            <w:vMerge/>
          </w:tcPr>
          <w:p w14:paraId="24F0B54C" w14:textId="77777777" w:rsidR="00000000" w:rsidRPr="00505610" w:rsidRDefault="00000000" w:rsidP="00335561">
            <w:pPr>
              <w:snapToGrid w:val="0"/>
              <w:contextualSpacing/>
              <w:rPr>
                <w:rFonts w:cs="Arial"/>
                <w:sz w:val="16"/>
                <w:szCs w:val="16"/>
              </w:rPr>
            </w:pPr>
          </w:p>
        </w:tc>
        <w:tc>
          <w:tcPr>
            <w:tcW w:w="1325" w:type="pct"/>
            <w:noWrap/>
            <w:hideMark/>
          </w:tcPr>
          <w:p w14:paraId="4167F515" w14:textId="77777777" w:rsidR="00000000" w:rsidRPr="00505610" w:rsidRDefault="00000000" w:rsidP="00335561">
            <w:pPr>
              <w:snapToGrid w:val="0"/>
              <w:contextualSpacing/>
              <w:rPr>
                <w:rFonts w:cs="Arial"/>
                <w:sz w:val="16"/>
                <w:szCs w:val="16"/>
              </w:rPr>
            </w:pPr>
            <w:r w:rsidRPr="00505610">
              <w:rPr>
                <w:rFonts w:cs="Arial"/>
                <w:sz w:val="16"/>
                <w:szCs w:val="16"/>
              </w:rPr>
              <w:t>4-5 members</w:t>
            </w:r>
          </w:p>
        </w:tc>
        <w:tc>
          <w:tcPr>
            <w:tcW w:w="442" w:type="pct"/>
            <w:noWrap/>
            <w:hideMark/>
          </w:tcPr>
          <w:p w14:paraId="4C32039D" w14:textId="77777777" w:rsidR="00000000" w:rsidRPr="00505610" w:rsidRDefault="00000000" w:rsidP="00335561">
            <w:pPr>
              <w:snapToGrid w:val="0"/>
              <w:contextualSpacing/>
              <w:rPr>
                <w:rFonts w:cs="Arial"/>
                <w:sz w:val="16"/>
                <w:szCs w:val="16"/>
              </w:rPr>
            </w:pPr>
            <w:r w:rsidRPr="00505610">
              <w:rPr>
                <w:rFonts w:cs="Arial"/>
                <w:sz w:val="16"/>
                <w:szCs w:val="16"/>
              </w:rPr>
              <w:t>3850</w:t>
            </w:r>
          </w:p>
        </w:tc>
        <w:tc>
          <w:tcPr>
            <w:tcW w:w="516" w:type="pct"/>
            <w:noWrap/>
            <w:hideMark/>
          </w:tcPr>
          <w:p w14:paraId="35C187D6" w14:textId="77777777" w:rsidR="00000000" w:rsidRPr="00505610" w:rsidRDefault="00000000" w:rsidP="00335561">
            <w:pPr>
              <w:snapToGrid w:val="0"/>
              <w:contextualSpacing/>
              <w:rPr>
                <w:rFonts w:cs="Arial"/>
                <w:sz w:val="16"/>
                <w:szCs w:val="16"/>
              </w:rPr>
            </w:pPr>
            <w:r w:rsidRPr="00505610">
              <w:rPr>
                <w:rFonts w:cs="Arial"/>
                <w:sz w:val="16"/>
                <w:szCs w:val="16"/>
              </w:rPr>
              <w:t>54.3%</w:t>
            </w:r>
          </w:p>
        </w:tc>
        <w:tc>
          <w:tcPr>
            <w:tcW w:w="517" w:type="pct"/>
            <w:noWrap/>
            <w:hideMark/>
          </w:tcPr>
          <w:p w14:paraId="5C84E280" w14:textId="77777777" w:rsidR="00000000" w:rsidRPr="00505610" w:rsidRDefault="00000000" w:rsidP="00335561">
            <w:pPr>
              <w:snapToGrid w:val="0"/>
              <w:contextualSpacing/>
              <w:rPr>
                <w:rFonts w:cs="Arial"/>
                <w:sz w:val="16"/>
                <w:szCs w:val="16"/>
              </w:rPr>
            </w:pPr>
            <w:r w:rsidRPr="00505610">
              <w:rPr>
                <w:rFonts w:cs="Arial"/>
                <w:sz w:val="16"/>
                <w:szCs w:val="16"/>
              </w:rPr>
              <w:t>3236</w:t>
            </w:r>
          </w:p>
        </w:tc>
        <w:tc>
          <w:tcPr>
            <w:tcW w:w="441" w:type="pct"/>
            <w:noWrap/>
            <w:hideMark/>
          </w:tcPr>
          <w:p w14:paraId="70F22675" w14:textId="77777777" w:rsidR="00000000" w:rsidRPr="00505610" w:rsidRDefault="00000000" w:rsidP="00335561">
            <w:pPr>
              <w:snapToGrid w:val="0"/>
              <w:contextualSpacing/>
              <w:rPr>
                <w:rFonts w:cs="Arial"/>
                <w:sz w:val="16"/>
                <w:szCs w:val="16"/>
              </w:rPr>
            </w:pPr>
            <w:r w:rsidRPr="00505610">
              <w:rPr>
                <w:rFonts w:cs="Arial"/>
                <w:sz w:val="16"/>
                <w:szCs w:val="16"/>
              </w:rPr>
              <w:t>45.7%</w:t>
            </w:r>
          </w:p>
        </w:tc>
        <w:tc>
          <w:tcPr>
            <w:tcW w:w="588" w:type="pct"/>
            <w:noWrap/>
            <w:hideMark/>
          </w:tcPr>
          <w:p w14:paraId="14BA4E2B" w14:textId="77777777" w:rsidR="00000000" w:rsidRPr="00505610" w:rsidRDefault="00000000" w:rsidP="00335561">
            <w:pPr>
              <w:snapToGrid w:val="0"/>
              <w:contextualSpacing/>
              <w:rPr>
                <w:rFonts w:cs="Arial"/>
                <w:sz w:val="16"/>
                <w:szCs w:val="16"/>
              </w:rPr>
            </w:pPr>
            <w:r w:rsidRPr="00505610">
              <w:rPr>
                <w:rFonts w:cs="Arial"/>
                <w:sz w:val="16"/>
                <w:szCs w:val="16"/>
              </w:rPr>
              <w:t>7086</w:t>
            </w:r>
          </w:p>
        </w:tc>
        <w:tc>
          <w:tcPr>
            <w:tcW w:w="511" w:type="pct"/>
            <w:noWrap/>
            <w:hideMark/>
          </w:tcPr>
          <w:p w14:paraId="4A557E3E"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61D01D59" w14:textId="77777777" w:rsidTr="009D0946">
        <w:trPr>
          <w:trHeight w:val="20"/>
        </w:trPr>
        <w:tc>
          <w:tcPr>
            <w:tcW w:w="660" w:type="pct"/>
            <w:vMerge/>
          </w:tcPr>
          <w:p w14:paraId="3B0807E9" w14:textId="77777777" w:rsidR="00000000" w:rsidRPr="00505610" w:rsidRDefault="00000000" w:rsidP="00335561">
            <w:pPr>
              <w:snapToGrid w:val="0"/>
              <w:contextualSpacing/>
              <w:rPr>
                <w:rFonts w:cs="Arial"/>
                <w:sz w:val="16"/>
                <w:szCs w:val="16"/>
              </w:rPr>
            </w:pPr>
          </w:p>
        </w:tc>
        <w:tc>
          <w:tcPr>
            <w:tcW w:w="1325" w:type="pct"/>
            <w:noWrap/>
            <w:hideMark/>
          </w:tcPr>
          <w:p w14:paraId="3E24539B" w14:textId="77777777" w:rsidR="00000000" w:rsidRPr="00505610" w:rsidRDefault="00000000" w:rsidP="00335561">
            <w:pPr>
              <w:snapToGrid w:val="0"/>
              <w:contextualSpacing/>
              <w:rPr>
                <w:rFonts w:cs="Arial"/>
                <w:sz w:val="16"/>
                <w:szCs w:val="16"/>
              </w:rPr>
            </w:pPr>
            <w:r w:rsidRPr="00505610">
              <w:rPr>
                <w:rFonts w:cs="Arial"/>
                <w:sz w:val="16"/>
                <w:szCs w:val="16"/>
              </w:rPr>
              <w:t>&gt;5 members</w:t>
            </w:r>
          </w:p>
        </w:tc>
        <w:tc>
          <w:tcPr>
            <w:tcW w:w="442" w:type="pct"/>
            <w:noWrap/>
            <w:hideMark/>
          </w:tcPr>
          <w:p w14:paraId="12A8329C" w14:textId="77777777" w:rsidR="00000000" w:rsidRPr="00505610" w:rsidRDefault="00000000" w:rsidP="00335561">
            <w:pPr>
              <w:snapToGrid w:val="0"/>
              <w:contextualSpacing/>
              <w:rPr>
                <w:rFonts w:cs="Arial"/>
                <w:sz w:val="16"/>
                <w:szCs w:val="16"/>
              </w:rPr>
            </w:pPr>
            <w:r w:rsidRPr="00505610">
              <w:rPr>
                <w:rFonts w:cs="Arial"/>
                <w:sz w:val="16"/>
                <w:szCs w:val="16"/>
              </w:rPr>
              <w:t>918</w:t>
            </w:r>
          </w:p>
        </w:tc>
        <w:tc>
          <w:tcPr>
            <w:tcW w:w="516" w:type="pct"/>
            <w:noWrap/>
            <w:hideMark/>
          </w:tcPr>
          <w:p w14:paraId="59AA4138" w14:textId="77777777" w:rsidR="00000000" w:rsidRPr="00505610" w:rsidRDefault="00000000" w:rsidP="00335561">
            <w:pPr>
              <w:snapToGrid w:val="0"/>
              <w:contextualSpacing/>
              <w:rPr>
                <w:rFonts w:cs="Arial"/>
                <w:sz w:val="16"/>
                <w:szCs w:val="16"/>
              </w:rPr>
            </w:pPr>
            <w:r w:rsidRPr="00505610">
              <w:rPr>
                <w:rFonts w:cs="Arial"/>
                <w:sz w:val="16"/>
                <w:szCs w:val="16"/>
              </w:rPr>
              <w:t>64.6%</w:t>
            </w:r>
          </w:p>
        </w:tc>
        <w:tc>
          <w:tcPr>
            <w:tcW w:w="517" w:type="pct"/>
            <w:noWrap/>
            <w:hideMark/>
          </w:tcPr>
          <w:p w14:paraId="7394E42C" w14:textId="77777777" w:rsidR="00000000" w:rsidRPr="00505610" w:rsidRDefault="00000000" w:rsidP="00335561">
            <w:pPr>
              <w:snapToGrid w:val="0"/>
              <w:contextualSpacing/>
              <w:rPr>
                <w:rFonts w:cs="Arial"/>
                <w:sz w:val="16"/>
                <w:szCs w:val="16"/>
              </w:rPr>
            </w:pPr>
            <w:r w:rsidRPr="00505610">
              <w:rPr>
                <w:rFonts w:cs="Arial"/>
                <w:sz w:val="16"/>
                <w:szCs w:val="16"/>
              </w:rPr>
              <w:t>502</w:t>
            </w:r>
          </w:p>
        </w:tc>
        <w:tc>
          <w:tcPr>
            <w:tcW w:w="441" w:type="pct"/>
            <w:noWrap/>
            <w:hideMark/>
          </w:tcPr>
          <w:p w14:paraId="32025C3A" w14:textId="77777777" w:rsidR="00000000" w:rsidRPr="00505610" w:rsidRDefault="00000000" w:rsidP="00335561">
            <w:pPr>
              <w:snapToGrid w:val="0"/>
              <w:contextualSpacing/>
              <w:rPr>
                <w:rFonts w:cs="Arial"/>
                <w:sz w:val="16"/>
                <w:szCs w:val="16"/>
              </w:rPr>
            </w:pPr>
            <w:r w:rsidRPr="00505610">
              <w:rPr>
                <w:rFonts w:cs="Arial"/>
                <w:sz w:val="16"/>
                <w:szCs w:val="16"/>
              </w:rPr>
              <w:t>35.4%</w:t>
            </w:r>
          </w:p>
        </w:tc>
        <w:tc>
          <w:tcPr>
            <w:tcW w:w="588" w:type="pct"/>
            <w:noWrap/>
            <w:hideMark/>
          </w:tcPr>
          <w:p w14:paraId="1F98FAA8" w14:textId="77777777" w:rsidR="00000000" w:rsidRPr="00505610" w:rsidRDefault="00000000" w:rsidP="00335561">
            <w:pPr>
              <w:snapToGrid w:val="0"/>
              <w:contextualSpacing/>
              <w:rPr>
                <w:rFonts w:cs="Arial"/>
                <w:sz w:val="16"/>
                <w:szCs w:val="16"/>
              </w:rPr>
            </w:pPr>
            <w:r w:rsidRPr="00505610">
              <w:rPr>
                <w:rFonts w:cs="Arial"/>
                <w:sz w:val="16"/>
                <w:szCs w:val="16"/>
              </w:rPr>
              <w:t>1420</w:t>
            </w:r>
          </w:p>
        </w:tc>
        <w:tc>
          <w:tcPr>
            <w:tcW w:w="511" w:type="pct"/>
            <w:noWrap/>
            <w:hideMark/>
          </w:tcPr>
          <w:p w14:paraId="4AD4D3DA"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02C39FE5" w14:textId="77777777" w:rsidTr="009D0946">
        <w:trPr>
          <w:trHeight w:val="20"/>
        </w:trPr>
        <w:tc>
          <w:tcPr>
            <w:tcW w:w="660" w:type="pct"/>
            <w:vMerge/>
          </w:tcPr>
          <w:p w14:paraId="0802C04B" w14:textId="77777777" w:rsidR="00000000" w:rsidRPr="00505610" w:rsidRDefault="00000000" w:rsidP="00335561">
            <w:pPr>
              <w:snapToGrid w:val="0"/>
              <w:contextualSpacing/>
              <w:rPr>
                <w:rFonts w:cs="Arial"/>
                <w:sz w:val="16"/>
                <w:szCs w:val="16"/>
              </w:rPr>
            </w:pPr>
          </w:p>
        </w:tc>
        <w:tc>
          <w:tcPr>
            <w:tcW w:w="1325" w:type="pct"/>
            <w:noWrap/>
            <w:hideMark/>
          </w:tcPr>
          <w:p w14:paraId="6C97B25E" w14:textId="77777777" w:rsidR="00000000" w:rsidRPr="00505610" w:rsidRDefault="00000000" w:rsidP="00335561">
            <w:pPr>
              <w:snapToGrid w:val="0"/>
              <w:contextualSpacing/>
              <w:rPr>
                <w:rFonts w:cs="Arial"/>
                <w:sz w:val="16"/>
                <w:szCs w:val="16"/>
              </w:rPr>
            </w:pPr>
            <w:r w:rsidRPr="00505610">
              <w:rPr>
                <w:rFonts w:cs="Arial"/>
                <w:sz w:val="16"/>
                <w:szCs w:val="16"/>
              </w:rPr>
              <w:t>Missing</w:t>
            </w:r>
          </w:p>
        </w:tc>
        <w:tc>
          <w:tcPr>
            <w:tcW w:w="442" w:type="pct"/>
            <w:noWrap/>
            <w:hideMark/>
          </w:tcPr>
          <w:p w14:paraId="12A2B809" w14:textId="77777777" w:rsidR="00000000" w:rsidRPr="00505610" w:rsidRDefault="00000000" w:rsidP="00335561">
            <w:pPr>
              <w:snapToGrid w:val="0"/>
              <w:contextualSpacing/>
              <w:rPr>
                <w:rFonts w:cs="Arial"/>
                <w:sz w:val="16"/>
                <w:szCs w:val="16"/>
              </w:rPr>
            </w:pPr>
            <w:r w:rsidRPr="00505610">
              <w:rPr>
                <w:rFonts w:cs="Arial"/>
                <w:sz w:val="16"/>
                <w:szCs w:val="16"/>
              </w:rPr>
              <w:t>54</w:t>
            </w:r>
          </w:p>
        </w:tc>
        <w:tc>
          <w:tcPr>
            <w:tcW w:w="516" w:type="pct"/>
            <w:noWrap/>
            <w:hideMark/>
          </w:tcPr>
          <w:p w14:paraId="077AFCBA" w14:textId="77777777" w:rsidR="00000000" w:rsidRPr="00505610" w:rsidRDefault="00000000" w:rsidP="00335561">
            <w:pPr>
              <w:snapToGrid w:val="0"/>
              <w:contextualSpacing/>
              <w:rPr>
                <w:rFonts w:cs="Arial"/>
                <w:sz w:val="16"/>
                <w:szCs w:val="16"/>
              </w:rPr>
            </w:pPr>
            <w:r w:rsidRPr="00505610">
              <w:rPr>
                <w:rFonts w:cs="Arial"/>
                <w:sz w:val="16"/>
                <w:szCs w:val="16"/>
              </w:rPr>
              <w:t>54.0%</w:t>
            </w:r>
          </w:p>
        </w:tc>
        <w:tc>
          <w:tcPr>
            <w:tcW w:w="517" w:type="pct"/>
            <w:noWrap/>
            <w:hideMark/>
          </w:tcPr>
          <w:p w14:paraId="143E1BAD" w14:textId="77777777" w:rsidR="00000000" w:rsidRPr="00505610" w:rsidRDefault="00000000" w:rsidP="00335561">
            <w:pPr>
              <w:snapToGrid w:val="0"/>
              <w:contextualSpacing/>
              <w:rPr>
                <w:rFonts w:cs="Arial"/>
                <w:sz w:val="16"/>
                <w:szCs w:val="16"/>
              </w:rPr>
            </w:pPr>
            <w:r w:rsidRPr="00505610">
              <w:rPr>
                <w:rFonts w:cs="Arial"/>
                <w:sz w:val="16"/>
                <w:szCs w:val="16"/>
              </w:rPr>
              <w:t>46</w:t>
            </w:r>
          </w:p>
        </w:tc>
        <w:tc>
          <w:tcPr>
            <w:tcW w:w="441" w:type="pct"/>
            <w:noWrap/>
            <w:hideMark/>
          </w:tcPr>
          <w:p w14:paraId="2DB886DA" w14:textId="77777777" w:rsidR="00000000" w:rsidRPr="00505610" w:rsidRDefault="00000000" w:rsidP="00335561">
            <w:pPr>
              <w:snapToGrid w:val="0"/>
              <w:contextualSpacing/>
              <w:rPr>
                <w:rFonts w:cs="Arial"/>
                <w:sz w:val="16"/>
                <w:szCs w:val="16"/>
              </w:rPr>
            </w:pPr>
            <w:r w:rsidRPr="00505610">
              <w:rPr>
                <w:rFonts w:cs="Arial"/>
                <w:sz w:val="16"/>
                <w:szCs w:val="16"/>
              </w:rPr>
              <w:t>46.0%</w:t>
            </w:r>
          </w:p>
        </w:tc>
        <w:tc>
          <w:tcPr>
            <w:tcW w:w="588" w:type="pct"/>
            <w:noWrap/>
            <w:hideMark/>
          </w:tcPr>
          <w:p w14:paraId="1B1A2C38" w14:textId="77777777" w:rsidR="00000000" w:rsidRPr="00505610" w:rsidRDefault="00000000" w:rsidP="00335561">
            <w:pPr>
              <w:snapToGrid w:val="0"/>
              <w:contextualSpacing/>
              <w:rPr>
                <w:rFonts w:cs="Arial"/>
                <w:sz w:val="16"/>
                <w:szCs w:val="16"/>
              </w:rPr>
            </w:pPr>
            <w:r w:rsidRPr="00505610">
              <w:rPr>
                <w:rFonts w:cs="Arial"/>
                <w:sz w:val="16"/>
                <w:szCs w:val="16"/>
              </w:rPr>
              <w:t>100</w:t>
            </w:r>
          </w:p>
        </w:tc>
        <w:tc>
          <w:tcPr>
            <w:tcW w:w="511" w:type="pct"/>
            <w:noWrap/>
            <w:hideMark/>
          </w:tcPr>
          <w:p w14:paraId="561F1DB6"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68DFED91" w14:textId="77777777" w:rsidTr="009D0946">
        <w:trPr>
          <w:trHeight w:val="20"/>
        </w:trPr>
        <w:tc>
          <w:tcPr>
            <w:tcW w:w="660" w:type="pct"/>
            <w:vMerge w:val="restart"/>
          </w:tcPr>
          <w:p w14:paraId="25D9C053" w14:textId="77777777" w:rsidR="00000000" w:rsidRPr="00505610" w:rsidRDefault="00000000" w:rsidP="00335561">
            <w:pPr>
              <w:snapToGrid w:val="0"/>
              <w:contextualSpacing/>
              <w:rPr>
                <w:rFonts w:cs="Arial"/>
                <w:sz w:val="16"/>
                <w:szCs w:val="16"/>
              </w:rPr>
            </w:pPr>
            <w:r w:rsidRPr="00505610">
              <w:rPr>
                <w:rFonts w:cs="Arial"/>
                <w:b/>
                <w:bCs/>
                <w:sz w:val="16"/>
                <w:szCs w:val="16"/>
              </w:rPr>
              <w:t>Having children</w:t>
            </w:r>
          </w:p>
        </w:tc>
        <w:tc>
          <w:tcPr>
            <w:tcW w:w="1325" w:type="pct"/>
            <w:noWrap/>
            <w:hideMark/>
          </w:tcPr>
          <w:p w14:paraId="2DB40978" w14:textId="77777777" w:rsidR="00000000" w:rsidRPr="00505610" w:rsidRDefault="00000000" w:rsidP="00335561">
            <w:pPr>
              <w:snapToGrid w:val="0"/>
              <w:contextualSpacing/>
              <w:rPr>
                <w:rFonts w:cs="Arial"/>
                <w:sz w:val="16"/>
                <w:szCs w:val="16"/>
              </w:rPr>
            </w:pPr>
            <w:r w:rsidRPr="00505610">
              <w:rPr>
                <w:rFonts w:cs="Arial"/>
                <w:sz w:val="16"/>
                <w:szCs w:val="16"/>
              </w:rPr>
              <w:t>No</w:t>
            </w:r>
          </w:p>
        </w:tc>
        <w:tc>
          <w:tcPr>
            <w:tcW w:w="442" w:type="pct"/>
            <w:noWrap/>
            <w:hideMark/>
          </w:tcPr>
          <w:p w14:paraId="6EDC1EDA" w14:textId="77777777" w:rsidR="00000000" w:rsidRPr="00505610" w:rsidRDefault="00000000" w:rsidP="00335561">
            <w:pPr>
              <w:snapToGrid w:val="0"/>
              <w:contextualSpacing/>
              <w:rPr>
                <w:rFonts w:cs="Arial"/>
                <w:sz w:val="16"/>
                <w:szCs w:val="16"/>
              </w:rPr>
            </w:pPr>
            <w:r w:rsidRPr="00505610">
              <w:rPr>
                <w:rFonts w:cs="Arial"/>
                <w:sz w:val="16"/>
                <w:szCs w:val="16"/>
              </w:rPr>
              <w:t>22627</w:t>
            </w:r>
          </w:p>
        </w:tc>
        <w:tc>
          <w:tcPr>
            <w:tcW w:w="516" w:type="pct"/>
            <w:noWrap/>
            <w:hideMark/>
          </w:tcPr>
          <w:p w14:paraId="0D987E5F" w14:textId="77777777" w:rsidR="00000000" w:rsidRPr="00505610" w:rsidRDefault="00000000" w:rsidP="00335561">
            <w:pPr>
              <w:snapToGrid w:val="0"/>
              <w:contextualSpacing/>
              <w:rPr>
                <w:rFonts w:cs="Arial"/>
                <w:sz w:val="16"/>
                <w:szCs w:val="16"/>
              </w:rPr>
            </w:pPr>
            <w:r w:rsidRPr="00505610">
              <w:rPr>
                <w:rFonts w:cs="Arial"/>
                <w:sz w:val="16"/>
                <w:szCs w:val="16"/>
              </w:rPr>
              <w:t>57.4%</w:t>
            </w:r>
          </w:p>
        </w:tc>
        <w:tc>
          <w:tcPr>
            <w:tcW w:w="517" w:type="pct"/>
            <w:noWrap/>
            <w:hideMark/>
          </w:tcPr>
          <w:p w14:paraId="2E34A8A7" w14:textId="77777777" w:rsidR="00000000" w:rsidRPr="00505610" w:rsidRDefault="00000000" w:rsidP="00335561">
            <w:pPr>
              <w:snapToGrid w:val="0"/>
              <w:contextualSpacing/>
              <w:rPr>
                <w:rFonts w:cs="Arial"/>
                <w:sz w:val="16"/>
                <w:szCs w:val="16"/>
              </w:rPr>
            </w:pPr>
            <w:r w:rsidRPr="00505610">
              <w:rPr>
                <w:rFonts w:cs="Arial"/>
                <w:sz w:val="16"/>
                <w:szCs w:val="16"/>
              </w:rPr>
              <w:t>16791</w:t>
            </w:r>
          </w:p>
        </w:tc>
        <w:tc>
          <w:tcPr>
            <w:tcW w:w="441" w:type="pct"/>
            <w:noWrap/>
            <w:hideMark/>
          </w:tcPr>
          <w:p w14:paraId="3536D39A" w14:textId="77777777" w:rsidR="00000000" w:rsidRPr="00505610" w:rsidRDefault="00000000" w:rsidP="00335561">
            <w:pPr>
              <w:snapToGrid w:val="0"/>
              <w:contextualSpacing/>
              <w:rPr>
                <w:rFonts w:cs="Arial"/>
                <w:sz w:val="16"/>
                <w:szCs w:val="16"/>
              </w:rPr>
            </w:pPr>
            <w:r w:rsidRPr="00505610">
              <w:rPr>
                <w:rFonts w:cs="Arial"/>
                <w:sz w:val="16"/>
                <w:szCs w:val="16"/>
              </w:rPr>
              <w:t>42.6%</w:t>
            </w:r>
          </w:p>
        </w:tc>
        <w:tc>
          <w:tcPr>
            <w:tcW w:w="588" w:type="pct"/>
            <w:noWrap/>
            <w:hideMark/>
          </w:tcPr>
          <w:p w14:paraId="136098FC" w14:textId="77777777" w:rsidR="00000000" w:rsidRPr="00505610" w:rsidRDefault="00000000" w:rsidP="00335561">
            <w:pPr>
              <w:snapToGrid w:val="0"/>
              <w:contextualSpacing/>
              <w:rPr>
                <w:rFonts w:cs="Arial"/>
                <w:sz w:val="16"/>
                <w:szCs w:val="16"/>
              </w:rPr>
            </w:pPr>
            <w:r w:rsidRPr="00505610">
              <w:rPr>
                <w:rFonts w:cs="Arial"/>
                <w:sz w:val="16"/>
                <w:szCs w:val="16"/>
              </w:rPr>
              <w:t>39418</w:t>
            </w:r>
          </w:p>
        </w:tc>
        <w:tc>
          <w:tcPr>
            <w:tcW w:w="511" w:type="pct"/>
            <w:noWrap/>
            <w:hideMark/>
          </w:tcPr>
          <w:p w14:paraId="7BD9AD72"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6411AF2B" w14:textId="77777777" w:rsidTr="009D0946">
        <w:trPr>
          <w:trHeight w:val="20"/>
        </w:trPr>
        <w:tc>
          <w:tcPr>
            <w:tcW w:w="660" w:type="pct"/>
            <w:vMerge/>
          </w:tcPr>
          <w:p w14:paraId="71A9B6F4" w14:textId="77777777" w:rsidR="00000000" w:rsidRPr="00505610" w:rsidRDefault="00000000" w:rsidP="00335561">
            <w:pPr>
              <w:snapToGrid w:val="0"/>
              <w:contextualSpacing/>
              <w:rPr>
                <w:rFonts w:cs="Arial"/>
                <w:sz w:val="16"/>
                <w:szCs w:val="16"/>
              </w:rPr>
            </w:pPr>
          </w:p>
        </w:tc>
        <w:tc>
          <w:tcPr>
            <w:tcW w:w="1325" w:type="pct"/>
            <w:noWrap/>
            <w:hideMark/>
          </w:tcPr>
          <w:p w14:paraId="16DCA255" w14:textId="77777777" w:rsidR="00000000" w:rsidRPr="00505610" w:rsidRDefault="00000000" w:rsidP="00335561">
            <w:pPr>
              <w:snapToGrid w:val="0"/>
              <w:contextualSpacing/>
              <w:rPr>
                <w:rFonts w:cs="Arial"/>
                <w:sz w:val="16"/>
                <w:szCs w:val="16"/>
              </w:rPr>
            </w:pPr>
            <w:r w:rsidRPr="00505610">
              <w:rPr>
                <w:rFonts w:cs="Arial"/>
                <w:sz w:val="16"/>
                <w:szCs w:val="16"/>
              </w:rPr>
              <w:t>Yes</w:t>
            </w:r>
          </w:p>
        </w:tc>
        <w:tc>
          <w:tcPr>
            <w:tcW w:w="442" w:type="pct"/>
            <w:noWrap/>
            <w:hideMark/>
          </w:tcPr>
          <w:p w14:paraId="294C5BBD" w14:textId="77777777" w:rsidR="00000000" w:rsidRPr="00505610" w:rsidRDefault="00000000" w:rsidP="00335561">
            <w:pPr>
              <w:snapToGrid w:val="0"/>
              <w:contextualSpacing/>
              <w:rPr>
                <w:rFonts w:cs="Arial"/>
                <w:sz w:val="16"/>
                <w:szCs w:val="16"/>
              </w:rPr>
            </w:pPr>
            <w:r w:rsidRPr="00505610">
              <w:rPr>
                <w:rFonts w:cs="Arial"/>
                <w:sz w:val="16"/>
                <w:szCs w:val="16"/>
              </w:rPr>
              <w:t>34124</w:t>
            </w:r>
          </w:p>
        </w:tc>
        <w:tc>
          <w:tcPr>
            <w:tcW w:w="516" w:type="pct"/>
            <w:noWrap/>
            <w:hideMark/>
          </w:tcPr>
          <w:p w14:paraId="716838B9" w14:textId="77777777" w:rsidR="00000000" w:rsidRPr="00505610" w:rsidRDefault="00000000" w:rsidP="00335561">
            <w:pPr>
              <w:snapToGrid w:val="0"/>
              <w:contextualSpacing/>
              <w:rPr>
                <w:rFonts w:cs="Arial"/>
                <w:sz w:val="16"/>
                <w:szCs w:val="16"/>
              </w:rPr>
            </w:pPr>
            <w:r w:rsidRPr="00505610">
              <w:rPr>
                <w:rFonts w:cs="Arial"/>
                <w:sz w:val="16"/>
                <w:szCs w:val="16"/>
              </w:rPr>
              <w:t>42.2%</w:t>
            </w:r>
          </w:p>
        </w:tc>
        <w:tc>
          <w:tcPr>
            <w:tcW w:w="517" w:type="pct"/>
            <w:noWrap/>
            <w:hideMark/>
          </w:tcPr>
          <w:p w14:paraId="465513F5" w14:textId="77777777" w:rsidR="00000000" w:rsidRPr="00505610" w:rsidRDefault="00000000" w:rsidP="00335561">
            <w:pPr>
              <w:snapToGrid w:val="0"/>
              <w:contextualSpacing/>
              <w:rPr>
                <w:rFonts w:cs="Arial"/>
                <w:sz w:val="16"/>
                <w:szCs w:val="16"/>
              </w:rPr>
            </w:pPr>
            <w:r w:rsidRPr="00505610">
              <w:rPr>
                <w:rFonts w:cs="Arial"/>
                <w:sz w:val="16"/>
                <w:szCs w:val="16"/>
              </w:rPr>
              <w:t>46766</w:t>
            </w:r>
          </w:p>
        </w:tc>
        <w:tc>
          <w:tcPr>
            <w:tcW w:w="441" w:type="pct"/>
            <w:noWrap/>
            <w:hideMark/>
          </w:tcPr>
          <w:p w14:paraId="48EB767E" w14:textId="77777777" w:rsidR="00000000" w:rsidRPr="00505610" w:rsidRDefault="00000000" w:rsidP="00335561">
            <w:pPr>
              <w:snapToGrid w:val="0"/>
              <w:contextualSpacing/>
              <w:rPr>
                <w:rFonts w:cs="Arial"/>
                <w:sz w:val="16"/>
                <w:szCs w:val="16"/>
              </w:rPr>
            </w:pPr>
            <w:r w:rsidRPr="00505610">
              <w:rPr>
                <w:rFonts w:cs="Arial"/>
                <w:sz w:val="16"/>
                <w:szCs w:val="16"/>
              </w:rPr>
              <w:t>57.8%</w:t>
            </w:r>
          </w:p>
        </w:tc>
        <w:tc>
          <w:tcPr>
            <w:tcW w:w="588" w:type="pct"/>
            <w:noWrap/>
            <w:hideMark/>
          </w:tcPr>
          <w:p w14:paraId="0C2DAD79" w14:textId="77777777" w:rsidR="00000000" w:rsidRPr="00505610" w:rsidRDefault="00000000" w:rsidP="00335561">
            <w:pPr>
              <w:snapToGrid w:val="0"/>
              <w:contextualSpacing/>
              <w:rPr>
                <w:rFonts w:cs="Arial"/>
                <w:sz w:val="16"/>
                <w:szCs w:val="16"/>
              </w:rPr>
            </w:pPr>
            <w:r w:rsidRPr="00505610">
              <w:rPr>
                <w:rFonts w:cs="Arial"/>
                <w:sz w:val="16"/>
                <w:szCs w:val="16"/>
              </w:rPr>
              <w:t>80890</w:t>
            </w:r>
          </w:p>
        </w:tc>
        <w:tc>
          <w:tcPr>
            <w:tcW w:w="511" w:type="pct"/>
            <w:noWrap/>
            <w:hideMark/>
          </w:tcPr>
          <w:p w14:paraId="4F64AB6F"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3F8502A6" w14:textId="77777777" w:rsidTr="009D0946">
        <w:trPr>
          <w:trHeight w:val="20"/>
        </w:trPr>
        <w:tc>
          <w:tcPr>
            <w:tcW w:w="660" w:type="pct"/>
            <w:vMerge/>
          </w:tcPr>
          <w:p w14:paraId="1579E967" w14:textId="77777777" w:rsidR="00000000" w:rsidRPr="00505610" w:rsidRDefault="00000000" w:rsidP="00335561">
            <w:pPr>
              <w:snapToGrid w:val="0"/>
              <w:contextualSpacing/>
              <w:rPr>
                <w:rFonts w:cs="Arial"/>
                <w:sz w:val="16"/>
                <w:szCs w:val="16"/>
              </w:rPr>
            </w:pPr>
          </w:p>
        </w:tc>
        <w:tc>
          <w:tcPr>
            <w:tcW w:w="1325" w:type="pct"/>
            <w:noWrap/>
            <w:hideMark/>
          </w:tcPr>
          <w:p w14:paraId="00FBD3A9" w14:textId="77777777" w:rsidR="00000000" w:rsidRPr="00505610" w:rsidRDefault="00000000" w:rsidP="00335561">
            <w:pPr>
              <w:snapToGrid w:val="0"/>
              <w:contextualSpacing/>
              <w:rPr>
                <w:rFonts w:cs="Arial"/>
                <w:sz w:val="16"/>
                <w:szCs w:val="16"/>
              </w:rPr>
            </w:pPr>
            <w:r w:rsidRPr="00505610">
              <w:rPr>
                <w:rFonts w:cs="Arial"/>
                <w:sz w:val="16"/>
                <w:szCs w:val="16"/>
              </w:rPr>
              <w:t>Missing</w:t>
            </w:r>
          </w:p>
        </w:tc>
        <w:tc>
          <w:tcPr>
            <w:tcW w:w="442" w:type="pct"/>
            <w:noWrap/>
            <w:hideMark/>
          </w:tcPr>
          <w:p w14:paraId="57F3B98F" w14:textId="77777777" w:rsidR="00000000" w:rsidRPr="00505610" w:rsidRDefault="00000000" w:rsidP="00335561">
            <w:pPr>
              <w:snapToGrid w:val="0"/>
              <w:contextualSpacing/>
              <w:rPr>
                <w:rFonts w:cs="Arial"/>
                <w:sz w:val="16"/>
                <w:szCs w:val="16"/>
              </w:rPr>
            </w:pPr>
            <w:r w:rsidRPr="00505610">
              <w:rPr>
                <w:rFonts w:cs="Arial"/>
                <w:sz w:val="16"/>
                <w:szCs w:val="16"/>
              </w:rPr>
              <w:t>136</w:t>
            </w:r>
          </w:p>
        </w:tc>
        <w:tc>
          <w:tcPr>
            <w:tcW w:w="516" w:type="pct"/>
            <w:noWrap/>
            <w:hideMark/>
          </w:tcPr>
          <w:p w14:paraId="3C228183" w14:textId="77777777" w:rsidR="00000000" w:rsidRPr="00505610" w:rsidRDefault="00000000" w:rsidP="00335561">
            <w:pPr>
              <w:snapToGrid w:val="0"/>
              <w:contextualSpacing/>
              <w:rPr>
                <w:rFonts w:cs="Arial"/>
                <w:sz w:val="16"/>
                <w:szCs w:val="16"/>
              </w:rPr>
            </w:pPr>
            <w:r w:rsidRPr="00505610">
              <w:rPr>
                <w:rFonts w:cs="Arial"/>
                <w:sz w:val="16"/>
                <w:szCs w:val="16"/>
              </w:rPr>
              <w:t>49.5%</w:t>
            </w:r>
          </w:p>
        </w:tc>
        <w:tc>
          <w:tcPr>
            <w:tcW w:w="517" w:type="pct"/>
            <w:noWrap/>
            <w:hideMark/>
          </w:tcPr>
          <w:p w14:paraId="12CF4660" w14:textId="77777777" w:rsidR="00000000" w:rsidRPr="00505610" w:rsidRDefault="00000000" w:rsidP="00335561">
            <w:pPr>
              <w:snapToGrid w:val="0"/>
              <w:contextualSpacing/>
              <w:rPr>
                <w:rFonts w:cs="Arial"/>
                <w:sz w:val="16"/>
                <w:szCs w:val="16"/>
              </w:rPr>
            </w:pPr>
            <w:r w:rsidRPr="00505610">
              <w:rPr>
                <w:rFonts w:cs="Arial"/>
                <w:sz w:val="16"/>
                <w:szCs w:val="16"/>
              </w:rPr>
              <w:t>139</w:t>
            </w:r>
          </w:p>
        </w:tc>
        <w:tc>
          <w:tcPr>
            <w:tcW w:w="441" w:type="pct"/>
            <w:noWrap/>
            <w:hideMark/>
          </w:tcPr>
          <w:p w14:paraId="34CB84CD" w14:textId="77777777" w:rsidR="00000000" w:rsidRPr="00505610" w:rsidRDefault="00000000" w:rsidP="00335561">
            <w:pPr>
              <w:snapToGrid w:val="0"/>
              <w:contextualSpacing/>
              <w:rPr>
                <w:rFonts w:cs="Arial"/>
                <w:sz w:val="16"/>
                <w:szCs w:val="16"/>
              </w:rPr>
            </w:pPr>
            <w:r w:rsidRPr="00505610">
              <w:rPr>
                <w:rFonts w:cs="Arial"/>
                <w:sz w:val="16"/>
                <w:szCs w:val="16"/>
              </w:rPr>
              <w:t>50.5%</w:t>
            </w:r>
          </w:p>
        </w:tc>
        <w:tc>
          <w:tcPr>
            <w:tcW w:w="588" w:type="pct"/>
            <w:noWrap/>
            <w:hideMark/>
          </w:tcPr>
          <w:p w14:paraId="7EB28196" w14:textId="77777777" w:rsidR="00000000" w:rsidRPr="00505610" w:rsidRDefault="00000000" w:rsidP="00335561">
            <w:pPr>
              <w:snapToGrid w:val="0"/>
              <w:contextualSpacing/>
              <w:rPr>
                <w:rFonts w:cs="Arial"/>
                <w:sz w:val="16"/>
                <w:szCs w:val="16"/>
              </w:rPr>
            </w:pPr>
            <w:r w:rsidRPr="00505610">
              <w:rPr>
                <w:rFonts w:cs="Arial"/>
                <w:sz w:val="16"/>
                <w:szCs w:val="16"/>
              </w:rPr>
              <w:t>275</w:t>
            </w:r>
          </w:p>
        </w:tc>
        <w:tc>
          <w:tcPr>
            <w:tcW w:w="511" w:type="pct"/>
            <w:noWrap/>
            <w:hideMark/>
          </w:tcPr>
          <w:p w14:paraId="212264E2"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6EE4F68D" w14:textId="77777777" w:rsidTr="009D0946">
        <w:trPr>
          <w:trHeight w:val="20"/>
        </w:trPr>
        <w:tc>
          <w:tcPr>
            <w:tcW w:w="660" w:type="pct"/>
            <w:vMerge w:val="restart"/>
          </w:tcPr>
          <w:p w14:paraId="6CC37E42" w14:textId="77777777" w:rsidR="00000000" w:rsidRPr="00505610" w:rsidRDefault="00000000" w:rsidP="00335561">
            <w:pPr>
              <w:snapToGrid w:val="0"/>
              <w:contextualSpacing/>
              <w:rPr>
                <w:rFonts w:cs="Arial"/>
                <w:sz w:val="16"/>
                <w:szCs w:val="16"/>
              </w:rPr>
            </w:pPr>
            <w:r w:rsidRPr="00505610">
              <w:rPr>
                <w:rFonts w:cs="Arial"/>
                <w:b/>
                <w:bCs/>
                <w:sz w:val="16"/>
                <w:szCs w:val="16"/>
              </w:rPr>
              <w:t>Having children under 16</w:t>
            </w:r>
          </w:p>
        </w:tc>
        <w:tc>
          <w:tcPr>
            <w:tcW w:w="1325" w:type="pct"/>
            <w:noWrap/>
            <w:hideMark/>
          </w:tcPr>
          <w:p w14:paraId="22CF8FA8" w14:textId="77777777" w:rsidR="00000000" w:rsidRPr="00505610" w:rsidRDefault="00000000" w:rsidP="00335561">
            <w:pPr>
              <w:snapToGrid w:val="0"/>
              <w:contextualSpacing/>
              <w:rPr>
                <w:rFonts w:cs="Arial"/>
                <w:sz w:val="16"/>
                <w:szCs w:val="16"/>
              </w:rPr>
            </w:pPr>
            <w:r w:rsidRPr="00505610">
              <w:rPr>
                <w:rFonts w:cs="Arial"/>
                <w:sz w:val="16"/>
                <w:szCs w:val="16"/>
              </w:rPr>
              <w:t>No</w:t>
            </w:r>
          </w:p>
        </w:tc>
        <w:tc>
          <w:tcPr>
            <w:tcW w:w="442" w:type="pct"/>
            <w:noWrap/>
            <w:hideMark/>
          </w:tcPr>
          <w:p w14:paraId="0FC6E63E" w14:textId="77777777" w:rsidR="00000000" w:rsidRPr="00505610" w:rsidRDefault="00000000" w:rsidP="00335561">
            <w:pPr>
              <w:snapToGrid w:val="0"/>
              <w:contextualSpacing/>
              <w:rPr>
                <w:rFonts w:cs="Arial"/>
                <w:sz w:val="16"/>
                <w:szCs w:val="16"/>
              </w:rPr>
            </w:pPr>
            <w:r w:rsidRPr="00505610">
              <w:rPr>
                <w:rFonts w:cs="Arial"/>
                <w:sz w:val="16"/>
                <w:szCs w:val="16"/>
              </w:rPr>
              <w:t>24237</w:t>
            </w:r>
          </w:p>
        </w:tc>
        <w:tc>
          <w:tcPr>
            <w:tcW w:w="516" w:type="pct"/>
            <w:noWrap/>
          </w:tcPr>
          <w:p w14:paraId="5C7B9391" w14:textId="77777777" w:rsidR="00000000" w:rsidRPr="00505610" w:rsidRDefault="00000000" w:rsidP="00335561">
            <w:pPr>
              <w:snapToGrid w:val="0"/>
              <w:contextualSpacing/>
              <w:rPr>
                <w:rFonts w:cs="Arial"/>
                <w:sz w:val="16"/>
                <w:szCs w:val="16"/>
              </w:rPr>
            </w:pPr>
            <w:r w:rsidRPr="00505610">
              <w:rPr>
                <w:rFonts w:cs="Arial"/>
                <w:sz w:val="16"/>
                <w:szCs w:val="16"/>
              </w:rPr>
              <w:t>39.2%</w:t>
            </w:r>
          </w:p>
        </w:tc>
        <w:tc>
          <w:tcPr>
            <w:tcW w:w="517" w:type="pct"/>
            <w:noWrap/>
            <w:hideMark/>
          </w:tcPr>
          <w:p w14:paraId="0BD9009D" w14:textId="77777777" w:rsidR="00000000" w:rsidRPr="00505610" w:rsidRDefault="00000000" w:rsidP="00335561">
            <w:pPr>
              <w:snapToGrid w:val="0"/>
              <w:contextualSpacing/>
              <w:rPr>
                <w:rFonts w:cs="Arial"/>
                <w:sz w:val="16"/>
                <w:szCs w:val="16"/>
              </w:rPr>
            </w:pPr>
            <w:r w:rsidRPr="00505610">
              <w:rPr>
                <w:rFonts w:cs="Arial"/>
                <w:sz w:val="16"/>
                <w:szCs w:val="16"/>
              </w:rPr>
              <w:t>37639</w:t>
            </w:r>
          </w:p>
        </w:tc>
        <w:tc>
          <w:tcPr>
            <w:tcW w:w="441" w:type="pct"/>
            <w:noWrap/>
          </w:tcPr>
          <w:p w14:paraId="1EF93FD5" w14:textId="77777777" w:rsidR="00000000" w:rsidRPr="00505610" w:rsidRDefault="00000000" w:rsidP="00335561">
            <w:pPr>
              <w:snapToGrid w:val="0"/>
              <w:contextualSpacing/>
              <w:rPr>
                <w:rFonts w:cs="Arial"/>
                <w:sz w:val="16"/>
                <w:szCs w:val="16"/>
              </w:rPr>
            </w:pPr>
            <w:r w:rsidRPr="00505610">
              <w:rPr>
                <w:rFonts w:cs="Arial"/>
                <w:sz w:val="16"/>
                <w:szCs w:val="16"/>
              </w:rPr>
              <w:t>60.8%</w:t>
            </w:r>
          </w:p>
        </w:tc>
        <w:tc>
          <w:tcPr>
            <w:tcW w:w="588" w:type="pct"/>
            <w:noWrap/>
            <w:hideMark/>
          </w:tcPr>
          <w:p w14:paraId="5B129C14" w14:textId="77777777" w:rsidR="00000000" w:rsidRPr="00505610" w:rsidRDefault="00000000" w:rsidP="00335561">
            <w:pPr>
              <w:snapToGrid w:val="0"/>
              <w:contextualSpacing/>
              <w:rPr>
                <w:rFonts w:cs="Arial"/>
                <w:sz w:val="16"/>
                <w:szCs w:val="16"/>
              </w:rPr>
            </w:pPr>
            <w:r w:rsidRPr="00505610">
              <w:rPr>
                <w:rFonts w:cs="Arial"/>
                <w:sz w:val="16"/>
                <w:szCs w:val="16"/>
              </w:rPr>
              <w:t>61876</w:t>
            </w:r>
          </w:p>
        </w:tc>
        <w:tc>
          <w:tcPr>
            <w:tcW w:w="511" w:type="pct"/>
            <w:noWrap/>
          </w:tcPr>
          <w:p w14:paraId="73FA92F7"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474C68C5" w14:textId="77777777" w:rsidTr="009D0946">
        <w:trPr>
          <w:trHeight w:val="20"/>
        </w:trPr>
        <w:tc>
          <w:tcPr>
            <w:tcW w:w="660" w:type="pct"/>
            <w:vMerge/>
          </w:tcPr>
          <w:p w14:paraId="60D383EB" w14:textId="77777777" w:rsidR="00000000" w:rsidRPr="00505610" w:rsidRDefault="00000000" w:rsidP="00335561">
            <w:pPr>
              <w:snapToGrid w:val="0"/>
              <w:contextualSpacing/>
              <w:rPr>
                <w:rFonts w:cs="Arial"/>
                <w:sz w:val="16"/>
                <w:szCs w:val="16"/>
              </w:rPr>
            </w:pPr>
          </w:p>
        </w:tc>
        <w:tc>
          <w:tcPr>
            <w:tcW w:w="1325" w:type="pct"/>
            <w:noWrap/>
            <w:hideMark/>
          </w:tcPr>
          <w:p w14:paraId="2D78C296" w14:textId="77777777" w:rsidR="00000000" w:rsidRPr="00505610" w:rsidRDefault="00000000" w:rsidP="00335561">
            <w:pPr>
              <w:snapToGrid w:val="0"/>
              <w:contextualSpacing/>
              <w:rPr>
                <w:rFonts w:cs="Arial"/>
                <w:sz w:val="16"/>
                <w:szCs w:val="16"/>
              </w:rPr>
            </w:pPr>
            <w:r w:rsidRPr="00505610">
              <w:rPr>
                <w:rFonts w:cs="Arial"/>
                <w:sz w:val="16"/>
                <w:szCs w:val="16"/>
              </w:rPr>
              <w:t>Yes</w:t>
            </w:r>
          </w:p>
        </w:tc>
        <w:tc>
          <w:tcPr>
            <w:tcW w:w="442" w:type="pct"/>
            <w:noWrap/>
            <w:hideMark/>
          </w:tcPr>
          <w:p w14:paraId="0CCDC3C5" w14:textId="77777777" w:rsidR="00000000" w:rsidRPr="00505610" w:rsidRDefault="00000000" w:rsidP="00335561">
            <w:pPr>
              <w:snapToGrid w:val="0"/>
              <w:contextualSpacing/>
              <w:rPr>
                <w:rFonts w:cs="Arial"/>
                <w:sz w:val="16"/>
                <w:szCs w:val="16"/>
              </w:rPr>
            </w:pPr>
            <w:r w:rsidRPr="00505610">
              <w:rPr>
                <w:rFonts w:cs="Arial"/>
                <w:sz w:val="16"/>
                <w:szCs w:val="16"/>
              </w:rPr>
              <w:t>9774</w:t>
            </w:r>
          </w:p>
        </w:tc>
        <w:tc>
          <w:tcPr>
            <w:tcW w:w="516" w:type="pct"/>
            <w:noWrap/>
          </w:tcPr>
          <w:p w14:paraId="4CDC16C9" w14:textId="77777777" w:rsidR="00000000" w:rsidRPr="00505610" w:rsidRDefault="00000000" w:rsidP="00335561">
            <w:pPr>
              <w:snapToGrid w:val="0"/>
              <w:contextualSpacing/>
              <w:rPr>
                <w:rFonts w:cs="Arial"/>
                <w:sz w:val="16"/>
                <w:szCs w:val="16"/>
              </w:rPr>
            </w:pPr>
            <w:r w:rsidRPr="00505610">
              <w:rPr>
                <w:rFonts w:cs="Arial"/>
                <w:sz w:val="16"/>
                <w:szCs w:val="16"/>
              </w:rPr>
              <w:t>52.1%</w:t>
            </w:r>
          </w:p>
        </w:tc>
        <w:tc>
          <w:tcPr>
            <w:tcW w:w="517" w:type="pct"/>
            <w:noWrap/>
            <w:hideMark/>
          </w:tcPr>
          <w:p w14:paraId="3262FC08" w14:textId="77777777" w:rsidR="00000000" w:rsidRPr="00505610" w:rsidRDefault="00000000" w:rsidP="00335561">
            <w:pPr>
              <w:snapToGrid w:val="0"/>
              <w:contextualSpacing/>
              <w:rPr>
                <w:rFonts w:cs="Arial"/>
                <w:sz w:val="16"/>
                <w:szCs w:val="16"/>
              </w:rPr>
            </w:pPr>
            <w:r w:rsidRPr="00505610">
              <w:rPr>
                <w:rFonts w:cs="Arial"/>
                <w:sz w:val="16"/>
                <w:szCs w:val="16"/>
              </w:rPr>
              <w:t>8976</w:t>
            </w:r>
          </w:p>
        </w:tc>
        <w:tc>
          <w:tcPr>
            <w:tcW w:w="441" w:type="pct"/>
            <w:noWrap/>
          </w:tcPr>
          <w:p w14:paraId="1A6B7EAC" w14:textId="77777777" w:rsidR="00000000" w:rsidRPr="00505610" w:rsidRDefault="00000000" w:rsidP="00335561">
            <w:pPr>
              <w:snapToGrid w:val="0"/>
              <w:contextualSpacing/>
              <w:rPr>
                <w:rFonts w:cs="Arial"/>
                <w:sz w:val="16"/>
                <w:szCs w:val="16"/>
              </w:rPr>
            </w:pPr>
            <w:r w:rsidRPr="00505610">
              <w:rPr>
                <w:rFonts w:cs="Arial"/>
                <w:sz w:val="16"/>
                <w:szCs w:val="16"/>
              </w:rPr>
              <w:t>47.9%</w:t>
            </w:r>
          </w:p>
        </w:tc>
        <w:tc>
          <w:tcPr>
            <w:tcW w:w="588" w:type="pct"/>
            <w:noWrap/>
            <w:hideMark/>
          </w:tcPr>
          <w:p w14:paraId="28E75611" w14:textId="77777777" w:rsidR="00000000" w:rsidRPr="00505610" w:rsidRDefault="00000000" w:rsidP="00335561">
            <w:pPr>
              <w:snapToGrid w:val="0"/>
              <w:contextualSpacing/>
              <w:rPr>
                <w:rFonts w:cs="Arial"/>
                <w:sz w:val="16"/>
                <w:szCs w:val="16"/>
              </w:rPr>
            </w:pPr>
            <w:r w:rsidRPr="00505610">
              <w:rPr>
                <w:rFonts w:cs="Arial"/>
                <w:sz w:val="16"/>
                <w:szCs w:val="16"/>
              </w:rPr>
              <w:t>18750</w:t>
            </w:r>
          </w:p>
        </w:tc>
        <w:tc>
          <w:tcPr>
            <w:tcW w:w="511" w:type="pct"/>
            <w:noWrap/>
          </w:tcPr>
          <w:p w14:paraId="4DDD8BE3"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1F056880" w14:textId="77777777" w:rsidTr="009D0946">
        <w:trPr>
          <w:trHeight w:val="20"/>
        </w:trPr>
        <w:tc>
          <w:tcPr>
            <w:tcW w:w="660" w:type="pct"/>
            <w:vMerge/>
          </w:tcPr>
          <w:p w14:paraId="595C1738" w14:textId="77777777" w:rsidR="00000000" w:rsidRPr="00505610" w:rsidRDefault="00000000" w:rsidP="00335561">
            <w:pPr>
              <w:snapToGrid w:val="0"/>
              <w:contextualSpacing/>
              <w:rPr>
                <w:rFonts w:cs="Arial"/>
                <w:sz w:val="16"/>
                <w:szCs w:val="16"/>
              </w:rPr>
            </w:pPr>
          </w:p>
        </w:tc>
        <w:tc>
          <w:tcPr>
            <w:tcW w:w="1325" w:type="pct"/>
            <w:noWrap/>
            <w:hideMark/>
          </w:tcPr>
          <w:p w14:paraId="3CF3AE63" w14:textId="77777777" w:rsidR="00000000" w:rsidRPr="00505610" w:rsidRDefault="00000000" w:rsidP="00335561">
            <w:pPr>
              <w:snapToGrid w:val="0"/>
              <w:contextualSpacing/>
              <w:rPr>
                <w:rFonts w:cs="Arial"/>
                <w:sz w:val="16"/>
                <w:szCs w:val="16"/>
              </w:rPr>
            </w:pPr>
            <w:r w:rsidRPr="00505610">
              <w:rPr>
                <w:rFonts w:cs="Arial"/>
                <w:sz w:val="16"/>
                <w:szCs w:val="16"/>
              </w:rPr>
              <w:t>Missing</w:t>
            </w:r>
          </w:p>
        </w:tc>
        <w:tc>
          <w:tcPr>
            <w:tcW w:w="442" w:type="pct"/>
            <w:noWrap/>
          </w:tcPr>
          <w:p w14:paraId="6B75ED25" w14:textId="77777777" w:rsidR="00000000" w:rsidRPr="00505610" w:rsidRDefault="00000000" w:rsidP="00335561">
            <w:pPr>
              <w:snapToGrid w:val="0"/>
              <w:contextualSpacing/>
              <w:rPr>
                <w:rFonts w:cs="Arial"/>
                <w:sz w:val="16"/>
                <w:szCs w:val="16"/>
              </w:rPr>
            </w:pPr>
            <w:r w:rsidRPr="00505610">
              <w:rPr>
                <w:rFonts w:cs="Arial"/>
                <w:sz w:val="16"/>
                <w:szCs w:val="16"/>
              </w:rPr>
              <w:t>113</w:t>
            </w:r>
          </w:p>
        </w:tc>
        <w:tc>
          <w:tcPr>
            <w:tcW w:w="516" w:type="pct"/>
            <w:noWrap/>
          </w:tcPr>
          <w:p w14:paraId="261794D6" w14:textId="77777777" w:rsidR="00000000" w:rsidRPr="00505610" w:rsidRDefault="00000000" w:rsidP="00335561">
            <w:pPr>
              <w:snapToGrid w:val="0"/>
              <w:contextualSpacing/>
              <w:rPr>
                <w:rFonts w:cs="Arial"/>
                <w:sz w:val="16"/>
                <w:szCs w:val="16"/>
              </w:rPr>
            </w:pPr>
            <w:r w:rsidRPr="00505610">
              <w:rPr>
                <w:rFonts w:cs="Arial"/>
                <w:sz w:val="16"/>
                <w:szCs w:val="16"/>
              </w:rPr>
              <w:t>42.8%</w:t>
            </w:r>
          </w:p>
        </w:tc>
        <w:tc>
          <w:tcPr>
            <w:tcW w:w="517" w:type="pct"/>
            <w:noWrap/>
          </w:tcPr>
          <w:p w14:paraId="71B59AE6" w14:textId="77777777" w:rsidR="00000000" w:rsidRPr="00505610" w:rsidRDefault="00000000" w:rsidP="00335561">
            <w:pPr>
              <w:snapToGrid w:val="0"/>
              <w:contextualSpacing/>
              <w:rPr>
                <w:rFonts w:cs="Arial"/>
                <w:sz w:val="16"/>
                <w:szCs w:val="16"/>
              </w:rPr>
            </w:pPr>
            <w:r w:rsidRPr="00505610">
              <w:rPr>
                <w:rFonts w:cs="Arial"/>
                <w:sz w:val="16"/>
                <w:szCs w:val="16"/>
              </w:rPr>
              <w:t>151</w:t>
            </w:r>
          </w:p>
        </w:tc>
        <w:tc>
          <w:tcPr>
            <w:tcW w:w="441" w:type="pct"/>
            <w:noWrap/>
          </w:tcPr>
          <w:p w14:paraId="5F045C7E" w14:textId="77777777" w:rsidR="00000000" w:rsidRPr="00505610" w:rsidRDefault="00000000" w:rsidP="00335561">
            <w:pPr>
              <w:snapToGrid w:val="0"/>
              <w:contextualSpacing/>
              <w:rPr>
                <w:rFonts w:cs="Arial"/>
                <w:sz w:val="16"/>
                <w:szCs w:val="16"/>
              </w:rPr>
            </w:pPr>
            <w:r w:rsidRPr="00505610">
              <w:rPr>
                <w:rFonts w:cs="Arial"/>
                <w:sz w:val="16"/>
                <w:szCs w:val="16"/>
              </w:rPr>
              <w:t>57.2%</w:t>
            </w:r>
          </w:p>
        </w:tc>
        <w:tc>
          <w:tcPr>
            <w:tcW w:w="588" w:type="pct"/>
            <w:noWrap/>
          </w:tcPr>
          <w:p w14:paraId="455D400A" w14:textId="77777777" w:rsidR="00000000" w:rsidRPr="00505610" w:rsidRDefault="00000000" w:rsidP="00335561">
            <w:pPr>
              <w:snapToGrid w:val="0"/>
              <w:contextualSpacing/>
              <w:rPr>
                <w:rFonts w:cs="Arial"/>
                <w:sz w:val="16"/>
                <w:szCs w:val="16"/>
              </w:rPr>
            </w:pPr>
            <w:r w:rsidRPr="00505610">
              <w:rPr>
                <w:rFonts w:cs="Arial"/>
                <w:sz w:val="16"/>
                <w:szCs w:val="16"/>
              </w:rPr>
              <w:t>264</w:t>
            </w:r>
          </w:p>
        </w:tc>
        <w:tc>
          <w:tcPr>
            <w:tcW w:w="511" w:type="pct"/>
            <w:noWrap/>
          </w:tcPr>
          <w:p w14:paraId="256E998C"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7F5D28B5" w14:textId="77777777" w:rsidTr="009D0946">
        <w:trPr>
          <w:trHeight w:val="20"/>
        </w:trPr>
        <w:tc>
          <w:tcPr>
            <w:tcW w:w="660" w:type="pct"/>
            <w:vMerge w:val="restart"/>
          </w:tcPr>
          <w:p w14:paraId="2D86CBC5" w14:textId="77777777" w:rsidR="00000000" w:rsidRPr="00505610" w:rsidRDefault="00000000" w:rsidP="00335561">
            <w:pPr>
              <w:snapToGrid w:val="0"/>
              <w:contextualSpacing/>
              <w:rPr>
                <w:rFonts w:cs="Arial"/>
                <w:sz w:val="16"/>
                <w:szCs w:val="16"/>
              </w:rPr>
            </w:pPr>
            <w:r w:rsidRPr="00505610">
              <w:rPr>
                <w:rFonts w:cs="Arial"/>
                <w:b/>
                <w:bCs/>
                <w:sz w:val="16"/>
                <w:szCs w:val="16"/>
              </w:rPr>
              <w:t>Having disability</w:t>
            </w:r>
          </w:p>
        </w:tc>
        <w:tc>
          <w:tcPr>
            <w:tcW w:w="1325" w:type="pct"/>
            <w:noWrap/>
            <w:hideMark/>
          </w:tcPr>
          <w:p w14:paraId="2744132B" w14:textId="77777777" w:rsidR="00000000" w:rsidRPr="00505610" w:rsidRDefault="00000000" w:rsidP="00335561">
            <w:pPr>
              <w:snapToGrid w:val="0"/>
              <w:contextualSpacing/>
              <w:rPr>
                <w:rFonts w:cs="Arial"/>
                <w:sz w:val="16"/>
                <w:szCs w:val="16"/>
              </w:rPr>
            </w:pPr>
            <w:r w:rsidRPr="00505610">
              <w:rPr>
                <w:rFonts w:cs="Arial"/>
                <w:sz w:val="16"/>
                <w:szCs w:val="16"/>
              </w:rPr>
              <w:t>No</w:t>
            </w:r>
          </w:p>
        </w:tc>
        <w:tc>
          <w:tcPr>
            <w:tcW w:w="442" w:type="pct"/>
            <w:noWrap/>
            <w:hideMark/>
          </w:tcPr>
          <w:p w14:paraId="79A020D9" w14:textId="77777777" w:rsidR="00000000" w:rsidRPr="00505610" w:rsidRDefault="00000000" w:rsidP="00335561">
            <w:pPr>
              <w:snapToGrid w:val="0"/>
              <w:contextualSpacing/>
              <w:rPr>
                <w:rFonts w:cs="Arial"/>
                <w:sz w:val="16"/>
                <w:szCs w:val="16"/>
              </w:rPr>
            </w:pPr>
            <w:r w:rsidRPr="00505610">
              <w:rPr>
                <w:rFonts w:cs="Arial"/>
                <w:sz w:val="16"/>
                <w:szCs w:val="16"/>
              </w:rPr>
              <w:t>40280</w:t>
            </w:r>
          </w:p>
        </w:tc>
        <w:tc>
          <w:tcPr>
            <w:tcW w:w="516" w:type="pct"/>
            <w:noWrap/>
            <w:hideMark/>
          </w:tcPr>
          <w:p w14:paraId="0F1928EF" w14:textId="77777777" w:rsidR="00000000" w:rsidRPr="00505610" w:rsidRDefault="00000000" w:rsidP="00335561">
            <w:pPr>
              <w:snapToGrid w:val="0"/>
              <w:contextualSpacing/>
              <w:rPr>
                <w:rFonts w:cs="Arial"/>
                <w:sz w:val="16"/>
                <w:szCs w:val="16"/>
              </w:rPr>
            </w:pPr>
            <w:r w:rsidRPr="00505610">
              <w:rPr>
                <w:rFonts w:cs="Arial"/>
                <w:sz w:val="16"/>
                <w:szCs w:val="16"/>
              </w:rPr>
              <w:t>43.1%</w:t>
            </w:r>
          </w:p>
        </w:tc>
        <w:tc>
          <w:tcPr>
            <w:tcW w:w="517" w:type="pct"/>
            <w:noWrap/>
            <w:hideMark/>
          </w:tcPr>
          <w:p w14:paraId="5344154A" w14:textId="77777777" w:rsidR="00000000" w:rsidRPr="00505610" w:rsidRDefault="00000000" w:rsidP="00335561">
            <w:pPr>
              <w:snapToGrid w:val="0"/>
              <w:contextualSpacing/>
              <w:rPr>
                <w:rFonts w:cs="Arial"/>
                <w:sz w:val="16"/>
                <w:szCs w:val="16"/>
              </w:rPr>
            </w:pPr>
            <w:r w:rsidRPr="00505610">
              <w:rPr>
                <w:rFonts w:cs="Arial"/>
                <w:sz w:val="16"/>
                <w:szCs w:val="16"/>
              </w:rPr>
              <w:t>53113</w:t>
            </w:r>
          </w:p>
        </w:tc>
        <w:tc>
          <w:tcPr>
            <w:tcW w:w="441" w:type="pct"/>
            <w:noWrap/>
            <w:hideMark/>
          </w:tcPr>
          <w:p w14:paraId="75F1A81F" w14:textId="77777777" w:rsidR="00000000" w:rsidRPr="00505610" w:rsidRDefault="00000000" w:rsidP="00335561">
            <w:pPr>
              <w:snapToGrid w:val="0"/>
              <w:contextualSpacing/>
              <w:rPr>
                <w:rFonts w:cs="Arial"/>
                <w:sz w:val="16"/>
                <w:szCs w:val="16"/>
              </w:rPr>
            </w:pPr>
            <w:r w:rsidRPr="00505610">
              <w:rPr>
                <w:rFonts w:cs="Arial"/>
                <w:sz w:val="16"/>
                <w:szCs w:val="16"/>
              </w:rPr>
              <w:t>56.9%</w:t>
            </w:r>
          </w:p>
        </w:tc>
        <w:tc>
          <w:tcPr>
            <w:tcW w:w="588" w:type="pct"/>
            <w:noWrap/>
            <w:hideMark/>
          </w:tcPr>
          <w:p w14:paraId="52CBB136" w14:textId="77777777" w:rsidR="00000000" w:rsidRPr="00505610" w:rsidRDefault="00000000" w:rsidP="00335561">
            <w:pPr>
              <w:snapToGrid w:val="0"/>
              <w:contextualSpacing/>
              <w:rPr>
                <w:rFonts w:cs="Arial"/>
                <w:sz w:val="16"/>
                <w:szCs w:val="16"/>
              </w:rPr>
            </w:pPr>
            <w:r w:rsidRPr="00505610">
              <w:rPr>
                <w:rFonts w:cs="Arial"/>
                <w:sz w:val="16"/>
                <w:szCs w:val="16"/>
              </w:rPr>
              <w:t>93393</w:t>
            </w:r>
          </w:p>
        </w:tc>
        <w:tc>
          <w:tcPr>
            <w:tcW w:w="511" w:type="pct"/>
            <w:noWrap/>
            <w:hideMark/>
          </w:tcPr>
          <w:p w14:paraId="6B5A3982"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64811C3B" w14:textId="77777777" w:rsidTr="009D0946">
        <w:trPr>
          <w:trHeight w:val="20"/>
        </w:trPr>
        <w:tc>
          <w:tcPr>
            <w:tcW w:w="660" w:type="pct"/>
            <w:vMerge/>
          </w:tcPr>
          <w:p w14:paraId="33EFAAF4" w14:textId="77777777" w:rsidR="00000000" w:rsidRPr="00505610" w:rsidRDefault="00000000" w:rsidP="00335561">
            <w:pPr>
              <w:snapToGrid w:val="0"/>
              <w:contextualSpacing/>
              <w:rPr>
                <w:rFonts w:cs="Arial"/>
                <w:sz w:val="16"/>
                <w:szCs w:val="16"/>
              </w:rPr>
            </w:pPr>
          </w:p>
        </w:tc>
        <w:tc>
          <w:tcPr>
            <w:tcW w:w="1325" w:type="pct"/>
            <w:noWrap/>
            <w:hideMark/>
          </w:tcPr>
          <w:p w14:paraId="0C7E2E95" w14:textId="77777777" w:rsidR="00000000" w:rsidRPr="00505610" w:rsidRDefault="00000000" w:rsidP="00335561">
            <w:pPr>
              <w:snapToGrid w:val="0"/>
              <w:contextualSpacing/>
              <w:rPr>
                <w:rFonts w:cs="Arial"/>
                <w:sz w:val="16"/>
                <w:szCs w:val="16"/>
              </w:rPr>
            </w:pPr>
            <w:r w:rsidRPr="00505610">
              <w:rPr>
                <w:rFonts w:cs="Arial"/>
                <w:sz w:val="16"/>
                <w:szCs w:val="16"/>
              </w:rPr>
              <w:t>Prefer not to say</w:t>
            </w:r>
          </w:p>
        </w:tc>
        <w:tc>
          <w:tcPr>
            <w:tcW w:w="442" w:type="pct"/>
            <w:noWrap/>
            <w:hideMark/>
          </w:tcPr>
          <w:p w14:paraId="5FCDB8BC" w14:textId="77777777" w:rsidR="00000000" w:rsidRPr="00505610" w:rsidRDefault="00000000" w:rsidP="00335561">
            <w:pPr>
              <w:snapToGrid w:val="0"/>
              <w:contextualSpacing/>
              <w:rPr>
                <w:rFonts w:cs="Arial"/>
                <w:sz w:val="16"/>
                <w:szCs w:val="16"/>
              </w:rPr>
            </w:pPr>
            <w:r w:rsidRPr="00505610">
              <w:rPr>
                <w:rFonts w:cs="Arial"/>
                <w:sz w:val="16"/>
                <w:szCs w:val="16"/>
              </w:rPr>
              <w:t>2202</w:t>
            </w:r>
          </w:p>
        </w:tc>
        <w:tc>
          <w:tcPr>
            <w:tcW w:w="516" w:type="pct"/>
            <w:noWrap/>
            <w:hideMark/>
          </w:tcPr>
          <w:p w14:paraId="7234DD62" w14:textId="77777777" w:rsidR="00000000" w:rsidRPr="00505610" w:rsidRDefault="00000000" w:rsidP="00335561">
            <w:pPr>
              <w:snapToGrid w:val="0"/>
              <w:contextualSpacing/>
              <w:rPr>
                <w:rFonts w:cs="Arial"/>
                <w:sz w:val="16"/>
                <w:szCs w:val="16"/>
              </w:rPr>
            </w:pPr>
            <w:r w:rsidRPr="00505610">
              <w:rPr>
                <w:rFonts w:cs="Arial"/>
                <w:sz w:val="16"/>
                <w:szCs w:val="16"/>
              </w:rPr>
              <w:t>66.1%</w:t>
            </w:r>
          </w:p>
        </w:tc>
        <w:tc>
          <w:tcPr>
            <w:tcW w:w="517" w:type="pct"/>
            <w:noWrap/>
            <w:hideMark/>
          </w:tcPr>
          <w:p w14:paraId="711DF7AD" w14:textId="77777777" w:rsidR="00000000" w:rsidRPr="00505610" w:rsidRDefault="00000000" w:rsidP="00335561">
            <w:pPr>
              <w:snapToGrid w:val="0"/>
              <w:contextualSpacing/>
              <w:rPr>
                <w:rFonts w:cs="Arial"/>
                <w:sz w:val="16"/>
                <w:szCs w:val="16"/>
              </w:rPr>
            </w:pPr>
            <w:r w:rsidRPr="00505610">
              <w:rPr>
                <w:rFonts w:cs="Arial"/>
                <w:sz w:val="16"/>
                <w:szCs w:val="16"/>
              </w:rPr>
              <w:t>1131</w:t>
            </w:r>
          </w:p>
        </w:tc>
        <w:tc>
          <w:tcPr>
            <w:tcW w:w="441" w:type="pct"/>
            <w:noWrap/>
            <w:hideMark/>
          </w:tcPr>
          <w:p w14:paraId="25B3AA73" w14:textId="77777777" w:rsidR="00000000" w:rsidRPr="00505610" w:rsidRDefault="00000000" w:rsidP="00335561">
            <w:pPr>
              <w:snapToGrid w:val="0"/>
              <w:contextualSpacing/>
              <w:rPr>
                <w:rFonts w:cs="Arial"/>
                <w:sz w:val="16"/>
                <w:szCs w:val="16"/>
              </w:rPr>
            </w:pPr>
            <w:r w:rsidRPr="00505610">
              <w:rPr>
                <w:rFonts w:cs="Arial"/>
                <w:sz w:val="16"/>
                <w:szCs w:val="16"/>
              </w:rPr>
              <w:t>33.9%</w:t>
            </w:r>
          </w:p>
        </w:tc>
        <w:tc>
          <w:tcPr>
            <w:tcW w:w="588" w:type="pct"/>
            <w:noWrap/>
            <w:hideMark/>
          </w:tcPr>
          <w:p w14:paraId="789EC854" w14:textId="77777777" w:rsidR="00000000" w:rsidRPr="00505610" w:rsidRDefault="00000000" w:rsidP="00335561">
            <w:pPr>
              <w:snapToGrid w:val="0"/>
              <w:contextualSpacing/>
              <w:rPr>
                <w:rFonts w:cs="Arial"/>
                <w:sz w:val="16"/>
                <w:szCs w:val="16"/>
              </w:rPr>
            </w:pPr>
            <w:r w:rsidRPr="00505610">
              <w:rPr>
                <w:rFonts w:cs="Arial"/>
                <w:sz w:val="16"/>
                <w:szCs w:val="16"/>
              </w:rPr>
              <w:t>3333</w:t>
            </w:r>
          </w:p>
        </w:tc>
        <w:tc>
          <w:tcPr>
            <w:tcW w:w="511" w:type="pct"/>
            <w:noWrap/>
            <w:hideMark/>
          </w:tcPr>
          <w:p w14:paraId="7E783473"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429FF043" w14:textId="77777777" w:rsidTr="009D0946">
        <w:trPr>
          <w:trHeight w:val="20"/>
        </w:trPr>
        <w:tc>
          <w:tcPr>
            <w:tcW w:w="660" w:type="pct"/>
            <w:vMerge/>
          </w:tcPr>
          <w:p w14:paraId="4824F865" w14:textId="77777777" w:rsidR="00000000" w:rsidRPr="00505610" w:rsidRDefault="00000000" w:rsidP="00335561">
            <w:pPr>
              <w:snapToGrid w:val="0"/>
              <w:contextualSpacing/>
              <w:rPr>
                <w:rFonts w:cs="Arial"/>
                <w:sz w:val="16"/>
                <w:szCs w:val="16"/>
              </w:rPr>
            </w:pPr>
          </w:p>
        </w:tc>
        <w:tc>
          <w:tcPr>
            <w:tcW w:w="1325" w:type="pct"/>
            <w:noWrap/>
            <w:hideMark/>
          </w:tcPr>
          <w:p w14:paraId="4D5A2949" w14:textId="77777777" w:rsidR="00000000" w:rsidRPr="00505610" w:rsidRDefault="00000000" w:rsidP="00335561">
            <w:pPr>
              <w:snapToGrid w:val="0"/>
              <w:contextualSpacing/>
              <w:rPr>
                <w:rFonts w:cs="Arial"/>
                <w:sz w:val="16"/>
                <w:szCs w:val="16"/>
              </w:rPr>
            </w:pPr>
            <w:r w:rsidRPr="00505610">
              <w:rPr>
                <w:rFonts w:cs="Arial"/>
                <w:sz w:val="16"/>
                <w:szCs w:val="16"/>
              </w:rPr>
              <w:t>Yes</w:t>
            </w:r>
          </w:p>
        </w:tc>
        <w:tc>
          <w:tcPr>
            <w:tcW w:w="442" w:type="pct"/>
            <w:noWrap/>
            <w:hideMark/>
          </w:tcPr>
          <w:p w14:paraId="16EEB342" w14:textId="77777777" w:rsidR="00000000" w:rsidRPr="00505610" w:rsidRDefault="00000000" w:rsidP="00335561">
            <w:pPr>
              <w:snapToGrid w:val="0"/>
              <w:contextualSpacing/>
              <w:rPr>
                <w:rFonts w:cs="Arial"/>
                <w:sz w:val="16"/>
                <w:szCs w:val="16"/>
              </w:rPr>
            </w:pPr>
            <w:r w:rsidRPr="00505610">
              <w:rPr>
                <w:rFonts w:cs="Arial"/>
                <w:sz w:val="16"/>
                <w:szCs w:val="16"/>
              </w:rPr>
              <w:t>14296</w:t>
            </w:r>
          </w:p>
        </w:tc>
        <w:tc>
          <w:tcPr>
            <w:tcW w:w="516" w:type="pct"/>
            <w:noWrap/>
            <w:hideMark/>
          </w:tcPr>
          <w:p w14:paraId="5E5FA75E" w14:textId="77777777" w:rsidR="00000000" w:rsidRPr="00505610" w:rsidRDefault="00000000" w:rsidP="00335561">
            <w:pPr>
              <w:snapToGrid w:val="0"/>
              <w:contextualSpacing/>
              <w:rPr>
                <w:rFonts w:cs="Arial"/>
                <w:sz w:val="16"/>
                <w:szCs w:val="16"/>
              </w:rPr>
            </w:pPr>
            <w:r w:rsidRPr="00505610">
              <w:rPr>
                <w:rFonts w:cs="Arial"/>
                <w:sz w:val="16"/>
                <w:szCs w:val="16"/>
              </w:rPr>
              <w:t>60.5%</w:t>
            </w:r>
          </w:p>
        </w:tc>
        <w:tc>
          <w:tcPr>
            <w:tcW w:w="517" w:type="pct"/>
            <w:noWrap/>
            <w:hideMark/>
          </w:tcPr>
          <w:p w14:paraId="16A4AA6D" w14:textId="77777777" w:rsidR="00000000" w:rsidRPr="00505610" w:rsidRDefault="00000000" w:rsidP="00335561">
            <w:pPr>
              <w:snapToGrid w:val="0"/>
              <w:contextualSpacing/>
              <w:rPr>
                <w:rFonts w:cs="Arial"/>
                <w:sz w:val="16"/>
                <w:szCs w:val="16"/>
              </w:rPr>
            </w:pPr>
            <w:r w:rsidRPr="00505610">
              <w:rPr>
                <w:rFonts w:cs="Arial"/>
                <w:sz w:val="16"/>
                <w:szCs w:val="16"/>
              </w:rPr>
              <w:t>9350</w:t>
            </w:r>
          </w:p>
        </w:tc>
        <w:tc>
          <w:tcPr>
            <w:tcW w:w="441" w:type="pct"/>
            <w:noWrap/>
            <w:hideMark/>
          </w:tcPr>
          <w:p w14:paraId="462AD2F1" w14:textId="77777777" w:rsidR="00000000" w:rsidRPr="00505610" w:rsidRDefault="00000000" w:rsidP="00335561">
            <w:pPr>
              <w:snapToGrid w:val="0"/>
              <w:contextualSpacing/>
              <w:rPr>
                <w:rFonts w:cs="Arial"/>
                <w:sz w:val="16"/>
                <w:szCs w:val="16"/>
              </w:rPr>
            </w:pPr>
            <w:r w:rsidRPr="00505610">
              <w:rPr>
                <w:rFonts w:cs="Arial"/>
                <w:sz w:val="16"/>
                <w:szCs w:val="16"/>
              </w:rPr>
              <w:t>39.5%</w:t>
            </w:r>
          </w:p>
        </w:tc>
        <w:tc>
          <w:tcPr>
            <w:tcW w:w="588" w:type="pct"/>
            <w:noWrap/>
            <w:hideMark/>
          </w:tcPr>
          <w:p w14:paraId="73EB3BFE" w14:textId="77777777" w:rsidR="00000000" w:rsidRPr="00505610" w:rsidRDefault="00000000" w:rsidP="00335561">
            <w:pPr>
              <w:snapToGrid w:val="0"/>
              <w:contextualSpacing/>
              <w:rPr>
                <w:rFonts w:cs="Arial"/>
                <w:sz w:val="16"/>
                <w:szCs w:val="16"/>
              </w:rPr>
            </w:pPr>
            <w:r w:rsidRPr="00505610">
              <w:rPr>
                <w:rFonts w:cs="Arial"/>
                <w:sz w:val="16"/>
                <w:szCs w:val="16"/>
              </w:rPr>
              <w:t>23646</w:t>
            </w:r>
          </w:p>
        </w:tc>
        <w:tc>
          <w:tcPr>
            <w:tcW w:w="511" w:type="pct"/>
            <w:noWrap/>
            <w:hideMark/>
          </w:tcPr>
          <w:p w14:paraId="22697450"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3A176B55" w14:textId="77777777" w:rsidTr="009D0946">
        <w:trPr>
          <w:trHeight w:val="20"/>
        </w:trPr>
        <w:tc>
          <w:tcPr>
            <w:tcW w:w="660" w:type="pct"/>
            <w:vMerge/>
          </w:tcPr>
          <w:p w14:paraId="0CD113F5" w14:textId="77777777" w:rsidR="00000000" w:rsidRPr="00505610" w:rsidRDefault="00000000" w:rsidP="00335561">
            <w:pPr>
              <w:snapToGrid w:val="0"/>
              <w:contextualSpacing/>
              <w:rPr>
                <w:rFonts w:cs="Arial"/>
                <w:sz w:val="16"/>
                <w:szCs w:val="16"/>
              </w:rPr>
            </w:pPr>
          </w:p>
        </w:tc>
        <w:tc>
          <w:tcPr>
            <w:tcW w:w="1325" w:type="pct"/>
            <w:noWrap/>
            <w:hideMark/>
          </w:tcPr>
          <w:p w14:paraId="4BF75AC5" w14:textId="77777777" w:rsidR="00000000" w:rsidRPr="00505610" w:rsidRDefault="00000000" w:rsidP="00335561">
            <w:pPr>
              <w:snapToGrid w:val="0"/>
              <w:contextualSpacing/>
              <w:rPr>
                <w:rFonts w:cs="Arial"/>
                <w:sz w:val="16"/>
                <w:szCs w:val="16"/>
              </w:rPr>
            </w:pPr>
            <w:r w:rsidRPr="00505610">
              <w:rPr>
                <w:rFonts w:cs="Arial"/>
                <w:sz w:val="16"/>
                <w:szCs w:val="16"/>
              </w:rPr>
              <w:t>Missing</w:t>
            </w:r>
          </w:p>
        </w:tc>
        <w:tc>
          <w:tcPr>
            <w:tcW w:w="442" w:type="pct"/>
            <w:noWrap/>
            <w:hideMark/>
          </w:tcPr>
          <w:p w14:paraId="6B621D51" w14:textId="77777777" w:rsidR="00000000" w:rsidRPr="00505610" w:rsidRDefault="00000000" w:rsidP="00335561">
            <w:pPr>
              <w:snapToGrid w:val="0"/>
              <w:contextualSpacing/>
              <w:rPr>
                <w:rFonts w:cs="Arial"/>
                <w:sz w:val="16"/>
                <w:szCs w:val="16"/>
              </w:rPr>
            </w:pPr>
            <w:r w:rsidRPr="00505610">
              <w:rPr>
                <w:rFonts w:cs="Arial"/>
                <w:sz w:val="16"/>
                <w:szCs w:val="16"/>
              </w:rPr>
              <w:t>109</w:t>
            </w:r>
          </w:p>
        </w:tc>
        <w:tc>
          <w:tcPr>
            <w:tcW w:w="516" w:type="pct"/>
            <w:noWrap/>
            <w:hideMark/>
          </w:tcPr>
          <w:p w14:paraId="2E0B9FE4" w14:textId="77777777" w:rsidR="00000000" w:rsidRPr="00505610" w:rsidRDefault="00000000" w:rsidP="00335561">
            <w:pPr>
              <w:snapToGrid w:val="0"/>
              <w:contextualSpacing/>
              <w:rPr>
                <w:rFonts w:cs="Arial"/>
                <w:sz w:val="16"/>
                <w:szCs w:val="16"/>
              </w:rPr>
            </w:pPr>
            <w:r w:rsidRPr="00505610">
              <w:rPr>
                <w:rFonts w:cs="Arial"/>
                <w:sz w:val="16"/>
                <w:szCs w:val="16"/>
              </w:rPr>
              <w:t>51.7%</w:t>
            </w:r>
          </w:p>
        </w:tc>
        <w:tc>
          <w:tcPr>
            <w:tcW w:w="517" w:type="pct"/>
            <w:noWrap/>
            <w:hideMark/>
          </w:tcPr>
          <w:p w14:paraId="0F01C439" w14:textId="77777777" w:rsidR="00000000" w:rsidRPr="00505610" w:rsidRDefault="00000000" w:rsidP="00335561">
            <w:pPr>
              <w:snapToGrid w:val="0"/>
              <w:contextualSpacing/>
              <w:rPr>
                <w:rFonts w:cs="Arial"/>
                <w:sz w:val="16"/>
                <w:szCs w:val="16"/>
              </w:rPr>
            </w:pPr>
            <w:r w:rsidRPr="00505610">
              <w:rPr>
                <w:rFonts w:cs="Arial"/>
                <w:sz w:val="16"/>
                <w:szCs w:val="16"/>
              </w:rPr>
              <w:t>102</w:t>
            </w:r>
          </w:p>
        </w:tc>
        <w:tc>
          <w:tcPr>
            <w:tcW w:w="441" w:type="pct"/>
            <w:noWrap/>
            <w:hideMark/>
          </w:tcPr>
          <w:p w14:paraId="51D182BE" w14:textId="77777777" w:rsidR="00000000" w:rsidRPr="00505610" w:rsidRDefault="00000000" w:rsidP="00335561">
            <w:pPr>
              <w:snapToGrid w:val="0"/>
              <w:contextualSpacing/>
              <w:rPr>
                <w:rFonts w:cs="Arial"/>
                <w:sz w:val="16"/>
                <w:szCs w:val="16"/>
              </w:rPr>
            </w:pPr>
            <w:r w:rsidRPr="00505610">
              <w:rPr>
                <w:rFonts w:cs="Arial"/>
                <w:sz w:val="16"/>
                <w:szCs w:val="16"/>
              </w:rPr>
              <w:t>48.3%</w:t>
            </w:r>
          </w:p>
        </w:tc>
        <w:tc>
          <w:tcPr>
            <w:tcW w:w="588" w:type="pct"/>
            <w:noWrap/>
            <w:hideMark/>
          </w:tcPr>
          <w:p w14:paraId="6D918A2A" w14:textId="77777777" w:rsidR="00000000" w:rsidRPr="00505610" w:rsidRDefault="00000000" w:rsidP="00335561">
            <w:pPr>
              <w:snapToGrid w:val="0"/>
              <w:contextualSpacing/>
              <w:rPr>
                <w:rFonts w:cs="Arial"/>
                <w:sz w:val="16"/>
                <w:szCs w:val="16"/>
              </w:rPr>
            </w:pPr>
            <w:r w:rsidRPr="00505610">
              <w:rPr>
                <w:rFonts w:cs="Arial"/>
                <w:sz w:val="16"/>
                <w:szCs w:val="16"/>
              </w:rPr>
              <w:t>211</w:t>
            </w:r>
          </w:p>
        </w:tc>
        <w:tc>
          <w:tcPr>
            <w:tcW w:w="511" w:type="pct"/>
            <w:noWrap/>
            <w:hideMark/>
          </w:tcPr>
          <w:p w14:paraId="036E509E"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7AAC56F1" w14:textId="77777777" w:rsidTr="009D0946">
        <w:trPr>
          <w:trHeight w:val="20"/>
        </w:trPr>
        <w:tc>
          <w:tcPr>
            <w:tcW w:w="660" w:type="pct"/>
            <w:vMerge w:val="restart"/>
          </w:tcPr>
          <w:p w14:paraId="2F7D5C9E" w14:textId="77777777" w:rsidR="00000000" w:rsidRPr="00505610" w:rsidRDefault="00000000" w:rsidP="00335561">
            <w:pPr>
              <w:keepNext/>
              <w:snapToGrid w:val="0"/>
              <w:contextualSpacing/>
              <w:rPr>
                <w:rFonts w:cs="Arial"/>
                <w:sz w:val="16"/>
                <w:szCs w:val="16"/>
              </w:rPr>
            </w:pPr>
            <w:r w:rsidRPr="00505610">
              <w:rPr>
                <w:rFonts w:cs="Arial"/>
                <w:b/>
                <w:bCs/>
                <w:sz w:val="16"/>
                <w:szCs w:val="16"/>
              </w:rPr>
              <w:t>Having long-term conditions</w:t>
            </w:r>
          </w:p>
        </w:tc>
        <w:tc>
          <w:tcPr>
            <w:tcW w:w="1325" w:type="pct"/>
            <w:noWrap/>
            <w:hideMark/>
          </w:tcPr>
          <w:p w14:paraId="7756F0D6" w14:textId="77777777" w:rsidR="00000000" w:rsidRPr="00505610" w:rsidRDefault="00000000" w:rsidP="00335561">
            <w:pPr>
              <w:snapToGrid w:val="0"/>
              <w:contextualSpacing/>
              <w:rPr>
                <w:rFonts w:cs="Arial"/>
                <w:sz w:val="16"/>
                <w:szCs w:val="16"/>
              </w:rPr>
            </w:pPr>
            <w:r w:rsidRPr="00505610">
              <w:rPr>
                <w:rFonts w:cs="Arial"/>
                <w:sz w:val="16"/>
                <w:szCs w:val="16"/>
              </w:rPr>
              <w:t>No</w:t>
            </w:r>
          </w:p>
        </w:tc>
        <w:tc>
          <w:tcPr>
            <w:tcW w:w="442" w:type="pct"/>
            <w:noWrap/>
            <w:hideMark/>
          </w:tcPr>
          <w:p w14:paraId="5D6240F8" w14:textId="77777777" w:rsidR="00000000" w:rsidRPr="00505610" w:rsidRDefault="00000000" w:rsidP="00335561">
            <w:pPr>
              <w:snapToGrid w:val="0"/>
              <w:contextualSpacing/>
              <w:rPr>
                <w:rFonts w:cs="Arial"/>
                <w:sz w:val="16"/>
                <w:szCs w:val="16"/>
              </w:rPr>
            </w:pPr>
            <w:r w:rsidRPr="00505610">
              <w:rPr>
                <w:rFonts w:cs="Arial"/>
                <w:sz w:val="16"/>
                <w:szCs w:val="16"/>
              </w:rPr>
              <w:t>23010</w:t>
            </w:r>
          </w:p>
        </w:tc>
        <w:tc>
          <w:tcPr>
            <w:tcW w:w="516" w:type="pct"/>
            <w:noWrap/>
            <w:hideMark/>
          </w:tcPr>
          <w:p w14:paraId="1D635445" w14:textId="77777777" w:rsidR="00000000" w:rsidRPr="00505610" w:rsidRDefault="00000000" w:rsidP="00335561">
            <w:pPr>
              <w:snapToGrid w:val="0"/>
              <w:contextualSpacing/>
              <w:rPr>
                <w:rFonts w:cs="Arial"/>
                <w:sz w:val="16"/>
                <w:szCs w:val="16"/>
              </w:rPr>
            </w:pPr>
            <w:r w:rsidRPr="00505610">
              <w:rPr>
                <w:rFonts w:cs="Arial"/>
                <w:sz w:val="16"/>
                <w:szCs w:val="16"/>
              </w:rPr>
              <w:t>39.7%</w:t>
            </w:r>
          </w:p>
        </w:tc>
        <w:tc>
          <w:tcPr>
            <w:tcW w:w="517" w:type="pct"/>
            <w:noWrap/>
            <w:hideMark/>
          </w:tcPr>
          <w:p w14:paraId="06A49D4F" w14:textId="77777777" w:rsidR="00000000" w:rsidRPr="00505610" w:rsidRDefault="00000000" w:rsidP="00335561">
            <w:pPr>
              <w:snapToGrid w:val="0"/>
              <w:contextualSpacing/>
              <w:rPr>
                <w:rFonts w:cs="Arial"/>
                <w:sz w:val="16"/>
                <w:szCs w:val="16"/>
              </w:rPr>
            </w:pPr>
            <w:r w:rsidRPr="00505610">
              <w:rPr>
                <w:rFonts w:cs="Arial"/>
                <w:sz w:val="16"/>
                <w:szCs w:val="16"/>
              </w:rPr>
              <w:t>34978</w:t>
            </w:r>
          </w:p>
        </w:tc>
        <w:tc>
          <w:tcPr>
            <w:tcW w:w="441" w:type="pct"/>
            <w:noWrap/>
            <w:hideMark/>
          </w:tcPr>
          <w:p w14:paraId="743382B0" w14:textId="77777777" w:rsidR="00000000" w:rsidRPr="00505610" w:rsidRDefault="00000000" w:rsidP="00335561">
            <w:pPr>
              <w:snapToGrid w:val="0"/>
              <w:contextualSpacing/>
              <w:rPr>
                <w:rFonts w:cs="Arial"/>
                <w:sz w:val="16"/>
                <w:szCs w:val="16"/>
              </w:rPr>
            </w:pPr>
            <w:r w:rsidRPr="00505610">
              <w:rPr>
                <w:rFonts w:cs="Arial"/>
                <w:sz w:val="16"/>
                <w:szCs w:val="16"/>
              </w:rPr>
              <w:t>60.3%</w:t>
            </w:r>
          </w:p>
        </w:tc>
        <w:tc>
          <w:tcPr>
            <w:tcW w:w="588" w:type="pct"/>
            <w:noWrap/>
            <w:hideMark/>
          </w:tcPr>
          <w:p w14:paraId="77299378" w14:textId="77777777" w:rsidR="00000000" w:rsidRPr="00505610" w:rsidRDefault="00000000" w:rsidP="00335561">
            <w:pPr>
              <w:snapToGrid w:val="0"/>
              <w:contextualSpacing/>
              <w:rPr>
                <w:rFonts w:cs="Arial"/>
                <w:sz w:val="16"/>
                <w:szCs w:val="16"/>
              </w:rPr>
            </w:pPr>
            <w:r w:rsidRPr="00505610">
              <w:rPr>
                <w:rFonts w:cs="Arial"/>
                <w:sz w:val="16"/>
                <w:szCs w:val="16"/>
              </w:rPr>
              <w:t>57988</w:t>
            </w:r>
          </w:p>
        </w:tc>
        <w:tc>
          <w:tcPr>
            <w:tcW w:w="511" w:type="pct"/>
            <w:noWrap/>
            <w:hideMark/>
          </w:tcPr>
          <w:p w14:paraId="110B5443"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1BCC8509" w14:textId="77777777" w:rsidTr="009D0946">
        <w:trPr>
          <w:trHeight w:val="20"/>
        </w:trPr>
        <w:tc>
          <w:tcPr>
            <w:tcW w:w="660" w:type="pct"/>
            <w:vMerge/>
          </w:tcPr>
          <w:p w14:paraId="40905C21" w14:textId="77777777" w:rsidR="00000000" w:rsidRPr="00505610" w:rsidRDefault="00000000" w:rsidP="00335561">
            <w:pPr>
              <w:snapToGrid w:val="0"/>
              <w:contextualSpacing/>
              <w:rPr>
                <w:rFonts w:cs="Arial"/>
                <w:sz w:val="16"/>
                <w:szCs w:val="16"/>
              </w:rPr>
            </w:pPr>
          </w:p>
        </w:tc>
        <w:tc>
          <w:tcPr>
            <w:tcW w:w="1325" w:type="pct"/>
            <w:noWrap/>
            <w:hideMark/>
          </w:tcPr>
          <w:p w14:paraId="7D2B2C23" w14:textId="77777777" w:rsidR="00000000" w:rsidRPr="00505610" w:rsidRDefault="00000000" w:rsidP="00335561">
            <w:pPr>
              <w:snapToGrid w:val="0"/>
              <w:contextualSpacing/>
              <w:rPr>
                <w:rFonts w:cs="Arial"/>
                <w:sz w:val="16"/>
                <w:szCs w:val="16"/>
              </w:rPr>
            </w:pPr>
            <w:r w:rsidRPr="00505610">
              <w:rPr>
                <w:rFonts w:cs="Arial"/>
                <w:sz w:val="16"/>
                <w:szCs w:val="16"/>
              </w:rPr>
              <w:t>Prefer not to say</w:t>
            </w:r>
          </w:p>
        </w:tc>
        <w:tc>
          <w:tcPr>
            <w:tcW w:w="442" w:type="pct"/>
            <w:noWrap/>
            <w:hideMark/>
          </w:tcPr>
          <w:p w14:paraId="7C4925DC" w14:textId="77777777" w:rsidR="00000000" w:rsidRPr="00505610" w:rsidRDefault="00000000" w:rsidP="00335561">
            <w:pPr>
              <w:snapToGrid w:val="0"/>
              <w:contextualSpacing/>
              <w:rPr>
                <w:rFonts w:cs="Arial"/>
                <w:sz w:val="16"/>
                <w:szCs w:val="16"/>
              </w:rPr>
            </w:pPr>
            <w:r w:rsidRPr="00505610">
              <w:rPr>
                <w:rFonts w:cs="Arial"/>
                <w:sz w:val="16"/>
                <w:szCs w:val="16"/>
              </w:rPr>
              <w:t>1714</w:t>
            </w:r>
          </w:p>
        </w:tc>
        <w:tc>
          <w:tcPr>
            <w:tcW w:w="516" w:type="pct"/>
            <w:noWrap/>
            <w:hideMark/>
          </w:tcPr>
          <w:p w14:paraId="1D3E5F63" w14:textId="77777777" w:rsidR="00000000" w:rsidRPr="00505610" w:rsidRDefault="00000000" w:rsidP="00335561">
            <w:pPr>
              <w:snapToGrid w:val="0"/>
              <w:contextualSpacing/>
              <w:rPr>
                <w:rFonts w:cs="Arial"/>
                <w:sz w:val="16"/>
                <w:szCs w:val="16"/>
              </w:rPr>
            </w:pPr>
            <w:r w:rsidRPr="00505610">
              <w:rPr>
                <w:rFonts w:cs="Arial"/>
                <w:sz w:val="16"/>
                <w:szCs w:val="16"/>
              </w:rPr>
              <w:t>59.6%</w:t>
            </w:r>
          </w:p>
        </w:tc>
        <w:tc>
          <w:tcPr>
            <w:tcW w:w="517" w:type="pct"/>
            <w:noWrap/>
            <w:hideMark/>
          </w:tcPr>
          <w:p w14:paraId="7CDE132E" w14:textId="77777777" w:rsidR="00000000" w:rsidRPr="00505610" w:rsidRDefault="00000000" w:rsidP="00335561">
            <w:pPr>
              <w:snapToGrid w:val="0"/>
              <w:contextualSpacing/>
              <w:rPr>
                <w:rFonts w:cs="Arial"/>
                <w:sz w:val="16"/>
                <w:szCs w:val="16"/>
              </w:rPr>
            </w:pPr>
            <w:r w:rsidRPr="00505610">
              <w:rPr>
                <w:rFonts w:cs="Arial"/>
                <w:sz w:val="16"/>
                <w:szCs w:val="16"/>
              </w:rPr>
              <w:t>1164</w:t>
            </w:r>
          </w:p>
        </w:tc>
        <w:tc>
          <w:tcPr>
            <w:tcW w:w="441" w:type="pct"/>
            <w:noWrap/>
            <w:hideMark/>
          </w:tcPr>
          <w:p w14:paraId="6E92D115" w14:textId="77777777" w:rsidR="00000000" w:rsidRPr="00505610" w:rsidRDefault="00000000" w:rsidP="00335561">
            <w:pPr>
              <w:snapToGrid w:val="0"/>
              <w:contextualSpacing/>
              <w:rPr>
                <w:rFonts w:cs="Arial"/>
                <w:sz w:val="16"/>
                <w:szCs w:val="16"/>
              </w:rPr>
            </w:pPr>
            <w:r w:rsidRPr="00505610">
              <w:rPr>
                <w:rFonts w:cs="Arial"/>
                <w:sz w:val="16"/>
                <w:szCs w:val="16"/>
              </w:rPr>
              <w:t>40.4%</w:t>
            </w:r>
          </w:p>
        </w:tc>
        <w:tc>
          <w:tcPr>
            <w:tcW w:w="588" w:type="pct"/>
            <w:noWrap/>
            <w:hideMark/>
          </w:tcPr>
          <w:p w14:paraId="116BF8C2" w14:textId="77777777" w:rsidR="00000000" w:rsidRPr="00505610" w:rsidRDefault="00000000" w:rsidP="00335561">
            <w:pPr>
              <w:snapToGrid w:val="0"/>
              <w:contextualSpacing/>
              <w:rPr>
                <w:rFonts w:cs="Arial"/>
                <w:sz w:val="16"/>
                <w:szCs w:val="16"/>
              </w:rPr>
            </w:pPr>
            <w:r w:rsidRPr="00505610">
              <w:rPr>
                <w:rFonts w:cs="Arial"/>
                <w:sz w:val="16"/>
                <w:szCs w:val="16"/>
              </w:rPr>
              <w:t>2878</w:t>
            </w:r>
          </w:p>
        </w:tc>
        <w:tc>
          <w:tcPr>
            <w:tcW w:w="511" w:type="pct"/>
            <w:noWrap/>
            <w:hideMark/>
          </w:tcPr>
          <w:p w14:paraId="7632F421"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286DD9BC" w14:textId="77777777" w:rsidTr="009D0946">
        <w:trPr>
          <w:trHeight w:val="20"/>
        </w:trPr>
        <w:tc>
          <w:tcPr>
            <w:tcW w:w="660" w:type="pct"/>
            <w:vMerge/>
          </w:tcPr>
          <w:p w14:paraId="10186517" w14:textId="77777777" w:rsidR="00000000" w:rsidRPr="00505610" w:rsidRDefault="00000000" w:rsidP="00335561">
            <w:pPr>
              <w:snapToGrid w:val="0"/>
              <w:contextualSpacing/>
              <w:rPr>
                <w:rFonts w:cs="Arial"/>
                <w:sz w:val="16"/>
                <w:szCs w:val="16"/>
              </w:rPr>
            </w:pPr>
          </w:p>
        </w:tc>
        <w:tc>
          <w:tcPr>
            <w:tcW w:w="1325" w:type="pct"/>
            <w:noWrap/>
            <w:hideMark/>
          </w:tcPr>
          <w:p w14:paraId="12EAED63" w14:textId="77777777" w:rsidR="00000000" w:rsidRPr="00505610" w:rsidRDefault="00000000" w:rsidP="00335561">
            <w:pPr>
              <w:snapToGrid w:val="0"/>
              <w:contextualSpacing/>
              <w:rPr>
                <w:rFonts w:cs="Arial"/>
                <w:sz w:val="16"/>
                <w:szCs w:val="16"/>
              </w:rPr>
            </w:pPr>
            <w:r w:rsidRPr="00505610">
              <w:rPr>
                <w:rFonts w:cs="Arial"/>
                <w:sz w:val="16"/>
                <w:szCs w:val="16"/>
              </w:rPr>
              <w:t>Yes</w:t>
            </w:r>
          </w:p>
        </w:tc>
        <w:tc>
          <w:tcPr>
            <w:tcW w:w="442" w:type="pct"/>
            <w:noWrap/>
            <w:hideMark/>
          </w:tcPr>
          <w:p w14:paraId="59A1B41F" w14:textId="77777777" w:rsidR="00000000" w:rsidRPr="00505610" w:rsidRDefault="00000000" w:rsidP="00335561">
            <w:pPr>
              <w:snapToGrid w:val="0"/>
              <w:contextualSpacing/>
              <w:rPr>
                <w:rFonts w:cs="Arial"/>
                <w:sz w:val="16"/>
                <w:szCs w:val="16"/>
              </w:rPr>
            </w:pPr>
            <w:r w:rsidRPr="00505610">
              <w:rPr>
                <w:rFonts w:cs="Arial"/>
                <w:sz w:val="16"/>
                <w:szCs w:val="16"/>
              </w:rPr>
              <w:t>32096</w:t>
            </w:r>
          </w:p>
        </w:tc>
        <w:tc>
          <w:tcPr>
            <w:tcW w:w="516" w:type="pct"/>
            <w:noWrap/>
            <w:hideMark/>
          </w:tcPr>
          <w:p w14:paraId="2B87FC34" w14:textId="77777777" w:rsidR="00000000" w:rsidRPr="00505610" w:rsidRDefault="00000000" w:rsidP="00335561">
            <w:pPr>
              <w:snapToGrid w:val="0"/>
              <w:contextualSpacing/>
              <w:rPr>
                <w:rFonts w:cs="Arial"/>
                <w:sz w:val="16"/>
                <w:szCs w:val="16"/>
              </w:rPr>
            </w:pPr>
            <w:r w:rsidRPr="00505610">
              <w:rPr>
                <w:rFonts w:cs="Arial"/>
                <w:sz w:val="16"/>
                <w:szCs w:val="16"/>
              </w:rPr>
              <w:t>53.9%</w:t>
            </w:r>
          </w:p>
        </w:tc>
        <w:tc>
          <w:tcPr>
            <w:tcW w:w="517" w:type="pct"/>
            <w:noWrap/>
            <w:hideMark/>
          </w:tcPr>
          <w:p w14:paraId="1AE322CC" w14:textId="77777777" w:rsidR="00000000" w:rsidRPr="00505610" w:rsidRDefault="00000000" w:rsidP="00335561">
            <w:pPr>
              <w:snapToGrid w:val="0"/>
              <w:contextualSpacing/>
              <w:rPr>
                <w:rFonts w:cs="Arial"/>
                <w:sz w:val="16"/>
                <w:szCs w:val="16"/>
              </w:rPr>
            </w:pPr>
            <w:r w:rsidRPr="00505610">
              <w:rPr>
                <w:rFonts w:cs="Arial"/>
                <w:sz w:val="16"/>
                <w:szCs w:val="16"/>
              </w:rPr>
              <w:t>27479</w:t>
            </w:r>
          </w:p>
        </w:tc>
        <w:tc>
          <w:tcPr>
            <w:tcW w:w="441" w:type="pct"/>
            <w:noWrap/>
            <w:hideMark/>
          </w:tcPr>
          <w:p w14:paraId="16BA9FAA" w14:textId="77777777" w:rsidR="00000000" w:rsidRPr="00505610" w:rsidRDefault="00000000" w:rsidP="00335561">
            <w:pPr>
              <w:snapToGrid w:val="0"/>
              <w:contextualSpacing/>
              <w:rPr>
                <w:rFonts w:cs="Arial"/>
                <w:sz w:val="16"/>
                <w:szCs w:val="16"/>
              </w:rPr>
            </w:pPr>
            <w:r w:rsidRPr="00505610">
              <w:rPr>
                <w:rFonts w:cs="Arial"/>
                <w:sz w:val="16"/>
                <w:szCs w:val="16"/>
              </w:rPr>
              <w:t>46.1%</w:t>
            </w:r>
          </w:p>
        </w:tc>
        <w:tc>
          <w:tcPr>
            <w:tcW w:w="588" w:type="pct"/>
            <w:noWrap/>
            <w:hideMark/>
          </w:tcPr>
          <w:p w14:paraId="108BEF0A" w14:textId="77777777" w:rsidR="00000000" w:rsidRPr="00505610" w:rsidRDefault="00000000" w:rsidP="00335561">
            <w:pPr>
              <w:snapToGrid w:val="0"/>
              <w:contextualSpacing/>
              <w:rPr>
                <w:rFonts w:cs="Arial"/>
                <w:sz w:val="16"/>
                <w:szCs w:val="16"/>
              </w:rPr>
            </w:pPr>
            <w:r w:rsidRPr="00505610">
              <w:rPr>
                <w:rFonts w:cs="Arial"/>
                <w:sz w:val="16"/>
                <w:szCs w:val="16"/>
              </w:rPr>
              <w:t>59575</w:t>
            </w:r>
          </w:p>
        </w:tc>
        <w:tc>
          <w:tcPr>
            <w:tcW w:w="511" w:type="pct"/>
            <w:noWrap/>
            <w:hideMark/>
          </w:tcPr>
          <w:p w14:paraId="635E0189"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r w:rsidR="00FA0160" w:rsidRPr="00505610" w14:paraId="32050251" w14:textId="77777777" w:rsidTr="009D0946">
        <w:trPr>
          <w:trHeight w:val="20"/>
        </w:trPr>
        <w:tc>
          <w:tcPr>
            <w:tcW w:w="660" w:type="pct"/>
            <w:vMerge/>
          </w:tcPr>
          <w:p w14:paraId="1946C988" w14:textId="77777777" w:rsidR="00000000" w:rsidRPr="00505610" w:rsidRDefault="00000000" w:rsidP="00335561">
            <w:pPr>
              <w:snapToGrid w:val="0"/>
              <w:contextualSpacing/>
              <w:rPr>
                <w:rFonts w:cs="Arial"/>
                <w:sz w:val="16"/>
                <w:szCs w:val="16"/>
              </w:rPr>
            </w:pPr>
          </w:p>
        </w:tc>
        <w:tc>
          <w:tcPr>
            <w:tcW w:w="1325" w:type="pct"/>
            <w:noWrap/>
            <w:hideMark/>
          </w:tcPr>
          <w:p w14:paraId="4BAE1DC7" w14:textId="77777777" w:rsidR="00000000" w:rsidRPr="00505610" w:rsidRDefault="00000000" w:rsidP="00335561">
            <w:pPr>
              <w:snapToGrid w:val="0"/>
              <w:contextualSpacing/>
              <w:rPr>
                <w:rFonts w:cs="Arial"/>
                <w:sz w:val="16"/>
                <w:szCs w:val="16"/>
              </w:rPr>
            </w:pPr>
            <w:r w:rsidRPr="00505610">
              <w:rPr>
                <w:rFonts w:cs="Arial"/>
                <w:sz w:val="16"/>
                <w:szCs w:val="16"/>
              </w:rPr>
              <w:t>Missing</w:t>
            </w:r>
          </w:p>
        </w:tc>
        <w:tc>
          <w:tcPr>
            <w:tcW w:w="442" w:type="pct"/>
            <w:noWrap/>
            <w:hideMark/>
          </w:tcPr>
          <w:p w14:paraId="71B93E0C" w14:textId="77777777" w:rsidR="00000000" w:rsidRPr="00505610" w:rsidRDefault="00000000" w:rsidP="00335561">
            <w:pPr>
              <w:snapToGrid w:val="0"/>
              <w:contextualSpacing/>
              <w:rPr>
                <w:rFonts w:cs="Arial"/>
                <w:sz w:val="16"/>
                <w:szCs w:val="16"/>
              </w:rPr>
            </w:pPr>
            <w:r w:rsidRPr="00505610">
              <w:rPr>
                <w:rFonts w:cs="Arial"/>
                <w:sz w:val="16"/>
                <w:szCs w:val="16"/>
              </w:rPr>
              <w:t>67</w:t>
            </w:r>
          </w:p>
        </w:tc>
        <w:tc>
          <w:tcPr>
            <w:tcW w:w="516" w:type="pct"/>
            <w:noWrap/>
            <w:hideMark/>
          </w:tcPr>
          <w:p w14:paraId="6A8E3BA2" w14:textId="77777777" w:rsidR="00000000" w:rsidRPr="00505610" w:rsidRDefault="00000000" w:rsidP="00335561">
            <w:pPr>
              <w:snapToGrid w:val="0"/>
              <w:contextualSpacing/>
              <w:rPr>
                <w:rFonts w:cs="Arial"/>
                <w:sz w:val="16"/>
                <w:szCs w:val="16"/>
              </w:rPr>
            </w:pPr>
            <w:r w:rsidRPr="00505610">
              <w:rPr>
                <w:rFonts w:cs="Arial"/>
                <w:sz w:val="16"/>
                <w:szCs w:val="16"/>
              </w:rPr>
              <w:t>47.2%</w:t>
            </w:r>
          </w:p>
        </w:tc>
        <w:tc>
          <w:tcPr>
            <w:tcW w:w="517" w:type="pct"/>
            <w:noWrap/>
            <w:hideMark/>
          </w:tcPr>
          <w:p w14:paraId="6D9297A1" w14:textId="77777777" w:rsidR="00000000" w:rsidRPr="00505610" w:rsidRDefault="00000000" w:rsidP="00335561">
            <w:pPr>
              <w:snapToGrid w:val="0"/>
              <w:contextualSpacing/>
              <w:rPr>
                <w:rFonts w:cs="Arial"/>
                <w:sz w:val="16"/>
                <w:szCs w:val="16"/>
              </w:rPr>
            </w:pPr>
            <w:r w:rsidRPr="00505610">
              <w:rPr>
                <w:rFonts w:cs="Arial"/>
                <w:sz w:val="16"/>
                <w:szCs w:val="16"/>
              </w:rPr>
              <w:t>75</w:t>
            </w:r>
          </w:p>
        </w:tc>
        <w:tc>
          <w:tcPr>
            <w:tcW w:w="441" w:type="pct"/>
            <w:noWrap/>
            <w:hideMark/>
          </w:tcPr>
          <w:p w14:paraId="2BCFFD44" w14:textId="77777777" w:rsidR="00000000" w:rsidRPr="00505610" w:rsidRDefault="00000000" w:rsidP="00335561">
            <w:pPr>
              <w:snapToGrid w:val="0"/>
              <w:contextualSpacing/>
              <w:rPr>
                <w:rFonts w:cs="Arial"/>
                <w:sz w:val="16"/>
                <w:szCs w:val="16"/>
              </w:rPr>
            </w:pPr>
            <w:r w:rsidRPr="00505610">
              <w:rPr>
                <w:rFonts w:cs="Arial"/>
                <w:sz w:val="16"/>
                <w:szCs w:val="16"/>
              </w:rPr>
              <w:t>52.8%</w:t>
            </w:r>
          </w:p>
        </w:tc>
        <w:tc>
          <w:tcPr>
            <w:tcW w:w="588" w:type="pct"/>
            <w:noWrap/>
            <w:hideMark/>
          </w:tcPr>
          <w:p w14:paraId="6533E441" w14:textId="77777777" w:rsidR="00000000" w:rsidRPr="00505610" w:rsidRDefault="00000000" w:rsidP="00335561">
            <w:pPr>
              <w:snapToGrid w:val="0"/>
              <w:contextualSpacing/>
              <w:rPr>
                <w:rFonts w:cs="Arial"/>
                <w:sz w:val="16"/>
                <w:szCs w:val="16"/>
              </w:rPr>
            </w:pPr>
            <w:r w:rsidRPr="00505610">
              <w:rPr>
                <w:rFonts w:cs="Arial"/>
                <w:sz w:val="16"/>
                <w:szCs w:val="16"/>
              </w:rPr>
              <w:t>142</w:t>
            </w:r>
          </w:p>
        </w:tc>
        <w:tc>
          <w:tcPr>
            <w:tcW w:w="511" w:type="pct"/>
            <w:noWrap/>
            <w:hideMark/>
          </w:tcPr>
          <w:p w14:paraId="12C8878E" w14:textId="77777777" w:rsidR="00000000" w:rsidRPr="00505610" w:rsidRDefault="00000000" w:rsidP="00335561">
            <w:pPr>
              <w:snapToGrid w:val="0"/>
              <w:contextualSpacing/>
              <w:rPr>
                <w:rFonts w:cs="Arial"/>
                <w:sz w:val="16"/>
                <w:szCs w:val="16"/>
              </w:rPr>
            </w:pPr>
            <w:r w:rsidRPr="00505610">
              <w:rPr>
                <w:rFonts w:cs="Arial"/>
                <w:sz w:val="16"/>
                <w:szCs w:val="16"/>
              </w:rPr>
              <w:t>100.0%</w:t>
            </w:r>
          </w:p>
        </w:tc>
      </w:tr>
    </w:tbl>
    <w:p w14:paraId="0536ABF4" w14:textId="77777777" w:rsidR="00AA4BCA" w:rsidRPr="00505610" w:rsidRDefault="00000000">
      <w:pPr>
        <w:spacing w:after="120"/>
        <w:rPr>
          <w:rFonts w:cs="Arial"/>
        </w:rPr>
      </w:pPr>
      <w:r w:rsidRPr="00505610">
        <w:rPr>
          <w:rFonts w:cs="Arial"/>
          <w:sz w:val="16"/>
        </w:rPr>
        <w:t>Abbreviations: UCLA, University of California, Los Angeles; DMOL, Direct Measure of Loneliness; ONS, Office for National Statistics; N/n, number of respondents.</w:t>
      </w:r>
    </w:p>
    <w:p w14:paraId="1D6F70E8" w14:textId="77777777" w:rsidR="00000000" w:rsidRPr="00505610" w:rsidRDefault="00000000">
      <w:pPr>
        <w:rPr>
          <w:rFonts w:cs="Arial"/>
        </w:rPr>
      </w:pPr>
      <w:r w:rsidRPr="00505610">
        <w:rPr>
          <w:rFonts w:cs="Arial"/>
        </w:rPr>
        <w:t>Notes: Percentages are row percentages and therefore sum to approximately 100% across the low- and high-social-capital categories within each respondent subcategory. Findings describe the distribution observed among INTERACT participants and should not be interpreted as population prevalence estimates. The analytical sample was N=120,583. Missing denotes respondents with no recorded value for the relevant characteristic.</w:t>
      </w:r>
    </w:p>
    <w:p w14:paraId="574B2FC6" w14:textId="77777777" w:rsidR="00AA4BCA" w:rsidRPr="00505610" w:rsidRDefault="00000000">
      <w:pPr>
        <w:rPr>
          <w:rFonts w:cs="Arial"/>
        </w:rPr>
      </w:pPr>
      <w:r w:rsidRPr="00505610">
        <w:rPr>
          <w:rFonts w:cs="Arial"/>
        </w:rPr>
        <w:t>Abbreviations: UCLA, University of California, Los Angeles; DMOL, Direct Measure of Loneliness; SC, social capital; N/n, number of respondents. Percentages describe respondents with observed outcome data and are not population estimates.</w:t>
      </w:r>
    </w:p>
    <w:sectPr w:rsidR="00AA4BCA" w:rsidRPr="00505610" w:rsidSect="004457A2">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9971758">
    <w:abstractNumId w:val="8"/>
  </w:num>
  <w:num w:numId="2" w16cid:durableId="334842113">
    <w:abstractNumId w:val="6"/>
  </w:num>
  <w:num w:numId="3" w16cid:durableId="108817795">
    <w:abstractNumId w:val="5"/>
  </w:num>
  <w:num w:numId="4" w16cid:durableId="428355563">
    <w:abstractNumId w:val="4"/>
  </w:num>
  <w:num w:numId="5" w16cid:durableId="1883899248">
    <w:abstractNumId w:val="7"/>
  </w:num>
  <w:num w:numId="6" w16cid:durableId="1375349676">
    <w:abstractNumId w:val="3"/>
  </w:num>
  <w:num w:numId="7" w16cid:durableId="1599168706">
    <w:abstractNumId w:val="2"/>
  </w:num>
  <w:num w:numId="8" w16cid:durableId="1970238977">
    <w:abstractNumId w:val="1"/>
  </w:num>
  <w:num w:numId="9" w16cid:durableId="5809144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2F27"/>
    <w:rsid w:val="0015074B"/>
    <w:rsid w:val="0029639D"/>
    <w:rsid w:val="00326F90"/>
    <w:rsid w:val="00416EDB"/>
    <w:rsid w:val="004457A2"/>
    <w:rsid w:val="00505610"/>
    <w:rsid w:val="00683844"/>
    <w:rsid w:val="006968A4"/>
    <w:rsid w:val="00753E02"/>
    <w:rsid w:val="00760563"/>
    <w:rsid w:val="00AA1D8D"/>
    <w:rsid w:val="00AA4BCA"/>
    <w:rsid w:val="00B47730"/>
    <w:rsid w:val="00BD17E6"/>
    <w:rsid w:val="00C852FD"/>
    <w:rsid w:val="00CB0664"/>
    <w:rsid w:val="00DF2F1B"/>
    <w:rsid w:val="00E230B8"/>
    <w:rsid w:val="00E4625C"/>
    <w:rsid w:val="00F32E7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EDDACA"/>
  <w14:defaultImageDpi w14:val="300"/>
  <w15:docId w15:val="{71EE95F5-4D9B-7040-B192-7DA48757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2524</Words>
  <Characters>14392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EL-OSTA, Austen (IMPERIAL COLLEGE HEALTHCARE NHS TRUST)</cp:lastModifiedBy>
  <cp:revision>10</cp:revision>
  <dcterms:created xsi:type="dcterms:W3CDTF">2013-12-23T23:15:00Z</dcterms:created>
  <dcterms:modified xsi:type="dcterms:W3CDTF">2026-09-14T16:27:00Z</dcterms:modified>
  <cp:category/>
</cp:coreProperties>
</file>